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Muslims and The Modern Age, May 08, 2016</w:t>
      </w:r>
    </w:p>
    <w:p>
      <w:r>
        <w:t>https://www.youtube.com/watch?v=QN63Z4uZXQE</w:t>
      </w:r>
    </w:p>
    <w:p>
      <w:r>
        <w:rPr>
          <w:b/>
        </w:rPr>
        <w:t xml:space="preserve">[00:13] </w:t>
      </w:r>
      <w:r>
        <w:t>bismillah rahman rahim,</w:t>
      </w:r>
    </w:p>
    <w:p>
      <w:pPr>
        <w:jc w:val="right"/>
      </w:pPr>
      <w:r>
        <w:t>بسم اللہ الرحمن الرحیم،</w:t>
      </w:r>
    </w:p>
    <w:p>
      <w:r>
        <w:rPr>
          <w:b/>
        </w:rPr>
        <w:t xml:space="preserve">[00:17] </w:t>
      </w:r>
      <w:r>
        <w:t>wasallu allah ala nabiy al karim.</w:t>
      </w:r>
    </w:p>
    <w:p>
      <w:pPr>
        <w:jc w:val="right"/>
      </w:pPr>
      <w:r>
        <w:t>وصلی اللہ علی النبی الکریم۔</w:t>
      </w:r>
    </w:p>
    <w:p>
      <w:r>
        <w:rPr>
          <w:b/>
        </w:rPr>
        <w:t xml:space="preserve">[00:22] </w:t>
      </w:r>
      <w:r>
        <w:t>rab ajal li sadri,</w:t>
      </w:r>
    </w:p>
    <w:p>
      <w:pPr>
        <w:jc w:val="right"/>
      </w:pPr>
      <w:r>
        <w:t>رب اجعل لي صدری،</w:t>
      </w:r>
    </w:p>
    <w:p>
      <w:r>
        <w:rPr>
          <w:b/>
        </w:rPr>
        <w:t xml:space="preserve">[00:25] </w:t>
      </w:r>
      <w:r>
        <w:t>wayassir li amri,</w:t>
      </w:r>
    </w:p>
    <w:p>
      <w:pPr>
        <w:jc w:val="right"/>
      </w:pPr>
      <w:r>
        <w:t>ویسر لی امری،</w:t>
      </w:r>
    </w:p>
    <w:p>
      <w:r>
        <w:rPr>
          <w:b/>
        </w:rPr>
        <w:t xml:space="preserve">[00:28] </w:t>
      </w:r>
      <w:r>
        <w:t>wahlul uqdatan min lisani, yafqahu qawli.</w:t>
      </w:r>
    </w:p>
    <w:p>
      <w:pPr>
        <w:jc w:val="right"/>
      </w:pPr>
      <w:r>
        <w:t>واحل العقدۃ من لسانی، یفقہ قولی۔</w:t>
      </w:r>
    </w:p>
    <w:p>
      <w:r>
        <w:rPr>
          <w:b/>
        </w:rPr>
        <w:t xml:space="preserve">[00:35] </w:t>
      </w:r>
      <w:r>
        <w:t>8 mayi 2016.</w:t>
      </w:r>
    </w:p>
    <w:p>
      <w:pPr>
        <w:jc w:val="right"/>
      </w:pPr>
      <w:r>
        <w:t>8 مئی 2016۔</w:t>
      </w:r>
    </w:p>
    <w:p>
      <w:r>
        <w:rPr>
          <w:b/>
        </w:rPr>
        <w:t xml:space="preserve">[00:41] </w:t>
      </w:r>
      <w:r>
        <w:t>aap jante hain ke kal</w:t>
      </w:r>
    </w:p>
    <w:p>
      <w:pPr>
        <w:jc w:val="right"/>
      </w:pPr>
      <w:r>
        <w:t>آپ جانتے ہیں کہ کل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