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for the Sake of God, June 3, 2018</w:t>
      </w:r>
    </w:p>
    <w:p>
      <w:r>
        <w:t>https://www.youtube.com/watch?v=UmhFJJCsvdk</w:t>
      </w:r>
    </w:p>
    <w:p>
      <w:r>
        <w:rPr>
          <w:b/>
        </w:rPr>
        <w:t xml:space="preserve">[00:14] </w:t>
      </w:r>
      <w:r>
        <w:t>Bismillah Rahmanur Rahim, wa Sallallahu Ala Nabiyyil Kareem.</w:t>
      </w:r>
    </w:p>
    <w:p>
      <w:pPr>
        <w:jc w:val="right"/>
      </w:pPr>
      <w:r>
        <w:t>بسم اللہ الرحمن الرحیم، وصلی اللہ علی النبی الکریم۔</w:t>
      </w:r>
    </w:p>
    <w:p>
      <w:r>
        <w:rPr>
          <w:b/>
        </w:rPr>
        <w:t xml:space="preserve">[00:24] </w:t>
      </w:r>
      <w:r>
        <w:t>Rabishrah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3 June 2018. Aaj</w:t>
      </w:r>
    </w:p>
    <w:p>
      <w:pPr>
        <w:jc w:val="right"/>
      </w:pPr>
      <w:r>
        <w:t>3 جون 2018۔ آج</w:t>
      </w:r>
    </w:p>
    <w:p>
      <w:r>
        <w:rPr>
          <w:b/>
        </w:rPr>
        <w:t xml:space="preserve">[00:45] </w:t>
      </w:r>
      <w:r>
        <w:t>Ramzan ka mahina hai, isi din se aaj roze se mutalliq aik hadith ka bayan hoga.</w:t>
      </w:r>
    </w:p>
    <w:p>
      <w:pPr>
        <w:jc w:val="right"/>
      </w:pPr>
      <w:r>
        <w:t>رمضان کا مہینہ ہے، اسی دن سے آج روزے سے متعلق ایک حدیث کا بیان ہوگا۔</w:t>
      </w:r>
    </w:p>
    <w:p>
      <w:r>
        <w:rPr>
          <w:b/>
        </w:rPr>
        <w:t xml:space="preserve">[00:55] </w:t>
      </w:r>
      <w:r>
        <w:t>yeh hadith Bukhari ki hadith hai, aur bohat hi zyada aham hai.</w:t>
      </w:r>
    </w:p>
    <w:p>
      <w:pPr>
        <w:jc w:val="right"/>
      </w:pPr>
      <w:r>
        <w:t>یہ حدیث بخاری کی حدیث ہے، اور بہت ہی زیادہ اہم ہے۔</w:t>
      </w:r>
    </w:p>
    <w:p>
      <w:r>
        <w:rPr>
          <w:b/>
        </w:rPr>
        <w:t xml:space="preserve">[01:05] </w:t>
      </w:r>
      <w:r>
        <w:t>to pehle aap</w:t>
      </w:r>
    </w:p>
    <w:p>
      <w:pPr>
        <w:jc w:val="right"/>
      </w:pPr>
      <w:r>
        <w:t>تو پہلے آپ</w:t>
      </w:r>
    </w:p>
    <w:p>
      <w:r>
        <w:rPr>
          <w:b/>
        </w:rPr>
        <w:t xml:space="preserve">[01:15] </w:t>
      </w:r>
      <w:r>
        <w:t>ke samne woh hadith padhi jayegi, is ka tarjuma hoga, phir inshallah is ke bare</w:t>
      </w:r>
    </w:p>
    <w:p>
      <w:pPr>
        <w:jc w:val="right"/>
      </w:pPr>
      <w:r>
        <w:t>کے سامنے وہ حدیث پڑھی جائے گی، اس کا ترجمہ ہوگا، پھر ان شاء اللہ اس کے بارے</w:t>
      </w:r>
    </w:p>
    <w:p>
      <w:r>
        <w:rPr>
          <w:b/>
        </w:rPr>
        <w:t xml:space="preserve">[01:23] </w:t>
      </w:r>
      <w:r>
        <w:t>mein kuch arz kiya jayega.</w:t>
      </w:r>
    </w:p>
    <w:p>
      <w:pPr>
        <w:jc w:val="right"/>
      </w:pPr>
      <w:r>
        <w:t>میں کچھ عرض کیا جائے گا۔</w:t>
      </w:r>
    </w:p>
    <w:p>
      <w:r>
        <w:rPr>
          <w:b/>
        </w:rPr>
        <w:t xml:space="preserve">[01:30] </w:t>
      </w:r>
      <w:r>
        <w:t>An Abdullah Ibn Masood qala: Qala Rasool Allah Sallallahu Alaihi Wasallam: "Innallaha Azzawajal ja'ala hasanat</w:t>
      </w:r>
    </w:p>
    <w:p>
      <w:pPr>
        <w:jc w:val="right"/>
      </w:pPr>
      <w:r>
        <w:t>عن عبداللہ ابن مسعود قال: قال رسول اللہ صلی اللہ علیہ وسلم: "إن الله عز وجل جعل حسنۃ</w:t>
      </w:r>
    </w:p>
    <w:p>
      <w:r>
        <w:rPr>
          <w:b/>
        </w:rPr>
        <w:t xml:space="preserve">[01:38] </w:t>
      </w:r>
      <w:r>
        <w:t>ibn Adam bi 'ashri amthaliha ila sab'ati mi'ati da'fin illa as-sawm, was-sawmu li wa ana ajzi bihi, wa lis-sa'imi farhatan: farhatu</w:t>
      </w:r>
    </w:p>
    <w:p>
      <w:pPr>
        <w:jc w:val="right"/>
      </w:pPr>
      <w:r>
        <w:t>ابن آدم بعشر امثالہ إلى سبع مئة ضعف إلا الصوم، والصوم لي وأنا جزی به، وللسائم فرحتان: فرحة</w:t>
      </w:r>
    </w:p>
    <w:p>
      <w:r>
        <w:rPr>
          <w:b/>
        </w:rPr>
        <w:t xml:space="preserve">[01:46] </w:t>
      </w:r>
      <w:r>
        <w:t>inda iftarihi wa farhatu yawm al-qiyamah, wa la khulufu fam is-sa'imi atyabu indallahi min rih al-misk." Musnad Ahmad hadith number 4256.</w:t>
      </w:r>
    </w:p>
    <w:p>
      <w:pPr>
        <w:jc w:val="right"/>
      </w:pPr>
      <w:r>
        <w:t>عند افطاره وفرحة يوم القيامة، ولخلف فم السائم أطيب عند الله من ريح المسك." مسند احمد حدیث نمبر 4256۔</w:t>
      </w:r>
    </w:p>
    <w:p>
      <w:r>
        <w:rPr>
          <w:b/>
        </w:rPr>
        <w:t xml:space="preserve">[01:56] </w:t>
      </w:r>
      <w:r>
        <w:t>Abdullah bin Masood se riwayat hai: Rasool Allah Sallallahu Alaihi Wasallam ne farmaya: "Allah taala ne ibn</w:t>
      </w:r>
    </w:p>
    <w:p>
      <w:pPr>
        <w:jc w:val="right"/>
      </w:pPr>
      <w:r>
        <w:t>عبداللہ بن مسعود سے روایت ہے: رسول اللہ صلی اللہ علیہ وسلم نے فرمایا: "اللہ تعالی نے ابن</w:t>
      </w:r>
    </w:p>
    <w:p>
      <w:r>
        <w:rPr>
          <w:b/>
        </w:rPr>
        <w:t xml:space="preserve">[02:06] </w:t>
      </w:r>
      <w:r>
        <w:t>Adam ki nekiyon mein das se le kar saat sau guna tak sawab rakha hai, siwaye roze ke, aur sawm</w:t>
      </w:r>
    </w:p>
    <w:p>
      <w:pPr>
        <w:jc w:val="right"/>
      </w:pPr>
      <w:r>
        <w:t>آدم کی نیکیوں میں دس سے لے کر سات سو گنا تک ثواب رکھا ہے، سوائے روزے کے، اور صوم</w:t>
      </w:r>
    </w:p>
    <w:p>
      <w:r>
        <w:rPr>
          <w:b/>
        </w:rPr>
        <w:t xml:space="preserve">[02:16] </w:t>
      </w:r>
      <w:r>
        <w:t>mere liye hai, aur main hi iska badla doonga." rozedar ke liye do khushiyan hain: ek khushi uske iftar ke waqt, aur doosri khushi qayamat ke din. rozedar ki munh ki bo allah ke nazdeek misk ki khushbu se bhi zyada behtar hai. ek aur riwayat in alfaz mein aayi hai: "yaqulu allah azzawajal:</w:t>
      </w:r>
    </w:p>
    <w:p>
      <w:pPr>
        <w:jc w:val="right"/>
      </w:pPr>
      <w:r>
        <w:t>میرے لیے ہے، اور میں ہی اس کا بدلہ دوں گا۔" روزے دار کے لیے دو خوشیاں ہیں: ایک خوشی اس کے افطار کے وقت، اور دوسری خوشی قیامت کے دن۔ روزے دار کی منہ کی بو اللہ کے نزدیک مسک کی خوشبو سے بھی زیادہ بہتر ہے۔ ایک اور روایت ان الفاظ میں آئی ہے: "یقول اللہ عزوجل:</w:t>
      </w:r>
    </w:p>
    <w:p>
      <w:r>
        <w:rPr>
          <w:b/>
        </w:rPr>
        <w:t xml:space="preserve">[02:46] </w:t>
      </w:r>
      <w:r>
        <w:t>as-sawmu li wa ana ajzi bihi, yada' shahwatahu wa akla hu wa shurbahu min ajli." Allah taala kehta hai ke roza mere liye</w:t>
      </w:r>
    </w:p>
    <w:p>
      <w:pPr>
        <w:jc w:val="right"/>
      </w:pPr>
      <w:r>
        <w:t>الصوم لی وأنا جزی به،یدع شہوتہ وأکله وشربہ من اجلی." اللہ تعالی کہتا ہے کہ روزہ میرے لیے</w:t>
      </w:r>
    </w:p>
    <w:p>
      <w:r>
        <w:rPr>
          <w:b/>
        </w:rPr>
        <w:t xml:space="preserve">[02:52] </w:t>
      </w:r>
      <w:r>
        <w:t>hai, main hi is ka badla doonga.</w:t>
      </w:r>
    </w:p>
    <w:p>
      <w:pPr>
        <w:jc w:val="right"/>
      </w:pPr>
      <w:r>
        <w:t>ہے، میں ہی اس کا بدلہ دوں گا۔</w:t>
      </w:r>
    </w:p>
    <w:p>
      <w:r>
        <w:rPr>
          <w:b/>
        </w:rPr>
        <w:t xml:space="preserve">[02:59] </w:t>
      </w:r>
      <w:r>
        <w:t>insan apni shahwat ko, apne khane ko, aur apne peene ko mere liye chhodta hai.</w:t>
      </w:r>
    </w:p>
    <w:p>
      <w:pPr>
        <w:jc w:val="right"/>
      </w:pPr>
      <w:r>
        <w:t>انسان اپنی شہوت کو، اپنے کھانے کو، اور اپنے پینے کو میرے لیے چھوڑتا ہے۔</w:t>
      </w:r>
    </w:p>
    <w:p>
      <w:r>
        <w:rPr>
          <w:b/>
        </w:rPr>
        <w:t xml:space="preserve">[03:06] </w:t>
      </w:r>
      <w:r>
        <w:t>wa sawmu jannat, aur roza dhal hai.</w:t>
      </w:r>
    </w:p>
    <w:p>
      <w:pPr>
        <w:jc w:val="right"/>
      </w:pPr>
      <w:r>
        <w:t>وصوم جنت، اور روزہ ڈھال ہے۔</w:t>
      </w:r>
    </w:p>
    <w:p>
      <w:r>
        <w:rPr>
          <w:b/>
        </w:rPr>
        <w:t xml:space="preserve">[03:12] </w:t>
      </w:r>
      <w:r>
        <w:t>Sahih al-Bukhari hadith number 7492.</w:t>
      </w:r>
    </w:p>
    <w:p>
      <w:pPr>
        <w:jc w:val="right"/>
      </w:pPr>
      <w:r>
        <w:t>صحیح البخاری حدیث نمبر 7492۔</w:t>
      </w:r>
    </w:p>
    <w:p>
      <w:r>
        <w:rPr>
          <w:b/>
        </w:rPr>
        <w:t xml:space="preserve">[03:19] </w:t>
      </w:r>
      <w:r>
        <w:t>dekhein, yeh hadith Sahih al-Bukhari mein hai, is ka matlab hai ke bohat authentic hai.</w:t>
      </w:r>
    </w:p>
    <w:p>
      <w:pPr>
        <w:jc w:val="right"/>
      </w:pPr>
      <w:r>
        <w:t>دیکھیں، یہ حدیث صحیح البخاری میں ہے، اس کا مطلب ہے کہ بہت اتھینٹک ہے۔</w:t>
      </w:r>
    </w:p>
    <w:p>
      <w:r>
        <w:rPr>
          <w:b/>
        </w:rPr>
        <w:t xml:space="preserve">[03:29] </w:t>
      </w:r>
      <w:r>
        <w:t>to bohat ziyada sochne ki baat hai ke roze mein kaun si aisi baat hai ke woh bohat</w:t>
      </w:r>
    </w:p>
    <w:p>
      <w:pPr>
        <w:jc w:val="right"/>
      </w:pPr>
      <w:r>
        <w:t>تو بہت زیادہ سوچنے کی بات ہے کہ روزے میں کون سی ایسی بات ہے کہ وہ بہت</w:t>
      </w:r>
    </w:p>
    <w:p>
      <w:r>
        <w:rPr>
          <w:b/>
        </w:rPr>
        <w:t xml:space="preserve">[03:39] </w:t>
      </w:r>
      <w:r>
        <w:t>hi ziyada, bohat hi ziyada reward is ke upar likh diya gaya hai.</w:t>
      </w:r>
    </w:p>
    <w:p>
      <w:pPr>
        <w:jc w:val="right"/>
      </w:pPr>
      <w:r>
        <w:t>ہی زیادہ، بہت ہی زیادہ ریوارڈ اس کے اوپر لکھ دیا گیا ہے۔</w:t>
      </w:r>
    </w:p>
    <w:p>
      <w:r>
        <w:rPr>
          <w:b/>
        </w:rPr>
        <w:t xml:space="preserve">[03:50] </w:t>
      </w:r>
      <w:r>
        <w:t>to woh jo lafz hai, us se maine is ko paya hai, woh hai: "tark lajil Allah."</w:t>
      </w:r>
    </w:p>
    <w:p>
      <w:pPr>
        <w:jc w:val="right"/>
      </w:pPr>
      <w:r>
        <w:t>تو وہ جو لفظ ہے، اس سے میں نے اس کو پایا ہے، وہ ہے: "ترک لاجل اللہ۔"</w:t>
      </w:r>
    </w:p>
    <w:p>
      <w:r>
        <w:rPr>
          <w:b/>
        </w:rPr>
        <w:t xml:space="preserve">[04:05] </w:t>
      </w:r>
      <w:r>
        <w:t>tark lajil Allah, yaani apni kisi bohat hi ziyada mehboob cheez ko chhodna Allah ke liye.</w:t>
      </w:r>
    </w:p>
    <w:p>
      <w:pPr>
        <w:jc w:val="right"/>
      </w:pPr>
      <w:r>
        <w:t>ترک لاجل اللہ، یعنی اپنی کسی بہت ہی زیادہ محبوب چیز کو چھوڑنا اللہ کے لیے۔</w:t>
      </w:r>
    </w:p>
    <w:p>
      <w:r>
        <w:rPr>
          <w:b/>
        </w:rPr>
        <w:t xml:space="preserve">[04:21] </w:t>
      </w:r>
      <w:r>
        <w:t>bahut hi zyada aap ko koi cheez, yani aam halaton mein woh chhodne qabil na ho, usko chhodna allah ke liye. to is par yeh bahut zyada ajr likha gaya hai. aur is chhodne wali cheez, item jo</w:t>
      </w:r>
    </w:p>
    <w:p>
      <w:pPr>
        <w:jc w:val="right"/>
      </w:pPr>
      <w:r>
        <w:t>بہت ہی زیادہ آپ کو کوئی چیز، یعنی عام حالات میں وہ چھوڑنے قابل نہ ہو، اس کو چھوڑنا اللہ کے لیے۔ تو اس پر یہ بہت زیادہ اجر لکھا گیا ہے۔ اور اس چھوڑنے والی چیز، آئٹم جو</w:t>
      </w:r>
    </w:p>
    <w:p>
      <w:r>
        <w:rPr>
          <w:b/>
        </w:rPr>
        <w:t xml:space="preserve">[04:51] </w:t>
      </w:r>
      <w:r>
        <w:t>hai, chhodne wala tea item, to woh hai: "mabni bar sabr." yaani koi aisa amal jis par bohat</w:t>
      </w:r>
    </w:p>
    <w:p>
      <w:pPr>
        <w:jc w:val="right"/>
      </w:pPr>
      <w:r>
        <w:t>ہے، چھوڑنے والا ٹی آئٹم، تو وہ ہے: "مبنی بر صبر۔" یعنی کوئی ایسا عمل جس پر بہت</w:t>
      </w:r>
    </w:p>
    <w:p>
      <w:r>
        <w:rPr>
          <w:b/>
        </w:rPr>
        <w:t xml:space="preserve">[04:59] </w:t>
      </w:r>
      <w:r>
        <w:t>sabr karna pade, bohat ziyada apne aap ko dabana pade, bohat ziyada apne aap ko ooncha uthana pade</w:t>
      </w:r>
    </w:p>
    <w:p>
      <w:pPr>
        <w:jc w:val="right"/>
      </w:pPr>
      <w:r>
        <w:t>صبر کرنا پڑے، بہت زیادہ اپنے آپ کو دبانا پڑے، بہت زیادہ اپنے آپ کو اونچا اٹھانا پڑے</w:t>
      </w:r>
    </w:p>
    <w:p>
      <w:r>
        <w:rPr>
          <w:b/>
        </w:rPr>
        <w:t xml:space="preserve">[05:06] </w:t>
      </w:r>
      <w:r>
        <w:t>har cheez se.</w:t>
      </w:r>
    </w:p>
    <w:p>
      <w:pPr>
        <w:jc w:val="right"/>
      </w:pPr>
      <w:r>
        <w:t>ہر چیز سے۔</w:t>
      </w:r>
    </w:p>
    <w:p>
      <w:r>
        <w:rPr>
          <w:b/>
        </w:rPr>
        <w:t xml:space="preserve">[05:14] </w:t>
      </w:r>
      <w:r>
        <w:t>yeh nikalta hai is ayat se: "in</w:t>
      </w:r>
    </w:p>
    <w:p>
      <w:pPr>
        <w:jc w:val="right"/>
      </w:pPr>
      <w:r>
        <w:t>یہ نکلتا ہے اس آیت سے: "إن</w:t>
      </w:r>
    </w:p>
    <w:p>
      <w:r>
        <w:rPr>
          <w:b/>
        </w:rPr>
        <w:t xml:space="preserve">[05:21] </w:t>
      </w:r>
      <w:r>
        <w:t>ma yuwaffa al-sabiruna ajrahum bighayri hisab." Surah Al-Zumar ayat number 10.</w:t>
      </w:r>
    </w:p>
    <w:p>
      <w:pPr>
        <w:jc w:val="right"/>
      </w:pPr>
      <w:r>
        <w:t>ما يوف الصابرون أجرهم بغير حساب۔" سورہ الزمر آیت نمبر 10۔</w:t>
      </w:r>
    </w:p>
    <w:p>
      <w:r>
        <w:rPr>
          <w:b/>
        </w:rPr>
        <w:t xml:space="preserve">[05:27] </w:t>
      </w:r>
      <w:r>
        <w:t>beshak sabr karne walon ko un ka ajar be hisab diya jayega. be hisab.</w:t>
      </w:r>
    </w:p>
    <w:p>
      <w:pPr>
        <w:jc w:val="right"/>
      </w:pPr>
      <w:r>
        <w:t>بے شک صبر کرنے والوں کو ان کا اجر بے حساب دیا جائے گا۔ بے حساب۔</w:t>
      </w:r>
    </w:p>
    <w:p>
      <w:r>
        <w:rPr>
          <w:b/>
        </w:rPr>
        <w:t xml:space="preserve">[05:33] </w:t>
      </w:r>
      <w:r>
        <w:t>ab ghaur kijiye ke mushabihat kitni ziyada hai is mein aur is mein.</w:t>
      </w:r>
    </w:p>
    <w:p>
      <w:pPr>
        <w:jc w:val="right"/>
      </w:pPr>
      <w:r>
        <w:t>اب غور کیجئے کہ مشابہت کتنی زیادہ ہے اس میں اور اس میں۔</w:t>
      </w:r>
    </w:p>
    <w:p>
      <w:r>
        <w:rPr>
          <w:b/>
        </w:rPr>
        <w:t xml:space="preserve">[05:39] </w:t>
      </w:r>
      <w:r>
        <w:t>to is ka matlab hai ke sabr is mein bohat ziyada hota hai, is is tark mein.</w:t>
      </w:r>
    </w:p>
    <w:p>
      <w:pPr>
        <w:jc w:val="right"/>
      </w:pPr>
      <w:r>
        <w:t>تو اس کا مطلب ہے کہ صبر اس میں بہت زیادہ ہوتا ہے، اس اس ترک میں۔</w:t>
      </w:r>
    </w:p>
    <w:p>
      <w:r>
        <w:rPr>
          <w:b/>
        </w:rPr>
        <w:t xml:space="preserve">[05:45] </w:t>
      </w:r>
      <w:r>
        <w:t>ek aisa tark lajil Allah jis mein bohat</w:t>
      </w:r>
    </w:p>
    <w:p>
      <w:pPr>
        <w:jc w:val="right"/>
      </w:pPr>
      <w:r>
        <w:t>ایک ایسا ترک لاجل اللہ جس میں بہت</w:t>
      </w:r>
    </w:p>
    <w:p>
      <w:r>
        <w:rPr>
          <w:b/>
        </w:rPr>
        <w:t xml:space="preserve">[05:51] </w:t>
      </w:r>
      <w:r>
        <w:t>sabr karna pade insan ko, to is par be hisab reward hai.</w:t>
      </w:r>
    </w:p>
    <w:p>
      <w:pPr>
        <w:jc w:val="right"/>
      </w:pPr>
      <w:r>
        <w:t>صبر کرنا پڑے انسان کو، تو اس پر بے حساب ریوارڈ ہے۔</w:t>
      </w:r>
    </w:p>
    <w:p>
      <w:r>
        <w:rPr>
          <w:b/>
        </w:rPr>
        <w:t xml:space="preserve">[06:02] </w:t>
      </w:r>
      <w:r>
        <w:t>to main sochta soch raha tha ke sahaba ki zindagi mein is ki misaal, kyunke yeh baat sirf</w:t>
      </w:r>
    </w:p>
    <w:p>
      <w:pPr>
        <w:jc w:val="right"/>
      </w:pPr>
      <w:r>
        <w:t>تو میں سوچتا سوچ رہا تھا کہ صحابہ کی زندگی میں اس کی مثال، کیونکہ یہ بات صرف</w:t>
      </w:r>
    </w:p>
    <w:p>
      <w:r>
        <w:rPr>
          <w:b/>
        </w:rPr>
        <w:t xml:space="preserve">[06:13] </w:t>
      </w:r>
      <w:r>
        <w:t>lafzi bayan se wazeh nahi hogi, is ki koi misaal chahiye.</w:t>
      </w:r>
    </w:p>
    <w:p>
      <w:pPr>
        <w:jc w:val="right"/>
      </w:pPr>
      <w:r>
        <w:t>لفظی بیان سے واضح نہیں ہوگی، اس کی کوئی مثال چاہیے۔</w:t>
      </w:r>
    </w:p>
    <w:p>
      <w:r>
        <w:rPr>
          <w:b/>
        </w:rPr>
        <w:t xml:space="preserve">[06:24] </w:t>
      </w:r>
      <w:r>
        <w:t>yeh jo baat kahi gayi hai ke tark lajil Allah, jo ke mabni bar sabr ho, is par</w:t>
      </w:r>
    </w:p>
    <w:p>
      <w:pPr>
        <w:jc w:val="right"/>
      </w:pPr>
      <w:r>
        <w:t>یہ جو بات کہی گئی ہے کہ ترک لاجل اللہ، جو کہ مبنی بر صبر ہو، اس پر</w:t>
      </w:r>
    </w:p>
    <w:p>
      <w:r>
        <w:rPr>
          <w:b/>
        </w:rPr>
        <w:t xml:space="preserve">[06:35] </w:t>
      </w:r>
      <w:r>
        <w:t>be hisab sawab hai.</w:t>
      </w:r>
    </w:p>
    <w:p>
      <w:pPr>
        <w:jc w:val="right"/>
      </w:pPr>
      <w:r>
        <w:t>بے حساب ثواب ہے۔</w:t>
      </w:r>
    </w:p>
    <w:p>
      <w:r>
        <w:rPr>
          <w:b/>
        </w:rPr>
        <w:t xml:space="preserve">[06:45] </w:t>
      </w:r>
      <w:r>
        <w:t>to main dhoondh raha tha, soch raha tha ke is ka sahaba ki zindagi mein, sahaba ke haan koi misaal. to</w:t>
      </w:r>
    </w:p>
    <w:p>
      <w:pPr>
        <w:jc w:val="right"/>
      </w:pPr>
      <w:r>
        <w:t>تو میں ڈھونڈ رہا تھا، سوچ رہا تھا کہ اس کا صحابہ کی زندگی میں، صحابہ کے ہاں کوئی مثال۔ تو</w:t>
      </w:r>
    </w:p>
    <w:p>
      <w:r>
        <w:rPr>
          <w:b/>
        </w:rPr>
        <w:t xml:space="preserve">[06:56] </w:t>
      </w:r>
      <w:r>
        <w:t>mujhe ek bohat hi wazeh misaal mili, ek bohat hi wazeh misaal mili.</w:t>
      </w:r>
    </w:p>
    <w:p>
      <w:pPr>
        <w:jc w:val="right"/>
      </w:pPr>
      <w:r>
        <w:t>مجھے ایک بہت ہی واضح مثال ملی، ایک بہت ہی واضح مثال ملی۔</w:t>
      </w:r>
    </w:p>
    <w:p>
      <w:r>
        <w:rPr>
          <w:b/>
        </w:rPr>
        <w:t xml:space="preserve">[07:06] </w:t>
      </w:r>
      <w:r>
        <w:t>is misaal ko main yahan bayan karna chahta hoon, kyunke is misaal se yeh maloom hota hai ke</w:t>
      </w:r>
    </w:p>
    <w:p>
      <w:pPr>
        <w:jc w:val="right"/>
      </w:pPr>
      <w:r>
        <w:t>اس مثال کو میں یہاں بیان کرنا چاہتا ہوں، کیونکہ اس مثال سے یہ معلوم ہوتا ہے کہ</w:t>
      </w:r>
    </w:p>
    <w:p>
      <w:r>
        <w:rPr>
          <w:b/>
        </w:rPr>
        <w:t xml:space="preserve">[07:16] </w:t>
      </w:r>
      <w:r>
        <w:t>kis nawiyat ka amal hota hai woh jis par Allah ke haan be hisab ajar diya jata hai,</w:t>
      </w:r>
    </w:p>
    <w:p>
      <w:pPr>
        <w:jc w:val="right"/>
      </w:pPr>
      <w:r>
        <w:t>کس نوعیت کا عمل ہوتا ہے وہ جس پر اللہ کے ہاں بے حساب اجر دیا جاتا ہے،</w:t>
      </w:r>
    </w:p>
    <w:p>
      <w:r>
        <w:rPr>
          <w:b/>
        </w:rPr>
        <w:t xml:space="preserve">[07:26] </w:t>
      </w:r>
      <w:r>
        <w:t>be hisab ajar.</w:t>
      </w:r>
    </w:p>
    <w:p>
      <w:pPr>
        <w:jc w:val="right"/>
      </w:pPr>
      <w:r>
        <w:t>بے حساب اجر۔</w:t>
      </w:r>
    </w:p>
    <w:p>
      <w:r>
        <w:rPr>
          <w:b/>
        </w:rPr>
        <w:t xml:space="preserve">[07:34] </w:t>
      </w:r>
      <w:r>
        <w:t>to woh waqia hai Hazrat Umar R.A. ka, jin ko ke Islam mein Rasool ke, Rasool</w:t>
      </w:r>
    </w:p>
    <w:p>
      <w:pPr>
        <w:jc w:val="right"/>
      </w:pPr>
      <w:r>
        <w:t>تو وہ واقعہ ہے حضرت عمر رضی اللہ عنہ کا، جن کو کہ اسلام میں رسول کے، رسول</w:t>
      </w:r>
    </w:p>
    <w:p>
      <w:r>
        <w:rPr>
          <w:b/>
        </w:rPr>
        <w:t xml:space="preserve">[07:41] </w:t>
      </w:r>
      <w:r>
        <w:t>ke baad, aap jante hain ke Islam mein Rasool ke baad darja hai Hazrat Abu Bakr ka, us ke</w:t>
      </w:r>
    </w:p>
    <w:p>
      <w:pPr>
        <w:jc w:val="right"/>
      </w:pPr>
      <w:r>
        <w:t>کے بعد، آپ جانتے ہیں کہ اسلام میں رسول کے بعد درجہ ہے حضرت ابوبکر کا، اس کے</w:t>
      </w:r>
    </w:p>
    <w:p>
      <w:r>
        <w:rPr>
          <w:b/>
        </w:rPr>
        <w:t xml:space="preserve">[07:49] </w:t>
      </w:r>
      <w:r>
        <w:t>baad darja hai</w:t>
      </w:r>
    </w:p>
    <w:p>
      <w:pPr>
        <w:jc w:val="right"/>
      </w:pPr>
      <w:r>
        <w:t>بعد درجہ ہے</w:t>
      </w:r>
    </w:p>
    <w:p>
      <w:r>
        <w:rPr>
          <w:b/>
        </w:rPr>
        <w:t xml:space="preserve">[07:57] </w:t>
      </w:r>
      <w:r>
        <w:t>hazrat umar ka.</w:t>
      </w:r>
    </w:p>
    <w:p>
      <w:pPr>
        <w:jc w:val="right"/>
      </w:pPr>
      <w:r>
        <w:t>حضرت عمر کا۔</w:t>
      </w:r>
    </w:p>
    <w:p>
      <w:r>
        <w:rPr>
          <w:b/>
        </w:rPr>
        <w:t xml:space="preserve">[08:04] </w:t>
      </w:r>
      <w:r>
        <w:t>un ki misaal hai yeh.</w:t>
      </w:r>
    </w:p>
    <w:p>
      <w:pPr>
        <w:jc w:val="right"/>
      </w:pPr>
      <w:r>
        <w:t>ان کی مثال ہے یہ۔</w:t>
      </w:r>
    </w:p>
    <w:p>
      <w:r>
        <w:rPr>
          <w:b/>
        </w:rPr>
        <w:t xml:space="preserve">[08:12] </w:t>
      </w:r>
      <w:r>
        <w:t>toh ek riwayat mein aata hai ke aakhri zamane mein, yaani wafat se kuch pehle, rasool Allah bimar</w:t>
      </w:r>
    </w:p>
    <w:p>
      <w:pPr>
        <w:jc w:val="right"/>
      </w:pPr>
      <w:r>
        <w:t>تو ایک روایت میں آتا ہے کہ آخری زمانے میں، یعنی وفات سے کچھ پہلے، رسول اللہ بیمار</w:t>
      </w:r>
    </w:p>
    <w:p>
      <w:r>
        <w:rPr>
          <w:b/>
        </w:rPr>
        <w:t xml:space="preserve">[08:19] </w:t>
      </w:r>
      <w:r>
        <w:t>the, kamzor ho gaye the, toh hujre se mein rehte hue namaz parhne lage the,</w:t>
      </w:r>
    </w:p>
    <w:p>
      <w:pPr>
        <w:jc w:val="right"/>
      </w:pPr>
      <w:r>
        <w:t>تھے، کمزور ہو گئے تھے، تو حجرہ سے میں رہتے ہوئے نماز پڑھنے لگے تھے،</w:t>
      </w:r>
    </w:p>
    <w:p>
      <w:r>
        <w:rPr>
          <w:b/>
        </w:rPr>
        <w:t xml:space="preserve">[08:27] </w:t>
      </w:r>
      <w:r>
        <w:t>yaani imamat nahi kar rahe the.</w:t>
      </w:r>
    </w:p>
    <w:p>
      <w:pPr>
        <w:jc w:val="right"/>
      </w:pPr>
      <w:r>
        <w:t>یعنی امامت نہیں کر رہے تھے۔</w:t>
      </w:r>
    </w:p>
    <w:p>
      <w:r>
        <w:rPr>
          <w:b/>
        </w:rPr>
        <w:t xml:space="preserve">[08:33] </w:t>
      </w:r>
      <w:r>
        <w:t>imamat ke liye aap ko hujre se nikal kar ke maslay par aana tha, toh barbanaaye zaaf aap</w:t>
      </w:r>
    </w:p>
    <w:p>
      <w:pPr>
        <w:jc w:val="right"/>
      </w:pPr>
      <w:r>
        <w:t>امامت کے لیے آپ کو حجرہ سے نکل کر کے مصلے پر آنا تھا، تو بربنائے ضعف آپ</w:t>
      </w:r>
    </w:p>
    <w:p>
      <w:r>
        <w:rPr>
          <w:b/>
        </w:rPr>
        <w:t xml:space="preserve">[08:39] </w:t>
      </w:r>
      <w:r>
        <w:t>nahi wahan aa sakte the.</w:t>
      </w:r>
    </w:p>
    <w:p>
      <w:pPr>
        <w:jc w:val="right"/>
      </w:pPr>
      <w:r>
        <w:t>نہیں وہاں آ سکتے تھے۔</w:t>
      </w:r>
    </w:p>
    <w:p>
      <w:r>
        <w:rPr>
          <w:b/>
        </w:rPr>
        <w:t xml:space="preserve">[08:45] </w:t>
      </w:r>
      <w:r>
        <w:t>toh un dino ke liye sahaba mein se koi imamat karne laga.</w:t>
      </w:r>
    </w:p>
    <w:p>
      <w:pPr>
        <w:jc w:val="right"/>
      </w:pPr>
      <w:r>
        <w:t>تو ان دنوں کے لیے صحابہ میں سے کوئی امامت کرنے لگا۔</w:t>
      </w:r>
    </w:p>
    <w:p>
      <w:r>
        <w:rPr>
          <w:b/>
        </w:rPr>
        <w:t xml:space="preserve">[08:51] </w:t>
      </w:r>
      <w:r>
        <w:t>toh woh, woh, woh the hazrat</w:t>
      </w:r>
    </w:p>
    <w:p>
      <w:pPr>
        <w:jc w:val="right"/>
      </w:pPr>
      <w:r>
        <w:t>تو وہ، وہ، وہ تھے حضرت</w:t>
      </w:r>
    </w:p>
    <w:p>
      <w:r>
        <w:rPr>
          <w:b/>
        </w:rPr>
        <w:t xml:space="preserve">[08:58] </w:t>
      </w:r>
      <w:r>
        <w:t>abubakar.</w:t>
      </w:r>
    </w:p>
    <w:p>
      <w:pPr>
        <w:jc w:val="right"/>
      </w:pPr>
      <w:r>
        <w:t>ابوبکر۔</w:t>
      </w:r>
    </w:p>
    <w:p>
      <w:r>
        <w:rPr>
          <w:b/>
        </w:rPr>
        <w:t xml:space="preserve">[09:05] </w:t>
      </w:r>
      <w:r>
        <w:t>toh ek din aisa hua ke namaz ka waqt ho gaya aur safain khadi ho gayeen, lekin woh</w:t>
      </w:r>
    </w:p>
    <w:p>
      <w:pPr>
        <w:jc w:val="right"/>
      </w:pPr>
      <w:r>
        <w:t>تو ایک دن ایسا ہوا کہ نماز کا وقت ہو گیا اور صفیں کھڑی ہو گئیں، لیکن وہ</w:t>
      </w:r>
    </w:p>
    <w:p>
      <w:r>
        <w:rPr>
          <w:b/>
        </w:rPr>
        <w:t xml:space="preserve">[09:13] </w:t>
      </w:r>
      <w:r>
        <w:t>jo mutawaqqe imam the, yaani hazrat abubakar, woh masjid pohnche nahi the.</w:t>
      </w:r>
    </w:p>
    <w:p>
      <w:pPr>
        <w:jc w:val="right"/>
      </w:pPr>
      <w:r>
        <w:t>جو متوقع امام تھے، یعنی حضرت ابوبکر، وہ مسجد پہنچے نہیں تھے۔</w:t>
      </w:r>
    </w:p>
    <w:p>
      <w:r>
        <w:rPr>
          <w:b/>
        </w:rPr>
        <w:t xml:space="preserve">[09:21] </w:t>
      </w:r>
      <w:r>
        <w:t>toh sahaba ne</w:t>
      </w:r>
    </w:p>
    <w:p>
      <w:pPr>
        <w:jc w:val="right"/>
      </w:pPr>
      <w:r>
        <w:t>تو صحابہ نے</w:t>
      </w:r>
    </w:p>
    <w:p>
      <w:r>
        <w:rPr>
          <w:b/>
        </w:rPr>
        <w:t xml:space="preserve">[09:28] </w:t>
      </w:r>
      <w:r>
        <w:t>jab dekha ke hazrat abubakar pahunche nahi hain, to unhone hazrat umar ko khada kar diya masalle par, yeh samajh kar ke ke inhi ka darja hota hai hazrat abubakar ke baad. to sahaba</w:t>
      </w:r>
    </w:p>
    <w:p>
      <w:pPr>
        <w:jc w:val="right"/>
      </w:pPr>
      <w:r>
        <w:t>جب دیکھا کہ حضرت ابوبکر پہنچے نہیں ہیں، تو انہوں نے حضرت عمر کو کھڑا کر دیا مصلے پر، یہ سمجھ کر کہ کہ انہی کا درجہ ہوتا ہے حضرت ابوبکر کے بعد۔ تو صحاب</w:t>
      </w:r>
    </w:p>
    <w:p>
      <w:r>
        <w:rPr>
          <w:b/>
        </w:rPr>
        <w:t xml:space="preserve">[09:58] </w:t>
      </w:r>
      <w:r>
        <w:t>h ki jamaat peeche khadi hui thi aur hazrat umar imamat ki jagah par khade hue the aur takbeer hui.</w:t>
      </w:r>
    </w:p>
    <w:p>
      <w:pPr>
        <w:jc w:val="right"/>
      </w:pPr>
      <w:r>
        <w:t>ہ کی جماعت پیچھے کھڑی ہوئی تھی اور حضرت عمر امامت کی جگہ پر کھڑے ہوئے تھے اور تکبیر ہوئی۔</w:t>
      </w:r>
    </w:p>
    <w:p>
      <w:r>
        <w:rPr>
          <w:b/>
        </w:rPr>
        <w:t xml:space="preserve">[10:06] </w:t>
      </w:r>
      <w:r>
        <w:t>takbeer ke baad unhon ne namaz shuru ki.</w:t>
      </w:r>
    </w:p>
    <w:p>
      <w:pPr>
        <w:jc w:val="right"/>
      </w:pPr>
      <w:r>
        <w:t>تکبیر کے بعد انہوں نے نماز شروع کی۔</w:t>
      </w:r>
    </w:p>
    <w:p>
      <w:r>
        <w:rPr>
          <w:b/>
        </w:rPr>
        <w:t xml:space="preserve">[10:14] </w:t>
      </w:r>
      <w:r>
        <w:t>toh jahan jab hazrat abubakar, hazrat umar ne jab namaz shuru ki aur us ki awaaz pohnchi wahan</w:t>
      </w:r>
    </w:p>
    <w:p>
      <w:pPr>
        <w:jc w:val="right"/>
      </w:pPr>
      <w:r>
        <w:t>تو جہاں جب حضرت ابوبکر، حضرت عمر نے جب نماز شروع کی اور اس کی آواز پہنچی وہاں</w:t>
      </w:r>
    </w:p>
    <w:p>
      <w:r>
        <w:rPr>
          <w:b/>
        </w:rPr>
        <w:t xml:space="preserve">[10:22] </w:t>
      </w:r>
      <w:r>
        <w:t>rasool Allah tak hujre mein,</w:t>
      </w:r>
    </w:p>
    <w:p>
      <w:pPr>
        <w:jc w:val="right"/>
      </w:pPr>
      <w:r>
        <w:t>رسول اللہ تک حجرے میں،</w:t>
      </w:r>
    </w:p>
    <w:p>
      <w:r>
        <w:rPr>
          <w:b/>
        </w:rPr>
        <w:t xml:space="preserve">[10:30] </w:t>
      </w:r>
      <w:r>
        <w:t>toh riwayat mein aata hai ke rasool Allah ne wahin se, yaani apne hujre se, yeh aakhri zamane</w:t>
      </w:r>
    </w:p>
    <w:p>
      <w:pPr>
        <w:jc w:val="right"/>
      </w:pPr>
      <w:r>
        <w:t>تو روایت میں آتا ہے کہ رسول اللہ نے وہیں سے، یعنی اپنے حجرے سے، یہ آخری زمانے</w:t>
      </w:r>
    </w:p>
    <w:p>
      <w:r>
        <w:rPr>
          <w:b/>
        </w:rPr>
        <w:t xml:space="preserve">[10:38] </w:t>
      </w:r>
      <w:r>
        <w:t>ki baat hai jab ke aap zaaf ki wajah se imamat ke liye nahi aate the aur wahin</w:t>
      </w:r>
    </w:p>
    <w:p>
      <w:pPr>
        <w:jc w:val="right"/>
      </w:pPr>
      <w:r>
        <w:t>کی بات ہے جب کہ آپ ضعف کی وجہ سے امامت کے لیے نہیں آتے تھے اور وہیں</w:t>
      </w:r>
    </w:p>
    <w:p>
      <w:r>
        <w:rPr>
          <w:b/>
        </w:rPr>
        <w:t xml:space="preserve">[10:45] </w:t>
      </w:r>
      <w:r>
        <w:t>se namaz mushaqqat karte the.</w:t>
      </w:r>
    </w:p>
    <w:p>
      <w:pPr>
        <w:jc w:val="right"/>
      </w:pPr>
      <w:r>
        <w:t>سے نماز مشقت کرتے تھے۔</w:t>
      </w:r>
    </w:p>
    <w:p>
      <w:r>
        <w:rPr>
          <w:b/>
        </w:rPr>
        <w:t xml:space="preserve">[10:53] </w:t>
      </w:r>
      <w:r>
        <w:t>toh jab aap ko awaaz sunai di hazrat umar ki,</w:t>
      </w:r>
    </w:p>
    <w:p>
      <w:pPr>
        <w:jc w:val="right"/>
      </w:pPr>
      <w:r>
        <w:t>تو جب آپ کو آواز سنائی دی حضرت عمر کی،</w:t>
      </w:r>
    </w:p>
    <w:p>
      <w:r>
        <w:rPr>
          <w:b/>
        </w:rPr>
        <w:t xml:space="preserve">[11:00] </w:t>
      </w:r>
      <w:r>
        <w:t>toh wahin se aap ne kaha buland awaaz se ke Allah aur rasool abubakar ke siwa kisi aur</w:t>
      </w:r>
    </w:p>
    <w:p>
      <w:pPr>
        <w:jc w:val="right"/>
      </w:pPr>
      <w:r>
        <w:t>تو وہیں سے آپ نے کہا بلند آواز سے کہ اللہ اور رسول ابوبکر کے سوا کسی اور</w:t>
      </w:r>
    </w:p>
    <w:p>
      <w:r>
        <w:rPr>
          <w:b/>
        </w:rPr>
        <w:t xml:space="preserve">[11:08] </w:t>
      </w:r>
      <w:r>
        <w:t>ki imamat par raazi nahi hain.</w:t>
      </w:r>
    </w:p>
    <w:p>
      <w:pPr>
        <w:jc w:val="right"/>
      </w:pPr>
      <w:r>
        <w:t>کی امامت پر راضی نہیں ہیں۔</w:t>
      </w:r>
    </w:p>
    <w:p>
      <w:r>
        <w:rPr>
          <w:b/>
        </w:rPr>
        <w:t xml:space="preserve">[11:16] </w:t>
      </w:r>
      <w:r>
        <w:t>kaisi ajeeb baat hai ke ek insaan imamat ki jagah par khada ho chuka ho aur woh namaz</w:t>
      </w:r>
    </w:p>
    <w:p>
      <w:pPr>
        <w:jc w:val="right"/>
      </w:pPr>
      <w:r>
        <w:t>کیسی عجیب بات ہے کہ ایک انسان امامت کی جگہ پر کھڑا ہو چکا ہو اور وہ نماز</w:t>
      </w:r>
    </w:p>
    <w:p>
      <w:r>
        <w:rPr>
          <w:b/>
        </w:rPr>
        <w:t xml:space="preserve">[11:24] </w:t>
      </w:r>
      <w:r>
        <w:t>shuru kar chuka ho aur wahan se awaz aaye</w:t>
      </w:r>
    </w:p>
    <w:p>
      <w:pPr>
        <w:jc w:val="right"/>
      </w:pPr>
      <w:r>
        <w:t>شروع کر چکا ہو اور وہاں سے آواز آئے</w:t>
      </w:r>
    </w:p>
    <w:p>
      <w:r>
        <w:rPr>
          <w:b/>
        </w:rPr>
        <w:t xml:space="preserve">[11:32] </w:t>
      </w:r>
      <w:r>
        <w:t>ke Allah aur Rasool Abu Bakr ke siwa kisi aur ki imamat par raazi nahi hain.</w:t>
      </w:r>
    </w:p>
    <w:p>
      <w:pPr>
        <w:jc w:val="right"/>
      </w:pPr>
      <w:r>
        <w:t>کہ اللہ اور رسول ابوبکر کے سوا کسی اور کی امامت پر راضی نہیں ہیں۔</w:t>
      </w:r>
    </w:p>
    <w:p>
      <w:r>
        <w:rPr>
          <w:b/>
        </w:rPr>
        <w:t xml:space="preserve">[11:40] </w:t>
      </w:r>
      <w:r>
        <w:t>to yeh to bohat hi, aap samajhte samajh sakte hain ke bohat ziyada hemeration ki baat thi, bohat</w:t>
      </w:r>
    </w:p>
    <w:p>
      <w:pPr>
        <w:jc w:val="right"/>
      </w:pPr>
      <w:r>
        <w:t>تو یہ تو بہت ہی، آپ سمجھتے سمجھ سکتے ہیں کہ بہت زیادہ ہیمیریشن کی بات تھی، بہت</w:t>
      </w:r>
    </w:p>
    <w:p>
      <w:r>
        <w:rPr>
          <w:b/>
        </w:rPr>
        <w:t xml:space="preserve">[11:47] </w:t>
      </w:r>
      <w:r>
        <w:t>ziyada hemeration ki baat thi.</w:t>
      </w:r>
    </w:p>
    <w:p>
      <w:pPr>
        <w:jc w:val="right"/>
      </w:pPr>
      <w:r>
        <w:t>زیادہ ہیمیریشن کی بات تھی۔</w:t>
      </w:r>
    </w:p>
    <w:p>
      <w:r>
        <w:rPr>
          <w:b/>
        </w:rPr>
        <w:t xml:space="preserve">[11:55] </w:t>
      </w:r>
      <w:r>
        <w:t>aap ghor kijiye ke woh imam ki jagah par aadmi khara ho jaye aur</w:t>
      </w:r>
    </w:p>
    <w:p>
      <w:pPr>
        <w:jc w:val="right"/>
      </w:pPr>
      <w:r>
        <w:t>آپ غور کیجئے کہ وہ امام کی جگہ پر آدمی کھڑا ہو جائے اور</w:t>
      </w:r>
    </w:p>
    <w:p>
      <w:r>
        <w:rPr>
          <w:b/>
        </w:rPr>
        <w:t xml:space="preserve">[12:03] </w:t>
      </w:r>
      <w:r>
        <w:t>jamaat khari ho jaye, takbeer ho jaye aur woh imam namaz shuru kar de qirat ke zariye.</w:t>
      </w:r>
    </w:p>
    <w:p>
      <w:pPr>
        <w:jc w:val="right"/>
      </w:pPr>
      <w:r>
        <w:t>جماعت کھڑی ہو جائے، تکبیر ہو جائے اور وہ امام نماز شروع کر دے قرأت کے ذریعے۔</w:t>
      </w:r>
    </w:p>
    <w:p>
      <w:r>
        <w:rPr>
          <w:b/>
        </w:rPr>
        <w:t xml:space="preserve">[12:13] </w:t>
      </w:r>
      <w:r>
        <w:t>is waqt achaanak awaz aaye ke Allah aur Rasool Umar ki imamat par raazi nahi hain.</w:t>
      </w:r>
    </w:p>
    <w:p>
      <w:pPr>
        <w:jc w:val="right"/>
      </w:pPr>
      <w:r>
        <w:t>اس وقت اچانک آواز آئے کہ اللہ اور رسول عمر کی امامت پر راضی نہیں ہیں۔</w:t>
      </w:r>
    </w:p>
    <w:p>
      <w:r>
        <w:rPr>
          <w:b/>
        </w:rPr>
        <w:t xml:space="preserve">[12:23] </w:t>
      </w:r>
      <w:r>
        <w:t>to kya hua phir</w:t>
      </w:r>
    </w:p>
    <w:p>
      <w:pPr>
        <w:jc w:val="right"/>
      </w:pPr>
      <w:r>
        <w:t>تو کیا ہوا پھر</w:t>
      </w:r>
    </w:p>
    <w:p>
      <w:r>
        <w:rPr>
          <w:b/>
        </w:rPr>
        <w:t xml:space="preserve">[12:33] </w:t>
      </w:r>
      <w:r>
        <w:t>ke jo sahaba the saff mein, jo khare hue the, unhone suna to Umar ko peechay se,</w:t>
      </w:r>
    </w:p>
    <w:p>
      <w:pPr>
        <w:jc w:val="right"/>
      </w:pPr>
      <w:r>
        <w:t>کہ جو صحابہ تھے صف میں، جو کھڑے ہوئے تھے، انہوں نے سنا تو عمر کو پیچھے سے،</w:t>
      </w:r>
    </w:p>
    <w:p>
      <w:r>
        <w:rPr>
          <w:b/>
        </w:rPr>
        <w:t xml:space="preserve">[12:40] </w:t>
      </w:r>
      <w:r>
        <w:t>yani kapra pakra, unko peechay peechay se kapra pakar ke peechay unko khencha, khench kar ke</w:t>
      </w:r>
    </w:p>
    <w:p>
      <w:pPr>
        <w:jc w:val="right"/>
      </w:pPr>
      <w:r>
        <w:t>یعنی کپڑا پکڑا، ان کو پیچھے پیچھے سے کپڑا پکڑ کے پیچھے ان کو کھینچا، کھینچ کر کے</w:t>
      </w:r>
    </w:p>
    <w:p>
      <w:r>
        <w:rPr>
          <w:b/>
        </w:rPr>
        <w:t xml:space="preserve">[12:48] </w:t>
      </w:r>
      <w:r>
        <w:t>saff mein khara kiya unko, yani aam saff mein.</w:t>
      </w:r>
    </w:p>
    <w:p>
      <w:pPr>
        <w:jc w:val="right"/>
      </w:pPr>
      <w:r>
        <w:t>صف میں کھڑا کیا ان کو، یعنی عام صف میں۔</w:t>
      </w:r>
    </w:p>
    <w:p>
      <w:r>
        <w:rPr>
          <w:b/>
        </w:rPr>
        <w:t xml:space="preserve">[12:55] </w:t>
      </w:r>
      <w:r>
        <w:t>aur phir Abu Bakr ko aagay barha kar ke wahan</w:t>
      </w:r>
    </w:p>
    <w:p>
      <w:pPr>
        <w:jc w:val="right"/>
      </w:pPr>
      <w:r>
        <w:t>اور پھر ابوبکر کو آگے بڑھا کر کے وہاں</w:t>
      </w:r>
    </w:p>
    <w:p>
      <w:r>
        <w:rPr>
          <w:b/>
        </w:rPr>
        <w:t xml:space="preserve">[13:03] </w:t>
      </w:r>
      <w:r>
        <w:t>par khara kiya gaya.</w:t>
      </w:r>
    </w:p>
    <w:p>
      <w:pPr>
        <w:jc w:val="right"/>
      </w:pPr>
      <w:r>
        <w:t>پر کھڑا کیا گیا۔</w:t>
      </w:r>
    </w:p>
    <w:p>
      <w:r>
        <w:rPr>
          <w:b/>
        </w:rPr>
        <w:t xml:space="preserve">[13:10] </w:t>
      </w:r>
      <w:r>
        <w:t>bohat ajeeb waqea hai Islam ki tareekh ka ke Umar ko imam ki jagah par woh khare hue</w:t>
      </w:r>
    </w:p>
    <w:p>
      <w:pPr>
        <w:jc w:val="right"/>
      </w:pPr>
      <w:r>
        <w:t>بہت عجیب واقعہ ہے اسلام کی تاریخ کا کہ عمر کو امام کی جگہ پر وہ کھڑے ہوئے</w:t>
      </w:r>
    </w:p>
    <w:p>
      <w:r>
        <w:rPr>
          <w:b/>
        </w:rPr>
        <w:t xml:space="preserve">[13:18] </w:t>
      </w:r>
      <w:r>
        <w:t>hain aur namaz shuru ho chuki hai, unko khench kar peechay laya jata hai aur Abu Bakr ko</w:t>
      </w:r>
    </w:p>
    <w:p>
      <w:pPr>
        <w:jc w:val="right"/>
      </w:pPr>
      <w:r>
        <w:t>ہیں اور نماز شروع ہو چکی ہے، ان کو کھینچ کر پیچھے لایا جاتا ہے اور ابوبکر کو</w:t>
      </w:r>
    </w:p>
    <w:p>
      <w:r>
        <w:rPr>
          <w:b/>
        </w:rPr>
        <w:t xml:space="preserve">[13:26] </w:t>
      </w:r>
      <w:r>
        <w:t>peechay se push push kar ke aagay</w:t>
      </w:r>
    </w:p>
    <w:p>
      <w:pPr>
        <w:jc w:val="right"/>
      </w:pPr>
      <w:r>
        <w:t>پیچھے سے پش پش کر کے آگے</w:t>
      </w:r>
    </w:p>
    <w:p>
      <w:r>
        <w:rPr>
          <w:b/>
        </w:rPr>
        <w:t xml:space="preserve">[13:33] </w:t>
      </w:r>
      <w:r>
        <w:t>laya jata hai aur phir namaz hoti hai.</w:t>
      </w:r>
    </w:p>
    <w:p>
      <w:pPr>
        <w:jc w:val="right"/>
      </w:pPr>
      <w:r>
        <w:t>لایا جاتا ہے اور پھر نماز ہوتی ہے۔</w:t>
      </w:r>
    </w:p>
    <w:p>
      <w:r>
        <w:rPr>
          <w:b/>
        </w:rPr>
        <w:t xml:space="preserve">[13:41] </w:t>
      </w:r>
      <w:r>
        <w:t>Abu Bakr imamat karte hain.</w:t>
      </w:r>
    </w:p>
    <w:p>
      <w:pPr>
        <w:jc w:val="right"/>
      </w:pPr>
      <w:r>
        <w:t>ابوبکر امامت کرتے ہیں۔</w:t>
      </w:r>
    </w:p>
    <w:p>
      <w:r>
        <w:rPr>
          <w:b/>
        </w:rPr>
        <w:t xml:space="preserve">[13:49] </w:t>
      </w:r>
      <w:r>
        <w:t>aap ghor kijiye ke aisa waqea kitna ziyada serious hai, kyunke khullam khulla sab ke samnay kisi ko</w:t>
      </w:r>
    </w:p>
    <w:p>
      <w:pPr>
        <w:jc w:val="right"/>
      </w:pPr>
      <w:r>
        <w:t>آپ غور کیجئے کہ ایسا واقعہ کتنا زیادہ سیریس ہے، کیونکہ کھلم کھلا سب کے سامنے کسی کو</w:t>
      </w:r>
    </w:p>
    <w:p>
      <w:r>
        <w:rPr>
          <w:b/>
        </w:rPr>
        <w:t xml:space="preserve">[13:57] </w:t>
      </w:r>
      <w:r>
        <w:t>be-izzat karna, aap jante hain ke insaan ke liye bohat hi mushkil kaam hai ke woh</w:t>
      </w:r>
    </w:p>
    <w:p>
      <w:pPr>
        <w:jc w:val="right"/>
      </w:pPr>
      <w:r>
        <w:t>بے عزت کرنا، آپ جانتے ہیں کہ انسان کے لیے بہت ہی مشکل کام ہے کہ وہ</w:t>
      </w:r>
    </w:p>
    <w:p>
      <w:r>
        <w:rPr>
          <w:b/>
        </w:rPr>
        <w:t xml:space="preserve">[14:04] </w:t>
      </w:r>
      <w:r>
        <w:t>be-izzati ko qabool kare. yeh bohat mushkil kaam hai. aap ko bohat se waqeat maloom hain ke kisi ki be-izzati hui to qabool nahi kar paya woh. revert kar diya usne, revert kar diya. uski ek misaal Rasool Allah ki fawwat</w:t>
      </w:r>
    </w:p>
    <w:p>
      <w:pPr>
        <w:jc w:val="right"/>
      </w:pPr>
      <w:r>
        <w:t>بے عزتی کو قبول کرے۔ یہ بہت مشکل کام ہے۔ آپ کو بہت سے واقعات معلوم ہیں کہ کسی کی بے عزتی ہوئی تو قبول نہیں کر پایا وہ۔ ریورٹ کر دیا اس نے، ریورٹ کر دیا۔ اس کی ایک مثال رسول اللہ کی وفات</w:t>
      </w:r>
    </w:p>
    <w:p>
      <w:r>
        <w:rPr>
          <w:b/>
        </w:rPr>
        <w:t xml:space="preserve">[14:34] </w:t>
      </w:r>
      <w:r>
        <w:t>ke baad ke zamanay ki hai ke jab khilafat ka masla aaya to Madine mein is waqt jo</w:t>
      </w:r>
    </w:p>
    <w:p>
      <w:pPr>
        <w:jc w:val="right"/>
      </w:pPr>
      <w:r>
        <w:t>کے بعد کے زمانے کی ہے کہ جب خلافت کا مسئلہ آیا تو مدینے میں اس وقت جو</w:t>
      </w:r>
    </w:p>
    <w:p>
      <w:r>
        <w:rPr>
          <w:b/>
        </w:rPr>
        <w:t xml:space="preserve">[14:44] </w:t>
      </w:r>
      <w:r>
        <w:t>sab se ziyada mumtaz leader the, woh the Saad Ibn Ubadah.</w:t>
      </w:r>
    </w:p>
    <w:p>
      <w:pPr>
        <w:jc w:val="right"/>
      </w:pPr>
      <w:r>
        <w:t>سب سے زیادہ ممتاز لیڈر تھے، وہ تھے سعد ابن عبادہ۔</w:t>
      </w:r>
    </w:p>
    <w:p>
      <w:r>
        <w:rPr>
          <w:b/>
        </w:rPr>
        <w:t xml:space="preserve">[14:55] </w:t>
      </w:r>
      <w:r>
        <w:t>Saad Ibn Ubadah woh Madine ke sardar the, to woh ummeedwar the khilafat ke liye</w:t>
      </w:r>
    </w:p>
    <w:p>
      <w:pPr>
        <w:jc w:val="right"/>
      </w:pPr>
      <w:r>
        <w:t>سعد ابن عبادہ وہ مدینے کے سردار تھے، تو وہ امیدوار تھے خلافت کے لیے</w:t>
      </w:r>
    </w:p>
    <w:p>
      <w:r>
        <w:rPr>
          <w:b/>
        </w:rPr>
        <w:t xml:space="preserve">[15:05] </w:t>
      </w:r>
      <w:r>
        <w:t>Rasool Allah ki wafat ke baad.</w:t>
      </w:r>
    </w:p>
    <w:p>
      <w:pPr>
        <w:jc w:val="right"/>
      </w:pPr>
      <w:r>
        <w:t>رسول اللہ کی وفات کے بعد۔</w:t>
      </w:r>
    </w:p>
    <w:p>
      <w:r>
        <w:rPr>
          <w:b/>
        </w:rPr>
        <w:t xml:space="preserve">[15:15] </w:t>
      </w:r>
      <w:r>
        <w:t>lekin jo mashwara hua sahaba ka to tamam sahaba ne ittifaqe rai se Abu Bakr Siddiq ko Khalifa bana diya.</w:t>
      </w:r>
    </w:p>
    <w:p>
      <w:pPr>
        <w:jc w:val="right"/>
      </w:pPr>
      <w:r>
        <w:t>لیکن جو مشورہ ہوا صحابہ کا تو تمام صحابہ نے اتفاق رائے سے ابوبکر صدیق کو خلیفہ بنا دیا۔</w:t>
      </w:r>
    </w:p>
    <w:p>
      <w:r>
        <w:rPr>
          <w:b/>
        </w:rPr>
        <w:t xml:space="preserve">[15:25] </w:t>
      </w:r>
      <w:r>
        <w:t>to riwayat batati hain ke Saad Ibn Ubadah is</w:t>
      </w:r>
    </w:p>
    <w:p>
      <w:pPr>
        <w:jc w:val="right"/>
      </w:pPr>
      <w:r>
        <w:t>تو روایات بتاتی ہیں کہ سعد ابن عبادہ اس</w:t>
      </w:r>
    </w:p>
    <w:p>
      <w:r>
        <w:rPr>
          <w:b/>
        </w:rPr>
        <w:t xml:space="preserve">[15:35] </w:t>
      </w:r>
      <w:r>
        <w:t>ne is ko zillat ke mani mein liya aur is ko bardasht na kar sake.</w:t>
      </w:r>
    </w:p>
    <w:p>
      <w:pPr>
        <w:jc w:val="right"/>
      </w:pPr>
      <w:r>
        <w:t>نے اس کو ذلت کے معنی میں لیا اور اس کو برداشت نہ کر سکے۔</w:t>
      </w:r>
    </w:p>
    <w:p>
      <w:r>
        <w:rPr>
          <w:b/>
        </w:rPr>
        <w:t xml:space="preserve">[15:44] </w:t>
      </w:r>
      <w:r>
        <w:t>woh chunache woh Madinah chhod kar Sham chale gaye.</w:t>
      </w:r>
    </w:p>
    <w:p>
      <w:pPr>
        <w:jc w:val="right"/>
      </w:pPr>
      <w:r>
        <w:t>وہ چنانچہ وہ مدینہ چھوڑ کر شام چلے گئے۔</w:t>
      </w:r>
    </w:p>
    <w:p>
      <w:r>
        <w:rPr>
          <w:b/>
        </w:rPr>
        <w:t xml:space="preserve">[15:52] </w:t>
      </w:r>
      <w:r>
        <w:t>Sham aur is ke baad woh taqreeban gyarah saal tak zindah rahe.</w:t>
      </w:r>
    </w:p>
    <w:p>
      <w:pPr>
        <w:jc w:val="right"/>
      </w:pPr>
      <w:r>
        <w:t>شام اور اس کے بعد وہ تقریباً گیارہ سال تک زندہ رہے۔</w:t>
      </w:r>
    </w:p>
    <w:p>
      <w:r>
        <w:rPr>
          <w:b/>
        </w:rPr>
        <w:t xml:space="preserve">[16:00] </w:t>
      </w:r>
      <w:r>
        <w:t>phir woh Madinah wapas nahi aaye, na baiat bhi, baiat bhi nahi kiya unhon ne.</w:t>
      </w:r>
    </w:p>
    <w:p>
      <w:pPr>
        <w:jc w:val="right"/>
      </w:pPr>
      <w:r>
        <w:t>پھر وہ مدینہ واپس نہیں آئے، نہ بیعت بھی، بیعت بھی نہیں کیا انہوں نے۔</w:t>
      </w:r>
    </w:p>
    <w:p>
      <w:r>
        <w:rPr>
          <w:b/>
        </w:rPr>
        <w:t xml:space="preserve">[16:08] </w:t>
      </w:r>
      <w:r>
        <w:t>yeh to kam se kam hota hai, warna jahan kisi ko kisi ki respect ke khilaf maamla kiya jaye to woh jhanda utha leta hai. mujhe yaad aata hai ke Pakistan ke ek leader sahab jo hukumat ke khilaf ho gaye the, tumhare khud apne kaan se suna ya radio par unki</w:t>
      </w:r>
    </w:p>
    <w:p>
      <w:pPr>
        <w:jc w:val="right"/>
      </w:pPr>
      <w:r>
        <w:t>یہ تو کم سے کم ہوتا ہے، ورنہ جہاں کسی کو کسی کی ریسپیکٹ کے خلاف معاملہ کیا جائے تو وہ جھنڈا اٹھا لیتا ہے۔ مجھے یاد آتا ہے کہ پاکستان کے ایک لیڈر صاحب جو حکومت کے خلاف ہو گئے تھے، تمہارے خود اپنے کان سے سنایا ریڈیو پر ان کی</w:t>
      </w:r>
    </w:p>
    <w:p>
      <w:r>
        <w:rPr>
          <w:b/>
        </w:rPr>
        <w:t xml:space="preserve">[16:38] </w:t>
      </w:r>
      <w:r>
        <w:t>taqreer.</w:t>
      </w:r>
    </w:p>
    <w:p>
      <w:pPr>
        <w:jc w:val="right"/>
      </w:pPr>
      <w:r>
        <w:t>تقریر۔</w:t>
      </w:r>
    </w:p>
    <w:p>
      <w:r>
        <w:rPr>
          <w:b/>
        </w:rPr>
        <w:t xml:space="preserve">[16:45] </w:t>
      </w:r>
      <w:r>
        <w:t>woh leader sahib ki taqreer mein unhon ne kaha tha ke main hukoomat ke khilaf alam-e-baghavat buland karta hoon.</w:t>
      </w:r>
    </w:p>
    <w:p>
      <w:pPr>
        <w:jc w:val="right"/>
      </w:pPr>
      <w:r>
        <w:t>وہ لیڈر صاحب کی تقریر میں انہوں نے کہا تھا کہ میں حکومت کے خلاف علم بغاوت بلند کرتا ہوں۔</w:t>
      </w:r>
    </w:p>
    <w:p>
      <w:r>
        <w:rPr>
          <w:b/>
        </w:rPr>
        <w:t xml:space="preserve">[16:53] </w:t>
      </w:r>
      <w:r>
        <w:t>yani Pakistan ke leader sahib hukoomat ke khilaf ho gaye the, un ke khilaf tehreek shuru kiya tha unhon ne.</w:t>
      </w:r>
    </w:p>
    <w:p>
      <w:pPr>
        <w:jc w:val="right"/>
      </w:pPr>
      <w:r>
        <w:t>یعنی پاکستان کے لیڈر صاحب حکومت کے خلاف ہو گئے تھے، ان کے خلاف تحریک شروع کیا تھا انہوں نے۔</w:t>
      </w:r>
    </w:p>
    <w:p>
      <w:r>
        <w:rPr>
          <w:b/>
        </w:rPr>
        <w:t xml:space="preserve">[17:01] </w:t>
      </w:r>
      <w:r>
        <w:t>to main ne un ki taqreer suni radio par to unhon ne kaha tha ke</w:t>
      </w:r>
    </w:p>
    <w:p>
      <w:pPr>
        <w:jc w:val="right"/>
      </w:pPr>
      <w:r>
        <w:t>تو میں نے ان کی تقریر سنی ریڈیو پر تو انہوں نے کہا تھا کہ</w:t>
      </w:r>
    </w:p>
    <w:p>
      <w:r>
        <w:rPr>
          <w:b/>
        </w:rPr>
        <w:t xml:space="preserve">[17:08] </w:t>
      </w:r>
      <w:r>
        <w:t>main hukoomat ke khilaf alam-e-baghavat buland karta hoon.</w:t>
      </w:r>
    </w:p>
    <w:p>
      <w:pPr>
        <w:jc w:val="right"/>
      </w:pPr>
      <w:r>
        <w:t>میں حکومت کے خلاف علم بغاوت بلند کرتا ہوں۔</w:t>
      </w:r>
    </w:p>
    <w:p>
      <w:r>
        <w:rPr>
          <w:b/>
        </w:rPr>
        <w:t xml:space="preserve">[17:16] </w:t>
      </w:r>
      <w:r>
        <w:t>ek darja yeh yeh hota hai.</w:t>
      </w:r>
    </w:p>
    <w:p>
      <w:pPr>
        <w:jc w:val="right"/>
      </w:pPr>
      <w:r>
        <w:t>ایک درجہ یہ یہ ہوتا ہے۔</w:t>
      </w:r>
    </w:p>
    <w:p>
      <w:r>
        <w:rPr>
          <w:b/>
        </w:rPr>
        <w:t xml:space="preserve">[17:23] </w:t>
      </w:r>
      <w:r>
        <w:t>to Saad Ibn Ubadah is darje tak nahi gaye ke revert kar dein, lekin khamoshi ke sath woh chale gaye.</w:t>
      </w:r>
    </w:p>
    <w:p>
      <w:pPr>
        <w:jc w:val="right"/>
      </w:pPr>
      <w:r>
        <w:t>تو سعد ابن عبادہ اس درجے تک نہیں گئے کہ ریورٹ کر دیں، لیکن خاموشی کے ساتھ وہ چلے گئے۔</w:t>
      </w:r>
    </w:p>
    <w:p>
      <w:r>
        <w:rPr>
          <w:b/>
        </w:rPr>
        <w:t xml:space="preserve">[17:31] </w:t>
      </w:r>
      <w:r>
        <w:t>Sham, aap jante hain ke Sham aur Arab kis tarah se milti thi, bohat ziyadah</w:t>
      </w:r>
    </w:p>
    <w:p>
      <w:pPr>
        <w:jc w:val="right"/>
      </w:pPr>
      <w:r>
        <w:t>شام، آپ جانتے ہیں کہ شام اور عرب کس طرح سے ملتی تھی، بہت زیادہ</w:t>
      </w:r>
    </w:p>
    <w:p>
      <w:r>
        <w:rPr>
          <w:b/>
        </w:rPr>
        <w:t xml:space="preserve">[17:38] </w:t>
      </w:r>
      <w:r>
        <w:t>amad o raft hoti thi yahan se wahan.</w:t>
      </w:r>
    </w:p>
    <w:p>
      <w:pPr>
        <w:jc w:val="right"/>
      </w:pPr>
      <w:r>
        <w:t>امد و رفت ہوتی تھی یہاں سے وہاں۔</w:t>
      </w:r>
    </w:p>
    <w:p>
      <w:r>
        <w:rPr>
          <w:b/>
        </w:rPr>
        <w:t xml:space="preserve">[17:44] </w:t>
      </w:r>
      <w:r>
        <w:t>aur phir wahin reh gaye aur wahin un ki وفات hui.</w:t>
      </w:r>
    </w:p>
    <w:p>
      <w:pPr>
        <w:jc w:val="right"/>
      </w:pPr>
      <w:r>
        <w:t>اور پھر وہیں رہ گئے اور وہیں ان کی وفات ہوئی۔</w:t>
      </w:r>
    </w:p>
    <w:p>
      <w:r>
        <w:rPr>
          <w:b/>
        </w:rPr>
        <w:t xml:space="preserve">[17:51] </w:t>
      </w:r>
      <w:r>
        <w:t>wahin وفات hui.</w:t>
      </w:r>
    </w:p>
    <w:p>
      <w:pPr>
        <w:jc w:val="right"/>
      </w:pPr>
      <w:r>
        <w:t>وہیں وفات ہوئی۔</w:t>
      </w:r>
    </w:p>
    <w:p>
      <w:r>
        <w:rPr>
          <w:b/>
        </w:rPr>
        <w:t xml:space="preserve">[17:57] </w:t>
      </w:r>
      <w:r>
        <w:t>itni sakht cheez hai humiliation ka tajruba.</w:t>
      </w:r>
    </w:p>
    <w:p>
      <w:pPr>
        <w:jc w:val="right"/>
      </w:pPr>
      <w:r>
        <w:t>اتنی سخت چیز ہے ہیمیریشن کا تجربہ۔</w:t>
      </w:r>
    </w:p>
    <w:p>
      <w:r>
        <w:rPr>
          <w:b/>
        </w:rPr>
        <w:t xml:space="preserve">[18:03] </w:t>
      </w:r>
      <w:r>
        <w:t>to is waqeye par main sochta hoon ke Umar ne kaise bardasht kiya is be-izzati ko</w:t>
      </w:r>
    </w:p>
    <w:p>
      <w:pPr>
        <w:jc w:val="right"/>
      </w:pPr>
      <w:r>
        <w:t>تو اس واقعے پر میں سوچتا ہوں کہ عمر نے کیسے برداشت کیا اس بے عزتی کو</w:t>
      </w:r>
    </w:p>
    <w:p>
      <w:r>
        <w:rPr>
          <w:b/>
        </w:rPr>
        <w:t xml:space="preserve">[18:09] </w:t>
      </w:r>
      <w:r>
        <w:t>kyun ke is ke baad tareekh mein koi aisa waqeya record nahi hai ke Umar ne is ko</w:t>
      </w:r>
    </w:p>
    <w:p>
      <w:pPr>
        <w:jc w:val="right"/>
      </w:pPr>
      <w:r>
        <w:t>، کیونکہ اس کے بعد تاریخ میں کوئی ایسا واقعہ ریکارڈ نہیں ہے کہ عمر نے اس کو</w:t>
      </w:r>
    </w:p>
    <w:p>
      <w:r>
        <w:rPr>
          <w:b/>
        </w:rPr>
        <w:t xml:space="preserve">[18:17] </w:t>
      </w:r>
      <w:r>
        <w:t>bura maana ho, woh Umar is par offend hue hon ya Umar ne is par koi revert kiya ho.</w:t>
      </w:r>
    </w:p>
    <w:p>
      <w:pPr>
        <w:jc w:val="right"/>
      </w:pPr>
      <w:r>
        <w:t>برا مانا ہو، وہ عمر اس پر افینڈ ہوئے ہوں یا عمر نے اس پر کوئی ریورٹ کیا ہو۔</w:t>
      </w:r>
    </w:p>
    <w:p>
      <w:r>
        <w:rPr>
          <w:b/>
        </w:rPr>
        <w:t xml:space="preserve">[18:24] </w:t>
      </w:r>
      <w:r>
        <w:t>koi aisa waqeya nahi.</w:t>
      </w:r>
    </w:p>
    <w:p>
      <w:pPr>
        <w:jc w:val="right"/>
      </w:pPr>
      <w:r>
        <w:t>کوئی ایسا واقعہ نہیں۔</w:t>
      </w:r>
    </w:p>
    <w:p>
      <w:r>
        <w:rPr>
          <w:b/>
        </w:rPr>
        <w:t xml:space="preserve">[18:32] </w:t>
      </w:r>
      <w:r>
        <w:t>yani whole heartedly unhon ne is ko accept kar liya, na offend hue, na</w:t>
      </w:r>
    </w:p>
    <w:p>
      <w:pPr>
        <w:jc w:val="right"/>
      </w:pPr>
      <w:r>
        <w:t>یعنی ہول ہارٹڈلی انہوں نے اس کو ایکسیپٹ کر لیا، نہ افینڈ ہوئے، نہ</w:t>
      </w:r>
    </w:p>
    <w:p>
      <w:r>
        <w:rPr>
          <w:b/>
        </w:rPr>
        <w:t xml:space="preserve">[18:40] </w:t>
      </w:r>
      <w:r>
        <w:t>revert kiya, kuch bhi nahi.</w:t>
      </w:r>
    </w:p>
    <w:p>
      <w:pPr>
        <w:jc w:val="right"/>
      </w:pPr>
      <w:r>
        <w:t>ریورٹ کیا، کچھ بھی نہیں۔</w:t>
      </w:r>
    </w:p>
    <w:p>
      <w:r>
        <w:rPr>
          <w:b/>
        </w:rPr>
        <w:t xml:space="preserve">[18:46] </w:t>
      </w:r>
      <w:r>
        <w:t>to main samajhta hoon ke yahi waqeya hai woh jis ka zikr hai ke tark kiya lilah, yani</w:t>
      </w:r>
    </w:p>
    <w:p>
      <w:pPr>
        <w:jc w:val="right"/>
      </w:pPr>
      <w:r>
        <w:t>تو میں سمجھتا ہوں کہ یہی واقعہ ہے وہ جس کا ذکر ہے کہ ترک لیا للہ، یعنی</w:t>
      </w:r>
    </w:p>
    <w:p>
      <w:r>
        <w:rPr>
          <w:b/>
        </w:rPr>
        <w:t xml:space="preserve">[18:52] </w:t>
      </w:r>
      <w:r>
        <w:t>jo bhonchal un ke andar aaya hoga apni be-izzati ko le kar ke, us ko dil hi</w:t>
      </w:r>
    </w:p>
    <w:p>
      <w:pPr>
        <w:jc w:val="right"/>
      </w:pPr>
      <w:r>
        <w:t>جو بھونچال ان کے اندر آیا ہوگا اپنی بے عزتی کو لے کر کے، اس کو دل ہی</w:t>
      </w:r>
    </w:p>
    <w:p>
      <w:r>
        <w:rPr>
          <w:b/>
        </w:rPr>
        <w:t xml:space="preserve">[18:58] </w:t>
      </w:r>
      <w:r>
        <w:t>dil mein bilkul daba diya.</w:t>
      </w:r>
    </w:p>
    <w:p>
      <w:pPr>
        <w:jc w:val="right"/>
      </w:pPr>
      <w:r>
        <w:t>دل میں بالکل دبا دیا۔</w:t>
      </w:r>
    </w:p>
    <w:p>
      <w:r>
        <w:rPr>
          <w:b/>
        </w:rPr>
        <w:t xml:space="preserve">[19:04] </w:t>
      </w:r>
      <w:r>
        <w:t>zikr bhi nahi kiya kisi se, kisi se kuch zikr bhi nahi</w:t>
      </w:r>
    </w:p>
    <w:p>
      <w:pPr>
        <w:jc w:val="right"/>
      </w:pPr>
      <w:r>
        <w:t>ذکر بھی نہیں کیا کسی سے، کسی سے کچھ ذکر بھی نہیں</w:t>
      </w:r>
    </w:p>
    <w:p>
      <w:r>
        <w:rPr>
          <w:b/>
        </w:rPr>
        <w:t xml:space="preserve">[19:10] </w:t>
      </w:r>
      <w:r>
        <w:t>kiya. to yeh hai tark-e-lillah, yaani apni kisi mizaj ke khilaf koi baat ho, apne mizaj ke khilaf, apni izzat ke khilaf koi baat ho, aur usko aadmi lillah, fa dasta kaf guard, fa dasta kaf guard, bilkul bilkul bilkul pi</w:t>
      </w:r>
    </w:p>
    <w:p>
      <w:pPr>
        <w:jc w:val="right"/>
      </w:pPr>
      <w:r>
        <w:t>کیا۔ تو یہ ہے ترک لیا للہ، یعنی اپنی کسی مزاج کے خلاف کوئی بات ہو، اپنے مزاج کے خلاف، اپنی عزت کے خلاف کوئی بات ہو، اور اس کو آدمی لیا للہ، فدست کاف گارڈ، فدست کاف گارڈ، بالکل بالکل بالکل پی</w:t>
      </w:r>
    </w:p>
    <w:p>
      <w:r>
        <w:rPr>
          <w:b/>
        </w:rPr>
        <w:t xml:space="preserve">[19:40] </w:t>
      </w:r>
      <w:r>
        <w:t>jaaye.</w:t>
      </w:r>
    </w:p>
    <w:p>
      <w:pPr>
        <w:jc w:val="right"/>
      </w:pPr>
      <w:r>
        <w:t>جائے۔</w:t>
      </w:r>
    </w:p>
    <w:p>
      <w:r>
        <w:rPr>
          <w:b/>
        </w:rPr>
        <w:t xml:space="preserve">[19:46] </w:t>
      </w:r>
      <w:r>
        <w:t>jis ko kehte hain bardasht kar le.</w:t>
      </w:r>
    </w:p>
    <w:p>
      <w:pPr>
        <w:jc w:val="right"/>
      </w:pPr>
      <w:r>
        <w:t>جس کو کہتے ہیں برداشت کر لے۔</w:t>
      </w:r>
    </w:p>
    <w:p>
      <w:r>
        <w:rPr>
          <w:b/>
        </w:rPr>
        <w:t xml:space="preserve">[19:52] </w:t>
      </w:r>
      <w:r>
        <w:t>mein samajhta hoon ke yahi woh amal hai jo be hisab reward ka mustahiq banata hai kisi aadmi ko.</w:t>
      </w:r>
    </w:p>
    <w:p>
      <w:pPr>
        <w:jc w:val="right"/>
      </w:pPr>
      <w:r>
        <w:t>میں سمجھتا ہوں کہ یہی وہ عمل ہے جو بے حساب ریوارڈ کا مستحق بناتا ہے کسی آدمی کو۔</w:t>
      </w:r>
    </w:p>
    <w:p>
      <w:r>
        <w:rPr>
          <w:b/>
        </w:rPr>
        <w:t xml:space="preserve">[19:58] </w:t>
      </w:r>
      <w:r>
        <w:t>aur mein sochta hoon ke Hazrat Umar ko jo darja mila Islam ki tareekh mein, bohat bara darja.</w:t>
      </w:r>
    </w:p>
    <w:p>
      <w:pPr>
        <w:jc w:val="right"/>
      </w:pPr>
      <w:r>
        <w:t>اور میں سوچتا ہوں کہ حضرت عمر کو جو درجہ ملا اسلام کی تاریخ میں، بہت بڑا درجہ۔</w:t>
      </w:r>
    </w:p>
    <w:p>
      <w:r>
        <w:rPr>
          <w:b/>
        </w:rPr>
        <w:t xml:space="preserve">[20:04] </w:t>
      </w:r>
      <w:r>
        <w:t>yani aap jante hain ke Islam</w:t>
      </w:r>
    </w:p>
    <w:p>
      <w:pPr>
        <w:jc w:val="right"/>
      </w:pPr>
      <w:r>
        <w:t>یعنی آپ جانتے ہیں کہ اسلام</w:t>
      </w:r>
    </w:p>
    <w:p>
      <w:r>
        <w:rPr>
          <w:b/>
        </w:rPr>
        <w:t xml:space="preserve">[20:10] </w:t>
      </w:r>
      <w:r>
        <w:t>mein Rasool Allah ke baad darja hai Abu Bakr Siddiq ka, us ke baad darja hai Umar bin Al-Khattab ka.</w:t>
      </w:r>
    </w:p>
    <w:p>
      <w:pPr>
        <w:jc w:val="right"/>
      </w:pPr>
      <w:r>
        <w:t>میں رسول اللہ کے بعد درجہ ہے ابوبکر صدیق کا، اس کے بعد درجہ ہے عمر بن الخطاب کا۔</w:t>
      </w:r>
    </w:p>
    <w:p>
      <w:r>
        <w:rPr>
          <w:b/>
        </w:rPr>
        <w:t xml:space="preserve">[20:18] </w:t>
      </w:r>
      <w:r>
        <w:t>aur un ki hesiyat ke bare mein agar aap ko janna ho to aap Allama Sher Nomani ki</w:t>
      </w:r>
    </w:p>
    <w:p>
      <w:pPr>
        <w:jc w:val="right"/>
      </w:pPr>
      <w:r>
        <w:t>اور ان کی حیثیت کے بارے میں اگر آپ کو جاننا ہو تو آپ علامہ شیر نعمانی کی</w:t>
      </w:r>
    </w:p>
    <w:p>
      <w:r>
        <w:rPr>
          <w:b/>
        </w:rPr>
        <w:t xml:space="preserve">[20:26] </w:t>
      </w:r>
      <w:r>
        <w:t>kitab padhiye, Al-Farooq.</w:t>
      </w:r>
    </w:p>
    <w:p>
      <w:pPr>
        <w:jc w:val="right"/>
      </w:pPr>
      <w:r>
        <w:t>کتاب پڑھیے، الفاروق۔</w:t>
      </w:r>
    </w:p>
    <w:p>
      <w:r>
        <w:rPr>
          <w:b/>
        </w:rPr>
        <w:t xml:space="preserve">[20:33] </w:t>
      </w:r>
      <w:r>
        <w:t>Allama Sher Nomani ki jo moti moti si kitab hai, Al-Farooq,</w:t>
      </w:r>
    </w:p>
    <w:p>
      <w:pPr>
        <w:jc w:val="right"/>
      </w:pPr>
      <w:r>
        <w:t>علامہ شیر نعمانی کی جو موٹی موٹی سی کتاب ہے، الفاروق،</w:t>
      </w:r>
    </w:p>
    <w:p>
      <w:r>
        <w:rPr>
          <w:b/>
        </w:rPr>
        <w:t xml:space="preserve">[20:41] </w:t>
      </w:r>
      <w:r>
        <w:t>us ke liye unhon ne sabr kiya tha.</w:t>
      </w:r>
    </w:p>
    <w:p>
      <w:pPr>
        <w:jc w:val="right"/>
      </w:pPr>
      <w:r>
        <w:t>اس کے لیے انہوں نے صبر کیا تھا۔</w:t>
      </w:r>
    </w:p>
    <w:p>
      <w:r>
        <w:rPr>
          <w:b/>
        </w:rPr>
        <w:t xml:space="preserve">[20:49] </w:t>
      </w:r>
      <w:r>
        <w:t>yani us zamane mein jab likh rahe the Maulana Sher Nomani ki kitab to chhapayi bohat kam aayi</w:t>
      </w:r>
    </w:p>
    <w:p>
      <w:pPr>
        <w:jc w:val="right"/>
      </w:pPr>
      <w:r>
        <w:t>یعنی اس زمانے میں جب لکھ رہے تھے مولانا شیر نعمانی کی کتاب تو چھپائی بہت کم آئی</w:t>
      </w:r>
    </w:p>
    <w:p>
      <w:r>
        <w:rPr>
          <w:b/>
        </w:rPr>
        <w:t xml:space="preserve">[20:57] </w:t>
      </w:r>
      <w:r>
        <w:t>thi, amalan taqreeban nahi ke barabar thi.</w:t>
      </w:r>
    </w:p>
    <w:p>
      <w:pPr>
        <w:jc w:val="right"/>
      </w:pPr>
      <w:r>
        <w:t>تھی، عملاً تقریباً نہیں کے برابر تھی۔</w:t>
      </w:r>
    </w:p>
    <w:p>
      <w:r>
        <w:rPr>
          <w:b/>
        </w:rPr>
        <w:t xml:space="preserve">[21:06] </w:t>
      </w:r>
      <w:r>
        <w:t>to us ka mawad un ko lena tha, ek kitab jo hai Seerat Ibn Kathir se,</w:t>
      </w:r>
    </w:p>
    <w:p>
      <w:pPr>
        <w:jc w:val="right"/>
      </w:pPr>
      <w:r>
        <w:t>تو اس کا مواد ان کو لینا تھا، ایک کتاب جو ہے سیرت ابن کثیر سے،</w:t>
      </w:r>
    </w:p>
    <w:p>
      <w:r>
        <w:rPr>
          <w:b/>
        </w:rPr>
        <w:t xml:space="preserve">[21:14] </w:t>
      </w:r>
      <w:r>
        <w:t>usi se ya kisi kitab se.</w:t>
      </w:r>
    </w:p>
    <w:p>
      <w:pPr>
        <w:jc w:val="right"/>
      </w:pPr>
      <w:r>
        <w:t>اسی سے یا کسی کتاب سے۔</w:t>
      </w:r>
    </w:p>
    <w:p>
      <w:r>
        <w:rPr>
          <w:b/>
        </w:rPr>
        <w:t xml:space="preserve">[21:20] </w:t>
      </w:r>
      <w:r>
        <w:t>to unhon ne sabr ki ayaton se woh gaye Turkey aur Sham, aur us waqt woh makhtoota hoti</w:t>
      </w:r>
    </w:p>
    <w:p>
      <w:pPr>
        <w:jc w:val="right"/>
      </w:pPr>
      <w:r>
        <w:t>تو انہوں نے صبر کی آیات سے وہ گئے ترکی اور شام، اور اس وقت وہ مخطوطہ ہوتی</w:t>
      </w:r>
    </w:p>
    <w:p>
      <w:r>
        <w:rPr>
          <w:b/>
        </w:rPr>
        <w:t xml:space="preserve">[21:26] </w:t>
      </w:r>
      <w:r>
        <w:t>thi, woh kitab, aur kutub khane se us ka makhtoota nikal kar ke padha aur us ko add</w:t>
      </w:r>
    </w:p>
    <w:p>
      <w:pPr>
        <w:jc w:val="right"/>
      </w:pPr>
      <w:r>
        <w:t>تھی، وہ کتاب، اور کتب خانے سے اس کا مخطوطہ نکال کر کے پڑھا اور اس کو ایڈ</w:t>
      </w:r>
    </w:p>
    <w:p>
      <w:r>
        <w:rPr>
          <w:b/>
        </w:rPr>
        <w:t xml:space="preserve">[21:33] </w:t>
      </w:r>
      <w:r>
        <w:t>kiya apni kitab mein.</w:t>
      </w:r>
    </w:p>
    <w:p>
      <w:pPr>
        <w:jc w:val="right"/>
      </w:pPr>
      <w:r>
        <w:t>کیا اپنی کتاب میں۔</w:t>
      </w:r>
    </w:p>
    <w:p>
      <w:r>
        <w:rPr>
          <w:b/>
        </w:rPr>
        <w:t xml:space="preserve">[21:39] </w:t>
      </w:r>
      <w:r>
        <w:t>us ko likha hai,</w:t>
      </w:r>
    </w:p>
    <w:p>
      <w:pPr>
        <w:jc w:val="right"/>
      </w:pPr>
      <w:r>
        <w:t>اس کو لکھا ہے،</w:t>
      </w:r>
    </w:p>
    <w:p>
      <w:r>
        <w:rPr>
          <w:b/>
        </w:rPr>
        <w:t xml:space="preserve">[21:46] </w:t>
      </w:r>
      <w:r>
        <w:t>unhon ne ek qissa likha hai, apni un ki kitab hai Safarnama Room o Misr o Sham.</w:t>
      </w:r>
    </w:p>
    <w:p>
      <w:pPr>
        <w:jc w:val="right"/>
      </w:pPr>
      <w:r>
        <w:t>انہوں نے ایک قصہ لکھا ہے، اپنی ان کی کتاب ہے سفرنامہ روم و مصر شام۔</w:t>
      </w:r>
    </w:p>
    <w:p>
      <w:r>
        <w:rPr>
          <w:b/>
        </w:rPr>
        <w:t xml:space="preserve">[21:54] </w:t>
      </w:r>
      <w:r>
        <w:t>Room us waqt Turkion ka aaya tha, Safarnama Room o Misr o Sham.</w:t>
      </w:r>
    </w:p>
    <w:p>
      <w:pPr>
        <w:jc w:val="right"/>
      </w:pPr>
      <w:r>
        <w:t>روم اس وقت ترکیوں کا آیا تھا، ترکی سفرنامہ روم و مصر شام۔</w:t>
      </w:r>
    </w:p>
    <w:p>
      <w:r>
        <w:rPr>
          <w:b/>
        </w:rPr>
        <w:t xml:space="preserve">[22:01] </w:t>
      </w:r>
      <w:r>
        <w:t>to yeh Shibli Nomani ki ek kitab hai, is mein is ka unhon ne likha hai, us ke</w:t>
      </w:r>
    </w:p>
    <w:p>
      <w:pPr>
        <w:jc w:val="right"/>
      </w:pPr>
      <w:r>
        <w:t>تو یہ شبلی نعمانی کی ایک کتاب ہے، اس میں اس کا انہوں نے لکھا ہے، اس کے</w:t>
      </w:r>
    </w:p>
    <w:p>
      <w:r>
        <w:rPr>
          <w:b/>
        </w:rPr>
        <w:t xml:space="preserve">[22:09] </w:t>
      </w:r>
      <w:r>
        <w:t>safarnama ki aroozat ke taur par.</w:t>
      </w:r>
    </w:p>
    <w:p>
      <w:pPr>
        <w:jc w:val="right"/>
      </w:pPr>
      <w:r>
        <w:t>سفرنامے کی عروضات کے طور پر۔</w:t>
      </w:r>
    </w:p>
    <w:p>
      <w:r>
        <w:rPr>
          <w:b/>
        </w:rPr>
        <w:t xml:space="preserve">[22:17] </w:t>
      </w:r>
      <w:r>
        <w:t>to mein samajhta hoon ke yeh waqia is baat ki ek aala misaal hai ke kis tarah aadmi</w:t>
      </w:r>
    </w:p>
    <w:p>
      <w:pPr>
        <w:jc w:val="right"/>
      </w:pPr>
      <w:r>
        <w:t>تو میں سمجھتا ہوں کہ یہ واقعہ اس بات کی ایک اعلیٰ مثال ہے کہ کس طرح آدمی</w:t>
      </w:r>
    </w:p>
    <w:p>
      <w:r>
        <w:rPr>
          <w:b/>
        </w:rPr>
        <w:t xml:space="preserve">[22:27] </w:t>
      </w:r>
      <w:r>
        <w:t>ek cheez ko liya Lillah chhodta hai.</w:t>
      </w:r>
    </w:p>
    <w:p>
      <w:pPr>
        <w:jc w:val="right"/>
      </w:pPr>
      <w:r>
        <w:t>ایک چیز کو لیا للہ چھوڑتا ہے۔</w:t>
      </w:r>
    </w:p>
    <w:p>
      <w:r>
        <w:rPr>
          <w:b/>
        </w:rPr>
        <w:t xml:space="preserve">[22:37] </w:t>
      </w:r>
      <w:r>
        <w:t>yani unhon ne is ke khilaaf offend hone ko chhora, revert ko chhora,</w:t>
      </w:r>
    </w:p>
    <w:p>
      <w:pPr>
        <w:jc w:val="right"/>
      </w:pPr>
      <w:r>
        <w:t>یعنی انہوں نے اس کے خلاف افینڈ ہونے کو چھوڑا، ریورٹ کو چھوڑا،</w:t>
      </w:r>
    </w:p>
    <w:p>
      <w:r>
        <w:rPr>
          <w:b/>
        </w:rPr>
        <w:t xml:space="preserve">[22:47] </w:t>
      </w:r>
      <w:r>
        <w:t>koi bhi karrawai karne ko chhora, ghussa hone ko chhora.</w:t>
      </w:r>
    </w:p>
    <w:p>
      <w:pPr>
        <w:jc w:val="right"/>
      </w:pPr>
      <w:r>
        <w:t>کوئی بھی کارروائی کرنے کو چھوڑا، غصہ ہونے کو چھوڑا۔</w:t>
      </w:r>
    </w:p>
    <w:p>
      <w:r>
        <w:rPr>
          <w:b/>
        </w:rPr>
        <w:t xml:space="preserve">[22:58] </w:t>
      </w:r>
      <w:r>
        <w:t>yeh hai tark Lillah.</w:t>
      </w:r>
    </w:p>
    <w:p>
      <w:pPr>
        <w:jc w:val="right"/>
      </w:pPr>
      <w:r>
        <w:t>یہ ہے ترک لیا للہ۔</w:t>
      </w:r>
    </w:p>
    <w:p>
      <w:r>
        <w:rPr>
          <w:b/>
        </w:rPr>
        <w:t xml:space="preserve">[23:08] </w:t>
      </w:r>
      <w:r>
        <w:t>aur main samajhta hoon ke mere ilm mein sab se zyada, yani aala misaal is maamle ki ghaliban yahi hai.</w:t>
      </w:r>
    </w:p>
    <w:p>
      <w:pPr>
        <w:jc w:val="right"/>
      </w:pPr>
      <w:r>
        <w:t>اور میں سمجھتا ہوں کہ میرے علم میں سب سے زیادہ، یعنی اعلیٰ مثال اس معاملے کی غالباً یہی ہے۔</w:t>
      </w:r>
    </w:p>
    <w:p>
      <w:r>
        <w:rPr>
          <w:b/>
        </w:rPr>
        <w:t xml:space="preserve">[23:19] </w:t>
      </w:r>
      <w:r>
        <w:t>to dekhiye, roze mein tark ka maamla hota hai, yani khana peena chhodna.</w:t>
      </w:r>
    </w:p>
    <w:p>
      <w:pPr>
        <w:jc w:val="right"/>
      </w:pPr>
      <w:r>
        <w:t>تو دیکھیے، روزے میں ترک کا معاملہ ہوتا ہے، یعنی کھانا پینا چھوڑنا۔</w:t>
      </w:r>
    </w:p>
    <w:p>
      <w:r>
        <w:rPr>
          <w:b/>
        </w:rPr>
        <w:t xml:space="preserve">[23:26] </w:t>
      </w:r>
      <w:r>
        <w:t>to is par ghaur karte hue mere zehen mein aaya ke khana peena jo hai, woh woh nishani</w:t>
      </w:r>
    </w:p>
    <w:p>
      <w:pPr>
        <w:jc w:val="right"/>
      </w:pPr>
      <w:r>
        <w:t>تو اس پر غور کرتے ہوئے میرے ذہن میں آیا کہ کھانا پینا جو ہے، وہ وہ علامت</w:t>
      </w:r>
    </w:p>
    <w:p>
      <w:r>
        <w:rPr>
          <w:b/>
        </w:rPr>
        <w:t xml:space="preserve">[23:34] </w:t>
      </w:r>
      <w:r>
        <w:t>ہے، symbolic sense میں چھوڑا چھوڑا جاتا ہے، وہ یاصل نہیں ہے۔</w:t>
      </w:r>
    </w:p>
    <w:p>
      <w:pPr>
        <w:jc w:val="right"/>
      </w:pPr>
      <w:r>
        <w:t>ہے، سمبالک سینس میں چھوڑا چھوڑا جاتا ہے، وہ یاصل نہیں ہے۔</w:t>
      </w:r>
    </w:p>
    <w:p>
      <w:r>
        <w:rPr>
          <w:b/>
        </w:rPr>
        <w:t xml:space="preserve">[23:42] </w:t>
      </w:r>
      <w:r>
        <w:t>kyunke hadees mein aata hai</w:t>
      </w:r>
    </w:p>
    <w:p>
      <w:pPr>
        <w:jc w:val="right"/>
      </w:pPr>
      <w:r>
        <w:t>کیونکہ حدیث میں آتا ہے</w:t>
      </w:r>
    </w:p>
    <w:p>
      <w:r>
        <w:rPr>
          <w:b/>
        </w:rPr>
        <w:t xml:space="preserve">[23:49] </w:t>
      </w:r>
      <w:r>
        <w:t>ke ek aur hadees mein ke kitne rozedaar hain jin ko apne roze se bhook pyas ke</w:t>
      </w:r>
    </w:p>
    <w:p>
      <w:pPr>
        <w:jc w:val="right"/>
      </w:pPr>
      <w:r>
        <w:t>کہ ایک اور حدیث میں کہ کتنے روزے دار ہیں جن کو اپنے روزے سے بھوک پیاس کے</w:t>
      </w:r>
    </w:p>
    <w:p>
      <w:r>
        <w:rPr>
          <w:b/>
        </w:rPr>
        <w:t xml:space="preserve">[23:55] </w:t>
      </w:r>
      <w:r>
        <w:t>siwa kuch aur nahi milta.</w:t>
      </w:r>
    </w:p>
    <w:p>
      <w:pPr>
        <w:jc w:val="right"/>
      </w:pPr>
      <w:r>
        <w:t>سوا کچھ اور نہیں ملتا۔</w:t>
      </w:r>
    </w:p>
    <w:p>
      <w:r>
        <w:rPr>
          <w:b/>
        </w:rPr>
        <w:t xml:space="preserve">[24:01] </w:t>
      </w:r>
      <w:r>
        <w:t>ek aur hadees hai to ek woh hadees hai ke rozedaar ko tark Lillah par bohat</w:t>
      </w:r>
    </w:p>
    <w:p>
      <w:pPr>
        <w:jc w:val="right"/>
      </w:pPr>
      <w:r>
        <w:t>ایک اور حدیث ہے تو ایک وہ حدیث ہے کہ روزے دار کو ترک لیا للہ پر بہت</w:t>
      </w:r>
    </w:p>
    <w:p>
      <w:r>
        <w:rPr>
          <w:b/>
        </w:rPr>
        <w:t xml:space="preserve">[24:07] </w:t>
      </w:r>
      <w:r>
        <w:t>hi zyada reward, bohat zyada reward.</w:t>
      </w:r>
    </w:p>
    <w:p>
      <w:pPr>
        <w:jc w:val="right"/>
      </w:pPr>
      <w:r>
        <w:t>ہی زیادہ ریوارڈ، بہت زیادہ ریوارڈ۔</w:t>
      </w:r>
    </w:p>
    <w:p>
      <w:r>
        <w:rPr>
          <w:b/>
        </w:rPr>
        <w:t xml:space="preserve">[24:13] </w:t>
      </w:r>
      <w:r>
        <w:t>to doosri taraf hadees hai</w:t>
      </w:r>
    </w:p>
    <w:p>
      <w:pPr>
        <w:jc w:val="right"/>
      </w:pPr>
      <w:r>
        <w:t>تو دوسری طرف حدیث ہے</w:t>
      </w:r>
    </w:p>
    <w:p>
      <w:r>
        <w:rPr>
          <w:b/>
        </w:rPr>
        <w:t xml:space="preserve">[24:19] </w:t>
      </w:r>
      <w:r>
        <w:t>ke kitne rozedaar hain jin ko apne roze se bhook bhook pyas ke siwa aur kuch nahi milta.</w:t>
      </w:r>
    </w:p>
    <w:p>
      <w:pPr>
        <w:jc w:val="right"/>
      </w:pPr>
      <w:r>
        <w:t>کہ کتنے روزے دار ہیں جن کو اپنے روزے سے بھوک بھوک پیاس کے سوا اور کچھ نہیں ملتا۔</w:t>
      </w:r>
    </w:p>
    <w:p>
      <w:r>
        <w:rPr>
          <w:b/>
        </w:rPr>
        <w:t xml:space="preserve">[24:28] </w:t>
      </w:r>
      <w:r>
        <w:t>to is ko dono ko mila kar ke ghaur kiya bane to yeh samajh mein aaya ke yeh</w:t>
      </w:r>
    </w:p>
    <w:p>
      <w:pPr>
        <w:jc w:val="right"/>
      </w:pPr>
      <w:r>
        <w:t>تو اس کو دونوں کو ملا کر کے غور کیا بنے تو یہ سمجھ میں آیا کہ یہ</w:t>
      </w:r>
    </w:p>
    <w:p>
      <w:r>
        <w:rPr>
          <w:b/>
        </w:rPr>
        <w:t xml:space="preserve">[24:36] </w:t>
      </w:r>
      <w:r>
        <w:t>رمضان میں جو کھانا پینا چھوڑا جاتا ہے، وہ symbolic sense میں ہوتا ہے۔</w:t>
      </w:r>
    </w:p>
    <w:p>
      <w:pPr>
        <w:jc w:val="right"/>
      </w:pPr>
      <w:r>
        <w:t>رمضان میں جو کھانا پینا چھوڑا جاتا ہے، وہ سمبالک سینس میں ہوتا ہے۔</w:t>
      </w:r>
    </w:p>
    <w:p>
      <w:r>
        <w:rPr>
          <w:b/>
        </w:rPr>
        <w:t xml:space="preserve">[24:44] </w:t>
      </w:r>
      <w:r>
        <w:t>یعنی tark liya lillah ka mamla symbolic sense mein.</w:t>
      </w:r>
    </w:p>
    <w:p>
      <w:pPr>
        <w:jc w:val="right"/>
      </w:pPr>
      <w:r>
        <w:t>یعنی ترک لیا للہ کا معاملہ سمبالک سینس میں۔</w:t>
      </w:r>
    </w:p>
    <w:p>
      <w:r>
        <w:rPr>
          <w:b/>
        </w:rPr>
        <w:t xml:space="preserve">[24:52] </w:t>
      </w:r>
      <w:r>
        <w:t>asal cheez yeh hai ke aap ke, aap ke yaani deep, aap ke andar jo deep khwahishein hain, bohat hi gehri jo khwahishein hain, wahan kuch aap ko chhodna pare, jis se aap ko shakk lage, jis se aap ko koi bohat zyada jhatka lage, jis se aap ko bohat zyada apne ko sambhalne</w:t>
      </w:r>
    </w:p>
    <w:p>
      <w:pPr>
        <w:jc w:val="right"/>
      </w:pPr>
      <w:r>
        <w:t>اصل چیز یہ ہے کہ آپ کے، آپ کے یعنی ڈیپ، آپ کے اندر جو ڈیپ خواہشیں ہیں، بہت ہی گہری جو خواہشیں ہیں، وہاں کچھ آپ کو چھوڑنا پڑے، جس سے آپ کو شک لگے، جس سے آپ کو کوئی بہت زیادہ جھٹکا لگے، جس سے آپ کو بہت زیادہ اپنے کو سنبھالنے</w:t>
      </w:r>
    </w:p>
    <w:p>
      <w:r>
        <w:rPr>
          <w:b/>
        </w:rPr>
        <w:t xml:space="preserve">[25:22] </w:t>
      </w:r>
      <w:r>
        <w:t>ke liye bohat zyada sabr ka mamla karna pare. tab yeh hota hai. to yeh roze mein jo khana peena chhoda jata hai, woh hai symbolic sense mein. yaani yeh batane ke liye ke isi tarah se ek bada amal tum karoge to is par bada sawab tum ko milega. to is bade amal ki misaal mujhe mili hai, bohat hi</w:t>
      </w:r>
    </w:p>
    <w:p>
      <w:pPr>
        <w:jc w:val="right"/>
      </w:pPr>
      <w:r>
        <w:t>کے لیے بہت زیادہ صبر کا معاملہ کرنا پڑے۔ تب یہ ہوتا ہے۔ تو یہ روزہ میں جو کھانا پینا چھوڑا جاتا ہے، وہ ہے سمبالک سینس میں۔ یعنی یہ بتانے کے لیے کہ اسی طرح سے ایک بڑا عمل تم کرو گے تو اس پر بڑا ثواب تم کو ملے گا۔ تو اس بڑے عمل کی مثال مجھے ملی ہے، بہت ہی</w:t>
      </w:r>
    </w:p>
    <w:p>
      <w:r>
        <w:rPr>
          <w:b/>
        </w:rPr>
        <w:t xml:space="preserve">[25:52] </w:t>
      </w:r>
      <w:r>
        <w:t>aala Hazrat Umar ki zindagi mein ke itna bada un ko shakk lag sakta tha, lekin is ko</w:t>
      </w:r>
    </w:p>
    <w:p>
      <w:pPr>
        <w:jc w:val="right"/>
      </w:pPr>
      <w:r>
        <w:t>اعلیٰ حضرت عمر کی زندگی میں کہ اتنا بڑا ان کو شک لگ سکتا تھا، لیکن اس کو</w:t>
      </w:r>
    </w:p>
    <w:p>
      <w:r>
        <w:rPr>
          <w:b/>
        </w:rPr>
        <w:t xml:space="preserve">[26:03] </w:t>
      </w:r>
      <w:r>
        <w:t>kis tarah unhon ne whole heartedly bardasht kar liya aur kabhi zindagi mein, yani itna jo darja tha</w:t>
      </w:r>
    </w:p>
    <w:p>
      <w:pPr>
        <w:jc w:val="right"/>
      </w:pPr>
      <w:r>
        <w:t>کس طرح انہوں نے ہول ہارٹڈلی برداشت کر لیا اور کبھی زندگی میں، یعنی اتنا جو درجہ تھا</w:t>
      </w:r>
    </w:p>
    <w:p>
      <w:r>
        <w:rPr>
          <w:b/>
        </w:rPr>
        <w:t xml:space="preserve">[26:13] </w:t>
      </w:r>
      <w:r>
        <w:t>Hazrat Abu Bakr ka, is mein zara bhi kami nahi aayi.</w:t>
      </w:r>
    </w:p>
    <w:p>
      <w:pPr>
        <w:jc w:val="right"/>
      </w:pPr>
      <w:r>
        <w:t>حضرت ابوبکر کا، اس میں ذرا بھی کمی نہیں آئی۔</w:t>
      </w:r>
    </w:p>
    <w:p>
      <w:r>
        <w:rPr>
          <w:b/>
        </w:rPr>
        <w:t xml:space="preserve">[26:24] </w:t>
      </w:r>
      <w:r>
        <w:t>is ki ek misaal yeh hai ke aap dekhiye, jab khilafat ka maamla hua aur Hazrat Abu Bakr ko</w:t>
      </w:r>
    </w:p>
    <w:p>
      <w:pPr>
        <w:jc w:val="right"/>
      </w:pPr>
      <w:r>
        <w:t>اس کی ایک مثال یہ ہے کہ آپ دیکھیے، جب خلافت کا معاملہ ہوا اور حضرت ابوبکر کو</w:t>
      </w:r>
    </w:p>
    <w:p>
      <w:r>
        <w:rPr>
          <w:b/>
        </w:rPr>
        <w:t xml:space="preserve">[26:34] </w:t>
      </w:r>
      <w:r>
        <w:t>khilafat ka jagah dena tay hua to is ke baad kuch log Hazrat Umar ke paas aaye.</w:t>
      </w:r>
    </w:p>
    <w:p>
      <w:pPr>
        <w:jc w:val="right"/>
      </w:pPr>
      <w:r>
        <w:t>خلافت کا جگہ دینا طے ہوا تو اس کے بعد کچھ لوگ حضرت عمر کے پاس آئے۔</w:t>
      </w:r>
    </w:p>
    <w:p>
      <w:r>
        <w:rPr>
          <w:b/>
        </w:rPr>
        <w:t xml:space="preserve">[26:44] </w:t>
      </w:r>
      <w:r>
        <w:t>yani ek to aap jante hain ke Hazrat Saad ibn Ubadah ka maamla tha ke</w:t>
      </w:r>
    </w:p>
    <w:p>
      <w:pPr>
        <w:jc w:val="right"/>
      </w:pPr>
      <w:r>
        <w:t>یعنی ایک تو آپ جانتے ہیں کہ حضرت سعد ابن عبادہ کا معاملہ تھا کہ</w:t>
      </w:r>
    </w:p>
    <w:p>
      <w:r>
        <w:rPr>
          <w:b/>
        </w:rPr>
        <w:t xml:space="preserve">[26:54] </w:t>
      </w:r>
      <w:r>
        <w:t>un ko khalifa nahi banaya gaya to offend ho gaye, woh woh gussa ho gaye aur bayat hi nahi ki, chale gaye Sham. doosri taraf kuch log gaye Hazrat Umar ke paas ke tum zyada ahal ho khilafat ke liye, Abu Bakr se zyada ahal ho. kuch un ke ra'ayon ke dost to Hazrat Umar ne jo jawab diya</w:t>
      </w:r>
    </w:p>
    <w:p>
      <w:pPr>
        <w:jc w:val="right"/>
      </w:pPr>
      <w:r>
        <w:t>ان کو خلیفہ نہیں بنایا گیا تو افینڈ ہو گئے، وہ وہ غصہ ہو گئے اور بیعت ہی نہیں کی، چلے گئے شام۔ دوسری طرف کچھ لوگ گئے حضرت عمر کے پاس کہ تم زیادہ اہل ہو خلافت کے لیے، ابوبکر سے زیادہ اہل ہو۔ کچھ ان کے رعایوں کے دوست تو حضرت عمر نے جو جواب دیا</w:t>
      </w:r>
    </w:p>
    <w:p>
      <w:r>
        <w:rPr>
          <w:b/>
        </w:rPr>
        <w:t xml:space="preserve">[27:24] </w:t>
      </w:r>
      <w:r>
        <w:t>, Hazrat Umar ne jo jawab diya, woh is baat ka saboot hai ke unhon ne zara bhi</w:t>
      </w:r>
    </w:p>
    <w:p>
      <w:pPr>
        <w:jc w:val="right"/>
      </w:pPr>
      <w:r>
        <w:t>، حضرت عمر نے جو جواب دیا، وہ اس بات کا ثبوت ہے کہ انہوں نے ذرا بھی</w:t>
      </w:r>
    </w:p>
    <w:p>
      <w:r>
        <w:rPr>
          <w:b/>
        </w:rPr>
        <w:t xml:space="preserve">[27:34] </w:t>
      </w:r>
      <w:r>
        <w:t>is ka koi asar nahi qabool kiya tha.</w:t>
      </w:r>
    </w:p>
    <w:p>
      <w:pPr>
        <w:jc w:val="right"/>
      </w:pPr>
      <w:r>
        <w:t>اس کا کوئی اثر نہیں قبول کیا تھا۔</w:t>
      </w:r>
    </w:p>
    <w:p>
      <w:r>
        <w:rPr>
          <w:b/>
        </w:rPr>
        <w:t xml:space="preserve">[27:44] </w:t>
      </w:r>
      <w:r>
        <w:t>kyunke unhon ne kaha tha ke main soch nahi sakta ke ek aisa, yani ek aisa group</w:t>
      </w:r>
    </w:p>
    <w:p>
      <w:pPr>
        <w:jc w:val="right"/>
      </w:pPr>
      <w:r>
        <w:t>کیونکہ انہوں نے کہا تھا کہ میں سوچ نہیں سکتا کہ ایک ایسا، یعنی ایک ایسا گروپ</w:t>
      </w:r>
    </w:p>
    <w:p>
      <w:r>
        <w:rPr>
          <w:b/>
        </w:rPr>
        <w:t xml:space="preserve">[27:55] </w:t>
      </w:r>
      <w:r>
        <w:t>jahan Abu Bakr hon, wahan main khalifa ban ke baith jaon.</w:t>
      </w:r>
    </w:p>
    <w:p>
      <w:pPr>
        <w:jc w:val="right"/>
      </w:pPr>
      <w:r>
        <w:t>جہاں ابوبکر ہوں، وہاں میں خلیفہ بن کے بیٹھ جاؤں۔</w:t>
      </w:r>
    </w:p>
    <w:p>
      <w:r>
        <w:rPr>
          <w:b/>
        </w:rPr>
        <w:t xml:space="preserve">[28:01] </w:t>
      </w:r>
      <w:r>
        <w:t>yani abubakar ko itna darja barha de dete ke woh soch bhi nahi sakte the ke un ke</w:t>
      </w:r>
    </w:p>
    <w:p>
      <w:pPr>
        <w:jc w:val="right"/>
      </w:pPr>
      <w:r>
        <w:t>یعنی ابوبکر کو اتنا درجہ بڑھا دے دیتے کہ وہ سوچ بھی نہیں سکتے تھے کہ ان کے</w:t>
      </w:r>
    </w:p>
    <w:p>
      <w:r>
        <w:rPr>
          <w:b/>
        </w:rPr>
        <w:t xml:space="preserve">[28:07] </w:t>
      </w:r>
      <w:r>
        <w:t>hote hue koi aur khalifa ban jae.</w:t>
      </w:r>
    </w:p>
    <w:p>
      <w:pPr>
        <w:jc w:val="right"/>
      </w:pPr>
      <w:r>
        <w:t>ہوتے ہوئے کوئی اور خلیفہ بن جائے۔</w:t>
      </w:r>
    </w:p>
    <w:p>
      <w:r>
        <w:rPr>
          <w:b/>
        </w:rPr>
        <w:t xml:space="preserve">[28:13] </w:t>
      </w:r>
      <w:r>
        <w:t>to hum ko, aap ko sochna chahiye.</w:t>
      </w:r>
    </w:p>
    <w:p>
      <w:pPr>
        <w:jc w:val="right"/>
      </w:pPr>
      <w:r>
        <w:t>تو ہم کو، آپ کو سوچنا چاہیے۔</w:t>
      </w:r>
    </w:p>
    <w:p>
      <w:r>
        <w:rPr>
          <w:b/>
        </w:rPr>
        <w:t xml:space="preserve">[28:19] </w:t>
      </w:r>
      <w:r>
        <w:t>mein samajhta hoon ke maujooda zamane mein, maujooda zamane mein sab se</w:t>
      </w:r>
    </w:p>
    <w:p>
      <w:pPr>
        <w:jc w:val="right"/>
      </w:pPr>
      <w:r>
        <w:t>میں سمجھتا ہوں کہ موجودہ زمانے میں، موجودہ زمانے میں سب سے</w:t>
      </w:r>
    </w:p>
    <w:p>
      <w:r>
        <w:rPr>
          <w:b/>
        </w:rPr>
        <w:t xml:space="preserve">[28:25] </w:t>
      </w:r>
      <w:r>
        <w:t>bara jo tark karna hai musalmanon ko, woh hai nafrat, insan se nafrat.</w:t>
      </w:r>
    </w:p>
    <w:p>
      <w:pPr>
        <w:jc w:val="right"/>
      </w:pPr>
      <w:r>
        <w:t>بڑا جو ترک کرنا ہے مسلمانوں کو، وہ ہے نفرت، انسان سے نفرت۔</w:t>
      </w:r>
    </w:p>
    <w:p>
      <w:r>
        <w:rPr>
          <w:b/>
        </w:rPr>
        <w:t xml:space="preserve">[28:33] </w:t>
      </w:r>
      <w:r>
        <w:t>yahan se le ke america tak bane roze baat ki to har tark ke liye razi hote hain</w:t>
      </w:r>
    </w:p>
    <w:p>
      <w:pPr>
        <w:jc w:val="right"/>
      </w:pPr>
      <w:r>
        <w:t>یہاں سے لے کے امریکہ تک بنے روزے بات کی تو ہر ترک کے لیے راضی ہوتے ہیں</w:t>
      </w:r>
    </w:p>
    <w:p>
      <w:r>
        <w:rPr>
          <w:b/>
        </w:rPr>
        <w:t xml:space="preserve">[28:40] </w:t>
      </w:r>
      <w:r>
        <w:t>woh, lekin yahud se nafrat karne par razi nahi hote ke yahud se to nafrat karni pare gi,</w:t>
      </w:r>
    </w:p>
    <w:p>
      <w:pPr>
        <w:jc w:val="right"/>
      </w:pPr>
      <w:r>
        <w:t>وہ، لیکن یہود سے نفرت کرنے پر راضی نہیں ہوتے کہ یہود سے تو نفرت کرنی پڑے گی،</w:t>
      </w:r>
    </w:p>
    <w:p>
      <w:r>
        <w:rPr>
          <w:b/>
        </w:rPr>
        <w:t xml:space="preserve">[28:48] </w:t>
      </w:r>
      <w:r>
        <w:t>israel se to nafrat karni pare gi.</w:t>
      </w:r>
    </w:p>
    <w:p>
      <w:pPr>
        <w:jc w:val="right"/>
      </w:pPr>
      <w:r>
        <w:t>اسرائیل سے تو نفرت کرنی پڑے گی۔</w:t>
      </w:r>
    </w:p>
    <w:p>
      <w:r>
        <w:rPr>
          <w:b/>
        </w:rPr>
        <w:t xml:space="preserve">[28:56] </w:t>
      </w:r>
      <w:r>
        <w:t>musalmanon ke liye yahud se nafrat ko chhodna, israel se nafrat ko chhodna, yeh ek naam kis cheez</w:t>
      </w:r>
    </w:p>
    <w:p>
      <w:pPr>
        <w:jc w:val="right"/>
      </w:pPr>
      <w:r>
        <w:t>مسلمانوں کے لیے یہود سے نفرت کو چھوڑنا، اسرائیل سے نفرت کو چھوڑنا، یہ ایک نام کس چیز</w:t>
      </w:r>
    </w:p>
    <w:p>
      <w:r>
        <w:rPr>
          <w:b/>
        </w:rPr>
        <w:t xml:space="preserve">[29:06] </w:t>
      </w:r>
      <w:r>
        <w:t>ban gayi hai? arab se ajam to jahan bhi dekhiye, israel se nafrat aam hai bilkul.</w:t>
      </w:r>
    </w:p>
    <w:p>
      <w:pPr>
        <w:jc w:val="right"/>
      </w:pPr>
      <w:r>
        <w:t>بن گئی ہے؟ عرب سے عجم تو جہاں بھی دیکھیے، اسرائیل سے نفرت عام ہے بالکل۔</w:t>
      </w:r>
    </w:p>
    <w:p>
      <w:r>
        <w:rPr>
          <w:b/>
        </w:rPr>
        <w:t xml:space="preserve">[29:17] </w:t>
      </w:r>
      <w:r>
        <w:t>to mein samajhta hoon ke isi ko chhodna, lia lillah, ise ko chhodna, woh cheez hai jis ko</w:t>
      </w:r>
    </w:p>
    <w:p>
      <w:pPr>
        <w:jc w:val="right"/>
      </w:pPr>
      <w:r>
        <w:t>تو میں سمجھتا ہوں کہ اسی کو چھوڑنا، لیا للہ، اسے کو چھوڑنا، وہ چیز ہے جس کو</w:t>
      </w:r>
    </w:p>
    <w:p>
      <w:r>
        <w:rPr>
          <w:b/>
        </w:rPr>
        <w:t xml:space="preserve">[29:27] </w:t>
      </w:r>
      <w:r>
        <w:t>tark lia lillah kaha gaya hai.</w:t>
      </w:r>
    </w:p>
    <w:p>
      <w:pPr>
        <w:jc w:val="right"/>
      </w:pPr>
      <w:r>
        <w:t>ترک لیا للہ کہا گیا ہے۔</w:t>
      </w:r>
    </w:p>
    <w:p>
      <w:r>
        <w:rPr>
          <w:b/>
        </w:rPr>
        <w:t xml:space="preserve">[29:33] </w:t>
      </w:r>
      <w:r>
        <w:t>tark lia lillah yani allah ke liye, kyunke woh bhi insan hai aur us ke muamle mein dekhen,</w:t>
      </w:r>
    </w:p>
    <w:p>
      <w:pPr>
        <w:jc w:val="right"/>
      </w:pPr>
      <w:r>
        <w:t>ترک لیا للہ یعنی اللہ کے لیے، کیونکہ وہ بھی انسان ہے اور اس کے معاملے میں دیکھیں،</w:t>
      </w:r>
    </w:p>
    <w:p>
      <w:r>
        <w:rPr>
          <w:b/>
        </w:rPr>
        <w:t xml:space="preserve">[29:39] </w:t>
      </w:r>
      <w:r>
        <w:t>hadith maujood hai ke us ko ab jo apply kar raha hoon mein israel par ya yahud par</w:t>
      </w:r>
    </w:p>
    <w:p>
      <w:pPr>
        <w:jc w:val="right"/>
      </w:pPr>
      <w:r>
        <w:t>حدیث موجود ہے کہ اس کو اب جو اپلائی کر رہا ہوں میں اسرائیل پر یا یہود پر</w:t>
      </w:r>
    </w:p>
    <w:p>
      <w:r>
        <w:rPr>
          <w:b/>
        </w:rPr>
        <w:t xml:space="preserve">[29:45] </w:t>
      </w:r>
      <w:r>
        <w:t>to mere paas ek hadith hai.</w:t>
      </w:r>
    </w:p>
    <w:p>
      <w:pPr>
        <w:jc w:val="right"/>
      </w:pPr>
      <w:r>
        <w:t>تو میرے پاس ایک حدیث ہے۔</w:t>
      </w:r>
    </w:p>
    <w:p>
      <w:r>
        <w:rPr>
          <w:b/>
        </w:rPr>
        <w:t xml:space="preserve">[29:51] </w:t>
      </w:r>
      <w:r>
        <w:t>kyunke madine mein aap jante hain ke rasool allah ke zamane mein</w:t>
      </w:r>
    </w:p>
    <w:p>
      <w:pPr>
        <w:jc w:val="right"/>
      </w:pPr>
      <w:r>
        <w:t>کیونکہ مدینے میں آپ جانتے ہیں کہ رسول اللہ کے زمانے میں</w:t>
      </w:r>
    </w:p>
    <w:p>
      <w:r>
        <w:rPr>
          <w:b/>
        </w:rPr>
        <w:t xml:space="preserve">[29:57] </w:t>
      </w:r>
      <w:r>
        <w:t>kai qabile the yahud ke, yani yeh ab ab to wahan koi yahudi nahi hai, lekin rasool allah</w:t>
      </w:r>
    </w:p>
    <w:p>
      <w:pPr>
        <w:jc w:val="right"/>
      </w:pPr>
      <w:r>
        <w:t>کئی قبیلے تھے یہود کے، یعنی یہ اب اب تو وہاں کوئی یہودی نہیں ہے، لیکن رسول اللہ</w:t>
      </w:r>
    </w:p>
    <w:p>
      <w:r>
        <w:rPr>
          <w:b/>
        </w:rPr>
        <w:t xml:space="preserve">[30:05] </w:t>
      </w:r>
      <w:r>
        <w:t>ke zamane mein bohat se yahudi the wahan madine mein.</w:t>
      </w:r>
    </w:p>
    <w:p>
      <w:pPr>
        <w:jc w:val="right"/>
      </w:pPr>
      <w:r>
        <w:t>کے زمانے میں بہت سے یہودی تھے وہاں مدینے میں۔</w:t>
      </w:r>
    </w:p>
    <w:p>
      <w:r>
        <w:rPr>
          <w:b/>
        </w:rPr>
        <w:t xml:space="preserve">[30:13] </w:t>
      </w:r>
      <w:r>
        <w:t>to ek din kya hua ke rasool allah makkah, yani madine ke kisi maqam par the to wahan</w:t>
      </w:r>
    </w:p>
    <w:p>
      <w:pPr>
        <w:jc w:val="right"/>
      </w:pPr>
      <w:r>
        <w:t>تو ایک دن کیا ہوا کہ رسول اللہ مکہ، یعنی مدینے کے کسی مقام پر تھے تو وہاں</w:t>
      </w:r>
    </w:p>
    <w:p>
      <w:r>
        <w:rPr>
          <w:b/>
        </w:rPr>
        <w:t xml:space="preserve">[30:21] </w:t>
      </w:r>
      <w:r>
        <w:t>se ek ek janaza guzra, janaza</w:t>
      </w:r>
    </w:p>
    <w:p>
      <w:pPr>
        <w:jc w:val="right"/>
      </w:pPr>
      <w:r>
        <w:t>سے ایک ایک جنازہ گزرا، جنازہ</w:t>
      </w:r>
    </w:p>
    <w:p>
      <w:r>
        <w:rPr>
          <w:b/>
        </w:rPr>
        <w:t xml:space="preserve">[30:29] </w:t>
      </w:r>
      <w:r>
        <w:t>to aap us ke respect mein khare ho gae, us janaze ke respect mein khare ho gae.</w:t>
      </w:r>
    </w:p>
    <w:p>
      <w:pPr>
        <w:jc w:val="right"/>
      </w:pPr>
      <w:r>
        <w:t>تو آپ اس کے ریسپیکٹ میں کھڑے ہوگئے، اس جنازے کے ریسپیکٹ میں کھڑے ہوگئے۔</w:t>
      </w:r>
    </w:p>
    <w:p>
      <w:r>
        <w:rPr>
          <w:b/>
        </w:rPr>
        <w:t xml:space="preserve">[30:37] </w:t>
      </w:r>
      <w:r>
        <w:t>aur yeh riwayat hai bukhari mein, yeh riwayat bukhari mein maujood hai.</w:t>
      </w:r>
    </w:p>
    <w:p>
      <w:pPr>
        <w:jc w:val="right"/>
      </w:pPr>
      <w:r>
        <w:t>اور یہ روایت ہے بخاری میں، یہ روایت بخاری میں موجود ہے۔</w:t>
      </w:r>
    </w:p>
    <w:p>
      <w:r>
        <w:rPr>
          <w:b/>
        </w:rPr>
        <w:t xml:space="preserve">[30:45] </w:t>
      </w:r>
      <w:r>
        <w:t>to kisi ne kaha ke yeh to yahudi ka janaza tha, aap khare ho gae.</w:t>
      </w:r>
    </w:p>
    <w:p>
      <w:pPr>
        <w:jc w:val="right"/>
      </w:pPr>
      <w:r>
        <w:t>تو کسی نے کہا کہ یہ تو یہودی کا جنازہ تھا، آپ کھڑے ہوگئے۔</w:t>
      </w:r>
    </w:p>
    <w:p>
      <w:r>
        <w:rPr>
          <w:b/>
        </w:rPr>
        <w:t xml:space="preserve">[30:52] </w:t>
      </w:r>
      <w:r>
        <w:t>rasool allah ne kaha: "alaihi nafsan, alaihi nafsan"</w:t>
      </w:r>
    </w:p>
    <w:p>
      <w:pPr>
        <w:jc w:val="right"/>
      </w:pPr>
      <w:r>
        <w:t>رسول اللہ نے کہا: "علیہ نفساً، علیہ نفساً"</w:t>
      </w:r>
    </w:p>
    <w:p>
      <w:r>
        <w:rPr>
          <w:b/>
        </w:rPr>
        <w:t xml:space="preserve">[31:00] </w:t>
      </w:r>
      <w:r>
        <w:t>yahan nafs insan ke bare mein hai, kya woh insan nahi? was not a human being. to Rasool Allah ne khud bhi respect diya Yahudi ko. to hamein kaha gaya ke hum nafrat karein, hamein kaha gaya ke hum Rasool Allah ke deen ke follower apne ko batayein aur Yahudiyon se</w:t>
      </w:r>
    </w:p>
    <w:p>
      <w:pPr>
        <w:jc w:val="right"/>
      </w:pPr>
      <w:r>
        <w:t>یہاں نفس انسان کے بارے میں ہے، کیا وہ انسان نہیں؟ واز ناٹ ا ہیومن بینگ۔ تو رسول اللہ نے خود بھی ریسپیکٹ دیا یہودی کو۔ تو ہمیں کہا گیا کہ ہم نفرت کریں، ہمیں کہا گیا کہ ہم رسول اللہ کے دین کے فالوور اپنے کو بتائیں اور یہودیوں سے</w:t>
      </w:r>
    </w:p>
    <w:p>
      <w:r>
        <w:rPr>
          <w:b/>
        </w:rPr>
        <w:t xml:space="preserve">[31:30] </w:t>
      </w:r>
      <w:r>
        <w:t>nafrat karen.</w:t>
      </w:r>
    </w:p>
    <w:p>
      <w:pPr>
        <w:jc w:val="right"/>
      </w:pPr>
      <w:r>
        <w:t>نفرت کریں۔</w:t>
      </w:r>
    </w:p>
    <w:p>
      <w:r>
        <w:rPr>
          <w:b/>
        </w:rPr>
        <w:t xml:space="preserve">[31:38] </w:t>
      </w:r>
      <w:r>
        <w:t>jo rasool Allah ne nafrat nahi ki.</w:t>
      </w:r>
    </w:p>
    <w:p>
      <w:pPr>
        <w:jc w:val="right"/>
      </w:pPr>
      <w:r>
        <w:t>جو رسول اللہ نے نفرت نہیں کی۔</w:t>
      </w:r>
    </w:p>
    <w:p>
      <w:r>
        <w:rPr>
          <w:b/>
        </w:rPr>
        <w:t xml:space="preserve">[31:46] </w:t>
      </w:r>
      <w:r>
        <w:t>to main samajhta hoon ke is saal musalmanon ko jis tark ko chhodna chahiye, yani ijtamai taur par</w:t>
      </w:r>
    </w:p>
    <w:p>
      <w:pPr>
        <w:jc w:val="right"/>
      </w:pPr>
      <w:r>
        <w:t>تو میں سمجھتا ہوں کہ اس سال مسلمانوں کو جس ترک کو چھوڑنا چاہیے، یعنی اجتماعی طور پر</w:t>
      </w:r>
    </w:p>
    <w:p>
      <w:r>
        <w:rPr>
          <w:b/>
        </w:rPr>
        <w:t xml:space="preserve">[31:53] </w:t>
      </w:r>
      <w:r>
        <w:t>ek tark aisa hai jo musalmanon ko ijtamai taur par chhodna hai, yani</w:t>
      </w:r>
    </w:p>
    <w:p>
      <w:pPr>
        <w:jc w:val="right"/>
      </w:pPr>
      <w:r>
        <w:t>ایک ترک ایسا ہے جو مسلمانوں کو اجتماعی طور پر چھوڑنا ہے، یعنی</w:t>
      </w:r>
    </w:p>
    <w:p>
      <w:r>
        <w:rPr>
          <w:b/>
        </w:rPr>
        <w:t xml:space="preserve">[32:01] </w:t>
      </w:r>
      <w:r>
        <w:t>tabe jameel ke taur par chhodna hai, woh nafrat yahood, nafrat israel.</w:t>
      </w:r>
    </w:p>
    <w:p>
      <w:pPr>
        <w:jc w:val="right"/>
      </w:pPr>
      <w:r>
        <w:t>تابع جمیع کے طور پر چھوڑنا ہے، وہ نفرت یہود، نفرت اسرائیل۔</w:t>
      </w:r>
    </w:p>
    <w:p>
      <w:r>
        <w:rPr>
          <w:b/>
        </w:rPr>
        <w:t xml:space="preserve">[32:08] </w:t>
      </w:r>
      <w:r>
        <w:t>musalmanon ko kehna chahiye dobara ke "aleh nafsan" ka yahoodi insan nahi hai.</w:t>
      </w:r>
    </w:p>
    <w:p>
      <w:pPr>
        <w:jc w:val="right"/>
      </w:pPr>
      <w:r>
        <w:t>مسلمانوں کو کہنا چاہیے دوبارہ کہ "علیہ نفساً" کا یہودی انسان نہیں ہے۔</w:t>
      </w:r>
    </w:p>
    <w:p>
      <w:r>
        <w:rPr>
          <w:b/>
        </w:rPr>
        <w:t xml:space="preserve">[32:16] </w:t>
      </w:r>
      <w:r>
        <w:t>yeh dobara musalmanon ko yeh kehna chahiye ke "aleh nafsan" ka yahoodi insan nahi hai.</w:t>
      </w:r>
    </w:p>
    <w:p>
      <w:pPr>
        <w:jc w:val="right"/>
      </w:pPr>
      <w:r>
        <w:t>یہ دوبارہ مسلمانوں کو یہ کہنا چاہیے کہ "علیہ نفساً" کا یہودی انسان نہیں ہے۔</w:t>
      </w:r>
    </w:p>
    <w:p>
      <w:r>
        <w:rPr>
          <w:b/>
        </w:rPr>
        <w:t xml:space="preserve">[32:24] </w:t>
      </w:r>
      <w:r>
        <w:t>to unko woh bara</w:t>
      </w:r>
    </w:p>
    <w:p>
      <w:pPr>
        <w:jc w:val="right"/>
      </w:pPr>
      <w:r>
        <w:t>تو ان کو وہ بڑا</w:t>
      </w:r>
    </w:p>
    <w:p>
      <w:r>
        <w:rPr>
          <w:b/>
        </w:rPr>
        <w:t xml:space="preserve">[32:31] </w:t>
      </w:r>
      <w:r>
        <w:t>sawab milega jo sab se bara sawab hai, woh reward milega jo sab se bara reward hai.</w:t>
      </w:r>
    </w:p>
    <w:p>
      <w:pPr>
        <w:jc w:val="right"/>
      </w:pPr>
      <w:r>
        <w:t>ثواب ملے گا جو سب سے بڑا ثواب ہے، وہ ریوارڈ ملے گا جو سب سے بڑا ریوارڈ ہے۔</w:t>
      </w:r>
    </w:p>
    <w:p>
      <w:r>
        <w:rPr>
          <w:b/>
        </w:rPr>
        <w:t xml:space="preserve">[32:39] </w:t>
      </w:r>
      <w:r>
        <w:t>اور آج کل مسلمان جو بہت زیادہ شکایتیں کرتے ہیں کہ "بھئی under siege، you are under siege" کی بولی</w:t>
      </w:r>
    </w:p>
    <w:p>
      <w:pPr>
        <w:jc w:val="right"/>
      </w:pPr>
      <w:r>
        <w:t>اور آج کل مسلمان جو بہت زیادہ شکایتیں کرتے ہیں کہ "بھئی انڈرسیز، یو آر انڈرسیز" کی بولی</w:t>
      </w:r>
    </w:p>
    <w:p>
      <w:r>
        <w:rPr>
          <w:b/>
        </w:rPr>
        <w:t xml:space="preserve">[32:46] </w:t>
      </w:r>
      <w:r>
        <w:t>bolte hain, woh sab khatm ho jayega.</w:t>
      </w:r>
    </w:p>
    <w:p>
      <w:pPr>
        <w:jc w:val="right"/>
      </w:pPr>
      <w:r>
        <w:t>بولتے ہیں، وہ سب ختم ہو جائے گا۔</w:t>
      </w:r>
    </w:p>
    <w:p>
      <w:r>
        <w:rPr>
          <w:b/>
        </w:rPr>
        <w:t xml:space="preserve">[32:54] </w:t>
      </w:r>
      <w:r>
        <w:t>woh sab khatm ho jayega kyunke yeh</w:t>
      </w:r>
    </w:p>
    <w:p>
      <w:pPr>
        <w:jc w:val="right"/>
      </w:pPr>
      <w:r>
        <w:t>وہ سب ختم ہو جائے گا کیونکہ یہ</w:t>
      </w:r>
    </w:p>
    <w:p>
      <w:r>
        <w:rPr>
          <w:b/>
        </w:rPr>
        <w:t xml:space="preserve">[33:02] </w:t>
      </w:r>
      <w:r>
        <w:t>tark liya lillah ki misaal hogi.</w:t>
      </w:r>
    </w:p>
    <w:p>
      <w:pPr>
        <w:jc w:val="right"/>
      </w:pPr>
      <w:r>
        <w:t>ترک لیا للہ کی مثال ہوگی۔</w:t>
      </w:r>
    </w:p>
    <w:p>
      <w:r>
        <w:rPr>
          <w:b/>
        </w:rPr>
        <w:t xml:space="preserve">[33:09] </w:t>
      </w:r>
      <w:r>
        <w:t>tark liya lillah yani chhodna fidsiya ka ghaat, is mein sab se bara reward hai.</w:t>
      </w:r>
    </w:p>
    <w:p>
      <w:pPr>
        <w:jc w:val="right"/>
      </w:pPr>
      <w:r>
        <w:t>ترک لیا للہ یعنی چھوڑنا فدسیہ کا گھاٹ، اس میں سب سے بڑا ریوارڈ ہے۔</w:t>
      </w:r>
    </w:p>
    <w:p>
      <w:r>
        <w:rPr>
          <w:b/>
        </w:rPr>
        <w:t xml:space="preserve">[33:17] </w:t>
      </w:r>
      <w:r>
        <w:t>to jitni musalmanon ki shikayatein hain, woh sab inshallah khatm ho jayengi is amal par.</w:t>
      </w:r>
    </w:p>
    <w:p>
      <w:pPr>
        <w:jc w:val="right"/>
      </w:pPr>
      <w:r>
        <w:t>تو جتنی مسلمانوں کی شکایتیں ہیں، وہ سب انشاءاللہ ختم ہو جائیں گی اس عمل پر۔</w:t>
      </w:r>
    </w:p>
    <w:p>
      <w:r>
        <w:rPr>
          <w:b/>
        </w:rPr>
        <w:t xml:space="preserve">[33:25] </w:t>
      </w:r>
      <w:r>
        <w:t>kyunke yeh to hadees se sabit hai.</w:t>
      </w:r>
    </w:p>
    <w:p>
      <w:pPr>
        <w:jc w:val="right"/>
      </w:pPr>
      <w:r>
        <w:t>کیونکہ یہ تو حدیث سے ثابت ہے۔</w:t>
      </w:r>
    </w:p>
    <w:p>
      <w:r>
        <w:rPr>
          <w:b/>
        </w:rPr>
        <w:t xml:space="preserve">[33:33] </w:t>
      </w:r>
      <w:r>
        <w:t>to is waqt agar musalman chahte hain ke unki qismat badle, unke halaat badlen, unko</w:t>
      </w:r>
    </w:p>
    <w:p>
      <w:pPr>
        <w:jc w:val="right"/>
      </w:pPr>
      <w:r>
        <w:t>تو اس وقت اگر مسلمان چاہتے ہیں کہ ان کی قسمت بدلے، ان کے حالات بدلیں، ان کو</w:t>
      </w:r>
    </w:p>
    <w:p>
      <w:r>
        <w:rPr>
          <w:b/>
        </w:rPr>
        <w:t xml:space="preserve">[33:39] </w:t>
      </w:r>
      <w:r>
        <w:t>ek naya daur mile to unko yeh karna padega ke ke woh tark liya lillah ki</w:t>
      </w:r>
    </w:p>
    <w:p>
      <w:pPr>
        <w:jc w:val="right"/>
      </w:pPr>
      <w:r>
        <w:t>ایک نیا دور ملے تو ان کو یہ کرنا پڑے گا کہ کہ وہ ترک لیا للہ کی</w:t>
      </w:r>
    </w:p>
    <w:p>
      <w:r>
        <w:rPr>
          <w:b/>
        </w:rPr>
        <w:t xml:space="preserve">[33:45] </w:t>
      </w:r>
      <w:r>
        <w:t>ek misaal qaim karen.</w:t>
      </w:r>
    </w:p>
    <w:p>
      <w:pPr>
        <w:jc w:val="right"/>
      </w:pPr>
      <w:r>
        <w:t>ایک مثال قائم کریں۔</w:t>
      </w:r>
    </w:p>
    <w:p>
      <w:r>
        <w:rPr>
          <w:b/>
        </w:rPr>
        <w:t xml:space="preserve">[33:52] </w:t>
      </w:r>
      <w:r>
        <w:t>musalman agar chahte hain ke woh unki zindagi mein.</w:t>
      </w:r>
    </w:p>
    <w:p>
      <w:pPr>
        <w:jc w:val="right"/>
      </w:pPr>
      <w:r>
        <w:t>مسلمان اگر چاہتے ہیں کہ وہ ان کی زندگی میں۔</w:t>
      </w:r>
    </w:p>
    <w:p>
      <w:r>
        <w:rPr>
          <w:b/>
        </w:rPr>
        <w:t xml:space="preserve">[33:58] </w:t>
      </w:r>
      <w:r>
        <w:t>kal mein ek article faraz sahib ne iske padh ke sunaya</w:t>
      </w:r>
    </w:p>
    <w:p>
      <w:pPr>
        <w:jc w:val="right"/>
      </w:pPr>
      <w:r>
        <w:t>کل میں ایک آرٹیکل فراز صاحب نے اس کے پڑھ کے سنایا</w:t>
      </w:r>
    </w:p>
    <w:p>
      <w:r>
        <w:rPr>
          <w:b/>
        </w:rPr>
        <w:t xml:space="preserve">[34:05] </w:t>
      </w:r>
      <w:r>
        <w:t>to poora article nakshi zaban mein tha aur is mein yahi sab tha ke musalmanon se hukumat chhin</w:t>
      </w:r>
    </w:p>
    <w:p>
      <w:pPr>
        <w:jc w:val="right"/>
      </w:pPr>
      <w:r>
        <w:t>تو پورا آرٹیکل نکشی زبان میں تھا اور اس میں یہی سب تھا کہ مسلمانوں سے حکومت چھن</w:t>
      </w:r>
    </w:p>
    <w:p>
      <w:r>
        <w:rPr>
          <w:b/>
        </w:rPr>
        <w:t xml:space="preserve">[34:12] </w:t>
      </w:r>
      <w:r>
        <w:t>gayi, khilafat chhin gayi aur sari dunya mein unko ma'aroomi ka tajruba woh yahi sab aate the.</w:t>
      </w:r>
    </w:p>
    <w:p>
      <w:pPr>
        <w:jc w:val="right"/>
      </w:pPr>
      <w:r>
        <w:t>گئی، خلافت چھن گئی اور ساری دنیا میں ان کو معرومی کا تجربہ وہ یہی سب آتے تھے۔</w:t>
      </w:r>
    </w:p>
    <w:p>
      <w:r>
        <w:rPr>
          <w:b/>
        </w:rPr>
        <w:t xml:space="preserve">[34:20] </w:t>
      </w:r>
      <w:r>
        <w:t>to main sochta hoon ke is ramzan, is ramzan mein unko mauqa hai musalmanon ko, is ramzan</w:t>
      </w:r>
    </w:p>
    <w:p>
      <w:pPr>
        <w:jc w:val="right"/>
      </w:pPr>
      <w:r>
        <w:t>تو میں سوچتا ہوں کہ اس رمضان، اس رمضان میں ان کو موقع ہے مسلمانوں کو، اس رمضان</w:t>
      </w:r>
    </w:p>
    <w:p>
      <w:r>
        <w:rPr>
          <w:b/>
        </w:rPr>
        <w:t xml:space="preserve">[34:28] </w:t>
      </w:r>
      <w:r>
        <w:t>ke mauqa hai ke woh</w:t>
      </w:r>
    </w:p>
    <w:p>
      <w:pPr>
        <w:jc w:val="right"/>
      </w:pPr>
      <w:r>
        <w:t>کے موقع ہے کہ وہ</w:t>
      </w:r>
    </w:p>
    <w:p>
      <w:r>
        <w:rPr>
          <w:b/>
        </w:rPr>
        <w:t xml:space="preserve">[34:36] </w:t>
      </w:r>
      <w:r>
        <w:t>tark liya lillah ki misaal qaim karen aur phir unko Allah taala ki taraf se sab kuch</w:t>
      </w:r>
    </w:p>
    <w:p>
      <w:pPr>
        <w:jc w:val="right"/>
      </w:pPr>
      <w:r>
        <w:t>ترک لیا للہ کی مثال قائم کریں اور پھر ان کو اللہ تعالیٰ کی طرف سے سب کچھ</w:t>
      </w:r>
    </w:p>
    <w:p>
      <w:r>
        <w:rPr>
          <w:b/>
        </w:rPr>
        <w:t xml:space="preserve">[34:43] </w:t>
      </w:r>
      <w:r>
        <w:t>mil jayega, sab kuch.</w:t>
      </w:r>
    </w:p>
    <w:p>
      <w:pPr>
        <w:jc w:val="right"/>
      </w:pPr>
      <w:r>
        <w:t>مل جائے گا، سب کچھ۔</w:t>
      </w:r>
    </w:p>
    <w:p>
      <w:r>
        <w:rPr>
          <w:b/>
        </w:rPr>
        <w:t xml:space="preserve">[34:51] </w:t>
      </w:r>
      <w:r>
        <w:t>kyunke hadith se sabit hai ke tark-e-la-lillah par bohat bara reward hota hai.</w:t>
      </w:r>
    </w:p>
    <w:p>
      <w:pPr>
        <w:jc w:val="right"/>
      </w:pPr>
      <w:r>
        <w:t>کیونکہ حدیث سے ثابت ہے کہ ترک لیا للہ پر بہت بڑا ریوارڈ ہوتا ہے۔</w:t>
      </w:r>
    </w:p>
    <w:p>
      <w:r>
        <w:rPr>
          <w:b/>
        </w:rPr>
        <w:t xml:space="preserve">[34:58] </w:t>
      </w:r>
      <w:r>
        <w:t>to ek aam baat hai, aap sabr karen, yahan se le kar America tak kahin bhi to saare musalman</w:t>
      </w:r>
    </w:p>
    <w:p>
      <w:pPr>
        <w:jc w:val="right"/>
      </w:pPr>
      <w:r>
        <w:t>تو ایک عام بات ہے، آپ صبر کریں، یہاں سے لے کے امریکہ تک کہیں بھی تو سارے مسلمان</w:t>
      </w:r>
    </w:p>
    <w:p>
      <w:r>
        <w:rPr>
          <w:b/>
        </w:rPr>
        <w:t xml:space="preserve">[35:06] </w:t>
      </w:r>
      <w:r>
        <w:t>shikayat karte hain is baat ki ke hum scienceon se ghare hue hain, hum maghloob ho gaye hain,</w:t>
      </w:r>
    </w:p>
    <w:p>
      <w:pPr>
        <w:jc w:val="right"/>
      </w:pPr>
      <w:r>
        <w:t>شکایت کرتے ہیں اس بات کی کہ ہم سائنسوں سے گھرے ہوئے ہیں، ہم مغلوب ہو گئے ہیں،</w:t>
      </w:r>
    </w:p>
    <w:p>
      <w:r>
        <w:rPr>
          <w:b/>
        </w:rPr>
        <w:t xml:space="preserve">[35:13] </w:t>
      </w:r>
      <w:r>
        <w:t>humein be-izzat kiya jata hai waghera waghera.</w:t>
      </w:r>
    </w:p>
    <w:p>
      <w:pPr>
        <w:jc w:val="right"/>
      </w:pPr>
      <w:r>
        <w:t>ہمیں بے عزت کیا جاتا ہے وغیرہ وغیرہ۔</w:t>
      </w:r>
    </w:p>
    <w:p>
      <w:r>
        <w:rPr>
          <w:b/>
        </w:rPr>
        <w:t xml:space="preserve">[35:21] </w:t>
      </w:r>
      <w:r>
        <w:t>to agar musalman yeh saboot den, ek hi saboot ke tark-e-la-lillah ki ek misaal qaim karen,</w:t>
      </w:r>
    </w:p>
    <w:p>
      <w:pPr>
        <w:jc w:val="right"/>
      </w:pPr>
      <w:r>
        <w:t>تو اگر مسلمان یہ ثبوت دیں، ایک ہی ثبوت کہ ترک لیا للہ کی ایک مثال قائم کریں،</w:t>
      </w:r>
    </w:p>
    <w:p>
      <w:r>
        <w:rPr>
          <w:b/>
        </w:rPr>
        <w:t xml:space="preserve">[35:28] </w:t>
      </w:r>
      <w:r>
        <w:t>tark-e-la-lillah</w:t>
      </w:r>
    </w:p>
    <w:p>
      <w:pPr>
        <w:jc w:val="right"/>
      </w:pPr>
      <w:r>
        <w:t>ترک لیا للہ</w:t>
      </w:r>
    </w:p>
    <w:p>
      <w:r>
        <w:rPr>
          <w:b/>
        </w:rPr>
        <w:t xml:space="preserve">[35:36] </w:t>
      </w:r>
      <w:r>
        <w:t>ki misaal qaim karen, yaani yaani purely fidesia ka ghaat, woh nafrat ko chhod den, yahud se nafrat,</w:t>
      </w:r>
    </w:p>
    <w:p>
      <w:pPr>
        <w:jc w:val="right"/>
      </w:pPr>
      <w:r>
        <w:t>کی مثال قائم کریں، یعنی یعنی پیورلی فدسیہ کا گھاٹ، وہ نفرت کو چھوڑ دیں، یہود سے نفرت،</w:t>
      </w:r>
    </w:p>
    <w:p>
      <w:r>
        <w:rPr>
          <w:b/>
        </w:rPr>
        <w:t xml:space="preserve">[35:44] </w:t>
      </w:r>
      <w:r>
        <w:t>Zahid se nafrat, Israel se nafrat chhod den aur dobara yeh kahen ke "was not a human being"</w:t>
      </w:r>
    </w:p>
    <w:p>
      <w:pPr>
        <w:jc w:val="right"/>
      </w:pPr>
      <w:r>
        <w:t>زاہد سے نفرت، اسرائیل سے نفرت چھوڑ دیں اور دوبارہ یہ کہیں کہ "واز ناٹ ا ہیومن بینگ"</w:t>
      </w:r>
    </w:p>
    <w:p>
      <w:r>
        <w:rPr>
          <w:b/>
        </w:rPr>
        <w:t xml:space="preserve">[35:51] </w:t>
      </w:r>
      <w:r>
        <w:t>kya yahud ka maamla insaan ka maamla nahi hai? woh bhi to Allah ke bande hain, woh bhi</w:t>
      </w:r>
    </w:p>
    <w:p>
      <w:pPr>
        <w:jc w:val="right"/>
      </w:pPr>
      <w:r>
        <w:t>کیا یہود کا معاملہ انسان کا معاملہ نہیں ہے؟ وہ بھی تو اللہ کے بندے ہیں، وہ بھی</w:t>
      </w:r>
    </w:p>
    <w:p>
      <w:r>
        <w:rPr>
          <w:b/>
        </w:rPr>
        <w:t xml:space="preserve">[35:59] </w:t>
      </w:r>
      <w:r>
        <w:t>to insaan hain.</w:t>
      </w:r>
    </w:p>
    <w:p>
      <w:pPr>
        <w:jc w:val="right"/>
      </w:pPr>
      <w:r>
        <w:t>تو انسان ہیں۔</w:t>
      </w:r>
    </w:p>
    <w:p>
      <w:r>
        <w:rPr>
          <w:b/>
        </w:rPr>
        <w:t xml:space="preserve">[36:07] </w:t>
      </w:r>
      <w:r>
        <w:t>yeh hoga tark-e-la-lillah, yaani fidesia ka ghaat, kisi cheez ko chhodna.</w:t>
      </w:r>
    </w:p>
    <w:p>
      <w:pPr>
        <w:jc w:val="right"/>
      </w:pPr>
      <w:r>
        <w:t>یہ ہوگا ترک لیا للہ، یعنی فدسیہ کا گھاٹ، کسی چیز کو چھوڑنا۔</w:t>
      </w:r>
    </w:p>
    <w:p>
      <w:r>
        <w:rPr>
          <w:b/>
        </w:rPr>
        <w:t xml:space="preserve">[36:17] </w:t>
      </w:r>
      <w:r>
        <w:t>to main dua karta hoon Allah taala se ke hum sab ko woh tofeeq de ke is saal</w:t>
      </w:r>
    </w:p>
    <w:p>
      <w:pPr>
        <w:jc w:val="right"/>
      </w:pPr>
      <w:r>
        <w:t>تو میں دعا کرتا ہوں اللہ تعالیٰ سے کہ ہم سب کو وہ توفیق دے کہ اس سال</w:t>
      </w:r>
    </w:p>
    <w:p>
      <w:r>
        <w:rPr>
          <w:b/>
        </w:rPr>
        <w:t xml:space="preserve">[36:27] </w:t>
      </w:r>
      <w:r>
        <w:t>Ramadan ko hum tark-e-la-lillah ki misaal bana dein.</w:t>
      </w:r>
    </w:p>
    <w:p>
      <w:pPr>
        <w:jc w:val="right"/>
      </w:pPr>
      <w:r>
        <w:t>رمضان کو ہم ترک لیا للہ کی مثال بنا دیں۔</w:t>
      </w:r>
    </w:p>
    <w:p>
      <w:r>
        <w:rPr>
          <w:b/>
        </w:rPr>
        <w:t xml:space="preserve">[36:37] </w:t>
      </w:r>
      <w:r>
        <w:t>is saal hum Ramzan ko fidsiya ka ghaat, ek cheez ko chhodne ki misaal bana dein aur phir humein unlimited reward Allah ki taraf se humein diya jayega. Allah taala humein iski tofeeq de. Assalam o alaikum wa rehmatullah.</w:t>
      </w:r>
    </w:p>
    <w:p>
      <w:pPr>
        <w:jc w:val="right"/>
      </w:pPr>
      <w:r>
        <w:t>اس سال ہم رمضان کو فدسیہ کا گھاٹ، ایک چیز کو چھوڑنے کی مثال بنا دیں اور پھر ہمیں ان لمیٹڈ ریوارڈ اللہ کی طرف سے ہمیں دیا جائے گا۔ اللہ تعالیٰ ہمیں اس کی توفیق دے۔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