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the Quran May 28, 2008</w:t>
      </w:r>
    </w:p>
    <w:p>
      <w:r>
        <w:t>https://www.youtube.com/watch?v=nmB34NmA_aI</w:t>
      </w:r>
    </w:p>
    <w:p>
      <w:r>
        <w:rPr>
          <w:b/>
        </w:rPr>
        <w:t xml:space="preserve">[00:14] </w:t>
      </w:r>
      <w:r>
        <w:t>Bismillah Rehman e Rahim.</w:t>
      </w:r>
    </w:p>
    <w:p>
      <w:pPr>
        <w:jc w:val="right"/>
      </w:pPr>
      <w:r>
        <w:t>بسم اللہ الرحمن الرحیم۔</w:t>
      </w:r>
    </w:p>
    <w:p>
      <w:r>
        <w:rPr>
          <w:b/>
        </w:rPr>
        <w:t xml:space="preserve">[00:20] </w:t>
      </w:r>
      <w:r>
        <w:t>is waqt ki jo theme hai woh hai "an introduction to the Quran", yaani Quran ka taaruf, parichay.</w:t>
      </w:r>
    </w:p>
    <w:p>
      <w:pPr>
        <w:jc w:val="right"/>
      </w:pPr>
      <w:r>
        <w:t>اس وقت کی جو تھیم ہے وہ ہے "این انٹروڈکشن ٹو دی قرآن"، یعنی قرآن کا تعارف، परिचय۔</w:t>
      </w:r>
    </w:p>
    <w:p>
      <w:r>
        <w:rPr>
          <w:b/>
        </w:rPr>
        <w:t xml:space="preserve">[00:41] </w:t>
      </w:r>
      <w:r>
        <w:t>aap jante hain ke Quran Islam ki sab se zyada authentic book maani jati hai.</w:t>
      </w:r>
    </w:p>
    <w:p>
      <w:pPr>
        <w:jc w:val="right"/>
      </w:pPr>
      <w:r>
        <w:t>آپ جانتے ہیں کہ قرآن اسلام کی سب سے زیادہ آتھینٹک بک مانی جاتی ہے۔</w:t>
      </w:r>
    </w:p>
    <w:p>
      <w:r>
        <w:rPr>
          <w:b/>
        </w:rPr>
        <w:t xml:space="preserve">[00:54] </w:t>
      </w:r>
      <w:r>
        <w:t>Quran ke literal matlab hai "to be read", yaani jo cheez padhi jaye.</w:t>
      </w:r>
    </w:p>
    <w:p>
      <w:pPr>
        <w:jc w:val="right"/>
      </w:pPr>
      <w:r>
        <w:t>قرآن کے لٹرل مطلب ہے "to be read"، یعنی جو چیز پڑھی جائے۔</w:t>
      </w:r>
    </w:p>
    <w:p>
      <w:r>
        <w:rPr>
          <w:b/>
        </w:rPr>
        <w:t xml:space="preserve">[01:05] </w:t>
      </w:r>
      <w:r>
        <w:t>yaani Quran woh kitaab hai jis ko padh kar aap iska matlab samajh sakte hain. ya Quran ek revealed book hai, yaani seventh century ke first quarter mein Khuda ne Quran ko Prophet Muhammad par reveal kiya.</w:t>
      </w:r>
    </w:p>
    <w:p>
      <w:pPr>
        <w:jc w:val="right"/>
      </w:pPr>
      <w:r>
        <w:t>یعنی قرآن وہ کتاب ہے جس کو پڑھ کر آپ اس کا مطلب سمجھ سکتے ہیں۔ یا قرآن ایک ریویلڈ بک ہے، یعنی سیونتھ سینچری کے فرسٹ کوارٹر میں خدا نے قرآن کو پرافٹ محمد پر ریویل کیا۔</w:t>
      </w:r>
    </w:p>
    <w:p>
      <w:r>
        <w:rPr>
          <w:b/>
        </w:rPr>
        <w:t xml:space="preserve">[01:31] </w:t>
      </w:r>
      <w:r>
        <w:t>yeh ikatthe ek book ke form mein nahi utari gayi, balkeh jis ko kehte hain ke najman najman utra, yaani periodically.</w:t>
      </w:r>
    </w:p>
    <w:p>
      <w:pPr>
        <w:jc w:val="right"/>
      </w:pPr>
      <w:r>
        <w:t>یہ اکٹھے ایک بک کے فارم میں نہیں اتاری گئی، بلکہ جس کو کہتے ہیں کہ نجماً نجماً اترا، یعنی پیریڈیکلی۔</w:t>
      </w:r>
    </w:p>
    <w:p>
      <w:r>
        <w:rPr>
          <w:b/>
        </w:rPr>
        <w:t xml:space="preserve">[01:47] </w:t>
      </w:r>
      <w:r>
        <w:t>to baees, taees saal ke andar woh thoda thoda utarta raha. phir compile kiya gaya. compile kar ke is ko ek book form mein bana diya gaya.</w:t>
      </w:r>
    </w:p>
    <w:p>
      <w:pPr>
        <w:jc w:val="right"/>
      </w:pPr>
      <w:r>
        <w:t>تو بائیس، تئیس سال کے اندر وہ تھوڑا تھوڑا اترتا رہا۔ پھر کمپائل کیا گیا۔ کمپائل کر کے اس کو ایک بک فارم میں بنا دیا گیا۔</w:t>
      </w:r>
    </w:p>
    <w:p>
      <w:r>
        <w:rPr>
          <w:b/>
        </w:rPr>
        <w:t xml:space="preserve">[02:03] </w:t>
      </w:r>
      <w:r>
        <w:t>to yeh Quran jo hai, yeh iski meaning aur iske letters dono Khuda ki taraf se aaye hain.</w:t>
      </w:r>
    </w:p>
    <w:p>
      <w:pPr>
        <w:jc w:val="right"/>
      </w:pPr>
      <w:r>
        <w:t>تو یہ قرآن جو ہے، یہ اس کی میننگ اور اس کے لیٹرز دونوں خدا کی طرف سے آئے ہیں۔</w:t>
      </w:r>
    </w:p>
    <w:p>
      <w:r>
        <w:rPr>
          <w:b/>
        </w:rPr>
        <w:t xml:space="preserve">[02:14] </w:t>
      </w:r>
      <w:r>
        <w:t>yaani aisa nahi hai ke meaning to Khuda ki taraf se ho aur iske jo shabd hain woh Paighambar ke hon. aisa nahi hai. balkeh dono hi Khuda ki taraf se hain.</w:t>
      </w:r>
    </w:p>
    <w:p>
      <w:pPr>
        <w:jc w:val="right"/>
      </w:pPr>
      <w:r>
        <w:t>یعنی ایسا نہیں ہے کہ میننگ تو خدا کی طرف سے ہو اور اس کے جو शब्द ہیں وہ پیغمبر کے ہوں۔ ایسا نہیں ہے۔ بلکہ دونوں ہی خدا کی طرف سے ہیں۔</w:t>
      </w:r>
    </w:p>
    <w:p>
      <w:r>
        <w:rPr>
          <w:b/>
        </w:rPr>
        <w:t xml:space="preserve">[02:28] </w:t>
      </w:r>
      <w:r>
        <w:t>Quran mein</w:t>
      </w:r>
    </w:p>
    <w:p>
      <w:pPr>
        <w:jc w:val="right"/>
      </w:pPr>
      <w:r>
        <w:t>قرآن میں</w:t>
      </w:r>
    </w:p>
    <w:p>
      <w:r>
        <w:rPr>
          <w:b/>
        </w:rPr>
        <w:t xml:space="preserve">[02:32] </w:t>
      </w:r>
      <w:r>
        <w:t>kul one hundred fourteen chapters hain. aur iske jo verses hain woh</w:t>
      </w:r>
    </w:p>
    <w:p>
      <w:pPr>
        <w:jc w:val="right"/>
      </w:pPr>
      <w:r>
        <w:t>کل ون ہنڈرڈ فورٹین چیپٹرز ہیں۔ اور اس کے جو ورسز ہیں وہ</w:t>
      </w:r>
    </w:p>
    <w:p>
      <w:r>
        <w:rPr>
          <w:b/>
        </w:rPr>
        <w:t xml:space="preserve">[02:45] </w:t>
      </w:r>
      <w:r>
        <w:t>six hundred five hundred qareeb qareeb hain.</w:t>
      </w:r>
    </w:p>
    <w:p>
      <w:pPr>
        <w:jc w:val="right"/>
      </w:pPr>
      <w:r>
        <w:t>سکس ہنڈرڈ فائیو ہنڈرڈ قریب قریب ہیں۔</w:t>
      </w:r>
    </w:p>
    <w:p>
      <w:r>
        <w:rPr>
          <w:b/>
        </w:rPr>
        <w:t xml:space="preserve">[02:54] </w:t>
      </w:r>
      <w:r>
        <w:t>is waqt mein yeh batane ki koshish karunga ke Quran mein kya baatein kahi gayi hain. sab se pehli verse jo Quran mein aap ko milti hai woh hai "Dhalik al-kitab la raiba feeh".</w:t>
      </w:r>
    </w:p>
    <w:p>
      <w:pPr>
        <w:jc w:val="right"/>
      </w:pPr>
      <w:r>
        <w:t>اس وقت میں یہ بتانے کی کوشش کروں گا کہ قرآن میں کیا باتیں کہی گئی ہیں۔ سب سے پہلی ورس جو قرآن میں آپ کو ملتی ہے وہ ہے "ذالک الکتاب لا رب فیہ"۔</w:t>
      </w:r>
    </w:p>
    <w:p>
      <w:r>
        <w:rPr>
          <w:b/>
        </w:rPr>
        <w:t xml:space="preserve">[03:16] </w:t>
      </w:r>
      <w:r>
        <w:t>"hudal mutaqeen". yaani yeh al-kitab hai, is mein koi shaq nahi. "this is the book".</w:t>
      </w:r>
    </w:p>
    <w:p>
      <w:pPr>
        <w:jc w:val="right"/>
      </w:pPr>
      <w:r>
        <w:t>"ھدل المتقین"۔ یعنی یہ الکتاب ہے، اس میں کوئی شک نہیں۔ "دس از دا بک"۔</w:t>
      </w:r>
    </w:p>
    <w:p>
      <w:r>
        <w:rPr>
          <w:b/>
        </w:rPr>
        <w:t xml:space="preserve">[03:27] </w:t>
      </w:r>
      <w:r>
        <w:t>"there is no doubt about it".</w:t>
      </w:r>
    </w:p>
    <w:p>
      <w:pPr>
        <w:jc w:val="right"/>
      </w:pPr>
      <w:r>
        <w:t>"دیر از نو ڈاؤٹ اباؤٹ اٹ"۔</w:t>
      </w:r>
    </w:p>
    <w:p>
      <w:r>
        <w:rPr>
          <w:b/>
        </w:rPr>
        <w:t xml:space="preserve">[03:33] </w:t>
      </w:r>
      <w:r>
        <w:t>is ka matlab kya hai? is ka matlab yeh hai ke insaan apne liye ek guidance chahta hai.</w:t>
      </w:r>
    </w:p>
    <w:p>
      <w:pPr>
        <w:jc w:val="right"/>
      </w:pPr>
      <w:r>
        <w:t>اس کا مطلب کیا ہے؟ اس کا مطلب یہ ہے کہ انسان اپنے لیے ایک گائیڈنس چاہتا ہے۔</w:t>
      </w:r>
    </w:p>
    <w:p>
      <w:r>
        <w:rPr>
          <w:b/>
        </w:rPr>
        <w:t xml:space="preserve">[03:46] </w:t>
      </w:r>
      <w:r>
        <w:t>jo aadmi bhi is duniya mein paida hota hai, woh sochta hai, yeh question is ke saamne aata hai: "how am I?" "why I was sent to this world?" "what is death</w:t>
      </w:r>
    </w:p>
    <w:p>
      <w:pPr>
        <w:jc w:val="right"/>
      </w:pPr>
      <w:r>
        <w:t>جو آدمی بھی اس دنیا میں پیدا ہوتا ہے، وہ سوچتا ہے، یہ کوئسچن اس کے سامنے آتا ہے: "ہیو آئی ایم آئی؟" "وائی آئی واز سینڈ ٹو دس ورلڈ؟" "واٹ از ڈیتھ</w:t>
      </w:r>
    </w:p>
    <w:p>
      <w:r>
        <w:rPr>
          <w:b/>
        </w:rPr>
        <w:t xml:space="preserve">[04:03] </w:t>
      </w:r>
      <w:r>
        <w:t>?" "what is life?" "what is the purpose of my life?" yeh saare questions har aadmi ke mind mein apne aap aate hain.</w:t>
      </w:r>
    </w:p>
    <w:p>
      <w:pPr>
        <w:jc w:val="right"/>
      </w:pPr>
      <w:r>
        <w:t>؟" "واٹ از لائف؟" "واٹ از دا پرپس آف مائی لائف؟" یہ سارے کوئسچن ہر آدمی کے مائنڈ میں اپنے آپ آتے ہیں۔</w:t>
      </w:r>
    </w:p>
    <w:p>
      <w:r>
        <w:rPr>
          <w:b/>
        </w:rPr>
        <w:t xml:space="preserve">[04:16] </w:t>
      </w:r>
      <w:r>
        <w:t>to is ke liye insaan ko ek guide book chahiye. woh guide book kaun de sakta hai?</w:t>
      </w:r>
    </w:p>
    <w:p>
      <w:pPr>
        <w:jc w:val="right"/>
      </w:pPr>
      <w:r>
        <w:t>تو اس کے لیے انسان کو ایک گائیڈ بک چاہیے۔ وہ گائیڈ بک کون دے سکتا ہے؟</w:t>
      </w:r>
    </w:p>
    <w:p>
      <w:r>
        <w:rPr>
          <w:b/>
        </w:rPr>
        <w:t xml:space="preserve">[04:25] </w:t>
      </w:r>
      <w:r>
        <w:t>woh guide book sirf creator de sakta hai. dekhein, is duniya mein humein do qism ki knowledge chahiye. ek philosopher ke shabdon mein "knowledge of things", "knowledge of truth".</w:t>
      </w:r>
    </w:p>
    <w:p>
      <w:pPr>
        <w:jc w:val="right"/>
      </w:pPr>
      <w:r>
        <w:t>وہ گائیڈ بک صرف کریٹر دے سکتا ہے۔ دیکھیں، اس دنیا میں ہمیں دو قسم کی نالج چاہیے۔ ایک فلاسفر کے शब्दوں میں "نالج آف تھنگز"، "نالج آف ٹروتھ"۔</w:t>
      </w:r>
    </w:p>
    <w:p>
      <w:r>
        <w:rPr>
          <w:b/>
        </w:rPr>
        <w:t xml:space="preserve">[04:43] </w:t>
      </w:r>
      <w:r>
        <w:t>yaani cheezon ka ilm aur sachai ka ilm. to jahan tak cheezon ki baat hai,</w:t>
      </w:r>
    </w:p>
    <w:p>
      <w:pPr>
        <w:jc w:val="right"/>
      </w:pPr>
      <w:r>
        <w:t>یعنی چیزوں کا علم اور سچائی کا علم۔ تو جہاں تک چیزوں کی بات ہے،</w:t>
      </w:r>
    </w:p>
    <w:p>
      <w:r>
        <w:rPr>
          <w:b/>
        </w:rPr>
        <w:t xml:space="preserve">[04:53] </w:t>
      </w:r>
      <w:r>
        <w:t>woh hum ko science se maloom pad jati hai.</w:t>
      </w:r>
    </w:p>
    <w:p>
      <w:pPr>
        <w:jc w:val="right"/>
      </w:pPr>
      <w:r>
        <w:t>وہ ہم کو سائنس سے معلوم پڑ جاتی ہے۔</w:t>
      </w:r>
    </w:p>
    <w:p>
      <w:r>
        <w:rPr>
          <w:b/>
        </w:rPr>
        <w:t xml:space="preserve">[04:59] </w:t>
      </w:r>
      <w:r>
        <w:t>hamari jo sciences hain, physical science, chemistry, astronomy, botany, geology aur doosri sciences jo hain, humein "knowledge of things" deti hain.</w:t>
      </w:r>
    </w:p>
    <w:p>
      <w:pPr>
        <w:jc w:val="right"/>
      </w:pPr>
      <w:r>
        <w:t>ہماری جو سائنسز ہیں، فزیکل سائنس، کیمسٹری، ایسٹرانومی، باٹنی، جیولوجی اور دوسری سائنسز جو ہیں، ہمیں "نالج آف تھنگز" دیتی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