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Final Role of Prophetic Mission June 1, 2008</w:t>
      </w:r>
    </w:p>
    <w:p>
      <w:r>
        <w:t>https://youtu.be/JDqiRm5Jbm8</w:t>
      </w:r>
    </w:p>
    <w:p>
      <w:r>
        <w:rPr>
          <w:b/>
        </w:rPr>
        <w:t xml:space="preserve">[00:34] </w:t>
      </w:r>
      <w:r>
        <w:t>aaj ka topic hai:</w:t>
      </w:r>
    </w:p>
    <w:p>
      <w:pPr>
        <w:jc w:val="right"/>
      </w:pPr>
      <w:r>
        <w:t>آج کا ٹاپک ہے:</w:t>
      </w:r>
    </w:p>
    <w:p>
      <w:r>
        <w:rPr>
          <w:b/>
        </w:rPr>
        <w:t xml:space="preserve">[00:40] </w:t>
      </w:r>
      <w:r>
        <w:t>final role of the prophetic mission.</w:t>
      </w:r>
    </w:p>
    <w:p>
      <w:pPr>
        <w:jc w:val="right"/>
      </w:pPr>
      <w:r>
        <w:t>فائنل رول آف دی پرافیٹک مشن۔</w:t>
      </w:r>
    </w:p>
    <w:p>
      <w:r>
        <w:rPr>
          <w:b/>
        </w:rPr>
        <w:t xml:space="preserve">[00:50] </w:t>
      </w:r>
      <w:r>
        <w:t>paighambaraana mission ka final role.</w:t>
      </w:r>
    </w:p>
    <w:p>
      <w:pPr>
        <w:jc w:val="right"/>
      </w:pPr>
      <w:r>
        <w:t>پیغمبرانہ مشن کا فائنل رول۔</w:t>
      </w:r>
    </w:p>
    <w:p>
      <w:r>
        <w:rPr>
          <w:b/>
        </w:rPr>
        <w:t xml:space="preserve">[00:59] </w:t>
      </w:r>
      <w:r>
        <w:t>yeh baat Quran o Hadees mein bohat hi wazeh taur par batai gayi hai. is ko mein thoda sa brief mein aap ke saamne rakhna chahta hoon.</w:t>
      </w:r>
    </w:p>
    <w:p>
      <w:pPr>
        <w:jc w:val="right"/>
      </w:pPr>
      <w:r>
        <w:t>یہ بات قرآن و حدیث میں بہت ہی واضح طور پر بتائی گئی ہے۔ اس کو میں تھوڑا سا بریف میں آپ کے سامنے رکھنا چاہتا ہوں۔</w:t>
      </w:r>
    </w:p>
    <w:p>
      <w:r>
        <w:rPr>
          <w:b/>
        </w:rPr>
        <w:t xml:space="preserve">[01:15] </w:t>
      </w:r>
      <w:r>
        <w:t>dekhiye, Quran o Hadees se maloom hota hai ke Khuda ne jab insaan ko banaya, usi waqt se insaan ki guidance ke liye prophet bhejane shuru kiye.</w:t>
      </w:r>
    </w:p>
    <w:p>
      <w:pPr>
        <w:jc w:val="right"/>
      </w:pPr>
      <w:r>
        <w:t>دیکھیے، قرآن و حدیث سے معلوم ہوتا ہے کہ خدا نے جب انسان کو بنایا، اسی وقت سے انسان کی گائیڈنس کے لیے پرافٹ بھیجنے شروع کیے۔</w:t>
      </w:r>
    </w:p>
    <w:p>
      <w:r>
        <w:rPr>
          <w:b/>
        </w:rPr>
        <w:t xml:space="preserve">[01:33] </w:t>
      </w:r>
      <w:r>
        <w:t>summa arsalna rusulana tatarā</w:t>
      </w:r>
    </w:p>
    <w:p>
      <w:pPr>
        <w:jc w:val="right"/>
      </w:pPr>
      <w:r>
        <w:t>ثم أرسلنا رسلنا تترًا</w:t>
      </w:r>
    </w:p>
    <w:p>
      <w:r>
        <w:rPr>
          <w:b/>
        </w:rPr>
        <w:t xml:space="preserve">[01:38] </w:t>
      </w:r>
      <w:r>
        <w:t>to barabar profit aate rahe har zamane mein taake insaan ko divine guidance dein.</w:t>
      </w:r>
    </w:p>
    <w:p>
      <w:pPr>
        <w:jc w:val="right"/>
      </w:pPr>
      <w:r>
        <w:t>تو برابر پرافٹ آتے رہے ہر زمانے میں تاکہ انسان کو ڈیوائن گائیڈنس دیں۔</w:t>
      </w:r>
    </w:p>
    <w:p>
      <w:r>
        <w:rPr>
          <w:b/>
        </w:rPr>
        <w:t xml:space="preserve">[01:49] </w:t>
      </w:r>
      <w:r>
        <w:t>phir hadith mein, sahih muslim mein ek riwayat hai ke aakhiri zamane mein, yaani history ke end se pehle, ek bahut bada role hoga.</w:t>
      </w:r>
    </w:p>
    <w:p>
      <w:pPr>
        <w:jc w:val="right"/>
      </w:pPr>
      <w:r>
        <w:t>پھر حدیث میں، صحیح مسلم میں ایک روایت ہے کہ آخری زمانے میں، یعنی ہسٹری کے اینڈ سے پہلے، ایک بہت بڑا رول ہوگا۔</w:t>
      </w:r>
    </w:p>
    <w:p>
      <w:r>
        <w:rPr>
          <w:b/>
        </w:rPr>
        <w:t xml:space="preserve">[02:05] </w:t>
      </w:r>
      <w:r>
        <w:t>isko kaha gaya hai ke hadha adam al-nas shahadat 'inda rabb al-'alamin</w:t>
      </w:r>
    </w:p>
    <w:p>
      <w:pPr>
        <w:jc w:val="right"/>
      </w:pPr>
      <w:r>
        <w:t>اس کو کہا گیا ہے کہ هذا آدم الناس شهادة عند رب العالمين</w:t>
      </w:r>
    </w:p>
    <w:p>
      <w:r>
        <w:rPr>
          <w:b/>
        </w:rPr>
        <w:t xml:space="preserve">[02:13] </w:t>
      </w:r>
      <w:r>
        <w:t>yeh Allah rabb al-'alamin ke nazdeek sab se badi shahadat hogi. shahadat ka matlab hota hai witness, yaani wahi kaam jo paighambar karte the.</w:t>
      </w:r>
    </w:p>
    <w:p>
      <w:pPr>
        <w:jc w:val="right"/>
      </w:pPr>
      <w:r>
        <w:t>یہ اللہ رب العالمین کے نزدیک سب سے بڑی شہادت ہوگی۔ شہادت کا مطلب ہوتا ہے وٹنس، یعنی وہی کام جو پیغمبر کرتے تھے۔</w:t>
      </w:r>
    </w:p>
    <w:p>
      <w:r>
        <w:rPr>
          <w:b/>
        </w:rPr>
        <w:t xml:space="preserve">[02:29] </w:t>
      </w:r>
      <w:r>
        <w:t>har paighambar ek witness hota tha, gawah Khuda ki taraf se. to har paighambar shahid hota tha.</w:t>
      </w:r>
    </w:p>
    <w:p>
      <w:pPr>
        <w:jc w:val="right"/>
      </w:pPr>
      <w:r>
        <w:t>ہر پیغمبر ایک وٹنس ہوتا تھا، گواہ خدا کی طرف سے۔ تو ہر پیغمبر شاہد ہوتا تھا۔</w:t>
      </w:r>
    </w:p>
    <w:p>
      <w:r>
        <w:rPr>
          <w:b/>
        </w:rPr>
        <w:t xml:space="preserve">[02:40] </w:t>
      </w:r>
      <w:r>
        <w:t>to wahi kaam jo profit ne kiya, shahadat wala kaam, wahi kaam aakhiri zamane mein anjaam payega, final taur par.</w:t>
      </w:r>
    </w:p>
    <w:p>
      <w:pPr>
        <w:jc w:val="right"/>
      </w:pPr>
      <w:r>
        <w:t>تو وہی کام جو پرافٹ نے کیا، شہادت والا کام، وہی کام آخری زمانے میں انجام پائے گا، فائنل طور پر۔</w:t>
      </w:r>
    </w:p>
    <w:p>
      <w:r>
        <w:rPr>
          <w:b/>
        </w:rPr>
        <w:t xml:space="preserve">[02:52] </w:t>
      </w:r>
      <w:r>
        <w:t>aur woh Khuda ke nazdeek poore tareekh insaan ka sab se bada kaam hoga.</w:t>
      </w:r>
    </w:p>
    <w:p>
      <w:pPr>
        <w:jc w:val="right"/>
      </w:pPr>
      <w:r>
        <w:t>اور وہ خدا کے نزدیک پورے تاریخ انسانی کا سب سے بڑا کام ہوگا۔</w:t>
      </w:r>
    </w:p>
    <w:p>
      <w:r>
        <w:rPr>
          <w:b/>
        </w:rPr>
        <w:t xml:space="preserve">[02:59] </w:t>
      </w:r>
      <w:r>
        <w:t>hadha adam al-nas shahadat 'inda rabb al-'alamin is baat ko samjhiye, ek tareekh, ek history ban rahi hai,</w:t>
      </w:r>
    </w:p>
    <w:p>
      <w:pPr>
        <w:jc w:val="right"/>
      </w:pPr>
      <w:r>
        <w:t>هذا آدم الناس شهادة عند رب العالمين اس بات کو سمجھیے، ایک تاریخ، ایک ہسٹری بن رہی ہے،</w:t>
      </w:r>
    </w:p>
    <w:p>
      <w:r>
        <w:rPr>
          <w:b/>
        </w:rPr>
        <w:t xml:space="preserve">[03:13] </w:t>
      </w:r>
      <w:r>
        <w:t>ek historical process jaari hai. woh historical process chal raha hai aur chalega, yahan tak ke doomsday aa jaye.</w:t>
      </w:r>
    </w:p>
    <w:p>
      <w:pPr>
        <w:jc w:val="right"/>
      </w:pPr>
      <w:r>
        <w:t>ایک ہسٹاریکل پراسیس جاری ہے۔ وہ ہسٹاریکل پراسیس چل رہا ہے اور چلے گا، یہاں تک کہ ڈومز ڈے آ جائے۔</w:t>
      </w:r>
    </w:p>
    <w:p>
      <w:r>
        <w:rPr>
          <w:b/>
        </w:rPr>
        <w:t xml:space="preserve">[03:26] </w:t>
      </w:r>
      <w:r>
        <w:t>aap ke liye ya kisi ke liye yeh mauqa hai ke is ka part ban sake, part, is process ka part. to jab aap samjhenge, tabhi aap is ka part banne ki koshish karenge.</w:t>
      </w:r>
    </w:p>
    <w:p>
      <w:pPr>
        <w:jc w:val="right"/>
      </w:pPr>
      <w:r>
        <w:t>آپ کے لیے یا کسی کے لیے یہ موقع ہے کہ اس کا پارٹ بن سکے، پارٹ، اس پراسیس کا پارٹ۔ تو جب آپ سمجھیں گے، تبھی آپ اس کا پارٹ بننے کی کوشش کریں گے۔</w:t>
      </w:r>
    </w:p>
    <w:p>
      <w:r>
        <w:rPr>
          <w:b/>
        </w:rPr>
        <w:t xml:space="preserve">[03:45] </w:t>
      </w:r>
      <w:r>
        <w:t>dekhiye,</w:t>
      </w:r>
    </w:p>
    <w:p>
      <w:pPr>
        <w:jc w:val="right"/>
      </w:pPr>
      <w:r>
        <w:t>دیکھیے،</w:t>
      </w:r>
    </w:p>
    <w:p>
      <w:r>
        <w:rPr>
          <w:b/>
        </w:rPr>
        <w:t xml:space="preserve">[03:48] </w:t>
      </w:r>
      <w:r>
        <w:t>paighambar to bahut se aaye, lekin final paighambar, yaani Muhammad sallallahu alaihi wasallam ki baatein, aap ki laayi hui kitaab, chuki poori tarah preserve hai,</w:t>
      </w:r>
    </w:p>
    <w:p>
      <w:pPr>
        <w:jc w:val="right"/>
      </w:pPr>
      <w:r>
        <w:t>پیغمبر تو بہت سے آئے، لیکن فائنل پیغمبر، یعنی محمد صلی اللہ علیہ وسلم کی باتیں، آپ کی لائی ہوئی کتاب، چونکہ پوری طرح پریزرو ہے،</w:t>
      </w:r>
    </w:p>
    <w:p>
      <w:r>
        <w:rPr>
          <w:b/>
        </w:rPr>
        <w:t xml:space="preserve">[04:03] </w:t>
      </w:r>
      <w:r>
        <w:t>is wajah se hum isi ko refer refer karte hain.</w:t>
      </w:r>
    </w:p>
    <w:p>
      <w:pPr>
        <w:jc w:val="right"/>
      </w:pPr>
      <w:r>
        <w:t>اس وجہ سے ہم اسی کو ریفر ریفر کرتے ہیں۔</w:t>
      </w:r>
    </w:p>
    <w:p>
      <w:r>
        <w:rPr>
          <w:b/>
        </w:rPr>
        <w:t xml:space="preserve">[04:07] </w:t>
      </w:r>
      <w:r>
        <w:t>pichhle nabiyon ki baatein preserve haalat mein maujood nahi hain, is liye woh point of reference bhi nahi ban sakti hain. to dekhiye, profit Muhammad sallallahu alaihi wasallam ko pehli jo revelation aaya, pehla revelation yaani wahi,</w:t>
      </w:r>
    </w:p>
    <w:p>
      <w:pPr>
        <w:jc w:val="right"/>
      </w:pPr>
      <w:r>
        <w:t>پچھلے نبیوں کی باتیں پریزرو حالت میں موجود نہیں ہیں، اس لیے وہ پوائنٹ آف ریفرنس بھی نہیں بن سکتی ہیں۔ تو دیکھیے، پرافٹ محمد صلی اللہ علیہ وسلم کو پہلی جو ریویلیشن آیا، پہلا ریویلیشن یعنی وحی،</w:t>
      </w:r>
    </w:p>
    <w:p>
      <w:r>
        <w:rPr>
          <w:b/>
        </w:rPr>
        <w:t xml:space="preserve">[04:30] </w:t>
      </w:r>
      <w:r>
        <w:t>woh 610 AD mein aaya, Arab mein.</w:t>
      </w:r>
    </w:p>
    <w:p>
      <w:pPr>
        <w:jc w:val="right"/>
      </w:pPr>
      <w:r>
        <w:t>وہ 610 اے ڈی میں آیا، عرب میں۔</w:t>
      </w:r>
    </w:p>
    <w:p>
      <w:r>
        <w:rPr>
          <w:b/>
        </w:rPr>
        <w:t xml:space="preserve">[04:37] </w:t>
      </w:r>
      <w:r>
        <w:t>usi waqt yeh kaha gaya tha ke fa-idha nuqira fi al-naqur fa-idha nuqira fi al-naqur yaani aap ko bataya gaya ke kya mission hai,</w:t>
      </w:r>
    </w:p>
    <w:p>
      <w:pPr>
        <w:jc w:val="right"/>
      </w:pPr>
      <w:r>
        <w:t>اسی وقت یہ کہا گیا تھا کہ فیضا نقر فی الناقور فیضا نقر فی الناقور یعنی آپ کو بتایا گیا کہ کیا مشن ہے،</w:t>
      </w:r>
    </w:p>
    <w:p>
      <w:r>
        <w:rPr>
          <w:b/>
        </w:rPr>
        <w:t xml:space="preserve">[04:52] </w:t>
      </w:r>
      <w:r>
        <w:t>kya baat pahunchana hai logon ko Khuda ki taraf se</w:t>
      </w:r>
    </w:p>
    <w:p>
      <w:pPr>
        <w:jc w:val="right"/>
      </w:pPr>
      <w:r>
        <w:t>کیا بات پہنچانا ہے لوگوں کو خدا کی طرف سے</w:t>
      </w:r>
    </w:p>
    <w:p>
      <w:r>
        <w:rPr>
          <w:b/>
        </w:rPr>
        <w:t xml:space="preserve">[04:57] </w:t>
      </w:r>
      <w:r>
        <w:t>. to isi mein hai ke fa-idha nuqira fi al-naqur when the trumpet is sounded jab banga baja diya jayega,</w:t>
      </w:r>
    </w:p>
    <w:p>
      <w:pPr>
        <w:jc w:val="right"/>
      </w:pPr>
      <w:r>
        <w:t>۔ تو اسی میں ہے کہ فیضا نقر فی الناقور وین دا ٹرمپٹ از ساؤنڈڈ جب بگل بجا دیا جائے گا،</w:t>
      </w:r>
    </w:p>
    <w:p>
      <w:r>
        <w:rPr>
          <w:b/>
        </w:rPr>
        <w:t xml:space="preserve">[05:12] </w:t>
      </w:r>
      <w:r>
        <w:t>yaani doomsday ka banga. when the trumpet is sounded, usi waqt bata diya gaya hai ke trumpet phoonka jayega.</w:t>
      </w:r>
    </w:p>
    <w:p>
      <w:pPr>
        <w:jc w:val="right"/>
      </w:pPr>
      <w:r>
        <w:t>یعنی ڈومز ڈے کا بگل۔ وین دا ٹرمپٹ از ساؤنڈڈ، اسی وقت بتا دیا گیا ہے کہ ٹرمپٹ پھونکا جائے گا۔</w:t>
      </w:r>
    </w:p>
    <w:p>
      <w:r>
        <w:rPr>
          <w:b/>
        </w:rPr>
        <w:t xml:space="preserve">[05:24] </w:t>
      </w:r>
      <w:r>
        <w:t>history ka ek end hai, is se pehle yeh Khuda ka banga phoonka jayega. aur phir bar bar yeh baat kahi gayi.</w:t>
      </w:r>
    </w:p>
    <w:p>
      <w:pPr>
        <w:jc w:val="right"/>
      </w:pPr>
      <w:r>
        <w:t>ہسٹری کا ایک اینڈ ہے، اس سے پہلے یہ خدائے بگل پھونکا جائے گا۔ اور پھر بار بار یہ بات کہی گئی۔</w:t>
      </w:r>
    </w:p>
    <w:p>
      <w:r>
        <w:rPr>
          <w:b/>
        </w:rPr>
        <w:t xml:space="preserve">[05:34] </w:t>
      </w:r>
      <w:r>
        <w:t>aap jante hain ke Quran jo hai, aaj ek book form mein hai hamare samne, lekin woh book form mein nahi utra tha.</w:t>
      </w:r>
    </w:p>
    <w:p>
      <w:pPr>
        <w:jc w:val="right"/>
      </w:pPr>
      <w:r>
        <w:t>آپ جانتے ہیں کہ قرآن جو ہے، آج ایک بک فارم میں ہے ہمارے سامنے، لیکن وہ بک فارم میں نہیں اترا تھا۔</w:t>
      </w:r>
    </w:p>
    <w:p>
      <w:r>
        <w:rPr>
          <w:b/>
        </w:rPr>
        <w:t xml:space="preserve">[05:44] </w:t>
      </w:r>
      <w:r>
        <w:t>woh to 22, 23 saal mein utra, goya ke ek periodical ke taur par.</w:t>
      </w:r>
    </w:p>
    <w:p>
      <w:pPr>
        <w:jc w:val="right"/>
      </w:pPr>
      <w:r>
        <w:t>وہ تو 22، 23 سال میں اترا، گویا کہ ایک پیریڈیکل کے طور پر۔</w:t>
      </w:r>
    </w:p>
    <w:p>
      <w:r>
        <w:rPr>
          <w:b/>
        </w:rPr>
        <w:t xml:space="preserve">[05:56] </w:t>
      </w:r>
      <w:r>
        <w:t>phir woh compile kiya gaya. to is muddat mein bar bar yeh kaha gaya ke ek din aane wala hai jab ke sab kuch khatm ho jayega.</w:t>
      </w:r>
    </w:p>
    <w:p>
      <w:pPr>
        <w:jc w:val="right"/>
      </w:pPr>
      <w:r>
        <w:t>پھر وہ کمپائل کیا گیا۔ تو اس مدت میں بار بار یہ کہا گیا کہ ایک دن آنے والا ہے جب کہ سب کچھ ختم ہو جائے گا۔</w:t>
      </w:r>
    </w:p>
    <w:p>
      <w:r>
        <w:rPr>
          <w:b/>
        </w:rPr>
        <w:t xml:space="preserve">[06:09] </w:t>
      </w:r>
      <w:r>
        <w:t>jaise idha zulzilat al-ard zilzalaha when earth is shaken massive earthquake ke zameen par bada zalzala aayega.</w:t>
      </w:r>
    </w:p>
    <w:p>
      <w:pPr>
        <w:jc w:val="right"/>
      </w:pPr>
      <w:r>
        <w:t>جیسے ازا زلزلہ الارض زلزالہ وین ارتھ از شیکن میسو ارتھ کویکس کہ زمین پر بڑا زلزلہ آئے گا۔</w:t>
      </w:r>
    </w:p>
    <w:p>
      <w:r>
        <w:rPr>
          <w:b/>
        </w:rPr>
        <w:t xml:space="preserve">[06:25] </w:t>
      </w:r>
      <w:r>
        <w:t>is tarah ki aayatein bahut si. to dekhiye, ek is se maloom hua ke Quran mein ek to baatein woh thin jo present ke bare mein thin.</w:t>
      </w:r>
    </w:p>
    <w:p>
      <w:pPr>
        <w:jc w:val="right"/>
      </w:pPr>
      <w:r>
        <w:t>اس طرح کی آیتیں بہت سی۔ تو دیکھیے، ایک اس سے معلوم ہوا کہ قرآن میں ایک تو باتیں وہ تھیں جو پریزنٹ کے بارے میں تھیں۔</w:t>
      </w:r>
    </w:p>
    <w:p>
      <w:r>
        <w:rPr>
          <w:b/>
        </w:rPr>
        <w:t xml:space="preserve">[06:38] </w:t>
      </w:r>
      <w:r>
        <w:t>present ke bare mein ke khuda ko mano, khuda ki ibadat karo, divine character apnao, yeh sab present mein follow karna tha.</w:t>
      </w:r>
    </w:p>
    <w:p>
      <w:pPr>
        <w:jc w:val="right"/>
      </w:pPr>
      <w:r>
        <w:t>پریزنٹ کے بارے میں کہ خدا کو مانو، خدا کی عبادت کرو، ڈیوائن کریکٹر اپناؤ، یہ سب پریزنٹ میں فالو کرنا تھا۔</w:t>
      </w:r>
    </w:p>
    <w:p>
      <w:r>
        <w:rPr>
          <w:b/>
        </w:rPr>
        <w:t xml:space="preserve">[06:48] </w:t>
      </w:r>
      <w:r>
        <w:t>woh baatein theen. aur ek baat future ke bare mein thi. yaani yeh baat future ke bare mein thi ke aage aisa hoga ke sur phoonka jayega,</w:t>
      </w:r>
    </w:p>
    <w:p>
      <w:pPr>
        <w:jc w:val="right"/>
      </w:pPr>
      <w:r>
        <w:t>وہ باتیں تھیں۔ اور ایک بات فیوچر کے بارے میں تھی۔ یعنی یہ بات فیوچر کے بارے میں تھی کہ آگے ایسا ہوگا کہ سور پھونکا جائے گا،</w:t>
      </w:r>
    </w:p>
    <w:p>
      <w:r>
        <w:rPr>
          <w:b/>
        </w:rPr>
        <w:t xml:space="preserve">[07:03] </w:t>
      </w:r>
      <w:r>
        <w:t>zameen mein earthquake aayenge, flood aayega, aur dukhan zahir hoga jisko aaj kal hum kehte hain, yaani air pollution.</w:t>
      </w:r>
    </w:p>
    <w:p>
      <w:pPr>
        <w:jc w:val="right"/>
      </w:pPr>
      <w:r>
        <w:t>زمین میں ارتھ کویک آئیں گے، فلڈ آئے گا، اور دخان ظاہر ہوگا جس کو آج کل ہم کہتے ہیں، یعنی ایئر پولیوشن۔</w:t>
      </w:r>
    </w:p>
    <w:p>
      <w:r>
        <w:rPr>
          <w:b/>
        </w:rPr>
        <w:t xml:space="preserve">[07:14] </w:t>
      </w:r>
      <w:r>
        <w:t>is tarah ki bohat si cheezein. toh yeh future ke bare mein thi. main samajhta hoon ke woh jo future jis ko predict kiya gaya tha, toh ab us ki beginning shuru ho chuki hai.</w:t>
      </w:r>
    </w:p>
    <w:p>
      <w:pPr>
        <w:jc w:val="right"/>
      </w:pPr>
      <w:r>
        <w:t>اس طرح کی بہت سی چیزیں۔ تو یہ فیوچر کے بارے میں تھی۔ میں سمجھتا ہوں کہ وہ جو فیوچر جس کو پریڈکٹ کیا گیا تھا، تو اب اس کی بگننگ شروع ہو چکی ہے۔</w:t>
      </w:r>
    </w:p>
    <w:p>
      <w:r>
        <w:rPr>
          <w:b/>
        </w:rPr>
        <w:t xml:space="preserve">[07:29] </w:t>
      </w:r>
      <w:r>
        <w:t>aaj kal jis ko kaha jata hai global warming, that is the beginning of the end. yaani end of history jo hone wala tha, jis ko quran mein predict kiya gaya tha,</w:t>
      </w:r>
    </w:p>
    <w:p>
      <w:pPr>
        <w:jc w:val="right"/>
      </w:pPr>
      <w:r>
        <w:t>آج کل جس کو کہا جاتا ہے گلوبل وارمنگ، دا از دا بگننگ آف دا اینڈ۔ یعنی اینڈ آف ہسٹری جو ہونے والا تھا، جس کو قرآن میں پریڈکٹ کیا گیا تھا،</w:t>
      </w:r>
    </w:p>
    <w:p>
      <w:r>
        <w:rPr>
          <w:b/>
        </w:rPr>
        <w:t xml:space="preserve">[07:43] </w:t>
      </w:r>
      <w:r>
        <w:t>us ki beginning shuru ho gayi hai jis ko hum kehte hain global warming.</w:t>
      </w:r>
    </w:p>
    <w:p>
      <w:pPr>
        <w:jc w:val="right"/>
      </w:pPr>
      <w:r>
        <w:t>اس کی بگننگ شروع ہوگئی ہے جس کو ہم کہتے ہیں گلوبل وارمنگ۔</w:t>
      </w:r>
    </w:p>
    <w:p>
      <w:r>
        <w:rPr>
          <w:b/>
        </w:rPr>
        <w:t xml:space="preserve">[07:49] </w:t>
      </w:r>
      <w:r>
        <w:t>toh ek toh yeh baatein theen jo prediction ke taur par kahi gayi theen. ab woh prediction ab shuru ho chuka hai.</w:t>
      </w:r>
    </w:p>
    <w:p>
      <w:pPr>
        <w:jc w:val="right"/>
      </w:pPr>
      <w:r>
        <w:t>تو ایک تو یہ باتیں تھیں جو پریڈکشن کے طور پر کہی گئی تھیں۔ اب وہ پریڈکشن اب شروع ہو چکا ہے۔</w:t>
      </w:r>
    </w:p>
    <w:p>
      <w:r>
        <w:rPr>
          <w:b/>
        </w:rPr>
        <w:t xml:space="preserve">[08:00] </w:t>
      </w:r>
      <w:r>
        <w:t>is tareeqe se ke</w:t>
      </w:r>
    </w:p>
    <w:p>
      <w:pPr>
        <w:jc w:val="right"/>
      </w:pPr>
      <w:r>
        <w:t>اس طریقے سے کہ</w:t>
      </w:r>
    </w:p>
    <w:p>
      <w:r>
        <w:rPr>
          <w:b/>
        </w:rPr>
        <w:t xml:space="preserve">[08:04] </w:t>
      </w:r>
      <w:r>
        <w:t>scientific community is ko kehti hai global warming. hum kahenge global warning, n ke saath.</w:t>
      </w:r>
    </w:p>
    <w:p>
      <w:pPr>
        <w:jc w:val="right"/>
      </w:pPr>
      <w:r>
        <w:t>سائنٹیفک کمیونٹی اس کو کہتی ہے گلوبل وارمنگ۔ ہم کہیں گے گلوبل وارننگ، این کے ساتھ۔</w:t>
      </w:r>
    </w:p>
    <w:p>
      <w:r>
        <w:rPr>
          <w:b/>
        </w:rPr>
        <w:t xml:space="preserve">[08:15] </w:t>
      </w:r>
      <w:r>
        <w:t>toh logon ke nazdeek woh global warming hai. main kahunga ke woh global warning hai. yaani wahi cheez jis ko kaha jata hai, kaha gaya tha ke when the when the trumpet is sounded.</w:t>
      </w:r>
    </w:p>
    <w:p>
      <w:pPr>
        <w:jc w:val="right"/>
      </w:pPr>
      <w:r>
        <w:t>تو لوگوں کے نزدیک وہ گلوبل وارمنگ ہے۔ میں کہوں گا کہ وہ گلوبل وارننگ ہے۔ یعنی وہی چیز جس کو کہا جاتا ہے، کہا گیا تھا کہ وین دا وین دا ٹرمپٹ از ساؤنڈڈ۔</w:t>
      </w:r>
    </w:p>
    <w:p>
      <w:r>
        <w:rPr>
          <w:b/>
        </w:rPr>
        <w:t xml:space="preserve">[08:32] </w:t>
      </w:r>
      <w:r>
        <w:t>toh do baar hona hai trumpet ka, nafkha awwal, nafkha thaniya.</w:t>
      </w:r>
    </w:p>
    <w:p>
      <w:pPr>
        <w:jc w:val="right"/>
      </w:pPr>
      <w:r>
        <w:t>تو دو بار ہونا ہے ٹرمپٹ کا، نفخ اولی، نفخ ثانیہ۔</w:t>
      </w:r>
    </w:p>
    <w:p>
      <w:r>
        <w:rPr>
          <w:b/>
        </w:rPr>
        <w:t xml:space="preserve">[08:39] </w:t>
      </w:r>
      <w:r>
        <w:t>toh trumpet jo phoonka jayega, toh pehla yeh ho chuka hai. aakhri jab hoga toh phir duniya khatm ho jayegi.</w:t>
      </w:r>
    </w:p>
    <w:p>
      <w:pPr>
        <w:jc w:val="right"/>
      </w:pPr>
      <w:r>
        <w:t>تو ٹرمپٹ جو پھونکا جائے گا، تو پہلا یہ ہو چکا ہے۔ آخری جب ہوگا تو پھر دنیا ختم ہو جائے گی۔</w:t>
      </w:r>
    </w:p>
    <w:p>
      <w:r>
        <w:rPr>
          <w:b/>
        </w:rPr>
        <w:t xml:space="preserve">[08:51] </w:t>
      </w:r>
      <w:r>
        <w:t>toh jahan tak main samajhta hoon ke yeh pehla sur phoonka ja chuka hai, isi ko hum kehte hain global warming.</w:t>
      </w:r>
    </w:p>
    <w:p>
      <w:pPr>
        <w:jc w:val="right"/>
      </w:pPr>
      <w:r>
        <w:t>تو جہاں تک میں سمجھتا ہوں کہ یہ پہلا سور پھونکا جا چکا ہے، اسی کو ہم کہتے ہیں گلوبل وارمنگ۔</w:t>
      </w:r>
    </w:p>
    <w:p>
      <w:r>
        <w:rPr>
          <w:b/>
        </w:rPr>
        <w:t xml:space="preserve">[09:00] </w:t>
      </w:r>
      <w:r>
        <w:t>lekin ziyada sahi word is ke liye hai global warning.</w:t>
      </w:r>
    </w:p>
    <w:p>
      <w:pPr>
        <w:jc w:val="right"/>
      </w:pPr>
      <w:r>
        <w:t>لیکن زیادہ صحیح ورڈ اس کے لیے ہے گلوبل وارننگ۔</w:t>
      </w:r>
    </w:p>
    <w:p>
      <w:r>
        <w:rPr>
          <w:b/>
        </w:rPr>
        <w:t xml:space="preserve">[09:07] </w:t>
      </w:r>
      <w:r>
        <w:t>ek aspect yeh hai, is yaani woh woh baatein jo maine kaha ke prediction ke taur par aayi theen quran mein.</w:t>
      </w:r>
    </w:p>
    <w:p>
      <w:pPr>
        <w:jc w:val="right"/>
      </w:pPr>
      <w:r>
        <w:t>ایک اسپیکٹ یہ ہے، اس یعنی وہ وہ باتیں جو میں نے کہا کہ پریڈکشن کے طور پر آئی تھیں قرآن میں۔</w:t>
      </w:r>
    </w:p>
    <w:p>
      <w:r>
        <w:rPr>
          <w:b/>
        </w:rPr>
        <w:t xml:space="preserve">[09:16] </w:t>
      </w:r>
      <w:r>
        <w:t>us waqt mujhe doosri baat ke bare mein kehna hai. yaani ek aur baat quran mein kahi gayi thi future ke liye.</w:t>
      </w:r>
    </w:p>
    <w:p>
      <w:pPr>
        <w:jc w:val="right"/>
      </w:pPr>
      <w:r>
        <w:t>اس وقت مجھے دوسری بات کے بارے میں کہنا ہے۔ یعنی ایک اور بات قرآن میں کہی گئی تھی فیوچر کے لیے۔</w:t>
      </w:r>
    </w:p>
    <w:p>
      <w:r>
        <w:rPr>
          <w:b/>
        </w:rPr>
        <w:t xml:space="preserve">[09:27] </w:t>
      </w:r>
      <w:r>
        <w:t>isi ko maine kaha hai ke final role of the prophetic mission.</w:t>
      </w:r>
    </w:p>
    <w:p>
      <w:pPr>
        <w:jc w:val="right"/>
      </w:pPr>
      <w:r>
        <w:t>اسی کو میں نے کہا ہے کہ فائنل رول آف دا پرافیٹک مشن۔</w:t>
      </w:r>
    </w:p>
    <w:p>
      <w:r>
        <w:rPr>
          <w:b/>
        </w:rPr>
        <w:t xml:space="preserve">[09:35] </w:t>
      </w:r>
      <w:r>
        <w:t>yaani prophet aaye bar bar, khud rasool Allah salallahu alaihi wasallam aaye, aur prophet wala silsila chalta raha. lekin is ka ek final role wahi baqi hai jis ko quran ke chapter number 41 mein bataya gaya hai.</w:t>
      </w:r>
    </w:p>
    <w:p>
      <w:pPr>
        <w:jc w:val="right"/>
      </w:pPr>
      <w:r>
        <w:t>یعنی پرافٹ آئے بار بار، خود رسول اللہ صلی اللہ علیہ وسلم آئے، اور پرافٹ والا ساقاب ہوتا رہا۔ لیکن اس کا ایک فائنل رول وہی باقی ہے جس کو قرآن کے چیپٹر نمبر 41 میں بتایا گیا ہے۔</w:t>
      </w:r>
    </w:p>
    <w:p>
      <w:r>
        <w:rPr>
          <w:b/>
        </w:rPr>
        <w:t xml:space="preserve">[09:54] </w:t>
      </w:r>
      <w:r>
        <w:t>41 chapter number 41.</w:t>
      </w:r>
    </w:p>
    <w:p>
      <w:pPr>
        <w:jc w:val="right"/>
      </w:pPr>
      <w:r>
        <w:t>41 چیپٹر نمبر 41۔</w:t>
      </w:r>
    </w:p>
    <w:p>
      <w:r>
        <w:rPr>
          <w:b/>
        </w:rPr>
        <w:t xml:space="preserve">[09:59] </w:t>
      </w:r>
      <w:r>
        <w:t>is mein kaha gaya hai ke sanurihim ayatina fil afaqi wa fi anfusihim hatta yatabayyana lahumul haqq yeh chapter number 41 ki ek verse hai.</w:t>
      </w:r>
    </w:p>
    <w:p>
      <w:pPr>
        <w:jc w:val="right"/>
      </w:pPr>
      <w:r>
        <w:t>اس میں کہا گیا ہے کہ سنريهم آياتنا فلافاق وفي أنفسهم حتى يتبین لہم أن الحق یہ چیپٹر نمبر 41 کی ایک ورس ہے۔</w:t>
      </w:r>
    </w:p>
    <w:p>
      <w:r>
        <w:rPr>
          <w:b/>
        </w:rPr>
        <w:t xml:space="preserve">[10:16] </w:t>
      </w:r>
      <w:r>
        <w:t>is mein dekhiye, future ki language mein ek baat kahi gayi hai. future sa jo is mein word hai, letter hai, sa woh future ke liye aata hai.</w:t>
      </w:r>
    </w:p>
    <w:p>
      <w:pPr>
        <w:jc w:val="right"/>
      </w:pPr>
      <w:r>
        <w:t>اس میں دیکھیے، فیوچر کی لینگویج میں ایک بات کہی گئی ہے۔ فیوچر سا جو اس میں ورڈ ہے، لیٹر ہے، سا وہ فیوچر کے لیے آتا ہے۔</w:t>
      </w:r>
    </w:p>
    <w:p>
      <w:r>
        <w:rPr>
          <w:b/>
        </w:rPr>
        <w:t xml:space="preserve">[10:26] </w:t>
      </w:r>
      <w:r>
        <w:t>yaani future mein hum aisa karenge.</w:t>
      </w:r>
    </w:p>
    <w:p>
      <w:pPr>
        <w:jc w:val="right"/>
      </w:pPr>
      <w:r>
        <w:t>یعنی فیوچر میں ہم ایسا کریں گے۔</w:t>
      </w:r>
    </w:p>
    <w:p>
      <w:r>
        <w:rPr>
          <w:b/>
        </w:rPr>
        <w:t xml:space="preserve">[10:30] </w:t>
      </w:r>
      <w:r>
        <w:t>toh farmaya ke aage jo hai, hum dikhayenge un ko apni nishaniyan</w:t>
      </w:r>
    </w:p>
    <w:p>
      <w:pPr>
        <w:jc w:val="right"/>
      </w:pPr>
      <w:r>
        <w:t>تو فرمایا کہ آگے جو ہے، ہم دکھائیں گے ان کو اپنی نشانیاں</w:t>
      </w:r>
    </w:p>
    <w:p>
      <w:r>
        <w:rPr>
          <w:b/>
        </w:rPr>
        <w:t xml:space="preserve">[10:42] </w:t>
      </w:r>
      <w:r>
        <w:t>universe mein bhi aur un ke apne andar bhi taake un par khul jaye aakhri taur par ke yeh haq hai.</w:t>
      </w:r>
    </w:p>
    <w:p>
      <w:pPr>
        <w:jc w:val="right"/>
      </w:pPr>
      <w:r>
        <w:t>یونیورس میں بھی اور ان کے اپنے اندر بھی تاکہ ان پر کھل جائے آخری طور پر کہ یہ حق ہے۔</w:t>
      </w:r>
    </w:p>
    <w:p>
      <w:r>
        <w:rPr>
          <w:b/>
        </w:rPr>
        <w:t xml:space="preserve">[10:53] </w:t>
      </w:r>
      <w:r>
        <w:t>yaani is ka matlab yeh hai ke we shall show them our signs in the universe and in themselves until it becomes clear to them that this is the this is that truth dekhiye, yeh toh hai verse ka translation.</w:t>
      </w:r>
    </w:p>
    <w:p>
      <w:pPr>
        <w:jc w:val="right"/>
      </w:pPr>
      <w:r>
        <w:t>یعنی اس کا مطلب یہ ہے کہ we shall show them our signs in the universe and in themselves until it becomes clear to them that this is the this is that truth دیکھیے، یہ تو ہے ورس کا ٹرانسلیشن۔</w:t>
      </w:r>
    </w:p>
    <w:p>
      <w:r>
        <w:rPr>
          <w:b/>
        </w:rPr>
        <w:t xml:space="preserve">[11:22] </w:t>
      </w:r>
      <w:r>
        <w:t>lekin is mein aik cheez understood hai. aik cheez is mein understood hai, woh yeh ke yahan jo word use kiya gaya hai ke hum is ko batayenge, describe karenge, to yeh kaam to saare prophet ne kiya.</w:t>
      </w:r>
    </w:p>
    <w:p>
      <w:pPr>
        <w:jc w:val="right"/>
      </w:pPr>
      <w:r>
        <w:t>لیکن اس میں ایک چیز انڈرسٹڈ ہے۔ ایک چیز اس میں انڈرسٹڈ ہے، وہ یہ کہ یہاں جو ورڈ یوز کیا گیا ہے کہ ہم اس کو بتائیں گے، ڈسکرائب کریں گے، تو یہ کام تو سارے پرافٹ نے کیا۔</w:t>
      </w:r>
    </w:p>
    <w:p>
      <w:r>
        <w:rPr>
          <w:b/>
        </w:rPr>
        <w:t xml:space="preserve">[11:39] </w:t>
      </w:r>
      <w:r>
        <w:t>saare prophet batate rahe ke yeh haq hai, yeh haq hai, yeh haq hai. to yahan par kya cheez hai jo aur hogi?</w:t>
      </w:r>
    </w:p>
    <w:p>
      <w:pPr>
        <w:jc w:val="right"/>
      </w:pPr>
      <w:r>
        <w:t>سارے پرافٹ بتاتے رہے کہ یہ حق ہے، یہ حق ہے، یہ حق ہے۔ تو یہاں پر کیا چیز ہے جو اور ہوگی؟</w:t>
      </w:r>
    </w:p>
    <w:p>
      <w:r>
        <w:rPr>
          <w:b/>
        </w:rPr>
        <w:t xml:space="preserve">[11:51] </w:t>
      </w:r>
      <w:r>
        <w:t>jahan tak maine is par socha hai, main samjha hoon ke yahan aik cheez understood hai, woh hai in their accepted ground.</w:t>
      </w:r>
    </w:p>
    <w:p>
      <w:pPr>
        <w:jc w:val="right"/>
      </w:pPr>
      <w:r>
        <w:t>جہاں تک میں نے اس پر سوچا ہے، میں سمجھا ہوں کہ یہاں ایک چیز انڈرسٹڈ ہے، وہ ہے ان دیر ایکسیپٹڈ گراؤنڈ۔</w:t>
      </w:r>
    </w:p>
    <w:p>
      <w:r>
        <w:rPr>
          <w:b/>
        </w:rPr>
        <w:t xml:space="preserve">[12:02] </w:t>
      </w:r>
      <w:r>
        <w:t>yeh is verse mein understood hai.</w:t>
      </w:r>
    </w:p>
    <w:p>
      <w:pPr>
        <w:jc w:val="right"/>
      </w:pPr>
      <w:r>
        <w:t>یہ اس ورس میں انڈرسٹڈ ہے۔</w:t>
      </w:r>
    </w:p>
    <w:p>
      <w:r>
        <w:rPr>
          <w:b/>
        </w:rPr>
        <w:t xml:space="preserve">[12:06] </w:t>
      </w:r>
      <w:r>
        <w:t>yani we shall yeh jo ayat hai ke hum we shall show them our signs in the universe and in themselves</w:t>
      </w:r>
    </w:p>
    <w:p>
      <w:pPr>
        <w:jc w:val="right"/>
      </w:pPr>
      <w:r>
        <w:t>یعنی we shall یہ جو آیت ہے کہ ہم we shall show them our signs in the universe and in themselves</w:t>
      </w:r>
    </w:p>
    <w:p>
      <w:r>
        <w:rPr>
          <w:b/>
        </w:rPr>
        <w:t xml:space="preserve">[12:25] </w:t>
      </w:r>
      <w:r>
        <w:t>until it becomes clear to them on the bilateral ground</w:t>
      </w:r>
    </w:p>
    <w:p>
      <w:pPr>
        <w:jc w:val="right"/>
      </w:pPr>
      <w:r>
        <w:t>until it becomes clear to them on the bilateral ground</w:t>
      </w:r>
    </w:p>
    <w:p>
      <w:r>
        <w:rPr>
          <w:b/>
        </w:rPr>
        <w:t xml:space="preserve">[12:36] </w:t>
      </w:r>
      <w:r>
        <w:t>is ko main thoda sa wazeh karna chahta hoon. dekhiye, pichhle zamane mein poora hazaron saal tak jo prophetic mission chala hai, woh chala hai unilateral ground par.</w:t>
      </w:r>
    </w:p>
    <w:p>
      <w:pPr>
        <w:jc w:val="right"/>
      </w:pPr>
      <w:r>
        <w:t>اس کو میں تھوڑا سا واضح کرنا چاہتا ہوں۔ دیکھیے، پچھلے زمانے میں پورا ہزاروں سال تک جو پرافیٹک مشن چلا ہے، وہ چلا ہے یونی لیٹرل گراؤنڈ پر۔</w:t>
      </w:r>
    </w:p>
    <w:p>
      <w:r>
        <w:rPr>
          <w:b/>
        </w:rPr>
        <w:t xml:space="preserve">[12:52] </w:t>
      </w:r>
      <w:r>
        <w:t>ab aik prediction is liye tha ke aik zamana aaye ga jab ke bilaterally accepted ground par baat kehna possible ho jaye ga.</w:t>
      </w:r>
    </w:p>
    <w:p>
      <w:pPr>
        <w:jc w:val="right"/>
      </w:pPr>
      <w:r>
        <w:t>اب ایک پریڈکشن اس لیے تھا کہ ایک زمانہ آئے گا جب کہ بائی لیٹرلی ایکسیپٹڈ گراؤنڈ پر بات کہنا پاسیبل ہو جائے گا۔</w:t>
      </w:r>
    </w:p>
    <w:p>
      <w:r>
        <w:rPr>
          <w:b/>
        </w:rPr>
        <w:t xml:space="preserve">[13:03] </w:t>
      </w:r>
      <w:r>
        <w:t>is ko aap samjhiye.</w:t>
      </w:r>
    </w:p>
    <w:p>
      <w:pPr>
        <w:jc w:val="right"/>
      </w:pPr>
      <w:r>
        <w:t>اس کو آپ سمجھیے۔</w:t>
      </w:r>
    </w:p>
    <w:p>
      <w:r>
        <w:rPr>
          <w:b/>
        </w:rPr>
        <w:t xml:space="preserve">[13:06] </w:t>
      </w:r>
      <w:r>
        <w:t>unilateral ground kya hai? yani aik prophet aaye, misaal ke taur par Musa, unhone apni baat pesh ki to sunne walon ne kaha ke tumhare paas kya is ka proof hai?</w:t>
      </w:r>
    </w:p>
    <w:p>
      <w:pPr>
        <w:jc w:val="right"/>
      </w:pPr>
      <w:r>
        <w:t>ان لیٹرل گراؤنڈ کیا ہے؟ یعنی ایک پرافٹ آئے، مثلاً موسیٰ، انہوں نے اپنی بات پیش کی تو سننے والوں نے کہا کہ تمہارے پاس کیا اس کا پروف ہے؟</w:t>
      </w:r>
    </w:p>
    <w:p>
      <w:r>
        <w:rPr>
          <w:b/>
        </w:rPr>
        <w:t xml:space="preserve">[13:21] </w:t>
      </w:r>
      <w:r>
        <w:t>to unhone apna, to un ke haath mein aik aik lakri thi, us ko dala unhone to woh saanp ban gaya.</w:t>
      </w:r>
    </w:p>
    <w:p>
      <w:pPr>
        <w:jc w:val="right"/>
      </w:pPr>
      <w:r>
        <w:t>تو انہوں نے اپنا، تو ان کے ہاتھ میں ایک ایک لکڑی تھی، اس کو ڈالا انہوں نے تو وہ سانپ بن گیا۔</w:t>
      </w:r>
    </w:p>
    <w:p>
      <w:r>
        <w:rPr>
          <w:b/>
        </w:rPr>
        <w:t xml:space="preserve">[13:33] </w:t>
      </w:r>
      <w:r>
        <w:t>faiza ya hayyat at-tis'a dekho, yeh proof hai. but that was not a bilaterally accepted ground.</w:t>
      </w:r>
    </w:p>
    <w:p>
      <w:pPr>
        <w:jc w:val="right"/>
      </w:pPr>
      <w:r>
        <w:t>فیضا یا حیت التسع دیکھو، یہ پروف ہے۔ بٹ دیٹ واز ناٹ ا بائی لیٹرلی ایکسیپٹڈ گراؤنڈ۔</w:t>
      </w:r>
    </w:p>
    <w:p>
      <w:r>
        <w:rPr>
          <w:b/>
        </w:rPr>
        <w:t xml:space="preserve">[13:43] </w:t>
      </w:r>
      <w:r>
        <w:t>yeh un ka apna claim tha jis ko unhone bataya ke dekho, main lakri ko saanp bana sakta hoon. poora hazaron saal mein jo da'wati kaam kiya gaya hai, woh unilateral ground par kiya gaya hai.</w:t>
      </w:r>
    </w:p>
    <w:p>
      <w:pPr>
        <w:jc w:val="right"/>
      </w:pPr>
      <w:r>
        <w:t>یہ ان کا اپنا کلیم تھا جس کو انہوں نے بتایا کہ دیکھو، میں لکڑی کو سانپ بنا سکتا ہوں۔ پورا ہزاروں سال میں جو دعوتی کام کیا گیا ہے، وہ یونی لیٹرل گراؤنڈ پر کیا گیا ہے۔</w:t>
      </w:r>
    </w:p>
    <w:p>
      <w:r>
        <w:rPr>
          <w:b/>
        </w:rPr>
        <w:t xml:space="preserve">[13:59] </w:t>
      </w:r>
      <w:r>
        <w:t>yani da'i ne ya prophet ne apni baat ko pesh kiya jo un ke paas reason thi, jo un ke paas daleel thi.</w:t>
      </w:r>
    </w:p>
    <w:p>
      <w:pPr>
        <w:jc w:val="right"/>
      </w:pPr>
      <w:r>
        <w:t>یعنی داعی نے یا پرافٹ نے اپنی بات کو پیش کیا جو ان کے پاس ریزن تھی، جو ان کے پاس دلیل تھی۔</w:t>
      </w:r>
    </w:p>
    <w:p>
      <w:r>
        <w:rPr>
          <w:b/>
        </w:rPr>
        <w:t xml:space="preserve">[14:08] </w:t>
      </w:r>
      <w:r>
        <w:t>sunne walon ne suna to unhone kyun kaha ke sabhi prophet ko jab unhone miracle dikhaya to kaha ke tum to jadoogar ho,</w:t>
      </w:r>
    </w:p>
    <w:p>
      <w:pPr>
        <w:jc w:val="right"/>
      </w:pPr>
      <w:r>
        <w:t>سننے والوں نے سنا تو انہوں نے کیوں کہا کہ سبھی پرافٹ کو جب انہوں نے میریکل دکھایا تو کہا کہ تم تو جادوگر ہو،</w:t>
      </w:r>
    </w:p>
    <w:p>
      <w:r>
        <w:rPr>
          <w:b/>
        </w:rPr>
        <w:t xml:space="preserve">[14:23] </w:t>
      </w:r>
      <w:r>
        <w:t>You are a magician. is ko unhone magician kaha, is ko magic bataya.</w:t>
      </w:r>
    </w:p>
    <w:p>
      <w:pPr>
        <w:jc w:val="right"/>
      </w:pPr>
      <w:r>
        <w:t>یو آر ا میجیشن۔ اس کو انہوں نے میجیشن کہا، اس کو میجک بتایا۔</w:t>
      </w:r>
    </w:p>
    <w:p>
      <w:r>
        <w:rPr>
          <w:b/>
        </w:rPr>
        <w:t xml:space="preserve">[14:29] </w:t>
      </w:r>
      <w:r>
        <w:t>magic kisi aik aadmi ka kaam hota hai, wohi aadmi dikhata hai jo magician hota hai. doosra aadmi nahi kar sakta woh kaam.</w:t>
      </w:r>
    </w:p>
    <w:p>
      <w:pPr>
        <w:jc w:val="right"/>
      </w:pPr>
      <w:r>
        <w:t>میجک کسی ایک آدمی کا کام ہوتا ہے، وہی آدمی دکھاتا ہے جو میجیشن ہوتا ہے۔ دوسرا آدمی نہیں کر سکتا وہ کام۔</w:t>
      </w:r>
    </w:p>
    <w:p>
      <w:r>
        <w:rPr>
          <w:b/>
        </w:rPr>
        <w:t xml:space="preserve">[14:39] </w:t>
      </w:r>
      <w:r>
        <w:t>yani jo audience tha wahan par, woh khud aisa nahi kar sakta tha ke lakri ko dale to saanp ban jaye. lekin Musa kar sakte the.</w:t>
      </w:r>
    </w:p>
    <w:p>
      <w:pPr>
        <w:jc w:val="right"/>
      </w:pPr>
      <w:r>
        <w:t>یعنی جو آڈینس تھا وہاں پر، وہ خود ایسا نہیں کر سکتا تھا کہ لکڑی کو ڈالے تو سانپ بن جائے۔ لیکن موسیٰ کر سکتے تھے۔</w:t>
      </w:r>
    </w:p>
    <w:p>
      <w:r>
        <w:rPr>
          <w:b/>
        </w:rPr>
        <w:t xml:space="preserve">[14:48] </w:t>
      </w:r>
      <w:r>
        <w:t>isi ko main kehta hoon ke da'wa mission chala hai hazaron saal tak unilateral ground par. yani da'i ne apna baat kahi, us ko describe kiya, us ki reason di.</w:t>
      </w:r>
    </w:p>
    <w:p>
      <w:pPr>
        <w:jc w:val="right"/>
      </w:pPr>
      <w:r>
        <w:t>اسی کو میں کہتا ہوں کہ دعویٰ مشن چلا ہے ہزاروں سال تک یونی لیٹرل گراؤنڈ پر۔ یعنی داعی نے اپنا بات کہی، اس کو ڈسکرائب کیا، اس کی ریزن دی۔</w:t>
      </w:r>
    </w:p>
    <w:p>
      <w:r>
        <w:rPr>
          <w:b/>
        </w:rPr>
        <w:t xml:space="preserve">[15:03] </w:t>
      </w:r>
      <w:r>
        <w:t>is tarah se aik zamana aane wala tha, aakhri zamana.</w:t>
      </w:r>
    </w:p>
    <w:p>
      <w:pPr>
        <w:jc w:val="right"/>
      </w:pPr>
      <w:r>
        <w:t>اس طریقے سے ایک زمانہ آنے والا تھا، آخری زمانہ۔</w:t>
      </w:r>
    </w:p>
    <w:p>
      <w:r>
        <w:rPr>
          <w:b/>
        </w:rPr>
        <w:t xml:space="preserve">[15:09] </w:t>
      </w:r>
      <w:r>
        <w:t>is mein yeh possible ho jana tha ke bilaterally accepted ground par baat kahi ja sake.</w:t>
      </w:r>
    </w:p>
    <w:p>
      <w:pPr>
        <w:jc w:val="right"/>
      </w:pPr>
      <w:r>
        <w:t>اس میں یہ پاسیبل ہو جانا تھا کہ بائی لیٹرلی ایکسیپٹڈ گراؤنڈ پر بات کہی جا سکے۔</w:t>
      </w:r>
    </w:p>
    <w:p>
      <w:r>
        <w:rPr>
          <w:b/>
        </w:rPr>
        <w:t xml:space="preserve">[15:20] </w:t>
      </w:r>
      <w:r>
        <w:t>yeh zamana aane wala tha. is se humein kya mera matlab hai? is ko to understand this point, I will give an example.</w:t>
      </w:r>
    </w:p>
    <w:p>
      <w:pPr>
        <w:jc w:val="right"/>
      </w:pPr>
      <w:r>
        <w:t>یہ زمانہ آنے والا تھا۔ اس سے ہمیں کیا میرا مطلب ہے؟ اس کو ٹو ایسٹڈ دس پوائنٹ، آئی ویل گیو این ایگزامپل۔</w:t>
      </w:r>
    </w:p>
    <w:p>
      <w:r>
        <w:rPr>
          <w:b/>
        </w:rPr>
        <w:t xml:space="preserve">[15:29] </w:t>
      </w:r>
      <w:r>
        <w:t>dekhein, hum sab log jante hain, aik solar system hai. hum sab ne solar system ko kitabon mein dekha hai</w:t>
      </w:r>
    </w:p>
    <w:p>
      <w:pPr>
        <w:jc w:val="right"/>
      </w:pPr>
      <w:r>
        <w:t>دیکھیں، ہم سب لوگ جانتے ہیں، ایک سولر سسٹم ہے۔ ہم سب نے سولر سسٹم کو کتابوں میں دیکھا ہے</w:t>
      </w:r>
    </w:p>
    <w:p>
      <w:r>
        <w:rPr>
          <w:b/>
        </w:rPr>
        <w:t xml:space="preserve">[15:39] </w:t>
      </w:r>
      <w:r>
        <w:t>ke aik bohat bara sun hai, bohat hi bright, aur us ke charon taraf planet ghoom rahe hain.</w:t>
      </w:r>
    </w:p>
    <w:p>
      <w:pPr>
        <w:jc w:val="right"/>
      </w:pPr>
      <w:r>
        <w:t>کہ ایک بہت بڑا سن ہے، بہت ہی برائٹ، اور اس کے چاروں طرف پلینٹ گھوم رہے ہیں۔</w:t>
      </w:r>
    </w:p>
    <w:p>
      <w:r>
        <w:rPr>
          <w:b/>
        </w:rPr>
        <w:t xml:space="preserve">[15:48] </w:t>
      </w:r>
      <w:r>
        <w:t>bohat bara radius is ka hai. hum sab ne us ko kitabon mein dekha hai.</w:t>
      </w:r>
    </w:p>
    <w:p>
      <w:pPr>
        <w:jc w:val="right"/>
      </w:pPr>
      <w:r>
        <w:t>بہت بڑا ریڈیس اس کا ہے۔ ہم سب نے اس کو کتابوں میں دیکھا ہے۔</w:t>
      </w:r>
    </w:p>
    <w:p>
      <w:r>
        <w:rPr>
          <w:b/>
        </w:rPr>
        <w:t xml:space="preserve">[15:56] </w:t>
      </w:r>
      <w:r>
        <w:t>to lekin hazaron saal tak insan yeh manta raha ke zameen center mein hai aur suraj is ke gird ghoom raha hai.</w:t>
      </w:r>
    </w:p>
    <w:p>
      <w:pPr>
        <w:jc w:val="right"/>
      </w:pPr>
      <w:r>
        <w:t>تو لیکن ہزاروں سال تک انسان یہ مانتا رہا کہ زمین سینٹر میں ہے اور سورج اس کے گرد گھوم رہا ہے۔</w:t>
      </w:r>
    </w:p>
    <w:p>
      <w:r>
        <w:rPr>
          <w:b/>
        </w:rPr>
        <w:t xml:space="preserve">[16:05] </w:t>
      </w:r>
      <w:r>
        <w:t>agar aap insan ke paas aisa koi, aisi koi rocket ho ke woh space mein chala jaye, aisi jagah par jahan se woh poora solar system ko dekh sake.</w:t>
      </w:r>
    </w:p>
    <w:p>
      <w:pPr>
        <w:jc w:val="right"/>
      </w:pPr>
      <w:r>
        <w:t>اگر آپ انسان کے پاس ایسا کوئی، ایسی کوئی راکٹ ہو کہ وہ اسپیس میں چلا جائے، ایسی جگہ پر جہاں سے وہ پورا سولر سسٹم کو دیکھ سکے۔</w:t>
      </w:r>
    </w:p>
    <w:p>
      <w:r>
        <w:rPr>
          <w:b/>
        </w:rPr>
        <w:t xml:space="preserve">[16:19] </w:t>
      </w:r>
      <w:r>
        <w:t>aaj hamare paas rocket hain, lekin hum aaj bhi solar system ko hum focus mein nahi la paate. aaj bhi yeh possible nahi hai ke poore solar system ko aap ja ke upar dekh saken.</w:t>
      </w:r>
    </w:p>
    <w:p>
      <w:pPr>
        <w:jc w:val="right"/>
      </w:pPr>
      <w:r>
        <w:t>آج ہمارے پاس راکٹ ہیں، لیکن ہم آج بھی سولر سسٹم کو ہم فوکس میں نہیں لا پاتے۔ آج بھی یہ پاسیبل نہیں ہے کہ پورے سولر سسٹم کو آپ جا کے اوپر دیکھ سکیں۔</w:t>
      </w:r>
    </w:p>
    <w:p>
      <w:r>
        <w:rPr>
          <w:b/>
        </w:rPr>
        <w:t xml:space="preserve">[16:33] </w:t>
      </w:r>
      <w:r>
        <w:t>patches mein hum dekh paate hain, patches mein. lekin farz kijiye ke ek aisa possible ho ke space mein aap ek aisi jagah pahunch jayen aur aap ke paas aisi telescope ho ke poora poora solar system aap ke focus mein aa jaye.</w:t>
      </w:r>
    </w:p>
    <w:p>
      <w:pPr>
        <w:jc w:val="right"/>
      </w:pPr>
      <w:r>
        <w:t>پیچز میں ہم دیکھ پاتے ہیں، پیچز میں۔ لیکن فرض کیجئے کہ ایک ایسا پاسیبل ہو کہ اسپیس میں آپ ایک ایسی جگہ پہنچ جائیں اور آپ کے پاس ایسی ٹیلیسکوپ ہو کہ پورا پورا سولر سسٹم آپ کے فوکس میں آ جائے۔</w:t>
      </w:r>
    </w:p>
    <w:p>
      <w:r>
        <w:rPr>
          <w:b/>
        </w:rPr>
        <w:t xml:space="preserve">[16:50] </w:t>
      </w:r>
      <w:r>
        <w:t>to kitna ridiculous maloom hoga ke earth jo hai, center mein hai aur sun is ke gird ghoom raha hai.</w:t>
      </w:r>
    </w:p>
    <w:p>
      <w:pPr>
        <w:jc w:val="right"/>
      </w:pPr>
      <w:r>
        <w:t>تو کتنا ریڈیکولس معلوم ہوگا کہ ارتھ جو ہے، سینٹر میں ہے اور سن اس کے گرد گھوم رہا ہے۔</w:t>
      </w:r>
    </w:p>
    <w:p>
      <w:r>
        <w:rPr>
          <w:b/>
        </w:rPr>
        <w:t xml:space="preserve">[16:58] </w:t>
      </w:r>
      <w:r>
        <w:t>jo aadmi observe kar raha hoga wahan se, us ko bohat hi ridiculous, woh ridiculous lagega yeh yeh manna. lekin jab zameen par aap hote hain to aap dekhte hain ke suraj jo hai, yeh east se nikla aur west mein chala gaya.</w:t>
      </w:r>
    </w:p>
    <w:p>
      <w:pPr>
        <w:jc w:val="right"/>
      </w:pPr>
      <w:r>
        <w:t>جو آدمی ابزرو کر رہا ہوگا وہاں سے، اس کو بہت ہی ریڈیکول، وہ ریڈیکولس لگے گا یہ یہ ماننا۔ لیکن جب زمین پر آپ ہوتے ہیں تو آپ دیکھتے ہیں کہ سورج جو ہے، یہ ایسٹ سے نکلا اور ویسٹ میں چلا گیا۔</w:t>
      </w:r>
    </w:p>
    <w:p>
      <w:r>
        <w:rPr>
          <w:b/>
        </w:rPr>
        <w:t xml:space="preserve">[17:16] </w:t>
      </w:r>
      <w:r>
        <w:t>east se nikla aur west mein chala gaya to aap samajhte hain ke yeh jahan mein khara hoon, jis zameen par, is ke gird woh rotate kar raha hai.</w:t>
      </w:r>
    </w:p>
    <w:p>
      <w:pPr>
        <w:jc w:val="right"/>
      </w:pPr>
      <w:r>
        <w:t>ایسٹ سے نکلا اور ویسٹ میں چلا گیا تو آپ سمجھتے ہیں کہ یہ جہاں میں کھڑا ہوں، جس زمین پر، اس کے گرد وہ روٹیٹ کر رہا ہے۔</w:t>
      </w:r>
    </w:p>
    <w:p>
      <w:r>
        <w:rPr>
          <w:b/>
        </w:rPr>
        <w:t xml:space="preserve">[17:28] </w:t>
      </w:r>
      <w:r>
        <w:t>halanke agar wahan se dekh saken aap jahan se poora poora solar system aap ke focus mein aa jaye to yeh bilkul ridiculous maloom hoga yeh kehna.</w:t>
      </w:r>
    </w:p>
    <w:p>
      <w:pPr>
        <w:jc w:val="right"/>
      </w:pPr>
      <w:r>
        <w:t>حالانکہ اگر وہاں سے دیکھ سکیں آپ جہاں سے پورا پورا سولر سسٹم آپ کے فوکس میں آ جائے تو یہ بالکل ریڈیکولس معلوم ہوگا یہ کہنا۔</w:t>
      </w:r>
    </w:p>
    <w:p>
      <w:r>
        <w:rPr>
          <w:b/>
        </w:rPr>
        <w:t xml:space="preserve">[17:38] </w:t>
      </w:r>
      <w:r>
        <w:t>yani geocentric theory ridiculous ho jayegi. sirf heliocentric aap ki samajh mein aayegi. yeh kya hai?</w:t>
      </w:r>
    </w:p>
    <w:p>
      <w:pPr>
        <w:jc w:val="right"/>
      </w:pPr>
      <w:r>
        <w:t>یعنی جیو سینٹرک تھیوری ریڈیکولس ہو جائے گی۔ صرف ہیلیو سینٹری آپ کی سمجھ میں آئے گی۔ یہ کیا ہے؟</w:t>
      </w:r>
    </w:p>
    <w:p>
      <w:r>
        <w:rPr>
          <w:b/>
        </w:rPr>
        <w:t xml:space="preserve">[17:47] </w:t>
      </w:r>
      <w:r>
        <w:t>yeh main kahunga ke yeh hai, isi ko main keh raha hoon ke bilaterally accepted ground.</w:t>
      </w:r>
    </w:p>
    <w:p>
      <w:pPr>
        <w:jc w:val="right"/>
      </w:pPr>
      <w:r>
        <w:t>یہ میں کہوں گا کہ یہ ہے، اسی کو میں کہہ رہا ہوں کہ بائی لیٹرلی ایکسیپٹڈ گراؤنڈ۔</w:t>
      </w:r>
    </w:p>
    <w:p>
      <w:r>
        <w:rPr>
          <w:b/>
        </w:rPr>
        <w:t xml:space="preserve">[17:55] </w:t>
      </w:r>
      <w:r>
        <w:t>hazaron saal tak pehle insan ke paas yeh nahi tha ilm. telescope bani hai 1609 mein. 1609 mein jab telescope bani hai, Galileo ne banaya, tabhi yeh possible hua ke hum dekh saken is daur ke scene ko aur phir establish kar saken ke center mein zameen nahi hai, center mein sun hai.</w:t>
      </w:r>
    </w:p>
    <w:p>
      <w:pPr>
        <w:jc w:val="right"/>
      </w:pPr>
      <w:r>
        <w:t>ہزاروں سال تک پہلے انسان کے پاس یہ نہیں تھا علم۔ ٹیلیسکوپ بنی ہے 1609 میں۔ 1609 میں جب ٹیلیسکوپ بنی ہے، گلیلو نے بنایا، تبھی یہ پاسیبل ہوا کہ ہم دیکھ سکیں اس دور کے سین کو اور پھر اسٹیبلش کر سکیں کہ سینٹر میں زمین نہیں ہے، سینٹر میں سن ہے۔</w:t>
      </w:r>
    </w:p>
    <w:p>
      <w:r>
        <w:rPr>
          <w:b/>
        </w:rPr>
        <w:t xml:space="preserve">[18:17] </w:t>
      </w:r>
      <w:r>
        <w:t>to jo baat kahi thi pehle Copernicus ne, to is baat ab jo hai, woh ek bilateral ground par proof ho gayi ke jo kehne wale ne kaha tha, durbin ne bhi wohi dikha diya,</w:t>
      </w:r>
    </w:p>
    <w:p>
      <w:pPr>
        <w:jc w:val="right"/>
      </w:pPr>
      <w:r>
        <w:t>تو جو بات کہی تھی پہلے کوپرنیکس نے، تو اس بات اب جو ہے، وہ ایک بائی لیٹرل گراؤنڈ پر پروف ہو گئی کہ جو کہنے والے نے کہا تھا، دوربین نے بھی وہی دکھا دیا،</w:t>
      </w:r>
    </w:p>
    <w:p>
      <w:r>
        <w:rPr>
          <w:b/>
        </w:rPr>
        <w:t xml:space="preserve">[18:33] </w:t>
      </w:r>
      <w:r>
        <w:t>telescope ne bhi wohi dikha diya.</w:t>
      </w:r>
    </w:p>
    <w:p>
      <w:pPr>
        <w:jc w:val="right"/>
      </w:pPr>
      <w:r>
        <w:t>ٹیلیسکوپ نے بھی وہی دکھا دیا۔</w:t>
      </w:r>
    </w:p>
    <w:p>
      <w:r>
        <w:rPr>
          <w:b/>
        </w:rPr>
        <w:t xml:space="preserve">[18:38] </w:t>
      </w:r>
      <w:r>
        <w:t>to yeh Allah taala ka yeh mansha tha ke dawah mission jo hai, jo abhi tak chal raha tha, yani lateral ground par, woh bilateral accepted ground pe chalne lage.</w:t>
      </w:r>
    </w:p>
    <w:p>
      <w:pPr>
        <w:jc w:val="right"/>
      </w:pPr>
      <w:r>
        <w:t>تو یہ اللہ تعالیٰ کا یہ منشا تھا کہ دعویٰ مشن جو ہے، جو ابھی تک چل رہا تھا، یعنی لیٹرل گراؤنڈ پر، وہ بائی لیٹرلی ایکسیپٹڈ گراؤنڈ پہ چلنے لگے۔</w:t>
      </w:r>
    </w:p>
    <w:p>
      <w:r>
        <w:rPr>
          <w:b/>
        </w:rPr>
        <w:t xml:space="preserve">[18:52] </w:t>
      </w:r>
      <w:r>
        <w:t>yahi hai sab se bari gawahi, sab se bari shahadat. is ke liye Allah taala ne aise halaat paida kiye ke duniya mein scientific revolution aaya.</w:t>
      </w:r>
    </w:p>
    <w:p>
      <w:pPr>
        <w:jc w:val="right"/>
      </w:pPr>
      <w:r>
        <w:t>یہی ہے سب سے بڑی گواہی، سب سے بڑی شہادت۔ اس کے لیے اللہ تعالیٰ نے ایسے حالات پیدا کیے کہ دنیا میں سائنٹیفک ریولوشن آیا۔</w:t>
      </w:r>
    </w:p>
    <w:p>
      <w:r>
        <w:rPr>
          <w:b/>
        </w:rPr>
        <w:t xml:space="preserve">[19:04] </w:t>
      </w:r>
      <w:r>
        <w:t>scientific revolution</w:t>
      </w:r>
    </w:p>
    <w:p>
      <w:pPr>
        <w:jc w:val="right"/>
      </w:pPr>
      <w:r>
        <w:t>سائنٹیفک ریولوشن</w:t>
      </w:r>
    </w:p>
    <w:p>
      <w:r>
        <w:rPr>
          <w:b/>
        </w:rPr>
        <w:t xml:space="preserve">[19:09] </w:t>
      </w:r>
      <w:r>
        <w:t>pichle teen sau saal mein jo scientific development hua hai, us mein insan ne nature ko discover kiya. nature mein jo hidden laws the, us ko pata kiya.</w:t>
      </w:r>
    </w:p>
    <w:p>
      <w:pPr>
        <w:jc w:val="right"/>
      </w:pPr>
      <w:r>
        <w:t>پچھلے تین سو سال میں جو سائنٹیفک ڈیویلپمنٹ ہوا ہے، اس میں انسان نے نیچر کو ڈسکور کیا۔ نیچر میں جو ہڈن لاز تھے، اس کو پتہ کیا۔</w:t>
      </w:r>
    </w:p>
    <w:p>
      <w:r>
        <w:rPr>
          <w:b/>
        </w:rPr>
        <w:t xml:space="preserve">[19:24] </w:t>
      </w:r>
      <w:r>
        <w:t>isi ko Quran mein kaha gaya ke jo universe mein jo cheezen hain, Khuda ki nishaniyan chupi hui, us ko hum uncover karenge.</w:t>
      </w:r>
    </w:p>
    <w:p>
      <w:pPr>
        <w:jc w:val="right"/>
      </w:pPr>
      <w:r>
        <w:t>اسی کو قرآن میں کہا گیا کہ جو یونیورس میں جو چیزیں ہیں، خدا کی نشانیاں چھپی ہوئی، اس کو ہم ان کور کریں گے۔</w:t>
      </w:r>
    </w:p>
    <w:p>
      <w:r>
        <w:rPr>
          <w:b/>
        </w:rPr>
        <w:t xml:space="preserve">[19:33] </w:t>
      </w:r>
      <w:r>
        <w:t>sunuri mayatna falaq fi anfusihim Khuda ne yeh duniya banayi, woh uska creator hai. to creator ke sign is is mein chhupe hue hain, jis tarah se engineer chupa hua hota hai apni machine mein.</w:t>
      </w:r>
    </w:p>
    <w:p>
      <w:pPr>
        <w:jc w:val="right"/>
      </w:pPr>
      <w:r>
        <w:t>سنوری مایاتنا فلافاق فی نفسہم خدا نے یہ دنیا بنائی، وہ اس کا کریٹر ہے۔ تو کریٹر کے سائن اس اس میں چھپے ہوئے ہیں، جس طرح سے انجینئر چھپا ہوا ہوتا ہے اپنی مشین میں۔</w:t>
      </w:r>
    </w:p>
    <w:p>
      <w:r>
        <w:rPr>
          <w:b/>
        </w:rPr>
        <w:t xml:space="preserve">[19:49] </w:t>
      </w:r>
      <w:r>
        <w:t>is tarah creator jo hai, sign ke roop mein is kainaat mein dikhai padta hai. lekin insan pre scientific age mein humein in baton ka pata nahi tha.</w:t>
      </w:r>
    </w:p>
    <w:p>
      <w:pPr>
        <w:jc w:val="right"/>
      </w:pPr>
      <w:r>
        <w:t>اس طرح کریٹر جو ہے، سائن کے روپ میں اس کائنات میں دکھائی پڑتا ہے۔ لیکن انسان پری سائنٹیفک ایج میں ہمیں ان باتوں کا پتہ نہیں تھا۔</w:t>
      </w:r>
    </w:p>
    <w:p>
      <w:r>
        <w:rPr>
          <w:b/>
        </w:rPr>
        <w:t xml:space="preserve">[20:02] </w:t>
      </w:r>
      <w:r>
        <w:t>to pehle hum baton ko pakad paate the unilateral ground par, yani hum ek claim karte the. bas sunne wale ke liye uska koi background nahi maujood hota tha.</w:t>
      </w:r>
    </w:p>
    <w:p>
      <w:pPr>
        <w:jc w:val="right"/>
      </w:pPr>
      <w:r>
        <w:t>تو پہلے ہم باتوں کو پکڑ پاتے تھے یونی لیٹرل گراؤنڈ پر، یعنی ہم ایک کلیم کرتے تھے۔ بس سننے والے کے لیے اس کا کوئی بیک گراؤنڈ نہیں موجود ہوتا تھا۔</w:t>
      </w:r>
    </w:p>
    <w:p>
      <w:r>
        <w:rPr>
          <w:b/>
        </w:rPr>
        <w:t xml:space="preserve">[20:15] </w:t>
      </w:r>
      <w:r>
        <w:t>main ek misaal deta hoon aap ko is baat ko samajhne ke liye. abhi parson yahan Delhi mein ek meeting thi to mere, main ne wahan par speech di.</w:t>
      </w:r>
    </w:p>
    <w:p>
      <w:pPr>
        <w:jc w:val="right"/>
      </w:pPr>
      <w:r>
        <w:t>میں ایک مثال دیتا ہوں آپ کو اس بات کو سمجھنے کے لیے۔ ابھی پرسوں یہاں دلی میں ایک میٹنگ تھی تو میرے، میں نے وہاں پر اسپیچ دی۔</w:t>
      </w:r>
    </w:p>
    <w:p>
      <w:r>
        <w:rPr>
          <w:b/>
        </w:rPr>
        <w:t xml:space="preserve">[20:31] </w:t>
      </w:r>
      <w:r>
        <w:t>meri speech ke baad ek sahab ne sawal kiya, jis ka khulasa yeh tha ke hum, yani space mein bohat kuch dekh chuke hain, lekin kahin paradise to dikhai nahi padi humein.</w:t>
      </w:r>
    </w:p>
    <w:p>
      <w:pPr>
        <w:jc w:val="right"/>
      </w:pPr>
      <w:r>
        <w:t>میری اسپیچ کے بعد ایک صاحب نے سوال کیا، جس کا خلاصہ یہ تھا کہ ہم، یعنی اسپیس میں بہت کچھ دیکھ چکے ہیں، لیکن کہیں پارڈائز تو دکھائی نہیں پڑی ہمیں۔</w:t>
      </w:r>
    </w:p>
    <w:p>
      <w:r>
        <w:rPr>
          <w:b/>
        </w:rPr>
        <w:t xml:space="preserve">[20:48] </w:t>
      </w:r>
      <w:r>
        <w:t>ke is zamane mein jo astronomical studies hain, us se hum ne space mein bohat kuch dekha, bohat kuch jana, lekin kahin paradise nahi kahin dikhai padi. to pehle zamane mein yahi baat kahi jati thi.</w:t>
      </w:r>
    </w:p>
    <w:p>
      <w:pPr>
        <w:jc w:val="right"/>
      </w:pPr>
      <w:r>
        <w:t>کہ اس زمانے میں جو اسٹرانومیکل اسٹڈیز ہیں، اس سے ہم نے اسپیس میں بہت کچھ دیکھا، بہت کچھ جانا، لیکن کہیں پارڈائز نہیں کہیں دکھائی پڑی۔ تو پہلے زمانے میں یہی بات کہی جاتی تھی۔</w:t>
      </w:r>
    </w:p>
    <w:p>
      <w:r>
        <w:rPr>
          <w:b/>
        </w:rPr>
        <w:t xml:space="preserve">[21:00] </w:t>
      </w:r>
      <w:r>
        <w:t>to pehle zamane mein is baat ka jawab dene ke liye bilateral ground nahi hua karti thi. main ne kaha ke dekhiye, aap ko maloom hai ke science ne yeh bataya hai ke jo jo yeh jo hamari yeh jo duniya hamara hai, uska jo mass hai,</w:t>
      </w:r>
    </w:p>
    <w:p>
      <w:pPr>
        <w:jc w:val="right"/>
      </w:pPr>
      <w:r>
        <w:t>تو پہلے زمانے میں اس بات کا جواب دینے کے لیے بائی لیٹرل گراؤنڈ نہیں ہوا کرتی تھی۔ میں نے کہا کہ دیکھیے، آپ کو معلوم ہے کہ سائنس نے یہ بتایا ہے کہ جو جو یہ جو ہماری یہ جو دنیا ہمارا ہے، اس کا جو ماس ہے،</w:t>
      </w:r>
    </w:p>
    <w:p>
      <w:r>
        <w:rPr>
          <w:b/>
        </w:rPr>
        <w:t xml:space="preserve">[21:22] </w:t>
      </w:r>
      <w:r>
        <w:t>is ka sirf four percent hamare observation mein aata hai. 96 percent observation mein aata hi nahi hai.</w:t>
      </w:r>
    </w:p>
    <w:p>
      <w:pPr>
        <w:jc w:val="right"/>
      </w:pPr>
      <w:r>
        <w:t>اس کا صرف فور پرسنٹ ہمارے ابزرویشن میں آتا ہے۔ 96 پرسنٹ ابزرویشن میں آتا ہی نہیں ہے۔</w:t>
      </w:r>
    </w:p>
    <w:p>
      <w:r>
        <w:rPr>
          <w:b/>
        </w:rPr>
        <w:t xml:space="preserve">[21:30] </w:t>
      </w:r>
      <w:r>
        <w:t>is ko kaha jata hai ke dark matter, lekin wo dark nahi hai. actually, wo brightest matter hai. yani is ki bright itni zyada hai, is ki light itni zyada hai ke wo apne apni light ko bhi kheenche hue hai.</w:t>
      </w:r>
    </w:p>
    <w:p>
      <w:pPr>
        <w:jc w:val="right"/>
      </w:pPr>
      <w:r>
        <w:t>اس کو کہا جاتا ہے کہ ڈارک میٹر، لیکن وہ ڈارک نہیں ہے۔ ایکچولی، وہ برائٹسٹ میٹر ہے۔ یعنی اس کی برائٹ اتنی زیادہ ہے، اس کی لائٹ اتنی زیادہ ہے کہ وہ اپنے اپنی لائٹ کو بھی کھینچے ہوئے ہیں۔</w:t>
      </w:r>
    </w:p>
    <w:p>
      <w:r>
        <w:rPr>
          <w:b/>
        </w:rPr>
        <w:t xml:space="preserve">[21:46] </w:t>
      </w:r>
      <w:r>
        <w:t>wo</w:t>
      </w:r>
    </w:p>
    <w:p>
      <w:pPr>
        <w:jc w:val="right"/>
      </w:pPr>
      <w:r>
        <w:t>وہ</w:t>
      </w:r>
    </w:p>
    <w:p>
      <w:r>
        <w:rPr>
          <w:b/>
        </w:rPr>
        <w:t xml:space="preserve">[21:48] </w:t>
      </w:r>
      <w:r>
        <w:t>is ka gravity bohat bari hui hai, to light aa nahi nikal nahi pati bahar. aur chunke hum dekh paate hain us waqt aankh se, jabke object aur hamare beech mein light ho, yani hamari aankh aur object ke beech mein light jab hogi, tabhi hum dekh payenge.</w:t>
      </w:r>
    </w:p>
    <w:p>
      <w:pPr>
        <w:jc w:val="right"/>
      </w:pPr>
      <w:r>
        <w:t>اس کا گریویٹی بہت بڑی ہوئی ہے، تو لائٹ آ نہیں نکل نہیں پاتی باہر۔ اور چونکہ ہم دیکھ پاتے ہیں اس وقت آنکھ سے، جبکہ ابجیکٹ اور ہمارے بیچ میں لائٹ ہو، یعنی ہماری آنکھ اور ابجیکٹ کے بیچ میں لائٹ جب ہوگی، تبھی ہم دیکھ پائیں گے۔</w:t>
      </w:r>
    </w:p>
    <w:p>
      <w:r>
        <w:rPr>
          <w:b/>
        </w:rPr>
        <w:t xml:space="preserve">[22:04] </w:t>
      </w:r>
      <w:r>
        <w:t>nahi to hum dekh nahi sakte. to aap kaise keh sakte hain</w:t>
      </w:r>
    </w:p>
    <w:p>
      <w:pPr>
        <w:jc w:val="right"/>
      </w:pPr>
      <w:r>
        <w:t>نہیں تو ہم دیکھ نہیں سکتے۔ تو آپ کیسے کہہ سکتے ہیں</w:t>
      </w:r>
    </w:p>
    <w:p>
      <w:r>
        <w:rPr>
          <w:b/>
        </w:rPr>
        <w:t xml:space="preserve">[22:09] </w:t>
      </w:r>
      <w:r>
        <w:t>jabke science yeh bata rahi hai ke 96 percent jo hai world stuff, wo dikhai hi nahi deta?</w:t>
      </w:r>
    </w:p>
    <w:p>
      <w:pPr>
        <w:jc w:val="right"/>
      </w:pPr>
      <w:r>
        <w:t>جبکہ سائنس یہ بتا رہی ہے کہ 96 پرسنٹ جو ہے ورلڈ سٹف، وہ دکھائی ہی نہیں دیتا؟</w:t>
      </w:r>
    </w:p>
    <w:p>
      <w:r>
        <w:rPr>
          <w:b/>
        </w:rPr>
        <w:t xml:space="preserve">[22:20] </w:t>
      </w:r>
      <w:r>
        <w:t>to aap kaise keh sakte hain ke paradise to hum ne dekhi nahi? kaise manen aap is ko? aap dekhne ki position hi mein nahi hain, to aap kaise claim kar sakte hain? to yahan par dekhiye, ek bilateral ground maujood ho gayi mere un ke beech mein, jo pehle maujood nahi thi.</w:t>
      </w:r>
    </w:p>
    <w:p>
      <w:pPr>
        <w:jc w:val="right"/>
      </w:pPr>
      <w:r>
        <w:t>تو آپ کیسے کہہ سکتے ہیں کہ پارڈائز تو ہم نے دیکھی نہیں؟ کیسے مانیں آپ اس کو؟ آپ دیکھنے کی پوزیشن ہی میں نہیں ہیں، تو آپ کیسے کلیم کر سکتے ہیں؟ تو یہاں پر دیکھیے، ایک بائی لیٹرل گراؤنڈ موجود ہو گئی میرے ان کے بیچ میں، جو پہلے موجود نہیں تھی۔</w:t>
      </w:r>
    </w:p>
    <w:p>
      <w:r>
        <w:rPr>
          <w:b/>
        </w:rPr>
        <w:t xml:space="preserve">[22:36] </w:t>
      </w:r>
      <w:r>
        <w:t>aap</w:t>
      </w:r>
    </w:p>
    <w:p>
      <w:pPr>
        <w:jc w:val="right"/>
      </w:pPr>
      <w:r>
        <w:t>آپ</w:t>
      </w:r>
    </w:p>
    <w:p>
      <w:r>
        <w:rPr>
          <w:b/>
        </w:rPr>
        <w:t xml:space="preserve">[22:37] </w:t>
      </w:r>
      <w:r>
        <w:t>ko quran mein aap ne parha hoga ke three thousand years pehle, teen hazar saal pehle, Egypt mein Hazrat Musa aaye.</w:t>
      </w:r>
    </w:p>
    <w:p>
      <w:pPr>
        <w:jc w:val="right"/>
      </w:pPr>
      <w:r>
        <w:t>کو قرآن میں آپ نے پڑھا ہوگا کہ تھری تھا ایئرز پہلے، تین ہزار سال پہلے، ایجپٹ میں حضرت موسیٰ آئے۔</w:t>
      </w:r>
    </w:p>
    <w:p>
      <w:r>
        <w:rPr>
          <w:b/>
        </w:rPr>
        <w:t xml:space="preserve">[22:50] </w:t>
      </w:r>
      <w:r>
        <w:t>wahan un khuda ne un ko peghambar banaya. to unhon ne firoun ke samne dawat pesh ki. firoun ne kaha, "apne prime minister tha Haman ke Musa keh rahe hain khuda ki baat, khuda kahan hai?</w:t>
      </w:r>
    </w:p>
    <w:p>
      <w:pPr>
        <w:jc w:val="right"/>
      </w:pPr>
      <w:r>
        <w:t>وہاں ان خدا نے ان کو پیغمبر بنایا۔ تو انہوں نے فرعون کے سامنے دعوت پیش کی۔ فرعون نے کہا، "اپنے پرائم منسٹر تھا ہامان کہ موسیٰ کہہ رہے ہیں خدا کی بات، خدا کہاں ہے؟</w:t>
      </w:r>
    </w:p>
    <w:p>
      <w:r>
        <w:rPr>
          <w:b/>
        </w:rPr>
        <w:t xml:space="preserve">[23:05] </w:t>
      </w:r>
      <w:r>
        <w:t>mere liye ek bohat bara tower banao,</w:t>
      </w:r>
    </w:p>
    <w:p>
      <w:pPr>
        <w:jc w:val="right"/>
      </w:pPr>
      <w:r>
        <w:t>میرے لیے ایک بہت بڑا ٹاور بناؤ،</w:t>
      </w:r>
    </w:p>
    <w:p>
      <w:r>
        <w:rPr>
          <w:b/>
        </w:rPr>
        <w:t xml:space="preserve">[23:07] </w:t>
      </w:r>
      <w:r>
        <w:t>mein charh kar dekhunga ke khuda kahan hai." to us waqt jo hai yeh ground maujood nahi thi. us waqt koi yeh nahi kehne ki position mein tha ke "tum dekh hi nahi sakte,</w:t>
      </w:r>
    </w:p>
    <w:p>
      <w:pPr>
        <w:jc w:val="right"/>
      </w:pPr>
      <w:r>
        <w:t>میں چڑھ کر دیکھوں گا کہ خدا کہاں ہے۔" تو اس وقت جو ہے یہ گراؤنڈ موجود نہیں تھی۔ اس وقت کوئی یہ نہیں کہنے کی پوزیشن میں تھا کہ "تم دیکھ ہی نہیں سکتے،</w:t>
      </w:r>
    </w:p>
    <w:p>
      <w:r>
        <w:rPr>
          <w:b/>
        </w:rPr>
        <w:t xml:space="preserve">[23:20] </w:t>
      </w:r>
      <w:r>
        <w:t>tum jis jis jo tum dekh paoge, wo to four percent hai sirf universe ka. 96 percent tum dekh hi nahi sakte, tum to tum kaise dekhoge?</w:t>
      </w:r>
    </w:p>
    <w:p>
      <w:pPr>
        <w:jc w:val="right"/>
      </w:pPr>
      <w:r>
        <w:t>تم جس جس جو تم دیکھ پاؤ گے، وہ تو فور پرسنٹ ہے صرف یونیورس کا۔ 96 پرسنٹ تم دیکھ ہی نہیں سکتے، تم تو تم کیسے دیکھو گے؟</w:t>
      </w:r>
    </w:p>
    <w:p>
      <w:r>
        <w:rPr>
          <w:b/>
        </w:rPr>
        <w:t xml:space="preserve">[23:30] </w:t>
      </w:r>
      <w:r>
        <w:t>koi bhi tower tumhara kitna hi ooncha ho, wo universe ka sirf four percent hi tum ko dikha payega. kyunke tumhare aur object ke beech mein light honi chahiye, aur light wahan se emit hi nahi hoti hai.</w:t>
      </w:r>
    </w:p>
    <w:p>
      <w:pPr>
        <w:jc w:val="right"/>
      </w:pPr>
      <w:r>
        <w:t>کوئی بھی ٹاور تمہارا کتنا ہی اونچا ہو، وہ یونیورس کا صرف فور پرسنٹ ہی تم کو دکھا پائے گا۔ کیونکہ تمہارے اور ابجیکٹ کے بیچ میں لائٹ ہونی چاہیے، اور لائٹ وہاں سے ایمٹ ہی نہیں ہوتی ہے۔</w:t>
      </w:r>
    </w:p>
    <w:p>
      <w:r>
        <w:rPr>
          <w:b/>
        </w:rPr>
        <w:t xml:space="preserve">[23:48] </w:t>
      </w:r>
      <w:r>
        <w:t>sooraj se light aa rahi hai, hum us ko dekh paate hain. galaxy se light aa rahi hai, us ko hum dekh paate</w:t>
      </w:r>
    </w:p>
    <w:p>
      <w:pPr>
        <w:jc w:val="right"/>
      </w:pPr>
      <w:r>
        <w:t>سورج سے لائٹ آ رہی ہے، ہم اس کو دیکھ پاتے ہیں۔ گلیکسی سے لائٹ آ رہی ہے، اس کو ہم دیکھ پات</w:t>
      </w:r>
    </w:p>
    <w:p>
      <w:r>
        <w:rPr>
          <w:b/>
        </w:rPr>
        <w:t xml:space="preserve">[23:53] </w:t>
      </w:r>
      <w:r>
        <w:t>hain. lekin aur jo matter hai, wo to apni light ko bahar aane nahi deta, to hum us ko dekh bhi nahi sakte.</w:t>
      </w:r>
    </w:p>
    <w:p>
      <w:pPr>
        <w:jc w:val="right"/>
      </w:pPr>
      <w:r>
        <w:t>ے ہیں۔ لیکن اور جو میٹر ہے، وہ تو اپنی لائٹ کو باہر آنے نہیں دیتا، تو ہم اس کو دیکھ بھی نہیں سکتے۔</w:t>
      </w:r>
    </w:p>
    <w:p>
      <w:r>
        <w:rPr>
          <w:b/>
        </w:rPr>
        <w:t xml:space="preserve">[24:03] </w:t>
      </w:r>
      <w:r>
        <w:t>hum wo hamare liye dark bana hua hai. yeh jo hai, is ko isi ko mein keh raha hoon ke bilaterally accepted ground. isi ko mein keh raha hoon ke bilaterally accepted ground ke dono fareeq yeh maan rahe hain ke hum is ko dekh hi nahi sakte.</w:t>
      </w:r>
    </w:p>
    <w:p>
      <w:pPr>
        <w:jc w:val="right"/>
      </w:pPr>
      <w:r>
        <w:t>ہم وہ ہمارے لیے ڈارک بنا ہوا ہے۔ یہ جو ہے، اس کو اسی کو میں کہہ رہا ہوں کہ بائی لیٹرلی ایکسیپٹڈ گراؤنڈ۔ اسی کو میں کہہ رہا ہوں کہ بائی لیٹرلی ایکسیپٹڈ گراؤنڈ کہ دونوں فریق یہ مان رہے ہیں کہ ہم اس کو دیکھ ہی نہیں سکتے۔</w:t>
      </w:r>
    </w:p>
    <w:p>
      <w:r>
        <w:rPr>
          <w:b/>
        </w:rPr>
        <w:t xml:space="preserve">[24:20] </w:t>
      </w:r>
      <w:r>
        <w:t>to pehle yeh baat jo hoti hai, wo one sided claim ki hesiyat karti thi. ab wo bilaterally accepted ground mil gaya hamein ke hum keh sakein ke tum khud apne jis cheez ko accept kar rahe ho, us ke mutabiq hai tumhare liye wo unseen hai.</w:t>
      </w:r>
    </w:p>
    <w:p>
      <w:pPr>
        <w:jc w:val="right"/>
      </w:pPr>
      <w:r>
        <w:t>تو پہلے یہ بات جو ہوتی ہے، وہ ون سائیڈڈ کلیم کی حیثیت کرتی تھی۔ اب وہ بائی لیٹرلی ایکسیپٹڈ گراؤنڈ مل گیا ہمیں کہ ہم کہہ سکیں کہ تم خود اپنے جس چیز کو ایکسیپٹ کر رہے ہو، اس کے مطابق ہے تمہارے لیے وہ ان سین ہے۔</w:t>
      </w:r>
    </w:p>
    <w:p>
      <w:r>
        <w:rPr>
          <w:b/>
        </w:rPr>
        <w:t xml:space="preserve">[24:39] </w:t>
      </w:r>
      <w:r>
        <w:t>isi tarah se aap ko maloom hoga ke Khrushchev jo prime minister bana tha Russia ka, yani communist Russia ka, to 1957 mein Russia ne pehla rocket bheja tha space mein,</w:t>
      </w:r>
    </w:p>
    <w:p>
      <w:pPr>
        <w:jc w:val="right"/>
      </w:pPr>
      <w:r>
        <w:t>اسی طرح سے آپ کو معلوم ہوگا کہ کروشیو جو پرائم منسٹر بنا تھا رشیا کا، یعنی کمیونسٹ روس کا، تو 1957 میں رشیا نے پہلا راکٹ بھیجا تھا اسپیس میں،</w:t>
      </w:r>
    </w:p>
    <w:p>
      <w:r>
        <w:rPr>
          <w:b/>
        </w:rPr>
        <w:t xml:space="preserve">[24:55] </w:t>
      </w:r>
      <w:r>
        <w:t>jis ka naam hota tha Sputnik. Sputnik pehla rocket tha jo upar gaya aur chand ke gird wo us ne wo ghuma, ghoom kar ke wapas aaya,</w:t>
      </w:r>
    </w:p>
    <w:p>
      <w:pPr>
        <w:jc w:val="right"/>
      </w:pPr>
      <w:r>
        <w:t>جس کا نام ہوتا تھا اسپوٹنک۔ اسپوٹنک پہلا راکٹ تھا جو اوپر گیا اور چاند کے گرد وہ اس نے وہ گھوما، گھوم کر کے واپس آیا،</w:t>
      </w:r>
    </w:p>
    <w:p>
      <w:r>
        <w:rPr>
          <w:b/>
        </w:rPr>
        <w:t xml:space="preserve">[25:08] </w:t>
      </w:r>
      <w:r>
        <w:t>photo li hai us ne. to Khrushchev ne us waqt kaha tha ke hamara rocket space mein door tak gaya aur aur telescope ke us mein fit thi, kahin khuda dikhai nahi diya.</w:t>
      </w:r>
    </w:p>
    <w:p>
      <w:pPr>
        <w:jc w:val="right"/>
      </w:pPr>
      <w:r>
        <w:t>فوٹو لی ہے اس نے۔ تو کریسٹیو نے اس وقت کہا تھا کہ ہمارا راکٹ اسپیس میں دور تک گیا اور اور ٹیلیسکوپ کے اس میں فٹ تھی، کہیں خدا دکھائی نہیں دیا۔</w:t>
      </w:r>
    </w:p>
    <w:p>
      <w:r>
        <w:rPr>
          <w:b/>
        </w:rPr>
        <w:t xml:space="preserve">[25:20] </w:t>
      </w:r>
      <w:r>
        <w:t>to khuda khuda kuch bhi nahi hai. yeh baat hai ab se, yani 51 years pehle ki, yani 1957 ki.</w:t>
      </w:r>
    </w:p>
    <w:p>
      <w:pPr>
        <w:jc w:val="right"/>
      </w:pPr>
      <w:r>
        <w:t>تو خدا خدا کچھ بھی نہیں ہے۔ یہ بات ہے اب سے، یعنی 51 ایئرز پہلے کی، یعنی 1957 کی۔</w:t>
      </w:r>
    </w:p>
    <w:p>
      <w:r>
        <w:rPr>
          <w:b/>
        </w:rPr>
        <w:t xml:space="preserve">[25:31] </w:t>
      </w:r>
      <w:r>
        <w:t>is waqt yeh cheez discover nahi hui thi ke universe ka 96 percent jo hai, observable hi nahi hai. woh series dark matter is waqt discover nahi hua tha.</w:t>
      </w:r>
    </w:p>
    <w:p>
      <w:pPr>
        <w:jc w:val="right"/>
      </w:pPr>
      <w:r>
        <w:t>اس وقت یہ چیز ڈسکور نہیں ہوئی تھی کہ یونیورس کا 96 پرسنٹ جو ہے، ابزرویبل ہی نہیں ہے۔ وہ سیریز ڈارک میٹر اس وقت ڈسکور نہیں ہوا تھا۔</w:t>
      </w:r>
    </w:p>
    <w:p>
      <w:r>
        <w:rPr>
          <w:b/>
        </w:rPr>
        <w:t xml:space="preserve">[25:44] </w:t>
      </w:r>
      <w:r>
        <w:t>is waqt is liye aisa baat bolay. woh aaj hum keh sakte hain ke tum kaise daikhoge? tumhara rocket kaise daikh payega? kyunke daikhne ke liye jo light chahiye, woh light maujood nahi hai.</w:t>
      </w:r>
    </w:p>
    <w:p>
      <w:pPr>
        <w:jc w:val="right"/>
      </w:pPr>
      <w:r>
        <w:t>اس وقت اس لیے ایسا بات بولے۔ وہ آج ہم کہہ سکتے ہیں کہ تم کیسے دیکھو گے؟ تمہارا راکٹ کیسے دیکھ پائے گا؟ کیونکہ دیکھنے کے لیے جو لائٹ چاہیے، وہ لائٹ موجود نہیں ہے۔</w:t>
      </w:r>
    </w:p>
    <w:p>
      <w:r>
        <w:rPr>
          <w:b/>
        </w:rPr>
        <w:t xml:space="preserve">[25:57] </w:t>
      </w:r>
      <w:r>
        <w:t>hum jis cheez ko daikh paate hain, galaxy ko ya sun ko, stars ko, to is liye ke wahan se light aa rahi hai. rest of the matter jo hai, woh apni light hi nahi aane deta.</w:t>
      </w:r>
    </w:p>
    <w:p>
      <w:pPr>
        <w:jc w:val="right"/>
      </w:pPr>
      <w:r>
        <w:t>ہم جس چیز کو دیکھ پاتے ہیں، گلیکسی کو یا سن کو، اسٹارز کو، تو اس لیے کہ وہاں سے لائٹ آ رہی ہے۔ ریسٹ آف دا میٹر جو ہے، وہ اپنی لائٹ ہی نہیں آنے دیتا۔</w:t>
      </w:r>
    </w:p>
    <w:p>
      <w:r>
        <w:rPr>
          <w:b/>
        </w:rPr>
        <w:t xml:space="preserve">[26:09] </w:t>
      </w:r>
      <w:r>
        <w:t>to aap dekhen kaise is ko. isi ko main keh raha hoon ke by-laterally accepted ground par baat ko kehna mumkin ho gaya hai, jo pehle mumkin</w:t>
      </w:r>
    </w:p>
    <w:p>
      <w:pPr>
        <w:jc w:val="right"/>
      </w:pPr>
      <w:r>
        <w:t>تو آپ دیکھیں کیسے اس کو۔ اسی کو میں کہہ رہا ہوں کہ بائی لیٹرلی ایکسیپٹڈ گراؤنڈ پر بات کو کہنا ممکن ہو گیا ہے، جو پہلے ممکن</w:t>
      </w:r>
    </w:p>
    <w:p>
      <w:r>
        <w:rPr>
          <w:b/>
        </w:rPr>
        <w:t xml:space="preserve">[26:17] </w:t>
      </w:r>
      <w:r>
        <w:t>nahi hota tha. to jis cheez ko dekhen, kaha gaya hai ke azamun naasi sahatun in rabbil aalameen is se murad yahi mere nazdeek, jahan tak maine bahut dinon tak ghor kiya, is par bahut dinon tak ghor kiya ke matlab kya hai is ka.</w:t>
      </w:r>
    </w:p>
    <w:p>
      <w:pPr>
        <w:jc w:val="right"/>
      </w:pPr>
      <w:r>
        <w:t>نہیں ہوتا تھا۔ تو جس چیز کو دیکھیں، کہا گیا ہے کہ عَظْمُ النَّاسِ سَحَاطٌ عِنْ رَبِّ الْعَالَمِينَ اس سے مراد یہی میرے نزدیک، جہاں تک میں نے بہت دنوں تک غور کیا، اس پر بہت دنوں تک غور کیا کہ مطلب کیا ہے اس کا۔</w:t>
      </w:r>
    </w:p>
    <w:p>
      <w:r>
        <w:rPr>
          <w:b/>
        </w:rPr>
        <w:t xml:space="preserve">[26:31] </w:t>
      </w:r>
      <w:r>
        <w:t>bahut dinon tak socha maine, tab yeh baat arz kar raha hoon aap ke samne ke dawah mission jo hai, jo chal raha hai Hazrat Adam se, to pichle hazaron saal tak woh chalta tha unilaterally ground par tha.</w:t>
      </w:r>
    </w:p>
    <w:p>
      <w:pPr>
        <w:jc w:val="right"/>
      </w:pPr>
      <w:r>
        <w:t>بہت دنوں تک سوچا میں نے، تب یہ بات عرض کر رہا ہوں آپ کے سامنے کہ دعویٰ مشن جو ہے، جو چل رہا ہے حضرت آدم سے، تو پچھلے ہزاروں سال تک وہ چلتا تھا یونی لیٹرل گراؤنڈ پر تھا۔</w:t>
      </w:r>
    </w:p>
    <w:p>
      <w:r>
        <w:rPr>
          <w:b/>
        </w:rPr>
        <w:t xml:space="preserve">[26:47] </w:t>
      </w:r>
      <w:r>
        <w:t>yani jo jo jo sunne wala hai, jo audience hai, jis ko hum address kar rahe hain, to addresser jo baat keh raha hai, woh addressary ka acceptable, accepted ground nahi hai.</w:t>
      </w:r>
    </w:p>
    <w:p>
      <w:pPr>
        <w:jc w:val="right"/>
      </w:pPr>
      <w:r>
        <w:t>یعنی جو جو جو سننے والا ہے، جو آڈینس ہے، جس کو ہم ایڈریس کر رہے ہیں، تو ایڈریسر جو بات کہہ رہا ہے، وہ ایڈریسری کا ایکسیپٹیبل، ایکسیپٹڈ گراؤنڈ نہیں ہے۔</w:t>
      </w:r>
    </w:p>
    <w:p>
      <w:r>
        <w:rPr>
          <w:b/>
        </w:rPr>
        <w:t xml:space="preserve">[27:01] </w:t>
      </w:r>
      <w:r>
        <w:t>iski maujood</w:t>
      </w:r>
    </w:p>
    <w:p>
      <w:pPr>
        <w:jc w:val="right"/>
      </w:pPr>
      <w:r>
        <w:t>اس کی موجود</w:t>
      </w:r>
    </w:p>
    <w:p>
      <w:r>
        <w:rPr>
          <w:b/>
        </w:rPr>
        <w:t xml:space="preserve">[27:07] </w:t>
      </w:r>
      <w:r>
        <w:t>. ab science ne jo jo discoveries ki hain, is ke baad pehli baar yeh cheez possible ho gayi hai ke aap ek aisi baat kahein, jis ke liye pehle se woh maujood ho ground, us ko manne par majboor ho.</w:t>
      </w:r>
    </w:p>
    <w:p>
      <w:pPr>
        <w:jc w:val="right"/>
      </w:pPr>
      <w:r>
        <w:t>۔ اب سائنس نے جو جو ڈسکوریز کی ہیں، اس کے بعد پہلی بار یہ چیز پاسیبل ہو گئی ہے کہ آپ ایک ایسی بات کہیں، جس کے لیے پہلے سے وہ موجود ہو گراؤنڈ، اس کو ماننے پر مجبور ہو۔</w:t>
      </w:r>
    </w:p>
    <w:p>
      <w:r>
        <w:rPr>
          <w:b/>
        </w:rPr>
        <w:t xml:space="preserve">[27:22] </w:t>
      </w:r>
      <w:r>
        <w:t>woh woh manne par majboor ho ke Khuda ko to aap dekh hi nahi sakte, paradise ko to aap dekh hi nahi sakte. kaise dekho ge jabke tumhare aur us ke beech mein light hi nahi hai?</w:t>
      </w:r>
    </w:p>
    <w:p>
      <w:pPr>
        <w:jc w:val="right"/>
      </w:pPr>
      <w:r>
        <w:t>وہ وہ ماننے پر مجبور ہو کہ خدا کو تو آپ دیکھ ہی نہیں سکتے، پارڈائز کو تو آپ دیکھ ہی نہیں سکتے۔ کیسے دیکھو گے جبکہ تمہارے اور اس کے بیچ میں لائٹ ہی نہیں ہے؟</w:t>
      </w:r>
    </w:p>
    <w:p>
      <w:r>
        <w:rPr>
          <w:b/>
        </w:rPr>
        <w:t xml:space="preserve">[27:40] </w:t>
      </w:r>
      <w:r>
        <w:t>yeh hai by-laterally accepted ground, us ko maine kaha. to yeh aakhri zamane mein isi ko maine kaha ke final rule of the prophetic mission.</w:t>
      </w:r>
    </w:p>
    <w:p>
      <w:pPr>
        <w:jc w:val="right"/>
      </w:pPr>
      <w:r>
        <w:t>یہ ہے بائی لیٹرلی ایکسیپٹڈ گراؤنڈ، اس کو میں نے کہا۔ تو یہ آخری زمانے میں اسی کو میں نے کہا کہ فائنل رول آف دا پرافٹک مشن۔</w:t>
      </w:r>
    </w:p>
    <w:p>
      <w:r>
        <w:rPr>
          <w:b/>
        </w:rPr>
        <w:t xml:space="preserve">[27:53] </w:t>
      </w:r>
      <w:r>
        <w:t>to prophetic mission chal raha hai hazaron saal se, hazaron saal se, hazaron saal se, lekin woh chal raha tha unilateral ground par.</w:t>
      </w:r>
    </w:p>
    <w:p>
      <w:pPr>
        <w:jc w:val="right"/>
      </w:pPr>
      <w:r>
        <w:t>تو پرافٹک مشن چل رہا ہے ہزاروں سال سے، ہزاروں سال سے، ہزاروں سال سے، لیکن وہ چل رہا تھا یونی لیٹرل گراؤنڈ پر۔</w:t>
      </w:r>
    </w:p>
    <w:p>
      <w:r>
        <w:rPr>
          <w:b/>
        </w:rPr>
        <w:t xml:space="preserve">[28:01] </w:t>
      </w:r>
      <w:r>
        <w:t>ab yeh possible ho gaya hai science ke discoveries ke baad ke us ko by-laterally accepted ground par pesh kiya sake.</w:t>
      </w:r>
    </w:p>
    <w:p>
      <w:pPr>
        <w:jc w:val="right"/>
      </w:pPr>
      <w:r>
        <w:t>اب یہ پاسیبل ہو گیا ہے سائنس کے ڈسکوریز کے بعد کہ اس کو بائی لیٹرلی ایکسیپٹڈ گراؤنڈ پر پیش کیا سکے۔</w:t>
      </w:r>
    </w:p>
    <w:p>
      <w:r>
        <w:rPr>
          <w:b/>
        </w:rPr>
        <w:t xml:space="preserve">[28:11] </w:t>
      </w:r>
      <w:r>
        <w:t>jaise misaal ke taur par dekhiye, jitne philosophers the, woh yeh kehte the ke yeh jo universe hai, yeh hamesha se hai, eternally yeh chala ara</w:t>
      </w:r>
    </w:p>
    <w:p>
      <w:pPr>
        <w:jc w:val="right"/>
      </w:pPr>
      <w:r>
        <w:t>جیسے مثال کے طور پر دیکھیے، جتنے فلاسفرز تھے، وہ یہ کہتے تھے کہ یہ جو یونیورس ہے، یہ ہمیشہ سے ہے، ایٹرنلی یہ چلا آ رہ</w:t>
      </w:r>
    </w:p>
    <w:p>
      <w:r>
        <w:rPr>
          <w:b/>
        </w:rPr>
        <w:t xml:space="preserve">[28:28] </w:t>
      </w:r>
      <w:r>
        <w:t>ha hai. is ki koi beginning nahi hai, is ki koi beginning nahi hai. aur prophet kehte the ke is ki beginning hai, Khuda ne ek khaas din is ko paida kiya hai.</w:t>
      </w:r>
    </w:p>
    <w:p>
      <w:pPr>
        <w:jc w:val="right"/>
      </w:pPr>
      <w:r>
        <w:t>ا ہے۔ اس کی کوئی بگننگ نہیں ہے، اس کی کوئی بگننگ نہیں ہے۔ اور پرافٹ کہے تھے کہ اس کی بگننگ ہے، خدا نے ایک خاص دن اس کو پیدا کیا ہے۔</w:t>
      </w:r>
    </w:p>
    <w:p>
      <w:r>
        <w:rPr>
          <w:b/>
        </w:rPr>
        <w:t xml:space="preserve">[28:40] </w:t>
      </w:r>
      <w:r>
        <w:t>to jo insan ki jo, yani us waqt jo hai, woh ground nahi bani thi ke hum yeh keh sakein, un ko woh kar sakein, refute kar sakein.</w:t>
      </w:r>
    </w:p>
    <w:p>
      <w:pPr>
        <w:jc w:val="right"/>
      </w:pPr>
      <w:r>
        <w:t>تو جو انسان کی جو، یعنی اس وقت جو ہے، وہ گراؤنڈ نہیں بنی تھی کہ ہم یہ کہہ سکیں، ان کو وہ کر سکیں، ریفیوٹ کر سکیں۔</w:t>
      </w:r>
    </w:p>
    <w:p>
      <w:r>
        <w:rPr>
          <w:b/>
        </w:rPr>
        <w:t xml:space="preserve">[28:52] </w:t>
      </w:r>
      <w:r>
        <w:t>20th century ke first quarter mein ek discovery hui, jis ko hum kehte hain big bang.</w:t>
      </w:r>
    </w:p>
    <w:p>
      <w:pPr>
        <w:jc w:val="right"/>
      </w:pPr>
      <w:r>
        <w:t>20 سینچری کے فرسٹ کوارٹر میں ایک ڈسکوری ہوئی، جس کو ہم کہتے ہیں بگ بینگ۔</w:t>
      </w:r>
    </w:p>
    <w:p>
      <w:r>
        <w:rPr>
          <w:b/>
        </w:rPr>
        <w:t xml:space="preserve">[29:01] </w:t>
      </w:r>
      <w:r>
        <w:t>big bang, big bang discover hui. big bang ne yeh bataya ke ek ek khaas time tha, ab se taqreeban 15 billion saal pehle, jab ke ek explosion hua.</w:t>
      </w:r>
    </w:p>
    <w:p>
      <w:pPr>
        <w:jc w:val="right"/>
      </w:pPr>
      <w:r>
        <w:t>بگ بینگ، بگ بینگ ڈسکور ہوئی۔ بگ بینگ نے یہ بتایا کہ ایک ایک خاص ٹائم تھا، اب سے تقریباً 15 بلین سال پہلے، جب کہ ایک ایکسپلوژن ہوا۔</w:t>
      </w:r>
    </w:p>
    <w:p>
      <w:r>
        <w:rPr>
          <w:b/>
        </w:rPr>
        <w:t xml:space="preserve">[29:14] </w:t>
      </w:r>
      <w:r>
        <w:t>is explosion ke baad yeh sari universe ban gayi.</w:t>
      </w:r>
    </w:p>
    <w:p>
      <w:pPr>
        <w:jc w:val="right"/>
      </w:pPr>
      <w:r>
        <w:t>اس ایکسپلوژن کے بعد یہ ساری یونیورس بن گئی۔</w:t>
      </w:r>
    </w:p>
    <w:p>
      <w:r>
        <w:rPr>
          <w:b/>
        </w:rPr>
        <w:t xml:space="preserve">[29:17] </w:t>
      </w:r>
      <w:r>
        <w:t>yeh yeh galaxy, aur yeh stars, yeh planets, yeh zameen, yeh suraj, is ke baad bane. to big bang theory jo hai, woh pehle insan ko maloom nahi thi ke ek ek ek aisa explosion hua hai.</w:t>
      </w:r>
    </w:p>
    <w:p>
      <w:pPr>
        <w:jc w:val="right"/>
      </w:pPr>
      <w:r>
        <w:t>یہ یہ گلیکسی، اور یہ سٹارز، یہ پلینٹس، یہ زمین، یہ سورج، اس کے بعد بنے۔ تو بگ بینگ تھیوری جو ہے، وہ پہلے انسان کو معلوم نہیں تھی کہ ایک ایک ایک ایسا ایکسپلوژن ہوا ہے۔</w:t>
      </w:r>
    </w:p>
    <w:p>
      <w:r>
        <w:rPr>
          <w:b/>
        </w:rPr>
        <w:t xml:space="preserve">[29:32] </w:t>
      </w:r>
      <w:r>
        <w:t>is explosion se kainat banna shuru hui hai. to ab yahan par dekhiye, ek by-laterally accepted ground wajood mein aa gaya.</w:t>
      </w:r>
    </w:p>
    <w:p>
      <w:pPr>
        <w:jc w:val="right"/>
      </w:pPr>
      <w:r>
        <w:t>اس ایکسپلوژن سے کائنات بننا شروع ہوئی ہے۔ تو اب یہاں پر دیکھیے، ایک بائی لیٹرلی ایکسیپٹڈ گراؤنڈ وجود میں آ گیا۔</w:t>
      </w:r>
    </w:p>
    <w:p>
      <w:r>
        <w:rPr>
          <w:b/>
        </w:rPr>
        <w:t xml:space="preserve">[29:42] </w:t>
      </w:r>
      <w:r>
        <w:t>pehla jab hum kehte the ke Khuda ne banaya hai ek khaas date ko duniya, to hum to hum to kehte the, lekin jo audience tha hamara, jo madu tha, us ke haan us ke liye koi background maujood nahi hoti thi.</w:t>
      </w:r>
    </w:p>
    <w:p>
      <w:pPr>
        <w:jc w:val="right"/>
      </w:pPr>
      <w:r>
        <w:t>پہلے جب ہم کہتے تھے کہ خدا نے بنایا ہے ایک خاص ڈیٹ کو دنیا، تو ہم تو ہم تو کہتے تھے، لیکن جو آڈینس تھا ہمارا، جو مدعو تھا، اس کے ہاں اس کے لیے کوئی بیک گراؤنڈ موجود نہیں ہوتی تھی۔</w:t>
      </w:r>
    </w:p>
    <w:p>
      <w:r>
        <w:rPr>
          <w:b/>
        </w:rPr>
        <w:t xml:space="preserve">[29:55] </w:t>
      </w:r>
      <w:r>
        <w:t>to hamara sirf claim hota tha, claim woh maane ya na maane. ab us ko manne par majboor hona padta hai ke yeh sahi hai ke duniya ek khaas tareekh ko bani.</w:t>
      </w:r>
    </w:p>
    <w:p>
      <w:pPr>
        <w:jc w:val="right"/>
      </w:pPr>
      <w:r>
        <w:t>تو ہمارا صرف کلیم ہوتا تھا، کلیم وہ مانے یا نہ مانے۔ اب اس کو ماننے پر مجبور ہونا پڑتا ہے کہ یہ صحیح ہے کہ دنیا ایک خاص تاریخ کو بنی۔</w:t>
      </w:r>
    </w:p>
    <w:p>
      <w:r>
        <w:rPr>
          <w:b/>
        </w:rPr>
        <w:t xml:space="preserve">[30:07] </w:t>
      </w:r>
      <w:r>
        <w:t>hamesha se nahi chali aa rahi hai. yeh</w:t>
      </w:r>
    </w:p>
    <w:p>
      <w:pPr>
        <w:jc w:val="right"/>
      </w:pPr>
      <w:r>
        <w:t>ہمیشہ سے نہیں چلی آ رہی ہے۔ یہ</w:t>
      </w:r>
    </w:p>
    <w:p>
      <w:r>
        <w:rPr>
          <w:b/>
        </w:rPr>
        <w:t xml:space="preserve">[30:11] </w:t>
      </w:r>
      <w:r>
        <w:t>aise hi dekhiye, end ki baat Quran mein baar baar kaha gaya tha ke duniya ka ek end hai, end hai, end hai. log kehte the ke nahi, yeh chali ja rahi hai, yeh chali ja rahi hai,</w:t>
      </w:r>
    </w:p>
    <w:p>
      <w:pPr>
        <w:jc w:val="right"/>
      </w:pPr>
      <w:r>
        <w:t>ایسے ہی دیکھیے، اینڈ کی بات قرآن میں بار بار کہا گیا تھا کہ دنیا کا ایک اینڈ ہے، اینڈ ہے، اینڈ ہے۔ لوگ کہتے تھے کہ نہیں، یہ چلی جا رہی ہے، یہ چلی جا رہی ہے،</w:t>
      </w:r>
    </w:p>
    <w:p>
      <w:r>
        <w:rPr>
          <w:b/>
        </w:rPr>
        <w:t xml:space="preserve">[30:25] </w:t>
      </w:r>
      <w:r>
        <w:t>yeh khatam hone wali nahi hai. yani hamesha se, hamesha rahegi yeh. lekin ab global warming ne pehli baar yeh bataya hai ke duniya to uska end ho raha hai, end uska ho raha hai.</w:t>
      </w:r>
    </w:p>
    <w:p>
      <w:pPr>
        <w:jc w:val="right"/>
      </w:pPr>
      <w:r>
        <w:t>یہ ختم ہونے والی نہیں ہے۔ یعنی ہمیشہ سے، ہمیشہ رہے گی یہ۔ لیکن اب گلوبل وارمنگ نے پہلی بار یہ بتایا ہے کہ دنیا تو اس کا اینڈ ہو رہا ہے، اینڈ اس کا ہو رہا ہے۔</w:t>
      </w:r>
    </w:p>
    <w:p>
      <w:r>
        <w:rPr>
          <w:b/>
        </w:rPr>
        <w:t xml:space="preserve">[30:40] </w:t>
      </w:r>
      <w:r>
        <w:t>aap jante hain ke scientific community jo 25 hazar scientist duniya bhar ke ikhatta hui hai,</w:t>
      </w:r>
    </w:p>
    <w:p>
      <w:pPr>
        <w:jc w:val="right"/>
      </w:pPr>
      <w:r>
        <w:t>آپ جانتے ہیں کہ سائنٹیفک کمیونٹی جو 25 ہزار سائنٹسٹ دنیا بھر کے اکٹھا ہوئی ہے،</w:t>
      </w:r>
    </w:p>
    <w:p>
      <w:r>
        <w:rPr>
          <w:b/>
        </w:rPr>
        <w:t xml:space="preserve">[30:49] </w:t>
      </w:r>
      <w:r>
        <w:t>aur unhone ek saal tak sara observation kiya, aur unanimously unhone kaha hai ke yeh jo jo points chal raha hai, yeh irreversible hai, irreversible hai.</w:t>
      </w:r>
    </w:p>
    <w:p>
      <w:pPr>
        <w:jc w:val="right"/>
      </w:pPr>
      <w:r>
        <w:t>اور انہوں نے ایک سال تک سارا ابزرویشن کیا، اور یونینیمسلی انہوں نے کہا ہے کہ یہ جو جو پوائنٹس چل رہا ہے، یہ اریورسیبل ہے، اریورسیبل ہے۔</w:t>
      </w:r>
    </w:p>
    <w:p>
      <w:r>
        <w:rPr>
          <w:b/>
        </w:rPr>
        <w:t xml:space="preserve">[31:03] </w:t>
      </w:r>
      <w:r>
        <w:t>glacier pighal rahe hain, aur global warming ki wajah se sara balance toot raha hai, aur jo insect mar rahe hain, aur bahut sare earth quake aa rahe hain, aur flood samundaron mein aa raha hai, sara pollution barhta chala ja raha hai.</w:t>
      </w:r>
    </w:p>
    <w:p>
      <w:pPr>
        <w:jc w:val="right"/>
      </w:pPr>
      <w:r>
        <w:t>گلیشیئر پگھل رہے ہیں، اور گلوبل وارمنگ کی وجہ سے سارا بیلنس ٹوٹ رہا ہے، اور جو انسیکٹ مر رہے ہیں، اور بہت سارے ارتھ کو ایک آ رہے ہیں، اور فلڈ سمندروں میں آ رہا ہے، سارا پولیوشن بڑھتا چلا جا رہا ہے۔</w:t>
      </w:r>
    </w:p>
    <w:p>
      <w:r>
        <w:rPr>
          <w:b/>
        </w:rPr>
        <w:t xml:space="preserve">[31:23] </w:t>
      </w:r>
      <w:r>
        <w:t>is ko hum irreversible lenge. is ka matlab hai ke is ko end to aane hi aana hai. koi scientist kehta hai ke 20 saal mein aa sakta hai, koi kehta hai ke 40 saal mein, koi kehta hai 50</w:t>
      </w:r>
    </w:p>
    <w:p>
      <w:pPr>
        <w:jc w:val="right"/>
      </w:pPr>
      <w:r>
        <w:t>اس کو ہم اریورسیبل لیں گے۔ اس کا معنی ہے کہ اس کو اینڈ تو آنے ہی آنا ہے۔ کوئی سائنٹسٹ کہتا ہے کہ 20 سال میں آ سکتا ہے، کوئی کہتا ہے کہ 40 سال میں، کوئی کہتا ہے 50</w:t>
      </w:r>
    </w:p>
    <w:p>
      <w:r>
        <w:rPr>
          <w:b/>
        </w:rPr>
        <w:t xml:space="preserve">[31:33] </w:t>
      </w:r>
      <w:r>
        <w:t>. 50 se upar koi nahi gaya hai ke 50 saal ke andar andar sab kuch khatam ho jayega. to pehle jab yeh kaha jata tha ke duniya ka ek end hai, is ke liye sunne wale ke haan koi koi ground maujood nahi hua karti thi.</w:t>
      </w:r>
    </w:p>
    <w:p>
      <w:pPr>
        <w:jc w:val="right"/>
      </w:pPr>
      <w:r>
        <w:t>۔ 50 سے اوپر کوئی نہیں گیا ہے کہ 50 سال کے اندر اندر سب کچھ ختم ہو جائے گا۔ تو پہلے جب یہ کہا جاتا تھا کہ دنیا کا ایک اینڈ ہے، اس کے لیے سننے والے کے ہاں کوئی کوئی گراؤنڈ موجود نہیں ہوا کرتی تھی۔</w:t>
      </w:r>
    </w:p>
    <w:p>
      <w:r>
        <w:rPr>
          <w:b/>
        </w:rPr>
        <w:t xml:space="preserve">[31:49] </w:t>
      </w:r>
      <w:r>
        <w:t>ab yeh baat jo hai, yeh ab yeh bilaterally accepted ground par keh sakte hain aap ke khud scientific discovery bata rahi hai ke duniya ka ek end hai. ab kaise tum is ko refute karoge?</w:t>
      </w:r>
    </w:p>
    <w:p>
      <w:pPr>
        <w:jc w:val="right"/>
      </w:pPr>
      <w:r>
        <w:t>اب یہ بات جو ہے، یہ اب یہ بائی لیٹرلی ایکسیپٹڈ گراؤنڈ پر کہہ سکتے ہیں آپ کہ خود سائنٹیفک ڈسکوری بتا رہی ہے کہ دنیا کا ایک اینڈ ہے۔ اب کیسے تم اس کو ریفیوٹ کرو گے؟</w:t>
      </w:r>
    </w:p>
    <w:p>
      <w:r>
        <w:rPr>
          <w:b/>
        </w:rPr>
        <w:t xml:space="preserve">[32:03] </w:t>
      </w:r>
      <w:r>
        <w:t>pehche ko mein keh raha hoon ke pehle zamane mein jo hamari jo dawat mission tha, us ko unilaterally ground par kehna padta tha.</w:t>
      </w:r>
    </w:p>
    <w:p>
      <w:pPr>
        <w:jc w:val="right"/>
      </w:pPr>
      <w:r>
        <w:t>پیچھے کو میں کہہ رہا ہوں کہ پہلے زمانے میں جو ہماری جو دعوتی مشن تھا، اس کو یونی لیٹرل گراؤنڈ پر کہنا پڑتا تھا۔</w:t>
      </w:r>
    </w:p>
    <w:p>
      <w:r>
        <w:rPr>
          <w:b/>
        </w:rPr>
        <w:t xml:space="preserve">[32:13] </w:t>
      </w:r>
      <w:r>
        <w:t>yani aadmi ek baat claim kar raha hai, us ko describe karta hai, koi reason deta hai. ab aadmi maane ya na maane, ab jo hai, is khud aadmi ke apne accepted ground par aap is baat ko keh sakte hain.</w:t>
      </w:r>
    </w:p>
    <w:p>
      <w:pPr>
        <w:jc w:val="right"/>
      </w:pPr>
      <w:r>
        <w:t>یعنی آدمی ایک بات کلیم کر رہا ہے، اس کو ڈسکرائب کرتا ہے، کوئی ریزن دیتا ہے۔ اب آدمی مانے یا نہ مانے، اب جو ہے، اس خود آدمی کے اپنے ایکسیپٹڈ گراؤنڈ پر آپ اس بات کو کہہ سکتے ہیں۔</w:t>
      </w:r>
    </w:p>
    <w:p>
      <w:r>
        <w:rPr>
          <w:b/>
        </w:rPr>
        <w:t xml:space="preserve">[32:27] </w:t>
      </w:r>
      <w:r>
        <w:t>pehche ko mein keh raha hoon ke pehle daawa mission chalta tha unilateral ground par, ab yeh possible ho gaya hai ke bilaterally accepted ground par aap baat ko pesh karen.</w:t>
      </w:r>
    </w:p>
    <w:p>
      <w:pPr>
        <w:jc w:val="right"/>
      </w:pPr>
      <w:r>
        <w:t>پیچھے کو میں کہہ رہا ہوں کہ پہلے دعویٰ مشن چلتا تھا یونی لیٹرل گراؤنڈ پر، اب یہ پاسیبل ہو گیا ہے کہ بائی لیٹرلی ایکسیپٹڈ گراؤنڈ پر آپ بات کو پیش کریں۔</w:t>
      </w:r>
    </w:p>
    <w:p>
      <w:r>
        <w:rPr>
          <w:b/>
        </w:rPr>
        <w:t xml:space="preserve">[32:40] </w:t>
      </w:r>
      <w:r>
        <w:t>yeh kitni bari baat hai!</w:t>
      </w:r>
    </w:p>
    <w:p>
      <w:pPr>
        <w:jc w:val="right"/>
      </w:pPr>
      <w:r>
        <w:t>یہ کتنی بڑی بات ہے!</w:t>
      </w:r>
    </w:p>
    <w:p>
      <w:r>
        <w:rPr>
          <w:b/>
        </w:rPr>
        <w:t xml:space="preserve">[32:44] </w:t>
      </w:r>
      <w:r>
        <w:t>yani common rational ground mil gaya hamein baat ko kehne ke liye. isi ko Khuda ne kaha ke is ko Rasool Allah ne farmaya ke azam un naasi sahaatun in rabbil</w:t>
      </w:r>
    </w:p>
    <w:p>
      <w:pPr>
        <w:jc w:val="right"/>
      </w:pPr>
      <w:r>
        <w:t>یعنی کامن ریشنل گراؤنڈ مل گیا ہمیں بات کو کہنے کے لیے۔ اسی کو خدا نے کہا کہ اس کو رسول اللہ نے فرمایا کہ عَظْمُ النَّاسِ سَحَاطٌ عِنْ رَبِّ ال</w:t>
      </w:r>
    </w:p>
    <w:p>
      <w:r>
        <w:rPr>
          <w:b/>
        </w:rPr>
        <w:t xml:space="preserve">[32:54] </w:t>
      </w:r>
      <w:r>
        <w:t>aalameen ke sab se bari gawahi hogi Allah taala ke nazdeek. yani gawahi ka matlab hota hai wahi jis ko hum daawa bolte hain.</w:t>
      </w:r>
    </w:p>
    <w:p>
      <w:pPr>
        <w:jc w:val="right"/>
      </w:pPr>
      <w:r>
        <w:t>ْعَالَمِينَ کہ سب سے بڑی گواہی ہوگی اللہ تعالی کے نزدیک۔ یعنی گواہی کا مطلب ہوتا ہے وہی جس کو ہم دعویٰ بولتے ہیں۔</w:t>
      </w:r>
    </w:p>
    <w:p>
      <w:r>
        <w:rPr>
          <w:b/>
        </w:rPr>
        <w:t xml:space="preserve">[33:03] </w:t>
      </w:r>
      <w:r>
        <w:t>daawa wahi usi ko gawahi bhi kehte hain. yani Quran mein daawa aur shahadat dono ko yani ek hi sense mein bola gaya hai.</w:t>
      </w:r>
    </w:p>
    <w:p>
      <w:pPr>
        <w:jc w:val="right"/>
      </w:pPr>
      <w:r>
        <w:t>دعویٰ وہی اسی کو گواہی بھی کہتے ہیں۔ یعنی قرآن میں دعویٰ اور شہادت دونوں کو یعنی ایک ہی سینس میں بولا گیا ہے۔</w:t>
      </w:r>
    </w:p>
    <w:p>
      <w:r>
        <w:rPr>
          <w:b/>
        </w:rPr>
        <w:t xml:space="preserve">[33:13] </w:t>
      </w:r>
      <w:r>
        <w:t>ek hi sense mein to kahin isi ko daawa kahega ke is ko shahadat kaha gaya hai.</w:t>
      </w:r>
    </w:p>
    <w:p>
      <w:pPr>
        <w:jc w:val="right"/>
      </w:pPr>
      <w:r>
        <w:t>ایک ہی سینس میں تو کہیں اسی کو دعویٰ کہے گا کہ اس کو شہادت کہا گیا ہے۔</w:t>
      </w:r>
    </w:p>
    <w:p>
      <w:r>
        <w:rPr>
          <w:b/>
        </w:rPr>
        <w:t xml:space="preserve">[33:18] </w:t>
      </w:r>
      <w:r>
        <w:t>to daawa work jo hai, daawa work zyada bare base par possible ho jayega. is ki taraf se ishara hai aur us woh ayat jo mein ne parhi yani chapter 41 ki, us mein bataya gaya tha ke yani future mein aisa hone wala hai ke aisi signs, aisi nishaniyan zahir hongi.</w:t>
      </w:r>
    </w:p>
    <w:p>
      <w:pPr>
        <w:jc w:val="right"/>
      </w:pPr>
      <w:r>
        <w:t>تو داؤ ورک جو ہے، داؤ ورک زیادہ بڑے بیس پر پاسیبل ہو جائے گا۔ اس کی طرف سے اشارہ ہے اور اس وہ آیت جو میں نے پڑھی یعنی چیپٹر 41 کی، اس میں بتایا گیا تھا کہ یعنی فیوچر میں ایسا ہونے والا ہے کہ ایسی سائنز، ایسی نشانیاں ظاہر ہوں گی۔</w:t>
      </w:r>
    </w:p>
    <w:p>
      <w:r>
        <w:rPr>
          <w:b/>
        </w:rPr>
        <w:t xml:space="preserve">[33:42] </w:t>
      </w:r>
      <w:r>
        <w:t>to wahi wahi hai signs yani scientific discovery ke zariye sari baatein aaj aap ke samne aa chuki</w:t>
      </w:r>
    </w:p>
    <w:p>
      <w:pPr>
        <w:jc w:val="right"/>
      </w:pPr>
      <w:r>
        <w:t>تو وہی وہی ہے سائنس یعنی سائنٹیفک ڈسکوری کے ذریعے ساری باتیں آج آپ کے سامنے آ چکی</w:t>
      </w:r>
    </w:p>
    <w:p>
      <w:r>
        <w:rPr>
          <w:b/>
        </w:rPr>
        <w:t xml:space="preserve">[33:48] </w:t>
      </w:r>
      <w:r>
        <w:t>hain. to yeh bohat is ki bohat lambi fehrist hai. misaal ke taur par dekhiye, pehle zamane ka insan jo hai, woh shirk ko manta tha. yani kai god kyun?</w:t>
      </w:r>
    </w:p>
    <w:p>
      <w:pPr>
        <w:jc w:val="right"/>
      </w:pPr>
      <w:r>
        <w:t>ہیں۔ تو یہ بہت اس کی بہت لمبی فہرست ہے۔ مثال کے طور پر دیکھیے، پہلے زمانے کا انسان جو ہے، وہ شرک کو مانتا تھا۔ یعنی کئی گاڈ کیوں؟</w:t>
      </w:r>
    </w:p>
    <w:p>
      <w:r>
        <w:rPr>
          <w:b/>
        </w:rPr>
        <w:t xml:space="preserve">[34:00] </w:t>
      </w:r>
      <w:r>
        <w:t>woh samajhta tha ke barish ho rahi hai to koi rain god hai, samundar hai to koi sea god hai, mountain hai to koi mount, uska koi god alag hai.</w:t>
      </w:r>
    </w:p>
    <w:p>
      <w:pPr>
        <w:jc w:val="right"/>
      </w:pPr>
      <w:r>
        <w:t>وہ سمجھتا تھا کہ بارش ہو رہی ہے تو کوئی رین گاڈ ہے، سمندر ہے تو کوئی سی گاڈ ہے، ماؤنٹین ہے تو کوئی ماؤنٹ، اس کا کوئی گاڈ الگ ہے۔</w:t>
      </w:r>
    </w:p>
    <w:p>
      <w:r>
        <w:rPr>
          <w:b/>
        </w:rPr>
        <w:t xml:space="preserve">[34:10] </w:t>
      </w:r>
      <w:r>
        <w:t>to bohat sare god hain, suraj bhi god hai aur chand bhi god hai.</w:t>
      </w:r>
    </w:p>
    <w:p>
      <w:pPr>
        <w:jc w:val="right"/>
      </w:pPr>
      <w:r>
        <w:t>تو بہت سارے گاڈ ہیں، سورج بھی گاڈ ہے اور چاند بھی گاڈ ہے۔</w:t>
      </w:r>
    </w:p>
    <w:p>
      <w:r>
        <w:rPr>
          <w:b/>
        </w:rPr>
        <w:t xml:space="preserve">[34:16] </w:t>
      </w:r>
      <w:r>
        <w:t>yeh different phenomena kyunke hain, is wajah se woh samajh liya ke Khuda bhi kai hain. lekin science mein aap jante hain ke is par barabar servo woh research hoti rahi, research hoti rahi.</w:t>
      </w:r>
    </w:p>
    <w:p>
      <w:pPr>
        <w:jc w:val="right"/>
      </w:pPr>
      <w:r>
        <w:t>یہ ڈفرنٹ فیناومینا چونکہ ہیں، اس وجہ سے وہ سمجھ لیا کہ خدا بھی کئی ہیں۔ لیکن سائنس میں آپ جانتے ہیں کہ اس پر برابر سرو وہ ریسرچ ہوتی رہی، ریسرچ ہوتی رہی۔</w:t>
      </w:r>
    </w:p>
    <w:p>
      <w:r>
        <w:rPr>
          <w:b/>
        </w:rPr>
        <w:t xml:space="preserve">[34:32] </w:t>
      </w:r>
      <w:r>
        <w:t>to Newton ke zamane mein yeh mana gaya tha ke four forces jo hain, woh control kar rahi hain. yeh bohat sare ko ghata ke unhone four banaya.</w:t>
      </w:r>
    </w:p>
    <w:p>
      <w:pPr>
        <w:jc w:val="right"/>
      </w:pPr>
      <w:r>
        <w:t>تو نیوٹن کے زمانے میں یہ مانا گیا تھا کہ فور فورسز جو ہیں، وہ کنٹرول کر رہی ہیں۔ یہ بہت سارے کو گھٹا کے انہوں نے فور بنایا۔</w:t>
      </w:r>
    </w:p>
    <w:p>
      <w:r>
        <w:rPr>
          <w:b/>
        </w:rPr>
        <w:t xml:space="preserve">[34:41] </w:t>
      </w:r>
      <w:r>
        <w:t>phir us ke baad aap ko maloom hai ke Dr. Abdus Salam ne aur ghataya us ko ke aur three tak laye. woh three forces hain. phir ab jo yeh jo theoretical science ka jo sab se bara professor hai, Stephen Hawking.</w:t>
      </w:r>
    </w:p>
    <w:p>
      <w:pPr>
        <w:jc w:val="right"/>
      </w:pPr>
      <w:r>
        <w:t>پھر اس کے بعد آپ کو معلوم ہے کہ ڈاکٹر عبدالسلام نے اور گھٹایا اس کو کہ اور تھری تک لائے۔ وہ تھری فورسز ہیں۔ پھر اب جو یہ جو جو تھیورٹیکل سائنس کا جو سب سے بڑا پروفیسر ہے، اسٹیفن ہاکنگ۔</w:t>
      </w:r>
    </w:p>
    <w:p>
      <w:r>
        <w:rPr>
          <w:b/>
        </w:rPr>
        <w:t xml:space="preserve">[34:58] </w:t>
      </w:r>
      <w:r>
        <w:t>Stephen Hawking ke zamane mein theoretical science ka sab se bara aadmi mana jata hai. Stephen Hawking</w:t>
      </w:r>
    </w:p>
    <w:p>
      <w:pPr>
        <w:jc w:val="right"/>
      </w:pPr>
      <w:r>
        <w:t>اسٹیفن ہاکنگ کے زمانے میں تھیورٹیکل سائنس کا سب سے بڑا آدمی مانا جاتا ہے۔ اسٹیفن ہاکنگ</w:t>
      </w:r>
    </w:p>
    <w:p>
      <w:r>
        <w:rPr>
          <w:b/>
        </w:rPr>
        <w:t xml:space="preserve">[35:05] </w:t>
      </w:r>
      <w:r>
        <w:t>us ne yeh prove kar diya hai ke ek hi force hai. is ko kehta hai ke single string theory. single string to pehle kai mante the log, phir char hua, phir teen hua.</w:t>
      </w:r>
    </w:p>
    <w:p>
      <w:pPr>
        <w:jc w:val="right"/>
      </w:pPr>
      <w:r>
        <w:t>اس نے یہ پروف کر دیا ہے کہ ایک ہی فورس ہے۔ اس کو کہتا ہے کہ سنگل سٹرنگ تھیوری۔ سنگل سٹرنگ تو پہلے کئی مانتے تھے لوگ، پھر چار ہوا، پھر تین ہوا۔</w:t>
      </w:r>
    </w:p>
    <w:p>
      <w:r>
        <w:rPr>
          <w:b/>
        </w:rPr>
        <w:t xml:space="preserve">[35:19] </w:t>
      </w:r>
      <w:r>
        <w:t>ab single string, jis ka matlab hai ke yahan pe aap dekhiye ke tauheed ke liye background hasil ho gayi. jab kaha jata tha ke Khuda ek hai, Khaliq ek hai, creator ek hai,</w:t>
      </w:r>
    </w:p>
    <w:p>
      <w:pPr>
        <w:jc w:val="right"/>
      </w:pPr>
      <w:r>
        <w:t>اب سنگل سٹرنگ، جس کا معنی ہے کہ یہاں پہ آپ دیکھیے کہ توحید کے لیے بیک گراؤنڈ حاصل ہو گئی۔ جب کہا جاتا تھا کہ خدا ایک ہے، خالق ایک ہے، کریٹر ایک ہے،</w:t>
      </w:r>
    </w:p>
    <w:p>
      <w:r>
        <w:rPr>
          <w:b/>
        </w:rPr>
        <w:t xml:space="preserve">[35:31] </w:t>
      </w:r>
      <w:r>
        <w:t>to us waqt yeh cheez sirf claim thi. kyunke jis ko hum address kar rahe the, jo hamara audience tha, us ke paas koi mutually accepted ground maujood nahi hua karti thi.</w:t>
      </w:r>
    </w:p>
    <w:p>
      <w:pPr>
        <w:jc w:val="right"/>
      </w:pPr>
      <w:r>
        <w:t>تو اس وقت یہ چیز صرف کلیم تھی۔ کیونکہ جس کو ہم ایڈریس کر رہے تھے، جو ہمارا آڈینس تھا، اس کے پاس کوئی میوچولی ایکسیپٹڈ گراؤنڈ موجود نہیں ہوا کرتی تھی۔</w:t>
      </w:r>
    </w:p>
    <w:p>
      <w:r>
        <w:rPr>
          <w:b/>
        </w:rPr>
        <w:t xml:space="preserve">[35:44] </w:t>
      </w:r>
      <w:r>
        <w:t>ab jo hai, dono taraf woh ground maujood ho chuki hai. kyunke jab science ne yeh bata diya, scientific discoveries ne aur scientific research ne ke ek hi single force hai jo pure kainat ko control kar rahi hai,</w:t>
      </w:r>
    </w:p>
    <w:p>
      <w:pPr>
        <w:jc w:val="right"/>
      </w:pPr>
      <w:r>
        <w:t>اب جو ہے، دونوں طرف وہ گراؤنڈ موجود ہو چکی ہے۔ کیونکہ جب سائنس نے یہ بتا دیا، سائنٹیفک ڈسکوریز نے اور سائنٹیفک ریسرچ نے کہ ایک ہی سنگل فورس ہے جو پورے کائنات کو کنٹرول کر رہی ہے،</w:t>
      </w:r>
    </w:p>
    <w:p>
      <w:r>
        <w:rPr>
          <w:b/>
        </w:rPr>
        <w:t xml:space="preserve">[36:00] </w:t>
      </w:r>
      <w:r>
        <w:t>to is ke maani hain ke ab probability toheed ke haq mein aa gayi. ab probability shirk ke haq mein nahin rahi. yaani shirk ke side mein ab probability nahin rahi.</w:t>
      </w:r>
    </w:p>
    <w:p>
      <w:pPr>
        <w:jc w:val="right"/>
      </w:pPr>
      <w:r>
        <w:t>تو اس کے معنی ہیں کہ اب پروبیبلیٹی توحید کے حق میں آ گئی۔ اب پروبیبلیٹی شرک کے حق میں نہیں رہی۔ یعنی شرک کے سائیڈ میں اب پروبیبلیٹی نہیں رہی۔</w:t>
      </w:r>
    </w:p>
    <w:p>
      <w:r>
        <w:rPr>
          <w:b/>
        </w:rPr>
        <w:t xml:space="preserve">[36:13] </w:t>
      </w:r>
      <w:r>
        <w:t>probability ab toheed ke side mein aa gayi. isi ko main kehta hoon ke by laterally accepted ground. yeh pehle kabhi nahin hua tha, pehle kabhi bhi nahin hua tha.</w:t>
      </w:r>
    </w:p>
    <w:p>
      <w:pPr>
        <w:jc w:val="right"/>
      </w:pPr>
      <w:r>
        <w:t>پروبیبلیٹی اب توحید کے سائیڈ میں آ گئی۔ اسی کو میں کہتا ہوں کہ بائی لیٹرلی ایکسیپٹڈ گراؤنڈ۔ یہ پہلے کبھی نہیں ہوا تھا، پہلے کبھی بھی نہیں ہوا تھا۔</w:t>
      </w:r>
    </w:p>
    <w:p>
      <w:r>
        <w:rPr>
          <w:b/>
        </w:rPr>
        <w:t xml:space="preserve">[36:25] </w:t>
      </w:r>
      <w:r>
        <w:t>yeh</w:t>
      </w:r>
    </w:p>
    <w:p>
      <w:pPr>
        <w:jc w:val="right"/>
      </w:pPr>
      <w:r>
        <w:t>یہ</w:t>
      </w:r>
    </w:p>
    <w:p>
      <w:r>
        <w:rPr>
          <w:b/>
        </w:rPr>
        <w:t xml:space="preserve">[36:27] </w:t>
      </w:r>
      <w:r>
        <w:t>aise hi dekhiye, rasool Allah ne farmaya tha ke Allahumma la aish illa aish-e-aakhir ke aish to aaraam aur sukh to aakhirat mein hai, is dunya mein nahin hai.</w:t>
      </w:r>
    </w:p>
    <w:p>
      <w:pPr>
        <w:jc w:val="right"/>
      </w:pPr>
      <w:r>
        <w:t>ایسے ہی دیکھیے، رسول اللہ نے فرمایا تھا کہ اللہم لا عیش الا عیش الاخر کہ عیش تو آرام اور سکھ تو آخرت میں ہے، اس دنیا میں نہیں ہے۔</w:t>
      </w:r>
    </w:p>
    <w:p>
      <w:r>
        <w:rPr>
          <w:b/>
        </w:rPr>
        <w:t xml:space="preserve">[36:42] </w:t>
      </w:r>
      <w:r>
        <w:t>is dunya mein nahin hai, possible hi nahin hai is dunya mein. lekin pehle ke zamane mein yeh cheez sirf claim ki haisiyat rakhti thi, claim.</w:t>
      </w:r>
    </w:p>
    <w:p>
      <w:pPr>
        <w:jc w:val="right"/>
      </w:pPr>
      <w:r>
        <w:t>اس دنیا میں نہیں ہے، پاسیبل ہی نہیں ہے اس دنیا میں۔ لیکن پہلے کے زمانے میں یہ چیز صرف کلیم کی حیثیت رکھتی تھی، کلیم۔</w:t>
      </w:r>
    </w:p>
    <w:p>
      <w:r>
        <w:rPr>
          <w:b/>
        </w:rPr>
        <w:t xml:space="preserve">[36:54] </w:t>
      </w:r>
      <w:r>
        <w:t>lekin is zamane mein aap jaante hain ke yeh cheez bhi ek ek proof fact ban chuki hai. woh kaise? dekhiye, Alvin Toffler ek ek author hai jis ne ek kitaab chhapi gaaliban 1970 mein.</w:t>
      </w:r>
    </w:p>
    <w:p>
      <w:pPr>
        <w:jc w:val="right"/>
      </w:pPr>
      <w:r>
        <w:t>لیکن اس زمانے میں آپ جانتے ہیں کہ یہ چیز بھی ایک ایک پروف فیکٹ بن چکی ہے۔ وہ کیسے؟ دیکھیے، ایلون ٹافلر ایک ایک اتھر ہے جس نے ایک کتاب چھاپی غالباً 1970 میں۔</w:t>
      </w:r>
    </w:p>
    <w:p>
      <w:r>
        <w:rPr>
          <w:b/>
        </w:rPr>
        <w:t xml:space="preserve">[37:10] </w:t>
      </w:r>
      <w:r>
        <w:t>woh is ka naam tha "Future Shock". is kitaab mein is ne yeh predict kiya tha ke dunya ab industrial age se nikal kar super industrial age mein ja rahi hai.</w:t>
      </w:r>
    </w:p>
    <w:p>
      <w:pPr>
        <w:jc w:val="right"/>
      </w:pPr>
      <w:r>
        <w:t>وہ اس کا نام تھا "فیوچر شاک"۔ اس کتاب میں اس نے یہ پریڈکٹ کیا تھا کہ دنیا اب انڈسٹریل ایج سے نکل کر سپر انڈسٹریل ایج میں جا رہی ہے۔</w:t>
      </w:r>
    </w:p>
    <w:p>
      <w:r>
        <w:rPr>
          <w:b/>
        </w:rPr>
        <w:t xml:space="preserve">[37:25] </w:t>
      </w:r>
      <w:r>
        <w:t>yaani ek agla phase is ka super industrial age, is mein har cheez automation par base kare gi. automation par base kare gi.</w:t>
      </w:r>
    </w:p>
    <w:p>
      <w:pPr>
        <w:jc w:val="right"/>
      </w:pPr>
      <w:r>
        <w:t>یعنی ایک اگلا فیز اس کا سپر انڈسٹریل ایج، اس میں ہر چیز آٹومیشن پر بیس کرے گی۔ آٹومیشن پر بیس کرے گی۔</w:t>
      </w:r>
    </w:p>
    <w:p>
      <w:r>
        <w:rPr>
          <w:b/>
        </w:rPr>
        <w:t xml:space="preserve">[37:35] </w:t>
      </w:r>
      <w:r>
        <w:t>misal ke taur par, aap aap type karte hain to aap apni finger ko use karte hain. is waqt finger use nahin karna pare ga. aap bolen ge aur type hota chala jaye ga, ya to ke sochhen ge aur type hota chala jaye ga.</w:t>
      </w:r>
    </w:p>
    <w:p>
      <w:pPr>
        <w:jc w:val="right"/>
      </w:pPr>
      <w:r>
        <w:t>مثال کے طور پر، آپ آپ ٹائپ کرتے ہیں تو آپ اپنی فنگر کو یوز کرتے ہیں۔ اس وقت فنگر یوز نہیں کرنا پڑے گا۔ آپ بولیں گے اور ٹائپ ہوتا چلائے گا، یا تو کہ سوچیں گے اور ٹائپ ہوتا چلا جائے گا۔</w:t>
      </w:r>
    </w:p>
    <w:p>
      <w:r>
        <w:rPr>
          <w:b/>
        </w:rPr>
        <w:t xml:space="preserve">[37:48] </w:t>
      </w:r>
      <w:r>
        <w:t>to is ne kaha tha ke ab dunya ek super industrial age ki taraf ja rahi hai. lekin kahan pe</w:t>
      </w:r>
    </w:p>
    <w:p>
      <w:pPr>
        <w:jc w:val="right"/>
      </w:pPr>
      <w:r>
        <w:t>تو اس نے کہا تھا کہ اب دنیا ایک سپر انڈسٹریل ایج کی طرف جا رہی ہے۔ لیکن کہاں پہ</w:t>
      </w:r>
    </w:p>
    <w:p>
      <w:r>
        <w:rPr>
          <w:b/>
        </w:rPr>
        <w:t xml:space="preserve">[37:54] </w:t>
      </w:r>
      <w:r>
        <w:t>nicha? dunya kahan pahunchi? super pollution age ki taraf pahunch gayi. yaani Alvin Toffler ne, ya ek ek ki baat nahin hai, is zamane mein sabhi logon ki soch yahi thi.</w:t>
      </w:r>
    </w:p>
    <w:p>
      <w:pPr>
        <w:jc w:val="right"/>
      </w:pPr>
      <w:r>
        <w:t>نچا؟ دنیا کہاں پہنچی؟ سپر پولیوشن ایج کی طرف پہنچ گئی۔ یعنی ایلون ٹافلر نے، یا ایک ایک کی بات نہیں ہے، اس زمانے میں سبھی لوگوں کی سوچ یہی تھی۔</w:t>
      </w:r>
    </w:p>
    <w:p>
      <w:r>
        <w:rPr>
          <w:b/>
        </w:rPr>
        <w:t xml:space="preserve">[38:06] </w:t>
      </w:r>
      <w:r>
        <w:t>jab industrial age aaya to samajhte the ke taraqqi karte karte hum ek bohat bari, yaani developed world ki taraf chale ja rahe hain.</w:t>
      </w:r>
    </w:p>
    <w:p>
      <w:pPr>
        <w:jc w:val="right"/>
      </w:pPr>
      <w:r>
        <w:t>جب انڈسٹریل ایج آیا تو سمجھتے تھے کہ ترقی کرتے کرتے ہم ایک بہت بڑی، یعنی ڈیولپڈ ورلڈ کی طرف چلے جا رہے ہیں۔</w:t>
      </w:r>
    </w:p>
    <w:p>
      <w:r>
        <w:rPr>
          <w:b/>
        </w:rPr>
        <w:t xml:space="preserve">[38:16] </w:t>
      </w:r>
      <w:r>
        <w:t>is ko is ne naam diya "super industrial age". to super industrial age kahan pahuncha? aap</w:t>
      </w:r>
    </w:p>
    <w:p>
      <w:pPr>
        <w:jc w:val="right"/>
      </w:pPr>
      <w:r>
        <w:t>اس کو اس نے نام دیا "سپر انڈسٹریل ایج"۔ تو سپر انڈسٹریل ایج کہاں پہنچا؟ آپ</w:t>
      </w:r>
    </w:p>
    <w:p>
      <w:r>
        <w:rPr>
          <w:b/>
        </w:rPr>
        <w:t xml:space="preserve">[38:23] </w:t>
      </w:r>
      <w:r>
        <w:t>aaj aap jaante hain ke yaani woh greenhouse gas ka problem hai, air pollution ka problem hai, global warming ka problem hai, samundar ka 95 fisad pani pollute ho chuka hai.</w:t>
      </w:r>
    </w:p>
    <w:p>
      <w:pPr>
        <w:jc w:val="right"/>
      </w:pPr>
      <w:r>
        <w:t>آج آپ جانتے ہیں کہ یعنی وہ گرین ہاؤس گیس کا پرابلم ہے، ایئر پولیوشن کا پرابلم ہے، گلوبل وارمنگ کا پرابلم ہے، سمندر کا 95 فیصد پانی پلوٹ ہو چکا ہے۔</w:t>
      </w:r>
    </w:p>
    <w:p>
      <w:r>
        <w:rPr>
          <w:b/>
        </w:rPr>
        <w:t xml:space="preserve">[38:39] </w:t>
      </w:r>
      <w:r>
        <w:t>aap zara ghor kijiye, samundar ka 95 fisad pani pollute ho chuka hai. to is ka maani hai ke unhon ne samjha tha ke hum ja rahe hain super industrial age ki taraf</w:t>
      </w:r>
    </w:p>
    <w:p>
      <w:pPr>
        <w:jc w:val="right"/>
      </w:pPr>
      <w:r>
        <w:t>آپ ذرا غور کیجئے، سمندر کا 95 فیصد پانی پلوٹ ہو چکا ہے۔ تو اس کا معنی ہے کہ انہوں نے سمجھا تھا کہ ہم جا رہے ہیں سپر انڈسٹریل ایج کی طرف</w:t>
      </w:r>
    </w:p>
    <w:p>
      <w:r>
        <w:rPr>
          <w:b/>
        </w:rPr>
        <w:t xml:space="preserve">[38:52] </w:t>
      </w:r>
      <w:r>
        <w:t>, haal anke yeh ja rahe the woh super pollution age ki taraf. super pollution irreversible hai. jis ke maani hai ke yeh khud scientific, yaani jo jaankari hamare paas hai, usi se yeh prove ho jata hai ke dunya mein hum jannat nahin bana sakte.</w:t>
      </w:r>
    </w:p>
    <w:p>
      <w:pPr>
        <w:jc w:val="right"/>
      </w:pPr>
      <w:r>
        <w:t>، حالانکہ یہ جا رہے تھے وہ سپر پولیوشن ایج کی طرف۔ سپر پولیوشن اریورسیبل ہے۔ جس کے معنی ہے کہ یہ خود سائنٹیفک، یعنی جو جانکاری ہمارے پاس ہے، اسی سے یہ پروف ہو جاتا ہے کہ دنیا میں ہم جنت نہیں بنا سکتے۔</w:t>
      </w:r>
    </w:p>
    <w:p>
      <w:r>
        <w:rPr>
          <w:b/>
        </w:rPr>
        <w:t xml:space="preserve">[39:10] </w:t>
      </w:r>
      <w:r>
        <w:t>yeh dunya mein hum jo chahte hain, woh haasil nahin kar sakte.</w:t>
      </w:r>
    </w:p>
    <w:p>
      <w:pPr>
        <w:jc w:val="right"/>
      </w:pPr>
      <w:r>
        <w:t>یہ دنیا میں ہم جو چاہتے ہیں، وہ حاصل نہیں کر سکتے۔</w:t>
      </w:r>
    </w:p>
    <w:p>
      <w:r>
        <w:rPr>
          <w:b/>
        </w:rPr>
        <w:t xml:space="preserve">[39:15] </w:t>
      </w:r>
      <w:r>
        <w:t>to aap dekhiye ke yahan par jab rasool Allah ne farmaya tha to wahan par common rational background, common rational ground nahin maujood tha.</w:t>
      </w:r>
    </w:p>
    <w:p>
      <w:pPr>
        <w:jc w:val="right"/>
      </w:pPr>
      <w:r>
        <w:t>تو آپ دیکھیے کہ یہاں پر جب رسول اللہ نے فرمایا تھا تو وہاں پر کامن ریشنل بیک گراؤنڈ، کامن ریشنل گراؤنڈ نہیں موجود تھا۔</w:t>
      </w:r>
    </w:p>
    <w:p>
      <w:r>
        <w:rPr>
          <w:b/>
        </w:rPr>
        <w:t xml:space="preserve">[39:25] </w:t>
      </w:r>
      <w:r>
        <w:t>ab woh, ab woh maujood ho gaya hai. ab hum is ko by laterally accepted ground par keh sakte hain ke dunya mein tum paradise nahin bana sakte.</w:t>
      </w:r>
    </w:p>
    <w:p>
      <w:pPr>
        <w:jc w:val="right"/>
      </w:pPr>
      <w:r>
        <w:t>اب وہ، اب وہ موجود ہو گیا ہے۔ اب ہم اس کو بائی لیٹرلی ایکسیپٹڈ گراؤنڈ پر کہہ سکتے ہیں کہ دنیا میں تم پیرائیز نہیں بنا سکتے۔</w:t>
      </w:r>
    </w:p>
    <w:p>
      <w:r>
        <w:rPr>
          <w:b/>
        </w:rPr>
        <w:t xml:space="preserve">[39:35] </w:t>
      </w:r>
      <w:r>
        <w:t>paradise banate banate kya cheez ban gayi? hell ban gaya. hell yaani super industrial age jo hai, super pollution age ban gaya.</w:t>
      </w:r>
    </w:p>
    <w:p>
      <w:pPr>
        <w:jc w:val="right"/>
      </w:pPr>
      <w:r>
        <w:t>پیرائیز بناتے بناتے کیا چیز بن گئی؟ ہیل بن گیا۔ ہیل یعنی سپر انڈسٹریل ایج جو ہے، سپر پولیوشن ایج بن گیا۔</w:t>
      </w:r>
    </w:p>
    <w:p>
      <w:r>
        <w:rPr>
          <w:b/>
        </w:rPr>
        <w:t xml:space="preserve">[39:45] </w:t>
      </w:r>
      <w:r>
        <w:t>isi ko main kehta hoon ke bilateral accepted, by laterally accepted ground par dawat ko pahunchana.</w:t>
      </w:r>
    </w:p>
    <w:p>
      <w:pPr>
        <w:jc w:val="right"/>
      </w:pPr>
      <w:r>
        <w:t>اسی کو میں کہتا ہوں کہ بائی لیٹرل ایکسیپٹڈ، بائی لیٹرلی ایکسیپٹڈ گراؤنڈ پر دعوت کو پہنچانا۔</w:t>
      </w:r>
    </w:p>
    <w:p>
      <w:r>
        <w:rPr>
          <w:b/>
        </w:rPr>
        <w:t xml:space="preserve">[39:54] </w:t>
      </w:r>
      <w:r>
        <w:t>yeh ek nai, Allah taala ne ek nai opportunity kholi hai.</w:t>
      </w:r>
    </w:p>
    <w:p>
      <w:pPr>
        <w:jc w:val="right"/>
      </w:pPr>
      <w:r>
        <w:t>یہ ایک نئی، اللہ تعالی نے ایک نئی اپرچونیٹی کھولی ہے۔</w:t>
      </w:r>
    </w:p>
    <w:p>
      <w:r>
        <w:rPr>
          <w:b/>
        </w:rPr>
        <w:t xml:space="preserve">[40:02] </w:t>
      </w:r>
      <w:r>
        <w:t>nai opportunity, opportunity jo hai, woh bol kar chilla kar nahin aati. koi aur hota hai jo is opportunity ko discover karta hai aur phir us ko istemal karta hai.</w:t>
      </w:r>
    </w:p>
    <w:p>
      <w:pPr>
        <w:jc w:val="right"/>
      </w:pPr>
      <w:r>
        <w:t>نئی اپرچونیٹی، اپرچونیٹی جو ہے، وہ بول کر چلا کر نہیں آتی۔ کوئی اور ہوتا ہے جو اس اپرچونیٹی کو ڈسکور کرتا ہے اور پھر اس کو استعمال کرتا ہے۔</w:t>
      </w:r>
    </w:p>
    <w:p>
      <w:r>
        <w:rPr>
          <w:b/>
        </w:rPr>
        <w:t xml:space="preserve">[40:15] </w:t>
      </w:r>
      <w:r>
        <w:t>jaise aap jaante hain ke zameen mein ore tha, lekin zameen mein engine nahin hua karta tha, machine nahin hoti thi. yeh insaan ne discover kiya ke ore ko woh is iron banaye, iron ko steel banaye, steel se phir bohat sari machinein banaye.</w:t>
      </w:r>
    </w:p>
    <w:p>
      <w:pPr>
        <w:jc w:val="right"/>
      </w:pPr>
      <w:r>
        <w:t>جیسے آپ جانتے ہیں کہ زمین میں اور تھا، لیکن زمین میں انجن نہیں ہوا کرتا تھا، مشین نہیں ہوتی تھی۔ یہ انسان نے ڈسکور کیا کہ اور کو وہ اس ائرن بنائے، ائرن کو اسٹیل بنائے، اسٹیل سے پھر بہت ساری مشینیں بنائے۔</w:t>
      </w:r>
    </w:p>
    <w:p>
      <w:r>
        <w:rPr>
          <w:b/>
        </w:rPr>
        <w:t xml:space="preserve">[40:33] </w:t>
      </w:r>
      <w:r>
        <w:t>woh to Khuda opportunity ko deta hai, lekin baqi kaam insaan ko karna parta hai.</w:t>
      </w:r>
    </w:p>
    <w:p>
      <w:pPr>
        <w:jc w:val="right"/>
      </w:pPr>
      <w:r>
        <w:t>وہ تو خدا اپرچونیٹی کو دیتا ہے، لیکن باقی کام انسان کو کرنا پڑتا ہے۔</w:t>
      </w:r>
    </w:p>
    <w:p>
      <w:r>
        <w:rPr>
          <w:b/>
        </w:rPr>
        <w:t xml:space="preserve">[40:43] </w:t>
      </w:r>
      <w:r>
        <w:t>yahi muamla yahan bhi hai.</w:t>
      </w:r>
    </w:p>
    <w:p>
      <w:pPr>
        <w:jc w:val="right"/>
      </w:pPr>
      <w:r>
        <w:t>یہی معاملہ یہاں بھی ہے۔</w:t>
      </w:r>
    </w:p>
    <w:p>
      <w:r>
        <w:rPr>
          <w:b/>
        </w:rPr>
        <w:t xml:space="preserve">[40:45] </w:t>
      </w:r>
      <w:r>
        <w:t>khuda ne dawah opportunities ko aakhri had tak yahan, yani de diya hai. scientific discoveries jo hain, sab ki sab dawah opportunities hain.</w:t>
      </w:r>
    </w:p>
    <w:p>
      <w:pPr>
        <w:jc w:val="right"/>
      </w:pPr>
      <w:r>
        <w:t>خدا نے دعویٰ اپرچونیٹیز کو آخری حد تک یہاں، یعنی دے دیا ہے۔ سائنٹیفک ڈسکوریز جو ہیں، سب کی سب دعویٰ اپرچونیٹیز ہیں۔</w:t>
      </w:r>
    </w:p>
    <w:p>
      <w:r>
        <w:rPr>
          <w:b/>
        </w:rPr>
        <w:t xml:space="preserve">[40:57] </w:t>
      </w:r>
      <w:r>
        <w:t>aap dekhen, yeh communication kitni bari opportunity hai. printing press ka zamana kitni bari opportunity hai. freedom kitni bari opportunity hai.</w:t>
      </w:r>
    </w:p>
    <w:p>
      <w:pPr>
        <w:jc w:val="right"/>
      </w:pPr>
      <w:r>
        <w:t>آپ دیکھیں، یہ کمیونیکیشن کتنی بڑی اپرچونیٹی ہے۔ پرنٹنگ پریس کا زمانہ کتنی بڑی اپرچونیٹی ہے۔ فریڈم کتنی بڑی اپرچونیٹی ہے۔</w:t>
      </w:r>
    </w:p>
    <w:p>
      <w:r>
        <w:rPr>
          <w:b/>
        </w:rPr>
        <w:t xml:space="preserve">[41:11] </w:t>
      </w:r>
      <w:r>
        <w:t>bohat sari cheezen sab upper</w:t>
      </w:r>
    </w:p>
    <w:p>
      <w:pPr>
        <w:jc w:val="right"/>
      </w:pPr>
      <w:r>
        <w:t>بہت ساری چیزیں سب اپر</w:t>
      </w:r>
    </w:p>
    <w:p>
      <w:r>
        <w:rPr>
          <w:b/>
        </w:rPr>
        <w:t xml:space="preserve">[41:13] </w:t>
      </w:r>
      <w:r>
        <w:t>chunity hain. yeh bata deta hoon ke modern world poora ka poora dawah opportunities hai, lekin is ko bator opportunity ke discover karna, phir is ko avail karna, yeh aap ka kaam hai, yeh insan ka kaam hai.</w:t>
      </w:r>
    </w:p>
    <w:p>
      <w:pPr>
        <w:jc w:val="right"/>
      </w:pPr>
      <w:r>
        <w:t>چونیٹی ہیں۔ یہ بتا دیتا ہوں کہ ماڈرن ورلڈ پورا کا پورا دعویٰ اپرچونیٹیز ہے، لیکن اس کو بطور اپرچونیٹی کے ڈسکور کرنا، پھر اس کو اویل کرنا، یہ آپ کا کام ہے، یہ انسان کا کام ہے۔</w:t>
      </w:r>
    </w:p>
    <w:p>
      <w:r>
        <w:rPr>
          <w:b/>
        </w:rPr>
        <w:t xml:space="preserve">[41:30] </w:t>
      </w:r>
      <w:r>
        <w:t>to aap jo 21 century mein paida kiya, Allah taala ne aap ko, aap ko yeh mauqa hai ke aap is opportunity ko discover karen, is ko avail karen, aur Khuda ke haan in logon mein shumar aap ka ho jinho ne sab se bari shahadat di thi, sab se bara dawah work kiya tha.</w:t>
      </w:r>
    </w:p>
    <w:p>
      <w:pPr>
        <w:jc w:val="right"/>
      </w:pPr>
      <w:r>
        <w:t>تو آپ جو 21 سینچری میں پیدا کیا، اللہ تعالی نے آپ کو، آپ کو یہ موقع ہے کہ آپ اس اپرچونیٹی کو ڈسکور کریں، اس کو اویل کریں، اور خدا کے ہاں ان لوگوں میں شمار آپ کا ہو جنہوں نے سب سے بڑی شہادت دی تھی، سب سے بڑا دعویٰ ورک کیا تھا۔</w:t>
      </w:r>
    </w:p>
    <w:p>
      <w:r>
        <w:rPr>
          <w:b/>
        </w:rPr>
        <w:t xml:space="preserve">[41:51] </w:t>
      </w:r>
      <w:r>
        <w:t>yahan mein aap ko ek hadith yaad dilana chahta hoon.</w:t>
      </w:r>
    </w:p>
    <w:p>
      <w:pPr>
        <w:jc w:val="right"/>
      </w:pPr>
      <w:r>
        <w:t>یہاں میں آپ کو ایک حدیث یاد دلانا چاہتا ہوں۔</w:t>
      </w:r>
    </w:p>
    <w:p>
      <w:r>
        <w:rPr>
          <w:b/>
        </w:rPr>
        <w:t xml:space="preserve">[41:57] </w:t>
      </w:r>
      <w:r>
        <w:t>dekhen, yeh hadith aayi hai Tirmidhi mein aur Musnad Ahmad mein.</w:t>
      </w:r>
    </w:p>
    <w:p>
      <w:pPr>
        <w:jc w:val="right"/>
      </w:pPr>
      <w:r>
        <w:t>دیکھیں، یہ حدیث آئی ہے الترمذی میں اور مسند احمد میں۔</w:t>
      </w:r>
    </w:p>
    <w:p>
      <w:r>
        <w:rPr>
          <w:b/>
        </w:rPr>
        <w:t xml:space="preserve">[42:06] </w:t>
      </w:r>
      <w:r>
        <w:t>is hadith mein yeh hai bataya gaya ke Rasool Allah ne farmaya ke 'ibad laysu bi anbiya wa la shuhada' aap ghor kijiye in alfaaz par 'ibad laysu bi anbiya wa la shuhada yaghbatu al anbiya wa al shuhada yawm al qiyamah'</w:t>
      </w:r>
    </w:p>
    <w:p>
      <w:pPr>
        <w:jc w:val="right"/>
      </w:pPr>
      <w:r>
        <w:t>اس حدیث میں یہ ہے بتایا گیا کہ رسول اللہ نے فرمایا کہ عباد لیسو بانبیاء ولا شہداء آپ غور کیجئے ان الفاظ پر عباد لیسو بانبیاء ولا شہداء یغبط الانبیاء والشہداء یوم القیامہ</w:t>
      </w:r>
    </w:p>
    <w:p>
      <w:r>
        <w:rPr>
          <w:b/>
        </w:rPr>
        <w:t xml:space="preserve">[42:28] </w:t>
      </w:r>
      <w:r>
        <w:t>yani Khuda ke kuch bande woh hain, Khuda ke kuch bande woh hain jo paighambar nahi honge aur shuhada nahi honge.</w:t>
      </w:r>
    </w:p>
    <w:p>
      <w:pPr>
        <w:jc w:val="right"/>
      </w:pPr>
      <w:r>
        <w:t>یعنی خدا کے کچھ بندے وہ ہیں، خدا کے کچھ بندے وہ ہیں جو پیغمبر نہیں ہوں گے اور شہداء نہیں ہوں گے۔</w:t>
      </w:r>
    </w:p>
    <w:p>
      <w:r>
        <w:rPr>
          <w:b/>
        </w:rPr>
        <w:t xml:space="preserve">[42:39] </w:t>
      </w:r>
      <w:r>
        <w:t>woh lekin qayamat ke din paighambar in ko rash ki nazar se dekhenge.</w:t>
      </w:r>
    </w:p>
    <w:p>
      <w:pPr>
        <w:jc w:val="right"/>
      </w:pPr>
      <w:r>
        <w:t>وہ لیکن قیامت کے دن پیغمبر ان کو رش کی نظر سے دیکھیں گے۔</w:t>
      </w:r>
    </w:p>
    <w:p>
      <w:r>
        <w:rPr>
          <w:b/>
        </w:rPr>
        <w:t xml:space="preserve">[42:50] </w:t>
      </w:r>
      <w:r>
        <w:t>prophets will envy them. zara ghor kijiye aap is par</w:t>
      </w:r>
    </w:p>
    <w:p>
      <w:pPr>
        <w:jc w:val="right"/>
      </w:pPr>
      <w:r>
        <w:t>پرافٹس ول انوی دیم۔ ذرا غور کیجئے آپ اس پر</w:t>
      </w:r>
    </w:p>
    <w:p>
      <w:r>
        <w:rPr>
          <w:b/>
        </w:rPr>
        <w:t xml:space="preserve">[42:56] </w:t>
      </w:r>
      <w:r>
        <w:t>ke Khuda ke kuch bande woh hain jo paighambar nahi honge aur shuhada nahi honge, lekin paighambar in ko rash ki nazar se dekhenge.</w:t>
      </w:r>
    </w:p>
    <w:p>
      <w:pPr>
        <w:jc w:val="right"/>
      </w:pPr>
      <w:r>
        <w:t>کہ خدا کے کچھ بندے وہ ہیں جو پیغمبر نہیں ہوں گے اور شہداء نہیں ہوں گے، لیکن پیغمبر ان کو رش کی نظر سے دیکھیں گے۔</w:t>
      </w:r>
    </w:p>
    <w:p>
      <w:r>
        <w:rPr>
          <w:b/>
        </w:rPr>
        <w:t xml:space="preserve">[43:07] </w:t>
      </w:r>
      <w:r>
        <w:t>the prophets will envy them. yeh kon log honge?</w:t>
      </w:r>
    </w:p>
    <w:p>
      <w:pPr>
        <w:jc w:val="right"/>
      </w:pPr>
      <w:r>
        <w:t>دا پرافٹس ول انوی دیم۔ یہ کون لوگ ہوں گے؟</w:t>
      </w:r>
    </w:p>
    <w:p>
      <w:r>
        <w:rPr>
          <w:b/>
        </w:rPr>
        <w:t xml:space="preserve">[43:14] </w:t>
      </w:r>
      <w:r>
        <w:t>mein ne is par kafi socha aur kafi ghor kiya, mein isi nateejay pohancha hoon ke yahi woh log hain, yahi woh log hain jo aakhri zamanay mein, yani end of the history se pehle,</w:t>
      </w:r>
    </w:p>
    <w:p>
      <w:pPr>
        <w:jc w:val="right"/>
      </w:pPr>
      <w:r>
        <w:t>میں نے اس پر کافی سوچا اور کافی غور کیا، میں اسی نتیجے پہنچا ہوں کہ یہی وہ لوگ ہیں، یہی وہ لوگ ہیں جو آخری زمانے میں، یعنی اینڈ آف دا ہسٹری سے پہلے،</w:t>
      </w:r>
    </w:p>
    <w:p>
      <w:r>
        <w:rPr>
          <w:b/>
        </w:rPr>
        <w:t xml:space="preserve">[43:28] </w:t>
      </w:r>
      <w:r>
        <w:t>jo dawah opportunities khuli hain ke bilateral ground par hum apni baton ko logon ke samne understandable bana saken.</w:t>
      </w:r>
    </w:p>
    <w:p>
      <w:pPr>
        <w:jc w:val="right"/>
      </w:pPr>
      <w:r>
        <w:t>جو دعویٰ اپرچونیٹیز کھلی ہیں کہ بائی لیٹرل گراؤنڈ پر ہم اپنی باتوں کو لوگوں کے سامنے انڈرسٹینڈیبل بنا سکیں۔</w:t>
      </w:r>
    </w:p>
    <w:p>
      <w:r>
        <w:rPr>
          <w:b/>
        </w:rPr>
        <w:t xml:space="preserve">[43:39] </w:t>
      </w:r>
      <w:r>
        <w:t>yani Khuda ki jo baat hai, us ko bilateral ground par logon ke liye understandable, understandable bana saken.</w:t>
      </w:r>
    </w:p>
    <w:p>
      <w:pPr>
        <w:jc w:val="right"/>
      </w:pPr>
      <w:r>
        <w:t>یعنی خدا کی جو بات ہے، اس کو بائی لیٹرل گراؤنڈ پر لوگوں کے لیے انڈرسٹینڈیبل، انڈرسٹینڈیبل بنا سکیں۔</w:t>
      </w:r>
    </w:p>
    <w:p>
      <w:r>
        <w:rPr>
          <w:b/>
        </w:rPr>
        <w:t xml:space="preserve">[43:49] </w:t>
      </w:r>
      <w:r>
        <w:t>yani, yani, yani mutually accepted ground ya common rational ground, jo bhi aap word bolen, us par hum Khuda ke baat ko logon ke samne pesh kar saken.</w:t>
      </w:r>
    </w:p>
    <w:p>
      <w:pPr>
        <w:jc w:val="right"/>
      </w:pPr>
      <w:r>
        <w:t>یعنی، یعنی، یعنی میوچولی ایکسیپٹڈ گراؤنڈ یا کامن ریشنل گراؤنڈ، جو بھی آپ ورڈ بولیں، اس پر ہم خدا کے بات کو لوگوں کے سامنے پیش کر سکیں۔</w:t>
      </w:r>
    </w:p>
    <w:p>
      <w:r>
        <w:rPr>
          <w:b/>
        </w:rPr>
        <w:t xml:space="preserve">[44:06] </w:t>
      </w:r>
      <w:r>
        <w:t>yeh hai ek opportunity jo is se pehle maujood nahi hua karti thi. pehle unilateral, pehle dawah work jo tha, woh unilateral announcement ka ke hamara tha.</w:t>
      </w:r>
    </w:p>
    <w:p>
      <w:pPr>
        <w:jc w:val="right"/>
      </w:pPr>
      <w:r>
        <w:t>یہ ہے ایک اپرچونیٹی جو اس سے پہلے موجود نہیں ہوا کرتی تھی۔ پہلے یونی لیٹرل، پہلے دعویٰ ورک جو تھا، وہ یونی لیٹرل اناؤنسمنٹ کا کہ ہمارا تھا۔</w:t>
      </w:r>
    </w:p>
    <w:p>
      <w:r>
        <w:rPr>
          <w:b/>
        </w:rPr>
        <w:t xml:space="preserve">[44:19] </w:t>
      </w:r>
      <w:r>
        <w:t>yani unilateral announcement ke ek admi aaya, usay announce kar diya. ek admi aaya, us ko announce kar diya. aur sunnay walay ke andar us ke liye background maujood nahi hua karta tha.</w:t>
      </w:r>
    </w:p>
    <w:p>
      <w:pPr>
        <w:jc w:val="right"/>
      </w:pPr>
      <w:r>
        <w:t>یعنی یونی لیٹرل اناؤنسمنٹ کہ ایک آدمی آیا، اسے اناؤنس کر دیا۔ ایک آدمی آیا، اس کو اناؤنس کر دیا۔ اور سننے والے کے اندر اس کے لیے بیک گراؤنڈ موجود نہیں ہوا کرتا تھا۔</w:t>
      </w:r>
    </w:p>
    <w:p>
      <w:r>
        <w:rPr>
          <w:b/>
        </w:rPr>
        <w:t xml:space="preserve">[44:31] </w:t>
      </w:r>
      <w:r>
        <w:t>ab background sunnay walay ke liye maujood ho chuka hai.</w:t>
      </w:r>
    </w:p>
    <w:p>
      <w:pPr>
        <w:jc w:val="right"/>
      </w:pPr>
      <w:r>
        <w:t>اب بیک گراؤنڈ سننے والے کے لیے موجود ہو چکا ہے۔</w:t>
      </w:r>
    </w:p>
    <w:p>
      <w:r>
        <w:rPr>
          <w:b/>
        </w:rPr>
        <w:t xml:space="preserve">[44:35] </w:t>
      </w:r>
      <w:r>
        <w:t>science ki discovery ke zariye se, science ke ke survey ke zariye se, science ne jo dunya daryaft ki hai, us ke zariye se. to yeh jo, yeh jo, yeh jo, yeh jo possibility dunya mein aayi hai ke bilaterally accepted ground par hum pesh kar saken dawah work ko, to jo log is ke liye uthen ge,</w:t>
      </w:r>
    </w:p>
    <w:p>
      <w:pPr>
        <w:jc w:val="right"/>
      </w:pPr>
      <w:r>
        <w:t>سائنس کی ڈسکوری کے ذریعے سے، سائنس کے کے سروے کے ذریعے سے، سائنس نے جو دنیا دریافت کی ہے، اس کے ذریعے سے۔ تو یہ جو، یہ جو، یہ جو، یہ جو پاسیبلیٹی دنیا میں آئی ہے کہ بائی لیٹرلی ایکسیپٹڈ گراؤنڈ پر ہم پیش کر سکیں دعویٰ ورک کو، تو جو لوگ اس کے لیے اٹھیں گے،</w:t>
      </w:r>
    </w:p>
    <w:p>
      <w:r>
        <w:rPr>
          <w:b/>
        </w:rPr>
        <w:t xml:space="preserve">[44:56] </w:t>
      </w:r>
      <w:r>
        <w:t>wahi woh logon ko honge jin ko ke paighambar rash ki nazar se dekhenge.</w:t>
      </w:r>
    </w:p>
    <w:p>
      <w:pPr>
        <w:jc w:val="right"/>
      </w:pPr>
      <w:r>
        <w:t>وہی وہ لوگوں کو ہوں گے جن کو کہ پیغمبر رش کی نظر سے دیکھیں گے۔</w:t>
      </w:r>
    </w:p>
    <w:p>
      <w:r>
        <w:rPr>
          <w:b/>
        </w:rPr>
        <w:t xml:space="preserve">[45:03] </w:t>
      </w:r>
      <w:r>
        <w:t>wahi woh log honge.</w:t>
      </w:r>
    </w:p>
    <w:p>
      <w:pPr>
        <w:jc w:val="right"/>
      </w:pPr>
      <w:r>
        <w:t>وہی وہ لوگ ہوں گے۔</w:t>
      </w:r>
    </w:p>
    <w:p>
      <w:r>
        <w:rPr>
          <w:b/>
        </w:rPr>
        <w:t xml:space="preserve">[45:05] </w:t>
      </w:r>
      <w:r>
        <w:t>is par mein ne bohat dinon tak socha, tab mein yeh baat keh raha hoon.</w:t>
      </w:r>
    </w:p>
    <w:p>
      <w:pPr>
        <w:jc w:val="right"/>
      </w:pPr>
      <w:r>
        <w:t>اس پر میں نے بہت دنوں تک سوچا، تب میں یہ بات کہہ رہا ہوں۔</w:t>
      </w:r>
    </w:p>
    <w:p>
      <w:r>
        <w:rPr>
          <w:b/>
        </w:rPr>
        <w:t xml:space="preserve">[45:12] </w:t>
      </w:r>
      <w:r>
        <w:t>is ke siwa aur koi baat mujhe samajh mein nahin aati. yeh bohat hi bara kaam hai jo anjam dena hai. yaani end of the history se pehle</w:t>
      </w:r>
    </w:p>
    <w:p>
      <w:pPr>
        <w:jc w:val="right"/>
      </w:pPr>
      <w:r>
        <w:t>اس کے سوا اور کوئی بات مجھے سمجھ میں نہیں آتی۔ یہ بہت ہی بڑا کام ہے جو انجام دینا ہے۔ یعنی اینڈ آف دا ہسٹری سے پہلے</w:t>
      </w:r>
    </w:p>
    <w:p>
      <w:r>
        <w:rPr>
          <w:b/>
        </w:rPr>
        <w:t xml:space="preserve">[45:25] </w:t>
      </w:r>
      <w:r>
        <w:t>aap jante hain, khuda ne yeh duniya banai, insan ko azadi di, aur ek khuda ne yeh prophet bhejna shuru kiya taake logon ko maut se pehle ya qayamat se pehle baaton ko bata diya jaye.</w:t>
      </w:r>
    </w:p>
    <w:p>
      <w:pPr>
        <w:jc w:val="right"/>
      </w:pPr>
      <w:r>
        <w:t>آپ جانتے ہیں، خدا نے یہ دنیا بنائی، انسان کو آزادی دی، اور ایک خدا نے یہ پرافٹ بھیجنا شروع کیا تاکہ لوگوں کو موت سے پہلے یا قیامت سے پہلے باتوں کو بتا دیا جائے۔</w:t>
      </w:r>
    </w:p>
    <w:p>
      <w:r>
        <w:rPr>
          <w:b/>
        </w:rPr>
        <w:t xml:space="preserve">[45:44] </w:t>
      </w:r>
      <w:r>
        <w:t>lekin is se pehle baaton ko batane ka jo tha, woh sirf unilateral ground par hua karta tha.</w:t>
      </w:r>
    </w:p>
    <w:p>
      <w:pPr>
        <w:jc w:val="right"/>
      </w:pPr>
      <w:r>
        <w:t>لیکن اس سے پہلے باتیں بتانے کا جو تھا، وہ صرف یونی لیٹرل گراؤنڈ پر ہوا کرتا تھا۔</w:t>
      </w:r>
    </w:p>
    <w:p>
      <w:r>
        <w:rPr>
          <w:b/>
        </w:rPr>
        <w:t xml:space="preserve">[45:53] </w:t>
      </w:r>
      <w:r>
        <w:t>yeh ek Allah taala ne yeh ek inqilab jo barpa kiya, main samajhta hoon ke yeh bhi khudai inqilab hai, khudai revolution hai ke kuch logon ko khuda ne inspire kiya, kuch logon ko khuda ne yaani un ko aise aise halaat paida kiye un ke liye ke woh scientific revolution la saken.</w:t>
      </w:r>
    </w:p>
    <w:p>
      <w:pPr>
        <w:jc w:val="right"/>
      </w:pPr>
      <w:r>
        <w:t>یہ ایک اللہ تعالی نے یہ ایک انقلاب جو برپا کیا، میں سمجھتا ہوں کہ یہ بھی خدائی انقلاب ہے، خدائی ریولوشن ہے کہ کچھ لوگوں کو خدا نے انسپائر کیا، کچھ لوگوں کو خدا نے یعنی ان کو ایسے ایسے حالات پیدا کیے ان کے لیے کہ وہ سائنٹیفک ریولوشن لا سکیں۔</w:t>
      </w:r>
    </w:p>
    <w:p>
      <w:r>
        <w:rPr>
          <w:b/>
        </w:rPr>
        <w:t xml:space="preserve">[46:14] </w:t>
      </w:r>
      <w:r>
        <w:t>yeh itni bari baat hai ke yeh khuda ki madad ke baghair ho nahin sakti thi.</w:t>
      </w:r>
    </w:p>
    <w:p>
      <w:pPr>
        <w:jc w:val="right"/>
      </w:pPr>
      <w:r>
        <w:t>یہ اتنی بڑی بات ہے کہ یہ خدا کی مدد کے بغیر ہو نہیں سکتی تھی۔</w:t>
      </w:r>
    </w:p>
    <w:p>
      <w:r>
        <w:rPr>
          <w:b/>
        </w:rPr>
        <w:t xml:space="preserve">[46:20] </w:t>
      </w:r>
      <w:r>
        <w:t>misal ke taur par aap dekhiye ke hamesha se yeh waqea hota tha ke aadmi pani rakhta tha hath par, aur jab woh ubalta tha to uska dhakan jo hai, uth jata tha.</w:t>
      </w:r>
    </w:p>
    <w:p>
      <w:pPr>
        <w:jc w:val="right"/>
      </w:pPr>
      <w:r>
        <w:t>مثال کے طور پر آپ دیکھیے کہ ہمیشہ سے یہ واقعہ ہوتا تھا کہ آدمی پانی رکھتا تھا ہاتھ پر، اور جب وہ ابلتا تھا تو اس کا ڈھکن جو ہے، اٹھ جاتا تھا۔</w:t>
      </w:r>
    </w:p>
    <w:p>
      <w:r>
        <w:rPr>
          <w:b/>
        </w:rPr>
        <w:t xml:space="preserve">[46:34] </w:t>
      </w:r>
      <w:r>
        <w:t>hamesha se insan dekhta tha, hazaron saal se pehle kisi ne daryaft nahin kiya is se ke yeh yeh yeh kyun aisa hai.</w:t>
      </w:r>
    </w:p>
    <w:p>
      <w:pPr>
        <w:jc w:val="right"/>
      </w:pPr>
      <w:r>
        <w:t>ہمیشہ سے انسان دیکھتا تھا، ہزاروں سال سے پہلے کسی نے دریافت نہیں کیا اس سے کہ یہ یہ یہ کیوں ایسا ہے۔</w:t>
      </w:r>
    </w:p>
    <w:p>
      <w:r>
        <w:rPr>
          <w:b/>
        </w:rPr>
        <w:t xml:space="preserve">[46:43] </w:t>
      </w:r>
      <w:r>
        <w:t>yaani stream power ki daryaft jis ne ki, to jis jis jis phenomena ko dekh kar kiya, woh phenomena to bohat pehle se tha, woh hazaron saal pehle se tha.</w:t>
      </w:r>
    </w:p>
    <w:p>
      <w:pPr>
        <w:jc w:val="right"/>
      </w:pPr>
      <w:r>
        <w:t>یعنی اسٹریم پاور کی دریافت جس نے کی، تو جس جس جس فیناومینا کو دیکھ کر کیا، وہ فیناومینا تو بہت پہلے سے تھا، وہ ہزاروں سال پہلے سے تھا۔</w:t>
      </w:r>
    </w:p>
    <w:p>
      <w:r>
        <w:rPr>
          <w:b/>
        </w:rPr>
        <w:t xml:space="preserve">[46:54] </w:t>
      </w:r>
      <w:r>
        <w:t>to kisi ko khuda ne inspire kiya ke is mein yeh cheez dekho. main samajhta hoon ke scientific discovery jitni bhi hai, sab ke sath through inspiration hui hai.</w:t>
      </w:r>
    </w:p>
    <w:p>
      <w:pPr>
        <w:jc w:val="right"/>
      </w:pPr>
      <w:r>
        <w:t>تو کسی کو خدا نے انسپائر کیا کہ اس میں یہ چیز دیکھو۔ میں سمجھتا ہوں کہ سائنٹیفک ڈسکوری جتنی بھی ہے، سب کے ساتھ تھرو انسپیریشن ہوئی ہے۔</w:t>
      </w:r>
    </w:p>
    <w:p>
      <w:r>
        <w:rPr>
          <w:b/>
        </w:rPr>
        <w:t xml:space="preserve">[47:04] </w:t>
      </w:r>
      <w:r>
        <w:t>itni anokhi baaten insanon ne daryaft keen, baghair inspiration ke nahin ho sakti thi. woh</w:t>
      </w:r>
    </w:p>
    <w:p>
      <w:pPr>
        <w:jc w:val="right"/>
      </w:pPr>
      <w:r>
        <w:t>اتنی انوکھی باتیں انسانوں نے دریافت کیں، بغیر انسپیریشن کے نہیں ہو سکتی تھی۔ وہ</w:t>
      </w:r>
    </w:p>
    <w:p>
      <w:r>
        <w:rPr>
          <w:b/>
        </w:rPr>
        <w:t xml:space="preserve">[47:10] </w:t>
      </w:r>
      <w:r>
        <w:t>isi liye kaha jata hai ke scientific discoveries jo hain, by chance hoti hain, by chance. to yeh chance, yeh chance kaun lata hai, kaun paida karta hai?</w:t>
      </w:r>
    </w:p>
    <w:p>
      <w:pPr>
        <w:jc w:val="right"/>
      </w:pPr>
      <w:r>
        <w:t>اسی لیے کہا جاتا ہے کہ سائنٹیفک ڈسکوریز جو ہیں، بائی چانس ہوتی ہیں، بائی چانس۔ تو یہ چانس، یہ چانس کون لاتا ہے، کون پیدا کرتا ہے؟</w:t>
      </w:r>
    </w:p>
    <w:p>
      <w:r>
        <w:rPr>
          <w:b/>
        </w:rPr>
        <w:t xml:space="preserve">[47:27] </w:t>
      </w:r>
      <w:r>
        <w:t>yeh khuda ki taraf se hota hai. to scientific revolution itna anokha tha, itna ajeeb tha ke ek ek cheez jo scientists ne daryaft ki thi, anokhi thi.</w:t>
      </w:r>
    </w:p>
    <w:p>
      <w:pPr>
        <w:jc w:val="right"/>
      </w:pPr>
      <w:r>
        <w:t>یہ خدا کی طرف سے ہوتا ہے۔ تو سائنٹیفک ریولوشن اتنا انوکھا تھا، اتنا عجیب تھا کہ ایک ایک چیز جو سائنسدانوں نے دریافت کی تھی، انوکھی تھی۔</w:t>
      </w:r>
    </w:p>
    <w:p>
      <w:r>
        <w:rPr>
          <w:b/>
        </w:rPr>
        <w:t xml:space="preserve">[47:38] </w:t>
      </w:r>
      <w:r>
        <w:t>jaise ke misal ke taur par, main aksar sochta hoon ke yeh yeh jo yeh duniya mein, aaj ki jo duniya hai, is mein do cheezon ki bohat importance hai: light ki aur motion ki.</w:t>
      </w:r>
    </w:p>
    <w:p>
      <w:pPr>
        <w:jc w:val="right"/>
      </w:pPr>
      <w:r>
        <w:t>جیسے کہ مثال کے طور پر، میں اکثر سوچتا ہوں کہ یہ یہ جو یہ دنیا میں، آج کی جو دنیا ہے، اس میں دو چیزوں کی بہت امپورٹنس ہے: لائٹ کی اور موشن کی۔</w:t>
      </w:r>
    </w:p>
    <w:p>
      <w:r>
        <w:rPr>
          <w:b/>
        </w:rPr>
        <w:t xml:space="preserve">[47:49] </w:t>
      </w:r>
      <w:r>
        <w:t>aaj ki duniya jis mein hum reh rahe hain, is mein do cheezon ki importance bohat zyada hai: light aur motion. light aur motion kaise banta hai?</w:t>
      </w:r>
    </w:p>
    <w:p>
      <w:pPr>
        <w:jc w:val="right"/>
      </w:pPr>
      <w:r>
        <w:t>آج کی دنیا جس میں ہم رہ رہے ہیں، اس میں دو چیزوں کی امپورٹنس بہت زیادہ ہے: لائٹ اور موشن۔ لائٹ اور موشن کیسے بنتا ہے؟</w:t>
      </w:r>
    </w:p>
    <w:p>
      <w:r>
        <w:rPr>
          <w:b/>
        </w:rPr>
        <w:t xml:space="preserve">[47:59] </w:t>
      </w:r>
      <w:r>
        <w:t>dekhiye, magnetic field ho aur wahan par aap motion layen to electric, electron flow karte hain, jis ka naam electricity hai.</w:t>
      </w:r>
    </w:p>
    <w:p>
      <w:pPr>
        <w:jc w:val="right"/>
      </w:pPr>
      <w:r>
        <w:t>دیکھیے، میگنیٹک فیلڈ ہو اور وہاں پر آپ موشن لائیں تو الیکٹریسی، الیکٹران فلو کرتے ہیں، جس کا نام الیکٹریسٹی ہے۔</w:t>
      </w:r>
    </w:p>
    <w:p>
      <w:r>
        <w:rPr>
          <w:b/>
        </w:rPr>
        <w:t xml:space="preserve">[48:12] </w:t>
      </w:r>
      <w:r>
        <w:t>aur agar magnetic field ho aur wahan electric current layen to woh motion paida ho jayega. yeh ek, yeh ek, yeh nature mein chupa hua tha.</w:t>
      </w:r>
    </w:p>
    <w:p>
      <w:pPr>
        <w:jc w:val="right"/>
      </w:pPr>
      <w:r>
        <w:t>اور اگر میگنیٹک فیلڈ ہو اور وہاں الیکٹرک کرنٹ لائیں تو وہ موشن پیدا ہو جائے گا۔ یہ ایک، یہ ایک، یہ نیچر میں چھپا ہوا تھا۔</w:t>
      </w:r>
    </w:p>
    <w:p>
      <w:r>
        <w:rPr>
          <w:b/>
        </w:rPr>
        <w:t xml:space="preserve">[48:22] </w:t>
      </w:r>
      <w:r>
        <w:t>yeh yeh ek law of nature hai jo chupa hua tha nature ke andar.</w:t>
      </w:r>
    </w:p>
    <w:p>
      <w:pPr>
        <w:jc w:val="right"/>
      </w:pPr>
      <w:r>
        <w:t>یہ یہ ایک لاء آف نیچر ہے جو چھپا ہوا تھا نیچر کے اندر۔</w:t>
      </w:r>
    </w:p>
    <w:p>
      <w:r>
        <w:rPr>
          <w:b/>
        </w:rPr>
        <w:t xml:space="preserve">[48:27] </w:t>
      </w:r>
      <w:r>
        <w:t>kaise science ne is ko discover kiya? yeh ek chupi hui baat ko scientist ne kaise jana ke magnetic field ho aur motion ho to wahan electron flow karenge, aur magnetic field ho aur electric current ho to wahan motion paida ho jayega?</w:t>
      </w:r>
    </w:p>
    <w:p>
      <w:pPr>
        <w:jc w:val="right"/>
      </w:pPr>
      <w:r>
        <w:t>کیسے سائنس نے اس کو ڈسکور کیا؟ یہ ایک چھپی ہوئی بات کو سائنٹسٹ نے کیسے جانا کہ میگنیٹک فیلڈ ہو اور موشن ہو تو وہاں الیکٹران فلو کریں گے، اور میگنیٹک فیلڈ ہو اور الیکٹرک کرنٹ ہو تو وہاں موشن پیدا ہو جائے گا؟</w:t>
      </w:r>
    </w:p>
    <w:p>
      <w:r>
        <w:rPr>
          <w:b/>
        </w:rPr>
        <w:t xml:space="preserve">[48:47] </w:t>
      </w:r>
      <w:r>
        <w:t>yeh itni anokhi baat hai ke hazaron saal se yeh thi maujood nature mein, lekin insan discover nahin kar pata tha.</w:t>
      </w:r>
    </w:p>
    <w:p>
      <w:pPr>
        <w:jc w:val="right"/>
      </w:pPr>
      <w:r>
        <w:t>یہ اتنی انوکھی بات ہے کہ ہزاروں سال سے یہ تھی موجود نیچر میں، لیکن انسان ڈسکور نہیں کر پاتا تھا۔</w:t>
      </w:r>
    </w:p>
    <w:p>
      <w:r>
        <w:rPr>
          <w:b/>
        </w:rPr>
        <w:t xml:space="preserve">[48:56] </w:t>
      </w:r>
      <w:r>
        <w:t>to main samajhta hoon ke khuda ne kuch logon ko inspire kiya, angels ke zariye khuda ko kuch logon ko bataya to unhon ne discover kiya. to kyun?</w:t>
      </w:r>
    </w:p>
    <w:p>
      <w:pPr>
        <w:jc w:val="right"/>
      </w:pPr>
      <w:r>
        <w:t>تو میں سمجھتا ہوں کہ خدا نے کچھ لوگوں کو انسپائر کیا، اینجلز کے ذریعے خدا کو کچھ لوگوں کو بتایا تو انہوں نے ڈسکور کیا۔ تو کیوں؟</w:t>
      </w:r>
    </w:p>
    <w:p>
      <w:r>
        <w:rPr>
          <w:b/>
        </w:rPr>
        <w:t xml:space="preserve">[49:05] </w:t>
      </w:r>
      <w:r>
        <w:t>yeh is liye nahin tha ke aap is mein humein kuch ek ek comfortable life mil jaye, kuch luxury luxurious item mil jayen, consumer goods ban jayen.</w:t>
      </w:r>
    </w:p>
    <w:p>
      <w:pPr>
        <w:jc w:val="right"/>
      </w:pPr>
      <w:r>
        <w:t>یہ اس لیے نہیں تھا کہ آپ اس میں ہمیں کچھ ایک ایک کمفرٹیبل لائف مل جائے، کچھ لگزری لگزریس آئٹم مل جائیں، کنزیومر گڈز بن جائیں۔</w:t>
      </w:r>
    </w:p>
    <w:p>
      <w:r>
        <w:rPr>
          <w:b/>
        </w:rPr>
        <w:t xml:space="preserve">[49:14] </w:t>
      </w:r>
      <w:r>
        <w:t>yeh matlab yeh nahin tha is ka. yeh to is ka by product hai. yaad rakhiye, yeh sari cheezen by product hain. is ka asal cheez hai daawa opportunities ko kholna.</w:t>
      </w:r>
    </w:p>
    <w:p>
      <w:pPr>
        <w:jc w:val="right"/>
      </w:pPr>
      <w:r>
        <w:t>یہ مطلب یہ نہیں تھا اس کا۔ یہ تو اس کا بائی پروڈکٹ ہے۔ یاد رکھیے، یہ ساری چیزیں بائی پروڈکٹ ہیں۔ اس کا اصل چیز ہے دعویٰ اپرچونیٹیز کو کھولنا۔</w:t>
      </w:r>
    </w:p>
    <w:p>
      <w:r>
        <w:rPr>
          <w:b/>
        </w:rPr>
        <w:t xml:space="preserve">[49:28] </w:t>
      </w:r>
      <w:r>
        <w:t>jaise aap seb ko crush karte hain to ek ek chhilka niklta hai, ek is ka ras hota hai, is ka juice.</w:t>
      </w:r>
    </w:p>
    <w:p>
      <w:pPr>
        <w:jc w:val="right"/>
      </w:pPr>
      <w:r>
        <w:t>جیسے آپ سیب کو کرش کرتے ہیں تو ایک ایک چھلکا نکلتا ہے، ایک اس کا رس ہوتا ہے، اس کا جوس۔</w:t>
      </w:r>
    </w:p>
    <w:p>
      <w:r>
        <w:rPr>
          <w:b/>
        </w:rPr>
        <w:t xml:space="preserve">[49:39] </w:t>
      </w:r>
      <w:r>
        <w:t>to asal cheez woh juice hoti hai. to ek is ko kehte hain by product. to yeh jo madi sahoolaten mili hum ko, jo comfort aur luxury jo mili hum ko, yeh by product tha is ka.</w:t>
      </w:r>
    </w:p>
    <w:p>
      <w:pPr>
        <w:jc w:val="right"/>
      </w:pPr>
      <w:r>
        <w:t>تو اصل چیز وہ جوس ہوتی ہے۔ تو ایک اس کو کہتے ہیں بائی پروڈکٹ۔ تو یہ جو مادی سہولتیں ملی ہم کو، جو کمفرٹ اور لگزری جو ملی ہم کو، یہ بائی پروڈکٹ تھا اس کا۔</w:t>
      </w:r>
    </w:p>
    <w:p>
      <w:r>
        <w:rPr>
          <w:b/>
        </w:rPr>
        <w:t xml:space="preserve">[49:53] </w:t>
      </w:r>
      <w:r>
        <w:t>asal jo hai scientific discoveries ka, woh hai daawa opportunities. daawa opportunities jo theories daryaft huin aur jo communication daryaft hua, aur bohat sari cheezen daryaft huin, woh sab ke sab daawa opportunities hain.</w:t>
      </w:r>
    </w:p>
    <w:p>
      <w:pPr>
        <w:jc w:val="right"/>
      </w:pPr>
      <w:r>
        <w:t>اصل جو ہے سائنٹیفک ڈسکوریز کا، وہ ہے دعویٰ اپرچونیٹیز۔ دعویٰ اپرچونیٹیز جو تھیوریز دریافت ہوئیں اور جو کمیونیکیشن دریافت ہوا، اور بہت ساری چیزیں دریافت ہوئیں، وہ سب کے سب دعویٰ اپرچونیٹیز ہیں۔</w:t>
      </w:r>
    </w:p>
    <w:p>
      <w:r>
        <w:rPr>
          <w:b/>
        </w:rPr>
        <w:t xml:space="preserve">[50:13] </w:t>
      </w:r>
      <w:r>
        <w:t>to is ko abhi tak aisa hua ke logon ne apni comfortable life ke liye istemal kiya hai.</w:t>
      </w:r>
    </w:p>
    <w:p>
      <w:pPr>
        <w:jc w:val="right"/>
      </w:pPr>
      <w:r>
        <w:t>تو اس کو ابھی تک ایسا ہوا کہ لوگوں نے اپنی کمفرٹیبل لائف کے لیے استعمال کیا ہے۔</w:t>
      </w:r>
    </w:p>
    <w:p>
      <w:r>
        <w:rPr>
          <w:b/>
        </w:rPr>
        <w:t xml:space="preserve">[50:21] </w:t>
      </w:r>
      <w:r>
        <w:t>yeh sahi hai, lekin aap ka yeh kaam hai ke aap is ko, is mein daawa opportunities ko daikhain, as an daawa opportunities ko aap discover karain aur is ko istemal karain.</w:t>
      </w:r>
    </w:p>
    <w:p>
      <w:pPr>
        <w:jc w:val="right"/>
      </w:pPr>
      <w:r>
        <w:t>یہ صحیح ہے، لیکن آپ کا یہ کام ہے کہ آپ اس کو، اس میں دعویٰ اپرچونیٹیز کو دیکھیں، ایز این دعویٰ اپرچونیٹیز کو آپ ڈسکور کریں اور اس کو استعمال کریں۔</w:t>
      </w:r>
    </w:p>
    <w:p>
      <w:r>
        <w:rPr>
          <w:b/>
        </w:rPr>
        <w:t xml:space="preserve">[50:35] </w:t>
      </w:r>
      <w:r>
        <w:t>is se pehle ke dunya ka end aa jaye aur Khuda ki baat ko sari dunya tak pohncha dain.</w:t>
      </w:r>
    </w:p>
    <w:p>
      <w:pPr>
        <w:jc w:val="right"/>
      </w:pPr>
      <w:r>
        <w:t>اس سے پہلے کہ دنیا کا اینڈ آ جائے اور خدا کی بات کو ساری دنیا تک پہنچا دیں۔</w:t>
      </w:r>
    </w:p>
    <w:p>
      <w:r>
        <w:rPr>
          <w:b/>
        </w:rPr>
        <w:t xml:space="preserve">[50:43] </w:t>
      </w:r>
      <w:r>
        <w:t>to yeh main samajhta hoon ke ek aakhri role baqi hai, kuch kuch kuch khushkhabri insanon ke liye.</w:t>
      </w:r>
    </w:p>
    <w:p>
      <w:pPr>
        <w:jc w:val="right"/>
      </w:pPr>
      <w:r>
        <w:t>تو یہ میں سمجھتا ہوں کہ ایک آخری رول باقی ہے، کچھ کچھ کچھ خوشخبری انسانوں کے لیے۔</w:t>
      </w:r>
    </w:p>
    <w:p>
      <w:r>
        <w:rPr>
          <w:b/>
        </w:rPr>
        <w:t xml:space="preserve">[50:54] </w:t>
      </w:r>
      <w:r>
        <w:t>ek aakhri role. isi liye maine kaha ke final role of the prophetic mission. to prophetic mission chal raha hai hazaron saal se, bohat sare role is mein ada hue, bohat se role is mein ada hue,</w:t>
      </w:r>
    </w:p>
    <w:p>
      <w:pPr>
        <w:jc w:val="right"/>
      </w:pPr>
      <w:r>
        <w:t>ایک آخری رول۔ اسی لیے میں نے کہا کہ فائنل رول آف دا پرافٹک مشن۔ تو پرافٹک مشن چل رہا ہے ہزاروں سال سے، بہت سارے رول اس میں ادا ہوئے، بہت سے رول اس میں ادا ہوئے،</w:t>
      </w:r>
    </w:p>
    <w:p>
      <w:r>
        <w:rPr>
          <w:b/>
        </w:rPr>
        <w:t xml:space="preserve">[51:10] </w:t>
      </w:r>
      <w:r>
        <w:t>lekin ek final role baqi</w:t>
      </w:r>
    </w:p>
    <w:p>
      <w:pPr>
        <w:jc w:val="right"/>
      </w:pPr>
      <w:r>
        <w:t>لیکن ایک فائنل رول باقی</w:t>
      </w:r>
    </w:p>
    <w:p>
      <w:r>
        <w:rPr>
          <w:b/>
        </w:rPr>
        <w:t xml:space="preserve">[51:12] </w:t>
      </w:r>
      <w:r>
        <w:t>hai. woh final role yahi hai ke yeh jo opportunity khuli hai, kai so saal ke yani mehnat ke baad, to is ka sirf chhilka logon ne le le le rakha hai.</w:t>
      </w:r>
    </w:p>
    <w:p>
      <w:pPr>
        <w:jc w:val="right"/>
      </w:pPr>
      <w:r>
        <w:t>ہے۔ وہ فائنل رول یہی ہے کہ یہ جو اپرچونیٹی کھلی ہے، کئی سو سال کے یعنی محنت کے بعد، تو اس کا صرف چھلکا لوگوں نے لے لے لے رکھا ہے۔</w:t>
      </w:r>
    </w:p>
    <w:p>
      <w:r>
        <w:rPr>
          <w:b/>
        </w:rPr>
        <w:t xml:space="preserve">[51:26] </w:t>
      </w:r>
      <w:r>
        <w:t>logon ne yani material comfort, material comfort is ka sirf chhilka hai.</w:t>
      </w:r>
    </w:p>
    <w:p>
      <w:pPr>
        <w:jc w:val="right"/>
      </w:pPr>
      <w:r>
        <w:t>لوگوں نے یعنی مٹیریل کمفرٹ، مٹیریل کمفرٹ اس کا صرف چھلکا ہے۔</w:t>
      </w:r>
    </w:p>
    <w:p>
      <w:r>
        <w:rPr>
          <w:b/>
        </w:rPr>
        <w:t xml:space="preserve">[51:35] </w:t>
      </w:r>
      <w:r>
        <w:t>jaise aap kabhi aap ne daikha hoga, yeh ganda jo hota hai, is ka ras nikalte hain.</w:t>
      </w:r>
    </w:p>
    <w:p>
      <w:pPr>
        <w:jc w:val="right"/>
      </w:pPr>
      <w:r>
        <w:t>جیسے آپ کبھی آپ نے دیکھا ہوگا، یہ گندا جو ہوتا ہے، اس کا رس نکالتے ہیں۔</w:t>
      </w:r>
    </w:p>
    <w:p>
      <w:r>
        <w:rPr>
          <w:b/>
        </w:rPr>
        <w:t xml:space="preserve">[51:41] </w:t>
      </w:r>
      <w:r>
        <w:t>maine kai baar daikha hai to machine mein dalte hain is ko, to machine jo hai ras nikal leti hai aur chhilka alag kar deti hai.</w:t>
      </w:r>
    </w:p>
    <w:p>
      <w:pPr>
        <w:jc w:val="right"/>
      </w:pPr>
      <w:r>
        <w:t>میں نے کئی بار دیکھا ہے تو مشین میں ڈالتے ہیں اس کو، تو مشین جو ہے رس نکال لیتی ہے اور چھلکا الگ کر دیتی ہے۔</w:t>
      </w:r>
    </w:p>
    <w:p>
      <w:r>
        <w:rPr>
          <w:b/>
        </w:rPr>
        <w:t xml:space="preserve">[51:51] </w:t>
      </w:r>
      <w:r>
        <w:t>to yeh jo yeh material comfort jo jis ko ne ke taur par jo log kar le rahe hain, is ko woh sirf is ka chhilka le rahe hain. is ka jo ras hai, woh is ko abhi tak to istemal hi nahi hua.</w:t>
      </w:r>
    </w:p>
    <w:p>
      <w:pPr>
        <w:jc w:val="right"/>
      </w:pPr>
      <w:r>
        <w:t>تو یہ جو یہ مٹیریل کمفرٹ جو جس کو نے کے طور پر جو لوگ کر لے رہے ہیں، اس کو وہ صرف اس کا چھلکا لے رہے ہیں۔ اس کا جو رس ہے، وہ اس کو ابھی تک تو استعمال ہی نہیں ہوا۔</w:t>
      </w:r>
    </w:p>
    <w:p>
      <w:r>
        <w:rPr>
          <w:b/>
        </w:rPr>
        <w:t xml:space="preserve">[52:02] </w:t>
      </w:r>
      <w:r>
        <w:t>woh</w:t>
      </w:r>
    </w:p>
    <w:p>
      <w:pPr>
        <w:jc w:val="right"/>
      </w:pPr>
      <w:r>
        <w:t>وہ</w:t>
      </w:r>
    </w:p>
    <w:p>
      <w:r>
        <w:rPr>
          <w:b/>
        </w:rPr>
        <w:t xml:space="preserve">[52:06] </w:t>
      </w:r>
      <w:r>
        <w:t>to asal jo is ka hai, main samajhta hoon scientific discoveries ka, woh yeh hai ke is mein Khuda ki discovery ka naya saman, Khuda ki relation ka naya pehlu, Khuda ki Khuda ke message ko phailane ke naye awqaaf, yeh hai is ka asal.</w:t>
      </w:r>
    </w:p>
    <w:p>
      <w:pPr>
        <w:jc w:val="right"/>
      </w:pPr>
      <w:r>
        <w:t>تو اصل جو اس کا ہے، میں سمجھتا ہوں سائنٹیفک ڈسکوریز کا، وہ یہ ہے کہ اس میں خدا کی ڈسکوری کا نیا سامان، خدا کی ریلیشن کا نیا پہلو، خدا کی خدا کے میسج کو پھیلانے کے نئے مواقع، یہ ہے اس کا اصل۔</w:t>
      </w:r>
    </w:p>
    <w:p>
      <w:r>
        <w:rPr>
          <w:b/>
        </w:rPr>
        <w:t xml:space="preserve">[52:27] </w:t>
      </w:r>
      <w:r>
        <w:t>to main samajhta hoon ke jo log is baat ke yani apne ko is baat ka candidate banana chahain ke Khuda ke haan un ka woh darja mile ke farishte ke paighambar bhi un ke upar rash karain, to un ko yeh is opportunity ko unhein avail karna chahiye.</w:t>
      </w:r>
    </w:p>
    <w:p>
      <w:pPr>
        <w:jc w:val="right"/>
      </w:pPr>
      <w:r>
        <w:t>تو میں سمجھتا ہوں کہ جو لوگ اس بات کے یعنی اپنے کو اس بات کا کینڈیڈیٹ بنانا چاہیں کہ خدا کے ہاں ان کا وہ درجہ ملے کہ فرشتے کے پیغمبر بھی ان کے اوپر رش کریں، تو ان کو یہ اس اپرچونیٹی کو انہیں اویل کرنا چاہیے۔</w:t>
      </w:r>
    </w:p>
    <w:p>
      <w:r>
        <w:rPr>
          <w:b/>
        </w:rPr>
        <w:t xml:space="preserve">[52:45] </w:t>
      </w:r>
      <w:r>
        <w:t>unhi ke liye opportunity khuli gayi hai.</w:t>
      </w:r>
    </w:p>
    <w:p>
      <w:pPr>
        <w:jc w:val="right"/>
      </w:pPr>
      <w:r>
        <w:t>انہی کے لیے اپرچونیٹی کھولی گئی ہے۔</w:t>
      </w:r>
    </w:p>
    <w:p>
      <w:r>
        <w:rPr>
          <w:b/>
        </w:rPr>
        <w:t xml:space="preserve">[52:49] </w:t>
      </w:r>
      <w:r>
        <w:t>scientific revolution ka abhi tak logon ne sirf chhilka istemal kiya hai yani material comfort ke liye aur is ko Khuda ki pehchan ke liye, Khuda ki marifat ke liye abhi tak istemal hi nahi hua.</w:t>
      </w:r>
    </w:p>
    <w:p>
      <w:pPr>
        <w:jc w:val="right"/>
      </w:pPr>
      <w:r>
        <w:t>سائنٹیفک ریولوشن کا ابھی تک لوگوں نے صرف چھلکا استعمال کیا ہے یعنی مٹیریل کمفرٹ کے لیے اور اس کو خدا کی پہچان کے لیے، خدا کی معرفت کے لیے ابھی تک استعمال ہی نہیں ہوا۔</w:t>
      </w:r>
    </w:p>
    <w:p>
      <w:r>
        <w:rPr>
          <w:b/>
        </w:rPr>
        <w:t xml:space="preserve">[53:05] </w:t>
      </w:r>
      <w:r>
        <w:t>aur is waqt tak qayamat nahi aayegi jab tak yeh na ho jaye. qayamat is waqt tak ruki rahegi jab tak ke aap is is mein jo marifat ka jo content hai, us ko le le sakain.</w:t>
      </w:r>
    </w:p>
    <w:p>
      <w:pPr>
        <w:jc w:val="right"/>
      </w:pPr>
      <w:r>
        <w:t>اور اس وقت تک قیامت نہیں آئے گی جب تک یہ نہ ہو جائے۔ قیامت اس وقت تک رکی رہے گی جب تک کہ آپ اس اس میں جو معرفت کا جو کنٹینٹ ہے، اس کو لے لے سکیں۔</w:t>
      </w:r>
    </w:p>
    <w:p>
      <w:r>
        <w:rPr>
          <w:b/>
        </w:rPr>
        <w:t xml:space="preserve">[53:19] </w:t>
      </w:r>
      <w:r>
        <w:t>yani is mein jo scientific discoveries hain, is mein ek taraf hum ko Khuda ki marifat ka saman hai, doosri taraf dawat ka saman hai.</w:t>
      </w:r>
    </w:p>
    <w:p>
      <w:pPr>
        <w:jc w:val="right"/>
      </w:pPr>
      <w:r>
        <w:t>یعنی اس میں جو سائنٹیفک ڈسکوریز ہیں، اس میں ایک طرف ہم کو خدا کی معرفت کا سامان ہے، دوسری طرف دعوت کا سامان ہے۔</w:t>
      </w:r>
    </w:p>
    <w:p>
      <w:r>
        <w:rPr>
          <w:b/>
        </w:rPr>
        <w:t xml:space="preserve">[53:28] </w:t>
      </w:r>
      <w:r>
        <w:t>is mein do cheezain hain. Khuda ki marifat aap ghhor kijiye ke pehle insan jitna janta tha nature ke baray mein, us se Khuda ki azmat qaim nahi ho pati thi.</w:t>
      </w:r>
    </w:p>
    <w:p>
      <w:pPr>
        <w:jc w:val="right"/>
      </w:pPr>
      <w:r>
        <w:t>اس میں دو چیزیں ہیں۔ خدا کی معرفت آپ غور کیجئے کہ پہلے انسان جتنا جانتا تھا نیچر کے بارے میں، اس سے خدا کی عظمت قائم نہیں ہو پاتی تھی۔</w:t>
      </w:r>
    </w:p>
    <w:p>
      <w:r>
        <w:rPr>
          <w:b/>
        </w:rPr>
        <w:t xml:space="preserve">[53:42] </w:t>
      </w:r>
      <w:r>
        <w:t>ab jo jo science ne daryaft kiya hai, dunya woh itni bari ke four percent jo hum daikhte hain, wohi bohat hi bari hai aur 96 percent to aap daikh hi nahi rahe hain.</w:t>
      </w:r>
    </w:p>
    <w:p>
      <w:pPr>
        <w:jc w:val="right"/>
      </w:pPr>
      <w:r>
        <w:t>اب جو جو سائنس نے دریافت کیا ہے، دنیا وہ اتنی بڑی کہ فور پرسنٹ جو ہم دیکھتے ہیں، وہی بہت ہی بڑی ہے اور 96 پرسنٹ تو آپ دیکھ ہی نہیں رہے ہیں۔</w:t>
      </w:r>
    </w:p>
    <w:p>
      <w:r>
        <w:rPr>
          <w:b/>
        </w:rPr>
        <w:t xml:space="preserve">[53:53] </w:t>
      </w:r>
      <w:r>
        <w:t>to aap zara ghhor kijiye ke science ne bataya ke dunya to bohat hi bari hai, woh conceivable hi nahi hai. woh tab ja ke insan samajh paya ke Khuda kitna bara hai.</w:t>
      </w:r>
    </w:p>
    <w:p>
      <w:pPr>
        <w:jc w:val="right"/>
      </w:pPr>
      <w:r>
        <w:t>تو آپ ذرا غور کیجئے کہ سائنس نے بتایا کہ دنیا تو بہت ہی بڑی ہے، وہ کنسیبل ہی نہیں ہے۔ وہ تب جا کے انسان سمجھ پایا کہ خدا کتنا بڑا ہے۔</w:t>
      </w:r>
    </w:p>
    <w:p>
      <w:r>
        <w:rPr>
          <w:b/>
        </w:rPr>
        <w:t xml:space="preserve">[54:04] </w:t>
      </w:r>
      <w:r>
        <w:t>yani gloria of God jo hai, woh chhipi hui thi abhi tak.</w:t>
      </w:r>
    </w:p>
    <w:p>
      <w:pPr>
        <w:jc w:val="right"/>
      </w:pPr>
      <w:r>
        <w:t>یعنی گلوریا آف گاڈ جو ہے، وہ چھپی ہوئی تھی ابھی تک۔</w:t>
      </w:r>
    </w:p>
    <w:p>
      <w:r>
        <w:rPr>
          <w:b/>
        </w:rPr>
        <w:t xml:space="preserve">[54:09] </w:t>
      </w:r>
      <w:r>
        <w:t>is hatta ke solar system ko ek kisi ko pata nahi tha. woh yeh samajhte the ke chhota suraj hai, woh idhar se nikla, idhar chala gaya, idhar se nikla, idhar chala gaya.</w:t>
      </w:r>
    </w:p>
    <w:p>
      <w:pPr>
        <w:jc w:val="right"/>
      </w:pPr>
      <w:r>
        <w:t>اس حتیٰ کہ سولر سسٹم کو ایک کسی کو پتہ نہیں تھا۔ وہ یہ سمجھتے تھے کہ چھوٹا سورج ہے، وہ ادھر سے نکلا، ادھر چلا گیا، ادھر سے نکلا، ادھر چلا گیا۔</w:t>
      </w:r>
    </w:p>
    <w:p>
      <w:r>
        <w:rPr>
          <w:b/>
        </w:rPr>
        <w:t xml:space="preserve">[54:18] </w:t>
      </w:r>
      <w:r>
        <w:t>lekin poora jo solar system, poori galaxy aur sari universe aur yeh sara jo hai, iske is is ko kaun janta tha is se pehle?</w:t>
      </w:r>
    </w:p>
    <w:p>
      <w:pPr>
        <w:jc w:val="right"/>
      </w:pPr>
      <w:r>
        <w:t>لیکن پورا جو سولر سسٹم، پوری گلیکسی اور ساری یونیورس اور یہ سارا جو ہے، اس کے اس اس کو کون جانتا تھا اس سے پہلے؟</w:t>
      </w:r>
    </w:p>
    <w:p>
      <w:r>
        <w:rPr>
          <w:b/>
        </w:rPr>
        <w:t xml:space="preserve">[54:32] </w:t>
      </w:r>
      <w:r>
        <w:t>is wajah se jo Khuda ki jo blessing hai, misaal ke taur par Khuda ki yeh blessing hai ke sare darakht jo hain, hamare yani hamare hamari saans se nikle hue carbon ko le lete hain aur khud woh hum ko oxygen supply karte hain.</w:t>
      </w:r>
    </w:p>
    <w:p>
      <w:pPr>
        <w:jc w:val="right"/>
      </w:pPr>
      <w:r>
        <w:t>اس وجہ سے جو خدا کی جو بلیسنگ ہے، مثال کے طور پر خدا کی یہ بلیسنگ ہے کہ سارے درخت جو ہیں، ہمارے یعنی ہمارے ہماری سانس سے نکلے ہوئے کاربن کو لے لیتے ہیں اور خود وہ ہم کو اکسیجن سپلائی کرتے ہیں۔</w:t>
      </w:r>
    </w:p>
    <w:p>
      <w:r>
        <w:rPr>
          <w:b/>
        </w:rPr>
        <w:t xml:space="preserve">[54:47] </w:t>
      </w:r>
      <w:r>
        <w:t>yeh kaun janta tha is ke pehle? koi nahi janta tha. aisi million trillion baatein jo science ne batayi hain humein. toh Khuda ki blessing ka is se pehle bohat hi kam andaza hota tha.</w:t>
      </w:r>
    </w:p>
    <w:p>
      <w:pPr>
        <w:jc w:val="right"/>
      </w:pPr>
      <w:r>
        <w:t>یہ کون جانتا تھا اس کے پہلے؟ کوئی نہیں جانتا تھا۔ ایسی ملین ٹریلن باتیں جو سائنس نے بتائی ہیں ہمیں۔ تو خدا کی بلیسنگ کا اس سے پہلے بہت ہی کم اندازہ ہوتا تھا۔</w:t>
      </w:r>
    </w:p>
    <w:p>
      <w:r>
        <w:rPr>
          <w:b/>
        </w:rPr>
        <w:t xml:space="preserve">[55:00] </w:t>
      </w:r>
      <w:r>
        <w:t>Khuda ki glory ka bohat hi kam andaza hota tha.</w:t>
      </w:r>
    </w:p>
    <w:p>
      <w:pPr>
        <w:jc w:val="right"/>
      </w:pPr>
      <w:r>
        <w:t>خدا کی گلوری کا بہت ہی کم اندازہ ہوتا تھا۔</w:t>
      </w:r>
    </w:p>
    <w:p>
      <w:r>
        <w:rPr>
          <w:b/>
        </w:rPr>
        <w:t xml:space="preserve">[55:03] </w:t>
      </w:r>
      <w:r>
        <w:t>Khuda ki creation ka bohat hi kam andaza hota tha. science ne bataya ke Khuda ki glory is se bohat zyada bari hai. jab tak tum is se pehle samajhte the, toh ek taraf science ne Khuda ki azmat ko pehli baar establish kiya aur doosri taraf science ne jo discoveries kin, is se dawat ke opportunities humein mili.</w:t>
      </w:r>
    </w:p>
    <w:p>
      <w:pPr>
        <w:jc w:val="right"/>
      </w:pPr>
      <w:r>
        <w:t>خدا کی کریشن کا بہت ہی کم اندازہ ہوتا تھا۔ سائنس نے بتایا کہ خدا کی گلوری اس سے بہت زیادہ بڑی ہے۔ جب تک تم اس سے پہلے سمجھتے تھے، تو ایک طرف سائنس نے خدا کی عظمت کو پہلی بار اسٹیبلش کیا اور دوسری طرف سائنس نے جو ڈسکوریز کیں، اس سے دعوت کے اپرچونیٹیز ہمیں ملی۔</w:t>
      </w:r>
    </w:p>
    <w:p>
      <w:r>
        <w:rPr>
          <w:b/>
        </w:rPr>
        <w:t xml:space="preserve">[55:28] </w:t>
      </w:r>
      <w:r>
        <w:t>to jo log</w:t>
      </w:r>
    </w:p>
    <w:p>
      <w:pPr>
        <w:jc w:val="right"/>
      </w:pPr>
      <w:r>
        <w:t>تو جو لوگ</w:t>
      </w:r>
    </w:p>
    <w:p>
      <w:r>
        <w:rPr>
          <w:b/>
        </w:rPr>
        <w:t xml:space="preserve">[55:31] </w:t>
      </w:r>
      <w:r>
        <w:t>is is sāinṭifik nālej se ḵẖudā kī</w:t>
      </w:r>
    </w:p>
    <w:p>
      <w:pPr>
        <w:jc w:val="right"/>
      </w:pPr>
      <w:r>
        <w:t>اس اس سائنٹیفک نالج سے خدا کی</w:t>
      </w:r>
    </w:p>
    <w:p>
      <w:r>
        <w:rPr>
          <w:b/>
        </w:rPr>
        <w:t xml:space="preserve">[55:37] </w:t>
      </w:r>
      <w:r>
        <w:t>baṛī huī maʿrifat hāsil kareñge aur jo log sāinṭifik ḍiskorīz se faide uṭhā kar ke ḵẖudā ke</w:t>
      </w:r>
    </w:p>
    <w:p>
      <w:pPr>
        <w:jc w:val="right"/>
      </w:pPr>
      <w:r>
        <w:t>بڑی ہوئی معرفت حاصل کریں گے اور جو لوگ سائنٹیفک ڈسکوریز سے فائدہ اٹھا کر کے خدا کے</w:t>
      </w:r>
    </w:p>
    <w:p>
      <w:r>
        <w:rPr>
          <w:b/>
        </w:rPr>
        <w:t xml:space="preserve">[55:45] </w:t>
      </w:r>
      <w:r>
        <w:t>mesaj ko sari dunya mein pohnchayen ge, wahi woh log honge jo sab se bari jo unhon</w:t>
      </w:r>
    </w:p>
    <w:p>
      <w:pPr>
        <w:jc w:val="right"/>
      </w:pPr>
      <w:r>
        <w:t>میسج کو ساری دنیا میں پہنچائیں گے، وہی وہ لوگ ہوں گے جو سب سے بڑی جو انہوں</w:t>
      </w:r>
    </w:p>
    <w:p>
      <w:r>
        <w:rPr>
          <w:b/>
        </w:rPr>
        <w:t xml:space="preserve">[55:49] </w:t>
      </w:r>
      <w:r>
        <w:t>ne gawahi di hogi aur wahi log honge jo qayamat ke din jin ko profit bhi</w:t>
      </w:r>
    </w:p>
    <w:p>
      <w:pPr>
        <w:jc w:val="right"/>
      </w:pPr>
      <w:r>
        <w:t>نے گواہی دی ہوگی اور وہی لوگ ہوں گے جو قیامت کے دن جن کو پرافٹ بھی</w:t>
      </w:r>
    </w:p>
    <w:p>
      <w:r>
        <w:rPr>
          <w:b/>
        </w:rPr>
        <w:t xml:space="preserve">[55:57] </w:t>
      </w:r>
      <w:r>
        <w:t>yani rish karne dekhen ge.</w:t>
      </w:r>
    </w:p>
    <w:p>
      <w:pPr>
        <w:jc w:val="right"/>
      </w:pPr>
      <w:r>
        <w:t>یعنی رش کرنے دیکھیں گے۔</w:t>
      </w:r>
    </w:p>
    <w:p>
      <w:r>
        <w:rPr>
          <w:b/>
        </w:rPr>
        <w:t xml:space="preserve">[56:02] </w:t>
      </w:r>
      <w:r>
        <w:t>yeh hai final role. prophetic mission chal raha hai Hazrat Adam se aur chalega yani qayamat tak, doomsday tak.</w:t>
      </w:r>
    </w:p>
    <w:p>
      <w:pPr>
        <w:jc w:val="right"/>
      </w:pPr>
      <w:r>
        <w:t>یہ ہے فائنل رول۔ پرافٹک مشن چل رہا ہے حضرت آدم سے اور چلے گا یعنی قیامت تک، ڈومز ڈے تک۔</w:t>
      </w:r>
    </w:p>
    <w:p>
      <w:r>
        <w:rPr>
          <w:b/>
        </w:rPr>
        <w:t xml:space="preserve">[56:12] </w:t>
      </w:r>
      <w:r>
        <w:t>lekin is mein yeh jo final role hai, yeh yeh bohat hi bara role hai. is mein marifat ka jo naya saman hai, dawat ka naye mawaqe hain, is se pehle jo kabhi bhi nahi tha, woh is se pehle kabhi bhi nahi tha.</w:t>
      </w:r>
    </w:p>
    <w:p>
      <w:pPr>
        <w:jc w:val="right"/>
      </w:pPr>
      <w:r>
        <w:t>لیکن اس میں یہ جو فائنل رول ہے، یہ یہ بہت ہی بڑا رول ہے۔ اس میں معرفت کا جو نیا سامان ہے، دعوت کا نئے مواقع ہیں، اس سے پہلے جو کبھی بھی نہیں تھا، وہ اس سے پہلے کبھی بھی نہیں تھا۔</w:t>
      </w:r>
    </w:p>
    <w:p>
      <w:r>
        <w:rPr>
          <w:b/>
        </w:rPr>
        <w:t xml:space="preserve">[56:25] </w:t>
      </w:r>
      <w:r>
        <w:t>woh</w:t>
      </w:r>
    </w:p>
    <w:p>
      <w:pPr>
        <w:jc w:val="right"/>
      </w:pPr>
      <w:r>
        <w:t>وہ</w:t>
      </w:r>
    </w:p>
    <w:p>
      <w:r>
        <w:rPr>
          <w:b/>
        </w:rPr>
        <w:t xml:space="preserve">[56:29] </w:t>
      </w:r>
      <w:r>
        <w:t>bachpan mein maine ek kitab padhi thi ke aasman mein jo sitare hain, woh naked eye se 10 tha dikhai dete hain.</w:t>
      </w:r>
    </w:p>
    <w:p>
      <w:pPr>
        <w:jc w:val="right"/>
      </w:pPr>
      <w:r>
        <w:t>بچپن میں میں نے ایک کتاب پڑھی تھی کہ آسمان میں جو ستارے ہیں، وہ نیکڈ آئی سے 10 تھا دکھائی دیتے ہیں۔</w:t>
      </w:r>
    </w:p>
    <w:p>
      <w:r>
        <w:rPr>
          <w:b/>
        </w:rPr>
        <w:t xml:space="preserve">[56:39] </w:t>
      </w:r>
      <w:r>
        <w:t>yani khul naked eye se sirf 10 tha. ab jo aap batayein ke jo jo jo discoveries hui hain, toh countless sitare hain, bohat hi bare bade.</w:t>
      </w:r>
    </w:p>
    <w:p>
      <w:pPr>
        <w:jc w:val="right"/>
      </w:pPr>
      <w:r>
        <w:t>یعنی کھل نیکڈ آئی سے صرف 10 تھا۔ اب جو آپ بتائیں کہ جو جو جو ڈسکوریز ہوئی ہیں، تو کاؤنٹ لیس ستارے ہیں، بہت ہی بڑے بڑے۔</w:t>
      </w:r>
    </w:p>
    <w:p>
      <w:r>
        <w:rPr>
          <w:b/>
        </w:rPr>
        <w:t xml:space="preserve">[56:51] </w:t>
      </w:r>
      <w:r>
        <w:t>ab Khuda ki glory kitni barh jati hai, is ka ehsas</w:t>
      </w:r>
    </w:p>
    <w:p>
      <w:pPr>
        <w:jc w:val="right"/>
      </w:pPr>
      <w:r>
        <w:t>اب خدا کی گلوری کتنی بڑھ جاتی ہے، اس کا احساس</w:t>
      </w:r>
    </w:p>
    <w:p>
      <w:r>
        <w:rPr>
          <w:b/>
        </w:rPr>
        <w:t xml:space="preserve">[56:55] </w:t>
      </w:r>
      <w:r>
        <w:t>toh behal main yahi kahunga ke marifat ke naye jo mawaqe khule hain, is ko aap avail kijiye aur dawat ke jo mawaqe khule hain, is ko avail kijiye taake aap is group mein shamil hon jo group Khuda ke haan sab se bara darja payega.</w:t>
      </w:r>
    </w:p>
    <w:p>
      <w:pPr>
        <w:jc w:val="right"/>
      </w:pPr>
      <w:r>
        <w:t>تو بہرحال میں یہی کہوں گا کہ معرفت کے نئے جو مواقع کھلے ہیں، اس کو آپ اویل کیجئے اور دعوت کے جو مواقع کھلے ہیں، اس کو اویل کیجئے تاکہ آپ اس گروپ میں شامل ہوں جو گروپ خدا کے ہاں سب سے بڑا درجہ پائے گا۔</w:t>
      </w:r>
    </w:p>
    <w:p>
      <w:r>
        <w:rPr>
          <w:b/>
        </w:rPr>
        <w:t xml:space="preserve">[57:15] </w:t>
      </w:r>
      <w:r>
        <w:t>aqool qawli haza wastaghfirullah ala walakum ajmaeen.</w:t>
      </w:r>
    </w:p>
    <w:p>
      <w:pPr>
        <w:jc w:val="right"/>
      </w:pPr>
      <w:r>
        <w:t>اقول قولیھذا واستغفراللہ علی ویلکم اجمعین۔</w:t>
      </w:r>
    </w:p>
    <w:p>
      <w:r>
        <w:rPr>
          <w:b/>
        </w:rPr>
        <w:t xml:space="preserve">[57:30] </w:t>
      </w:r>
      <w:r>
        <w:t>das question is from doctor wasiq ur rehman. please enumerate things which come under sawab jariya.</w:t>
      </w:r>
    </w:p>
    <w:p>
      <w:pPr>
        <w:jc w:val="right"/>
      </w:pPr>
      <w:r>
        <w:t>دس کوئسچن از فرام ڈاکٹر وسق الرحمن۔ پلیز انومریٹ تھنگز وچ کم انڈر صواب جاریہ۔</w:t>
      </w:r>
    </w:p>
    <w:p>
      <w:r>
        <w:rPr>
          <w:b/>
        </w:rPr>
        <w:t xml:space="preserve">[57:48] </w:t>
      </w:r>
      <w:r>
        <w:t>dekhein,</w:t>
      </w:r>
    </w:p>
    <w:p>
      <w:pPr>
        <w:jc w:val="right"/>
      </w:pPr>
      <w:r>
        <w:t>دیکھیں،</w:t>
      </w:r>
    </w:p>
    <w:p>
      <w:r>
        <w:rPr>
          <w:b/>
        </w:rPr>
        <w:t xml:space="preserve">[57:52] </w:t>
      </w:r>
      <w:r>
        <w:t>ek term hai fiqh mein is ka sadqa jariya.</w:t>
      </w:r>
    </w:p>
    <w:p>
      <w:pPr>
        <w:jc w:val="right"/>
      </w:pPr>
      <w:r>
        <w:t>ایک ٹرم ہے فقہ میں اس کا صدقہ جاریہ۔</w:t>
      </w:r>
    </w:p>
    <w:p>
      <w:r>
        <w:rPr>
          <w:b/>
        </w:rPr>
        <w:t xml:space="preserve">[57:57] </w:t>
      </w:r>
      <w:r>
        <w:t>toh sadqa jariya se yeh cheez nikalti hai ke ek aisa sawab jo jari ho, aap aadmi ke death ke baad bhi ho.</w:t>
      </w:r>
    </w:p>
    <w:p>
      <w:pPr>
        <w:jc w:val="right"/>
      </w:pPr>
      <w:r>
        <w:t>تو صدقہ جاریہ سے یہ چیز نکلتی ہے کہ ایک ایسا ثواب جو جاری ہو، آپ آدمی کے ڈیتھ کے بعد بھی ہو۔</w:t>
      </w:r>
    </w:p>
    <w:p>
      <w:r>
        <w:rPr>
          <w:b/>
        </w:rPr>
        <w:t xml:space="preserve">[58:11] </w:t>
      </w:r>
      <w:r>
        <w:t>toh is ka koi list nahi hai ke falan falan cheez jo hai, woh sadqa jariya hai. pehle zamane mein aisa tha ke kaha jata tha ke kuwan khod dena, pul bana dena, in sab cheezon ko samjhaya jata tha sadqa jariya.</w:t>
      </w:r>
    </w:p>
    <w:p>
      <w:pPr>
        <w:jc w:val="right"/>
      </w:pPr>
      <w:r>
        <w:t>تو اس کا کوئی لسٹ نہیں ہے کہ فلاں فلاں چیز جو ہے، وہ صدقہ جاریہ ہے۔ پہلے زمانے میں ایسا تھا کہ کہا جاتا تھا کہ کنواں کھود دینا، پل بنا دینا، ان سب چیزوں کو سمجھایا جاتا تھا صدقہ جاریہ۔</w:t>
      </w:r>
    </w:p>
    <w:p>
      <w:r>
        <w:rPr>
          <w:b/>
        </w:rPr>
        <w:t xml:space="preserve">[58:26] </w:t>
      </w:r>
      <w:r>
        <w:t>ab main samajhta hoon ke bohat zyada expansion ho chuka hai zindagi mein. ab aur bohat sari cheezein is mein shamil ho sakti hain.</w:t>
      </w:r>
    </w:p>
    <w:p>
      <w:pPr>
        <w:jc w:val="right"/>
      </w:pPr>
      <w:r>
        <w:t>اب میں سمجھتا ہوں کہ بہت زیادہ ایکسپینشن ہو چکا ہے زندگی میں۔ اب اور بہت ساری چیزیں اس میں شامل ہو سکتی ہیں۔</w:t>
      </w:r>
    </w:p>
    <w:p>
      <w:r>
        <w:rPr>
          <w:b/>
        </w:rPr>
        <w:t xml:space="preserve">[58:36] </w:t>
      </w:r>
      <w:r>
        <w:t>toh koi bhi aisi cheez jo aadmi Khuda ki raza ke liye kare, yeh dekhein shart hai Khuda ki raza ke liye.</w:t>
      </w:r>
    </w:p>
    <w:p>
      <w:pPr>
        <w:jc w:val="right"/>
      </w:pPr>
      <w:r>
        <w:t>تو کوئی بھی ایسی چیز جو آدمی خدا کی رضا کے لیے کرے، یہ دیکھیں شرط ہے خدا کی رضا کے لیے۔</w:t>
      </w:r>
    </w:p>
    <w:p>
      <w:r>
        <w:rPr>
          <w:b/>
        </w:rPr>
        <w:t xml:space="preserve">[58:49] </w:t>
      </w:r>
      <w:r>
        <w:t>koi bhi aisa kaam jo aadmi kare Khuda ki raza ke liye aur woh us ke marne ke baad us ka faida logon ko pahunchta rahe,</w:t>
      </w:r>
    </w:p>
    <w:p>
      <w:pPr>
        <w:jc w:val="right"/>
      </w:pPr>
      <w:r>
        <w:t>کوئی بھی ایسا کام جو آدمی کرے خدا کی رضا کے لیے اور وہ اس کے مرنے کے بعد اس کا فائدہ لوگوں کو پہنچتا رہے،</w:t>
      </w:r>
    </w:p>
    <w:p>
      <w:r>
        <w:rPr>
          <w:b/>
        </w:rPr>
        <w:t xml:space="preserve">[59:03] </w:t>
      </w:r>
      <w:r>
        <w:t>toh woh hai sadqa jariya.</w:t>
      </w:r>
    </w:p>
    <w:p>
      <w:pPr>
        <w:jc w:val="right"/>
      </w:pPr>
      <w:r>
        <w:t>تو وہ ہے صدقہ جاریہ۔</w:t>
      </w:r>
    </w:p>
    <w:p>
      <w:r>
        <w:rPr>
          <w:b/>
        </w:rPr>
        <w:t xml:space="preserve">[59:07] </w:t>
      </w:r>
      <w:r>
        <w:t>toh jaisa ke maine arz kiya, aisi koi list nahi hai. koi bhi aisi cheez jo Khuda ki raza ke liye ki gayi ho aur aadmi ki maut ke baad us ka faida doosron ko milta rahe,</w:t>
      </w:r>
    </w:p>
    <w:p>
      <w:pPr>
        <w:jc w:val="right"/>
      </w:pPr>
      <w:r>
        <w:t>تو جیسا کہ میں نے عرض کیا، ایسی کوئی لسٹ نہیں ہے۔ کوئی بھی ایسی چیز جو خدا کی رضا کے لیے کی گئی ہو اور آدمی کی موت کے بعد اس کا فائدہ دوسروں کو ملتا رہے،</w:t>
      </w:r>
    </w:p>
    <w:p>
      <w:r>
        <w:rPr>
          <w:b/>
        </w:rPr>
        <w:t xml:space="preserve">[59:21] </w:t>
      </w:r>
      <w:r>
        <w:t>to woh sadqa e jariya hai. yeh hai matlab is ka. Maulana he also wants to know how one can do da'wa work among a common man.</w:t>
      </w:r>
    </w:p>
    <w:p>
      <w:pPr>
        <w:jc w:val="right"/>
      </w:pPr>
      <w:r>
        <w:t>تو وہ صدقہ جاریہ ہے۔ یہ ہے مطلب اس کا۔ مولانا ہی السو وانٹس ٹو نو ہاؤ ون کین ڈو دعویٰ ورک امنگ ا کامن مین۔</w:t>
      </w:r>
    </w:p>
    <w:p>
      <w:r>
        <w:rPr>
          <w:b/>
        </w:rPr>
        <w:t xml:space="preserve">[59:38] </w:t>
      </w:r>
      <w:r>
        <w:t>dekhen, da'wa work is zamane mein to bohat hi aasan ho gaya hai, bohat zyada aasan. aap kuch bhi kar rahe hon, koi job ho, koi profession ho, lekin kitaben chapi hui maujood hain,</w:t>
      </w:r>
    </w:p>
    <w:p>
      <w:pPr>
        <w:jc w:val="right"/>
      </w:pPr>
      <w:r>
        <w:t>دیکھیں، دعویٰ ورک اس زمانے میں تو بہت ہی آسان ہو گیا ہے، بہت زیادہ آسان۔ آپ کچھ بھی کر رہے ہوں، کوئی جاب ہو، کوئی پروفیشن ہو، لیکن کتابیں چھپی ہوئی موجود ہیں،</w:t>
      </w:r>
    </w:p>
    <w:p>
      <w:r>
        <w:rPr>
          <w:b/>
        </w:rPr>
        <w:t xml:space="preserve">[59:51] </w:t>
      </w:r>
      <w:r>
        <w:t>un ko aap dete rahen. aaj kal jo hamare haan chapi hain, bohat se pamphlet aur brochure, is ka idea mujhe bohat pehle aaya tha,</w:t>
      </w:r>
    </w:p>
    <w:p>
      <w:pPr>
        <w:jc w:val="right"/>
      </w:pPr>
      <w:r>
        <w:t>ان کو آپ دیتے رہیے۔ آج کل جو ہمارے ہاں چھپی ہیں، بہت سے پیمفلیٹ اور بروشر، اس کا آئیڈیا مجھے بہت پہلے آیا تھا،</w:t>
      </w:r>
    </w:p>
    <w:p>
      <w:r>
        <w:rPr>
          <w:b/>
        </w:rPr>
        <w:t xml:space="preserve">[1:00:01] </w:t>
      </w:r>
      <w:r>
        <w:t>bohat pehle ki baat hai. yani yani azadi se pehle, aur 1947 se pehle ki baat hai ke main aik bar gaya south mein.</w:t>
      </w:r>
    </w:p>
    <w:p>
      <w:pPr>
        <w:jc w:val="right"/>
      </w:pPr>
      <w:r>
        <w:t>بہت پہلے کی بات ہے۔ یعنی یعنی آزادی سے پہلے، اور 1947 سے پہلے کی بات ہے کہ میں ایک بار گیا ساؤتھ میں۔</w:t>
      </w:r>
    </w:p>
    <w:p>
      <w:r>
        <w:rPr>
          <w:b/>
        </w:rPr>
        <w:t xml:space="preserve">[1:00:13] </w:t>
      </w:r>
      <w:r>
        <w:t>to south mein main kisi jagah pe jana tha, to train se gaya. jab main train se utra to mere sath aik aur admi ban gaya, jo aaj stranger tha mere liye, woh thay Christian.</w:t>
      </w:r>
    </w:p>
    <w:p>
      <w:pPr>
        <w:jc w:val="right"/>
      </w:pPr>
      <w:r>
        <w:t>تو ساؤتھ میں میں کسی جگہ پہ جانا تھا، تو ٹرین سے گیا۔ جب میں ٹرین سے اترا تو میرے ساتھ ایک اور آدمی بن گیا، جو آج اسٹرینجر تھا میرے لیے، وہ تھے کرسچن۔</w:t>
      </w:r>
    </w:p>
    <w:p>
      <w:r>
        <w:rPr>
          <w:b/>
        </w:rPr>
        <w:t xml:space="preserve">[1:00:26] </w:t>
      </w:r>
      <w:r>
        <w:t>to hum log chalte rahe paidal.</w:t>
      </w:r>
    </w:p>
    <w:p>
      <w:pPr>
        <w:jc w:val="right"/>
      </w:pPr>
      <w:r>
        <w:t>تو ہم لوگ چلتے رہے پیدل۔</w:t>
      </w:r>
    </w:p>
    <w:p>
      <w:r>
        <w:rPr>
          <w:b/>
        </w:rPr>
        <w:t xml:space="preserve">[1:00:28] </w:t>
      </w:r>
      <w:r>
        <w:t>to aik jagah jab turn aaya to un ko idhar jana tha, mujhe idhar jana tha. to unhon ne apne pocket se aik bohat hi beautiful chapa hua brochure nikala.</w:t>
      </w:r>
    </w:p>
    <w:p>
      <w:pPr>
        <w:jc w:val="right"/>
      </w:pPr>
      <w:r>
        <w:t>تو ایک جگہ جب ٹرن آیا تو ان کو ادھر جانا تھا، مجھے ادھر جانا تھا۔ تو انہوں نے اپنے پاکٹ سے ایک بہت ہی بیوٹی فل چھپا ہوا بروشر نکالا۔</w:t>
      </w:r>
    </w:p>
    <w:p>
      <w:r>
        <w:rPr>
          <w:b/>
        </w:rPr>
        <w:t xml:space="preserve">[1:00:40] </w:t>
      </w:r>
      <w:r>
        <w:t>yahan to mujhe yaad hai, Ohio ka chapa hua tha, yani America ka chapa hua tha.</w:t>
      </w:r>
    </w:p>
    <w:p>
      <w:pPr>
        <w:jc w:val="right"/>
      </w:pPr>
      <w:r>
        <w:t>یہاں تو مجھے یاد ہے، اوہائیو کا چھپا ہوا تھا، یعنی امریکہ کا چھپا ہوا تھا۔</w:t>
      </w:r>
    </w:p>
    <w:p>
      <w:r>
        <w:rPr>
          <w:b/>
        </w:rPr>
        <w:t xml:space="preserve">[1:00:47] </w:t>
      </w:r>
      <w:r>
        <w:t>woh mujhe diya, woh idhar chale gaye, main idhar chala gaya. is ko ja ke main ne p</w:t>
      </w:r>
    </w:p>
    <w:p>
      <w:pPr>
        <w:jc w:val="right"/>
      </w:pPr>
      <w:r>
        <w:t>وہ مجھے دیا، وہ ادھر چلے گئے، میں ادھر چلا گیا۔ اس کو جا کے میں نے پ</w:t>
      </w:r>
    </w:p>
    <w:p>
      <w:r>
        <w:rPr>
          <w:b/>
        </w:rPr>
        <w:t xml:space="preserve">[1:00:53] </w:t>
      </w:r>
      <w:r>
        <w:t>arha. tab se mere mind mein idea tha ke kitna acha simple tareeqa hai ke aadmi da'wa ke subject par effective andaaz mein chezen likhi jayen, us ko bohat beautiful tareeqe se chhapa jaye,</w:t>
      </w:r>
    </w:p>
    <w:p>
      <w:pPr>
        <w:jc w:val="right"/>
      </w:pPr>
      <w:r>
        <w:t>ڑھا۔ تب سے میرے مائنڈ میں آئیڈیا تھا کہ کتنا اچھا سمپل طریقہ ہے کہ آدمی دعوت کے سبجیکٹ پر ایفیکٹیو انداز میں چیزیں لکھی جائیں، اس کو بہت بیوٹی فل طریقے سے چھاپا جائے،</w:t>
      </w:r>
    </w:p>
    <w:p>
      <w:r>
        <w:rPr>
          <w:b/>
        </w:rPr>
        <w:t xml:space="preserve">[1:01:09] </w:t>
      </w:r>
      <w:r>
        <w:t>aur us ko har aadmi sath rakhe apne pas. jahan koi mile, us ko de dijiye, woh apne ghar ja ke parhe ga. to yeh har language mein kar sakte hain, aap Urdu mein, Hindi mein, English mein, Tamil mein, Telugu mein, Malayalam mein, jis zuban mein chahe kar dijiye.</w:t>
      </w:r>
    </w:p>
    <w:p>
      <w:pPr>
        <w:jc w:val="right"/>
      </w:pPr>
      <w:r>
        <w:t>اور اس کو ہر آدمی ساتھ رکھے اپنے پاس۔ جہاں کوئی ملے، اس کو دے دیجئے، وہ اپنے گھر جا کے پڑھے گا۔ تو یہ ہر لینگویج میں کر سکتے ہیں، آپ اردو میں، ہندی میں، انگلش میں، تمل میں، تلگو میں، ملیالم میں، جس زبان میں چاہے کر دیجئے۔</w:t>
      </w:r>
    </w:p>
    <w:p>
      <w:r>
        <w:rPr>
          <w:b/>
        </w:rPr>
        <w:t xml:space="preserve">[1:01:24] </w:t>
      </w:r>
      <w:r>
        <w:t>to main samajhta hoon is zuban mein to bohat hi aasan hai da'wa par karna. acha, agar woh aisa hai ke parh nahi sakta, suppose to aap parh ke sunaiye ya baat kijiye us se.</w:t>
      </w:r>
    </w:p>
    <w:p>
      <w:pPr>
        <w:jc w:val="right"/>
      </w:pPr>
      <w:r>
        <w:t>تو میں سمجھتا ہوں اس زبان میں تو بہت ہی آسان ہے دعویٰ پر کرنا۔ اچھا، اگر وہ ایسا ہے کہ پڑھ نہیں سکتا، سپوز تو آپ پڑھ کے سنائیے یا بات کیجئے اس سے۔</w:t>
      </w:r>
    </w:p>
    <w:p>
      <w:r>
        <w:rPr>
          <w:b/>
        </w:rPr>
        <w:t xml:space="preserve">[1:01:39] </w:t>
      </w:r>
      <w:r>
        <w:t>to da'wa work koi aisa yani kaam nahi hai jo kahin us ki limit aa jati ho.</w:t>
      </w:r>
    </w:p>
    <w:p>
      <w:pPr>
        <w:jc w:val="right"/>
      </w:pPr>
      <w:r>
        <w:t>تو دعویٰ ورک کوئی ایسا یعنی کام نہیں ہے جو کہیں اس کی لمٹ آ جاتی ہو۔</w:t>
      </w:r>
    </w:p>
    <w:p>
      <w:r>
        <w:rPr>
          <w:b/>
        </w:rPr>
        <w:t xml:space="preserve">[1:01:48] </w:t>
      </w:r>
      <w:r>
        <w:t>har jagah aap da'wa work kar sakte hain,</w:t>
      </w:r>
    </w:p>
    <w:p>
      <w:pPr>
        <w:jc w:val="right"/>
      </w:pPr>
      <w:r>
        <w:t>ہر جگہ آپ دعویٰ ورک کر سکتے ہیں،</w:t>
      </w:r>
    </w:p>
    <w:p>
      <w:r>
        <w:rPr>
          <w:b/>
        </w:rPr>
        <w:t xml:space="preserve">[1:01:51] </w:t>
      </w:r>
      <w:r>
        <w:t>lekin da'wa work kahan se shuru hota hai, us ko samjhiye. da'wa work doosre ko dene se pehle khud apne ko prepare karne se shuru hota hai.</w:t>
      </w:r>
    </w:p>
    <w:p>
      <w:pPr>
        <w:jc w:val="right"/>
      </w:pPr>
      <w:r>
        <w:t>لیکن دعویٰ ورک کہاں سے شروع ہوتا ہے، اس کو سمجھئے۔ دعویٰ ورک دوسرے کو دینے سے پہلے خود اپنے کو پریپیئر کرنے سے شروع ہوتا ہے۔</w:t>
      </w:r>
    </w:p>
    <w:p>
      <w:r>
        <w:rPr>
          <w:b/>
        </w:rPr>
        <w:t xml:space="preserve">[1:02:07] </w:t>
      </w:r>
      <w:r>
        <w:t>da'wa work begins from your own preparation. to log jo hain, dekhiye, koi study karte nahi, unhein Islam ke bare mein jankari hoti nahi hai,</w:t>
      </w:r>
    </w:p>
    <w:p>
      <w:pPr>
        <w:jc w:val="right"/>
      </w:pPr>
      <w:r>
        <w:t>دعویٰ ورک بگنز فرام یور اون پریپریشن۔ تو لوگ جو ہیں، دیکھیے، کوئی سٹڈی کرتے نہیں، انہیں اسلام کے بارے میں جانکاری ہوتی نہیں ہے،</w:t>
      </w:r>
    </w:p>
    <w:p>
      <w:r>
        <w:rPr>
          <w:b/>
        </w:rPr>
        <w:t xml:space="preserve">[1:02:20] </w:t>
      </w:r>
      <w:r>
        <w:t>bas khali paisa kamane mein lage rehte hain. to aise log jo hain, un ke liye to yahi hai ke bhai chapa hua chezen hain, logon ko taqseem karte rahen.</w:t>
      </w:r>
    </w:p>
    <w:p>
      <w:pPr>
        <w:jc w:val="right"/>
      </w:pPr>
      <w:r>
        <w:t>بس خالی پیسہ کمانے میں لگے رہتے ہیں۔ تو ایسے لوگ جو ہیں، ان کے لیے تو یہی ہے کہ بھئی چھپا ہوا چیزیں ہیں، لوگوں کو تقسیم کرتے رہیں۔</w:t>
      </w:r>
    </w:p>
    <w:p>
      <w:r>
        <w:rPr>
          <w:b/>
        </w:rPr>
        <w:t xml:space="preserve">[1:02:31] </w:t>
      </w:r>
      <w:r>
        <w:t>lekin agar khud bhi aadmi ko kuch karna hai to phir study karni pare gi. to behal, koi bhi aisi har har aadmi jo jis position mein ho, us position mein woh da'wa work kar sakta hai.</w:t>
      </w:r>
    </w:p>
    <w:p>
      <w:pPr>
        <w:jc w:val="right"/>
      </w:pPr>
      <w:r>
        <w:t>لیکن اگر خود بھی آدمی کو کچھ کرنا ہے تو پھر سٹڈی کرنی پڑے گی۔ تو بہرحال، کوئی بھی ایسی ہر ہر آدمی جو جس پوزیشن میں ہو، اس پوزیشن میں وہ دعویٰ ورک کر سکتا ہے۔</w:t>
      </w:r>
    </w:p>
    <w:p>
      <w:r>
        <w:rPr>
          <w:b/>
        </w:rPr>
        <w:t xml:space="preserve">[1:02:47] </w:t>
      </w:r>
      <w:r>
        <w:t>jaise parson yahan Delhi mein jo hua tha, aik India Coordination Center mein, aik Global Warming and Islam par, to wahan par bohat log aaye thay.</w:t>
      </w:r>
    </w:p>
    <w:p>
      <w:pPr>
        <w:jc w:val="right"/>
      </w:pPr>
      <w:r>
        <w:t>جیسے پرسوں یہاں دلی میں جو ہوا تھا، ایک انڈیا آرڈینیشن سینٹر میں، ایک گلوبل وارمنگ اینڈ اسلام پر، تو وہاں پر بہت لوگ آئے تھے۔</w:t>
      </w:r>
    </w:p>
    <w:p>
      <w:r>
        <w:rPr>
          <w:b/>
        </w:rPr>
        <w:t xml:space="preserve">[1:02:59] </w:t>
      </w:r>
      <w:r>
        <w:t>to Global Warming and Islam par main ne bohat hi khule taur par Islam ki baaten kahin logon ko. matlab aik hoti hai hate ki zuban aur violence ki zuban,</w:t>
      </w:r>
    </w:p>
    <w:p>
      <w:pPr>
        <w:jc w:val="right"/>
      </w:pPr>
      <w:r>
        <w:t>تو گلوبل وارمنگ اینڈ اسلام پر میں نے بہت ہی کھلے طور پر اسلام کی باتیں کہیں لوگوں کو۔ مطلب ایک ہوتی ہے ہیٹ کی زبان اور وائیلنس کی زبان،</w:t>
      </w:r>
    </w:p>
    <w:p>
      <w:r>
        <w:rPr>
          <w:b/>
        </w:rPr>
        <w:t xml:space="preserve">[1:03:12] </w:t>
      </w:r>
      <w:r>
        <w:t>woh to zahir hai ke meri nahi hai, main scientific language bolta hoon.</w:t>
      </w:r>
    </w:p>
    <w:p>
      <w:pPr>
        <w:jc w:val="right"/>
      </w:pPr>
      <w:r>
        <w:t>وہ تو ظاہر ہے کہ میری نہیں ہے، میں سائنٹیفک لینگویج بولتا ہوں۔</w:t>
      </w:r>
    </w:p>
    <w:p>
      <w:r>
        <w:rPr>
          <w:b/>
        </w:rPr>
        <w:t xml:space="preserve">[1:03:18] </w:t>
      </w:r>
      <w:r>
        <w:t>to mujhe ta'ajjub tha ke wahan majority non Muslims ki thi, bhai kisi ne react nahi kiya. wahin par mujhe yeh jis ki discovery hui, jo aaj main ne kaha aap ko ke is zamane mein hum bohat hi khush qismat log hain ke bilaterally accepted ground aa chuka hai Khuda ki taraf se.</w:t>
      </w:r>
    </w:p>
    <w:p>
      <w:pPr>
        <w:jc w:val="right"/>
      </w:pPr>
      <w:r>
        <w:t>تو مجھے تعجب تھا کہ وہاں میجورٹی نان مسلمز کی تھی، بھئی کسی نے ریٹ نہیں کیا۔ وہیں پر مجھے یہ جس کی ڈسکوری ہوئی، جو آج میں نے کہا آپ کو کہ اس زمانے میں ہم بہت ہی خوش قسمت لوگ ہیں کہ بائی لیٹرلی ایکسیپٹڈ گراؤنڈ آ چکا ہے خدا کی طرف سے۔</w:t>
      </w:r>
    </w:p>
    <w:p>
      <w:r>
        <w:rPr>
          <w:b/>
        </w:rPr>
        <w:t xml:space="preserve">[1:03:39] </w:t>
      </w:r>
      <w:r>
        <w:t>pehle zamane mein aisa tha ke unilaterally ground par baat kahi jati thi,</w:t>
      </w:r>
    </w:p>
    <w:p>
      <w:pPr>
        <w:jc w:val="right"/>
      </w:pPr>
      <w:r>
        <w:t>پہلے زمانے میں ایسا تھا کہ یونی لیٹرل گراؤنڈ پر بات کہی جاتی تھی،</w:t>
      </w:r>
    </w:p>
    <w:p>
      <w:r>
        <w:rPr>
          <w:b/>
        </w:rPr>
        <w:t xml:space="preserve">[1:03:44] </w:t>
      </w:r>
      <w:r>
        <w:t>yani main kehta tha to woh aadmi sunta tha, lekin koi common ground nahi hua karta tha. woh maane ya na maane, ab to pehle se woh maane hue hain.</w:t>
      </w:r>
    </w:p>
    <w:p>
      <w:pPr>
        <w:jc w:val="right"/>
      </w:pPr>
      <w:r>
        <w:t>یعنی میں کہتا تھا تو وہ آدمی سنتا تھا، لیکن کوئی کامن گراؤنڈ نہیں ہوا کرتا تھا۔ وہ مانے یا نہ مانے، اب تو پہلے سے وہ مانے ہوئے ہیں۔</w:t>
      </w:r>
    </w:p>
    <w:p>
      <w:r>
        <w:rPr>
          <w:b/>
        </w:rPr>
        <w:t xml:space="preserve">[1:03:53] </w:t>
      </w:r>
      <w:r>
        <w:t>woh to jo baaten main ne kahin wahan par, us pe react jo nahi kare hue thay, to main sochta raha ke aisa kyun hua. is ki wajah yahi thi ke 50 percent to pehle maane hue thay, woh pehle maane hue thay.</w:t>
      </w:r>
    </w:p>
    <w:p>
      <w:pPr>
        <w:jc w:val="right"/>
      </w:pPr>
      <w:r>
        <w:t>وہ تو جو باتیں میں نے کہیں وہاں پر، اس پہ ری ایکٹ جو نہیں کرے ہوئے تھے، تو میں سوچتا رہا کہ ایسا کیوں ہوا۔ اس کی وجہ یہی تھی کہ 50 پرسنٹ تو پہلے مانے ہوئے تھے، وہ پہلے مانے ہوئے تھے۔</w:t>
      </w:r>
    </w:p>
    <w:p>
      <w:r>
        <w:rPr>
          <w:b/>
        </w:rPr>
        <w:t xml:space="preserve">[1:04:09] </w:t>
      </w:r>
      <w:r>
        <w:t>to wohin balkay yeh yeh yeh lafz mujhe wohin samajh mein aaya ke by laterally accepted ground to kitna aasan ho gaya is zamanay mein kaam karna.</w:t>
      </w:r>
    </w:p>
    <w:p>
      <w:pPr>
        <w:jc w:val="right"/>
      </w:pPr>
      <w:r>
        <w:t>تو وہیں بلکہ یہ یہ یہ لفظ مجھے وہیں سمجھ میں آیا کہ بائی لیٹرلی ایکسیپٹڈ گراؤنڈ تو کتنا آسان ہو گیا اس زمانے میں کام کرنا۔</w:t>
      </w:r>
    </w:p>
    <w:p>
      <w:r>
        <w:rPr>
          <w:b/>
        </w:rPr>
        <w:t xml:space="preserve">[1:04:18] </w:t>
      </w:r>
      <w:r>
        <w:t>bataiye, is zamanay mein koi yeh pooche ke dawah work kaise karein, to mein kehta hoon ke is ne socha nahi, ghor nahi kiya, samjha nahi baaton ko.</w:t>
      </w:r>
    </w:p>
    <w:p>
      <w:pPr>
        <w:jc w:val="right"/>
      </w:pPr>
      <w:r>
        <w:t>بتائیے، اس زمانے میں کوئی یہ پوچھے کہ دعویٰ ورک کیسے کریں، تو میں کہتا ہوں کہ اس نے سوچا نہیں، غور نہیں کیا، سمجھا نہیں باتوں کو۔</w:t>
      </w:r>
    </w:p>
    <w:p>
      <w:r>
        <w:rPr>
          <w:b/>
        </w:rPr>
        <w:t xml:space="preserve">[1:04:29] </w:t>
      </w:r>
      <w:r>
        <w:t>warna ab to dawah work ke saaray rastay khul chukay hain,</w:t>
      </w:r>
    </w:p>
    <w:p>
      <w:pPr>
        <w:jc w:val="right"/>
      </w:pPr>
      <w:r>
        <w:t>ورنہ اب تو دعویٰ ورک کے سارے راستے کھل چکے ہیں،</w:t>
      </w:r>
    </w:p>
    <w:p>
      <w:r>
        <w:rPr>
          <w:b/>
        </w:rPr>
        <w:t xml:space="preserve">[1:04:35] </w:t>
      </w:r>
      <w:r>
        <w:t>aur yeh aakhri had hai ke common ground yani ban chuka hai daai o madu ke beech mein.</w:t>
      </w:r>
    </w:p>
    <w:p>
      <w:pPr>
        <w:jc w:val="right"/>
      </w:pPr>
      <w:r>
        <w:t>اور یہ آخری حد ہے کہ کامن گراؤنڈ یعنی بن چکا ہے داعی و مدعو کے بیچ میں۔</w:t>
      </w:r>
    </w:p>
    <w:p>
      <w:r>
        <w:rPr>
          <w:b/>
        </w:rPr>
        <w:t xml:space="preserve">[1:04:46] </w:t>
      </w:r>
      <w:r>
        <w:t>to yeh to mein samajhta hoon ke saaray opportunities khuda ne khol di hain, aur rational thinking jo is zamanay mein hai, woh bohat bari cheez hai hamaray liye.</w:t>
      </w:r>
    </w:p>
    <w:p>
      <w:pPr>
        <w:jc w:val="right"/>
      </w:pPr>
      <w:r>
        <w:t>تو یہ تو میں سمجھتا ہوں کہ سارے اپرچونیٹیز خدا نے کھول دی ہیں، اور ریشنل تھنکنگ جو اس زمانے میں ہے، وہ بہت بڑی چیز ہے ہمارے لیے۔</w:t>
      </w:r>
    </w:p>
    <w:p>
      <w:r>
        <w:rPr>
          <w:b/>
        </w:rPr>
        <w:t xml:space="preserve">[1:04:57] </w:t>
      </w:r>
      <w:r>
        <w:t>pehlay zamanay mein dekhiye, rational thinking nahi hua karti thi.</w:t>
      </w:r>
    </w:p>
    <w:p>
      <w:pPr>
        <w:jc w:val="right"/>
      </w:pPr>
      <w:r>
        <w:t>پہلے زمانے میں دیکھیں، ریشنل تھنکنگ نہیں ہوا کرتی تھی۔</w:t>
      </w:r>
    </w:p>
    <w:p>
      <w:r>
        <w:rPr>
          <w:b/>
        </w:rPr>
        <w:t xml:space="preserve">[1:05:01] </w:t>
      </w:r>
      <w:r>
        <w:t>log jo hain, mythology mein jeetay thay, super system mein jeetay thay, jo sun liya baap dada se, us pe maan letay thay. ab to zamanay aa gaya hai rational thinking ka.</w:t>
      </w:r>
    </w:p>
    <w:p>
      <w:pPr>
        <w:jc w:val="right"/>
      </w:pPr>
      <w:r>
        <w:t>لوگ جو ہیں، میتھالوجی میں جیتے تھے، سپر سسٹم میں جیتے تھے، جو سن لیا باب داد سے، اس پہ مان لیتے تھے۔ اب تو زمانہ آ گیا ہے ریشنل تھنکنگ کا۔</w:t>
      </w:r>
    </w:p>
    <w:p>
      <w:r>
        <w:rPr>
          <w:b/>
        </w:rPr>
        <w:t xml:space="preserve">[1:05:15] </w:t>
      </w:r>
      <w:r>
        <w:t>to aik aadmi jis ke paas sachai ho, eternal truth ho, to woh yeh bhi aik common ground hai ke woh aadmi rational thinking wala aadmi hai.</w:t>
      </w:r>
    </w:p>
    <w:p>
      <w:pPr>
        <w:jc w:val="right"/>
      </w:pPr>
      <w:r>
        <w:t>تو ایک آدمی جس کے پاس سچائی ہو، ایٹرنل ٹروتھ ہو، تو وہ یہ بھی ایک کامن گراؤنڈ ہے کہ وہ آدمی ریشنل تھنکنگ والا آدمی ہے۔</w:t>
      </w:r>
    </w:p>
    <w:p>
      <w:r>
        <w:rPr>
          <w:b/>
        </w:rPr>
        <w:t xml:space="preserve">[1:05:24] </w:t>
      </w:r>
      <w:r>
        <w:t>aap ke paas aik rational baat hai,</w:t>
      </w:r>
    </w:p>
    <w:p>
      <w:pPr>
        <w:jc w:val="right"/>
      </w:pPr>
      <w:r>
        <w:t>آپ کے پاس ایک ریشنل بات ہے،</w:t>
      </w:r>
    </w:p>
    <w:p>
      <w:r>
        <w:rPr>
          <w:b/>
        </w:rPr>
        <w:t xml:space="preserve">[1:05:27] </w:t>
      </w:r>
      <w:r>
        <w:t>aap kahein gay woh mannay par, aap apnay mind se ki wajah se woh mannay par majboor ho jaye ga. woh is zamanay mein sab se bari jo base tayyar hui hai, woh yeh hai ke log rational way mein sochtay hain.</w:t>
      </w:r>
    </w:p>
    <w:p>
      <w:pPr>
        <w:jc w:val="right"/>
      </w:pPr>
      <w:r>
        <w:t>آپ کہیں گے وہ ماننے پر، آپ اپنے مائنڈ سے کی وجہ سے وہ ماننے پر مجبور ہو جائے گا۔ وہ اس زمانے میں سب سے بڑی جو بیس تیار ہوئی ہے، وہ یہ ہے کہ لوگ ریشنل وے میں سوچتے ہیں۔</w:t>
      </w:r>
    </w:p>
    <w:p>
      <w:r>
        <w:rPr>
          <w:b/>
        </w:rPr>
        <w:t xml:space="preserve">[1:05:42] </w:t>
      </w:r>
      <w:r>
        <w:t>ab woh soch jo pehlay hua karti thi, mythological soch aur super system soch, aur baap dada suna hua hai, to isi ko soch rahay hain, is se bahar nikaltay nahi hain.</w:t>
      </w:r>
    </w:p>
    <w:p>
      <w:pPr>
        <w:jc w:val="right"/>
      </w:pPr>
      <w:r>
        <w:t>اب وہ سوچ جو پہلے ہوا کرتی تھی، میتھولوجیکل سوچ اور سپر سسٹم سوچ، اور باب دادا سنا ہوا ہے، تو اسی کو سوچ رہے ہیں، اس سے باہر نکلتے نہیں ہیں۔</w:t>
      </w:r>
    </w:p>
    <w:p>
      <w:r>
        <w:rPr>
          <w:b/>
        </w:rPr>
        <w:t xml:space="preserve">[1:05:52] </w:t>
      </w:r>
      <w:r>
        <w:t>sab khatam ho gaya.</w:t>
      </w:r>
    </w:p>
    <w:p>
      <w:pPr>
        <w:jc w:val="right"/>
      </w:pPr>
      <w:r>
        <w:t>سب ختم ہو گیا۔</w:t>
      </w:r>
    </w:p>
    <w:p>
      <w:r>
        <w:rPr>
          <w:b/>
        </w:rPr>
        <w:t xml:space="preserve">[1:05:55] </w:t>
      </w:r>
      <w:r>
        <w:t>to kitni bari nai base hamein mil gayi hai ke jo hamara audience hai, woh rational tareeqay par sochta hai, aur hamaray paas aik aisi sachai hai jo poori tarah reason par to stand karti hai.</w:t>
      </w:r>
    </w:p>
    <w:p>
      <w:pPr>
        <w:jc w:val="right"/>
      </w:pPr>
      <w:r>
        <w:t>تو کتنی بڑی نئی بیس ہمیں مل گئی ہے کہ جو ہمارا آڈینس ہے، وہ ریشنل طریقے پر سوچتا ہے، اور ہمارے پاس ایک ایسی سچائی ہے جو پوری طرح ریزن پر تو اسٹینڈ کرتی ہے۔</w:t>
      </w:r>
    </w:p>
    <w:p>
      <w:r>
        <w:rPr>
          <w:b/>
        </w:rPr>
        <w:t xml:space="preserve">[1:06:12] </w:t>
      </w:r>
      <w:r>
        <w:t>to is ko avail kijiye, yahi yahi kaam hai.</w:t>
      </w:r>
    </w:p>
    <w:p>
      <w:pPr>
        <w:jc w:val="right"/>
      </w:pPr>
      <w:r>
        <w:t>تو اس کو اویل کیجئے، یہی یہی کام ہے۔</w:t>
      </w:r>
    </w:p>
    <w:p>
      <w:r>
        <w:rPr>
          <w:b/>
        </w:rPr>
        <w:t xml:space="preserve">[1:06:18] </w:t>
      </w:r>
      <w:r>
        <w:t>das question is from sir faraz</w:t>
      </w:r>
    </w:p>
    <w:p>
      <w:pPr>
        <w:jc w:val="right"/>
      </w:pPr>
      <w:r>
        <w:t>دس کوئسچن از فرام سر فراز</w:t>
      </w:r>
    </w:p>
    <w:p>
      <w:r>
        <w:rPr>
          <w:b/>
        </w:rPr>
        <w:t xml:space="preserve">[1:06:22] </w:t>
      </w:r>
      <w:r>
        <w:t>: does islam accept or reject darwins theory of evolution?</w:t>
      </w:r>
    </w:p>
    <w:p>
      <w:pPr>
        <w:jc w:val="right"/>
      </w:pPr>
      <w:r>
        <w:t>: ڈز اسلام ایکسیپٹ اور ریجیکٹ ڈارونز تھیوری آف ایولوشن؟</w:t>
      </w:r>
    </w:p>
    <w:p>
      <w:r>
        <w:rPr>
          <w:b/>
        </w:rPr>
        <w:t xml:space="preserve">[1:06:35] </w:t>
      </w:r>
      <w:r>
        <w:t>ab darwin theory to baad ko paida hui hai islam ke baad, to yani is is naam se to koi aap ko nahi ayat ya quran mein mil jaye gi ke quran to aaya bohat pehlay, darwin baad ko paida hua.</w:t>
      </w:r>
    </w:p>
    <w:p>
      <w:pPr>
        <w:jc w:val="right"/>
      </w:pPr>
      <w:r>
        <w:t>اب ڈارون تھیوری تو بعد کو پیدا ہوئی ہے اسلام کے بعد، تو یعنی اس اس نام سے تو کوئی آپ کو نہیں آیت یا قرآن میں مل جائے گی کہ قرآن تو آیا بہت پہلے، ڈارون بعد کو پیدا ہوا۔</w:t>
      </w:r>
    </w:p>
    <w:p>
      <w:r>
        <w:rPr>
          <w:b/>
        </w:rPr>
        <w:t xml:space="preserve">[1:06:52] </w:t>
      </w:r>
      <w:r>
        <w:t>lekin mein jo study ki hai, to mein yeh kehta hoon ke pehli baat yeh nahi ke quran ya islam is ko manta hai ke nahi manta.</w:t>
      </w:r>
    </w:p>
    <w:p>
      <w:pPr>
        <w:jc w:val="right"/>
      </w:pPr>
      <w:r>
        <w:t>لیکن میں جو سٹڈی کی ہے، تو میں یہ کہتا ہوں کہ پہلی بات یہ نہیں کہ قرآن یا اسلام اس کو مانتا ہے کہ نہیں مانتا۔</w:t>
      </w:r>
    </w:p>
    <w:p>
      <w:r>
        <w:rPr>
          <w:b/>
        </w:rPr>
        <w:t xml:space="preserve">[1:07:02] </w:t>
      </w:r>
      <w:r>
        <w:t>pehli baat yeh hai ke woh koi proof theory nahi hai, woh sirf aik hypothesis hai, woh sirf hypothesis hai.</w:t>
      </w:r>
    </w:p>
    <w:p>
      <w:pPr>
        <w:jc w:val="right"/>
      </w:pPr>
      <w:r>
        <w:t>پہلی بات یہ ہے کہ وہ کوئی پروف تھیوری نہیں ہے، وہ صرف ایک ایک ہائیپوتھیسز ہے، وہ صرف ہائیپوتھیسز ہے۔</w:t>
      </w:r>
    </w:p>
    <w:p>
      <w:r>
        <w:rPr>
          <w:b/>
        </w:rPr>
        <w:t xml:space="preserve">[1:07:11] </w:t>
      </w:r>
      <w:r>
        <w:t>mein ne bar bar yeh baat kahi hai, mein ne kafi study ki hai evolution theory ki.</w:t>
      </w:r>
    </w:p>
    <w:p>
      <w:pPr>
        <w:jc w:val="right"/>
      </w:pPr>
      <w:r>
        <w:t>میں نے بار بار یہ بات کہی ہے، میں نے کافی سٹڈی کی ہے ایولوشن تھیوری کی۔</w:t>
      </w:r>
    </w:p>
    <w:p>
      <w:r>
        <w:rPr>
          <w:b/>
        </w:rPr>
        <w:t xml:space="preserve">[1:07:16] </w:t>
      </w:r>
      <w:r>
        <w:t>jo log is ko proof theory mantay hain, mein mein kahoon ga ke woh woh jantay nahi, abcde bhi nahi jantay, abc is ke evolution theory ki. woh bilashuba woh aik supposition par base karti hai, kisi fact par base nahi karti hai.</w:t>
      </w:r>
    </w:p>
    <w:p>
      <w:pPr>
        <w:jc w:val="right"/>
      </w:pPr>
      <w:r>
        <w:t>جو لوگ اس کو پروف تھیوری مانتے ہیں، میں میں کہوں گا کہ وہ وہ جانتے نہیں، اے بی سی ڈی بھی نہیں جانتے، اے بی سی اس کے ایولوشن تھیوری کی۔ وہ بلاشبہ وہ ایک سپوزیشن پر بیس کرتی ہے، کسی فیکٹ پر بیس نہیں کرتی ہے۔</w:t>
      </w:r>
    </w:p>
    <w:p>
      <w:r>
        <w:rPr>
          <w:b/>
        </w:rPr>
        <w:t xml:space="preserve">[1:07:31] </w:t>
      </w:r>
      <w:r>
        <w:t>to aap walid darwin jo hai, aakhri zamanay mein bohat hi pressure mein mara tha, woh aap parhiye us ki us ki life ko.</w:t>
      </w:r>
    </w:p>
    <w:p>
      <w:pPr>
        <w:jc w:val="right"/>
      </w:pPr>
      <w:r>
        <w:t>تو آپ والد ڈارون جو ہے، آخری زمانے میں بہت ہی پریشر میں مرا تھا، وہ آپ پڑھیے اس کی اس کی لائف کو۔</w:t>
      </w:r>
    </w:p>
    <w:p>
      <w:r>
        <w:rPr>
          <w:b/>
        </w:rPr>
        <w:t xml:space="preserve">[1:07:41] </w:t>
      </w:r>
      <w:r>
        <w:t>us ko ehsas tha ke mein ne sach us ko torh morh ke paish kiya hai,</w:t>
      </w:r>
    </w:p>
    <w:p>
      <w:pPr>
        <w:jc w:val="right"/>
      </w:pPr>
      <w:r>
        <w:t>اس کو احساس تھا کہ میں نے سچ اس کو توڑ موڑ کے پیش کیا ہے،</w:t>
      </w:r>
    </w:p>
    <w:p>
      <w:r>
        <w:rPr>
          <w:b/>
        </w:rPr>
        <w:t xml:space="preserve">[1:07:46] </w:t>
      </w:r>
      <w:r>
        <w:t>yani facts ko torh morh ke paish kiya hai. us ko khud us khud hi ehsas ho gaya tha ke mein ne yani bohat si is mein ghalat kaam kiye hain.</w:t>
      </w:r>
    </w:p>
    <w:p>
      <w:pPr>
        <w:jc w:val="right"/>
      </w:pPr>
      <w:r>
        <w:t>یعنی فیکٹس کو توڑ موڑ کے پیش کیا ہے۔ اس کو خود اس خود ہی احساس ہو گیا تھا کہ میں نے یعنی بہت سی اس میں غلط کام کیے ہیں۔</w:t>
      </w:r>
    </w:p>
    <w:p>
      <w:r>
        <w:rPr>
          <w:b/>
        </w:rPr>
        <w:t xml:space="preserve">[1:07:59] </w:t>
      </w:r>
      <w:r>
        <w:t>dobara mein is ko nahi leta, mein yeh kahoon ga ke scientific science mein jo tareeqa hai kisi baat ko proof karne ka, us tareeqay par stand nahi karta evolution theory.</w:t>
      </w:r>
    </w:p>
    <w:p>
      <w:pPr>
        <w:jc w:val="right"/>
      </w:pPr>
      <w:r>
        <w:t>دوبارہ میں اس کو نہیں لیتا، میں یہ کہوں گا کہ سائنٹیفک سائنس میں جو طریقہ ہے کسی بات کو پروف کرنے کا، اس طریقے پر اسٹینڈ نہیں کرتا ایولوشن تھیوری۔</w:t>
      </w:r>
    </w:p>
    <w:p>
      <w:r>
        <w:rPr>
          <w:b/>
        </w:rPr>
        <w:t xml:space="preserve">[1:08:11] </w:t>
      </w:r>
      <w:r>
        <w:t>bas maan liya hai logon ne, maan liya, aur jo ziyada yaani waisay log hain, is jo ziyada sochne wale log hain, woh abhi bhi yeh kehte hain ke yeh workable theory hai,</w:t>
      </w:r>
    </w:p>
    <w:p>
      <w:pPr>
        <w:jc w:val="right"/>
      </w:pPr>
      <w:r>
        <w:t>بس مان لیا ہے لوگوں نے، مان لیا، اور جو زیادہ یعنی ویسے لوگ ہیں، اس جو زیادہ سوچنے والے لوگ ہیں، وہ ابھی بھی یہ کہتے ہیں کہ یہ ورک ایبل تھیوری ہے،</w:t>
      </w:r>
    </w:p>
    <w:p>
      <w:r>
        <w:rPr>
          <w:b/>
        </w:rPr>
        <w:t xml:space="preserve">[1:08:27] </w:t>
      </w:r>
      <w:r>
        <w:t>yeh scientific theory nahi hai.</w:t>
      </w:r>
    </w:p>
    <w:p>
      <w:pPr>
        <w:jc w:val="right"/>
      </w:pPr>
      <w:r>
        <w:t>یہ سائنٹیفک تھیوری نہیں ہے۔</w:t>
      </w:r>
    </w:p>
    <w:p>
      <w:r>
        <w:rPr>
          <w:b/>
        </w:rPr>
        <w:t xml:space="preserve">[1:08:30] </w:t>
      </w:r>
      <w:r>
        <w:t>yaani Khuda ko inkaar karne ke baad hamein aik mil jata hai aik aik nazariya ke hum yeh maan lein ke evolution hua hai, to yeh maan kar ke hum aage barh sakte hain.</w:t>
      </w:r>
    </w:p>
    <w:p>
      <w:pPr>
        <w:jc w:val="right"/>
      </w:pPr>
      <w:r>
        <w:t>یعنی خدا کو انکار کرنے کے بعد ہمیں ایک مل جاتا ہے ایک ایک نظریہ کہ ہم یہ مان لیں کہ ایولوشن ہوا ہے، تو یہ مان کر کے ہم آگے بڑھ سکتے ہیں۔</w:t>
      </w:r>
    </w:p>
    <w:p>
      <w:r>
        <w:rPr>
          <w:b/>
        </w:rPr>
        <w:t xml:space="preserve">[1:08:47] </w:t>
      </w:r>
      <w:r>
        <w:t>to yeh koi koi yeh koi baat hi nahi hai. Maine is se pehle kai baar yeh baat kahi hai ke evolution theory jo hai, sirf aik aik supposition par pesh karti hai,</w:t>
      </w:r>
    </w:p>
    <w:p>
      <w:pPr>
        <w:jc w:val="right"/>
      </w:pPr>
      <w:r>
        <w:t>تو یہ کوئی کوئی یہ کوئی بات ہی نہیں ہے۔ میں نے اس سے پہلے کئی بار یہ بات کہی ہے کہ ایولوشن تھیوری جو ہے، صرف ایک ایک سپوزیشن پر پیش کرتی ہے،</w:t>
      </w:r>
    </w:p>
    <w:p>
      <w:r>
        <w:rPr>
          <w:b/>
        </w:rPr>
        <w:t xml:space="preserve">[1:08:59] </w:t>
      </w:r>
      <w:r>
        <w:t>kisi yaani proof fact par pesh nahi karti. Is par maine likha bhi hai kai apni kitabon mein, koi chahe to parh sakta hai.</w:t>
      </w:r>
    </w:p>
    <w:p>
      <w:pPr>
        <w:jc w:val="right"/>
      </w:pPr>
      <w:r>
        <w:t>کسی یعنی پروف فیکٹ پر پیش نہیں کرتی۔ اس پر میں نے لکھا بھی ہے کئی اپنے کتابوں میں، کوئی چاہے تو پڑھ سکتا ہے۔</w:t>
      </w:r>
    </w:p>
    <w:p>
      <w:r>
        <w:rPr>
          <w:b/>
        </w:rPr>
        <w:t xml:space="preserve">[1:09:11] </w:t>
      </w:r>
      <w:r>
        <w:t>das question is from Farhan Khan: How is it that Satan managed to lead Adam into eating the forbidden fruit when he himself was banished from the kingdom of heaven upon his refusal to bow down to Adam?</w:t>
      </w:r>
    </w:p>
    <w:p>
      <w:pPr>
        <w:jc w:val="right"/>
      </w:pPr>
      <w:r>
        <w:t>دس کوئسچن از فرام فرحان خان: ہاؤ از اٹ دیٹ سیٹن مینج ٹو لیور ایڈم انٹو ایٹنگ دا فوربیڈن فروٹ وین ہی ہم سیلف واز بینشڈ فرام دا کنگڈم اف ہیون اپون ہز ریفیوزل ٹو بور ڈاؤن ٹو ایڈم؟</w:t>
      </w:r>
    </w:p>
    <w:p>
      <w:r>
        <w:rPr>
          <w:b/>
        </w:rPr>
        <w:t xml:space="preserve">[1:09:30] </w:t>
      </w:r>
      <w:r>
        <w:t>dekhein, yeh question jo hai, yaani main samajhta hoon ke iski detail hamare paas nahi hai ke hum iska jawab de saken. Hum isko Quran mein jo baat hai, woh saari detail mein nahi hai.</w:t>
      </w:r>
    </w:p>
    <w:p>
      <w:pPr>
        <w:jc w:val="right"/>
      </w:pPr>
      <w:r>
        <w:t>دیکھیں، یہ کوئسچن جو ہے، یعنی میں سمجھتا ہوں کہ اس کی ڈیٹیل ہمارے پاس نہیں ہے کہ ہم اس کا جواب دے سکیں۔ ہم اس کو قرآن میں جو بات ہے، وہ ساری ڈیٹیل میں نہیں ہے۔</w:t>
      </w:r>
    </w:p>
    <w:p>
      <w:r>
        <w:rPr>
          <w:b/>
        </w:rPr>
        <w:t xml:space="preserve">[1:09:44] </w:t>
      </w:r>
      <w:r>
        <w:t>yeh bhi pata nahi ke woh paradise kahan tha jahan Adam ko rakha gaya tha, kyunke Bible mein hai ke woh Eden mein tha, jo Eden ke naam se aik country hai, wahan par aik baagh tha, wahan rakha gaya tha.</w:t>
      </w:r>
    </w:p>
    <w:p>
      <w:pPr>
        <w:jc w:val="right"/>
      </w:pPr>
      <w:r>
        <w:t>یہ بھی پتہ نہیں کہ وہ پیراڈائز کہاں تھا جہاں آدم کو رکھا گیا تھا، کیونکہ بائبل میں ہے کہ وہ عدن میں تھا، جو عدن کے نام سے ایک کنٹری ہے، وہاں پر ایک باغ تھا، وہاں رکھا گیا تھا۔</w:t>
      </w:r>
    </w:p>
    <w:p>
      <w:r>
        <w:rPr>
          <w:b/>
        </w:rPr>
        <w:t xml:space="preserve">[1:09:57] </w:t>
      </w:r>
      <w:r>
        <w:t>Musalman samajhte hain ke woh is paradise mein tha.</w:t>
      </w:r>
    </w:p>
    <w:p>
      <w:pPr>
        <w:jc w:val="right"/>
      </w:pPr>
      <w:r>
        <w:t>مسلمان سمجھتے ہیں کہ وہ اس پیراڈائز میں تھا۔</w:t>
      </w:r>
    </w:p>
    <w:p>
      <w:r>
        <w:rPr>
          <w:b/>
        </w:rPr>
        <w:t xml:space="preserve">[1:10:00] </w:t>
      </w:r>
      <w:r>
        <w:t>to is in baaton ko hum itna detail mein nahi jaan sakte. Is question mein parhne se koi faida nahi hai. Yeh bhi aik dekhein, aik tareeqa hai Islam mein.</w:t>
      </w:r>
    </w:p>
    <w:p>
      <w:pPr>
        <w:jc w:val="right"/>
      </w:pPr>
      <w:r>
        <w:t>تو اس ان باتوں کو ہم اتنا ڈیٹیل میں نہیں جان سکتے۔ اس کوئسچن میں پڑھنے سے کوئی فائدہ نہیں ہے۔ یہ بھی ایک دیکھیں، ایک طریقہ ہے اسلام میں۔</w:t>
      </w:r>
    </w:p>
    <w:p>
      <w:r>
        <w:rPr>
          <w:b/>
        </w:rPr>
        <w:t xml:space="preserve">[1:10:11] </w:t>
      </w:r>
      <w:r>
        <w:t>Sahabi kehte hain ke nauhin inkasarat as-suwal wa inkasarat al-qeel wal-qaal. Iska matlab yeh hai ke woh question jo sach much related ho hamari life se, woh to karna chahiye, aur jo sirf abstract question ho, usko nahi karna chahiye.</w:t>
      </w:r>
    </w:p>
    <w:p>
      <w:pPr>
        <w:jc w:val="right"/>
      </w:pPr>
      <w:r>
        <w:t>صحابی کہتے ہیں کہ نوحین انکسرۃ السوال وانکسرۃ القیل والقال۔ اس کا مطلب یہ ہے کہ وہ کوئسچن جو سچ مچ ریلیٹڈ ہو ہماری لائف سے، وہ تو کرنا چاہیے، اور جو صرف ابسٹرکٹ کوئسچن ہو، اس کو نہیں کرنا چاہیے۔</w:t>
      </w:r>
    </w:p>
    <w:p>
      <w:r>
        <w:rPr>
          <w:b/>
        </w:rPr>
        <w:t xml:space="preserve">[1:10:27] </w:t>
      </w:r>
      <w:r>
        <w:t>jaise mere paas aik sahib aaye aik doosre shehar se, yaani Delhi mein mile mujh se. Kaha sahib, main sirf aap se milne ke liye aaya hoon.</w:t>
      </w:r>
    </w:p>
    <w:p>
      <w:pPr>
        <w:jc w:val="right"/>
      </w:pPr>
      <w:r>
        <w:t>جیسے میرے پاس ایک صاحب آئے ایک دوسرے شہر سے، یعنی دلی میں ملے مجھ سے۔ کہا صاحب، میں صرف آپ سے ملنے کے لیے آیا ہوں۔</w:t>
      </w:r>
    </w:p>
    <w:p>
      <w:r>
        <w:rPr>
          <w:b/>
        </w:rPr>
        <w:t xml:space="preserve">[1:10:38] </w:t>
      </w:r>
      <w:r>
        <w:t>to maine kaha kya sawal hai aap ka? Unhone kaha ke hadith mein aata hai ke mamat faqat qyamat qyamat mara aur qyamat shuru ho gayi.</w:t>
      </w:r>
    </w:p>
    <w:p>
      <w:pPr>
        <w:jc w:val="right"/>
      </w:pPr>
      <w:r>
        <w:t>تو میں نے کہا کیا سوال ہے آپ کا؟ انہوں نے کہا کہ حدیث میں آتا ہے کہ مما فقط قیامت قیامت مرا اور قیامت شروع ہوگئی۔</w:t>
      </w:r>
    </w:p>
    <w:p>
      <w:r>
        <w:rPr>
          <w:b/>
        </w:rPr>
        <w:t xml:space="preserve">[1:10:48] </w:t>
      </w:r>
      <w:r>
        <w:t>aik aur hadith hai ke aadmi mara to uske baad ya to jannat mein hoga ya dozakh mein hoga.</w:t>
      </w:r>
    </w:p>
    <w:p>
      <w:pPr>
        <w:jc w:val="right"/>
      </w:pPr>
      <w:r>
        <w:t>ایک اور حدیث ہے کہ آدمی مرا تو اس کے بعد یا تو جنت میں ہوگا یا دوزخ میں ہوگا۔</w:t>
      </w:r>
    </w:p>
    <w:p>
      <w:r>
        <w:rPr>
          <w:b/>
        </w:rPr>
        <w:t xml:space="preserve">[1:10:54] </w:t>
      </w:r>
      <w:r>
        <w:t>to</w:t>
      </w:r>
    </w:p>
    <w:p>
      <w:pPr>
        <w:jc w:val="right"/>
      </w:pPr>
      <w:r>
        <w:t>تو</w:t>
      </w:r>
    </w:p>
    <w:p>
      <w:r>
        <w:rPr>
          <w:b/>
        </w:rPr>
        <w:t xml:space="preserve">[1:10:59] </w:t>
      </w:r>
      <w:r>
        <w:t>is mani ka aik aadmi das hazar saal pehle mara hai, aik aadmi aaj marega to woh das hazar saal ziyada woh saza bhugtayega. To maine kaha astaghfirullah, isi ke liye aap sabr kiya aap ne?</w:t>
      </w:r>
    </w:p>
    <w:p>
      <w:pPr>
        <w:jc w:val="right"/>
      </w:pPr>
      <w:r>
        <w:t>اس معنی کا ایک آدمی دس ہزار سال پہلے مرا ہے، ایک آدمی آج مرے گا تو وہ دس ہزار سال زیادہ وہ سزا بھگتائے گا۔ تو میں نے کہا استغفراللہ، اسی کے لیے آپ صبر کیا آپ نے؟</w:t>
      </w:r>
    </w:p>
    <w:p>
      <w:r>
        <w:rPr>
          <w:b/>
        </w:rPr>
        <w:t xml:space="preserve">[1:11:13] </w:t>
      </w:r>
      <w:r>
        <w:t>to sawal woh karna chahiye jo related ho meri zindagi se, jiska koi faida ho. Abstract question se bachna chahiye.</w:t>
      </w:r>
    </w:p>
    <w:p>
      <w:pPr>
        <w:jc w:val="right"/>
      </w:pPr>
      <w:r>
        <w:t>تو سوال وہ کرنا چاہیے جو ریلیٹڈ ہو میری زندگی سے، جس کا کوئی فائدہ ہو۔ ابسٹرکٹ کوئسچن سے بچنا چاہیے۔</w:t>
      </w:r>
    </w:p>
    <w:p>
      <w:r>
        <w:rPr>
          <w:b/>
        </w:rPr>
        <w:t xml:space="preserve">[1:11:23] </w:t>
      </w:r>
      <w:r>
        <w:t>das question is from Ms. Kamla: What is the difference between Rasul and Nabi?</w:t>
      </w:r>
    </w:p>
    <w:p>
      <w:pPr>
        <w:jc w:val="right"/>
      </w:pPr>
      <w:r>
        <w:t>دس کوئسچن از فرام مس کملا: واٹ از دا ڈیفرنس بٹوین رسول اینڈ نبی؟</w:t>
      </w:r>
    </w:p>
    <w:p>
      <w:r>
        <w:rPr>
          <w:b/>
        </w:rPr>
        <w:t xml:space="preserve">[1:11:33] </w:t>
      </w:r>
      <w:r>
        <w:t>dekhein, Rasul aur Nabi mein farq Bible mein to kiya jata hai, Islam mein nahi hai. Koi log Bible biblical yaani sense ko le kar Islam mein bhi nikalte hain Rasul Nabi ka farq.</w:t>
      </w:r>
    </w:p>
    <w:p>
      <w:pPr>
        <w:jc w:val="right"/>
      </w:pPr>
      <w:r>
        <w:t>دیکھیں، رسول اور نبی میں فرق بائبل میں تو کیا جاتا ہے، اسلام میں نہیں ہے۔ کوئی لوگ بائبل ببلیکل یعنی سینس کو لے کر اسلام میں بھی نکالتے ہیں رسول نبی کا فرق۔</w:t>
      </w:r>
    </w:p>
    <w:p>
      <w:r>
        <w:rPr>
          <w:b/>
        </w:rPr>
        <w:t xml:space="preserve">[1:11:47] </w:t>
      </w:r>
      <w:r>
        <w:t>main nahi manta is ko.</w:t>
      </w:r>
    </w:p>
    <w:p>
      <w:pPr>
        <w:jc w:val="right"/>
      </w:pPr>
      <w:r>
        <w:t>میں نہیں مانتا اس کو۔</w:t>
      </w:r>
    </w:p>
    <w:p>
      <w:r>
        <w:rPr>
          <w:b/>
        </w:rPr>
        <w:t xml:space="preserve">[1:11:50] </w:t>
      </w:r>
      <w:r>
        <w:t>kuch scholars aise hain jo wahan se is ko yaani import karte hain aur Islam mein dikhate hain ke Nabi aur Rasul ka farq.</w:t>
      </w:r>
    </w:p>
    <w:p>
      <w:pPr>
        <w:jc w:val="right"/>
      </w:pPr>
      <w:r>
        <w:t>کچھ سکالرز ایسے ہیں جو وہاں سے اس کو یعنی امپورٹ کرتے ہیں اور اسلام میں دکھاتے ہیں کہ نبی اور رسول کا فرق۔</w:t>
      </w:r>
    </w:p>
    <w:p>
      <w:r>
        <w:rPr>
          <w:b/>
        </w:rPr>
        <w:t xml:space="preserve">[1:12:00] </w:t>
      </w:r>
      <w:r>
        <w:t>main samajhta hoon ke Rasul aur Nabi aik hi matlab dono ka hai, jis ko hum English mein kehte hain prophet, yaani woh insaan jis ko Khuda reveal kare apni sachai.</w:t>
      </w:r>
    </w:p>
    <w:p>
      <w:pPr>
        <w:jc w:val="right"/>
      </w:pPr>
      <w:r>
        <w:t>میں سمجھتا ہوں کہ رسول اور نبی ایک ہی مطلب دونوں کا ہے، جس کو ہم انگلش میں کہتے ہیں پرافٹ، یعنی وہ انسان جس کو خدا ریویل کرے اپنی سچائی۔</w:t>
      </w:r>
    </w:p>
    <w:p>
      <w:r>
        <w:rPr>
          <w:b/>
        </w:rPr>
        <w:t xml:space="preserve">[1:12:13] </w:t>
      </w:r>
      <w:r>
        <w:t>bas jo Rasul hai, wohi Nabi hai, jo Nabi hai, wohi Rasul hai.</w:t>
      </w:r>
    </w:p>
    <w:p>
      <w:pPr>
        <w:jc w:val="right"/>
      </w:pPr>
      <w:r>
        <w:t>بس جو رسول ہے، وہی نبی ہے، جو نبی ہے، وہی رسول ہے۔</w:t>
      </w:r>
    </w:p>
    <w:p>
      <w:r>
        <w:rPr>
          <w:b/>
        </w:rPr>
        <w:t xml:space="preserve">[1:12:21] </w:t>
      </w:r>
      <w:r>
        <w:t>das question is from Farah: Islam teaches us not to be envious towards others. So why would the prophets envy the people who will do dawah work?</w:t>
      </w:r>
    </w:p>
    <w:p>
      <w:pPr>
        <w:jc w:val="right"/>
      </w:pPr>
      <w:r>
        <w:t>دس کوئسچن از فرام فرح: اسلام ٹیچز اس ناٹ ٹو بی اینویس ٹورڈز ادر۔ سو وائی وڈ دا پرافٹس اینوی دا پیپل ہو ویل ڈو دعویٰ ورک؟</w:t>
      </w:r>
    </w:p>
    <w:p>
      <w:r>
        <w:rPr>
          <w:b/>
        </w:rPr>
        <w:t xml:space="preserve">[1:12:32] </w:t>
      </w:r>
      <w:r>
        <w:t>dekhein, yahan woh positive sense mein hai, woh dekhein negative sense mein nahi hai, woh positive sense mein hai.</w:t>
      </w:r>
    </w:p>
    <w:p>
      <w:pPr>
        <w:jc w:val="right"/>
      </w:pPr>
      <w:r>
        <w:t>دیکھیں، یہاں وہ پازیٹیو سینس میں ہے، وہ دیکھیں نیگیٹیو سینس میں نہیں ہے، وہ پازیٹیو سینس میں ہے۔</w:t>
      </w:r>
    </w:p>
    <w:p>
      <w:r>
        <w:rPr>
          <w:b/>
        </w:rPr>
        <w:t xml:space="preserve">[1:12:42] </w:t>
      </w:r>
      <w:r>
        <w:t>woh yani woh woh khush hona. dekho, meri wahi aap ke ummati ke afraad honge</w:t>
      </w:r>
    </w:p>
    <w:p>
      <w:pPr>
        <w:jc w:val="right"/>
      </w:pPr>
      <w:r>
        <w:t>وہ یعنی وہ وہ خوش ہونا۔ دیکھو، میری وہی آپ کے امتی کے افراد ہوں گے</w:t>
      </w:r>
    </w:p>
    <w:p>
      <w:r>
        <w:rPr>
          <w:b/>
        </w:rPr>
        <w:t xml:space="preserve">[1:12:48] </w:t>
      </w:r>
      <w:r>
        <w:t>to aap khush honge ke jaise aap khush ho. apne aap ka beta jo hai, ek ek baap jo hai, woh us ne kam parha, zyada parha nahi, aur uska beta jo hai, zyada parh gaya.</w:t>
      </w:r>
    </w:p>
    <w:p>
      <w:pPr>
        <w:jc w:val="right"/>
      </w:pPr>
      <w:r>
        <w:t>تو آپ خوش ہوں گے کہ جیسے آپ خوش ہو۔ اپنے آپ کا بیٹا جو ہے، ایک ایک باپ جو ہے، وہ اس نے کم پڑھا، زیادہ پڑھا نہیں، اور اس کا بیٹا جو ہے، زیادہ پڑھ گیا۔</w:t>
      </w:r>
    </w:p>
    <w:p>
      <w:r>
        <w:rPr>
          <w:b/>
        </w:rPr>
        <w:t xml:space="preserve">[1:12:59] </w:t>
      </w:r>
      <w:r>
        <w:t>ab us ne taraqqi ki to baap ko bhi is se khushi hoti hai. isi khushi ko envy kaha gaya tha, woh is sense mein nahi hai, negative sense mein nahi hai.</w:t>
      </w:r>
    </w:p>
    <w:p>
      <w:pPr>
        <w:jc w:val="right"/>
      </w:pPr>
      <w:r>
        <w:t>اب اس نے ترقی کی تو باپ کو بھی اس سے خوشی ہوتی ہے۔ اسی خوشی کو انوی کہا گیا تھا، وہ اس سینس میں نہیں ہے، نیگیٹیو سینس میں نہیں ہے۔</w:t>
      </w:r>
    </w:p>
    <w:p>
      <w:r>
        <w:rPr>
          <w:b/>
        </w:rPr>
        <w:t xml:space="preserve">[1:13:11] </w:t>
      </w:r>
      <w:r>
        <w:t>ji haan, envy jo hai lafz english mein to woh negative sense mein ho sakta hai, positive sense mein ho sakta hai. yahan par woh positive sense mein hai.</w:t>
      </w:r>
    </w:p>
    <w:p>
      <w:pPr>
        <w:jc w:val="right"/>
      </w:pPr>
      <w:r>
        <w:t>جی ہاں، اینوی جو ہے لفظ انگلش میں تو وہ نیگیٹیو سینس میں ہو سکتا ہے، پازیٹیو سینس میں ہو سکتا ہے۔ یہاں پر وہ پازیٹیو سینس میں ہے۔</w:t>
      </w:r>
    </w:p>
    <w:p>
      <w:r>
        <w:rPr>
          <w:b/>
        </w:rPr>
        <w:t xml:space="preserve">[1:13:22] </w:t>
      </w:r>
      <w:r>
        <w:t>das question is from doctor farida khanam: how should be explain to people who do not believe in prophethood that god sends his message through some people he selects for this purpose?</w:t>
      </w:r>
    </w:p>
    <w:p>
      <w:pPr>
        <w:jc w:val="right"/>
      </w:pPr>
      <w:r>
        <w:t>دس کوئسچن از فرام ڈاکٹر فریدہ خانم: ہاؤ شوڈ بی ایکسپلین ٹو پیپل ہو ڈو ناٹ بیلیو ان پرافٹ ہڈ دیٹ گاڈ سینڈز ہز میسج تھرو سم پیپل ہی سلیکٹس فار دس پرپس؟</w:t>
      </w:r>
    </w:p>
    <w:p>
      <w:r>
        <w:rPr>
          <w:b/>
        </w:rPr>
        <w:t xml:space="preserve">[1:13:46] </w:t>
      </w:r>
      <w:r>
        <w:t>dekhen, yeh bohat important question hai,</w:t>
      </w:r>
    </w:p>
    <w:p>
      <w:pPr>
        <w:jc w:val="right"/>
      </w:pPr>
      <w:r>
        <w:t>دیکھیں، یہ بہت امپورٹنٹ کوئسچن ہے،</w:t>
      </w:r>
    </w:p>
    <w:p>
      <w:r>
        <w:rPr>
          <w:b/>
        </w:rPr>
        <w:t xml:space="preserve">[1:13:51] </w:t>
      </w:r>
      <w:r>
        <w:t>lekin aap ko yeh jaanna chahiye ke mathematical language mein is ka jawab nahi ho sakta hai, aur mathematical language jo hai, sirf partial sense mein mufeed hoti hai.</w:t>
      </w:r>
    </w:p>
    <w:p>
      <w:pPr>
        <w:jc w:val="right"/>
      </w:pPr>
      <w:r>
        <w:t>لیکن آپ کو یہ جاننا چاہیے کہ میتھمیٹیکل لینگویج میں اس کا جواب نہیں ہو سکتا ہے، اور میتھمیٹیکل لینگویج جو ہے، صرف پارشل سینس میں مفید ہوتی ہے۔</w:t>
      </w:r>
    </w:p>
    <w:p>
      <w:r>
        <w:rPr>
          <w:b/>
        </w:rPr>
        <w:t xml:space="preserve">[1:14:07] </w:t>
      </w:r>
      <w:r>
        <w:t>aap chahen ke mathematical language har jagah aap chalayen to possible nahi hai.</w:t>
      </w:r>
    </w:p>
    <w:p>
      <w:pPr>
        <w:jc w:val="right"/>
      </w:pPr>
      <w:r>
        <w:t>آپ چاہیں کہ میتھمیٹیکل لینگویج ہر جگہ آپ چلائیں تو پاسیبل نہیں ہے۔</w:t>
      </w:r>
    </w:p>
    <w:p>
      <w:r>
        <w:rPr>
          <w:b/>
        </w:rPr>
        <w:t xml:space="preserve">[1:14:14] </w:t>
      </w:r>
      <w:r>
        <w:t>main aap ke baray mein kahunga ke maine kaise jana ke prophet ko ke yeh prophet thay. apna experience bata sakta hoon main</w:t>
      </w:r>
    </w:p>
    <w:p>
      <w:pPr>
        <w:jc w:val="right"/>
      </w:pPr>
      <w:r>
        <w:t>میں آپ کے بارے میں کہوں گا کہ میں نے کیسے جانا کہ پرافٹ کو کہ یہ پرافٹ تھے۔ اپنا ایکسپیرینس بتا سکتا ہوں میں</w:t>
      </w:r>
    </w:p>
    <w:p>
      <w:r>
        <w:rPr>
          <w:b/>
        </w:rPr>
        <w:t xml:space="preserve">[1:14:24] </w:t>
      </w:r>
      <w:r>
        <w:t>yeh ke</w:t>
      </w:r>
    </w:p>
    <w:p>
      <w:pPr>
        <w:jc w:val="right"/>
      </w:pPr>
      <w:r>
        <w:t>یہ کہ</w:t>
      </w:r>
    </w:p>
    <w:p>
      <w:r>
        <w:rPr>
          <w:b/>
        </w:rPr>
        <w:t xml:space="preserve">[1:14:29] </w:t>
      </w:r>
      <w:r>
        <w:t>yani quran aur hadith ke baad dono baray mein kahunga ke aaj hi jo hai yani woh badal chhaye hue thay aur bijli garaj rahi thi bar bar, woh garaj chamak hui thi.</w:t>
      </w:r>
    </w:p>
    <w:p>
      <w:pPr>
        <w:jc w:val="right"/>
      </w:pPr>
      <w:r>
        <w:t>یعنی قرآن اور حدیث کے بعد دونوں بارے میں کہوں گا کہ آج ہی جو ہے یعنی وہ بادل چھائے ہوئے تھے اور بجلی گرج رہی تھی بار بار، وہ گرج چمک ہوئی تھی۔</w:t>
      </w:r>
    </w:p>
    <w:p>
      <w:r>
        <w:rPr>
          <w:b/>
        </w:rPr>
        <w:t xml:space="preserve">[1:14:40] </w:t>
      </w:r>
      <w:r>
        <w:t>to mujhe ayat yaad aayi ke</w:t>
      </w:r>
    </w:p>
    <w:p>
      <w:pPr>
        <w:jc w:val="right"/>
      </w:pPr>
      <w:r>
        <w:t>تو مجھے آیت یاد آئی کہ</w:t>
      </w:r>
    </w:p>
    <w:p>
      <w:r>
        <w:rPr>
          <w:b/>
        </w:rPr>
        <w:t xml:space="preserve">[1:14:48] </w:t>
      </w:r>
      <w:r>
        <w:t>jo jahan arabi zaban janta ho, woh kahega ke yeh to khudai zaban hai.</w:t>
      </w:r>
    </w:p>
    <w:p>
      <w:pPr>
        <w:jc w:val="right"/>
      </w:pPr>
      <w:r>
        <w:t>جو جہاں عربی زبان جانتا ہو، وہ کہے گا کہ یہ تو خدائی زبان ہے۔</w:t>
      </w:r>
    </w:p>
    <w:p>
      <w:r>
        <w:rPr>
          <w:b/>
        </w:rPr>
        <w:t xml:space="preserve">[1:14:58] </w:t>
      </w:r>
      <w:r>
        <w:t>yeh sab min khaifati yani koi insan is zaban mein bol nahi sakta.</w:t>
      </w:r>
    </w:p>
    <w:p>
      <w:pPr>
        <w:jc w:val="right"/>
      </w:pPr>
      <w:r>
        <w:t>یہ سب من خیفتی یعنی کوئی انسان اس زبان میں بول نہیں سکتا۔</w:t>
      </w:r>
    </w:p>
    <w:p>
      <w:r>
        <w:rPr>
          <w:b/>
        </w:rPr>
        <w:t xml:space="preserve">[1:15:02] </w:t>
      </w:r>
      <w:r>
        <w:t>jo log arabi na jante hon, woh is ko meri baat ko saaray das baj paayein. dekhen, ek ajeeb o ghareeb style hai kehne ka. yani is ke baray mein kaha gaya hai ke ke yeh jo garaj chamak hai,</w:t>
      </w:r>
    </w:p>
    <w:p>
      <w:pPr>
        <w:jc w:val="right"/>
      </w:pPr>
      <w:r>
        <w:t>جو لوگ عربی نہ جانتے ہوں، وہ اس کو میری بات کو ساڑھے دس بج پائیں۔ دیکھیں، ایک عجیب و غریب سٹائل ہے کہنے کا۔ یعنی اس کے بارے میں کہا گیا ہے کہ کہ یہ جو گرج چمک ہے،</w:t>
      </w:r>
    </w:p>
    <w:p>
      <w:r>
        <w:rPr>
          <w:b/>
        </w:rPr>
        <w:t xml:space="preserve">[1:15:17] </w:t>
      </w:r>
      <w:r>
        <w:t>woh khuda ke khuda ke khauf se, woh yani main hai, woh khuda ki hamd karti hai, woh yani khuda ka itraaf karti hai, khuda ki hamd karti hai.</w:t>
      </w:r>
    </w:p>
    <w:p>
      <w:pPr>
        <w:jc w:val="right"/>
      </w:pPr>
      <w:r>
        <w:t>وہ خدا کے خدا کے خوف سے، وہ یعنی میں ہے، وہ خدا کی حمد کرتی ہے، وہ یعنی خدا کا اعتراف کرتی ہے، خدا کی حمد کرتی ہے۔</w:t>
      </w:r>
    </w:p>
    <w:p>
      <w:r>
        <w:rPr>
          <w:b/>
        </w:rPr>
        <w:t xml:space="preserve">[1:15:26] </w:t>
      </w:r>
      <w:r>
        <w:t>yeh baat kahi gayi hai is mein ayat mein.</w:t>
      </w:r>
    </w:p>
    <w:p>
      <w:pPr>
        <w:jc w:val="right"/>
      </w:pPr>
      <w:r>
        <w:t>یہ بات کہی گئی ہے اس میں آیت میں۔</w:t>
      </w:r>
    </w:p>
    <w:p>
      <w:r>
        <w:rPr>
          <w:b/>
        </w:rPr>
        <w:t xml:space="preserve">[1:15:29] </w:t>
      </w:r>
      <w:r>
        <w:t>lekin aap zara style ko zara dekhen ke subhan allah to main ne kaha ke yeh yeh yahi ayat hi is baat ka proof hai ke quran khuda ki kitab hai.</w:t>
      </w:r>
    </w:p>
    <w:p>
      <w:pPr>
        <w:jc w:val="right"/>
      </w:pPr>
      <w:r>
        <w:t>لیکن آپ ذرا اسٹائل کو ذرا دیکھیں کہ سبحان اللہ تو میں نے کہا کہ یہ یہ یہی آیت ہی اس بات کا پروف ہے کہ قرآن خدا کی کتاب ہے۔</w:t>
      </w:r>
    </w:p>
    <w:p>
      <w:r>
        <w:rPr>
          <w:b/>
        </w:rPr>
        <w:t xml:space="preserve">[1:15:45] </w:t>
      </w:r>
      <w:r>
        <w:t>isi tarah se quran mein dekhen ke</w:t>
      </w:r>
    </w:p>
    <w:p>
      <w:pPr>
        <w:jc w:val="right"/>
      </w:pPr>
      <w:r>
        <w:t>اسی طرح سے قرآن میں دیکھیں کہ</w:t>
      </w:r>
    </w:p>
    <w:p>
      <w:r>
        <w:rPr>
          <w:b/>
        </w:rPr>
        <w:t xml:space="preserve">[1:15:50] </w:t>
      </w:r>
      <w:r>
        <w:t>yani kal</w:t>
      </w:r>
    </w:p>
    <w:p>
      <w:pPr>
        <w:jc w:val="right"/>
      </w:pPr>
      <w:r>
        <w:t>یعنی کل</w:t>
      </w:r>
    </w:p>
    <w:p>
      <w:r>
        <w:rPr>
          <w:b/>
        </w:rPr>
        <w:t xml:space="preserve">[1:15:59] </w:t>
      </w:r>
      <w:r>
        <w:t>kaun bol sakta hai yeh language</w:t>
      </w:r>
    </w:p>
    <w:p>
      <w:pPr>
        <w:jc w:val="right"/>
      </w:pPr>
      <w:r>
        <w:t>کون بول سکتا ہے یہ لینگویج</w:t>
      </w:r>
    </w:p>
    <w:p>
      <w:r>
        <w:rPr>
          <w:b/>
        </w:rPr>
        <w:t xml:space="preserve">[1:16:02] </w:t>
      </w:r>
      <w:r>
        <w:t>? keh do ke agar saaray samandar jo hai, woh woh ink ban jayen aur saaray darakht jo hai, woh pen ban jayen aur khuda ke baatein likhi jayen to woh khatam na hongi.</w:t>
      </w:r>
    </w:p>
    <w:p>
      <w:pPr>
        <w:jc w:val="right"/>
      </w:pPr>
      <w:r>
        <w:t>؟ کہہ دو کہ اگر سارے سمندر جو ہے، وہ وہ انک بن جائیں اور سارے درخت جو ہے، وہ پین بن جائیں اور خدا کے باتیں لکھی جائیں تو وہ ختم نہ ہوں گی۔</w:t>
      </w:r>
    </w:p>
    <w:p>
      <w:r>
        <w:rPr>
          <w:b/>
        </w:rPr>
        <w:t xml:space="preserve">[1:16:16] </w:t>
      </w:r>
      <w:r>
        <w:t>yeh kaun yeh zaban bol sakta hai? to apne aap mein yeh yeh yeh jo yeh jo yeh jo language hai, apne aap mein is baat ka proof hai ke quran khuda ki kitab hai.</w:t>
      </w:r>
    </w:p>
    <w:p>
      <w:pPr>
        <w:jc w:val="right"/>
      </w:pPr>
      <w:r>
        <w:t>یہ کون یہ زبان بول سکتا ہے؟ تو اپنے آپ میں یہ یہ یہ جو یہ جو یہ جو لینگویج ہے، اپنے آپ میں اس بات کا پروف ہے کہ قرآن خدا کی کتاب ہے۔</w:t>
      </w:r>
    </w:p>
    <w:p>
      <w:r>
        <w:rPr>
          <w:b/>
        </w:rPr>
        <w:t xml:space="preserve">[1:16:28] </w:t>
      </w:r>
      <w:r>
        <w:t>aise hi main ne hadith ko jab parha to hadith ko main ne bohat parha hai, bohat parha hai, bohat parha hai. to hadith ko jab parhta hoon main to mera dil bolta rehta hai ke yeh yeh yeh yeh yeh yeh insan nahi keh sakta, yeh insan ka kalam nahi ho sakta.</w:t>
      </w:r>
    </w:p>
    <w:p>
      <w:pPr>
        <w:jc w:val="right"/>
      </w:pPr>
      <w:r>
        <w:t>ایسے ہی میں نے حدیث کو جب پڑھا تو حدیث کو میں نے بہت پڑھا ہے، بہت پڑھا ہے، بہت پڑھا ہے۔ تو حدیث کو جب پڑھتا ہوں میں تو میرا دل بولتا رہتا ہے کہ یہ یہ یہ یہ یہ یہ انسان نہیں کہہ سکتا، یہ انسان کا کلام نہیں ہو سکتا۔</w:t>
      </w:r>
    </w:p>
    <w:p>
      <w:r>
        <w:rPr>
          <w:b/>
        </w:rPr>
        <w:t xml:space="preserve">[1:16:42] </w:t>
      </w:r>
      <w:r>
        <w:t>yeh yeh payamber ka kalam hai jo khuda ke inspiration se bolta hai. inspired word hain, woh</w:t>
      </w:r>
    </w:p>
    <w:p>
      <w:pPr>
        <w:jc w:val="right"/>
      </w:pPr>
      <w:r>
        <w:t>یہ یہ پیغمبر کا کلام ہے جو خدا کے انسپیریشن سے بولتا ہے۔ انسپائرڈ ورڈ ہیں، وہ</w:t>
      </w:r>
    </w:p>
    <w:p>
      <w:r>
        <w:rPr>
          <w:b/>
        </w:rPr>
        <w:t xml:space="preserve">[1:16:55] </w:t>
      </w:r>
      <w:r>
        <w:t>itna precision hota hai is mein aur itna zyada to the point baatein hoti hain, itna zyada woh</w:t>
      </w:r>
    </w:p>
    <w:p>
      <w:pPr>
        <w:jc w:val="right"/>
      </w:pPr>
      <w:r>
        <w:t>اتنا پریسیژن ہوتا ہے اس میں اور اتنا زیادہ ٹو دی پوائنٹ باتیں ہوتی ہیں، اتنا زیادہ وہ</w:t>
      </w:r>
    </w:p>
    <w:p>
      <w:r>
        <w:rPr>
          <w:b/>
        </w:rPr>
        <w:t xml:space="preserve">[1:17:03] </w:t>
      </w:r>
      <w:r>
        <w:t>yani is ka expression itna zyada sahi hota hai hadith ki baaton ka ke main apne bare mein</w:t>
      </w:r>
    </w:p>
    <w:p>
      <w:pPr>
        <w:jc w:val="right"/>
      </w:pPr>
      <w:r>
        <w:t>یعنی اس کا ایکسپریشن اتنا زیادہ صحیح ہوتا ہے حدیث کی باتوں کا کہ میں اپنے بارے میں</w:t>
      </w:r>
    </w:p>
    <w:p>
      <w:r>
        <w:rPr>
          <w:b/>
        </w:rPr>
        <w:t xml:space="preserve">[1:17:11] </w:t>
      </w:r>
      <w:r>
        <w:t>keh sakta hoon ke jab parhta hoon to mera dil bolta rehta hai ke yeh keh sirf yani</w:t>
      </w:r>
    </w:p>
    <w:p>
      <w:pPr>
        <w:jc w:val="right"/>
      </w:pPr>
      <w:r>
        <w:t>کہہ سکتا ہوں کہ جب پڑھتا ہوں تو میرا دل بولتا رہتا ہے کہ یہ کہ صرف یعنی</w:t>
      </w:r>
    </w:p>
    <w:p>
      <w:r>
        <w:rPr>
          <w:b/>
        </w:rPr>
        <w:t xml:space="preserve">[1:17:17] </w:t>
      </w:r>
      <w:r>
        <w:t>prophet of god hi is tarah bol sakta tha, koi aur is tarah nahi bol sakta.</w:t>
      </w:r>
    </w:p>
    <w:p>
      <w:pPr>
        <w:jc w:val="right"/>
      </w:pPr>
      <w:r>
        <w:t>پرافٹ آف گاڈ ہی اس طرح بول سکتا تھا، کوئی اور اس طرح نہیں بول سکتا۔</w:t>
      </w:r>
    </w:p>
    <w:p>
      <w:r>
        <w:rPr>
          <w:b/>
        </w:rPr>
        <w:t xml:space="preserve">[1:17:27] </w:t>
      </w:r>
      <w:r>
        <w:t>to yahi yahi proof hai. baqi agar koi kahe ke mujhe bible biblical proof do to woh proof to main samajhta hoon ke na hai aur na khuda kuch aisa proof dene ka scheme hai.</w:t>
      </w:r>
    </w:p>
    <w:p>
      <w:pPr>
        <w:jc w:val="right"/>
      </w:pPr>
      <w:r>
        <w:t>تو یہی یہی پروف ہے۔ باقی اگر کوئی کہے کہ مجھے بائیو بٹیکل پروف دو تو وہ پروف تو میں سمجھتا ہوں کہ نہ ہے اور نہ خدا کچھ ایسا پروف دینے کا اسکیم ہے۔</w:t>
      </w:r>
    </w:p>
    <w:p>
      <w:r>
        <w:rPr>
          <w:b/>
        </w:rPr>
        <w:t xml:space="preserve">[1:17:41] </w:t>
      </w:r>
      <w:r>
        <w:t>khuda ki kyun? agar aisa proof prophet ka ho to phir test khatam ho jayega, phir test khatam ho jayega kyunke mathematical proof jahan ho to wahan aap ko option nahi hota inkar karne ka.</w:t>
      </w:r>
    </w:p>
    <w:p>
      <w:pPr>
        <w:jc w:val="right"/>
      </w:pPr>
      <w:r>
        <w:t>خدا کی کیوں؟ اگر ایسا پروف پرافٹ کا ہو تو پھر ٹیسٹ ختم ہو جائے گا، پھر ٹیسٹ ختم ہو جائے گا کیونکہ میتھمیٹیکل پروف جہاں ہو تو وہاں آپ کو آپشن نہیں ہوتا انکار کرنے کا۔</w:t>
      </w:r>
    </w:p>
    <w:p>
      <w:r>
        <w:rPr>
          <w:b/>
        </w:rPr>
        <w:t xml:space="preserve">[1:17:55] </w:t>
      </w:r>
      <w:r>
        <w:t>jab kisi cheez ka mathematical proof de diya jaye to aap inkar nahi kar sakte wahan pe. to rasool ko manna na manna dono ka aap ki freedom baqi rahegi.</w:t>
      </w:r>
    </w:p>
    <w:p>
      <w:pPr>
        <w:jc w:val="right"/>
      </w:pPr>
      <w:r>
        <w:t>جب کسی چیز کا میتھمیٹیکل پروف دے دیا جائے تو آپ انکار نہیں کر سکتے وہاں پہ۔ تو رسول کو ماننا نہ ماننا دونوں کا آپ کی فریڈم باقی رہے گی۔</w:t>
      </w:r>
    </w:p>
    <w:p>
      <w:r>
        <w:rPr>
          <w:b/>
        </w:rPr>
        <w:t xml:space="preserve">[1:18:09] </w:t>
      </w:r>
      <w:r>
        <w:t>aisa proof nahi de sakta khuda ke aap ka inkar ka yani wahi khatam ho jaye, option hi khatam ho jaye. phir test, phir to test khatam ho gaya.</w:t>
      </w:r>
    </w:p>
    <w:p>
      <w:pPr>
        <w:jc w:val="right"/>
      </w:pPr>
      <w:r>
        <w:t>ایسا پروف نہیں دے سکتا خدا کہ آپ کا انکار کا یعنی وہی ختم ہو جائے، آپشن ہی ختم ہو جائے۔ پھر ٹیسٹ، پھر تو ٹیسٹ ختم ہو گیا۔</w:t>
      </w:r>
    </w:p>
    <w:p>
      <w:r>
        <w:rPr>
          <w:b/>
        </w:rPr>
        <w:t xml:space="preserve">[1:18:19] </w:t>
      </w:r>
      <w:r>
        <w:t>is wajah se sara mamla jo hai aap ke choice par rahega aur apni aqal ko istemal karne par kar ke aap samjhenge.</w:t>
      </w:r>
    </w:p>
    <w:p>
      <w:pPr>
        <w:jc w:val="right"/>
      </w:pPr>
      <w:r>
        <w:t>اس وجہ سے سارا معاملہ جو ہے آپ کے چوائس پر رہے گا اور اپنی عقل کو استعمال کرنے پر کر کے آپ سمجھیں گے۔</w:t>
      </w:r>
    </w:p>
    <w:p>
      <w:r>
        <w:rPr>
          <w:b/>
        </w:rPr>
        <w:t xml:space="preserve">[1:18:32] </w:t>
      </w:r>
      <w:r>
        <w:t>insan ke liye dekhen, sab se bari cheez jo di gayi insan ko woh hai woh conceptual thought jis ko kehte hain. conceptual thought yahi cheez insan ko doosri cheezon se alag karti hai.</w:t>
      </w:r>
    </w:p>
    <w:p>
      <w:pPr>
        <w:jc w:val="right"/>
      </w:pPr>
      <w:r>
        <w:t>انسان کے لیے دیکھیں، سب سے بڑی چیز جو دی گئی انسان کو وہ ہے وہ کنسیپچول تھاٹ جس کو کہتے ہیں۔ کنسیپچول تھاٹ یہی چیز انسان کو دوسری چیزوں سے الگ کرتی ہے۔</w:t>
      </w:r>
    </w:p>
    <w:p>
      <w:r>
        <w:rPr>
          <w:b/>
        </w:rPr>
        <w:t xml:space="preserve">[1:18:43] </w:t>
      </w:r>
      <w:r>
        <w:t>kisi aur cheez mein conceptual thought nahi hai. to</w:t>
      </w:r>
    </w:p>
    <w:p>
      <w:pPr>
        <w:jc w:val="right"/>
      </w:pPr>
      <w:r>
        <w:t>کسی اور چیز میں کنسیپچول تھاٹ نہیں ہے۔ تو</w:t>
      </w:r>
    </w:p>
    <w:p>
      <w:r>
        <w:rPr>
          <w:b/>
        </w:rPr>
        <w:t xml:space="preserve">[1:18:47] </w:t>
      </w:r>
      <w:r>
        <w:t>sab se bari jo quality hai woh conceptual thought. conceptual thought ke level par prophet ko discover karna hai, kisi aur level par nahi.</w:t>
      </w:r>
    </w:p>
    <w:p>
      <w:pPr>
        <w:jc w:val="right"/>
      </w:pPr>
      <w:r>
        <w:t>سب سے بڑی جو کوالٹی ہے وہ کنسیپچول تھاٹ۔ کنسیپچول تھاٹ کے لیول پر پرافٹ کو ڈسکور کرنا ہے، کسی اور لیول پر نہیں۔</w:t>
      </w:r>
    </w:p>
    <w:p>
      <w:r>
        <w:rPr>
          <w:b/>
        </w:rPr>
        <w:t xml:space="preserve">[1:18:59] </w:t>
      </w:r>
      <w:r>
        <w:t>to bad dua nahi samjhaun.</w:t>
      </w:r>
    </w:p>
    <w:p>
      <w:pPr>
        <w:jc w:val="right"/>
      </w:pPr>
      <w:r>
        <w:t>تو بد دعا نہیں سمجھاؤں۔</w:t>
      </w:r>
    </w:p>
    <w:p>
      <w:r>
        <w:rPr>
          <w:b/>
        </w:rPr>
        <w:t xml:space="preserve">[1:19:03] </w:t>
      </w:r>
      <w:r>
        <w:t>das question is from khalid ansari: using quranic verses for healing and therapeutic purposes is catching up as a trend amongst the new age sufis.</w:t>
      </w:r>
    </w:p>
    <w:p>
      <w:pPr>
        <w:jc w:val="right"/>
      </w:pPr>
      <w:r>
        <w:t>دس کوئسچن از فرام خالد انصاری: یوزنگ قرآنک ورسز فار ہیلنگ اینڈ تھیراپیٹک پرپس از کیچنگ اپ ایز ا ٹرینڈ امنگز دا نیو ایج صوفیز۔</w:t>
      </w:r>
    </w:p>
    <w:p>
      <w:r>
        <w:rPr>
          <w:b/>
        </w:rPr>
        <w:t xml:space="preserve">[1:19:17] </w:t>
      </w:r>
      <w:r>
        <w:t>and to authenticate the effectiveness of this therapy, there are people who claim to have been treated successfully. do you think chanting quranic verses for healing actually has any effect?</w:t>
      </w:r>
    </w:p>
    <w:p>
      <w:pPr>
        <w:jc w:val="right"/>
      </w:pPr>
      <w:r>
        <w:t>اینڈ ٹو اتھینٹیکیٹ دا ایفیکٹیونس اف دس تھیراپی، دیر ار پیپل ہو کلیم ٹو ہیو بین ٹریٹڈ سکسیس فلی۔ ڈو یو تھنک چینٹنگ قرآنک ورسز فار ہیلنگ ایکچولی ہیز اینی ایفیکٹ؟</w:t>
      </w:r>
    </w:p>
    <w:p>
      <w:r>
        <w:rPr>
          <w:b/>
        </w:rPr>
        <w:t xml:space="preserve">[1:19:31] </w:t>
      </w:r>
      <w:r>
        <w:t>aur its only a physiotherapy which works, and the credit goes to the verses. haan, yeh ek bara complex question hai.</w:t>
      </w:r>
    </w:p>
    <w:p>
      <w:pPr>
        <w:jc w:val="right"/>
      </w:pPr>
      <w:r>
        <w:t>اور اٹس اونلی ا فزیوتھیراپی وچ ورکس، اینڈ دا کریڈٹ گوز ٹو دا ورسز۔ ہاں، یہ ایک بڑا کمپلیکس کوئسچن ہے۔</w:t>
      </w:r>
    </w:p>
    <w:p>
      <w:r>
        <w:rPr>
          <w:b/>
        </w:rPr>
        <w:t xml:space="preserve">[1:19:49] </w:t>
      </w:r>
      <w:r>
        <w:t>baharhal, jo main samajhta hoon woh arz karta hoon. is mein scholars ki rai ek hi nahi hai, is mein bara controversy hai.</w:t>
      </w:r>
    </w:p>
    <w:p>
      <w:pPr>
        <w:jc w:val="right"/>
      </w:pPr>
      <w:r>
        <w:t>بہرحال، جو میں سمجھتا ہوں وہ عرض کرتا ہوں۔ اس میں اسکالرز کی رائے ایک ہی نہیں ہے، اس میں بڑا کنٹروورسی ہے۔</w:t>
      </w:r>
    </w:p>
    <w:p>
      <w:r>
        <w:rPr>
          <w:b/>
        </w:rPr>
        <w:t xml:space="preserve">[1:20:01] </w:t>
      </w:r>
      <w:r>
        <w:t>baharhal, main jo samajhta hoon woh arz karta hoon ke dekhen, ek hai quranic verses ka apne aap mein effective hona, apne aap mein.</w:t>
      </w:r>
    </w:p>
    <w:p>
      <w:pPr>
        <w:jc w:val="right"/>
      </w:pPr>
      <w:r>
        <w:t>بہرحال، میں جو سمجھتا ہوں وہ عرض کرتا ہوں کہ دیکھیں، ایک ہے قرآنک ورسز کا اپنے آپ میں ایفیکٹیو ہونا، اپنے آپ میں۔</w:t>
      </w:r>
    </w:p>
    <w:p>
      <w:r>
        <w:rPr>
          <w:b/>
        </w:rPr>
        <w:t xml:space="preserve">[1:20:10] </w:t>
      </w:r>
      <w:r>
        <w:t>to main jahan tak maine samjha hai, aisa nahi</w:t>
      </w:r>
    </w:p>
    <w:p>
      <w:pPr>
        <w:jc w:val="right"/>
      </w:pPr>
      <w:r>
        <w:t>تو میں جہاں تک میں نے سمجھا ہے، ایسا نہیں</w:t>
      </w:r>
    </w:p>
    <w:p>
      <w:r>
        <w:rPr>
          <w:b/>
        </w:rPr>
        <w:t xml:space="preserve">[1:20:14] </w:t>
      </w:r>
      <w:r>
        <w:t>hai. koi koi mantra jaise hote hain to log mante hain ke ek mantra hai, woh bol do to yeh baat ho jayegi. jaise maine qissa bataya tha aap ko ke khula hai sam sam to to sirf khul gaya, khula hai bam bam to nahi khula.</w:t>
      </w:r>
    </w:p>
    <w:p>
      <w:pPr>
        <w:jc w:val="right"/>
      </w:pPr>
      <w:r>
        <w:t>ہے۔ کوئی کوئی منتر جیسے ہوتے ہیں تو لوگ مانتے ہیں کہ ایک منتر ہے، وہ بول دو تو یہ بات ہو جائے گی۔ جیسے میں نے قصہ بتایا تھا آپ کو کہ کھلا ہے سم سم تو تو صرف کھل گیا، کھلا ہے بم بم تو نہیں کھلا۔</w:t>
      </w:r>
    </w:p>
    <w:p>
      <w:r>
        <w:rPr>
          <w:b/>
        </w:rPr>
        <w:t xml:space="preserve">[1:20:29] </w:t>
      </w:r>
      <w:r>
        <w:t>to main samajhta hoon ke is sense mein khud woh jo jo word hain, apne aap mein un mein aise aisi koi quality ho ke apne aap hi moassar kar dein.</w:t>
      </w:r>
    </w:p>
    <w:p>
      <w:pPr>
        <w:jc w:val="right"/>
      </w:pPr>
      <w:r>
        <w:t>تو میں سمجھتا ہوں کہ اس سینس میں خود وہ جو جو ورڈ ہیں، اپنے آپ میں ان میں ایسے ایسی کوئی کوالٹی ہو کہ اپنے آپ ہی موثر کر دیں۔</w:t>
      </w:r>
    </w:p>
    <w:p>
      <w:r>
        <w:rPr>
          <w:b/>
        </w:rPr>
        <w:t xml:space="preserve">[1:20:40] </w:t>
      </w:r>
      <w:r>
        <w:t>woh</w:t>
      </w:r>
    </w:p>
    <w:p>
      <w:pPr>
        <w:jc w:val="right"/>
      </w:pPr>
      <w:r>
        <w:t>وہ</w:t>
      </w:r>
    </w:p>
    <w:p>
      <w:r>
        <w:rPr>
          <w:b/>
        </w:rPr>
        <w:t xml:space="preserve">[1:20:41] </w:t>
      </w:r>
      <w:r>
        <w:t>to main jahan tak samajh paya hoon, aisa nahi hai. woh asal mein dua hoti hai. main dua ke sense mein manta hoon, jaise main bhi aisa karta hoon ke quran ke verses ko parh kar phoonkta hoon, lekin woh bator dua mein karta hoon.</w:t>
      </w:r>
    </w:p>
    <w:p>
      <w:pPr>
        <w:jc w:val="right"/>
      </w:pPr>
      <w:r>
        <w:t>تو میں جہاں تک سمجھ پایا ہوں، ایسا نہیں ہے۔ وہ اصل میں دعا ہوتی ہے۔ میں دعا کے سینس میں مانتا ہوں، جیسے میں بھی ایسا کرتا ہوں کہ قرآن کے ورسز کو پڑھ کر پھونکتا ہوں، لیکن وہ بطور دعا میں کرتا ہوں۔</w:t>
      </w:r>
    </w:p>
    <w:p>
      <w:r>
        <w:rPr>
          <w:b/>
        </w:rPr>
        <w:t xml:space="preserve">[1:20:56] </w:t>
      </w:r>
      <w:r>
        <w:t>main sahara leta hoon apni dua ke liye quran ke words ka. yeh yeh mujhe nahi hai ek manna ke alhamdulillah rabbil alameen jo hai, koi mantra hai, phoonk do to bas ho jayega.</w:t>
      </w:r>
    </w:p>
    <w:p>
      <w:pPr>
        <w:jc w:val="right"/>
      </w:pPr>
      <w:r>
        <w:t>میں سہارا لیتا ہوں اپنی دعا کے لیے قرآن کے ورڈز کا۔ یہ یہ مجھے نہیں ہے ایک ماننا کہ الحمدللہ رب العالمین جو ہے، کوئی منتر ہے، پھونک دو تو بس ہو جائے گا۔</w:t>
      </w:r>
    </w:p>
    <w:p>
      <w:r>
        <w:rPr>
          <w:b/>
        </w:rPr>
        <w:t xml:space="preserve">[1:21:08] </w:t>
      </w:r>
      <w:r>
        <w:t>woh</w:t>
      </w:r>
    </w:p>
    <w:p>
      <w:pPr>
        <w:jc w:val="right"/>
      </w:pPr>
      <w:r>
        <w:t>وہ</w:t>
      </w:r>
    </w:p>
    <w:p>
      <w:r>
        <w:rPr>
          <w:b/>
        </w:rPr>
        <w:t xml:space="preserve">[1:21:09] </w:t>
      </w:r>
      <w:r>
        <w:t>aisa mujhe mere samajh mein nahi aayi baat ab tak. asal cheez jo main samajh paya hoon, woh dua hai. asal cheez dua ke liye aap sahara lete hain is in in in in shabdon ka.</w:t>
      </w:r>
    </w:p>
    <w:p>
      <w:pPr>
        <w:jc w:val="right"/>
      </w:pPr>
      <w:r>
        <w:t>ایسا مجھے میرے سمجھ میں نہیں آئی بات اب تک۔ اصل چیز جو میں سمجھ پایا ہوں، وہ دعا ہے۔ اصل چیز دعا کے لیے آپ سہارا لیتے ہیں اس ان ان ان ان शब्दوں کا۔</w:t>
      </w:r>
    </w:p>
    <w:p>
      <w:r>
        <w:rPr>
          <w:b/>
        </w:rPr>
        <w:t xml:space="preserve">[1:21:23] </w:t>
      </w:r>
      <w:r>
        <w:t>in shabdon ko parh kar ke aap dua karte hain. to yeh dekhen, yeh bhi samajh lijiyega ke koi certainty is ki nahi hai.</w:t>
      </w:r>
    </w:p>
    <w:p>
      <w:pPr>
        <w:jc w:val="right"/>
      </w:pPr>
      <w:r>
        <w:t>ان शब्दوں کو پڑھ کر کے آپ دعا کرتے ہیں۔ تو یہ دیکھیں، یہ بھی سمجھ لیجئے کہ کوئی سرٹینٹی اس کی نہیں ہے۔</w:t>
      </w:r>
    </w:p>
    <w:p>
      <w:r>
        <w:rPr>
          <w:b/>
        </w:rPr>
        <w:t xml:space="preserve">[1:21:33] </w:t>
      </w:r>
      <w:r>
        <w:t>ho sakta hai ke is dua se woh kaam hasil ho jaye, ho sakta hai akatha bhi ho.</w:t>
      </w:r>
    </w:p>
    <w:p>
      <w:pPr>
        <w:jc w:val="right"/>
      </w:pPr>
      <w:r>
        <w:t>ہو سکتا ہے کہ اس دعا سے وہ کام حاصل ہو جائے، ہو سکتا ہے اکٹھا بھی ہو۔</w:t>
      </w:r>
    </w:p>
    <w:p>
      <w:r>
        <w:rPr>
          <w:b/>
        </w:rPr>
        <w:t xml:space="preserve">[1:21:38] </w:t>
      </w:r>
      <w:r>
        <w:t>certainty wahan bhi nahi hai, lekin behrhaal main samajhta hoon internal dua is ko main manta hoon, internal mantra nahi manta main is ko.</w:t>
      </w:r>
    </w:p>
    <w:p>
      <w:pPr>
        <w:jc w:val="right"/>
      </w:pPr>
      <w:r>
        <w:t>سرٹینٹی وہاں بھی نہیں ہے، لیکن بہرحال میں سمجھتا ہوں انٹرنل دعا اس کو میں مانتا ہوں، انٹرنل منتر نہیں مانتا میں اس کو۔</w:t>
      </w:r>
    </w:p>
    <w:p>
      <w:r>
        <w:rPr>
          <w:b/>
        </w:rPr>
        <w:t xml:space="preserve">[1:21:50] </w:t>
      </w:r>
      <w:r>
        <w:t>das question is from mr op sikha: molana sahib, today talk by lateral acceptance was a very enlightened one, touching on observable and dark matter.</w:t>
      </w:r>
    </w:p>
    <w:p>
      <w:pPr>
        <w:jc w:val="right"/>
      </w:pPr>
      <w:r>
        <w:t>دس کوئسچن از فرام مسٹر او پی سکہ: مولانا صاحب، ٹوڈے ٹاک بائی لیٹرل ایکسیپٹنس واز ا ویری انلائٹنڈ ون، ٹچنگ ان ابزرویبل اینڈ ڈارک میٹر۔</w:t>
      </w:r>
    </w:p>
    <w:p>
      <w:r>
        <w:rPr>
          <w:b/>
        </w:rPr>
        <w:t xml:space="preserve">[1:22:03] </w:t>
      </w:r>
      <w:r>
        <w:t>however, my query is slightly different. i want to know what is super consciousness</w:t>
      </w:r>
    </w:p>
    <w:p>
      <w:pPr>
        <w:jc w:val="right"/>
      </w:pPr>
      <w:r>
        <w:t>ہاؤ ایور، مائی کوئری از سلائٹلی ڈفرنٹ۔ آئی وانٹ ٹو نو واٹ از سپر کانشیسنس</w:t>
      </w:r>
    </w:p>
    <w:p>
      <w:r>
        <w:rPr>
          <w:b/>
        </w:rPr>
        <w:t xml:space="preserve">[1:22:08] </w:t>
      </w:r>
      <w:r>
        <w:t>. kindly throw some light.</w:t>
      </w:r>
    </w:p>
    <w:p>
      <w:pPr>
        <w:jc w:val="right"/>
      </w:pPr>
      <w:r>
        <w:t>۔ کائنڈلی تھرو سم لائٹ۔</w:t>
      </w:r>
    </w:p>
    <w:p>
      <w:r>
        <w:rPr>
          <w:b/>
        </w:rPr>
        <w:t xml:space="preserve">[1:22:18] </w:t>
      </w:r>
      <w:r>
        <w:t>dekhen, super consciousness ke kai yani definition ho sakte hain, mujhe is se koi matlab nahi hai.</w:t>
      </w:r>
    </w:p>
    <w:p>
      <w:pPr>
        <w:jc w:val="right"/>
      </w:pPr>
      <w:r>
        <w:t>دیکھیں، سپر کانشیسنس کے کئی یعنی ڈیفینیشن ہو سکتے ہیں، مجھے اس سے کوئی مطلب نہیں ہے۔</w:t>
      </w:r>
    </w:p>
    <w:p>
      <w:r>
        <w:rPr>
          <w:b/>
        </w:rPr>
        <w:t xml:space="preserve">[1:22:29] </w:t>
      </w:r>
      <w:r>
        <w:t>jo main manta hoon, wo super consciousness jo hai, wo intellectual development ka ek agla phase hai.</w:t>
      </w:r>
    </w:p>
    <w:p>
      <w:pPr>
        <w:jc w:val="right"/>
      </w:pPr>
      <w:r>
        <w:t>جو میں مانتا ہوں، وہ سپر کانشیسنس جو ہے، وہ انٹلیکچول ڈیویلپمنٹ کا ایک اگلا فیز ہے۔</w:t>
      </w:r>
    </w:p>
    <w:p>
      <w:r>
        <w:rPr>
          <w:b/>
        </w:rPr>
        <w:t xml:space="preserve">[1:22:39] </w:t>
      </w:r>
      <w:r>
        <w:t>bas is se zyada kuch nahi hai. ab koi bhi aadmi apne aap ko intellectual development ke through is stage tak pahuncha sakta hai.</w:t>
      </w:r>
    </w:p>
    <w:p>
      <w:pPr>
        <w:jc w:val="right"/>
      </w:pPr>
      <w:r>
        <w:t>بس اس سے زیادہ کچھ نہیں ہے۔ اب کوئی بھی آدمی اپنے آپ کو انٹلیکچول ڈیویلپمنٹ کے تھرو اس اسٹیج تک پہنچا سکتا ہے۔</w:t>
      </w:r>
    </w:p>
    <w:p>
      <w:r>
        <w:rPr>
          <w:b/>
        </w:rPr>
        <w:t xml:space="preserve">[1:22:56] </w:t>
      </w:r>
      <w:r>
        <w:t>aur main jahan tak samajh paya hoon ke islam mein sab se zyada jo important cheez hai, wo hai intellectual development.</w:t>
      </w:r>
    </w:p>
    <w:p>
      <w:pPr>
        <w:jc w:val="right"/>
      </w:pPr>
      <w:r>
        <w:t>اور میں جہاں تک سمجھ پایا ہوں کہ اسلام میں سب سے زیادہ جو امپورٹنٹ چیز ہے، وہ ہے انٹلیکچول ڈیویلپمنٹ۔</w:t>
      </w:r>
    </w:p>
    <w:p>
      <w:r>
        <w:rPr>
          <w:b/>
        </w:rPr>
        <w:t xml:space="preserve">[1:23:07] </w:t>
      </w:r>
      <w:r>
        <w:t>aaj hi kisi ka telephone aaya tha mere paas, use main keh raha tha ke log samajhte hain ke kuch rituals hain, un rituals ko kar do to wahi islam hai.</w:t>
      </w:r>
    </w:p>
    <w:p>
      <w:pPr>
        <w:jc w:val="right"/>
      </w:pPr>
      <w:r>
        <w:t>آج ہی کسی کا ٹیلی فون آیا تھا میرے پاس، اسے میں کہہ رہا تھا کہ لوگ سمجھتے ہیں کہ کچھ ریچولز ہیں، ان ریچولز کو کر دو تو وہی اسلام ہے۔</w:t>
      </w:r>
    </w:p>
    <w:p>
      <w:r>
        <w:rPr>
          <w:b/>
        </w:rPr>
        <w:t xml:space="preserve">[1:23:19] </w:t>
      </w:r>
      <w:r>
        <w:t>to main main ne kaha islam kisi rituals, koi set of rituals ka naam nahi hai.</w:t>
      </w:r>
    </w:p>
    <w:p>
      <w:pPr>
        <w:jc w:val="right"/>
      </w:pPr>
      <w:r>
        <w:t>تو میں میں نے کہا اسلام کسی ریچولز، کوئی سیٹ آف ریچولز کا نام نہیں ہے۔</w:t>
      </w:r>
    </w:p>
    <w:p>
      <w:r>
        <w:rPr>
          <w:b/>
        </w:rPr>
        <w:t xml:space="preserve">[1:23:24] </w:t>
      </w:r>
      <w:r>
        <w:t>islam mein asal cheez hai intellectual development. jo bhi islam ki ibadaten hain, jo bhi islam ki practices hain, jo bhi islam ki scriptures hain, is ke through aur is plus apne contemplation ke zariye hum apne mind ko develop karte hain, develop karte hain.</w:t>
      </w:r>
    </w:p>
    <w:p>
      <w:pPr>
        <w:jc w:val="right"/>
      </w:pPr>
      <w:r>
        <w:t>اسلام میں اصل چیز ہے انٹلیکچول ڈیویلپمنٹ۔ جو بھی اسلام کی عبادتیں ہیں، جو بھی اسلام کی پریکٹسز ہیں، جو بھی اسلام کی سکرپچرز ہیں، اس کے تھرو اور اس پلس اپنے کنٹمپلیشن کے ذریعے ہم اپنے مائنڈ کو ڈیویلپ کرتے ہیں، ڈیویلپ کرتے ہیں۔</w:t>
      </w:r>
    </w:p>
    <w:p>
      <w:r>
        <w:rPr>
          <w:b/>
        </w:rPr>
        <w:t xml:space="preserve">[1:23:46] </w:t>
      </w:r>
      <w:r>
        <w:t>to intellectual development har ek ke liye possible hai, lekin is ki ek price hai.</w:t>
      </w:r>
    </w:p>
    <w:p>
      <w:pPr>
        <w:jc w:val="right"/>
      </w:pPr>
      <w:r>
        <w:t>تو انٹلیکچول ڈیویلپمنٹ ہر ایک کے لیے پاسیبل ہے، لیکن اس کی ایک پرائس ہے۔</w:t>
      </w:r>
    </w:p>
    <w:p>
      <w:r>
        <w:rPr>
          <w:b/>
        </w:rPr>
        <w:t xml:space="preserve">[1:23:52] </w:t>
      </w:r>
      <w:r>
        <w:t>is price ko diye baghair koi bhi shakhs, chahe koi qat'i yani learner ho, kuch bhi ho, wo is ka intellectual developer nahi ho sakta.</w:t>
      </w:r>
    </w:p>
    <w:p>
      <w:pPr>
        <w:jc w:val="right"/>
      </w:pPr>
      <w:r>
        <w:t>اس پرائس کو دیے بغیر کوئی بھی شخص، چاہے کوئی قطعی یعنی لرنر ہو، کچھ بھی ہو، وہ اس کا انٹلیکچول ڈیویلپر نہیں ہو سکتا۔</w:t>
      </w:r>
    </w:p>
    <w:p>
      <w:r>
        <w:rPr>
          <w:b/>
        </w:rPr>
        <w:t xml:space="preserve">[1:24:02] </w:t>
      </w:r>
      <w:r>
        <w:t>wo hai yani yani wo hai concentration. concentration ka matlab yeh hai ke doosri cheezon se apne aap ko alag kar ke, detach kar ke.</w:t>
      </w:r>
    </w:p>
    <w:p>
      <w:pPr>
        <w:jc w:val="right"/>
      </w:pPr>
      <w:r>
        <w:t>وہ ہے یعنی یعنی وہ ہے کنسنٹریشن۔ کنسنٹریشن کا مطلب یہ ہے کہ دوسری چیزوں سے اپنے آپ کو الگ کر کے، ڈیٹیچ کر کے۔</w:t>
      </w:r>
    </w:p>
    <w:p>
      <w:r>
        <w:rPr>
          <w:b/>
        </w:rPr>
        <w:t xml:space="preserve">[1:24:17] </w:t>
      </w:r>
      <w:r>
        <w:t>log kaha liya hai ke log material cheezon mein phanse hue hain</w:t>
      </w:r>
    </w:p>
    <w:p>
      <w:pPr>
        <w:jc w:val="right"/>
      </w:pPr>
      <w:r>
        <w:t>لوگ کہا لیا ہے کہ لوگ مٹیریل چیزوں میں پھنسے ہوئے ہیں</w:t>
      </w:r>
    </w:p>
    <w:p>
      <w:r>
        <w:rPr>
          <w:b/>
        </w:rPr>
        <w:t xml:space="preserve">[1:24:20] </w:t>
      </w:r>
      <w:r>
        <w:t>, apne yani un ke bohat sare interest hain, is mein phanse hue hain, apne desire hain, is mein phanse hue hain. to impossible hai ke wo intellectual development un ka ho sake.</w:t>
      </w:r>
    </w:p>
    <w:p>
      <w:pPr>
        <w:jc w:val="right"/>
      </w:pPr>
      <w:r>
        <w:t>، اپنے یعنی ان کے بہت سارے انٹرسٹ ہیں، اس میں پھنسے ہوئے ہیں، اپنے ڈیزائر ہیں، اس میں پھنسے ہوئے ہیں۔ تو امپاسیبل ہے کہ وہ انٹلیکچول ڈیویلپمنٹ ان کا ہو سکے۔</w:t>
      </w:r>
    </w:p>
    <w:p>
      <w:r>
        <w:rPr>
          <w:b/>
        </w:rPr>
        <w:t xml:space="preserve">[1:24:31] </w:t>
      </w:r>
      <w:r>
        <w:t>jab har cheez aap katte hain, tabhi intellectual development hota hai. development aur jitna katega aadmi, wahi yani isi ko itna hi bara, jitna zyada katega aadmi, utna hi bara is ka intellectual development hoga.</w:t>
      </w:r>
    </w:p>
    <w:p>
      <w:pPr>
        <w:jc w:val="right"/>
      </w:pPr>
      <w:r>
        <w:t>جب ہر چیز آپ کٹتے ہیں، تبھی انٹلیکچول ڈیویلپمنٹ ہوتا ہے۔ ڈیویلپمنٹ اور جتنا کٹے گا آدمی، وہی یعنی اسی کو اتنا ہی بڑا، جتنا زیادہ کٹے گا آدمی، اتنا ہی بڑا اس کا انٹلیکچول ڈیویلپمنٹ ہوگا۔</w:t>
      </w:r>
    </w:p>
    <w:p>
      <w:r>
        <w:rPr>
          <w:b/>
        </w:rPr>
        <w:t xml:space="preserve">[1:24:47] </w:t>
      </w:r>
      <w:r>
        <w:t>yeh bohat hi mushkil process hai.</w:t>
      </w:r>
    </w:p>
    <w:p>
      <w:pPr>
        <w:jc w:val="right"/>
      </w:pPr>
      <w:r>
        <w:t>یہ بہت ہی مشکل پروسیس ہے۔</w:t>
      </w:r>
    </w:p>
    <w:p>
      <w:r>
        <w:rPr>
          <w:b/>
        </w:rPr>
        <w:t xml:space="preserve">[1:24:50] </w:t>
      </w:r>
      <w:r>
        <w:t>ise bohat hi poori history mein bohat hi kam log aise hain jo is is wo jo higher higher jo higher level hai intellectual development ka, wahan tak pahunche hon.</w:t>
      </w:r>
    </w:p>
    <w:p>
      <w:pPr>
        <w:jc w:val="right"/>
      </w:pPr>
      <w:r>
        <w:t>اسے بہت ہی پوری ہسٹری میں بہت ہی کم لوگ ایسے ہیں جو اس اس وہ جو ہائیر ہائیر جو ہائیر لیول ہے انٹلیکچول ڈیویلپمنٹ کا، وہاں تک پہنچے ہوں۔</w:t>
      </w:r>
    </w:p>
    <w:p>
      <w:r>
        <w:rPr>
          <w:b/>
        </w:rPr>
        <w:t xml:space="preserve">[1:25:03] </w:t>
      </w:r>
      <w:r>
        <w:t>kyun ke wo apne ko detach nahi kar paate, wo price nahi de paate, apne ko hundred percent dedicate nahi kar paate, apne aap ko poori tarah concentrate nahi kar paate.</w:t>
      </w:r>
    </w:p>
    <w:p>
      <w:pPr>
        <w:jc w:val="right"/>
      </w:pPr>
      <w:r>
        <w:t>کیونکہ وہ اپنے کو ڈیٹیچ نہیں کر پاتے، وہ پرائس نہیں دے پاتے، اپنے کو ہنڈرڈ پرسنٹ ڈیڈیکیٹ نہیں کر پاتے، اپنے آپ کو پوری طرح کنسنٹریٹ نہیں کر پاتے۔</w:t>
      </w:r>
    </w:p>
    <w:p>
      <w:r>
        <w:rPr>
          <w:b/>
        </w:rPr>
        <w:t xml:space="preserve">[1:25:13] </w:t>
      </w:r>
      <w:r>
        <w:t>aaj idhar adha adha idhar adha idhar adha idhar. to aise logon ka intellectual development nahi ho sakta.</w:t>
      </w:r>
    </w:p>
    <w:p>
      <w:pPr>
        <w:jc w:val="right"/>
      </w:pPr>
      <w:r>
        <w:t>آج ادھر ادھا ادھر ادھا ادھر ادھا ادھر۔ تو ایسے لوگوں کا انٹلیکچول ڈیویلپمنٹ نہیں ہو سکتا۔</w:t>
      </w:r>
    </w:p>
    <w:p>
      <w:r>
        <w:rPr>
          <w:b/>
        </w:rPr>
        <w:t xml:space="preserve">[1:25:22] </w:t>
      </w:r>
      <w:r>
        <w:t>das question is from dr farida khanum: people are not serious enough to understand the divine message.</w:t>
      </w:r>
    </w:p>
    <w:p>
      <w:pPr>
        <w:jc w:val="right"/>
      </w:pPr>
      <w:r>
        <w:t>دس کوئسچن از فرام ڈاکٹر فریدہ خانم: پیپل ار ناٹ سیریس انف ٹو انڈرسٹینڈ دا ڈیوائن میسج۔</w:t>
      </w:r>
    </w:p>
    <w:p>
      <w:r>
        <w:rPr>
          <w:b/>
        </w:rPr>
        <w:t xml:space="preserve">[1:25:31] </w:t>
      </w:r>
      <w:r>
        <w:t>how should we make them understand the seriousness of the situation?</w:t>
      </w:r>
    </w:p>
    <w:p>
      <w:pPr>
        <w:jc w:val="right"/>
      </w:pPr>
      <w:r>
        <w:t>ہاؤ شوڈ وی میک دیم انڈرسٹینڈ دا سیریسنس اف دا سچویشن؟</w:t>
      </w:r>
    </w:p>
    <w:p>
      <w:r>
        <w:rPr>
          <w:b/>
        </w:rPr>
        <w:t xml:space="preserve">[1:25:40] </w:t>
      </w:r>
      <w:r>
        <w:t>haan, yeh to bohat hi bara question hai ke global warming ki itni zyada media mein baaten aa rahi hain, lekin koi sochta hi nahi, koi sochta hi nahi hai.</w:t>
      </w:r>
    </w:p>
    <w:p>
      <w:pPr>
        <w:jc w:val="right"/>
      </w:pPr>
      <w:r>
        <w:t>ہاں، یہ تو بہت ہی بڑا کوئسچن ہے کہ گلوبل وارمنگ کی اتنی زیادہ میڈیا میں باتیں آ رہی ہیں، لیکن کوئی سوچتا ہی نہیں، کوئی سوچتا ہی نہیں ہے۔</w:t>
      </w:r>
    </w:p>
    <w:p>
      <w:r>
        <w:rPr>
          <w:b/>
        </w:rPr>
        <w:t xml:space="preserve">[1:25:59] </w:t>
      </w:r>
      <w:r>
        <w:t>log bas present mein jeena jante hain, future mein sochte bhi nahi ho.</w:t>
      </w:r>
    </w:p>
    <w:p>
      <w:pPr>
        <w:jc w:val="right"/>
      </w:pPr>
      <w:r>
        <w:t>لوگ بس پریزنٹ میں جینا جانتے ہیں، فیوچر میں سوچتے بھی نہیں ہو۔</w:t>
      </w:r>
    </w:p>
    <w:p>
      <w:r>
        <w:rPr>
          <w:b/>
        </w:rPr>
        <w:t xml:space="preserve">[1:26:05] </w:t>
      </w:r>
      <w:r>
        <w:t>to yeh insaan ki weakness hai, yeh weakness hamesha se rahi hai. ab hum yahi kar sakte hain ke hum koshish karein, koshish karein, koshish karein.</w:t>
      </w:r>
    </w:p>
    <w:p>
      <w:pPr>
        <w:jc w:val="right"/>
      </w:pPr>
      <w:r>
        <w:t>تو یہ انسان کی ویکنس ہے، یہ ویکنس ہمیشہ سے رہی ہے۔ اب ہم یہی کر سکتے ہیں کہ ہم کوشش کریں، کوشش کریں، کوشش کریں۔</w:t>
      </w:r>
    </w:p>
    <w:p>
      <w:r>
        <w:rPr>
          <w:b/>
        </w:rPr>
        <w:t xml:space="preserve">[1:26:16] </w:t>
      </w:r>
      <w:r>
        <w:t>ab kisi ko badalna to hamare ikhtiyar mein hai hi nahi,</w:t>
      </w:r>
    </w:p>
    <w:p>
      <w:pPr>
        <w:jc w:val="right"/>
      </w:pPr>
      <w:r>
        <w:t>اب کسی کو بدلنا تو ہمارے اختیار میں ہے ہی نہیں،</w:t>
      </w:r>
    </w:p>
    <w:p>
      <w:r>
        <w:rPr>
          <w:b/>
        </w:rPr>
        <w:t xml:space="preserve">[1:26:22] </w:t>
      </w:r>
      <w:r>
        <w:t>badalna to hamare ikhtiyar mein nahi hai. hum sab koshish to kar sakte hain. das question is from khalid ansari</w:t>
      </w:r>
    </w:p>
    <w:p>
      <w:pPr>
        <w:jc w:val="right"/>
      </w:pPr>
      <w:r>
        <w:t>بدلنا تو ہمارے اختیار میں نہیں ہے۔ ہم سب کوشش تو کر سکتے ہیں۔ دس کوئسچن از فرام خالد انصاری</w:t>
      </w:r>
    </w:p>
    <w:p>
      <w:r>
        <w:rPr>
          <w:b/>
        </w:rPr>
        <w:t xml:space="preserve">[1:26:30] </w:t>
      </w:r>
      <w:r>
        <w:t>: prophets use the language of their age and the race they were sent for. is there any quranic reference or clue about adam's language that he preached in?</w:t>
      </w:r>
    </w:p>
    <w:p>
      <w:pPr>
        <w:jc w:val="right"/>
      </w:pPr>
      <w:r>
        <w:t>: پرافٹس یوز دا لینگویج اف دیر ایج اینڈ دا ریس دے وار سینٹ فار۔ از دیر اینی قرآنک ریفرنس اور کلو اباؤٹ ایڈمز لینگویج دیٹ ہی پریچڈ ان؟</w:t>
      </w:r>
    </w:p>
    <w:p>
      <w:r>
        <w:rPr>
          <w:b/>
        </w:rPr>
        <w:t xml:space="preserve">[1:26:47] </w:t>
      </w:r>
      <w:r>
        <w:t>yani aisa to nahi hai quran mein, to aisa kuch bhi nahi hai.</w:t>
      </w:r>
    </w:p>
    <w:p>
      <w:pPr>
        <w:jc w:val="right"/>
      </w:pPr>
      <w:r>
        <w:t>یعنی ایسا تو نہیں ہے قرآن میں، تو ایسا کچھ بھی نہیں ہے۔</w:t>
      </w:r>
    </w:p>
    <w:p>
      <w:r>
        <w:rPr>
          <w:b/>
        </w:rPr>
        <w:t xml:space="preserve">[1:26:54] </w:t>
      </w:r>
      <w:r>
        <w:t>baaz ulma mante hain kyunke israili jo traditions hain, is mein kuch baatein aati hain.</w:t>
      </w:r>
    </w:p>
    <w:p>
      <w:pPr>
        <w:jc w:val="right"/>
      </w:pPr>
      <w:r>
        <w:t>بعض علماء مانتے ہیں کیونکہ اسرائیلی جو ٹریڈیشنز ہیں، اس میں کچھ باتیں آتی ہیں۔</w:t>
      </w:r>
    </w:p>
    <w:p>
      <w:r>
        <w:rPr>
          <w:b/>
        </w:rPr>
        <w:t xml:space="preserve">[1:27:05] </w:t>
      </w:r>
      <w:r>
        <w:t>kyunke yeh woh log yeh mante hain ke adam ko jo yani yeh quran mein nahi hai aisa, lekin israili tradition mein hai.</w:t>
      </w:r>
    </w:p>
    <w:p>
      <w:pPr>
        <w:jc w:val="right"/>
      </w:pPr>
      <w:r>
        <w:t>کیونکہ یہ وہ لوگ یہ مانتے ہیں کہ آدم کو جو یعنی یہ قرآن میں نہیں ہے ایسا، لیکن اسرائیلی ٹریڈیشن میں ہے۔</w:t>
      </w:r>
    </w:p>
    <w:p>
      <w:r>
        <w:rPr>
          <w:b/>
        </w:rPr>
        <w:t xml:space="preserve">[1:27:17] </w:t>
      </w:r>
      <w:r>
        <w:t>is se muslim ulma ne bhi is ko le liya hai, lekin koi bohat authentic baat nahi hai woh</w:t>
      </w:r>
    </w:p>
    <w:p>
      <w:pPr>
        <w:jc w:val="right"/>
      </w:pPr>
      <w:r>
        <w:t>اس سے مسلم علماء نے بھی اس کو لے لیا ہے، لیکن کوئی بہت اتھینٹک بات نہیں ہے وہ</w:t>
      </w:r>
    </w:p>
    <w:p>
      <w:r>
        <w:rPr>
          <w:b/>
        </w:rPr>
        <w:t xml:space="preserve">[1:27:23] </w:t>
      </w:r>
      <w:r>
        <w:t>ke adam ko khuda ne jo jo message diya tha, to adam ne is ko woh banaya mitti ki.</w:t>
      </w:r>
    </w:p>
    <w:p>
      <w:pPr>
        <w:jc w:val="right"/>
      </w:pPr>
      <w:r>
        <w:t>کہ آدم کو خدا نے جو جو میسج دیا تھا، تو آدم نے اس کو وہ بنایا مٹی کی۔</w:t>
      </w:r>
    </w:p>
    <w:p>
      <w:r>
        <w:rPr>
          <w:b/>
        </w:rPr>
        <w:t xml:space="preserve">[1:27:35] </w:t>
      </w:r>
      <w:r>
        <w:t>wo banai unhone jaise eent hoti hai na, brick to is type ki slab banai. is par likha unhone, likh kar ke is ko aag mein pakaya, aag mein paka kar ke is ko yani preserve kar diya.</w:t>
      </w:r>
    </w:p>
    <w:p>
      <w:pPr>
        <w:jc w:val="right"/>
      </w:pPr>
      <w:r>
        <w:t>وہ بنائی انہوں نے جیسے اینٹ ہوتی ہے نا، برک تو اس ٹائپ کی سلیب بنائی۔ اس پر لکھا انہوں نے، لکھ کر کے اس کو آگ میں پکایا، آگ میں پکا کر کے اس کو یعنی پریزرو کر دیا۔</w:t>
      </w:r>
    </w:p>
    <w:p>
      <w:r>
        <w:rPr>
          <w:b/>
        </w:rPr>
        <w:t xml:space="preserve">[1:27:50] </w:t>
      </w:r>
      <w:r>
        <w:t>to woh kaha jata hai ke har nuh ke zamane tak rahi, woh isi mein flood mein beh gaya, woh</w:t>
      </w:r>
    </w:p>
    <w:p>
      <w:pPr>
        <w:jc w:val="right"/>
      </w:pPr>
      <w:r>
        <w:t>تو وہ کہا جاتا ہے کہ ہر نوح کے زمانے تک رہی، وہ اسی میں فلڈ میں بہہ گیا۔ وہ</w:t>
      </w:r>
    </w:p>
    <w:p>
      <w:r>
        <w:rPr>
          <w:b/>
        </w:rPr>
        <w:t xml:space="preserve">[1:27:58] </w:t>
      </w:r>
      <w:r>
        <w:t>to us waqt kaha jata hai ke woh suraik language thi, woh suraik language. aur yeh kaha jata hai ke jo baghdad mein jo museum tha, jo burden mein tabaah ho gaya, bara hissa is ka to us zamane ki kuch cheezein wahan ki suraik language mein theen.</w:t>
      </w:r>
    </w:p>
    <w:p>
      <w:pPr>
        <w:jc w:val="right"/>
      </w:pPr>
      <w:r>
        <w:t>تو اس وقت کہا جاتا ہے کہ وہ سرائیک لینگویج تھی، وہ سرائیک لینگویج۔ اور یہ کہا جاتا ہے کہ جو بغداد میں جو میوزیم تھا، جو بارڈن میں تباہ ہو گیا، بڑا حصہ اس کا تو اس زمانے کی کچھ چیزیں وہاں کی سرائیک لینگویج میں تھیں۔</w:t>
      </w:r>
    </w:p>
    <w:p>
      <w:r>
        <w:rPr>
          <w:b/>
        </w:rPr>
        <w:t xml:space="preserve">[1:28:15] </w:t>
      </w:r>
      <w:r>
        <w:t>wo to is ki bohat authenticity nahi hai,</w:t>
      </w:r>
    </w:p>
    <w:p>
      <w:pPr>
        <w:jc w:val="right"/>
      </w:pPr>
      <w:r>
        <w:t>وہ تو اس کی بہت اتھنٹیسٹی نہیں ہے،</w:t>
      </w:r>
    </w:p>
    <w:p>
      <w:r>
        <w:rPr>
          <w:b/>
        </w:rPr>
        <w:t xml:space="preserve">[1:28:19] </w:t>
      </w:r>
      <w:r>
        <w:t>koi zaroori nahi ke us zamane ka ho, kab ka hai woh. kyunke isi area mein flood aaya tha ke aap jante hain, patamia ka area wahi tha, to isi area mein aaya tha.</w:t>
      </w:r>
    </w:p>
    <w:p>
      <w:pPr>
        <w:jc w:val="right"/>
      </w:pPr>
      <w:r>
        <w:t>کوئی ضروری نہیں کہ اس زمانے کا ہو، کب کا ہے وہ۔ کیونکہ اسی ایریا میں فلڈ آیا تھا کہ آپ جانتے ہیں، پٹامیا کا ایریا وہی تھا، تو اسی ایریا میں آیا تھا۔</w:t>
      </w:r>
    </w:p>
    <w:p>
      <w:r>
        <w:rPr>
          <w:b/>
        </w:rPr>
        <w:t xml:space="preserve">[1:28:29] </w:t>
      </w:r>
      <w:r>
        <w:t>wo to wahan suraik language mein kuch cheezein theen, wo baghdad ke museum mein bombardment se tabaah ho gaeen. wo to yeh mana jata hai, main is par koi baat nahi kar sakta ke is liye koi historically yeh not proved.</w:t>
      </w:r>
    </w:p>
    <w:p>
      <w:pPr>
        <w:jc w:val="right"/>
      </w:pPr>
      <w:r>
        <w:t>وہ تو وہاں سرائیک لینگویج میں کچھ چیزیں تھیں، وہ بغداد کے میوزیم میں بمبارٹمنٹ سے تباہ ہو گئیں۔ وہ تو یہ مانا جاتا ہے، میں اس پر کوئی بات نہیں کر سکتا کہ اس لیے کوئی ہسٹوریکلی یہ ناٹ پروفڈ۔</w:t>
      </w:r>
    </w:p>
    <w:p>
      <w:r>
        <w:rPr>
          <w:b/>
        </w:rPr>
        <w:t xml:space="preserve">[1:28:49] </w:t>
      </w:r>
      <w:r>
        <w:t>bas yeh hai ke aisa mante hain log.</w:t>
      </w:r>
    </w:p>
    <w:p>
      <w:pPr>
        <w:jc w:val="right"/>
      </w:pPr>
      <w:r>
        <w:t>بس یہ ہے کہ ایسا مانتے ہیں لوگ۔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