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Formula of Human Life | March 13, 2016</w:t>
      </w:r>
    </w:p>
    <w:p>
      <w:r>
        <w:t>https://www.youtube.com/watch?v=Et_ZQTYZzjU</w:t>
      </w:r>
    </w:p>
    <w:p>
      <w:r>
        <w:rPr>
          <w:b/>
        </w:rPr>
        <w:t xml:space="preserve">[00:14] </w:t>
      </w:r>
      <w:r>
        <w:t>Bismillah-hir-rehman-nir-rahim.</w:t>
      </w:r>
    </w:p>
    <w:p>
      <w:pPr>
        <w:jc w:val="right"/>
      </w:pPr>
      <w:r>
        <w:t>بسم اللہ الرحمن الرحیم۔</w:t>
      </w:r>
    </w:p>
    <w:p>
      <w:r>
        <w:rPr>
          <w:b/>
        </w:rPr>
        <w:t xml:space="preserve">[00:22] </w:t>
      </w:r>
      <w:r>
        <w:t>Wa salla Allahu ala nabiyyil kareem.</w:t>
      </w:r>
    </w:p>
    <w:p>
      <w:pPr>
        <w:jc w:val="right"/>
      </w:pPr>
      <w:r>
        <w:t>وصلی اللہ علی نبی الکریم۔</w:t>
      </w:r>
    </w:p>
    <w:p>
      <w:r>
        <w:rPr>
          <w:b/>
        </w:rPr>
        <w:t xml:space="preserve">[00:30] </w:t>
      </w:r>
      <w:r>
        <w:t>Rabishrah li sadri, wa yassir li amri, wah-lul uqdatan min lisani, yafqahu qawli.</w:t>
      </w:r>
    </w:p>
    <w:p>
      <w:pPr>
        <w:jc w:val="right"/>
      </w:pPr>
      <w:r>
        <w:t>رب اشرح لی صدری، ویسر لی امری، واحل العقدۃ من لسانی، یفقہ قولی۔</w:t>
      </w:r>
    </w:p>
    <w:p>
      <w:r>
        <w:rPr>
          <w:b/>
        </w:rPr>
        <w:t xml:space="preserve">[00:39] </w:t>
      </w:r>
      <w:r>
        <w:t>Aaj ka topic hai: Formula of Human Life.</w:t>
      </w:r>
    </w:p>
    <w:p>
      <w:pPr>
        <w:jc w:val="right"/>
      </w:pPr>
      <w:r>
        <w:t>آج کا ٹاپک ہے: فارمولا آف ہیومن لائف۔</w:t>
      </w:r>
    </w:p>
    <w:p>
      <w:r>
        <w:rPr>
          <w:b/>
        </w:rPr>
        <w:t xml:space="preserve">[00:47] </w:t>
      </w:r>
      <w:r>
        <w:t>That two aspects of human life: individual life and collective life.</w:t>
      </w:r>
    </w:p>
    <w:p>
      <w:pPr>
        <w:jc w:val="right"/>
      </w:pPr>
      <w:r>
        <w:t>دیٹ ٹو اسپیکٹ آف ہیومن لائف: انڈیویجول لائف اینڈ کلیکٹیو لائف۔</w:t>
      </w:r>
    </w:p>
    <w:p>
      <w:r>
        <w:rPr>
          <w:b/>
        </w:rPr>
        <w:t xml:space="preserve">[00:53] </w:t>
      </w:r>
      <w:r>
        <w:t>We need some workable formula.</w:t>
      </w:r>
    </w:p>
    <w:p>
      <w:pPr>
        <w:jc w:val="right"/>
      </w:pPr>
      <w:r>
        <w:t>وی نیڈ سم ورک ایبل فارمولا۔</w:t>
      </w:r>
    </w:p>
    <w:p>
      <w:r>
        <w:rPr>
          <w:b/>
        </w:rPr>
        <w:t xml:space="preserve">[00:59] </w:t>
      </w:r>
      <w:r>
        <w:t>That may lead success.</w:t>
      </w:r>
    </w:p>
    <w:p>
      <w:pPr>
        <w:jc w:val="right"/>
      </w:pPr>
      <w:r>
        <w:t>دیٹ می لیڈ سکسیس۔</w:t>
      </w:r>
    </w:p>
    <w:p>
      <w:r>
        <w:rPr>
          <w:b/>
        </w:rPr>
        <w:t xml:space="preserve">[01:05] </w:t>
      </w:r>
      <w:r>
        <w:t>That may lead to success or life.</w:t>
      </w:r>
    </w:p>
    <w:p>
      <w:pPr>
        <w:jc w:val="right"/>
      </w:pPr>
      <w:r>
        <w:t>دیٹ می لیڈ ٹو سکسیس اور لائف۔</w:t>
      </w:r>
    </w:p>
    <w:p>
      <w:r>
        <w:rPr>
          <w:b/>
        </w:rPr>
        <w:t xml:space="preserve">[01:11] </w:t>
      </w:r>
      <w:r>
        <w:t>Main samajhta hoon ke har religion</w:t>
      </w:r>
    </w:p>
    <w:p>
      <w:pPr>
        <w:jc w:val="right"/>
      </w:pPr>
      <w:r>
        <w:t>میں سمجھتا ہوں کہ ہر ریلیجن</w:t>
      </w:r>
    </w:p>
    <w:p>
      <w:r>
        <w:rPr>
          <w:b/>
        </w:rPr>
        <w:t xml:space="preserve">[01:17] </w:t>
      </w:r>
      <w:r>
        <w:t>mein in dono ka— har religion mein in dono ke bare mein bataya gaya hai, dono aspects ke bare mein.</w:t>
      </w:r>
    </w:p>
    <w:p>
      <w:pPr>
        <w:jc w:val="right"/>
      </w:pPr>
      <w:r>
        <w:t>میں ان دونوں کا— ہر ریلیجن میں ان دونوں کے بارے میں بتایا گیا ہے، دونوں اسپیکٹ کے بارے میں۔</w:t>
      </w:r>
    </w:p>
    <w:p>
      <w:r>
        <w:rPr>
          <w:b/>
        </w:rPr>
        <w:t xml:space="preserve">[01:27] </w:t>
      </w:r>
      <w:r>
        <w:t>Har religion ka yeh concept concern raha hai.</w:t>
      </w:r>
    </w:p>
    <w:p>
      <w:pPr>
        <w:jc w:val="right"/>
      </w:pPr>
      <w:r>
        <w:t>ہر ریلیجن کا یہ کنسیپٹ کنسرن رہا ہے۔</w:t>
      </w:r>
    </w:p>
    <w:p>
      <w:r>
        <w:rPr>
          <w:b/>
        </w:rPr>
        <w:t xml:space="preserve">[01:38] </w:t>
      </w:r>
      <w:r>
        <w:t>Aur main jahan tak bas samajhta hoon ke har religion mein bohat hi similar teaching hai is silsile mein. For example,</w:t>
      </w:r>
    </w:p>
    <w:p>
      <w:pPr>
        <w:jc w:val="right"/>
      </w:pPr>
      <w:r>
        <w:t>اور میں جہاں تک بس سمجھتا ہوں کہ ہر ریلیجن میں بہت ہی سمیلر ٹیچنگ ہے اس سلسلے میں۔ فار ایگزامپل،</w:t>
      </w:r>
    </w:p>
    <w:p>
      <w:r>
        <w:rPr>
          <w:b/>
        </w:rPr>
        <w:t xml:space="preserve">[01:48] </w:t>
      </w:r>
      <w:r>
        <w:t>British let us take: Christianity.</w:t>
      </w:r>
    </w:p>
    <w:p>
      <w:pPr>
        <w:jc w:val="right"/>
      </w:pPr>
      <w:r>
        <w:t>برٹش لیٹسٹ ٹیک: کرسچینٹی۔</w:t>
      </w:r>
    </w:p>
    <w:p>
      <w:r>
        <w:rPr>
          <w:b/>
        </w:rPr>
        <w:t xml:space="preserve">[01:58] </w:t>
      </w:r>
      <w:r>
        <w:t>جیز کرائسٹ نے کہا: "Man cannot live by bread alone." یہ انڈیویجول لائف کا فارمولا ہے۔</w:t>
      </w:r>
    </w:p>
    <w:p>
      <w:pPr>
        <w:jc w:val="right"/>
      </w:pPr>
      <w:r>
        <w:t>جیز کرائسٹ نے کہا: "مین کین ناٹ لیو بائے بریڈ الون۔" یہ انڈیویجول لائف کا فارمولا ہے۔</w:t>
      </w:r>
    </w:p>
    <w:p>
      <w:r>
        <w:rPr>
          <w:b/>
        </w:rPr>
        <w:t xml:space="preserve">[02:08] </w:t>
      </w:r>
      <w:r>
        <w:t>keh aik insaan sirf roti par nahi jee</w:t>
      </w:r>
    </w:p>
    <w:p>
      <w:pPr>
        <w:jc w:val="right"/>
      </w:pPr>
      <w:r>
        <w:t>کہ ایک انسان صرف روٹی پر نہیں جی</w:t>
      </w:r>
    </w:p>
    <w:p>
      <w:r>
        <w:rPr>
          <w:b/>
        </w:rPr>
        <w:t xml:space="preserve">[02:18] </w:t>
      </w:r>
      <w:r>
        <w:t>sakta.</w:t>
      </w:r>
    </w:p>
    <w:p>
      <w:pPr>
        <w:jc w:val="right"/>
      </w:pPr>
      <w:r>
        <w:t>سکتا۔</w:t>
      </w:r>
    </w:p>
    <w:p>
      <w:r>
        <w:rPr>
          <w:b/>
        </w:rPr>
        <w:t xml:space="preserve">[02:25] </w:t>
      </w:r>
      <w:r>
        <w:t>Here the word "bread" is— bread symbolizes the all kind of physical need.</w:t>
      </w:r>
    </w:p>
    <w:p>
      <w:pPr>
        <w:jc w:val="right"/>
      </w:pPr>
      <w:r>
        <w:t>ہیئر دا ورڈ "بریڈ" از— بریڈ سمبلائزز دا آل کائنڈ آف فزیکل نیڈ۔</w:t>
      </w:r>
    </w:p>
    <w:p>
      <w:r>
        <w:rPr>
          <w:b/>
        </w:rPr>
        <w:t xml:space="preserve">[02:32] </w:t>
      </w:r>
      <w:r>
        <w:t>jo bhi hamari physical need hai, to woh hamari zaroorat hai, zaroori hai.</w:t>
      </w:r>
    </w:p>
    <w:p>
      <w:pPr>
        <w:jc w:val="right"/>
      </w:pPr>
      <w:r>
        <w:t>جو بھی ہماری فزیکل نیڈ ہے، تو وہ ہماری ضرورت ہے، ضروری ہے۔</w:t>
      </w:r>
    </w:p>
    <w:p>
      <w:r>
        <w:rPr>
          <w:b/>
        </w:rPr>
        <w:t xml:space="preserve">[02:38] </w:t>
      </w:r>
      <w:r>
        <w:t>par wahi kaafi nahi hai.</w:t>
      </w:r>
    </w:p>
    <w:p>
      <w:pPr>
        <w:jc w:val="right"/>
      </w:pPr>
      <w:r>
        <w:t>پر وہی کافی نہیں ہے۔</w:t>
      </w:r>
    </w:p>
    <w:p>
      <w:r>
        <w:rPr>
          <w:b/>
        </w:rPr>
        <w:t xml:space="preserve">[02:45] </w:t>
      </w:r>
      <w:r>
        <w:t>wahi kaafi nahi hai.</w:t>
      </w:r>
    </w:p>
    <w:p>
      <w:pPr>
        <w:jc w:val="right"/>
      </w:pPr>
      <w:r>
        <w:t>وہی کافی نہیں ہے۔</w:t>
      </w:r>
    </w:p>
    <w:p>
      <w:r>
        <w:rPr>
          <w:b/>
        </w:rPr>
        <w:t xml:space="preserve">[02:52] </w:t>
      </w:r>
      <w:r>
        <w:t>تو جہاں تک میں نے اس پر سوچا ہے، اس کا مطلب یہ ہے کہ ہر bread کو</w:t>
      </w:r>
    </w:p>
    <w:p>
      <w:pPr>
        <w:jc w:val="right"/>
      </w:pPr>
      <w:r>
        <w:t>تو جہاں تک میں نے اس پر سوچا ہے، اس کا مطلب یہ ہے کہ ہر بریڈ کو</w:t>
      </w:r>
    </w:p>
    <w:p>
      <w:r>
        <w:rPr>
          <w:b/>
        </w:rPr>
        <w:t xml:space="preserve">[03:02] </w:t>
      </w:r>
      <w:r>
        <w:t>hum bread plus banayein.</w:t>
      </w:r>
    </w:p>
    <w:p>
      <w:pPr>
        <w:jc w:val="right"/>
      </w:pPr>
      <w:r>
        <w:t>ہم بریڈ پلس بنائیں۔</w:t>
      </w:r>
    </w:p>
    <w:p>
      <w:r>
        <w:rPr>
          <w:b/>
        </w:rPr>
        <w:t xml:space="preserve">[03:12] </w:t>
      </w:r>
      <w:r>
        <w:t>یعنی ہر physical item کو item plus بنائیں، پھر bread plus۔</w:t>
      </w:r>
    </w:p>
    <w:p>
      <w:pPr>
        <w:jc w:val="right"/>
      </w:pPr>
      <w:r>
        <w:t>یعنی ہر فزیکل آئٹم کو آئٹم پلس بنائیں، پھر بریڈ پلس۔</w:t>
      </w:r>
    </w:p>
    <w:p>
      <w:r>
        <w:rPr>
          <w:b/>
        </w:rPr>
        <w:t xml:space="preserve">[03:22] </w:t>
      </w:r>
      <w:r>
        <w:t>یہی ہے، یہی ہے— یعنی better human individual life کا successful formula۔</w:t>
      </w:r>
    </w:p>
    <w:p>
      <w:pPr>
        <w:jc w:val="right"/>
      </w:pPr>
      <w:r>
        <w:t>یہی ہے، یہی ہے— یعنی بیٹر ہیومن انڈیویجول لائف کا سکسیس فل فارمولا۔</w:t>
      </w:r>
    </w:p>
    <w:p>
      <w:r>
        <w:rPr>
          <w:b/>
        </w:rPr>
        <w:t xml:space="preserve">[03:30] </w:t>
      </w:r>
      <w:r>
        <w:t>یہ پلس فارمولا کیا ہے؟ دیکھیے، ہر چیز، چاہے bread ہو، چاہے کوئی اور چیز ہو، اس کا</w:t>
      </w:r>
    </w:p>
    <w:p>
      <w:pPr>
        <w:jc w:val="right"/>
      </w:pPr>
      <w:r>
        <w:t>یہ پلس فارمولا کیا ہے؟ دیکھیے، ہر چیز، چاہے بریڈ ہو، چاہے کوئی اور چیز ہو، اس کا</w:t>
      </w:r>
    </w:p>
    <w:p>
      <w:r>
        <w:rPr>
          <w:b/>
        </w:rPr>
        <w:t xml:space="preserve">[03:37] </w:t>
      </w:r>
      <w:r>
        <w:t>ایک physical aspect ہوتا ہے یا material aspect ہوتا ہے۔</w:t>
      </w:r>
    </w:p>
    <w:p>
      <w:pPr>
        <w:jc w:val="right"/>
      </w:pPr>
      <w:r>
        <w:t>ایک فزیکل اسپیکٹ ہوتا ہے یا مٹیریل اسپیکٹ ہوتا ہے۔</w:t>
      </w:r>
    </w:p>
    <w:p>
      <w:r>
        <w:rPr>
          <w:b/>
        </w:rPr>
        <w:t xml:space="preserve">[03:45] </w:t>
      </w:r>
      <w:r>
        <w:t>at the same</w:t>
      </w:r>
    </w:p>
    <w:p>
      <w:pPr>
        <w:jc w:val="right"/>
      </w:pPr>
      <w:r>
        <w:t>ایٹ دا سیم</w:t>
      </w:r>
    </w:p>
    <w:p>
      <w:r>
        <w:rPr>
          <w:b/>
        </w:rPr>
        <w:t xml:space="preserve">[03:52] </w:t>
      </w:r>
      <w:r>
        <w:t>time, that is an inner content of that item.</w:t>
      </w:r>
    </w:p>
    <w:p>
      <w:pPr>
        <w:jc w:val="right"/>
      </w:pPr>
      <w:r>
        <w:t>ٹائم، دیٹ از این انر کنٹینٹ آف دیٹ آئٹم۔</w:t>
      </w:r>
    </w:p>
    <w:p>
      <w:r>
        <w:rPr>
          <w:b/>
        </w:rPr>
        <w:t xml:space="preserve">[04:00] </w:t>
      </w:r>
      <w:r>
        <w:t>har cheez, like flower.</w:t>
      </w:r>
    </w:p>
    <w:p>
      <w:pPr>
        <w:jc w:val="right"/>
      </w:pPr>
      <w:r>
        <w:t>ہر چیز، لائک فلاور۔</w:t>
      </w:r>
    </w:p>
    <w:p>
      <w:r>
        <w:rPr>
          <w:b/>
        </w:rPr>
        <w:t xml:space="preserve">[04:09] </w:t>
      </w:r>
      <w:r>
        <w:t>Flower ka ek aspect hai ke flower ek material phenomenon hai.</w:t>
      </w:r>
    </w:p>
    <w:p>
      <w:pPr>
        <w:jc w:val="right"/>
      </w:pPr>
      <w:r>
        <w:t>فلاور کا ایک اسپیکٹ ہے کہ فلاور ایک مٹیریل فرامنہ ہے۔</w:t>
      </w:r>
    </w:p>
    <w:p>
      <w:r>
        <w:rPr>
          <w:b/>
        </w:rPr>
        <w:t xml:space="preserve">[04:17] </w:t>
      </w:r>
      <w:r>
        <w:t>At the same time, that is a— that is a nectar.</w:t>
      </w:r>
    </w:p>
    <w:p>
      <w:pPr>
        <w:jc w:val="right"/>
      </w:pPr>
      <w:r>
        <w:t>ایٹ دا سیم ٹائم، دیٹ از اے— دیٹ از اے نیکٹر۔</w:t>
      </w:r>
    </w:p>
    <w:p>
      <w:r>
        <w:rPr>
          <w:b/>
        </w:rPr>
        <w:t xml:space="preserve">[04:25] </w:t>
      </w:r>
      <w:r>
        <w:t>And honey bee— and nectar is the sole concern of honey bee.</w:t>
      </w:r>
    </w:p>
    <w:p>
      <w:pPr>
        <w:jc w:val="right"/>
      </w:pPr>
      <w:r>
        <w:t>اینڈ ہنی بی— اینڈ نیکٹر از دا سول کنسرن آف ہنی بی۔</w:t>
      </w:r>
    </w:p>
    <w:p>
      <w:r>
        <w:rPr>
          <w:b/>
        </w:rPr>
        <w:t xml:space="preserve">[04:33] </w:t>
      </w:r>
      <w:r>
        <w:t>to honey bee jab aati hai garden mein, to wahan woh kya karti hai? Woh seedhe jaati hai</w:t>
      </w:r>
    </w:p>
    <w:p>
      <w:pPr>
        <w:jc w:val="right"/>
      </w:pPr>
      <w:r>
        <w:t>تو ہنی بی جب آتی ہے گارڈن میں، تو وہاں وہ کیا کرتی ہے؟ وہ سیدھے جاتی ہے</w:t>
      </w:r>
    </w:p>
    <w:p>
      <w:r>
        <w:rPr>
          <w:b/>
        </w:rPr>
        <w:t xml:space="preserve">[04:40] </w:t>
      </w:r>
      <w:r>
        <w:t>flower par, uska nectar nikalti hai, aur chali jaati hai.</w:t>
      </w:r>
    </w:p>
    <w:p>
      <w:pPr>
        <w:jc w:val="right"/>
      </w:pPr>
      <w:r>
        <w:t>فلاور پر، اس کا نیکٹر نکالتی ہے، اور چلی جاتی ہے۔</w:t>
      </w:r>
    </w:p>
    <w:p>
      <w:r>
        <w:rPr>
          <w:b/>
        </w:rPr>
        <w:t xml:space="preserve">[04:48] </w:t>
      </w:r>
      <w:r>
        <w:t>isi tarah se insaan ko karna hai ke har physical item mein,</w:t>
      </w:r>
    </w:p>
    <w:p>
      <w:pPr>
        <w:jc w:val="right"/>
      </w:pPr>
      <w:r>
        <w:t>اسی طرح سے انسان کو کرنا ہے کہ ہر فزیکل آئٹم میں،</w:t>
      </w:r>
    </w:p>
    <w:p>
      <w:r>
        <w:rPr>
          <w:b/>
        </w:rPr>
        <w:t xml:space="preserve">[04:56] </w:t>
      </w:r>
      <w:r>
        <w:t>چاہے بریڈ ہو یا کچھ اور ہو، اس میں جو ایک اور spiritual content ہے، اس کو— اس</w:t>
      </w:r>
    </w:p>
    <w:p>
      <w:pPr>
        <w:jc w:val="right"/>
      </w:pPr>
      <w:r>
        <w:t>چاہے بریڈ ہو یا کچھ اور ہو، اس میں جو ایک اور سپریچول کنٹینٹ ہے، اس کو— اس</w:t>
      </w:r>
    </w:p>
    <w:p>
      <w:r>
        <w:rPr>
          <w:b/>
        </w:rPr>
        <w:t xml:space="preserve">[05:03] </w:t>
      </w:r>
      <w:r>
        <w:t>ko extract karein.</w:t>
      </w:r>
    </w:p>
    <w:p>
      <w:pPr>
        <w:jc w:val="right"/>
      </w:pPr>
      <w:r>
        <w:t>کو ایکسٹریکٹ کریں۔</w:t>
      </w:r>
    </w:p>
    <w:p>
      <w:r>
        <w:rPr>
          <w:b/>
        </w:rPr>
        <w:t xml:space="preserve">[05:11] </w:t>
      </w:r>
      <w:r>
        <w:t>is tarah hamari zindagi successful rahegi.</w:t>
      </w:r>
    </w:p>
    <w:p>
      <w:pPr>
        <w:jc w:val="right"/>
      </w:pPr>
      <w:r>
        <w:t>اس طرح ہماری زندگی سکسیس فل رہے گی۔</w:t>
      </w:r>
    </w:p>
    <w:p>
      <w:r>
        <w:rPr>
          <w:b/>
        </w:rPr>
        <w:t xml:space="preserve">[05:19] </w:t>
      </w:r>
      <w:r>
        <w:t>quran mein is ko kaha gaya hai, surah taha mein: "warث</w:t>
      </w:r>
    </w:p>
    <w:p>
      <w:pPr>
        <w:jc w:val="right"/>
      </w:pPr>
      <w:r>
        <w:t>قرآن میں اس کو کہا گیا ہے، سورۃ طہ میں: "ورث</w:t>
      </w:r>
    </w:p>
    <w:p>
      <w:r>
        <w:rPr>
          <w:b/>
        </w:rPr>
        <w:t xml:space="preserve">[05:26] </w:t>
      </w:r>
      <w:r>
        <w:t>مربع کا خیر و باپ کا۔" And divine food is better for you, is best for you.</w:t>
      </w:r>
    </w:p>
    <w:p>
      <w:pPr>
        <w:jc w:val="right"/>
      </w:pPr>
      <w:r>
        <w:t>مربع کا خیر و باپ کا۔" اینڈ ڈیوائن فوڈ از بیٹر فار یو، از بیسٹ فار یو۔</w:t>
      </w:r>
    </w:p>
    <w:p>
      <w:r>
        <w:rPr>
          <w:b/>
        </w:rPr>
        <w:t xml:space="preserve">[05:36] </w:t>
      </w:r>
      <w:r>
        <w:t>to har har food mein aik divine aspect hai.</w:t>
      </w:r>
    </w:p>
    <w:p>
      <w:pPr>
        <w:jc w:val="right"/>
      </w:pPr>
      <w:r>
        <w:t>تو ہر ہر فوڈ میں ایک ڈیوائن اسپیکٹ ہے۔</w:t>
      </w:r>
    </w:p>
    <w:p>
      <w:r>
        <w:rPr>
          <w:b/>
        </w:rPr>
        <w:t xml:space="preserve">[05:46] </w:t>
      </w:r>
      <w:r>
        <w:t>har food mein aik divine aspect hai.</w:t>
      </w:r>
    </w:p>
    <w:p>
      <w:pPr>
        <w:jc w:val="right"/>
      </w:pPr>
      <w:r>
        <w:t>ہر فوڈ میں ایک ڈیوائن اسپیکٹ ہے۔</w:t>
      </w:r>
    </w:p>
    <w:p>
      <w:r>
        <w:rPr>
          <w:b/>
        </w:rPr>
        <w:t xml:space="preserve">[05:55] </w:t>
      </w:r>
      <w:r>
        <w:t>jaise dekhiye, ab yeh pani hai, water. Water hai. To</w:t>
      </w:r>
    </w:p>
    <w:p>
      <w:pPr>
        <w:jc w:val="right"/>
      </w:pPr>
      <w:r>
        <w:t>جیسے دیکھیے، اب یہ پانی ہے، واٹر۔ واٹر ہے۔ تو</w:t>
      </w:r>
    </w:p>
    <w:p>
      <w:r>
        <w:rPr>
          <w:b/>
        </w:rPr>
        <w:t xml:space="preserve">[06:05] </w:t>
      </w:r>
      <w:r>
        <w:t>har aadmi jaanta hai ke water hamari zaroorat hai.</w:t>
      </w:r>
    </w:p>
    <w:p>
      <w:pPr>
        <w:jc w:val="right"/>
      </w:pPr>
      <w:r>
        <w:t>ہر آدمی جانتا ہے کہ واٹر ہماری ضرورت ہے۔</w:t>
      </w:r>
    </w:p>
    <w:p>
      <w:r>
        <w:rPr>
          <w:b/>
        </w:rPr>
        <w:t xml:space="preserve">[06:15] </w:t>
      </w:r>
      <w:r>
        <w:t>lekin water mein do aspect hain: aik hai physical aspect, aur doosra is ka dar hai aik inner content.</w:t>
      </w:r>
    </w:p>
    <w:p>
      <w:pPr>
        <w:jc w:val="right"/>
      </w:pPr>
      <w:r>
        <w:t>لیکن واٹر میں دو اسپیکٹ ہیں: ایک ہے فزیکل اسپیکٹ، اور دوسرا اس کا در ہے ایک انر کنٹینٹ۔</w:t>
      </w:r>
    </w:p>
    <w:p>
      <w:r>
        <w:rPr>
          <w:b/>
        </w:rPr>
        <w:t xml:space="preserve">[06:25] </w:t>
      </w:r>
      <w:r>
        <w:t>yani pani ko hum piyein to hamari jo thirst hai aur jo piyas hai, woh bujhe</w:t>
      </w:r>
    </w:p>
    <w:p>
      <w:pPr>
        <w:jc w:val="right"/>
      </w:pPr>
      <w:r>
        <w:t>یعنی پانی کو ہم پیئیں تو ہماری جو تھرسٹ ہے اور جو پیاس ہے، وہ بجھے</w:t>
      </w:r>
    </w:p>
    <w:p>
      <w:r>
        <w:rPr>
          <w:b/>
        </w:rPr>
        <w:t xml:space="preserve">[06:35] </w:t>
      </w:r>
      <w:r>
        <w:t>gi.</w:t>
      </w:r>
    </w:p>
    <w:p>
      <w:pPr>
        <w:jc w:val="right"/>
      </w:pPr>
      <w:r>
        <w:t>گی۔</w:t>
      </w:r>
    </w:p>
    <w:p>
      <w:r>
        <w:rPr>
          <w:b/>
        </w:rPr>
        <w:t xml:space="preserve">[06:41] </w:t>
      </w:r>
      <w:r>
        <w:t>at the same time, hamein yeh karna hai ke by the way of contemplation, hum is ke inner</w:t>
      </w:r>
    </w:p>
    <w:p>
      <w:pPr>
        <w:jc w:val="right"/>
      </w:pPr>
      <w:r>
        <w:t>ایٹ دا سیم ٹائم، ہمیں یہ کرنا ہے کہ بائی دا وے آف کنٹمپلیشن، ہم اس کے انر</w:t>
      </w:r>
    </w:p>
    <w:p>
      <w:r>
        <w:rPr>
          <w:b/>
        </w:rPr>
        <w:t xml:space="preserve">[06:48] </w:t>
      </w:r>
      <w:r>
        <w:t>content tak pahunchein.</w:t>
      </w:r>
    </w:p>
    <w:p>
      <w:pPr>
        <w:jc w:val="right"/>
      </w:pPr>
      <w:r>
        <w:t>کنٹینٹ تک پہنچیں۔</w:t>
      </w:r>
    </w:p>
    <w:p>
      <w:r>
        <w:rPr>
          <w:b/>
        </w:rPr>
        <w:t xml:space="preserve">[06:54] </w:t>
      </w:r>
      <w:r>
        <w:t>woh inner content kya hai? Ke creator ne jaana ke pani hamari need hai.</w:t>
      </w:r>
    </w:p>
    <w:p>
      <w:pPr>
        <w:jc w:val="right"/>
      </w:pPr>
      <w:r>
        <w:t>وہ انر کنٹینٹ کیا ہے؟ کہ کریٹر نے جانا کہ پانی ہماری نیڈ ہے۔</w:t>
      </w:r>
    </w:p>
    <w:p>
      <w:r>
        <w:rPr>
          <w:b/>
        </w:rPr>
        <w:t xml:space="preserve">[07:00] </w:t>
      </w:r>
      <w:r>
        <w:t>pani ke baghair hum is plate earth par</w:t>
      </w:r>
    </w:p>
    <w:p>
      <w:pPr>
        <w:jc w:val="right"/>
      </w:pPr>
      <w:r>
        <w:t>پانی کے بغیر ہم اس پلیٹ ارتھ پر</w:t>
      </w:r>
    </w:p>
    <w:p>
      <w:r>
        <w:rPr>
          <w:b/>
        </w:rPr>
        <w:t xml:space="preserve">[07:06] </w:t>
      </w:r>
      <w:r>
        <w:t>nahi reh sakte.</w:t>
      </w:r>
    </w:p>
    <w:p>
      <w:pPr>
        <w:jc w:val="right"/>
      </w:pPr>
      <w:r>
        <w:t>نہیں رہ سکتے۔</w:t>
      </w:r>
    </w:p>
    <w:p>
      <w:r>
        <w:rPr>
          <w:b/>
        </w:rPr>
        <w:t xml:space="preserve">[07:11] </w:t>
      </w:r>
      <w:r>
        <w:t>to hamari need ko jana aur pani ko paida kiya.</w:t>
      </w:r>
    </w:p>
    <w:p>
      <w:pPr>
        <w:jc w:val="right"/>
      </w:pPr>
      <w:r>
        <w:t>تو ہماری نیڈ کو جانا اور پانی کو پیدا کیا۔</w:t>
      </w:r>
    </w:p>
    <w:p>
      <w:r>
        <w:rPr>
          <w:b/>
        </w:rPr>
        <w:t xml:space="preserve">[07:16] </w:t>
      </w:r>
      <w:r>
        <w:t>jo compression hai do qism ke gases ka.</w:t>
      </w:r>
    </w:p>
    <w:p>
      <w:pPr>
        <w:jc w:val="right"/>
      </w:pPr>
      <w:r>
        <w:t>جو کمپریشن ہے دو قسم کے گیسز کا۔</w:t>
      </w:r>
    </w:p>
    <w:p>
      <w:r>
        <w:rPr>
          <w:b/>
        </w:rPr>
        <w:t xml:space="preserve">[07:22] </w:t>
      </w:r>
      <w:r>
        <w:t>do gases jab comp combine hoti hain to ek ek liquid ban jata hai.</w:t>
      </w:r>
    </w:p>
    <w:p>
      <w:pPr>
        <w:jc w:val="right"/>
      </w:pPr>
      <w:r>
        <w:t>دو گیسز جب کمپ کمبائن ہوتی ہیں تو ایک ایک لیکوڈ بن جاتا ہے۔</w:t>
      </w:r>
    </w:p>
    <w:p>
      <w:r>
        <w:rPr>
          <w:b/>
        </w:rPr>
        <w:t xml:space="preserve">[07:27] </w:t>
      </w:r>
      <w:r>
        <w:t>yeh bohat bara process hai, universal process hai.</w:t>
      </w:r>
    </w:p>
    <w:p>
      <w:pPr>
        <w:jc w:val="right"/>
      </w:pPr>
      <w:r>
        <w:t>یہ بہت بڑا پروسیس ہے، یونیورسل پروسیس ہے۔</w:t>
      </w:r>
    </w:p>
    <w:p>
      <w:r>
        <w:rPr>
          <w:b/>
        </w:rPr>
        <w:t xml:space="preserve">[07:32] </w:t>
      </w:r>
      <w:r>
        <w:t>to pani mein ek taraf hum</w:t>
      </w:r>
    </w:p>
    <w:p>
      <w:pPr>
        <w:jc w:val="right"/>
      </w:pPr>
      <w:r>
        <w:t>تو پانی میں ایک طرف ہم</w:t>
      </w:r>
    </w:p>
    <w:p>
      <w:r>
        <w:rPr>
          <w:b/>
        </w:rPr>
        <w:t xml:space="preserve">[07:37] </w:t>
      </w:r>
      <w:r>
        <w:t>apni thrust ka formula paate hain, doosri taraf isi mein hum discover karte hain creator ko, creator ki</w:t>
      </w:r>
    </w:p>
    <w:p>
      <w:pPr>
        <w:jc w:val="right"/>
      </w:pPr>
      <w:r>
        <w:t>اپنی تھرسٹ کا فارمولا پاتے ہیں، دوسری طرف اسی میں ہم ڈسکور کرتے ہیں کریٹر کو، کریٹر کی</w:t>
      </w:r>
    </w:p>
    <w:p>
      <w:r>
        <w:rPr>
          <w:b/>
        </w:rPr>
        <w:t xml:space="preserve">[07:47] </w:t>
      </w:r>
      <w:r>
        <w:t>wisdom ko, creator ki planning ko.</w:t>
      </w:r>
    </w:p>
    <w:p>
      <w:pPr>
        <w:jc w:val="right"/>
      </w:pPr>
      <w:r>
        <w:t>وزڈم کو، کریٹر کی پلاننگ کو۔</w:t>
      </w:r>
    </w:p>
    <w:p>
      <w:r>
        <w:rPr>
          <w:b/>
        </w:rPr>
        <w:t xml:space="preserve">[07:57] </w:t>
      </w:r>
      <w:r>
        <w:t>to woh hai, main kahunga ke woh hai spiritual content. To har</w:t>
      </w:r>
    </w:p>
    <w:p>
      <w:pPr>
        <w:jc w:val="right"/>
      </w:pPr>
      <w:r>
        <w:t>تو وہ ہے، میں کہوں گا کہ وہ ہے سپریچول کنٹینٹ۔ تو ہر</w:t>
      </w:r>
    </w:p>
    <w:p>
      <w:r>
        <w:rPr>
          <w:b/>
        </w:rPr>
        <w:t xml:space="preserve">[08:07] </w:t>
      </w:r>
      <w:r>
        <w:t>bread ke andar ek spiritual content hai.</w:t>
      </w:r>
    </w:p>
    <w:p>
      <w:pPr>
        <w:jc w:val="right"/>
      </w:pPr>
      <w:r>
        <w:t>بریڈ کے اندر ایک سپریچول کنٹینٹ ہے۔</w:t>
      </w:r>
    </w:p>
    <w:p>
      <w:r>
        <w:rPr>
          <w:b/>
        </w:rPr>
        <w:t xml:space="preserve">[08:13] </w:t>
      </w:r>
      <w:r>
        <w:t>har physical item ke andar ek spiritual content hai.</w:t>
      </w:r>
    </w:p>
    <w:p>
      <w:pPr>
        <w:jc w:val="right"/>
      </w:pPr>
      <w:r>
        <w:t>ہر فزیکل آئٹم کے اندر ایک سپریچول کنٹینٹ ہے۔</w:t>
      </w:r>
    </w:p>
    <w:p>
      <w:r>
        <w:rPr>
          <w:b/>
        </w:rPr>
        <w:t xml:space="preserve">[08:20] </w:t>
      </w:r>
      <w:r>
        <w:t>to bread hamein hamari physical jo body hai, us body ko energy degi.</w:t>
      </w:r>
    </w:p>
    <w:p>
      <w:pPr>
        <w:jc w:val="right"/>
      </w:pPr>
      <w:r>
        <w:t>تو بریڈ ہمیں ہماری فزیکل جو باڈی ہے، اس باڈی کو انرجی دے گی۔</w:t>
      </w:r>
    </w:p>
    <w:p>
      <w:r>
        <w:rPr>
          <w:b/>
        </w:rPr>
        <w:t xml:space="preserve">[08:26] </w:t>
      </w:r>
      <w:r>
        <w:t>lekin agar hum iska— iska jo inner content hai, spiritual content, isko hum extract kar</w:t>
      </w:r>
    </w:p>
    <w:p>
      <w:pPr>
        <w:jc w:val="right"/>
      </w:pPr>
      <w:r>
        <w:t>لیکن اگر ہم اس کا— اس کا جو انر کنٹینٹ ہے، سپریچول کنٹینٹ، اس کو ہم ایکسٹریکٹ کر</w:t>
      </w:r>
    </w:p>
    <w:p>
      <w:r>
        <w:rPr>
          <w:b/>
        </w:rPr>
        <w:t xml:space="preserve">[08:32] </w:t>
      </w:r>
      <w:r>
        <w:t>sakein to woh hamari jo spiritual life hai, hamara jo inner soul hai,</w:t>
      </w:r>
    </w:p>
    <w:p>
      <w:pPr>
        <w:jc w:val="right"/>
      </w:pPr>
      <w:r>
        <w:t>سکیں تو وہ ہماری جو سپریچول لائف ہے، ہمارا جو انر سول ہے،</w:t>
      </w:r>
    </w:p>
    <w:p>
      <w:r>
        <w:rPr>
          <w:b/>
        </w:rPr>
        <w:t xml:space="preserve">[08:38] </w:t>
      </w:r>
      <w:r>
        <w:t>uske liye energy ban jayegi.</w:t>
      </w:r>
    </w:p>
    <w:p>
      <w:pPr>
        <w:jc w:val="right"/>
      </w:pPr>
      <w:r>
        <w:t>اس کے لیے انرجی بن جائے گی۔</w:t>
      </w:r>
    </w:p>
    <w:p>
      <w:r>
        <w:rPr>
          <w:b/>
        </w:rPr>
        <w:t xml:space="preserve">[08:46] </w:t>
      </w:r>
      <w:r>
        <w:t>woh yeh matlab maine dekha: "Man cannot live by bread alone." Ke hamein har har har</w:t>
      </w:r>
    </w:p>
    <w:p>
      <w:pPr>
        <w:jc w:val="right"/>
      </w:pPr>
      <w:r>
        <w:t>وہ یہ مطلب میں نے دیکھ: "مین کین ناٹ لیو بائے بریڈ الون۔" کہ ہمیں ہر ہر ہر</w:t>
      </w:r>
    </w:p>
    <w:p>
      <w:r>
        <w:rPr>
          <w:b/>
        </w:rPr>
        <w:t xml:space="preserve">[08:53] </w:t>
      </w:r>
      <w:r>
        <w:t>bread ko bread plus banana hai, har water ko water plus banana hai.</w:t>
      </w:r>
    </w:p>
    <w:p>
      <w:pPr>
        <w:jc w:val="right"/>
      </w:pPr>
      <w:r>
        <w:t>بریڈ کو بریڈ پلس بنانا ہے، ہر واٹر کو واٹر پلس بنانا ہے۔</w:t>
      </w:r>
    </w:p>
    <w:p>
      <w:r>
        <w:rPr>
          <w:b/>
        </w:rPr>
        <w:t xml:space="preserve">[09:01] </w:t>
      </w:r>
      <w:r>
        <w:t>yani iske physical aspect ke sath sath iske andar jo inner spiritual content hai, usko bhi hamein</w:t>
      </w:r>
    </w:p>
    <w:p>
      <w:pPr>
        <w:jc w:val="right"/>
      </w:pPr>
      <w:r>
        <w:t>یعنی اس کے فزیکل اسپیکٹ کے ساتھ ساتھ اس کے اندر جو انر سپریچول کنٹینٹ ہے، اس کو بھی ہمیں</w:t>
      </w:r>
    </w:p>
    <w:p>
      <w:r>
        <w:rPr>
          <w:b/>
        </w:rPr>
        <w:t xml:space="preserve">[09:08] </w:t>
      </w:r>
      <w:r>
        <w:t>discover kar ke lena hai.</w:t>
      </w:r>
    </w:p>
    <w:p>
      <w:pPr>
        <w:jc w:val="right"/>
      </w:pPr>
      <w:r>
        <w:t>ڈسکور کر کے لینا ہے۔</w:t>
      </w:r>
    </w:p>
    <w:p>
      <w:r>
        <w:rPr>
          <w:b/>
        </w:rPr>
        <w:t xml:space="preserve">[09:14] </w:t>
      </w:r>
      <w:r>
        <w:t>main samajhta hoon ke individual individual life ko successful banane ke liye yahi sab se bara formula hai.</w:t>
      </w:r>
    </w:p>
    <w:p>
      <w:pPr>
        <w:jc w:val="right"/>
      </w:pPr>
      <w:r>
        <w:t>میں سمجھتا ہوں کہ انڈیویجول انڈیویجول لائف کو سکسیس فل بنانے کے لیے یہی سب سے بڑا فارمولا ہے۔</w:t>
      </w:r>
    </w:p>
    <w:p>
      <w:r>
        <w:rPr>
          <w:b/>
        </w:rPr>
        <w:t xml:space="preserve">[09:20] </w:t>
      </w:r>
      <w:r>
        <w:t>isi ko quran mein kaha gaya hai: "Warab ka khair o baap ka." And divine food is</w:t>
      </w:r>
    </w:p>
    <w:p>
      <w:pPr>
        <w:jc w:val="right"/>
      </w:pPr>
      <w:r>
        <w:t>اسی کو قرآن میں کہا گیا ہے: "ورث رب کا خیر و باپ کا۔" اینڈ ڈیوائن فوڈ از</w:t>
      </w:r>
    </w:p>
    <w:p>
      <w:r>
        <w:rPr>
          <w:b/>
        </w:rPr>
        <w:t xml:space="preserve">[09:27] </w:t>
      </w:r>
      <w:r>
        <w:t>better for believer.</w:t>
      </w:r>
    </w:p>
    <w:p>
      <w:pPr>
        <w:jc w:val="right"/>
      </w:pPr>
      <w:r>
        <w:t>بیٹر فار بیلیور۔</w:t>
      </w:r>
    </w:p>
    <w:p>
      <w:r>
        <w:rPr>
          <w:b/>
        </w:rPr>
        <w:t xml:space="preserve">[09:33] </w:t>
      </w:r>
      <w:r>
        <w:t>to har cheez, food</w:t>
      </w:r>
    </w:p>
    <w:p>
      <w:pPr>
        <w:jc w:val="right"/>
      </w:pPr>
      <w:r>
        <w:t>تو ہر چیز، فوڈ</w:t>
      </w:r>
    </w:p>
    <w:p>
      <w:r>
        <w:rPr>
          <w:b/>
        </w:rPr>
        <w:t xml:space="preserve">[09:39] </w:t>
      </w:r>
      <w:r>
        <w:t>yahan pe food jo hai, woh symbolize kar raha hai har us cheez ki jis ko hamein</w:t>
      </w:r>
    </w:p>
    <w:p>
      <w:pPr>
        <w:jc w:val="right"/>
      </w:pPr>
      <w:r>
        <w:t>، یہاں پہ فوڈ جو ہے، وہ سمبلائز کر رہا ہے ہر اس چیز کی جس کو ہمیں</w:t>
      </w:r>
    </w:p>
    <w:p>
      <w:r>
        <w:rPr>
          <w:b/>
        </w:rPr>
        <w:t xml:space="preserve">[09:46] </w:t>
      </w:r>
      <w:r>
        <w:t>duniya mein zaroorat hai.</w:t>
      </w:r>
    </w:p>
    <w:p>
      <w:pPr>
        <w:jc w:val="right"/>
      </w:pPr>
      <w:r>
        <w:t>دنیا میں ضرورت ہے۔</w:t>
      </w:r>
    </w:p>
    <w:p>
      <w:r>
        <w:rPr>
          <w:b/>
        </w:rPr>
        <w:t xml:space="preserve">[09:54] </w:t>
      </w:r>
      <w:r>
        <w:t>har cheez ki.</w:t>
      </w:r>
    </w:p>
    <w:p>
      <w:pPr>
        <w:jc w:val="right"/>
      </w:pPr>
      <w:r>
        <w:t>ہر چیز کی۔</w:t>
      </w:r>
    </w:p>
    <w:p>
      <w:r>
        <w:rPr>
          <w:b/>
        </w:rPr>
        <w:t xml:space="preserve">[10:01] </w:t>
      </w:r>
      <w:r>
        <w:t>jaise mein jab dekhta hoon multi story building ko, jo dunya bhar mein hain, india mein bhi hain multi</w:t>
      </w:r>
    </w:p>
    <w:p>
      <w:pPr>
        <w:jc w:val="right"/>
      </w:pPr>
      <w:r>
        <w:t>جیسے میں جب دیکھتا ہوں ملٹی سٹوری بلڈنگ کو، جو دنیا بھر میں ہیں، انڈیا میں بھی ہیں ملٹی</w:t>
      </w:r>
    </w:p>
    <w:p>
      <w:r>
        <w:rPr>
          <w:b/>
        </w:rPr>
        <w:t xml:space="preserve">[10:09] </w:t>
      </w:r>
      <w:r>
        <w:t>story buildings, europe, america mein bhi hain, to mein sochta hoon ke multi story building jo hai, woh</w:t>
      </w:r>
    </w:p>
    <w:p>
      <w:pPr>
        <w:jc w:val="right"/>
      </w:pPr>
      <w:r>
        <w:t>سٹوری بلڈنگز، یورپ، امریکہ میں بھی ہیں، تو میں سوچتا ہوں کہ ملٹی سٹوری بلڈنگ جو ہے، وہ</w:t>
      </w:r>
    </w:p>
    <w:p>
      <w:r>
        <w:rPr>
          <w:b/>
        </w:rPr>
        <w:t xml:space="preserve">[10:20] </w:t>
      </w:r>
      <w:r>
        <w:t>ban nahi sakti baghair iron ke.</w:t>
      </w:r>
    </w:p>
    <w:p>
      <w:pPr>
        <w:jc w:val="right"/>
      </w:pPr>
      <w:r>
        <w:t>بن نہیں سکتی بغیر ائرن کے۔</w:t>
      </w:r>
    </w:p>
    <w:p>
      <w:r>
        <w:rPr>
          <w:b/>
        </w:rPr>
        <w:t xml:space="preserve">[10:31] </w:t>
      </w:r>
      <w:r>
        <w:t>it requires iron and steel to build a masjid, multi story sky sky scraper building.</w:t>
      </w:r>
    </w:p>
    <w:p>
      <w:pPr>
        <w:jc w:val="right"/>
      </w:pPr>
      <w:r>
        <w:t>اٹ ریکوائرڈز ائرن اور اسٹیل ٹو بلڈ ا مسجد، ملٹی سٹوری سکائی سکائی سکریپر بلڈنگ۔</w:t>
      </w:r>
    </w:p>
    <w:p>
      <w:r>
        <w:rPr>
          <w:b/>
        </w:rPr>
        <w:t xml:space="preserve">[10:42] </w:t>
      </w:r>
      <w:r>
        <w:t>to multi story building ko dekhta hoon jab mein to khuda, to mujhe khuda ki discovery hoti hai</w:t>
      </w:r>
    </w:p>
    <w:p>
      <w:pPr>
        <w:jc w:val="right"/>
      </w:pPr>
      <w:r>
        <w:t>تو ملٹی سٹوری بلڈنگ کو دیکھتا ہوں جب میں تو خدا، تو مجھے خدا کی ڈسکوری ہوتی ہے</w:t>
      </w:r>
    </w:p>
    <w:p>
      <w:r>
        <w:rPr>
          <w:b/>
        </w:rPr>
        <w:t xml:space="preserve">[10:52] </w:t>
      </w:r>
      <w:r>
        <w:t>کہ خدا نے ہمیں یہ عقل دی، یہ wisdom دی کہ اگر اگر horizontal way میں تمہیں expand</w:t>
      </w:r>
    </w:p>
    <w:p>
      <w:pPr>
        <w:jc w:val="right"/>
      </w:pPr>
      <w:r>
        <w:t>کہ خدا نے ہمیں یہ عقل دی، یہ وزڈم دی کہ اگر اگر ہوریزنٹل وے میں تمہیں ایکسپینڈ</w:t>
      </w:r>
    </w:p>
    <w:p>
      <w:r>
        <w:rPr>
          <w:b/>
        </w:rPr>
        <w:t xml:space="preserve">[11:02] </w:t>
      </w:r>
      <w:r>
        <w:t>karne ke chancez</w:t>
      </w:r>
    </w:p>
    <w:p>
      <w:pPr>
        <w:jc w:val="right"/>
      </w:pPr>
      <w:r>
        <w:t>کرنے کے چانسز</w:t>
      </w:r>
    </w:p>
    <w:p>
      <w:r>
        <w:rPr>
          <w:b/>
        </w:rPr>
        <w:t xml:space="preserve">[11:12] </w:t>
      </w:r>
      <w:r>
        <w:t>nahin hain to tum vertical way mein expand karo.</w:t>
      </w:r>
    </w:p>
    <w:p>
      <w:pPr>
        <w:jc w:val="right"/>
      </w:pPr>
      <w:r>
        <w:t>نہیں ہیں تو تم ورٹیکل وے میں ایکسپینڈ کرو۔</w:t>
      </w:r>
    </w:p>
    <w:p>
      <w:r>
        <w:rPr>
          <w:b/>
        </w:rPr>
        <w:t xml:space="preserve">[11:20] </w:t>
      </w:r>
      <w:r>
        <w:t>yaani tumhare paas area kam hai, tum dayen bayen zyada nahi phaila sakte apni building ko.</w:t>
      </w:r>
    </w:p>
    <w:p>
      <w:pPr>
        <w:jc w:val="right"/>
      </w:pPr>
      <w:r>
        <w:t>یعنی تمہارے پاس ایریا کم ہے، تم دائیں بائیں زیادہ نہیں پھیلا سکتے اپنی بلڈنگ کو۔</w:t>
      </w:r>
    </w:p>
    <w:p>
      <w:r>
        <w:rPr>
          <w:b/>
        </w:rPr>
        <w:t xml:space="preserve">[11:28] </w:t>
      </w:r>
      <w:r>
        <w:t>to sari space khuli hui hai tumhare liye.</w:t>
      </w:r>
    </w:p>
    <w:p>
      <w:pPr>
        <w:jc w:val="right"/>
      </w:pPr>
      <w:r>
        <w:t>تو ساری سپیس کھلی ہوئی ہے تمہارے لیے۔</w:t>
      </w:r>
    </w:p>
    <w:p>
      <w:r>
        <w:rPr>
          <w:b/>
        </w:rPr>
        <w:t xml:space="preserve">[11:36] </w:t>
      </w:r>
      <w:r>
        <w:t>yeh kaise possible hua? yeh possible hua technology ke zariye.</w:t>
      </w:r>
    </w:p>
    <w:p>
      <w:pPr>
        <w:jc w:val="right"/>
      </w:pPr>
      <w:r>
        <w:t>یہ کیسے پاسیبل ہوا؟ یہ پازیبل ہوا ٹیکنالوجی کے ذریعے۔</w:t>
      </w:r>
    </w:p>
    <w:p>
      <w:r>
        <w:rPr>
          <w:b/>
        </w:rPr>
        <w:t xml:space="preserve">[11:44] </w:t>
      </w:r>
      <w:r>
        <w:t>aur is mein sab se important cheez hai iron.</w:t>
      </w:r>
    </w:p>
    <w:p>
      <w:pPr>
        <w:jc w:val="right"/>
      </w:pPr>
      <w:r>
        <w:t>اور اس میں سب سے امپورٹنٹ چیز ہے ائرن۔</w:t>
      </w:r>
    </w:p>
    <w:p>
      <w:r>
        <w:rPr>
          <w:b/>
        </w:rPr>
        <w:t xml:space="preserve">[11:52] </w:t>
      </w:r>
      <w:r>
        <w:t>tamam cheezain jo insan ne daryaft ki hain, un mein sab se strong cheez hai iron.</w:t>
      </w:r>
    </w:p>
    <w:p>
      <w:pPr>
        <w:jc w:val="right"/>
      </w:pPr>
      <w:r>
        <w:t>تمام چیزیں جو انسان نے دریافت کی ہیں، ان میں سب سے سٹرانگ چیز ہے ائرن۔</w:t>
      </w:r>
    </w:p>
    <w:p>
      <w:r>
        <w:rPr>
          <w:b/>
        </w:rPr>
        <w:t xml:space="preserve">[11:59] </w:t>
      </w:r>
      <w:r>
        <w:t>to iron ne hum ko bohat se bridge banate hain, hum baghair iron ke bridge nahi ban sakte.</w:t>
      </w:r>
    </w:p>
    <w:p>
      <w:pPr>
        <w:jc w:val="right"/>
      </w:pPr>
      <w:r>
        <w:t>تو ائرن نے ہم کو بہت سے برج بناتے ہیں، ہم بغیر ائرن کے برج نہیں بن سکتے۔</w:t>
      </w:r>
    </w:p>
    <w:p>
      <w:r>
        <w:rPr>
          <w:b/>
        </w:rPr>
        <w:t xml:space="preserve">[12:07] </w:t>
      </w:r>
      <w:r>
        <w:t>iron ne is possible banaya hamare liye ke agar hum horizontal way mein</w:t>
      </w:r>
    </w:p>
    <w:p>
      <w:pPr>
        <w:jc w:val="right"/>
      </w:pPr>
      <w:r>
        <w:t>ائرن نے اس پاسیبل بنایا ہمارے لیے کہ اگر ہم ہوریزنٹل وے میں</w:t>
      </w:r>
    </w:p>
    <w:p>
      <w:r>
        <w:rPr>
          <w:b/>
        </w:rPr>
        <w:t xml:space="preserve">[12:15] </w:t>
      </w:r>
      <w:r>
        <w:t>ایکسپینڈ کرنے کے ہم مواقع نہیں ہمارے پاس ہیں تو ہم ورٹیکل وے میں expand کریں، چلے جائیں</w:t>
      </w:r>
    </w:p>
    <w:p>
      <w:pPr>
        <w:jc w:val="right"/>
      </w:pPr>
      <w:r>
        <w:t>ایکسپینڈ کرنے کے ہم مواقع نہیں ہمارے پاس ہیں تو ہم ورٹیکل وے میں ایکسپینڈ کریں، چلے جائیں</w:t>
      </w:r>
    </w:p>
    <w:p>
      <w:r>
        <w:rPr>
          <w:b/>
        </w:rPr>
        <w:t xml:space="preserve">[12:23] </w:t>
      </w:r>
      <w:r>
        <w:t>jahan tak jana chahte hain.</w:t>
      </w:r>
    </w:p>
    <w:p>
      <w:pPr>
        <w:jc w:val="right"/>
      </w:pPr>
      <w:r>
        <w:t>جہاں تک جانا چاہتے ہیں۔</w:t>
      </w:r>
    </w:p>
    <w:p>
      <w:r>
        <w:rPr>
          <w:b/>
        </w:rPr>
        <w:t xml:space="preserve">[12:31] </w:t>
      </w:r>
      <w:r>
        <w:t>to har cheez mein ek plus point hai, ek material hai, ek material plus hai.</w:t>
      </w:r>
    </w:p>
    <w:p>
      <w:pPr>
        <w:jc w:val="right"/>
      </w:pPr>
      <w:r>
        <w:t>تو ہر چیز میں ایک پلس پوائنٹ ہے، ایک مٹیریل ہے، ایک مٹیریل پلس ہے۔</w:t>
      </w:r>
    </w:p>
    <w:p>
      <w:r>
        <w:rPr>
          <w:b/>
        </w:rPr>
        <w:t xml:space="preserve">[12:40] </w:t>
      </w:r>
      <w:r>
        <w:t>to ek ek ek point is ka, ek pehlu is ka jo hai, hamare need ko poora karta hai.</w:t>
      </w:r>
    </w:p>
    <w:p>
      <w:pPr>
        <w:jc w:val="right"/>
      </w:pPr>
      <w:r>
        <w:t>تو ایک ایک ایک پوائنٹ اس کا، ایک پہلو اس کا جو ہے، ہمارے نیڈ کو پورا کرتا ہے۔</w:t>
      </w:r>
    </w:p>
    <w:p>
      <w:r>
        <w:rPr>
          <w:b/>
        </w:rPr>
        <w:t xml:space="preserve">[12:48] </w:t>
      </w:r>
      <w:r>
        <w:t>aur doosra jo point hai, woh hamari spiritual feed food hamare liye hai, woh hamari spiritual food hai.</w:t>
      </w:r>
    </w:p>
    <w:p>
      <w:pPr>
        <w:jc w:val="right"/>
      </w:pPr>
      <w:r>
        <w:t>اور دوسرا جو پوائنٹ ہے، وہ ہماری سپریچول فیڈ فوڈ ہمارے لیے ہے، وہ ہماری سپریچول فوڈ ہے۔</w:t>
      </w:r>
    </w:p>
    <w:p>
      <w:r>
        <w:rPr>
          <w:b/>
        </w:rPr>
        <w:t xml:space="preserve">[12:58] </w:t>
      </w:r>
      <w:r>
        <w:t>to agar hum cheezon se spiritual content extract kar sakein to hamari spiritual health hamein mili hui hogi.</w:t>
      </w:r>
    </w:p>
    <w:p>
      <w:pPr>
        <w:jc w:val="right"/>
      </w:pPr>
      <w:r>
        <w:t>تو اگر ہم چیزوں سے سپریچول کنٹینٹ ایکسٹریکٹ کر سکیں تو ہماری سپریچول ہیلتھ ہمیں ملی ہوئی ہوگی۔</w:t>
      </w:r>
    </w:p>
    <w:p>
      <w:r>
        <w:rPr>
          <w:b/>
        </w:rPr>
        <w:t xml:space="preserve">[13:08] </w:t>
      </w:r>
      <w:r>
        <w:t>misal ke taur par hamein tension nahi hoga, stress nahi hoga,</w:t>
      </w:r>
    </w:p>
    <w:p>
      <w:pPr>
        <w:jc w:val="right"/>
      </w:pPr>
      <w:r>
        <w:t>مثلاً ہمیں ٹینشن نہیں ہوگا، اسٹریس نہیں ہوگا،</w:t>
      </w:r>
    </w:p>
    <w:p>
      <w:r>
        <w:rPr>
          <w:b/>
        </w:rPr>
        <w:t xml:space="preserve">[13:18] </w:t>
      </w:r>
      <w:r>
        <w:t>spiritual health mili hui hogi hum ko.</w:t>
      </w:r>
    </w:p>
    <w:p>
      <w:pPr>
        <w:jc w:val="right"/>
      </w:pPr>
      <w:r>
        <w:t>سپریچول ہیلتھ ملی ہوئی ہوگی ہم کو۔</w:t>
      </w:r>
    </w:p>
    <w:p>
      <w:r>
        <w:rPr>
          <w:b/>
        </w:rPr>
        <w:t xml:space="preserve">[13:26] </w:t>
      </w:r>
      <w:r>
        <w:t>agar hum is ko discover na kar payein to kya hoga? to shayad bazahir hum hamare physical sense</w:t>
      </w:r>
    </w:p>
    <w:p>
      <w:pPr>
        <w:jc w:val="right"/>
      </w:pPr>
      <w:r>
        <w:t>اگر ہم اس کو ڈسکور نہ کر پائیں تو کیا ہوگا؟ تو شاید بظاہر ہم ہمارے فزیکل سینس</w:t>
      </w:r>
    </w:p>
    <w:p>
      <w:r>
        <w:rPr>
          <w:b/>
        </w:rPr>
        <w:t xml:space="preserve">[13:34] </w:t>
      </w:r>
      <w:r>
        <w:t>mein hum healthy hon, lekin spiritual sense mein hum healthy nahi hon ge.</w:t>
      </w:r>
    </w:p>
    <w:p>
      <w:pPr>
        <w:jc w:val="right"/>
      </w:pPr>
      <w:r>
        <w:t>میں ہم ہیلدی ہوں، لیکن سپریچول سینس میں ہم ہیلدی نہیں ہوں گے۔</w:t>
      </w:r>
    </w:p>
    <w:p>
      <w:r>
        <w:rPr>
          <w:b/>
        </w:rPr>
        <w:t xml:space="preserve">[13:42] </w:t>
      </w:r>
      <w:r>
        <w:t>to yeh hai formula</w:t>
      </w:r>
    </w:p>
    <w:p>
      <w:pPr>
        <w:jc w:val="right"/>
      </w:pPr>
      <w:r>
        <w:t>تو یہ ہے فارمولا</w:t>
      </w:r>
    </w:p>
    <w:p>
      <w:r>
        <w:rPr>
          <w:b/>
        </w:rPr>
        <w:t xml:space="preserve">[13:50] </w:t>
      </w:r>
      <w:r>
        <w:t>for individual life.</w:t>
      </w:r>
    </w:p>
    <w:p>
      <w:pPr>
        <w:jc w:val="right"/>
      </w:pPr>
      <w:r>
        <w:t>فار انڈیویجول لائف۔</w:t>
      </w:r>
    </w:p>
    <w:p>
      <w:r>
        <w:rPr>
          <w:b/>
        </w:rPr>
        <w:t xml:space="preserve">[13:58] </w:t>
      </w:r>
      <w:r>
        <w:t>ek individual ke taur par hum dunya mein best life banane ke liye zaroori hai ke hum is</w:t>
      </w:r>
    </w:p>
    <w:p>
      <w:pPr>
        <w:jc w:val="right"/>
      </w:pPr>
      <w:r>
        <w:t>ایک انڈیویجول کے طور پر ہم دنیا میں بیسٹ لائف بنانے کے لیے ضروری ہے کہ ہم اس</w:t>
      </w:r>
    </w:p>
    <w:p>
      <w:r>
        <w:rPr>
          <w:b/>
        </w:rPr>
        <w:t xml:space="preserve">[14:06] </w:t>
      </w:r>
      <w:r>
        <w:t>formule ko apnaen ke har cheez mein hum is ka inner content, har roti ko, har bread ko</w:t>
      </w:r>
    </w:p>
    <w:p>
      <w:pPr>
        <w:jc w:val="right"/>
      </w:pPr>
      <w:r>
        <w:t>فارمولے کو اپنائیں کہ ہر چیز میں ہم اس کا انر کنٹینٹ، ہر روٹی کو، ہر بریڈ کو</w:t>
      </w:r>
    </w:p>
    <w:p>
      <w:r>
        <w:rPr>
          <w:b/>
        </w:rPr>
        <w:t xml:space="preserve">[14:14] </w:t>
      </w:r>
      <w:r>
        <w:t>hum bread plus banayen, har building ko hum building plus banayen.</w:t>
      </w:r>
    </w:p>
    <w:p>
      <w:pPr>
        <w:jc w:val="right"/>
      </w:pPr>
      <w:r>
        <w:t>ہم بریڈ پلس بنائیں، ہر بلڈنگ کو ہم بلڈنگ پلس بنائیں۔</w:t>
      </w:r>
    </w:p>
    <w:p>
      <w:r>
        <w:rPr>
          <w:b/>
        </w:rPr>
        <w:t xml:space="preserve">[14:22] </w:t>
      </w:r>
      <w:r>
        <w:t>har har cheez mein dono pehlu hain.</w:t>
      </w:r>
    </w:p>
    <w:p>
      <w:pPr>
        <w:jc w:val="right"/>
      </w:pPr>
      <w:r>
        <w:t>ہر ہر چیز میں دونوں پہلو ہیں۔</w:t>
      </w:r>
    </w:p>
    <w:p>
      <w:r>
        <w:rPr>
          <w:b/>
        </w:rPr>
        <w:t xml:space="preserve">[14:29] </w:t>
      </w:r>
      <w:r>
        <w:t>to hum jab is ko is ka doosra aspect is mein add karen ge to hamare liye wo</w:t>
      </w:r>
    </w:p>
    <w:p>
      <w:pPr>
        <w:jc w:val="right"/>
      </w:pPr>
      <w:r>
        <w:t>تو ہم جب اس کو اس کا دوسرا اسپیکٹ اس میں ایڈ کریں گے تو ہمارے لیے وہ</w:t>
      </w:r>
    </w:p>
    <w:p>
      <w:r>
        <w:rPr>
          <w:b/>
        </w:rPr>
        <w:t xml:space="preserve">[14:37] </w:t>
      </w:r>
      <w:r>
        <w:t>spirituality ke liye spiritual health dene ke liye kafi ho jaye ga.</w:t>
      </w:r>
    </w:p>
    <w:p>
      <w:pPr>
        <w:jc w:val="right"/>
      </w:pPr>
      <w:r>
        <w:t>سپریچوٹی کے لیے سپریچول ہیلتھ دینے کے لیے کافی ہو جائے گا۔</w:t>
      </w:r>
    </w:p>
    <w:p>
      <w:r>
        <w:rPr>
          <w:b/>
        </w:rPr>
        <w:t xml:space="preserve">[14:45] </w:t>
      </w:r>
      <w:r>
        <w:t>aur yeh hota hai through contemplation.</w:t>
      </w:r>
    </w:p>
    <w:p>
      <w:pPr>
        <w:jc w:val="right"/>
      </w:pPr>
      <w:r>
        <w:t>اور یہ ہوتا ہے تھرو کنٹمپریشن۔</w:t>
      </w:r>
    </w:p>
    <w:p>
      <w:r>
        <w:rPr>
          <w:b/>
        </w:rPr>
        <w:t xml:space="preserve">[14:53] </w:t>
      </w:r>
      <w:r>
        <w:t>yani bread ko bread plus banana yeh hota hai through contemplation.</w:t>
      </w:r>
    </w:p>
    <w:p>
      <w:pPr>
        <w:jc w:val="right"/>
      </w:pPr>
      <w:r>
        <w:t>یعنی بریڈ کو بریڈ پلس بنانا یہ ہوتا ہے تھرو کنٹمپریشن۔</w:t>
      </w:r>
    </w:p>
    <w:p>
      <w:r>
        <w:rPr>
          <w:b/>
        </w:rPr>
        <w:t xml:space="preserve">[14:59] </w:t>
      </w:r>
      <w:r>
        <w:t>sochna, ghor karna.</w:t>
      </w:r>
    </w:p>
    <w:p>
      <w:pPr>
        <w:jc w:val="right"/>
      </w:pPr>
      <w:r>
        <w:t>سوچنا، غور کرنا۔</w:t>
      </w:r>
    </w:p>
    <w:p>
      <w:r>
        <w:rPr>
          <w:b/>
        </w:rPr>
        <w:t xml:space="preserve">[15:05] </w:t>
      </w:r>
      <w:r>
        <w:t>yani bread banate hain aap, yani physical labor ke zariye.</w:t>
      </w:r>
    </w:p>
    <w:p>
      <w:pPr>
        <w:jc w:val="right"/>
      </w:pPr>
      <w:r>
        <w:t>یعنی بریڈ بناتے ہیں آپ، یعنی فزیکل لیبر کے ذریعے۔</w:t>
      </w:r>
    </w:p>
    <w:p>
      <w:r>
        <w:rPr>
          <w:b/>
        </w:rPr>
        <w:t xml:space="preserve">[15:11] </w:t>
      </w:r>
      <w:r>
        <w:t>physical labor ke zariye hum bread tayyar karte hain.</w:t>
      </w:r>
    </w:p>
    <w:p>
      <w:pPr>
        <w:jc w:val="right"/>
      </w:pPr>
      <w:r>
        <w:t>فزیکل لیبر کے ذریعے ہم بریڈ تیار کرتے ہیں۔</w:t>
      </w:r>
    </w:p>
    <w:p>
      <w:r>
        <w:rPr>
          <w:b/>
        </w:rPr>
        <w:t xml:space="preserve">[15:17] </w:t>
      </w:r>
      <w:r>
        <w:t>contemplation ke zariye hum</w:t>
      </w:r>
    </w:p>
    <w:p>
      <w:pPr>
        <w:jc w:val="right"/>
      </w:pPr>
      <w:r>
        <w:t>کنٹمپریشن کے ذریعے ہم</w:t>
      </w:r>
    </w:p>
    <w:p>
      <w:r>
        <w:rPr>
          <w:b/>
        </w:rPr>
        <w:t xml:space="preserve">[15:23] </w:t>
      </w:r>
      <w:r>
        <w:t>bread ko bread plus bana sakte hain.</w:t>
      </w:r>
    </w:p>
    <w:p>
      <w:pPr>
        <w:jc w:val="right"/>
      </w:pPr>
      <w:r>
        <w:t>بریڈ کو بریڈ پلس بنا سکتے ہیں۔</w:t>
      </w:r>
    </w:p>
    <w:p>
      <w:r>
        <w:rPr>
          <w:b/>
        </w:rPr>
        <w:t xml:space="preserve">[15:31] </w:t>
      </w:r>
      <w:r>
        <w:t>jo bread hum istemal karte hain, us ko banane ke liye hamein physical labor karna parta hai.</w:t>
      </w:r>
    </w:p>
    <w:p>
      <w:pPr>
        <w:jc w:val="right"/>
      </w:pPr>
      <w:r>
        <w:t>جو بریڈ ہم استعمال کرتے ہیں، اس کو بنانے کے لیے ہمیں فزیکل لیبر کرنا پڑتا ہے۔</w:t>
      </w:r>
    </w:p>
    <w:p>
      <w:r>
        <w:rPr>
          <w:b/>
        </w:rPr>
        <w:t xml:space="preserve">[15:39] </w:t>
      </w:r>
      <w:r>
        <w:t>aur bread ko bread plus banana tab mumkin hai jab hum art of contemplation janen.</w:t>
      </w:r>
    </w:p>
    <w:p>
      <w:pPr>
        <w:jc w:val="right"/>
      </w:pPr>
      <w:r>
        <w:t>اور بریڈ کو بریڈ پلس بنانا تب ممکن ہے جب ہم آرٹ آف کنٹمپریشن جانیں۔</w:t>
      </w:r>
    </w:p>
    <w:p>
      <w:r>
        <w:rPr>
          <w:b/>
        </w:rPr>
        <w:t xml:space="preserve">[15:47] </w:t>
      </w:r>
      <w:r>
        <w:t>art of contemplation.</w:t>
      </w:r>
    </w:p>
    <w:p>
      <w:pPr>
        <w:jc w:val="right"/>
      </w:pPr>
      <w:r>
        <w:t>آرٹ آف کنٹمپریشن۔</w:t>
      </w:r>
    </w:p>
    <w:p>
      <w:r>
        <w:rPr>
          <w:b/>
        </w:rPr>
        <w:t xml:space="preserve">[15:55] </w:t>
      </w:r>
      <w:r>
        <w:t>agar hum aisa kar saken, art of contemplation hamare pas ho, hum cheezon mein is ka jo plus</w:t>
      </w:r>
    </w:p>
    <w:p>
      <w:pPr>
        <w:jc w:val="right"/>
      </w:pPr>
      <w:r>
        <w:t>اگر ہم ایسا کر سکیں، آرٹ آف کنٹمپریشن ہمارے پاس ہو، ہم چیزوں میں اس کا جو پلس</w:t>
      </w:r>
    </w:p>
    <w:p>
      <w:r>
        <w:rPr>
          <w:b/>
        </w:rPr>
        <w:t xml:space="preserve">[16:05] </w:t>
      </w:r>
      <w:r>
        <w:t>point hai, us ko daryaft kar saken to hum contemplation, hum to hum in stress free hon ge.</w:t>
      </w:r>
    </w:p>
    <w:p>
      <w:pPr>
        <w:jc w:val="right"/>
      </w:pPr>
      <w:r>
        <w:t>پوائنٹ ہے، اس کو دریافت کر سکیں تو ہم کنٹیمپریشن، ہم تو ہم ان اسٹریس فری ہوں گے۔</w:t>
      </w:r>
    </w:p>
    <w:p>
      <w:r>
        <w:rPr>
          <w:b/>
        </w:rPr>
        <w:t xml:space="preserve">[16:15] </w:t>
      </w:r>
      <w:r>
        <w:t>stress free hone ka matlab kya hai? complaint free h</w:t>
      </w:r>
    </w:p>
    <w:p>
      <w:pPr>
        <w:jc w:val="right"/>
      </w:pPr>
      <w:r>
        <w:t>اسٹریس فری ہونے کا مطلب کیا ہے؟ کمپلینٹ فری ہ</w:t>
      </w:r>
    </w:p>
    <w:p>
      <w:r>
        <w:rPr>
          <w:b/>
        </w:rPr>
        <w:t xml:space="preserve">[16:25] </w:t>
      </w:r>
      <w:r>
        <w:t>ona.</w:t>
      </w:r>
    </w:p>
    <w:p>
      <w:pPr>
        <w:jc w:val="right"/>
      </w:pPr>
      <w:r>
        <w:t>ونا۔</w:t>
      </w:r>
    </w:p>
    <w:p>
      <w:r>
        <w:rPr>
          <w:b/>
        </w:rPr>
        <w:t xml:space="preserve">[16:33] </w:t>
      </w:r>
      <w:r>
        <w:t>no protest, no complaint, no violence, no reaction.</w:t>
      </w:r>
    </w:p>
    <w:p>
      <w:pPr>
        <w:jc w:val="right"/>
      </w:pPr>
      <w:r>
        <w:t>نو پروٹیسٹ، نو کمپلینٹ، نو وائیلنس، نو ری ایکشن۔</w:t>
      </w:r>
    </w:p>
    <w:p>
      <w:r>
        <w:rPr>
          <w:b/>
        </w:rPr>
        <w:t xml:space="preserve">[16:40] </w:t>
      </w:r>
      <w:r>
        <w:t>yeh sab kab hoga? jab hum bread ko bread plus bana saken.</w:t>
      </w:r>
    </w:p>
    <w:p>
      <w:pPr>
        <w:jc w:val="right"/>
      </w:pPr>
      <w:r>
        <w:t>یہ سب کب ہوگا؟ جب ہم بریڈ کو بریڈ پلس بنا سکیں۔</w:t>
      </w:r>
    </w:p>
    <w:p>
      <w:r>
        <w:rPr>
          <w:b/>
        </w:rPr>
        <w:t xml:space="preserve">[16:48] </w:t>
      </w:r>
      <w:r>
        <w:t>jo log ab ab dekhen jin ko ke jo involve hain</w:t>
      </w:r>
    </w:p>
    <w:p>
      <w:pPr>
        <w:jc w:val="right"/>
      </w:pPr>
      <w:r>
        <w:t>جو لوگ اب اب دیکھیں جن کو کہ جو انوالو ہیں</w:t>
      </w:r>
    </w:p>
    <w:p>
      <w:r>
        <w:rPr>
          <w:b/>
        </w:rPr>
        <w:t xml:space="preserve">[16:55] </w:t>
      </w:r>
      <w:r>
        <w:t>hate campaign mein, violence mein, protest mein, negative activities mein jo involve hain, wo sab kyun involve hain?</w:t>
      </w:r>
    </w:p>
    <w:p>
      <w:pPr>
        <w:jc w:val="right"/>
      </w:pPr>
      <w:r>
        <w:t>ہیٹ کیمپین میں، وائیلنس میں، پروٹیسٹ میں، نیگیٹیو ایکٹیویٹیز میں جو انوالو ہیں، وہ سب کیوں انوالو ہیں؟</w:t>
      </w:r>
    </w:p>
    <w:p>
      <w:r>
        <w:rPr>
          <w:b/>
        </w:rPr>
        <w:t xml:space="preserve">[17:03] </w:t>
      </w:r>
      <w:r>
        <w:t>isi liye ke wo apni bread ko bread plus nahi bana sake.</w:t>
      </w:r>
    </w:p>
    <w:p>
      <w:pPr>
        <w:jc w:val="right"/>
      </w:pPr>
      <w:r>
        <w:t>اسی لیے کہ وہ اپنی بریڈ کو بریڈ پلس نہیں بنا سکے۔</w:t>
      </w:r>
    </w:p>
    <w:p>
      <w:r>
        <w:rPr>
          <w:b/>
        </w:rPr>
        <w:t xml:space="preserve">[17:11] </w:t>
      </w:r>
      <w:r>
        <w:t>physical item jis ko wo daily use karte hain, us ko item plus nahi bana sake.</w:t>
      </w:r>
    </w:p>
    <w:p>
      <w:pPr>
        <w:jc w:val="right"/>
      </w:pPr>
      <w:r>
        <w:t>فزیکل آئٹم جس کو وہ ڈیلی یوز کرتے ہیں، اس کو آئٹم پلس نہیں بنا سکے۔</w:t>
      </w:r>
    </w:p>
    <w:p>
      <w:r>
        <w:rPr>
          <w:b/>
        </w:rPr>
        <w:t xml:space="preserve">[17:18] </w:t>
      </w:r>
      <w:r>
        <w:t>yani is ke jo andar jo spiritual content tha, us ko le kar ke</w:t>
      </w:r>
    </w:p>
    <w:p>
      <w:pPr>
        <w:jc w:val="right"/>
      </w:pPr>
      <w:r>
        <w:t>یعنی اس کے جو اندر جو سپریچول کنٹینٹ تھا، اس کو لے کر کے</w:t>
      </w:r>
    </w:p>
    <w:p>
      <w:r>
        <w:rPr>
          <w:b/>
        </w:rPr>
        <w:t xml:space="preserve">[17:26] </w:t>
      </w:r>
      <w:r>
        <w:t>us ko extract nahi kar sake.</w:t>
      </w:r>
    </w:p>
    <w:p>
      <w:pPr>
        <w:jc w:val="right"/>
      </w:pPr>
      <w:r>
        <w:t>اس کو ایکسٹریکٹ نہیں کر سکے۔</w:t>
      </w:r>
    </w:p>
    <w:p>
      <w:r>
        <w:rPr>
          <w:b/>
        </w:rPr>
        <w:t xml:space="preserve">[17:34] </w:t>
      </w:r>
      <w:r>
        <w:t>jo aaj kal jo log fighting mein, war mein, suicide bound mein phanse hue hain, wo kya? Yahi</w:t>
      </w:r>
    </w:p>
    <w:p>
      <w:pPr>
        <w:jc w:val="right"/>
      </w:pPr>
      <w:r>
        <w:t>جو آج کل جو لوگ فائٹنگ میں، وار میں، سوسائیڈ باؤنڈ میں پھنسے ہوئے ہیں، وہ کیا؟ یہی</w:t>
      </w:r>
    </w:p>
    <w:p>
      <w:r>
        <w:rPr>
          <w:b/>
        </w:rPr>
        <w:t xml:space="preserve">[17:41] </w:t>
      </w:r>
      <w:r>
        <w:t>yahi in ka qissa hai ke apne bread ko bread plus banane mein fail ho gaye.</w:t>
      </w:r>
    </w:p>
    <w:p>
      <w:pPr>
        <w:jc w:val="right"/>
      </w:pPr>
      <w:r>
        <w:t>یہی ان کا قصہ ہے کہ اپنے بریڈ کو بریڈ پلس بنانے میں فیل ہو گئے۔</w:t>
      </w:r>
    </w:p>
    <w:p>
      <w:r>
        <w:rPr>
          <w:b/>
        </w:rPr>
        <w:t xml:space="preserve">[17:49] </w:t>
      </w:r>
      <w:r>
        <w:t>wo to yeh hai</w:t>
      </w:r>
    </w:p>
    <w:p>
      <w:pPr>
        <w:jc w:val="right"/>
      </w:pPr>
      <w:r>
        <w:t>وہ تو یہ ہے</w:t>
      </w:r>
    </w:p>
    <w:p>
      <w:r>
        <w:rPr>
          <w:b/>
        </w:rPr>
        <w:t xml:space="preserve">[17:57] </w:t>
      </w:r>
      <w:r>
        <w:t>individual life ka successful formula.</w:t>
      </w:r>
    </w:p>
    <w:p>
      <w:pPr>
        <w:jc w:val="right"/>
      </w:pPr>
      <w:r>
        <w:t>انڈیویجول لائف کا سکسیس فل فارمولا۔</w:t>
      </w:r>
    </w:p>
    <w:p>
      <w:r>
        <w:rPr>
          <w:b/>
        </w:rPr>
        <w:t xml:space="preserve">[18:04] </w:t>
      </w:r>
      <w:r>
        <w:t>ab doosre aspect ko lijiye, aap yani collective life.</w:t>
      </w:r>
    </w:p>
    <w:p>
      <w:pPr>
        <w:jc w:val="right"/>
      </w:pPr>
      <w:r>
        <w:t>اب دوسرے اسپیکٹ کو لیجئے، آپ یعنی کلیکٹیو لائف۔</w:t>
      </w:r>
    </w:p>
    <w:p>
      <w:r>
        <w:rPr>
          <w:b/>
        </w:rPr>
        <w:t xml:space="preserve">[18:12] </w:t>
      </w:r>
      <w:r>
        <w:t>collective life ka aaj bhi formula yahi hai jo jo tamam religion mein diya gaya hai.</w:t>
      </w:r>
    </w:p>
    <w:p>
      <w:pPr>
        <w:jc w:val="right"/>
      </w:pPr>
      <w:r>
        <w:t>کلیکٹیو لائف کا آج بھی فارمولا یہی ہے جو جو تمام ریلیجن میں دیا گیا ہے۔</w:t>
      </w:r>
    </w:p>
    <w:p>
      <w:r>
        <w:rPr>
          <w:b/>
        </w:rPr>
        <w:t xml:space="preserve">[18:20] </w:t>
      </w:r>
      <w:r>
        <w:t>for example, jis christ ne kaha: "love your enemy",</w:t>
      </w:r>
    </w:p>
    <w:p>
      <w:pPr>
        <w:jc w:val="right"/>
      </w:pPr>
      <w:r>
        <w:t>فار ایگزامپل، جس کریش نے کہا: "لو یور اینمی"،</w:t>
      </w:r>
    </w:p>
    <w:p>
      <w:r>
        <w:rPr>
          <w:b/>
        </w:rPr>
        <w:t xml:space="preserve">[18:27] </w:t>
      </w:r>
      <w:r>
        <w:t>apne dushman se bhi mohabbat karo.</w:t>
      </w:r>
    </w:p>
    <w:p>
      <w:pPr>
        <w:jc w:val="right"/>
      </w:pPr>
      <w:r>
        <w:t>اپنے دشمن سے بھی محبت کرو۔</w:t>
      </w:r>
    </w:p>
    <w:p>
      <w:r>
        <w:rPr>
          <w:b/>
        </w:rPr>
        <w:t xml:space="preserve">[18:35] </w:t>
      </w:r>
      <w:r>
        <w:t>yeh kya hai? "love all including your enemy".</w:t>
      </w:r>
    </w:p>
    <w:p>
      <w:pPr>
        <w:jc w:val="right"/>
      </w:pPr>
      <w:r>
        <w:t>یہ کیا ہے؟ "لو ال انکلوڈنگ یور اینمی"۔</w:t>
      </w:r>
    </w:p>
    <w:p>
      <w:r>
        <w:rPr>
          <w:b/>
        </w:rPr>
        <w:t xml:space="preserve">[18:42] </w:t>
      </w:r>
      <w:r>
        <w:t>yeh hai universal brotherhood ka formula.</w:t>
      </w:r>
    </w:p>
    <w:p>
      <w:pPr>
        <w:jc w:val="right"/>
      </w:pPr>
      <w:r>
        <w:t>یہ ہے یونیورسل برادرہوڈ کا فارمولا۔</w:t>
      </w:r>
    </w:p>
    <w:p>
      <w:r>
        <w:rPr>
          <w:b/>
        </w:rPr>
        <w:t xml:space="preserve">[18:50] </w:t>
      </w:r>
      <w:r>
        <w:t>har mazhab mein isi ki</w:t>
      </w:r>
    </w:p>
    <w:p>
      <w:pPr>
        <w:jc w:val="right"/>
      </w:pPr>
      <w:r>
        <w:t>ہر مذہب میں اسی کی</w:t>
      </w:r>
    </w:p>
    <w:p>
      <w:r>
        <w:rPr>
          <w:b/>
        </w:rPr>
        <w:t xml:space="preserve">[18:58] </w:t>
      </w:r>
      <w:r>
        <w:t>taleem di gayi hai.</w:t>
      </w:r>
    </w:p>
    <w:p>
      <w:pPr>
        <w:jc w:val="right"/>
      </w:pPr>
      <w:r>
        <w:t>تعلیم دی گئی ہے۔</w:t>
      </w:r>
    </w:p>
    <w:p>
      <w:r>
        <w:rPr>
          <w:b/>
        </w:rPr>
        <w:t xml:space="preserve">[19:04] </w:t>
      </w:r>
      <w:r>
        <w:t>mislan Islam mein hai: "Al khalq ayal Allah".</w:t>
      </w:r>
    </w:p>
    <w:p>
      <w:pPr>
        <w:jc w:val="right"/>
      </w:pPr>
      <w:r>
        <w:t>مثلاً اسلام میں ہے: "الخلق و عیال اللہ"۔</w:t>
      </w:r>
    </w:p>
    <w:p>
      <w:r>
        <w:rPr>
          <w:b/>
        </w:rPr>
        <w:t xml:space="preserve">[19:10] </w:t>
      </w:r>
      <w:r>
        <w:t>saari humanity Allah ki family hai.</w:t>
      </w:r>
    </w:p>
    <w:p>
      <w:pPr>
        <w:jc w:val="right"/>
      </w:pPr>
      <w:r>
        <w:t>ساری ہیومینٹی اللہ کی فیملی ہے۔</w:t>
      </w:r>
    </w:p>
    <w:p>
      <w:r>
        <w:rPr>
          <w:b/>
        </w:rPr>
        <w:t xml:space="preserve">[19:16] </w:t>
      </w:r>
      <w:r>
        <w:t>jab Allah ki family hai to sab jaisa mein waisa wo, we and they concept khatam ho jata hai.</w:t>
      </w:r>
    </w:p>
    <w:p>
      <w:pPr>
        <w:jc w:val="right"/>
      </w:pPr>
      <w:r>
        <w:t>جب اللہ کی فیملی ہے تو سب جیسا میں ویسا وہ، وی اینڈ دے کانسیپٹ ختم ہو جاتا ہے۔</w:t>
      </w:r>
    </w:p>
    <w:p>
      <w:r>
        <w:rPr>
          <w:b/>
        </w:rPr>
        <w:t xml:space="preserve">[19:22] </w:t>
      </w:r>
      <w:r>
        <w:t>jab aap maanein ke saari mankind joint fam</w:t>
      </w:r>
    </w:p>
    <w:p>
      <w:pPr>
        <w:jc w:val="right"/>
      </w:pPr>
      <w:r>
        <w:t>جب آپ مانیں کہ ساری مین کائنڈ جوائنٹ فیم</w:t>
      </w:r>
    </w:p>
    <w:p>
      <w:r>
        <w:rPr>
          <w:b/>
        </w:rPr>
        <w:t xml:space="preserve">[19:28] </w:t>
      </w:r>
      <w:r>
        <w:t>ily hai to we and they ka concept khatam. phir to we we concept, we and we. yeh jo concept hai, yani "love your enemy" ya "al khalq ayal Allah" ya Hindu tradition mein kaha gaya hai ke "vasudhaiv kutumbakam". to chahe aap us ko yun kahein ke "love your enemy"</w:t>
      </w:r>
    </w:p>
    <w:p>
      <w:pPr>
        <w:jc w:val="right"/>
      </w:pPr>
      <w:r>
        <w:t>لی ہے تو وی اینڈ دے کا کانسیپٹ ختم۔ پھر تو وی وی کانسیپٹ، وی اینڈ وی۔ یہ جو کانسیپٹ ہے، یعنی "لو یور اینمی" یا "الخلق و عیال اللہ" یا ہندو ٹریڈیشن میں کہا گیا ہے کہ "وسود کٹو"۔ تو چاہے آپ اس کو یوں کہیں کہ "لو یور این</w:t>
      </w:r>
    </w:p>
    <w:p>
      <w:r>
        <w:rPr>
          <w:b/>
        </w:rPr>
        <w:t xml:space="preserve">[19:58] </w:t>
      </w:r>
      <w:r>
        <w:t>emy" ya yeh kahein ke "al khalq ayal Allah" ya yeh kahein ke "vasudhaiv kutumbakam", sab ka matlab kya hai? sab ka matlab kya hai? is ka matlab hai ke we and they ka equation khatam. we and we ka equation is ki jab aa gaya,</w:t>
      </w:r>
    </w:p>
    <w:p>
      <w:pPr>
        <w:jc w:val="right"/>
      </w:pPr>
      <w:r>
        <w:t>می" یا یہ کہیں کہ "الخلق و عیال اللہ" یا یہ کہیں کہ "وسود کٹو"، سب کا مطلب کیا ہے؟ سب کا مطلب کیا ہے؟ اس کا مطلب ہے کہ وی اینڈ دے کا ایکویشن ختم۔ وی اینڈ وی کا ایکویشن اس کی جب آ گیا،</w:t>
      </w:r>
    </w:p>
    <w:p>
      <w:r>
        <w:rPr>
          <w:b/>
        </w:rPr>
        <w:t xml:space="preserve">[20:28] </w:t>
      </w:r>
      <w:r>
        <w:t>yani jo mein hoon, woh woh bhi hai, woh alag koi cheez nahi hai. sare insaan jo hain, bird sisters aur bird brothers ban gay. yehi to hai peace ka formula. jahan we and they concept hoga, wahan peace nahi hoga. jahan we and they ka concept hoga, wahan peace nahi hoga. wahan takrao hoga, l</w:t>
      </w:r>
    </w:p>
    <w:p>
      <w:pPr>
        <w:jc w:val="right"/>
      </w:pPr>
      <w:r>
        <w:t>یعنی جو میں ہوں، وہ وہ بھی ہے، وہ الگ کوئی چیز نہیں ہے۔ سارے انسان جو ہیں، برڈ سسٹرز اور برڈ برڈرز بن گئے۔ یہی تو ہے پیس کا فارمولا۔ جہاں وی اینڈ دے کانسیپٹ ہوگا، وہاں پیس نہیں ہوگا۔ جہاں وی اینڈ دے کا کانسیپٹ ہوگا، وہاں پیس نہیں ہوگا۔ وہاں ٹکراؤ ہوگا، ل</w:t>
      </w:r>
    </w:p>
    <w:p>
      <w:r>
        <w:rPr>
          <w:b/>
        </w:rPr>
        <w:t xml:space="preserve">[20:58] </w:t>
      </w:r>
      <w:r>
        <w:t>ily hogi, hate hoga.</w:t>
      </w:r>
    </w:p>
    <w:p>
      <w:pPr>
        <w:jc w:val="right"/>
      </w:pPr>
      <w:r>
        <w:t>ڑائی ہوگی، ہیٹ ہوگا۔</w:t>
      </w:r>
    </w:p>
    <w:p>
      <w:r>
        <w:rPr>
          <w:b/>
        </w:rPr>
        <w:t xml:space="preserve">[21:04] </w:t>
      </w:r>
      <w:r>
        <w:t>کیونکہ جہاں we and we concept ہو، وہاں peace प्यार ही power ہوگا۔</w:t>
      </w:r>
    </w:p>
    <w:p>
      <w:pPr>
        <w:jc w:val="right"/>
      </w:pPr>
      <w:r>
        <w:t>کیونکہ جہاں وی اینڈ وی کانسیپٹ ہو، وہاں پیس پیار ہی پاور ہوگا۔</w:t>
      </w:r>
    </w:p>
    <w:p>
      <w:r>
        <w:rPr>
          <w:b/>
        </w:rPr>
        <w:t xml:space="preserve">[21:10] </w:t>
      </w:r>
      <w:r>
        <w:t>wahan wahan koi enemy hoga hi nahi.</w:t>
      </w:r>
    </w:p>
    <w:p>
      <w:pPr>
        <w:jc w:val="right"/>
      </w:pPr>
      <w:r>
        <w:t>وہاں وہاں کوئی اینمی ہوگا ہی نہیں۔</w:t>
      </w:r>
    </w:p>
    <w:p>
      <w:r>
        <w:rPr>
          <w:b/>
        </w:rPr>
        <w:t xml:space="preserve">[21:16] </w:t>
      </w:r>
      <w:r>
        <w:t>yahi ek hi formula hai peaceful society banane ke liye aur koi doosra formula nahi.</w:t>
      </w:r>
    </w:p>
    <w:p>
      <w:pPr>
        <w:jc w:val="right"/>
      </w:pPr>
      <w:r>
        <w:t>یہی ایک ہی فارمولا ہے پیس فل سوسائٹی بنانے کے لیے اور کوئی دوسرا فارمولا نہیں۔</w:t>
      </w:r>
    </w:p>
    <w:p>
      <w:r>
        <w:rPr>
          <w:b/>
        </w:rPr>
        <w:t xml:space="preserve">[21:22] </w:t>
      </w:r>
      <w:r>
        <w:t>تو دیکھیے، کہا جاتا ہے کہ "man is a social an</w:t>
      </w:r>
    </w:p>
    <w:p>
      <w:pPr>
        <w:jc w:val="right"/>
      </w:pPr>
      <w:r>
        <w:t>تو دیکھیے، کہا جاتا ہے کہ "مین از ا سوشل این</w:t>
      </w:r>
    </w:p>
    <w:p>
      <w:r>
        <w:rPr>
          <w:b/>
        </w:rPr>
        <w:t xml:space="preserve">[21:28] </w:t>
      </w:r>
      <w:r>
        <w:t>ily".</w:t>
      </w:r>
    </w:p>
    <w:p>
      <w:pPr>
        <w:jc w:val="right"/>
      </w:pPr>
      <w:r>
        <w:t>یمل"۔</w:t>
      </w:r>
    </w:p>
    <w:p>
      <w:r>
        <w:rPr>
          <w:b/>
        </w:rPr>
        <w:t xml:space="preserve">[21:33] </w:t>
      </w:r>
      <w:r>
        <w:t>"man is a social animal".</w:t>
      </w:r>
    </w:p>
    <w:p>
      <w:pPr>
        <w:jc w:val="right"/>
      </w:pPr>
      <w:r>
        <w:t>"مین از ا سوشل اینیمل"۔</w:t>
      </w:r>
    </w:p>
    <w:p>
      <w:r>
        <w:rPr>
          <w:b/>
        </w:rPr>
        <w:t xml:space="preserve">[21:38] </w:t>
      </w:r>
      <w:r>
        <w:t>insan ek samajhi haiwan hai.</w:t>
      </w:r>
    </w:p>
    <w:p>
      <w:pPr>
        <w:jc w:val="right"/>
      </w:pPr>
      <w:r>
        <w:t>انسان ایک سماجی حیوان ہے۔</w:t>
      </w:r>
    </w:p>
    <w:p>
      <w:r>
        <w:rPr>
          <w:b/>
        </w:rPr>
        <w:t xml:space="preserve">[21:43] </w:t>
      </w:r>
      <w:r>
        <w:t>to humein society mein rehna hai.</w:t>
      </w:r>
    </w:p>
    <w:p>
      <w:pPr>
        <w:jc w:val="right"/>
      </w:pPr>
      <w:r>
        <w:t>تو ہمیں سوسائٹی میں رہنا ہے۔</w:t>
      </w:r>
    </w:p>
    <w:p>
      <w:r>
        <w:rPr>
          <w:b/>
        </w:rPr>
        <w:t xml:space="preserve">[21:49] </w:t>
      </w:r>
      <w:r>
        <w:t>hum jangul mein nahin reh sakte.</w:t>
      </w:r>
    </w:p>
    <w:p>
      <w:pPr>
        <w:jc w:val="right"/>
      </w:pPr>
      <w:r>
        <w:t>ہم جنگل میں نہیں رہ سکتے۔</w:t>
      </w:r>
    </w:p>
    <w:p>
      <w:r>
        <w:rPr>
          <w:b/>
        </w:rPr>
        <w:t xml:space="preserve">[21:54] </w:t>
      </w:r>
      <w:r>
        <w:t>society mein rahenge, tab development hoga, tab civilization banegi.</w:t>
      </w:r>
    </w:p>
    <w:p>
      <w:pPr>
        <w:jc w:val="right"/>
      </w:pPr>
      <w:r>
        <w:t>سوسائٹی میں رہیں گے، تب ڈیولپمنٹ ہوگا، تب سویلائزیشن بنے گی۔</w:t>
      </w:r>
    </w:p>
    <w:p>
      <w:r>
        <w:rPr>
          <w:b/>
        </w:rPr>
        <w:t xml:space="preserve">[21:59] </w:t>
      </w:r>
      <w:r>
        <w:t>to sare jo tarraqqiyan hain, woh hongi isi tor par. kyunke society banay gi kaise? how to build a society? us ke liye aik aaj we need an ideology. aik society banane ke liye hamein aik ideology chahiye. aur best ideology yehi hai ke "there is no</w:t>
      </w:r>
    </w:p>
    <w:p>
      <w:pPr>
        <w:jc w:val="right"/>
      </w:pPr>
      <w:r>
        <w:t>تو سارے جو ترقیاں ہیں، وہ ہوں گی اسی طور پر۔ کیونکہ سوسائٹی بنے گی کیسے؟ ہاؤ ٹو بلڈ ا سوسائٹی؟ اس کے لیے ایک آج وی نیڈ این آئیڈیالوجی۔ ایک سوسائٹی بنانے کے لیے ہمیں ایک آئیڈیالوجی چاہیے۔ اور بیسٹ آئیڈیالوجی یہی ہے کہ "دیر از نو</w:t>
      </w:r>
    </w:p>
    <w:p>
      <w:r>
        <w:rPr>
          <w:b/>
        </w:rPr>
        <w:t xml:space="preserve">[22:29] </w:t>
      </w:r>
      <w:r>
        <w:t>enemy, everyone is your friend".</w:t>
      </w:r>
    </w:p>
    <w:p>
      <w:pPr>
        <w:jc w:val="right"/>
      </w:pPr>
      <w:r>
        <w:t>اینمی، ایوری ون از یور فرینڈ"۔</w:t>
      </w:r>
    </w:p>
    <w:p>
      <w:r>
        <w:rPr>
          <w:b/>
        </w:rPr>
        <w:t xml:space="preserve">[22:37] </w:t>
      </w:r>
      <w:r>
        <w:t>"there is no enemy, everyone is your friend".</w:t>
      </w:r>
    </w:p>
    <w:p>
      <w:pPr>
        <w:jc w:val="right"/>
      </w:pPr>
      <w:r>
        <w:t>"دیر از نو اینمی، ایوری ون از یور فرینڈ"۔</w:t>
      </w:r>
    </w:p>
    <w:p>
      <w:r>
        <w:rPr>
          <w:b/>
        </w:rPr>
        <w:t xml:space="preserve">[22:45] </w:t>
      </w:r>
      <w:r>
        <w:t>جیسے رسول اللہ ایک بار ایک یہودی کو دیکھ کر اس کے respect میں کھڑے ہوگئے کہ "He</w:t>
      </w:r>
    </w:p>
    <w:p>
      <w:pPr>
        <w:jc w:val="right"/>
      </w:pPr>
      <w:r>
        <w:t>جیسے رسول اللہ ایک بار ایک یہودی کو دیکھ کر اس کے ریسپیکٹ میں کھڑے ہوگئے کہ "ہی</w:t>
      </w:r>
    </w:p>
    <w:p>
      <w:r>
        <w:rPr>
          <w:b/>
        </w:rPr>
        <w:t xml:space="preserve">[22:52] </w:t>
      </w:r>
      <w:r>
        <w:t>spirit, he stood</w:t>
      </w:r>
    </w:p>
    <w:p>
      <w:pPr>
        <w:jc w:val="right"/>
      </w:pPr>
      <w:r>
        <w:t>سپٹ، ہی سٹوڈ</w:t>
      </w:r>
    </w:p>
    <w:p>
      <w:r>
        <w:rPr>
          <w:b/>
        </w:rPr>
        <w:t xml:space="preserve">[23:00] </w:t>
      </w:r>
      <w:r>
        <w:t>in respect of that Jew". kisi ne kaha ke "yeh to Jew tha, yeh to Muslim tha nahi". to aap ne kaha "ali nafs, was he not a human being". to "he was able to discover a commonality between himself and that Jew". to "I am, I am a human being, is also human</w:t>
      </w:r>
    </w:p>
    <w:p>
      <w:pPr>
        <w:jc w:val="right"/>
      </w:pPr>
      <w:r>
        <w:t>ان ریسپیکٹ اف دیٹ جو"۔ کسی نے کہا کہ "یہ تو جو تھا، یہ تو مسلم تھا نہیں"۔ تو آپ نے کہا "علی نفس، واز ہی ناٹ ا ہیومن بینگ"۔ تو "ہی واز ایبل ٹو ٹو ڈسکور ا کامنلٹی بٹوین ہم سیلف اینڈ دیٹ جو"۔ تو "آئی ایم، آئی ایم ا ہیومن بینگ، از السو ہیومن</w:t>
      </w:r>
    </w:p>
    <w:p>
      <w:r>
        <w:rPr>
          <w:b/>
        </w:rPr>
        <w:t xml:space="preserve">[23:30] </w:t>
      </w:r>
      <w:r>
        <w:t>being".</w:t>
      </w:r>
    </w:p>
    <w:p>
      <w:pPr>
        <w:jc w:val="right"/>
      </w:pPr>
      <w:r>
        <w:t>بینگ"۔</w:t>
      </w:r>
    </w:p>
    <w:p>
      <w:r>
        <w:rPr>
          <w:b/>
        </w:rPr>
        <w:t xml:space="preserve">[23:35] </w:t>
      </w:r>
      <w:r>
        <w:t>so "there is no".</w:t>
      </w:r>
    </w:p>
    <w:p>
      <w:pPr>
        <w:jc w:val="right"/>
      </w:pPr>
      <w:r>
        <w:t>سو "دیر از نو"۔</w:t>
      </w:r>
    </w:p>
    <w:p>
      <w:r>
        <w:rPr>
          <w:b/>
        </w:rPr>
        <w:t xml:space="preserve">[23:40] </w:t>
      </w:r>
      <w:r>
        <w:t>yani "there is no difference".</w:t>
      </w:r>
    </w:p>
    <w:p>
      <w:pPr>
        <w:jc w:val="right"/>
      </w:pPr>
      <w:r>
        <w:t>یعنی "دیر از نو ڈیفرنس"۔</w:t>
      </w:r>
    </w:p>
    <w:p>
      <w:r>
        <w:rPr>
          <w:b/>
        </w:rPr>
        <w:t xml:space="preserve">[23:46] </w:t>
      </w:r>
      <w:r>
        <w:t>تو ایک we-we and they-they کا کی ایکویشن جو ہے، وہ ختم ہو جاتا ہے۔</w:t>
      </w:r>
    </w:p>
    <w:p>
      <w:pPr>
        <w:jc w:val="right"/>
      </w:pPr>
      <w:r>
        <w:t>تو ایک وی وی اینڈ دے کا کی ایکویشن جو ہے، وہ ختم ہو جاتا ہے۔</w:t>
      </w:r>
    </w:p>
    <w:p>
      <w:r>
        <w:rPr>
          <w:b/>
        </w:rPr>
        <w:t xml:space="preserve">[23:51] </w:t>
      </w:r>
      <w:r>
        <w:t>ایک اور ہی ایکویشن اس کی آتا ہے جو V and V کا ایکویشن ہے۔</w:t>
      </w:r>
    </w:p>
    <w:p>
      <w:pPr>
        <w:jc w:val="right"/>
      </w:pPr>
      <w:r>
        <w:t>ایک اور ہی ایکویشن اس کی آتا ہے جو وی اینڈ وی کا ایکویشن ہے۔</w:t>
      </w:r>
    </w:p>
    <w:p>
      <w:r>
        <w:rPr>
          <w:b/>
        </w:rPr>
        <w:t xml:space="preserve">[23:56] </w:t>
      </w:r>
      <w:r>
        <w:t>aur tabhi sari positive blue</w:t>
      </w:r>
    </w:p>
    <w:p>
      <w:pPr>
        <w:jc w:val="right"/>
      </w:pPr>
      <w:r>
        <w:t>اور تبھی ساری پازیٹیو بلو</w:t>
      </w:r>
    </w:p>
    <w:p>
      <w:r>
        <w:rPr>
          <w:b/>
        </w:rPr>
        <w:t xml:space="preserve">[24:01] </w:t>
      </w:r>
      <w:r>
        <w:t>samaj mein aati hain.</w:t>
      </w:r>
    </w:p>
    <w:p>
      <w:pPr>
        <w:jc w:val="right"/>
      </w:pPr>
      <w:r>
        <w:t>سماج میں آتی ہیں۔</w:t>
      </w:r>
    </w:p>
    <w:p>
      <w:r>
        <w:rPr>
          <w:b/>
        </w:rPr>
        <w:t xml:space="preserve">[24:11] </w:t>
      </w:r>
      <w:r>
        <w:t>tabhi peace aata hai, tolerance aata hai, brotherhood aata hai.</w:t>
      </w:r>
    </w:p>
    <w:p>
      <w:pPr>
        <w:jc w:val="right"/>
      </w:pPr>
      <w:r>
        <w:t>تبھی پیس آتا ہے، ٹالرنس آتا ہے، برادرہوڈ آتا ہے۔</w:t>
      </w:r>
    </w:p>
    <w:p>
      <w:r>
        <w:rPr>
          <w:b/>
        </w:rPr>
        <w:t xml:space="preserve">[24:21] </w:t>
      </w:r>
      <w:r>
        <w:t>jitni bhi jitni bhi achhi values hain, woh sab is waqt aa jaati hain samaj mein.</w:t>
      </w:r>
    </w:p>
    <w:p>
      <w:pPr>
        <w:jc w:val="right"/>
      </w:pPr>
      <w:r>
        <w:t>جتنی بھی جتنی بھی اچھی ویلیوز ہیں، وہ سب اس وقت آ جاتی ہیں سماج میں۔</w:t>
      </w:r>
    </w:p>
    <w:p>
      <w:r>
        <w:rPr>
          <w:b/>
        </w:rPr>
        <w:t xml:space="preserve">[24:31] </w:t>
      </w:r>
      <w:r>
        <w:t>to collective life ko ya social life ko behtar banane ke liye ek hi formula hai aur koi</w:t>
      </w:r>
    </w:p>
    <w:p>
      <w:pPr>
        <w:jc w:val="right"/>
      </w:pPr>
      <w:r>
        <w:t>تو کلیکٹیو لائف کو یا سوشل لائف کو بہتر بنانے کے لیے ایک ہی فارمولا ہے اور کوئی</w:t>
      </w:r>
    </w:p>
    <w:p>
      <w:r>
        <w:rPr>
          <w:b/>
        </w:rPr>
        <w:t xml:space="preserve">[24:38] </w:t>
      </w:r>
      <w:r>
        <w:t>do formula nahin.</w:t>
      </w:r>
    </w:p>
    <w:p>
      <w:pPr>
        <w:jc w:val="right"/>
      </w:pPr>
      <w:r>
        <w:t>دو فارمولا نہیں۔</w:t>
      </w:r>
    </w:p>
    <w:p>
      <w:r>
        <w:rPr>
          <w:b/>
        </w:rPr>
        <w:t xml:space="preserve">[24:45] </w:t>
      </w:r>
      <w:r>
        <w:t>woh formula yahi hai ke na koi enemy hai, na koi dushman hai, sab insaan hain, sab mere</w:t>
      </w:r>
    </w:p>
    <w:p>
      <w:pPr>
        <w:jc w:val="right"/>
      </w:pPr>
      <w:r>
        <w:t>وہ فارمولا یہی ہے کہ نہ کوئی اینمی ہے، نہ کوئی دشمن ہے، سب انسان ہیں، سب میرے</w:t>
      </w:r>
    </w:p>
    <w:p>
      <w:r>
        <w:rPr>
          <w:b/>
        </w:rPr>
        <w:t xml:space="preserve">[24:52] </w:t>
      </w:r>
      <w:r>
        <w:t>jaise log hain, sab Khuda ki yani family of God hain.</w:t>
      </w:r>
    </w:p>
    <w:p>
      <w:pPr>
        <w:jc w:val="right"/>
      </w:pPr>
      <w:r>
        <w:t>جیسے لوگ ہیں، سب خدا کی یعنی فیملی آف گاڈ ہیں۔</w:t>
      </w:r>
    </w:p>
    <w:p>
      <w:r>
        <w:rPr>
          <w:b/>
        </w:rPr>
        <w:t xml:space="preserve">[24:59] </w:t>
      </w:r>
      <w:r>
        <w:t>yeh ek hi formula hai, koi doosra formula nahin.</w:t>
      </w:r>
    </w:p>
    <w:p>
      <w:pPr>
        <w:jc w:val="right"/>
      </w:pPr>
      <w:r>
        <w:t>یہ ایک ہی فارمولا ہے، کوئی دوسرا فارمولا نہیں۔</w:t>
      </w:r>
    </w:p>
    <w:p>
      <w:r>
        <w:rPr>
          <w:b/>
        </w:rPr>
        <w:t xml:space="preserve">[25:06] </w:t>
      </w:r>
      <w:r>
        <w:t>yani ek achhi society banane ke liye hum hamari ek zaroorat hai ke hamare paas ek ideology ho,</w:t>
      </w:r>
    </w:p>
    <w:p>
      <w:pPr>
        <w:jc w:val="right"/>
      </w:pPr>
      <w:r>
        <w:t>یعنی ایک اچھی سوسائٹی بنانے کے لیے ہم ہماری ایک ضرورت ہے کہ ہمارے پاس ایک آئیڈیالوجی ہو،</w:t>
      </w:r>
    </w:p>
    <w:p>
      <w:r>
        <w:rPr>
          <w:b/>
        </w:rPr>
        <w:t xml:space="preserve">[25:12] </w:t>
      </w:r>
      <w:r>
        <w:t>ek ideology ho.</w:t>
      </w:r>
    </w:p>
    <w:p>
      <w:pPr>
        <w:jc w:val="right"/>
      </w:pPr>
      <w:r>
        <w:t>ایک آئیڈیالوجی ہو۔</w:t>
      </w:r>
    </w:p>
    <w:p>
      <w:r>
        <w:rPr>
          <w:b/>
        </w:rPr>
        <w:t xml:space="preserve">[25:18] </w:t>
      </w:r>
      <w:r>
        <w:t>Aur yahi ek hi ideology hai jo work kar sakti hai kyunki woh real ideology hai.</w:t>
      </w:r>
    </w:p>
    <w:p>
      <w:pPr>
        <w:jc w:val="right"/>
      </w:pPr>
      <w:r>
        <w:t>اور یہی ایک ہی آئیڈیالوجی ہے جو ورک کر سکتی ہے کیونکہ وہ ریئل آئیڈیالوجی ہے۔</w:t>
      </w:r>
    </w:p>
    <w:p>
      <w:r>
        <w:rPr>
          <w:b/>
        </w:rPr>
        <w:t xml:space="preserve">[25:24] </w:t>
      </w:r>
      <w:r>
        <w:t>ek taraf God, ek taraf creator hai, doosri taraf teacher hai.</w:t>
      </w:r>
    </w:p>
    <w:p>
      <w:pPr>
        <w:jc w:val="right"/>
      </w:pPr>
      <w:r>
        <w:t>ایک طرف گاڈ، ایک طرف کریٹر ہے، دوسری طرف ٹیچر ہے۔</w:t>
      </w:r>
    </w:p>
    <w:p>
      <w:r>
        <w:rPr>
          <w:b/>
        </w:rPr>
        <w:t xml:space="preserve">[25:31] </w:t>
      </w:r>
      <w:r>
        <w:t>ek hi Khuda hai jisne banaya hai sab ko,</w:t>
      </w:r>
    </w:p>
    <w:p>
      <w:pPr>
        <w:jc w:val="right"/>
      </w:pPr>
      <w:r>
        <w:t>ایک ہی خدا ہے جس نے بنایا ہے سب کو،</w:t>
      </w:r>
    </w:p>
    <w:p>
      <w:r>
        <w:rPr>
          <w:b/>
        </w:rPr>
        <w:t xml:space="preserve">[25:37] </w:t>
      </w:r>
      <w:r>
        <w:t>koi do God nahin, koi do Khuda nahin.</w:t>
      </w:r>
    </w:p>
    <w:p>
      <w:pPr>
        <w:jc w:val="right"/>
      </w:pPr>
      <w:r>
        <w:t>کوئی دو گاڈ نہیں، کوئی دو خدا نہیں۔</w:t>
      </w:r>
    </w:p>
    <w:p>
      <w:r>
        <w:rPr>
          <w:b/>
        </w:rPr>
        <w:t xml:space="preserve">[25:47] </w:t>
      </w:r>
      <w:r>
        <w:t>تو یہ جو equality ہے، اسی equality کا رزلٹ ہے better society۔</w:t>
      </w:r>
    </w:p>
    <w:p>
      <w:pPr>
        <w:jc w:val="right"/>
      </w:pPr>
      <w:r>
        <w:t>تو یہ جو ایکولٹی ہے، اسی ایکولٹی کا رزلٹ ہے بیٹر سوسائٹی۔</w:t>
      </w:r>
    </w:p>
    <w:p>
      <w:r>
        <w:rPr>
          <w:b/>
        </w:rPr>
        <w:t xml:space="preserve">[25:57] </w:t>
      </w:r>
      <w:r>
        <w:t>main ek martaba gaya hua tha USA,</w:t>
      </w:r>
    </w:p>
    <w:p>
      <w:pPr>
        <w:jc w:val="right"/>
      </w:pPr>
      <w:r>
        <w:t>میں ایک مرتبہ گیا ہوا تھا یو ایس اے،</w:t>
      </w:r>
    </w:p>
    <w:p>
      <w:r>
        <w:rPr>
          <w:b/>
        </w:rPr>
        <w:t xml:space="preserve">[26:07] </w:t>
      </w:r>
      <w:r>
        <w:t>wahan mujhe ek ek church mein bolne ka mauqa mila.</w:t>
      </w:r>
    </w:p>
    <w:p>
      <w:pPr>
        <w:jc w:val="right"/>
      </w:pPr>
      <w:r>
        <w:t>وہاں مجھے ایک ایک چرچ میں بولنے کا موقع ملا۔</w:t>
      </w:r>
    </w:p>
    <w:p>
      <w:r>
        <w:rPr>
          <w:b/>
        </w:rPr>
        <w:t xml:space="preserve">[26:18] </w:t>
      </w:r>
      <w:r>
        <w:t>تو میری میرے میرے بولنے کے بعد ایک کرسچن اسکالر کھڑے ہوئے، انہوں نے کہا کہ "There is</w:t>
      </w:r>
    </w:p>
    <w:p>
      <w:pPr>
        <w:jc w:val="right"/>
      </w:pPr>
      <w:r>
        <w:t>تو میری میرے میرے بولنے کے بعد ایک کرسچن اسکالر کھڑے ہوئے، انہوں نے کہا کہ "دیر از</w:t>
      </w:r>
    </w:p>
    <w:p>
      <w:r>
        <w:rPr>
          <w:b/>
        </w:rPr>
        <w:t xml:space="preserve">[26:28] </w:t>
      </w:r>
      <w:r>
        <w:t>teaching in Christian tradition, well no teaching, that is</w:t>
      </w:r>
    </w:p>
    <w:p>
      <w:pPr>
        <w:jc w:val="right"/>
      </w:pPr>
      <w:r>
        <w:t>ٹیچنگ ان کرسچن ٹریڈیشن، ویل نو ٹیچنگ، دیٹ از</w:t>
      </w:r>
    </w:p>
    <w:p>
      <w:r>
        <w:rPr>
          <w:b/>
        </w:rPr>
        <w:t xml:space="preserve">[26:38] </w:t>
      </w:r>
      <w:r>
        <w:t>lo yor enemy.</w:t>
      </w:r>
    </w:p>
    <w:p>
      <w:pPr>
        <w:jc w:val="right"/>
      </w:pPr>
      <w:r>
        <w:t>لو یور اینمی"۔</w:t>
      </w:r>
    </w:p>
    <w:p>
      <w:r>
        <w:rPr>
          <w:b/>
        </w:rPr>
        <w:t xml:space="preserve">[26:47] </w:t>
      </w:r>
      <w:r>
        <w:t>تو انہوں نے کہا "Can you cite any such teaching in Islam?" Also work as chapter 41 ko</w:t>
      </w:r>
    </w:p>
    <w:p>
      <w:pPr>
        <w:jc w:val="right"/>
      </w:pPr>
      <w:r>
        <w:t>تو انہوں نے کہا "کین یو سائیڈ ان سچ ٹیچنگ ان اسلام؟" السو ورگ ایس چیپٹر 41 کو</w:t>
      </w:r>
    </w:p>
    <w:p>
      <w:r>
        <w:rPr>
          <w:b/>
        </w:rPr>
        <w:t xml:space="preserve">[26:56] </w:t>
      </w:r>
      <w:r>
        <w:t>aap parhiye, quran ke chapter 41 ko aap parhiye.</w:t>
      </w:r>
    </w:p>
    <w:p>
      <w:pPr>
        <w:jc w:val="right"/>
      </w:pPr>
      <w:r>
        <w:t>آپ پڑھیے، قرآن کے چیپٹر 41 کو آپ پڑھیے۔</w:t>
      </w:r>
    </w:p>
    <w:p>
      <w:r>
        <w:rPr>
          <w:b/>
        </w:rPr>
        <w:t xml:space="preserve">[27:05] </w:t>
      </w:r>
      <w:r>
        <w:t>is mein yeh ayat hai: "la tastawi al-hasanatu wa la as-sayyi'ah".</w:t>
      </w:r>
    </w:p>
    <w:p>
      <w:pPr>
        <w:jc w:val="right"/>
      </w:pPr>
      <w:r>
        <w:t>اس میں یہ آیت ہے: "لا تستوی الحسنہ والحسنہ"۔</w:t>
      </w:r>
    </w:p>
    <w:p>
      <w:r>
        <w:rPr>
          <w:b/>
        </w:rPr>
        <w:t xml:space="preserve">[27:14] </w:t>
      </w:r>
      <w:r>
        <w:t>کا مطلب ہے کہ "Do good deeds in return of bad deeds"۔</w:t>
      </w:r>
    </w:p>
    <w:p>
      <w:pPr>
        <w:jc w:val="right"/>
      </w:pPr>
      <w:r>
        <w:t>کا مطلب ہے کہ "ڈو گڈ ڈیڈ ان ریٹرن اف بیڈ ڈیڈ"۔</w:t>
      </w:r>
    </w:p>
    <w:p>
      <w:r>
        <w:rPr>
          <w:b/>
        </w:rPr>
        <w:t xml:space="preserve">[27:22] </w:t>
      </w:r>
      <w:r>
        <w:t>"Do good deeds in return of bad deeds".</w:t>
      </w:r>
    </w:p>
    <w:p>
      <w:pPr>
        <w:jc w:val="right"/>
      </w:pPr>
      <w:r>
        <w:t>"ڈو گڈ ڈیڈ ان ریٹرن اف بیڈ ڈیڈ"۔</w:t>
      </w:r>
    </w:p>
    <w:p>
      <w:r>
        <w:rPr>
          <w:b/>
        </w:rPr>
        <w:t xml:space="preserve">[27:29] </w:t>
      </w:r>
      <w:r>
        <w:t>And you will find that your enemy has become your dearest friend.</w:t>
      </w:r>
    </w:p>
    <w:p>
      <w:pPr>
        <w:jc w:val="right"/>
      </w:pPr>
      <w:r>
        <w:t>اینڈ یو ویل فائنڈ دیٹ یور اینمی ہیز بیکم یور ڈیئرسٹ فرینڈ۔</w:t>
      </w:r>
    </w:p>
    <w:p>
      <w:r>
        <w:rPr>
          <w:b/>
        </w:rPr>
        <w:t xml:space="preserve">[27:37] </w:t>
      </w:r>
      <w:r>
        <w:t>to is ka matlab kya hai? every</w:t>
      </w:r>
    </w:p>
    <w:p>
      <w:pPr>
        <w:jc w:val="right"/>
      </w:pPr>
      <w:r>
        <w:t>تو اس کا مطلب کیا ہے؟ ایوری</w:t>
      </w:r>
    </w:p>
    <w:p>
      <w:r>
        <w:rPr>
          <w:b/>
        </w:rPr>
        <w:t xml:space="preserve">[27:44] </w:t>
      </w:r>
      <w:r>
        <w:t>enemy is potentially your friend. so there is no real enemy. everyone is either actual friend or potential friend. yeh jo hai Jesus Christ ka call ke "love your enemy", yeh bahut hi</w:t>
      </w:r>
    </w:p>
    <w:p>
      <w:pPr>
        <w:jc w:val="right"/>
      </w:pPr>
      <w:r>
        <w:t>اینمی از پوٹینشلی یور فرینڈ۔ سو دیر از نو ریئل اینمی۔ ایوری ون از آیتھر ایکچول فرینڈ اور پوٹینشل فرینڈ۔ یہ جو ہے جیسس کرائسٹ کا کال کہ "لو یور اینمی"، یہ بہت ہی</w:t>
      </w:r>
    </w:p>
    <w:p>
      <w:r>
        <w:rPr>
          <w:b/>
        </w:rPr>
        <w:t xml:space="preserve">[28:14] </w:t>
      </w:r>
      <w:r>
        <w:t>that is based on natural fact. yeh koi poetic idea nahin hai. "love your enemy" is not a poetic idea, it is based on natural reality. woh kya? by nature, there is no real enemy. every</w:t>
      </w:r>
    </w:p>
    <w:p>
      <w:pPr>
        <w:jc w:val="right"/>
      </w:pPr>
      <w:r>
        <w:t>دیٹ از بیسڈ ان نیچرل فیکٹ۔ یہ کوئی پوئٹک آئیڈیا نہیں ہے۔ "لو یور اینمی" از ناٹ ا پوئٹک آئیڈیا، اٹ از بیسڈ ان نیچرل ریلیٹی۔ وہ کیا؟ بائی نیچر، دیر از نو ریئل اینمی۔ ایوری</w:t>
      </w:r>
    </w:p>
    <w:p>
      <w:r>
        <w:rPr>
          <w:b/>
        </w:rPr>
        <w:t xml:space="preserve">[28:44] </w:t>
      </w:r>
      <w:r>
        <w:t>one is either actual friend or potential friend.</w:t>
      </w:r>
    </w:p>
    <w:p>
      <w:pPr>
        <w:jc w:val="right"/>
      </w:pPr>
      <w:r>
        <w:t>ون از آیتھر ایکچول فرینڈ اور پوٹینشل فرینڈ۔</w:t>
      </w:r>
    </w:p>
    <w:p>
      <w:r>
        <w:rPr>
          <w:b/>
        </w:rPr>
        <w:t xml:space="preserve">[28:54] </w:t>
      </w:r>
      <w:r>
        <w:t>تو turn this fact, turn this this potential into actual, then there is no enemy.</w:t>
      </w:r>
    </w:p>
    <w:p>
      <w:pPr>
        <w:jc w:val="right"/>
      </w:pPr>
      <w:r>
        <w:t>تو ٹرن دس فیکٹ، ٹرن دس دس پوٹینشل انٹو ایکچول، دین دیر از نو اینمی۔</w:t>
      </w:r>
    </w:p>
    <w:p>
      <w:r>
        <w:rPr>
          <w:b/>
        </w:rPr>
        <w:t xml:space="preserve">[29:04] </w:t>
      </w:r>
      <w:r>
        <w:t>to society aap ki ban jayegi yani society of brothers, society of</w:t>
      </w:r>
    </w:p>
    <w:p>
      <w:pPr>
        <w:jc w:val="right"/>
      </w:pPr>
      <w:r>
        <w:t>تو سوسائٹی آپ کی بن جائے گی یعنی سوسائٹی اف برادرز، سوسائٹی اف</w:t>
      </w:r>
    </w:p>
    <w:p>
      <w:r>
        <w:rPr>
          <w:b/>
        </w:rPr>
        <w:t xml:space="preserve">[29:14] </w:t>
      </w:r>
      <w:r>
        <w:t>friends. wohi society hogi jis mein har cheez, har achhi cheez maujood hogi. jo society is formula banayi jaye, jo society is formula banayi jaye ke koi enemy real sense mein hai hi nahin, p</w:t>
      </w:r>
    </w:p>
    <w:p>
      <w:pPr>
        <w:jc w:val="right"/>
      </w:pPr>
      <w:r>
        <w:t>فرینڈز۔ وہی سوسائٹی ہوگی جس میں ہر چیز، ہر اچھی چیز موجود ہوگی۔ جو سوسائٹی اس فارمولے بنائی جائے، جو سوسائٹی اس فارمولے بنائی جائے کہ کوئی اینمی ریئل سینس میں ہے ہی نہیں، پ</w:t>
      </w:r>
    </w:p>
    <w:p>
      <w:r>
        <w:rPr>
          <w:b/>
        </w:rPr>
        <w:t xml:space="preserve">[29:44] </w:t>
      </w:r>
      <w:r>
        <w:t>potential potential Ab ab ab koi enemy real sense mein hai hi nahin.</w:t>
      </w:r>
    </w:p>
    <w:p>
      <w:pPr>
        <w:jc w:val="right"/>
      </w:pPr>
      <w:r>
        <w:t>وٹینشل پوٹینشل اب اب اب کوئی اینمی ریئل سینس میں ہے ہی نہیں۔</w:t>
      </w:r>
    </w:p>
    <w:p>
      <w:r>
        <w:rPr>
          <w:b/>
        </w:rPr>
        <w:t xml:space="preserve">[29:50] </w:t>
      </w:r>
      <w:r>
        <w:t>According to the law of nature, koi agar actual friend hai to koi potential friend hai.</w:t>
      </w:r>
    </w:p>
    <w:p>
      <w:pPr>
        <w:jc w:val="right"/>
      </w:pPr>
      <w:r>
        <w:t>اکارڈ ٹو دا لاء اف نیچر، کوئی اگر ایکچول فرینڈ ہے تو کوئی پوٹینشل فرینڈ ہے۔</w:t>
      </w:r>
    </w:p>
    <w:p>
      <w:r>
        <w:rPr>
          <w:b/>
        </w:rPr>
        <w:t xml:space="preserve">[29:56] </w:t>
      </w:r>
      <w:r>
        <w:t>yeh law of nature hai.</w:t>
      </w:r>
    </w:p>
    <w:p>
      <w:pPr>
        <w:jc w:val="right"/>
      </w:pPr>
      <w:r>
        <w:t>یہ لاء اف نیچر ہے۔</w:t>
      </w:r>
    </w:p>
    <w:p>
      <w:r>
        <w:rPr>
          <w:b/>
        </w:rPr>
        <w:t xml:space="preserve">[30:02] </w:t>
      </w:r>
      <w:r>
        <w:t>is formula par, is ideology par jo society banayi jaye, wahi best society hai.</w:t>
      </w:r>
    </w:p>
    <w:p>
      <w:pPr>
        <w:jc w:val="right"/>
      </w:pPr>
      <w:r>
        <w:t>اس فارمولے پر، اس آئیڈیالوجی پر جو سوسائٹی بنائی جائے، وہی بیسٹ سوسائٹی ہے۔</w:t>
      </w:r>
    </w:p>
    <w:p>
      <w:r>
        <w:rPr>
          <w:b/>
        </w:rPr>
        <w:t xml:space="preserve">[30:08] </w:t>
      </w:r>
      <w:r>
        <w:t>isi mein peace ho</w:t>
      </w:r>
    </w:p>
    <w:p>
      <w:pPr>
        <w:jc w:val="right"/>
      </w:pPr>
      <w:r>
        <w:t>اسی میں پیس ہو</w:t>
      </w:r>
    </w:p>
    <w:p>
      <w:r>
        <w:rPr>
          <w:b/>
        </w:rPr>
        <w:t xml:space="preserve">[30:14] </w:t>
      </w:r>
      <w:r>
        <w:t>ga, isi mein sari positive values hongi, sab kuch hoga.</w:t>
      </w:r>
    </w:p>
    <w:p>
      <w:pPr>
        <w:jc w:val="right"/>
      </w:pPr>
      <w:r>
        <w:t>گا، اسی میں ساری پازیٹیو ویلیوز ہوں گی، سب کچھ ہوگا۔</w:t>
      </w:r>
    </w:p>
    <w:p>
      <w:r>
        <w:rPr>
          <w:b/>
        </w:rPr>
        <w:t xml:space="preserve">[30:22] </w:t>
      </w:r>
      <w:r>
        <w:t>to bas farz karta hoon ke har mazhab mein yahi teaching hai.</w:t>
      </w:r>
    </w:p>
    <w:p>
      <w:pPr>
        <w:jc w:val="right"/>
      </w:pPr>
      <w:r>
        <w:t>تو بس فرض کرتا ہوں کہ ہر مذہب میں یہی ٹیچنگ ہے۔</w:t>
      </w:r>
    </w:p>
    <w:p>
      <w:r>
        <w:rPr>
          <w:b/>
        </w:rPr>
        <w:t xml:space="preserve">[30:30] </w:t>
      </w:r>
      <w:r>
        <w:t>wording ka farq ho sakta hai, real sense mein koi farq nahi.</w:t>
      </w:r>
    </w:p>
    <w:p>
      <w:pPr>
        <w:jc w:val="right"/>
      </w:pPr>
      <w:r>
        <w:t>ورڈنگ کا فرق ہو سکتا ہے، ریئل سینس میں کوئی فرق نہیں۔</w:t>
      </w:r>
    </w:p>
    <w:p>
      <w:r>
        <w:rPr>
          <w:b/>
        </w:rPr>
        <w:t xml:space="preserve">[30:37] </w:t>
      </w:r>
      <w:r>
        <w:t>kisi shayar ne</w:t>
      </w:r>
    </w:p>
    <w:p>
      <w:pPr>
        <w:jc w:val="right"/>
      </w:pPr>
      <w:r>
        <w:t>کسی شاعر نے</w:t>
      </w:r>
    </w:p>
    <w:p>
      <w:r>
        <w:rPr>
          <w:b/>
        </w:rPr>
        <w:t xml:space="preserve">[30:45] </w:t>
      </w:r>
      <w:r>
        <w:t>bahut sahi kaha hai ke mazhab nahi sikhata apas mein bair rakhna, ya woh har mazhab ko refer</w:t>
      </w:r>
    </w:p>
    <w:p>
      <w:pPr>
        <w:jc w:val="right"/>
      </w:pPr>
      <w:r>
        <w:t>بہت صحیح کہا ہے کہ مذہب نہیں سکھاتا آپس میں باہر رکھنا، یا وہ ہر مذہب کو ریفر</w:t>
      </w:r>
    </w:p>
    <w:p>
      <w:r>
        <w:rPr>
          <w:b/>
        </w:rPr>
        <w:t xml:space="preserve">[30:52] </w:t>
      </w:r>
      <w:r>
        <w:t>kar raha hai.</w:t>
      </w:r>
    </w:p>
    <w:p>
      <w:pPr>
        <w:jc w:val="right"/>
      </w:pPr>
      <w:r>
        <w:t>کر رہا ہے۔</w:t>
      </w:r>
    </w:p>
    <w:p>
      <w:r>
        <w:rPr>
          <w:b/>
        </w:rPr>
        <w:t xml:space="preserve">[31:00] </w:t>
      </w:r>
      <w:r>
        <w:t>to aaj kal jo aap dekhte hain media mein, virus ki news aati rehti hain, barabar yahan tak</w:t>
      </w:r>
    </w:p>
    <w:p>
      <w:pPr>
        <w:jc w:val="right"/>
      </w:pPr>
      <w:r>
        <w:t>تو آج کل جو آپ دیکھتے ہیں میڈیا میں، وائرس کی نیوز آتی رہتی ہیں، برابر یہاں تک</w:t>
      </w:r>
    </w:p>
    <w:p>
      <w:r>
        <w:rPr>
          <w:b/>
        </w:rPr>
        <w:t xml:space="preserve">[31:08] </w:t>
      </w:r>
      <w:r>
        <w:t>student society bami ki news aati hai.</w:t>
      </w:r>
    </w:p>
    <w:p>
      <w:pPr>
        <w:jc w:val="right"/>
      </w:pPr>
      <w:r>
        <w:t>سٹوڈنٹ سوسائٹی بامی کی نیوز آتی ہے۔</w:t>
      </w:r>
    </w:p>
    <w:p>
      <w:r>
        <w:rPr>
          <w:b/>
        </w:rPr>
        <w:t xml:space="preserve">[31:16] </w:t>
      </w:r>
      <w:r>
        <w:t>is ka ta'alluq mazhab se nahin hai, na Islam se, na kisi mazhab se. first world war aur second world war mein jo log shamil the, woh bhi koi mazhab ko mante the, yaani woh they were born in some religious family. lekin yeh religion nahin tha jis ne un ko ladwaya, woh alag</w:t>
      </w:r>
    </w:p>
    <w:p>
      <w:pPr>
        <w:jc w:val="right"/>
      </w:pPr>
      <w:r>
        <w:t>اس کا تعلق مذہب سے نہیں ہے، نہ اسلام سے، نہ کسی مذہب سے۔ فرسٹ ورلڈ وار اور سیکنڈ ورلڈ وار میں جو لوگ شامل تھے، وہ بھی کوئی مذہب کو مانتے تھے، یعنی وہ دے وار بارن ان سم لیجس فیملی۔ لیکن یہ لیجر نہیں تھا جس نے ان کو لڑوایا، وہ الگ</w:t>
      </w:r>
    </w:p>
    <w:p>
      <w:r>
        <w:rPr>
          <w:b/>
        </w:rPr>
        <w:t xml:space="preserve">[31:46] </w:t>
      </w:r>
      <w:r>
        <w:t>cheezein thi.</w:t>
      </w:r>
    </w:p>
    <w:p>
      <w:pPr>
        <w:jc w:val="right"/>
      </w:pPr>
      <w:r>
        <w:t>چیزیں تھیں۔</w:t>
      </w:r>
    </w:p>
    <w:p>
      <w:r>
        <w:rPr>
          <w:b/>
        </w:rPr>
        <w:t xml:space="preserve">[31:53] </w:t>
      </w:r>
      <w:r>
        <w:t>to is waqt jo dunya mein violence hai, society bombing hai, hate hai, intolerance hai, is ka</w:t>
      </w:r>
    </w:p>
    <w:p>
      <w:pPr>
        <w:jc w:val="right"/>
      </w:pPr>
      <w:r>
        <w:t>تو اس وقت جو دنیا میں وائیلنس ہے، سوسائٹی بمبنگ ہے، ہیٹ ہے، ان ٹالرنس ہے، اس کا</w:t>
      </w:r>
    </w:p>
    <w:p>
      <w:r>
        <w:rPr>
          <w:b/>
        </w:rPr>
        <w:t xml:space="preserve">[32:00] </w:t>
      </w:r>
      <w:r>
        <w:t>source religion nahi hai.</w:t>
      </w:r>
    </w:p>
    <w:p>
      <w:pPr>
        <w:jc w:val="right"/>
      </w:pPr>
      <w:r>
        <w:t>سورس ریلیجن نہیں ہے۔</w:t>
      </w:r>
    </w:p>
    <w:p>
      <w:r>
        <w:rPr>
          <w:b/>
        </w:rPr>
        <w:t xml:space="preserve">[32:08] </w:t>
      </w:r>
      <w:r>
        <w:t>is ka source religion nahi hai.</w:t>
      </w:r>
    </w:p>
    <w:p>
      <w:pPr>
        <w:jc w:val="right"/>
      </w:pPr>
      <w:r>
        <w:t>اس کا سورس ریلیجن نہیں ہے۔</w:t>
      </w:r>
    </w:p>
    <w:p>
      <w:r>
        <w:rPr>
          <w:b/>
        </w:rPr>
        <w:t xml:space="preserve">[32:15] </w:t>
      </w:r>
      <w:r>
        <w:t>زیادہ صحیح طور پر کہوں کہ اس کا سورس ہے misuse of freedom۔</w:t>
      </w:r>
    </w:p>
    <w:p>
      <w:pPr>
        <w:jc w:val="right"/>
      </w:pPr>
      <w:r>
        <w:t>زیادہ صحیح طور پر کہوں کہ اس کا سورس ہے مس یوز اف فریڈم۔</w:t>
      </w:r>
    </w:p>
    <w:p>
      <w:r>
        <w:rPr>
          <w:b/>
        </w:rPr>
        <w:t xml:space="preserve">[32:22] </w:t>
      </w:r>
      <w:r>
        <w:t>Creator ne humko freedom diya hai, Creator ne humko freedom diya hai, total freedom.</w:t>
      </w:r>
    </w:p>
    <w:p>
      <w:pPr>
        <w:jc w:val="right"/>
      </w:pPr>
      <w:r>
        <w:t>کریٹر نے ہم کو فریڈم دیا ہے، کریٹر نے ہم کو فریڈم دیا ہے، ٹوٹل فریڈم۔</w:t>
      </w:r>
    </w:p>
    <w:p>
      <w:r>
        <w:rPr>
          <w:b/>
        </w:rPr>
        <w:t xml:space="preserve">[32:32] </w:t>
      </w:r>
      <w:r>
        <w:t>تو جس طرح سے freedom ملی ہے ہم کو، تو freedom کو محسوس کرنے کی بھی freedom ہے۔</w:t>
      </w:r>
    </w:p>
    <w:p>
      <w:pPr>
        <w:jc w:val="right"/>
      </w:pPr>
      <w:r>
        <w:t>تو جس طرح سے فریڈم ملی ہے ہم کو، تو فریڈم کو محسوس کرنے کی بھی فریڈم ہے۔</w:t>
      </w:r>
    </w:p>
    <w:p>
      <w:r>
        <w:rPr>
          <w:b/>
        </w:rPr>
        <w:t xml:space="preserve">[32:42] </w:t>
      </w:r>
      <w:r>
        <w:t>yani we are also</w:t>
      </w:r>
    </w:p>
    <w:p>
      <w:pPr>
        <w:jc w:val="right"/>
      </w:pPr>
      <w:r>
        <w:t>یعنی وی آر الس</w:t>
      </w:r>
    </w:p>
    <w:p>
      <w:r>
        <w:rPr>
          <w:b/>
        </w:rPr>
        <w:t xml:space="preserve">[32:52] </w:t>
      </w:r>
      <w:r>
        <w:t>We are free to misuse our freedom, we are also free to misuse our freedom.</w:t>
      </w:r>
    </w:p>
    <w:p>
      <w:pPr>
        <w:jc w:val="right"/>
      </w:pPr>
      <w:r>
        <w:t>و فری ٹو مس یوز اف فریڈم، وی آر السو فری ٹو مس یوز اور فریڈم۔</w:t>
      </w:r>
    </w:p>
    <w:p>
      <w:r>
        <w:rPr>
          <w:b/>
        </w:rPr>
        <w:t xml:space="preserve">[33:00] </w:t>
      </w:r>
      <w:r>
        <w:t>تو this is it is it is this misuse of freedom that creates problem.</w:t>
      </w:r>
    </w:p>
    <w:p>
      <w:pPr>
        <w:jc w:val="right"/>
      </w:pPr>
      <w:r>
        <w:t>تو دس از اٹ از اٹ از دس مس یوز اف فریڈم دیٹ کریٹس پرابلم۔</w:t>
      </w:r>
    </w:p>
    <w:p>
      <w:r>
        <w:rPr>
          <w:b/>
        </w:rPr>
        <w:t xml:space="preserve">[33:08] </w:t>
      </w:r>
      <w:r>
        <w:t>All the problems were produced by the misuse of freedom.</w:t>
      </w:r>
    </w:p>
    <w:p>
      <w:pPr>
        <w:jc w:val="right"/>
      </w:pPr>
      <w:r>
        <w:t>ال دا پرابلمز ویئر پروڈیوسڈ بائی دا مس یوز اف فریڈم۔</w:t>
      </w:r>
    </w:p>
    <w:p>
      <w:r>
        <w:rPr>
          <w:b/>
        </w:rPr>
        <w:t xml:space="preserve">[33:16] </w:t>
      </w:r>
      <w:r>
        <w:t>yahan tak ke satan ne, satan ne jab</w:t>
      </w:r>
    </w:p>
    <w:p>
      <w:pPr>
        <w:jc w:val="right"/>
      </w:pPr>
      <w:r>
        <w:t>یہاں تک کہ سیٹن نے، سیٹن نے جب</w:t>
      </w:r>
    </w:p>
    <w:p>
      <w:r>
        <w:rPr>
          <w:b/>
        </w:rPr>
        <w:t xml:space="preserve">[33:24] </w:t>
      </w:r>
      <w:r>
        <w:t>جو کیا، یا آج جو کر رہا ہے Satan، وہ بھی misuse of freedom ہے۔</w:t>
      </w:r>
    </w:p>
    <w:p>
      <w:pPr>
        <w:jc w:val="right"/>
      </w:pPr>
      <w:r>
        <w:t>جو کیا، یا آج جو کر رہا ہے سیٹن، وہ بھی مس یوز اف فریڈم ہے۔</w:t>
      </w:r>
    </w:p>
    <w:p>
      <w:r>
        <w:rPr>
          <w:b/>
        </w:rPr>
        <w:t xml:space="preserve">[33:34] </w:t>
      </w:r>
      <w:r>
        <w:t>تو evil دنیا میں لوگ کہتے ہیں کہ evil ہے، evil کیوں ہے؟ Why evil is there؟ یعنی</w:t>
      </w:r>
    </w:p>
    <w:p>
      <w:pPr>
        <w:jc w:val="right"/>
      </w:pPr>
      <w:r>
        <w:t>تو ایول دنیا میں لوگ کہتے ہیں کہ ایول ہے، ایول کیوں ہے؟ وائی ایول از دیر؟ یعنی</w:t>
      </w:r>
    </w:p>
    <w:p>
      <w:r>
        <w:rPr>
          <w:b/>
        </w:rPr>
        <w:t xml:space="preserve">[33:44] </w:t>
      </w:r>
      <w:r>
        <w:t>ان کا کہنا ہے کہ If God is all powerful, then why there is</w:t>
      </w:r>
    </w:p>
    <w:p>
      <w:pPr>
        <w:jc w:val="right"/>
      </w:pPr>
      <w:r>
        <w:t>ان کا کہنا ہے کہ اف گاڈ از ال پاور فل، دین وائی دیر از</w:t>
      </w:r>
    </w:p>
    <w:p>
      <w:r>
        <w:rPr>
          <w:b/>
        </w:rPr>
        <w:t xml:space="preserve">[33:55] </w:t>
      </w:r>
      <w:r>
        <w:t>evil? تو میں کہوں کہ evil جو ہے، evil is not a part of creation, it is part</w:t>
      </w:r>
    </w:p>
    <w:p>
      <w:pPr>
        <w:jc w:val="right"/>
      </w:pPr>
      <w:r>
        <w:t>ایول؟ تو میں کہوں کہ ایول جو ہے، ایول از ناٹ ا پارٹ اف کریشن، اٹ از پارٹ</w:t>
      </w:r>
    </w:p>
    <w:p>
      <w:r>
        <w:rPr>
          <w:b/>
        </w:rPr>
        <w:t xml:space="preserve">[34:01] </w:t>
      </w:r>
      <w:r>
        <w:t>of human freedom.</w:t>
      </w:r>
    </w:p>
    <w:p>
      <w:pPr>
        <w:jc w:val="right"/>
      </w:pPr>
      <w:r>
        <w:t>اف ہیومن فریڈم۔</w:t>
      </w:r>
    </w:p>
    <w:p>
      <w:r>
        <w:rPr>
          <w:b/>
        </w:rPr>
        <w:t xml:space="preserve">[34:08] </w:t>
      </w:r>
      <w:r>
        <w:t>there is difference between the two.</w:t>
      </w:r>
    </w:p>
    <w:p>
      <w:pPr>
        <w:jc w:val="right"/>
      </w:pPr>
      <w:r>
        <w:t>دیر از ڈیفرنس بٹوین دا ٹو۔</w:t>
      </w:r>
    </w:p>
    <w:p>
      <w:r>
        <w:rPr>
          <w:b/>
        </w:rPr>
        <w:t xml:space="preserve">[34:15] </w:t>
      </w:r>
      <w:r>
        <w:t>yani paida karne wale ne jo cheez paida ki hai, evil nahi paida ki hai.</w:t>
      </w:r>
    </w:p>
    <w:p>
      <w:pPr>
        <w:jc w:val="right"/>
      </w:pPr>
      <w:r>
        <w:t>یعنی پیدا کرنے والے نے جو چیز پیدا کی ہے، ایول نہیں پیدا کی ہے۔</w:t>
      </w:r>
    </w:p>
    <w:p>
      <w:r>
        <w:rPr>
          <w:b/>
        </w:rPr>
        <w:t xml:space="preserve">[34:22] </w:t>
      </w:r>
      <w:r>
        <w:t>eywal koi creation nahi hai, creation to man hai.</w:t>
      </w:r>
    </w:p>
    <w:p>
      <w:pPr>
        <w:jc w:val="right"/>
      </w:pPr>
      <w:r>
        <w:t>ایول کوئی کریشن نہیں ہے، کریشن تو مین ہے۔</w:t>
      </w:r>
    </w:p>
    <w:p>
      <w:r>
        <w:rPr>
          <w:b/>
        </w:rPr>
        <w:t xml:space="preserve">[34:29] </w:t>
      </w:r>
      <w:r>
        <w:t>یعنی evil itself is not a creation.</w:t>
      </w:r>
    </w:p>
    <w:p>
      <w:pPr>
        <w:jc w:val="right"/>
      </w:pPr>
      <w:r>
        <w:t>یعنی ایول اٹ سیلف از ناٹ ا کریشن۔</w:t>
      </w:r>
    </w:p>
    <w:p>
      <w:r>
        <w:rPr>
          <w:b/>
        </w:rPr>
        <w:t xml:space="preserve">[34:35] </w:t>
      </w:r>
      <w:r>
        <w:t>jo cheez jo cheez creation hai, wo insan hai.</w:t>
      </w:r>
    </w:p>
    <w:p>
      <w:pPr>
        <w:jc w:val="right"/>
      </w:pPr>
      <w:r>
        <w:t>جو چیز جو چیز کریشن ہے، وہ انسان ہے۔</w:t>
      </w:r>
    </w:p>
    <w:p>
      <w:r>
        <w:rPr>
          <w:b/>
        </w:rPr>
        <w:t xml:space="preserve">[34:41] </w:t>
      </w:r>
      <w:r>
        <w:t>to creator ne insan ko di hai azadi, total freedom.</w:t>
      </w:r>
    </w:p>
    <w:p>
      <w:pPr>
        <w:jc w:val="right"/>
      </w:pPr>
      <w:r>
        <w:t>تو کریٹر نے انسان کو دی ہے آزادی، ٹوٹل فریڈم۔</w:t>
      </w:r>
    </w:p>
    <w:p>
      <w:r>
        <w:rPr>
          <w:b/>
        </w:rPr>
        <w:t xml:space="preserve">[34:47] </w:t>
      </w:r>
      <w:r>
        <w:t>تو اسی آزادی کو misuse کرنے سے دنیا میں evil پیدا ہوتا ہے۔</w:t>
      </w:r>
    </w:p>
    <w:p>
      <w:pPr>
        <w:jc w:val="right"/>
      </w:pPr>
      <w:r>
        <w:t>تو اسی آزادی کو مس یوز کرنے سے دنیا میں ایول پیدا ہوتا ہے۔</w:t>
      </w:r>
    </w:p>
    <w:p>
      <w:r>
        <w:rPr>
          <w:b/>
        </w:rPr>
        <w:t xml:space="preserve">[34:53] </w:t>
      </w:r>
      <w:r>
        <w:t>abhi jo log aaj mein</w:t>
      </w:r>
    </w:p>
    <w:p>
      <w:pPr>
        <w:jc w:val="right"/>
      </w:pPr>
      <w:r>
        <w:t>ابھی جو لوگ آج میں</w:t>
      </w:r>
    </w:p>
    <w:p>
      <w:r>
        <w:rPr>
          <w:b/>
        </w:rPr>
        <w:t xml:space="preserve">[34:59] </w:t>
      </w:r>
      <w:r>
        <w:t>نے جو involve ہیں violence میں، violence and suicide bombing میں، اس طرح کی چیزوں میں، تو میں</w:t>
      </w:r>
    </w:p>
    <w:p>
      <w:pPr>
        <w:jc w:val="right"/>
      </w:pPr>
      <w:r>
        <w:t>نے جو انوالو ہیں وائیلنس میں، وائیلنس اینڈ سوسائیڈ بمبنگ میں، اس طرح کی چیزوں میں، تو میں</w:t>
      </w:r>
    </w:p>
    <w:p>
      <w:r>
        <w:rPr>
          <w:b/>
        </w:rPr>
        <w:t xml:space="preserve">[35:09] </w:t>
      </w:r>
      <w:r>
        <w:t>نے ابھی ایک کتاب لکھ میری چھپی ہے، اس کا ٹائٹل ہے "Age of Peace"۔</w:t>
      </w:r>
    </w:p>
    <w:p>
      <w:pPr>
        <w:jc w:val="right"/>
      </w:pPr>
      <w:r>
        <w:t>نے ابھی ایک کتاب لکھ میری چھپی ہے، اس کا ٹائٹل ہے "ایج اف پیس"۔</w:t>
      </w:r>
    </w:p>
    <w:p>
      <w:r>
        <w:rPr>
          <w:b/>
        </w:rPr>
        <w:t xml:space="preserve">[35:20] </w:t>
      </w:r>
      <w:r>
        <w:t>is mein maine dikhaya hai ke is zamane mein,</w:t>
      </w:r>
    </w:p>
    <w:p>
      <w:pPr>
        <w:jc w:val="right"/>
      </w:pPr>
      <w:r>
        <w:t>اس میں میں نے دکھایا ہے کہ اس زمانے میں،</w:t>
      </w:r>
    </w:p>
    <w:p>
      <w:r>
        <w:rPr>
          <w:b/>
        </w:rPr>
        <w:t xml:space="preserve">[35:30] </w:t>
      </w:r>
      <w:r>
        <w:t>اس زمانے کو میں نے کہا ہے کہ یہ زمانہ جو ہے، یہ جو یہ جو age ہے،</w:t>
      </w:r>
    </w:p>
    <w:p>
      <w:pPr>
        <w:jc w:val="right"/>
      </w:pPr>
      <w:r>
        <w:t>اس زمانے کو میں نے کہا ہے کہ یہ زمانہ جو ہے، یہ جو یہ جو ایج ہے،</w:t>
      </w:r>
    </w:p>
    <w:p>
      <w:r>
        <w:rPr>
          <w:b/>
        </w:rPr>
        <w:t xml:space="preserve">[35:37] </w:t>
      </w:r>
      <w:r>
        <w:t>age of demorplation hai.</w:t>
      </w:r>
    </w:p>
    <w:p>
      <w:pPr>
        <w:jc w:val="right"/>
      </w:pPr>
      <w:r>
        <w:t>ایج اف ڈی مورپلائشن ہے۔</w:t>
      </w:r>
    </w:p>
    <w:p>
      <w:r>
        <w:rPr>
          <w:b/>
        </w:rPr>
        <w:t xml:space="preserve">[35:43] </w:t>
      </w:r>
      <w:r>
        <w:t>Present age is age of demultiplication.</w:t>
      </w:r>
    </w:p>
    <w:p>
      <w:pPr>
        <w:jc w:val="right"/>
      </w:pPr>
      <w:r>
        <w:t>پریزنٹ ایج از ایج اف ڈی مورپلائشن۔</w:t>
      </w:r>
    </w:p>
    <w:p>
      <w:r>
        <w:rPr>
          <w:b/>
        </w:rPr>
        <w:t xml:space="preserve">[35:49] </w:t>
      </w:r>
      <w:r>
        <w:t>پچھلے زمانے میں king ہوتے تھے، landlord ہوتے تھے، وہ ان کو ہر چیز میں برابری، وہ</w:t>
      </w:r>
    </w:p>
    <w:p>
      <w:pPr>
        <w:jc w:val="right"/>
      </w:pPr>
      <w:r>
        <w:t>پچھلے زمانے میں کنگ ہوتے تھے، لینڈ لارڈ ہوتے تھے، وہ ان کو ہر چیز میں برابری، وہ</w:t>
      </w:r>
    </w:p>
    <w:p>
      <w:r>
        <w:rPr>
          <w:b/>
        </w:rPr>
        <w:t xml:space="preserve">[35:56] </w:t>
      </w:r>
      <w:r>
        <w:t>privilege class, وہ privilege class ہوتے تھے۔</w:t>
      </w:r>
    </w:p>
    <w:p>
      <w:pPr>
        <w:jc w:val="right"/>
      </w:pPr>
      <w:r>
        <w:t>پریولج کلاس، وہ پریولج کلاس ہوتے تھے۔</w:t>
      </w:r>
    </w:p>
    <w:p>
      <w:r>
        <w:rPr>
          <w:b/>
        </w:rPr>
        <w:t xml:space="preserve">[36:02] </w:t>
      </w:r>
      <w:r>
        <w:t>ہر چیز ان کی مناپلی ہوتی تھی، یعنی political power ان کی مناپلی ہے، land ان کی مناپلی ہے۔</w:t>
      </w:r>
    </w:p>
    <w:p>
      <w:pPr>
        <w:jc w:val="right"/>
      </w:pPr>
      <w:r>
        <w:t>ہر چیز ان کی مناپلی ہوتی تھی، یعنی پولیٹیکل پاور ان کی مناپلی ہے، لینڈ ان کی مناپلی ہے۔</w:t>
      </w:r>
    </w:p>
    <w:p>
      <w:r>
        <w:rPr>
          <w:b/>
        </w:rPr>
        <w:t xml:space="preserve">[36:11] </w:t>
      </w:r>
      <w:r>
        <w:t>میں بتاؤں کہ ماڈرن سولائزیشن کا سب سے بڑا کارنامہ یہ ہے کہ اس نے demoralize کر</w:t>
      </w:r>
    </w:p>
    <w:p>
      <w:pPr>
        <w:jc w:val="right"/>
      </w:pPr>
      <w:r>
        <w:t>میں بتاؤں کہ ماڈرن سولائزیشن کا سب سے بڑا کارنامہ یہ ہے کہ اس نے ڈی مورپلائز کر</w:t>
      </w:r>
    </w:p>
    <w:p>
      <w:r>
        <w:rPr>
          <w:b/>
        </w:rPr>
        <w:t xml:space="preserve">[36:20] </w:t>
      </w:r>
      <w:r>
        <w:t>diya har cheez ko.</w:t>
      </w:r>
    </w:p>
    <w:p>
      <w:pPr>
        <w:jc w:val="right"/>
      </w:pPr>
      <w:r>
        <w:t>دیا ہر چیز کو۔</w:t>
      </w:r>
    </w:p>
    <w:p>
      <w:r>
        <w:rPr>
          <w:b/>
        </w:rPr>
        <w:t xml:space="preserve">[36:29] </w:t>
      </w:r>
      <w:r>
        <w:t>آج ہر چیز، ہر سب کے لیے، everything for everyone, everything for everyone.</w:t>
      </w:r>
    </w:p>
    <w:p>
      <w:pPr>
        <w:jc w:val="right"/>
      </w:pPr>
      <w:r>
        <w:t>آج ہر چیز، ہر سب کے لیے، ایوری تھنگ فار ایوری ون، ایوری تھنگ فار ایوری ون۔</w:t>
      </w:r>
    </w:p>
    <w:p>
      <w:r>
        <w:rPr>
          <w:b/>
        </w:rPr>
        <w:t xml:space="preserve">[36:38] </w:t>
      </w:r>
      <w:r>
        <w:t>تو اس زمانے میں یہ جو جس کو ہم کہتے ہیں modern civilization، modern civilization کا میری سمجھ</w:t>
      </w:r>
    </w:p>
    <w:p>
      <w:pPr>
        <w:jc w:val="right"/>
      </w:pPr>
      <w:r>
        <w:t>تو اس زمانے میں یہ جو جس کو ہم کہتے ہیں ماڈرن سولائزیشن، ماڈرن سولائزیشن کا میری سمجھ</w:t>
      </w:r>
    </w:p>
    <w:p>
      <w:r>
        <w:rPr>
          <w:b/>
        </w:rPr>
        <w:t xml:space="preserve">[36:48] </w:t>
      </w:r>
      <w:r>
        <w:t>سے سب سے بڑا جو کارنامہ ہے، وہ یہ ہے کہ اس نے monopoly کا ایج ختم کر دیا۔</w:t>
      </w:r>
    </w:p>
    <w:p>
      <w:pPr>
        <w:jc w:val="right"/>
      </w:pPr>
      <w:r>
        <w:t>سے سب سے بڑا جو کارنامہ ہے، وہ یہ ہے کہ اس نے موناپولی کا ایج ختم کر دیا۔</w:t>
      </w:r>
    </w:p>
    <w:p>
      <w:r>
        <w:rPr>
          <w:b/>
        </w:rPr>
        <w:t xml:space="preserve">[36:58] </w:t>
      </w:r>
      <w:r>
        <w:t>ہر چیز کو demoralize کر دیا۔ اب</w:t>
      </w:r>
    </w:p>
    <w:p>
      <w:pPr>
        <w:jc w:val="right"/>
      </w:pPr>
      <w:r>
        <w:t>ہر چیز کو ڈی مورپلائز کر دیا۔ اب</w:t>
      </w:r>
    </w:p>
    <w:p>
      <w:r>
        <w:rPr>
          <w:b/>
        </w:rPr>
        <w:t xml:space="preserve">[37:08] </w:t>
      </w:r>
      <w:r>
        <w:t>ab har cheez sab ke liye, then why war, then why violence, why suicide bombing. jab saare opportunities open hain tumhare liye, to opportunities ka avail karo, ladna kis liye? yaani when all the opportunities are open for you, then why fighting? you have</w:t>
      </w:r>
    </w:p>
    <w:p>
      <w:pPr>
        <w:jc w:val="right"/>
      </w:pPr>
      <w:r>
        <w:t>اب ہر چیز سب کے لیے، دین وائی وار، دین وائی وائیلنس، وائی سوسائیڈ بمبنگ۔ جب سارے اپرچونیٹیز اوپن ہیں تمہارے لیے، تو اپرچونیٹیز کا اویل کرو، لڑنا کس لیے؟ یعنی وین ال دا اپرچونیٹیز ار اوپن فار یو، دین وائی فائٹنگ؟ یو ہیو</w:t>
      </w:r>
    </w:p>
    <w:p>
      <w:r>
        <w:rPr>
          <w:b/>
        </w:rPr>
        <w:t xml:space="preserve">[37:38] </w:t>
      </w:r>
      <w:r>
        <w:t>to discover do opportunities and avail it according to plan. to mera meri study yeh hai ke modern age ne monopoly ke age khatam kardiya. monopoly ke age khatam karne ke baad duniya mein opportunity explosion</w:t>
      </w:r>
    </w:p>
    <w:p>
      <w:pPr>
        <w:jc w:val="right"/>
      </w:pPr>
      <w:r>
        <w:t>ٹو ڈسکور دو اپرچونیٹیز اینڈ اویل اٹ اکارڈنگ ٹو پلان۔ تو میرا میری سٹڈی یہ ہے کہ ماڈرن ایج نے موناپولی کے ایج ختم کر دیا۔ موناپولی کے ایج ختم کرنے کے بعد دنیا میں اپرچونیٹی ایکسپلوژن</w:t>
      </w:r>
    </w:p>
    <w:p>
      <w:r>
        <w:rPr>
          <w:b/>
        </w:rPr>
        <w:t xml:space="preserve">[38:08] </w:t>
      </w:r>
      <w:r>
        <w:t>ka daur aa gaya.</w:t>
      </w:r>
    </w:p>
    <w:p>
      <w:pPr>
        <w:jc w:val="right"/>
      </w:pPr>
      <w:r>
        <w:t>کا دور آ گیا۔</w:t>
      </w:r>
    </w:p>
    <w:p>
      <w:r>
        <w:rPr>
          <w:b/>
        </w:rPr>
        <w:t xml:space="preserve">[38:15] </w:t>
      </w:r>
      <w:r>
        <w:t>سارے opportunities explode ہو گئی۔ Opportunity explosion.</w:t>
      </w:r>
    </w:p>
    <w:p>
      <w:pPr>
        <w:jc w:val="right"/>
      </w:pPr>
      <w:r>
        <w:t>سارے اپرچونیٹیز ایکسپلوڈ ہو گئی۔ اپرچونیٹی ایکسپلوژن۔</w:t>
      </w:r>
    </w:p>
    <w:p>
      <w:r>
        <w:rPr>
          <w:b/>
        </w:rPr>
        <w:t xml:space="preserve">[38:23] </w:t>
      </w:r>
      <w:r>
        <w:t>ab kya hai? aap koi bhi, aap ko education ki field mein, industry ki field mein, politics ki</w:t>
      </w:r>
    </w:p>
    <w:p>
      <w:pPr>
        <w:jc w:val="right"/>
      </w:pPr>
      <w:r>
        <w:t>اب کیا ہے؟ آپ کوئی بھی، آپ کو ایجوکیشن کی فیلڈ میں، انڈسٹری کی فیلڈ میں، پولیٹکس کی</w:t>
      </w:r>
    </w:p>
    <w:p>
      <w:r>
        <w:rPr>
          <w:b/>
        </w:rPr>
        <w:t xml:space="preserve">[38:30] </w:t>
      </w:r>
      <w:r>
        <w:t>field mein, kisi bhi field mein aap kuch karna chahte hain, to simply aap ko karna kya hai?</w:t>
      </w:r>
    </w:p>
    <w:p>
      <w:pPr>
        <w:jc w:val="right"/>
      </w:pPr>
      <w:r>
        <w:t>فیلڈ میں، کسی بھی فیلڈ میں آپ کچھ کرنا چاہتے ہیں، تو سمپلی آپ کو کرنا کیا ہے؟</w:t>
      </w:r>
    </w:p>
    <w:p>
      <w:r>
        <w:rPr>
          <w:b/>
        </w:rPr>
        <w:t xml:space="preserve">[38:38] </w:t>
      </w:r>
      <w:r>
        <w:t>You have to discover the opportunities and by wise planning.</w:t>
      </w:r>
    </w:p>
    <w:p>
      <w:pPr>
        <w:jc w:val="right"/>
      </w:pPr>
      <w:r>
        <w:t>یو ہیو ٹو ڈسکور دا اپرچونیٹیز اینڈ بائی وائس پلاننگ۔</w:t>
      </w:r>
    </w:p>
    <w:p>
      <w:r>
        <w:rPr>
          <w:b/>
        </w:rPr>
        <w:t xml:space="preserve">[38:44] </w:t>
      </w:r>
      <w:r>
        <w:t>You have to discover the opportunities and by wise planning.</w:t>
      </w:r>
    </w:p>
    <w:p>
      <w:pPr>
        <w:jc w:val="right"/>
      </w:pPr>
      <w:r>
        <w:t>یو ہیو ٹو ڈسکور دا اپرچونیٹیز اینڈ بائی وائس پلاننگ۔</w:t>
      </w:r>
    </w:p>
    <w:p>
      <w:r>
        <w:rPr>
          <w:b/>
        </w:rPr>
        <w:t xml:space="preserve">[38:50] </w:t>
      </w:r>
      <w:r>
        <w:t>you have to avail do opportunities.</w:t>
      </w:r>
    </w:p>
    <w:p>
      <w:pPr>
        <w:jc w:val="right"/>
      </w:pPr>
      <w:r>
        <w:t>یو ہیو ٹو اویل دو اپرچونیٹیز۔</w:t>
      </w:r>
    </w:p>
    <w:p>
      <w:r>
        <w:rPr>
          <w:b/>
        </w:rPr>
        <w:t xml:space="preserve">[38:56] </w:t>
      </w:r>
      <w:r>
        <w:t>this planning will lead to success.</w:t>
      </w:r>
    </w:p>
    <w:p>
      <w:pPr>
        <w:jc w:val="right"/>
      </w:pPr>
      <w:r>
        <w:t>دس پلاننگ ول لیڈ ٹو سکسیس۔</w:t>
      </w:r>
    </w:p>
    <w:p>
      <w:r>
        <w:rPr>
          <w:b/>
        </w:rPr>
        <w:t xml:space="preserve">[39:02] </w:t>
      </w:r>
      <w:r>
        <w:t>ab peace, ab peace apne aap</w:t>
      </w:r>
    </w:p>
    <w:p>
      <w:pPr>
        <w:jc w:val="right"/>
      </w:pPr>
      <w:r>
        <w:t>اب پیس، اب پیس اپنے آپ</w:t>
      </w:r>
    </w:p>
    <w:p>
      <w:r>
        <w:rPr>
          <w:b/>
        </w:rPr>
        <w:t xml:space="preserve">[39:08] </w:t>
      </w:r>
      <w:r>
        <w:t>mein aik aik taqat ban gayi hai.</w:t>
      </w:r>
    </w:p>
    <w:p>
      <w:pPr>
        <w:jc w:val="right"/>
      </w:pPr>
      <w:r>
        <w:t>میں ایک ایک طاقت بن گئی ہے۔</w:t>
      </w:r>
    </w:p>
    <w:p>
      <w:r>
        <w:rPr>
          <w:b/>
        </w:rPr>
        <w:t xml:space="preserve">[39:14] </w:t>
      </w:r>
      <w:r>
        <w:t>Peaceful planning, you can achieve every target through peaceful planning.</w:t>
      </w:r>
    </w:p>
    <w:p>
      <w:pPr>
        <w:jc w:val="right"/>
      </w:pPr>
      <w:r>
        <w:t>پیس فل پلاننگ، یو کین اچیو ایوری ٹارگٹ تھرو پیس فل پلاننگ۔</w:t>
      </w:r>
    </w:p>
    <w:p>
      <w:r>
        <w:rPr>
          <w:b/>
        </w:rPr>
        <w:t xml:space="preserve">[39:20] </w:t>
      </w:r>
      <w:r>
        <w:t>kyunke sab cheez open ho gayi.</w:t>
      </w:r>
    </w:p>
    <w:p>
      <w:pPr>
        <w:jc w:val="right"/>
      </w:pPr>
      <w:r>
        <w:t>کیونکہ سب چیز اوپن ہو گئی۔</w:t>
      </w:r>
    </w:p>
    <w:p>
      <w:r>
        <w:rPr>
          <w:b/>
        </w:rPr>
        <w:t xml:space="preserve">[39:27] </w:t>
      </w:r>
      <w:r>
        <w:t>kuch log modern civilization ke bare mein negative hain, main hundred percent positive hoon.</w:t>
      </w:r>
    </w:p>
    <w:p>
      <w:pPr>
        <w:jc w:val="right"/>
      </w:pPr>
      <w:r>
        <w:t>کچھ لوگ ماڈرن سولائزیشن کے بارے میں نیگیٹیو ہیں، میں ہنڈرڈ پرسنٹ پازیٹیو ہوں۔</w:t>
      </w:r>
    </w:p>
    <w:p>
      <w:r>
        <w:rPr>
          <w:b/>
        </w:rPr>
        <w:t xml:space="preserve">[39:33] </w:t>
      </w:r>
      <w:r>
        <w:t>main modern civilization</w:t>
      </w:r>
    </w:p>
    <w:p>
      <w:pPr>
        <w:jc w:val="right"/>
      </w:pPr>
      <w:r>
        <w:t>میں ماڈرن سولائزیشن</w:t>
      </w:r>
    </w:p>
    <w:p>
      <w:r>
        <w:rPr>
          <w:b/>
        </w:rPr>
        <w:t xml:space="preserve">[39:39] </w:t>
      </w:r>
      <w:r>
        <w:t>ya western civilization ke bare mein hundred percent positive hoon. kyunke yeh isi ka toh karnama hai ke monopoly age aur monopoly ko khatam kardiya. yaani previous centuries mein kya tha? politics jo thi, woh monopoly thi kings ki. agriculture jo thi, woh phir monopoly thi landlords</w:t>
      </w:r>
    </w:p>
    <w:p>
      <w:pPr>
        <w:jc w:val="right"/>
      </w:pPr>
      <w:r>
        <w:t>یا ویسٹرن سولائزیشن کے بارے میں ہنڈرڈ پرسنٹ پازیٹیو ہوں۔ کیونکہ یہ اسی کا تو کارنامہ ہے کہ موناپولی ایج اور موناپولی کو ختم کر دیا۔ یعنی پریویس سینچریز میں کیا تھا؟ پولیٹکس جو تھی، وہ موناپولی تھی کنگز کی۔ ایگریکلچر جو تھی، وہ پھر موناپولی تھی لینڈ لارڈز</w:t>
      </w:r>
    </w:p>
    <w:p>
      <w:r>
        <w:rPr>
          <w:b/>
        </w:rPr>
        <w:t xml:space="preserve">[40:09] </w:t>
      </w:r>
      <w:r>
        <w:t>ki.</w:t>
      </w:r>
    </w:p>
    <w:p>
      <w:pPr>
        <w:jc w:val="right"/>
      </w:pPr>
      <w:r>
        <w:t>کی۔</w:t>
      </w:r>
    </w:p>
    <w:p>
      <w:r>
        <w:rPr>
          <w:b/>
        </w:rPr>
        <w:t xml:space="preserve">[40:16] </w:t>
      </w:r>
      <w:r>
        <w:t>yahan tak ke education jo thi, wo monopoly, wo monopoly thi religious group ki.</w:t>
      </w:r>
    </w:p>
    <w:p>
      <w:pPr>
        <w:jc w:val="right"/>
      </w:pPr>
      <w:r>
        <w:t>یہاں تک کہ ایجوکیشن جو تھی، وہ موناپولی، وہ موناپولی تھی ریلیجس گروپ کی۔</w:t>
      </w:r>
    </w:p>
    <w:p>
      <w:r>
        <w:rPr>
          <w:b/>
        </w:rPr>
        <w:t xml:space="preserve">[40:23] </w:t>
      </w:r>
      <w:r>
        <w:t>har cheez monopoly.</w:t>
      </w:r>
    </w:p>
    <w:p>
      <w:pPr>
        <w:jc w:val="right"/>
      </w:pPr>
      <w:r>
        <w:t>ہر چیز موناپولی۔</w:t>
      </w:r>
    </w:p>
    <w:p>
      <w:r>
        <w:rPr>
          <w:b/>
        </w:rPr>
        <w:t xml:space="preserve">[40:30] </w:t>
      </w:r>
      <w:r>
        <w:t>to meri samajh se western civilization ka bohat hi bara yeh karname hai ke is ne monopoly ke</w:t>
      </w:r>
    </w:p>
    <w:p>
      <w:pPr>
        <w:jc w:val="right"/>
      </w:pPr>
      <w:r>
        <w:t>تو میری سمجھ سے ویسٹرن سولائزیشن کا بہت ہی بڑا یہ کارنامہ ہے کہ اس نے موناپولی کے</w:t>
      </w:r>
    </w:p>
    <w:p>
      <w:r>
        <w:rPr>
          <w:b/>
        </w:rPr>
        <w:t xml:space="preserve">[40:36] </w:t>
      </w:r>
      <w:r>
        <w:t>age ko khatam kar diya.</w:t>
      </w:r>
    </w:p>
    <w:p>
      <w:pPr>
        <w:jc w:val="right"/>
      </w:pPr>
      <w:r>
        <w:t>ایج کو ختم کر دیا۔</w:t>
      </w:r>
    </w:p>
    <w:p>
      <w:r>
        <w:rPr>
          <w:b/>
        </w:rPr>
        <w:t xml:space="preserve">[40:43] </w:t>
      </w:r>
      <w:r>
        <w:t>ab har cheez har aik ke liye open hai.</w:t>
      </w:r>
    </w:p>
    <w:p>
      <w:pPr>
        <w:jc w:val="right"/>
      </w:pPr>
      <w:r>
        <w:t>اب ہر چیز ہر ایک کے لیے اوپن ہے۔</w:t>
      </w:r>
    </w:p>
    <w:p>
      <w:r>
        <w:rPr>
          <w:b/>
        </w:rPr>
        <w:t xml:space="preserve">[40:48] </w:t>
      </w:r>
      <w:r>
        <w:t>aap ki jo ambitions hon, aap ka jo bhi goal ho, us ke mutabiq aap wise planning, wise</w:t>
      </w:r>
    </w:p>
    <w:p>
      <w:pPr>
        <w:jc w:val="right"/>
      </w:pPr>
      <w:r>
        <w:t>آپ کی جو ایمبیشنز ہوں، آپ کا جو بھی گول ہو، اس کے مطابق آپ وائس پلاننگ، وائس</w:t>
      </w:r>
    </w:p>
    <w:p>
      <w:r>
        <w:rPr>
          <w:b/>
        </w:rPr>
        <w:t xml:space="preserve">[40:53] </w:t>
      </w:r>
      <w:r>
        <w:t>planning zaroori hai.</w:t>
      </w:r>
    </w:p>
    <w:p>
      <w:pPr>
        <w:jc w:val="right"/>
      </w:pPr>
      <w:r>
        <w:t>پلاننگ ضروری ہے۔</w:t>
      </w:r>
    </w:p>
    <w:p>
      <w:r>
        <w:rPr>
          <w:b/>
        </w:rPr>
        <w:t xml:space="preserve">[40:58] </w:t>
      </w:r>
      <w:r>
        <w:t>voice planning ka matlab hai ke woh plan jo work kare.</w:t>
      </w:r>
    </w:p>
    <w:p>
      <w:pPr>
        <w:jc w:val="right"/>
      </w:pPr>
      <w:r>
        <w:t>وائس پلاننگ کا مطلب ہے کہ وہ پلان جو ورک کرے۔</w:t>
      </w:r>
    </w:p>
    <w:p>
      <w:r>
        <w:rPr>
          <w:b/>
        </w:rPr>
        <w:t xml:space="preserve">[41:03] </w:t>
      </w:r>
      <w:r>
        <w:t>voice planning ka matlab hai ke woh plan jo work kare.</w:t>
      </w:r>
    </w:p>
    <w:p>
      <w:pPr>
        <w:jc w:val="right"/>
      </w:pPr>
      <w:r>
        <w:t>وائس پلاننگ کا مطلب ہے کہ وہ پلان جو ورک کرے۔</w:t>
      </w:r>
    </w:p>
    <w:p>
      <w:r>
        <w:rPr>
          <w:b/>
        </w:rPr>
        <w:t xml:space="preserve">[41:08] </w:t>
      </w:r>
      <w:r>
        <w:t>misal ke taur par mujhe farz karein ke yeh building banani hain, lekin mere paas na to cement ho</w:t>
      </w:r>
    </w:p>
    <w:p>
      <w:pPr>
        <w:jc w:val="right"/>
      </w:pPr>
      <w:r>
        <w:t>مثلاً مجھے فرض کیے کہ یہ بلڈنگ بنانے ہیں، لیکن میں میرے پاس نہ تو سیمنٹ ہو</w:t>
      </w:r>
    </w:p>
    <w:p>
      <w:r>
        <w:rPr>
          <w:b/>
        </w:rPr>
        <w:t xml:space="preserve">[41:13] </w:t>
      </w:r>
      <w:r>
        <w:t>, na loha ho, sirf mitti ho.</w:t>
      </w:r>
    </w:p>
    <w:p>
      <w:pPr>
        <w:jc w:val="right"/>
      </w:pPr>
      <w:r>
        <w:t>، نہ لوہا ہو، صرف مٹی ہو۔</w:t>
      </w:r>
    </w:p>
    <w:p>
      <w:r>
        <w:rPr>
          <w:b/>
        </w:rPr>
        <w:t xml:space="preserve">[41:21] </w:t>
      </w:r>
      <w:r>
        <w:t>tum bachao ke mitti par sari building khadi kar doon to woh nahi ho sakti.</w:t>
      </w:r>
    </w:p>
    <w:p>
      <w:pPr>
        <w:jc w:val="right"/>
      </w:pPr>
      <w:r>
        <w:t>تم بچاؤ کہ مٹی پر ساری بلڈنگ کھڑی کر دوں تو وہ نہیں ہو سکتی۔</w:t>
      </w:r>
    </w:p>
    <w:p>
      <w:r>
        <w:rPr>
          <w:b/>
        </w:rPr>
        <w:t xml:space="preserve">[41:29] </w:t>
      </w:r>
      <w:r>
        <w:t>to agarche yahan par aaj ki duniya mein monopoly khatam ho chuki hai aur har cheez aap ke</w:t>
      </w:r>
    </w:p>
    <w:p>
      <w:pPr>
        <w:jc w:val="right"/>
      </w:pPr>
      <w:r>
        <w:t>تو اگرچہ یہاں پر آج کی دنیا میں موناپولی ختم ہو چکی ہے اور ہر چیز آپ کے</w:t>
      </w:r>
    </w:p>
    <w:p>
      <w:r>
        <w:rPr>
          <w:b/>
        </w:rPr>
        <w:t xml:space="preserve">[41:36] </w:t>
      </w:r>
      <w:r>
        <w:t>liye available ho gayi hai, sirf peaceful planning ke liye.</w:t>
      </w:r>
    </w:p>
    <w:p>
      <w:pPr>
        <w:jc w:val="right"/>
      </w:pPr>
      <w:r>
        <w:t>لیے اویلیبل ہو گئی ہے، صرف پیس فل پلاننگ کے لیے۔</w:t>
      </w:r>
    </w:p>
    <w:p>
      <w:r>
        <w:rPr>
          <w:b/>
        </w:rPr>
        <w:t xml:space="preserve">[41:44] </w:t>
      </w:r>
      <w:r>
        <w:t>lekin planning jo honi chahiye, woh wise planning honi chahiye. wise planning woh hai jo work kare. kyunke hum ek society mein hain, bohat se logon ke beech mein hain, to jo planning work kare, wahi planning planning hai. jo planning work kare, wahi planning planning hai. warna kya? woh virtual</w:t>
      </w:r>
    </w:p>
    <w:p>
      <w:pPr>
        <w:jc w:val="right"/>
      </w:pPr>
      <w:r>
        <w:t>لیکن پلاننگ جو ہونی چاہیے، وہ وائس پلاننگ ہونی چاہیے۔ وائس پلاننگ وہ ہے جو ورک کرے۔ کیونکہ ہم ایک سوسائٹی میں ہیں، بہت سے لوگوں کے بیچ میں ہیں، تو جو پلاننگ ورک کرے، وہی پلاننگ پلاننگ ہے۔ جو پلاننگ ورک کرے، وہی پلاننگ پلاننگ ہے۔ ورنہ کیا؟ وہ ورشول</w:t>
      </w:r>
    </w:p>
    <w:p>
      <w:r>
        <w:rPr>
          <w:b/>
        </w:rPr>
        <w:t xml:space="preserve">[42:14] </w:t>
      </w:r>
      <w:r>
        <w:t>thinking hai.</w:t>
      </w:r>
    </w:p>
    <w:p>
      <w:pPr>
        <w:jc w:val="right"/>
      </w:pPr>
      <w:r>
        <w:t>تھنکنگ ہے۔</w:t>
      </w:r>
    </w:p>
    <w:p>
      <w:r>
        <w:rPr>
          <w:b/>
        </w:rPr>
        <w:t xml:space="preserve">[42:22] </w:t>
      </w:r>
      <w:r>
        <w:t>وہ جو work نہ کرے، وہ virtual thinking ہے۔</w:t>
      </w:r>
    </w:p>
    <w:p>
      <w:pPr>
        <w:jc w:val="right"/>
      </w:pPr>
      <w:r>
        <w:t>وہ جو ورک نہ کرے، وہ ورشول تھنکنگ ہے۔</w:t>
      </w:r>
    </w:p>
    <w:p>
      <w:r>
        <w:rPr>
          <w:b/>
        </w:rPr>
        <w:t xml:space="preserve">[42:29] </w:t>
      </w:r>
      <w:r>
        <w:t>virtual thinking se to koi kaam nahi ho sakta duniya mein.</w:t>
      </w:r>
    </w:p>
    <w:p>
      <w:pPr>
        <w:jc w:val="right"/>
      </w:pPr>
      <w:r>
        <w:t>ورشول تھنکنگ سے تو کوئی کام نہیں ہو سکتا دنیا میں۔</w:t>
      </w:r>
    </w:p>
    <w:p>
      <w:r>
        <w:rPr>
          <w:b/>
        </w:rPr>
        <w:t xml:space="preserve">[42:37] </w:t>
      </w:r>
      <w:r>
        <w:t>to baharhal jo meri finding hai, woh bohat zyada positive hai.</w:t>
      </w:r>
    </w:p>
    <w:p>
      <w:pPr>
        <w:jc w:val="right"/>
      </w:pPr>
      <w:r>
        <w:t>تو بہرحال جو میری فائنڈنگ ہے، وہ بہت زیادہ پازیٹیو ہے۔</w:t>
      </w:r>
    </w:p>
    <w:p>
      <w:r>
        <w:rPr>
          <w:b/>
        </w:rPr>
        <w:t xml:space="preserve">[42:44] </w:t>
      </w:r>
      <w:r>
        <w:t>modern age ko, modern civilization ko, main bohat hi zyada positive angle se dekhta hoon. aur musalmanon ke liye main ek ek likha maine kitaab mein apni "Age of Peace" mein ke musalmanon ke liye kis sense ka ek bohat bara example hai. jo meri kitaab</w:t>
      </w:r>
    </w:p>
    <w:p>
      <w:pPr>
        <w:jc w:val="right"/>
      </w:pPr>
      <w:r>
        <w:t>ماڈرن ایج کو، ماڈرن سولائزیشن کو، میں بہت ہی زیادہ پازیٹیو اینگل سے دیکھتا ہوں۔ اور مسلمانوں کے لیے میں ایک ایک لکھا میں نے کتاب میں اپنی "ایج اف پیس" میں کہ مسلمانوں کے لیے کس سینس کا ایک بہت بڑا ایگزیمپل ہے۔ جو میری کتاب</w:t>
      </w:r>
    </w:p>
    <w:p>
      <w:r>
        <w:rPr>
          <w:b/>
        </w:rPr>
        <w:t xml:space="preserve">[43:14] </w:t>
      </w:r>
      <w:r>
        <w:t>hai "Age of Peace", is ka ek chapter hai "Vatican as a Principle".</w:t>
      </w:r>
    </w:p>
    <w:p>
      <w:pPr>
        <w:jc w:val="right"/>
      </w:pPr>
      <w:r>
        <w:t>ہے "ایج اف پیس"، اس کا ایک چیپٹر ہے "ورٹیکن ایز اے پرنسپل"۔</w:t>
      </w:r>
    </w:p>
    <w:p>
      <w:r>
        <w:rPr>
          <w:b/>
        </w:rPr>
        <w:t xml:space="preserve">[43:20] </w:t>
      </w:r>
      <w:r>
        <w:t>"Vatican as a Principle".</w:t>
      </w:r>
    </w:p>
    <w:p>
      <w:pPr>
        <w:jc w:val="right"/>
      </w:pPr>
      <w:r>
        <w:t>"ورٹیکن ایز اے پرنسپل"۔</w:t>
      </w:r>
    </w:p>
    <w:p>
      <w:r>
        <w:rPr>
          <w:b/>
        </w:rPr>
        <w:t xml:space="preserve">[43:26] </w:t>
      </w:r>
      <w:r>
        <w:t>aap jante hain ke ek zamane mein tha ke jab poora Europe Pope jo hota tha, woh poore</w:t>
      </w:r>
    </w:p>
    <w:p>
      <w:pPr>
        <w:jc w:val="right"/>
      </w:pPr>
      <w:r>
        <w:t>آپ جانتے ہیں کہ ایک زمانے میں تھا کہ جب پورا یورپ پوپ جو ہوتا تھا، وہ پورے</w:t>
      </w:r>
    </w:p>
    <w:p>
      <w:r>
        <w:rPr>
          <w:b/>
        </w:rPr>
        <w:t xml:space="preserve">[43:32] </w:t>
      </w:r>
      <w:r>
        <w:t>Europe ka uncrowned, uncrowned king hota tha.</w:t>
      </w:r>
    </w:p>
    <w:p>
      <w:pPr>
        <w:jc w:val="right"/>
      </w:pPr>
      <w:r>
        <w:t>یورپ کا ان کراؤنڈ، ان کراؤنڈ کنگ ہوتا تھا۔</w:t>
      </w:r>
    </w:p>
    <w:p>
      <w:r>
        <w:rPr>
          <w:b/>
        </w:rPr>
        <w:t xml:space="preserve">[43:38] </w:t>
      </w:r>
      <w:r>
        <w:t>ek zamana tha jab Pope jo hai, Christian Pope</w:t>
      </w:r>
    </w:p>
    <w:p>
      <w:pPr>
        <w:jc w:val="right"/>
      </w:pPr>
      <w:r>
        <w:t>ایک زمانہ تھا جب پوپ جو ہے، کرسچن پوپ</w:t>
      </w:r>
    </w:p>
    <w:p>
      <w:r>
        <w:rPr>
          <w:b/>
        </w:rPr>
        <w:t xml:space="preserve">[43:44] </w:t>
      </w:r>
      <w:r>
        <w:t>, poore Europe ka uncrowned king hota tha.</w:t>
      </w:r>
    </w:p>
    <w:p>
      <w:pPr>
        <w:jc w:val="right"/>
      </w:pPr>
      <w:r>
        <w:t>، پورے یورپ کا ان کراؤنڈ کنگ ہوتا تھا۔</w:t>
      </w:r>
    </w:p>
    <w:p>
      <w:r>
        <w:rPr>
          <w:b/>
        </w:rPr>
        <w:t xml:space="preserve">[43:50] </w:t>
      </w:r>
      <w:r>
        <w:t>phir kya hua? Ghareluon ke zamane mein takrao hua.</w:t>
      </w:r>
    </w:p>
    <w:p>
      <w:pPr>
        <w:jc w:val="right"/>
      </w:pPr>
      <w:r>
        <w:t>پھر کیا ہوا؟ گھریلیوں کے زمانے میں ٹکراؤ ہوا۔</w:t>
      </w:r>
    </w:p>
    <w:p>
      <w:r>
        <w:rPr>
          <w:b/>
        </w:rPr>
        <w:t xml:space="preserve">[43:57] </w:t>
      </w:r>
      <w:r>
        <w:t>takrao hua yani Christian clergy ke beech mein aur scientists ke beech mein.</w:t>
      </w:r>
    </w:p>
    <w:p>
      <w:pPr>
        <w:jc w:val="right"/>
      </w:pPr>
      <w:r>
        <w:t>ٹکراؤ ہوا یعنی کرسچن کلرجی کے بیچ میں اور سائنٹسٹوں کے بیچ میں۔</w:t>
      </w:r>
    </w:p>
    <w:p>
      <w:r>
        <w:rPr>
          <w:b/>
        </w:rPr>
        <w:t xml:space="preserve">[44:03] </w:t>
      </w:r>
      <w:r>
        <w:t>yeh to aap jante hain ke bohat lamba qissa hai yeh.</w:t>
      </w:r>
    </w:p>
    <w:p>
      <w:pPr>
        <w:jc w:val="right"/>
      </w:pPr>
      <w:r>
        <w:t>یہ تو آپ جانتے ہیں کہ بہت لمبا قصہ ہے یہ۔</w:t>
      </w:r>
    </w:p>
    <w:p>
      <w:r>
        <w:rPr>
          <w:b/>
        </w:rPr>
        <w:t xml:space="preserve">[44:09] </w:t>
      </w:r>
      <w:r>
        <w:t>is takrao mein kuch din aisa hua, kuch violence hua,</w:t>
      </w:r>
    </w:p>
    <w:p>
      <w:pPr>
        <w:jc w:val="right"/>
      </w:pPr>
      <w:r>
        <w:t>اس ٹکراؤ میں کچھ دن ایسا ہوا، کچھ وائیلنس ہوا،</w:t>
      </w:r>
    </w:p>
    <w:p>
      <w:r>
        <w:rPr>
          <w:b/>
        </w:rPr>
        <w:t xml:space="preserve">[44:15] </w:t>
      </w:r>
      <w:r>
        <w:t>lekin bohat jald Christian community mein ek bohat hi voice planning ki.</w:t>
      </w:r>
    </w:p>
    <w:p>
      <w:pPr>
        <w:jc w:val="right"/>
      </w:pPr>
      <w:r>
        <w:t>لیکن بہت جلد کرسچن کمیونٹی میں ایک بہت ہی وائس پلاننگ کی۔</w:t>
      </w:r>
    </w:p>
    <w:p>
      <w:r>
        <w:rPr>
          <w:b/>
        </w:rPr>
        <w:t xml:space="preserve">[44:20] </w:t>
      </w:r>
      <w:r>
        <w:t>voice planning ki best example yeh hai ke Europe ke Christian jo hain, unhone ek bohat achi</w:t>
      </w:r>
    </w:p>
    <w:p>
      <w:pPr>
        <w:jc w:val="right"/>
      </w:pPr>
      <w:r>
        <w:t>وائس پلاننگ کی بیسٹ ایگزامپل یہ ہے کہ یورپ کے کرسچن جو ہیں، انہوں نے ایک بہت اچھی</w:t>
      </w:r>
    </w:p>
    <w:p>
      <w:r>
        <w:rPr>
          <w:b/>
        </w:rPr>
        <w:t xml:space="preserve">[44:25] </w:t>
      </w:r>
      <w:r>
        <w:t>voice planning ki.</w:t>
      </w:r>
    </w:p>
    <w:p>
      <w:pPr>
        <w:jc w:val="right"/>
      </w:pPr>
      <w:r>
        <w:t>وائس پلاننگ کی۔</w:t>
      </w:r>
    </w:p>
    <w:p>
      <w:r>
        <w:rPr>
          <w:b/>
        </w:rPr>
        <w:t xml:space="preserve">[44:30] </w:t>
      </w:r>
      <w:r>
        <w:t>woh kya hai? Woh Vatican, woh apne ko is ne Vatican mein samet liya.</w:t>
      </w:r>
    </w:p>
    <w:p>
      <w:pPr>
        <w:jc w:val="right"/>
      </w:pPr>
      <w:r>
        <w:t>وہ کیا ہے؟ وہ ورٹیکن، وہ اپنے کو اس نے ورٹیکن میں سمیٹ لیا۔</w:t>
      </w:r>
    </w:p>
    <w:p>
      <w:r>
        <w:rPr>
          <w:b/>
        </w:rPr>
        <w:t xml:space="preserve">[44:35] </w:t>
      </w:r>
      <w:r>
        <w:t>to aaj bhi woh Pope hai.</w:t>
      </w:r>
    </w:p>
    <w:p>
      <w:pPr>
        <w:jc w:val="right"/>
      </w:pPr>
      <w:r>
        <w:t>تو آج بھی وہ پوپ ہے۔</w:t>
      </w:r>
    </w:p>
    <w:p>
      <w:r>
        <w:rPr>
          <w:b/>
        </w:rPr>
        <w:t xml:space="preserve">[44:40] </w:t>
      </w:r>
      <w:r>
        <w:t>to is tarah</w:t>
      </w:r>
    </w:p>
    <w:p>
      <w:pPr>
        <w:jc w:val="right"/>
      </w:pPr>
      <w:r>
        <w:t>تو اس طرح</w:t>
      </w:r>
    </w:p>
    <w:p>
      <w:r>
        <w:rPr>
          <w:b/>
        </w:rPr>
        <w:t xml:space="preserve">[44:45] </w:t>
      </w:r>
      <w:r>
        <w:t>kya hua ke scientist, science jo scientist log the, un ko apna kaam karne ka moqa mil gaya.</w:t>
      </w:r>
    </w:p>
    <w:p>
      <w:pPr>
        <w:jc w:val="right"/>
      </w:pPr>
      <w:r>
        <w:t>کیا ہوا کہ سائنٹسٹ، سائن جو سائنٹسٹ لوگ تھے، ان کو اپنا کام کرنے کا موقع مل گیا۔</w:t>
      </w:r>
    </w:p>
    <w:p>
      <w:r>
        <w:rPr>
          <w:b/>
        </w:rPr>
        <w:t xml:space="preserve">[44:52] </w:t>
      </w:r>
      <w:r>
        <w:t>idhar clergy jo thi, clergy ko apna kaam karne ka moqa mil gaya. dono ko.</w:t>
      </w:r>
    </w:p>
    <w:p>
      <w:pPr>
        <w:jc w:val="right"/>
      </w:pPr>
      <w:r>
        <w:t>ادھر کلرجی جو تھی، کلرجی کو اپنا کام کرنے کا موقع مل گیا۔ دونوں کو۔</w:t>
      </w:r>
    </w:p>
    <w:p>
      <w:r>
        <w:rPr>
          <w:b/>
        </w:rPr>
        <w:t xml:space="preserve">[45:00] </w:t>
      </w:r>
      <w:r>
        <w:t>to main ne ek kitaab mein likha hai ke yeh ke is example ko musalmanon ne apnaya nahi apnaya.</w:t>
      </w:r>
    </w:p>
    <w:p>
      <w:pPr>
        <w:jc w:val="right"/>
      </w:pPr>
      <w:r>
        <w:t>تو میں نے ایک کتاب میں لکھا ہے کہ یہ کہ اس ایگزیمپل کو مسلمانوں نے اپنایا نہیں اپنایا۔</w:t>
      </w:r>
    </w:p>
    <w:p>
      <w:r>
        <w:rPr>
          <w:b/>
        </w:rPr>
        <w:t xml:space="preserve">[45:08] </w:t>
      </w:r>
      <w:r>
        <w:t>misalan turki mein jab khalifa tha, ek</w:t>
      </w:r>
    </w:p>
    <w:p>
      <w:pPr>
        <w:jc w:val="right"/>
      </w:pPr>
      <w:r>
        <w:t>مثلاً ترکی میں جب خلیفہ تھا، ایک</w:t>
      </w:r>
    </w:p>
    <w:p>
      <w:r>
        <w:rPr>
          <w:b/>
        </w:rPr>
        <w:t xml:space="preserve">[45:15] </w:t>
      </w:r>
      <w:r>
        <w:t>time aaya ke khalifa ke liye passport nahi raha ke aap poore empire ko sambhalein.</w:t>
      </w:r>
    </w:p>
    <w:p>
      <w:pPr>
        <w:jc w:val="right"/>
      </w:pPr>
      <w:r>
        <w:t>ٹائم آیا کہ خلیفہ کے لیے پاسپورٹ نہیں رہا کہ آپ پورے ایمپائر کو سنبھالیں۔</w:t>
      </w:r>
    </w:p>
    <w:p>
      <w:r>
        <w:rPr>
          <w:b/>
        </w:rPr>
        <w:t xml:space="preserve">[45:20] </w:t>
      </w:r>
      <w:r>
        <w:t>nationalism ka daur aa chuka tha.</w:t>
      </w:r>
    </w:p>
    <w:p>
      <w:pPr>
        <w:jc w:val="right"/>
      </w:pPr>
      <w:r>
        <w:t>نیشنلزم کا دور آ چکا تھا۔</w:t>
      </w:r>
    </w:p>
    <w:p>
      <w:r>
        <w:rPr>
          <w:b/>
        </w:rPr>
        <w:t xml:space="preserve">[45:26] </w:t>
      </w:r>
      <w:r>
        <w:t>nationalism ka daur aa chuka tha.</w:t>
      </w:r>
    </w:p>
    <w:p>
      <w:pPr>
        <w:jc w:val="right"/>
      </w:pPr>
      <w:r>
        <w:t>نیشنلزم کا دور آ چکا تھا۔</w:t>
      </w:r>
    </w:p>
    <w:p>
      <w:r>
        <w:rPr>
          <w:b/>
        </w:rPr>
        <w:t xml:space="preserve">[45:31] </w:t>
      </w:r>
      <w:r>
        <w:t>ab khilafat jo thi, outed ban chuki thi. outed.</w:t>
      </w:r>
    </w:p>
    <w:p>
      <w:pPr>
        <w:jc w:val="right"/>
      </w:pPr>
      <w:r>
        <w:t>اب خلافت جو تھی، آؤٹڈ بن چکی تھی۔ آؤٹڈ۔</w:t>
      </w:r>
    </w:p>
    <w:p>
      <w:r>
        <w:rPr>
          <w:b/>
        </w:rPr>
        <w:t xml:space="preserve">[45:36] </w:t>
      </w:r>
      <w:r>
        <w:t>khilafat outed ban chuki thi.</w:t>
      </w:r>
    </w:p>
    <w:p>
      <w:pPr>
        <w:jc w:val="right"/>
      </w:pPr>
      <w:r>
        <w:t>خلافت آؤٹڈ بن چکی تھی۔</w:t>
      </w:r>
    </w:p>
    <w:p>
      <w:r>
        <w:rPr>
          <w:b/>
        </w:rPr>
        <w:t xml:space="preserve">[45:42] </w:t>
      </w:r>
      <w:r>
        <w:t>agar agar khalifa ne</w:t>
      </w:r>
    </w:p>
    <w:p>
      <w:pPr>
        <w:jc w:val="right"/>
      </w:pPr>
      <w:r>
        <w:t>اگر اگر خلیفہ نے</w:t>
      </w:r>
    </w:p>
    <w:p>
      <w:r>
        <w:rPr>
          <w:b/>
        </w:rPr>
        <w:t xml:space="preserve">[45:47] </w:t>
      </w:r>
      <w:r>
        <w:t>is principle ko, yaani Vatican principle ko apnaya hota to aaj bhi khalifa maujood hota.</w:t>
      </w:r>
    </w:p>
    <w:p>
      <w:pPr>
        <w:jc w:val="right"/>
      </w:pPr>
      <w:r>
        <w:t>اس پرنسپل کو، یعنی ورٹیکن پرنسپل کو اپنایا ہوتا تو آج بھی خلیفہ موجود ہوتا۔</w:t>
      </w:r>
    </w:p>
    <w:p>
      <w:r>
        <w:rPr>
          <w:b/>
        </w:rPr>
        <w:t xml:space="preserve">[45:52] </w:t>
      </w:r>
      <w:r>
        <w:t>kaisi anokhi cheez hai.</w:t>
      </w:r>
    </w:p>
    <w:p>
      <w:pPr>
        <w:jc w:val="right"/>
      </w:pPr>
      <w:r>
        <w:t>کیسی انوکھی چیز ہے۔</w:t>
      </w:r>
    </w:p>
    <w:p>
      <w:r>
        <w:rPr>
          <w:b/>
        </w:rPr>
        <w:t xml:space="preserve">[45:58] </w:t>
      </w:r>
      <w:r>
        <w:t>yaani Vatican principle ko apnaya kar ke aaj bhi Pope isi shaan ke sath maujood hai.</w:t>
      </w:r>
    </w:p>
    <w:p>
      <w:pPr>
        <w:jc w:val="right"/>
      </w:pPr>
      <w:r>
        <w:t>یعنی ورٹیکن پرنسپل کو اپنا کر کے آج بھی پوپ اسی شان کے ساتھ موجود ہے۔</w:t>
      </w:r>
    </w:p>
    <w:p>
      <w:r>
        <w:rPr>
          <w:b/>
        </w:rPr>
        <w:t xml:space="preserve">[46:03] </w:t>
      </w:r>
      <w:r>
        <w:t>main do baar gaya hoon wahan par Vatican mein.</w:t>
      </w:r>
    </w:p>
    <w:p>
      <w:pPr>
        <w:jc w:val="right"/>
      </w:pPr>
      <w:r>
        <w:t>میں دو بار گیا ہوں وہاں پر ورٹیکن میں۔</w:t>
      </w:r>
    </w:p>
    <w:p>
      <w:r>
        <w:rPr>
          <w:b/>
        </w:rPr>
        <w:t xml:space="preserve">[46:08] </w:t>
      </w:r>
      <w:r>
        <w:t>Pope ki wahi shaan hai.</w:t>
      </w:r>
    </w:p>
    <w:p>
      <w:pPr>
        <w:jc w:val="right"/>
      </w:pPr>
      <w:r>
        <w:t>پوپ کی وہی شان ہے۔</w:t>
      </w:r>
    </w:p>
    <w:p>
      <w:r>
        <w:rPr>
          <w:b/>
        </w:rPr>
        <w:t xml:space="preserve">[46:14] </w:t>
      </w:r>
      <w:r>
        <w:t>aur khalifa khatm ho gaya.</w:t>
      </w:r>
    </w:p>
    <w:p>
      <w:pPr>
        <w:jc w:val="right"/>
      </w:pPr>
      <w:r>
        <w:t>اور خلیفہ ختم ہو گیا۔</w:t>
      </w:r>
    </w:p>
    <w:p>
      <w:r>
        <w:rPr>
          <w:b/>
        </w:rPr>
        <w:t xml:space="preserve">[46:19] </w:t>
      </w:r>
      <w:r>
        <w:t>to khalifa jo tha, woh ek bada empire tha is ka.</w:t>
      </w:r>
    </w:p>
    <w:p>
      <w:pPr>
        <w:jc w:val="right"/>
      </w:pPr>
      <w:r>
        <w:t>تو خلیفہ جو تھا، وہ ایک بڑا ایمپائر تھا اس کا۔</w:t>
      </w:r>
    </w:p>
    <w:p>
      <w:r>
        <w:rPr>
          <w:b/>
        </w:rPr>
        <w:t xml:space="preserve">[46:27] </w:t>
      </w:r>
      <w:r>
        <w:t>Asia aur Europe ke darmiyan, Africa, Asia, Africa, Europe ke ke darmiyan bohat bada empire tha is ka.</w:t>
      </w:r>
    </w:p>
    <w:p>
      <w:pPr>
        <w:jc w:val="right"/>
      </w:pPr>
      <w:r>
        <w:t>ایشیا اور یورپ کے درمیان، افریقہ، ایشیا، افریقہ، یورپ کے کے درمیان بہت بڑا ایمپائر تھا اس کا۔</w:t>
      </w:r>
    </w:p>
    <w:p>
      <w:r>
        <w:rPr>
          <w:b/>
        </w:rPr>
        <w:t xml:space="preserve">[46:34] </w:t>
      </w:r>
      <w:r>
        <w:t>lekin jab nationalism ka daur aaya duniya mein to yeh impossible ho gaya ke is empire ko qaim rakha jaye.</w:t>
      </w:r>
    </w:p>
    <w:p>
      <w:pPr>
        <w:jc w:val="right"/>
      </w:pPr>
      <w:r>
        <w:t>لیکن جب نیشنلزم کا دور آیا دنیا میں تو یہ امپاسیبل ہو گیا کہ اس ایمپائر کو قائم رکھا جائے۔</w:t>
      </w:r>
    </w:p>
    <w:p>
      <w:r>
        <w:rPr>
          <w:b/>
        </w:rPr>
        <w:t xml:space="preserve">[46:42] </w:t>
      </w:r>
      <w:r>
        <w:t>to best option Muslim khalifa ke liye kya tha? woh bhi Vatican par raazi ho jaye.</w:t>
      </w:r>
    </w:p>
    <w:p>
      <w:pPr>
        <w:jc w:val="right"/>
      </w:pPr>
      <w:r>
        <w:t>تو بیسٹ آپشن مسلم خلیفہ کے لیے کیا تھا؟ وہ بھی ورٹیکن پر راضی ہو جائے۔</w:t>
      </w:r>
    </w:p>
    <w:p>
      <w:r>
        <w:rPr>
          <w:b/>
        </w:rPr>
        <w:t xml:space="preserve">[46:50] </w:t>
      </w:r>
      <w:r>
        <w:t>to aaj bhi woh maujood hota khalifa.</w:t>
      </w:r>
    </w:p>
    <w:p>
      <w:pPr>
        <w:jc w:val="right"/>
      </w:pPr>
      <w:r>
        <w:t>تو آج بھی وہ موجود ہوتا خلیفہ۔</w:t>
      </w:r>
    </w:p>
    <w:p>
      <w:r>
        <w:rPr>
          <w:b/>
        </w:rPr>
        <w:t xml:space="preserve">[46:55] </w:t>
      </w:r>
      <w:r>
        <w:t>lekin yeh wisdom jo hai, us waqt musalmanon ko samajh mein nahi aayi.</w:t>
      </w:r>
    </w:p>
    <w:p>
      <w:pPr>
        <w:jc w:val="right"/>
      </w:pPr>
      <w:r>
        <w:t>لیکن یہ وزڈم جو ہے، اس وقت مسلمانوں کو سمجھ میں نہیں آئی۔</w:t>
      </w:r>
    </w:p>
    <w:p>
      <w:r>
        <w:rPr>
          <w:b/>
        </w:rPr>
        <w:t xml:space="preserve">[47:01] </w:t>
      </w:r>
      <w:r>
        <w:t>aur nateeja yeh hua ke khalifa khatm ho gaya.</w:t>
      </w:r>
    </w:p>
    <w:p>
      <w:pPr>
        <w:jc w:val="right"/>
      </w:pPr>
      <w:r>
        <w:t>اور نتیجہ یہ ہوا کہ خلیفہ ختم ہو گیا۔</w:t>
      </w:r>
    </w:p>
    <w:p>
      <w:r>
        <w:rPr>
          <w:b/>
        </w:rPr>
        <w:t xml:space="preserve">[47:06] </w:t>
      </w:r>
      <w:r>
        <w:t>khalifa ka title khatm ho gaya.</w:t>
      </w:r>
    </w:p>
    <w:p>
      <w:pPr>
        <w:jc w:val="right"/>
      </w:pPr>
      <w:r>
        <w:t>خلیفہ کا ٹائٹل ختم ہو گیا۔</w:t>
      </w:r>
    </w:p>
    <w:p>
      <w:r>
        <w:rPr>
          <w:b/>
        </w:rPr>
        <w:t xml:space="preserve">[47:11] </w:t>
      </w:r>
      <w:r>
        <w:t>kirschan ne apni is wisdom ki waja se pop ke title ko baqi rakha.</w:t>
      </w:r>
    </w:p>
    <w:p>
      <w:pPr>
        <w:jc w:val="right"/>
      </w:pPr>
      <w:r>
        <w:t>کرسچن نے اپنی اس وزڈم کی وجہ سے پوپ کے ٹائٹل کو باقی رکھا۔</w:t>
      </w:r>
    </w:p>
    <w:p>
      <w:r>
        <w:rPr>
          <w:b/>
        </w:rPr>
        <w:t xml:space="preserve">[47:17] </w:t>
      </w:r>
      <w:r>
        <w:t>aur musalmanon ne is wisdom, is wisdom ko na apnane ki waja se khalifa ka title hi kho diya.</w:t>
      </w:r>
    </w:p>
    <w:p>
      <w:pPr>
        <w:jc w:val="right"/>
      </w:pPr>
      <w:r>
        <w:t>اور مسلمانوں نے اس وزڈم، اس وزڈم کو نہ اپنانے کی وجہ سے خلیفہ کا ٹائٹل ہی کھو دیا۔</w:t>
      </w:r>
    </w:p>
    <w:p>
      <w:r>
        <w:rPr>
          <w:b/>
        </w:rPr>
        <w:t xml:space="preserve">[47:22] </w:t>
      </w:r>
      <w:r>
        <w:t>اب جو نہیں نہیں، آہستہ آہستہ نے خلیفہ کا ٹائٹل لے اپنایا، وہ تو وہ تو you you</w:t>
      </w:r>
    </w:p>
    <w:p>
      <w:pPr>
        <w:jc w:val="right"/>
      </w:pPr>
      <w:r>
        <w:t>اب جو نہیں نہیں، آہستہ آہستہ نے خلیفہ کا ٹائٹل لے اپنایا، وہ تو وہ تو یو یو</w:t>
      </w:r>
    </w:p>
    <w:p>
      <w:r>
        <w:rPr>
          <w:b/>
        </w:rPr>
        <w:t xml:space="preserve">[47:26] </w:t>
      </w:r>
      <w:r>
        <w:t>ایک طرح کا یو یعنی user ping ہے۔</w:t>
      </w:r>
    </w:p>
    <w:p>
      <w:pPr>
        <w:jc w:val="right"/>
      </w:pPr>
      <w:r>
        <w:t>ایک طرح کا یو یعنی یوزر پنگ ہے۔</w:t>
      </w:r>
    </w:p>
    <w:p>
      <w:r>
        <w:rPr>
          <w:b/>
        </w:rPr>
        <w:t xml:space="preserve">[47:31] </w:t>
      </w:r>
      <w:r>
        <w:t>is tarah nahi khalifa banta.</w:t>
      </w:r>
    </w:p>
    <w:p>
      <w:pPr>
        <w:jc w:val="right"/>
      </w:pPr>
      <w:r>
        <w:t>اس طرح نہیں خلیفہ بنتا۔</w:t>
      </w:r>
    </w:p>
    <w:p>
      <w:r>
        <w:rPr>
          <w:b/>
        </w:rPr>
        <w:t xml:space="preserve">[47:35] </w:t>
      </w:r>
      <w:r>
        <w:t>khalifa ek history chahta hai.</w:t>
      </w:r>
    </w:p>
    <w:p>
      <w:pPr>
        <w:jc w:val="right"/>
      </w:pPr>
      <w:r>
        <w:t>خلیفہ ایک ہسٹری چاہتا ہے۔</w:t>
      </w:r>
    </w:p>
    <w:p>
      <w:r>
        <w:rPr>
          <w:b/>
        </w:rPr>
        <w:t xml:space="preserve">[47:39] </w:t>
      </w:r>
      <w:r>
        <w:t>pop ki history ek hai.</w:t>
      </w:r>
    </w:p>
    <w:p>
      <w:pPr>
        <w:jc w:val="right"/>
      </w:pPr>
      <w:r>
        <w:t>پوپ کی ہسٹری ایک ہے۔</w:t>
      </w:r>
    </w:p>
    <w:p>
      <w:r>
        <w:rPr>
          <w:b/>
        </w:rPr>
        <w:t xml:space="preserve">[47:43] </w:t>
      </w:r>
      <w:r>
        <w:t>is history ko add kar ke pop pop ban raha hai.</w:t>
      </w:r>
    </w:p>
    <w:p>
      <w:pPr>
        <w:jc w:val="right"/>
      </w:pPr>
      <w:r>
        <w:t>اس ہسٹری کو ایڈ کر کے پوپ پوپ بن رہا ہے۔</w:t>
      </w:r>
    </w:p>
    <w:p>
      <w:r>
        <w:rPr>
          <w:b/>
        </w:rPr>
        <w:t xml:space="preserve">[47:48] </w:t>
      </w:r>
      <w:r>
        <w:t>to khalifa ka jo ek history thi, yani turk</w:t>
      </w:r>
    </w:p>
    <w:p>
      <w:pPr>
        <w:jc w:val="right"/>
      </w:pPr>
      <w:r>
        <w:t>تو خلیفہ کا جو ایک ہسٹری تھی، یعنی ترک</w:t>
      </w:r>
    </w:p>
    <w:p>
      <w:r>
        <w:rPr>
          <w:b/>
        </w:rPr>
        <w:t xml:space="preserve">[47:52] </w:t>
      </w:r>
      <w:r>
        <w:t>sh khalifa ki, wo is history se se wo khalifa khalifa banta tha.</w:t>
      </w:r>
    </w:p>
    <w:p>
      <w:pPr>
        <w:jc w:val="right"/>
      </w:pPr>
      <w:r>
        <w:t>ش خلیفہ کی، وہ اس ہسٹری سے سے وہ خلیفہ خلیفہ بنتا تھا۔</w:t>
      </w:r>
    </w:p>
    <w:p>
      <w:r>
        <w:rPr>
          <w:b/>
        </w:rPr>
        <w:t xml:space="preserve">[48:00] </w:t>
      </w:r>
      <w:r>
        <w:t>aisa nahi ke aap kahein ek ek ek declare kar dein kisi ko ye khalifa hon, use kuch nahi hoga.</w:t>
      </w:r>
    </w:p>
    <w:p>
      <w:pPr>
        <w:jc w:val="right"/>
      </w:pPr>
      <w:r>
        <w:t>ایسا نہیں کہ آپ کہیں ایک ایک ایک ڈیکلیئر کر دیں کسی کو یہ خلیفہ ہوں، اسے کچھ نہیں ہوگا۔</w:t>
      </w:r>
    </w:p>
    <w:p>
      <w:r>
        <w:rPr>
          <w:b/>
        </w:rPr>
        <w:t xml:space="preserve">[48:08] </w:t>
      </w:r>
      <w:r>
        <w:t>to wo jo historical title tha khalifa ka, us ko mere nazdeek in ko baqi rakh sakte the.</w:t>
      </w:r>
    </w:p>
    <w:p>
      <w:pPr>
        <w:jc w:val="right"/>
      </w:pPr>
      <w:r>
        <w:t>تو وہ جو ہسٹوریکل ٹائٹل تھا خلیفہ کا، اس کو میرے نزدیک ان کو باقی رکھ سکتے تھے۔</w:t>
      </w:r>
    </w:p>
    <w:p>
      <w:r>
        <w:rPr>
          <w:b/>
        </w:rPr>
        <w:t xml:space="preserve">[48:15] </w:t>
      </w:r>
      <w:r>
        <w:t>وہ اگر وہ بھی principle of virtue کو استعمال کرتے۔</w:t>
      </w:r>
    </w:p>
    <w:p>
      <w:pPr>
        <w:jc w:val="right"/>
      </w:pPr>
      <w:r>
        <w:t>وہ اگر وہ بھی پرنسپل آف ورٹیکن کو استعمال کرتے۔</w:t>
      </w:r>
    </w:p>
    <w:p>
      <w:r>
        <w:rPr>
          <w:b/>
        </w:rPr>
        <w:t xml:space="preserve">[48:23] </w:t>
      </w:r>
      <w:r>
        <w:t>بہرحال میں آخر میں یہ کہوں گا کہ پیس ہم سب کا کنسرن ہے، لیکن it required voice</w:t>
      </w:r>
    </w:p>
    <w:p>
      <w:pPr>
        <w:jc w:val="right"/>
      </w:pPr>
      <w:r>
        <w:t>بہرحال میں آخر میں یہ کہوں گا کہ پیس ہم سب کا کنسرن ہے، لیکن اٹ ریکوائرڈ وائس</w:t>
      </w:r>
    </w:p>
    <w:p>
      <w:r>
        <w:rPr>
          <w:b/>
        </w:rPr>
        <w:t xml:space="preserve">[48:33] </w:t>
      </w:r>
      <w:r>
        <w:t>planning to attain peace of society.</w:t>
      </w:r>
    </w:p>
    <w:p>
      <w:pPr>
        <w:jc w:val="right"/>
      </w:pPr>
      <w:r>
        <w:t>پلاننگ ٹو اٹینڈ پیس آف سوسائٹی۔</w:t>
      </w:r>
    </w:p>
    <w:p>
      <w:r>
        <w:rPr>
          <w:b/>
        </w:rPr>
        <w:t xml:space="preserve">[48:43] </w:t>
      </w:r>
      <w:r>
        <w:t>assalam o alaikum wa rehmatullah. okay, so</w:t>
      </w:r>
    </w:p>
    <w:p>
      <w:pPr>
        <w:jc w:val="right"/>
      </w:pPr>
      <w:r>
        <w:t>السلام علیکم ورحمۃ اللہ۔ اوکے، سو</w:t>
      </w:r>
    </w:p>
    <w:p>
      <w:r>
        <w:rPr>
          <w:b/>
        </w:rPr>
        <w:t xml:space="preserve">[48:53] </w:t>
      </w:r>
      <w:r>
        <w:t>We'll be starting with the question-answer session now.</w:t>
      </w:r>
    </w:p>
    <w:p>
      <w:pPr>
        <w:jc w:val="right"/>
      </w:pPr>
      <w:r>
        <w:t>وی بی سٹارٹنگ ود دی کوئسچن انسر سیشن ناو۔</w:t>
      </w:r>
    </w:p>
    <w:p>
      <w:r>
        <w:rPr>
          <w:b/>
        </w:rPr>
        <w:t xml:space="preserve">[48:59] </w:t>
      </w:r>
      <w:r>
        <w:t>All the online viewers are requested to send their questions on info at CPS Global</w:t>
      </w:r>
    </w:p>
    <w:p>
      <w:pPr>
        <w:jc w:val="right"/>
      </w:pPr>
      <w:r>
        <w:t>آل دی آن لائن ویوورز آر ریکویسٹڈ ٹو سینڈ دیر کوئسچنز آن انفو ایٹ سی پی ایس گلوبل</w:t>
      </w:r>
    </w:p>
    <w:p>
      <w:r>
        <w:rPr>
          <w:b/>
        </w:rPr>
        <w:t xml:space="preserve">[49:05] </w:t>
      </w:r>
      <w:r>
        <w:t>dot org.</w:t>
      </w:r>
    </w:p>
    <w:p>
      <w:pPr>
        <w:jc w:val="right"/>
      </w:pPr>
      <w:r>
        <w:t>ڈاٹ او آر جی۔</w:t>
      </w:r>
    </w:p>
    <w:p>
      <w:r>
        <w:rPr>
          <w:b/>
        </w:rPr>
        <w:t xml:space="preserve">[49:11] </w:t>
      </w:r>
      <w:r>
        <w:t>مولانا، یہ پہلا سوال آیا ہے احمد آباد سے فاروق صاحب کا، اور انہوں نے لکھا ہے: "While</w:t>
      </w:r>
    </w:p>
    <w:p>
      <w:pPr>
        <w:jc w:val="right"/>
      </w:pPr>
      <w:r>
        <w:t>مولانا، یہ پہلا سوال آیا ہے احمد آباد سے فاروق صاحب کا، اور انہوں نے لکھا ہے: "وائل</w:t>
      </w:r>
    </w:p>
    <w:p>
      <w:r>
        <w:rPr>
          <w:b/>
        </w:rPr>
        <w:t xml:space="preserve">[49:17] </w:t>
      </w:r>
      <w:r>
        <w:t>giving example of Jesus Christ saying today that a man cannot live by the bread alone, you said</w:t>
      </w:r>
    </w:p>
    <w:p>
      <w:pPr>
        <w:jc w:val="right"/>
      </w:pPr>
      <w:r>
        <w:t>گیونگ ایگزامپل آف جیسس کرائسٹ سینگ ٹوڈے دیٹ ا مین کین ناٹ لیو بائی دی بریڈ الون، یو سیڈ ٹ</w:t>
      </w:r>
    </w:p>
    <w:p>
      <w:r>
        <w:rPr>
          <w:b/>
        </w:rPr>
        <w:t xml:space="preserve">[49:23] </w:t>
      </w:r>
      <w:r>
        <w:t>we make bread as bread plus.</w:t>
      </w:r>
    </w:p>
    <w:p>
      <w:pPr>
        <w:jc w:val="right"/>
      </w:pPr>
      <w:r>
        <w:t>و میک بریڈ ایز بریڈ پلس۔</w:t>
      </w:r>
    </w:p>
    <w:p>
      <w:r>
        <w:rPr>
          <w:b/>
        </w:rPr>
        <w:t xml:space="preserve">[49:30] </w:t>
      </w:r>
      <w:r>
        <w:t>"You further said that you can develop this thinking through art of contemplation." Maulana, my question is: "How</w:t>
      </w:r>
    </w:p>
    <w:p>
      <w:pPr>
        <w:jc w:val="right"/>
      </w:pPr>
      <w:r>
        <w:t>یو فردر سیڈ دیٹ یو کین ڈویلپ دس تھنکنگ تھرو آرٹ آف کانٹمپلیشن۔" مولانا، مائی کوئسچن از: "ہاؤ</w:t>
      </w:r>
    </w:p>
    <w:p>
      <w:r>
        <w:rPr>
          <w:b/>
        </w:rPr>
        <w:t xml:space="preserve">[49:37] </w:t>
      </w:r>
      <w:r>
        <w:t>to develop this art of contemplation?" As I try to develop myself as a spiritual being, but</w:t>
      </w:r>
    </w:p>
    <w:p>
      <w:pPr>
        <w:jc w:val="right"/>
      </w:pPr>
      <w:r>
        <w:t>ٹو ڈویلپ دس آرٹ آف کانٹمپلیشن؟" ایز آئی ٹرائی ٹو ڈویلپ مائی سیلف ایز ا سپرچول بینگ، بٹ</w:t>
      </w:r>
    </w:p>
    <w:p>
      <w:r>
        <w:rPr>
          <w:b/>
        </w:rPr>
        <w:t xml:space="preserve">[49:43] </w:t>
      </w:r>
      <w:r>
        <w:t>Each time I try to do it, I fail.</w:t>
      </w:r>
    </w:p>
    <w:p>
      <w:pPr>
        <w:jc w:val="right"/>
      </w:pPr>
      <w:r>
        <w:t>ایچ ٹائم آئی ٹرائی ٹو ڈو اٹ، آئی فیل۔</w:t>
      </w:r>
    </w:p>
    <w:p>
      <w:r>
        <w:rPr>
          <w:b/>
        </w:rPr>
        <w:t xml:space="preserve">[49:50] </w:t>
      </w:r>
      <w:r>
        <w:t>what is your guidance for me?</w:t>
      </w:r>
    </w:p>
    <w:p>
      <w:pPr>
        <w:jc w:val="right"/>
      </w:pPr>
      <w:r>
        <w:t>واٹ از یور گائیڈنس فار می؟</w:t>
      </w:r>
    </w:p>
    <w:p>
      <w:r>
        <w:rPr>
          <w:b/>
        </w:rPr>
        <w:t xml:space="preserve">[49:57] </w:t>
      </w:r>
      <w:r>
        <w:t>dekhiye, by nature har aadmi ke andar ye faculty hoti hai ke wo soche, contemplate kare, aur baton ko samjhe.</w:t>
      </w:r>
    </w:p>
    <w:p>
      <w:pPr>
        <w:jc w:val="right"/>
      </w:pPr>
      <w:r>
        <w:t>دیکھیے، بائی نیچر ہر آدمی کے اندر یہ فیکلٹی ہوتی ہے کہ وہ سوچے، کنٹمپلیٹ کرے، اور باتوں کو سمجھے۔</w:t>
      </w:r>
    </w:p>
    <w:p>
      <w:r>
        <w:rPr>
          <w:b/>
        </w:rPr>
        <w:t xml:space="preserve">[50:07] </w:t>
      </w:r>
      <w:r>
        <w:t>ye to by nature hai hi hamare andar.</w:t>
      </w:r>
    </w:p>
    <w:p>
      <w:pPr>
        <w:jc w:val="right"/>
      </w:pPr>
      <w:r>
        <w:t>یہ تو بائی نیچر ہے ہی ہمارے اندر۔</w:t>
      </w:r>
    </w:p>
    <w:p>
      <w:r>
        <w:rPr>
          <w:b/>
        </w:rPr>
        <w:t xml:space="preserve">[50:17] </w:t>
      </w:r>
      <w:r>
        <w:t>lekin hota ye hai ke hum society mein rehte hain, environment mein rehte hain, to hum</w:t>
      </w:r>
    </w:p>
    <w:p>
      <w:pPr>
        <w:jc w:val="right"/>
      </w:pPr>
      <w:r>
        <w:t>لیکن ہوتا یہ ہے کہ ہم سوسائٹی میں رہتے ہیں، انوائرمنٹ میں رہتے ہیں، تو ہم</w:t>
      </w:r>
    </w:p>
    <w:p>
      <w:r>
        <w:rPr>
          <w:b/>
        </w:rPr>
        <w:t xml:space="preserve">[50:28] </w:t>
      </w:r>
      <w:r>
        <w:t>condition ho jate hain. hamara mind conditioned mind ban jata hai. yani save your self from conditioning, and you are a bond positive thinker. positive thinker to aap hain hi by birth. condition se bacha lijiye to aap bane banaye positive thinker hain.</w:t>
      </w:r>
    </w:p>
    <w:p>
      <w:pPr>
        <w:jc w:val="right"/>
      </w:pPr>
      <w:r>
        <w:t>کنڈیشن ہو جاتے ہیں۔ ہمارا مائنڈ کنڈیشنڈ مائنڈ بن جاتا ہے۔ یعنی سیو یور سیلف فرام کنڈیشننگ، اینڈ یو آر ا بونڈ پازیٹیو تھنکر۔ پازیٹیو تھنکر تو آپ ہیں ہی بائی برتھ۔ کنڈیشن سے بچا لیجئے تو آپ بنے بنائے پازیٹیو تھنکر ہیں۔</w:t>
      </w:r>
    </w:p>
    <w:p>
      <w:r>
        <w:rPr>
          <w:b/>
        </w:rPr>
        <w:t xml:space="preserve">[50:58] </w:t>
      </w:r>
      <w:r>
        <w:t>Maulana, agla sawal Bhopal se aya hai Javed sahab ka, aur unhon ne likha hai: "Maulana, you said that there is no enemy and everyone is a friend. But why is it then that Muslim clerics or leaders always talk in terms of friend and enemy? In fact, for them sometimes the whole world is an enemy to Islam. Why is there a disconnect between y</w:t>
      </w:r>
    </w:p>
    <w:p>
      <w:pPr>
        <w:jc w:val="right"/>
      </w:pPr>
      <w:r>
        <w:t>مولانا، اگلا سوال بھوپال سے آیا ہے جاوید صاحب کا، اور انہوں نے لکھا ہے: "مولانا، یو سیڈ دیٹ دیر از نو اینمی اینڈ ایوری ون از ا فرینڈ۔ بٹ وائی از اٹ دین دیٹ مسلم کلیرکس اور لیڈرز آلویز ٹاک ان ٹرمز آف فرینڈ اینڈ اینمی؟ ان فیکٹ، فار دیم سم ٹائمز دا ہول ورلڈ از این اینمی ٹو اسلام۔ وائی از دیر ا ڈسکنیکٹ بٹوین ی</w:t>
      </w:r>
    </w:p>
    <w:p>
      <w:r>
        <w:rPr>
          <w:b/>
        </w:rPr>
        <w:t xml:space="preserve">[51:28] </w:t>
      </w:r>
      <w:r>
        <w:t>"And the Muslim leaders?" Bhai dekhiye, iska saada jawab yeh hai ki main Quran ke angle</w:t>
      </w:r>
    </w:p>
    <w:p>
      <w:pPr>
        <w:jc w:val="right"/>
      </w:pPr>
      <w:r>
        <w:t>و اینڈ دا مسلم لیڈرز؟" بھئی دیکھیے، اس کا سادہ جواب یہ ہے کہ میں قرآن کے اینگل</w:t>
      </w:r>
    </w:p>
    <w:p>
      <w:r>
        <w:rPr>
          <w:b/>
        </w:rPr>
        <w:t xml:space="preserve">[51:38] </w:t>
      </w:r>
      <w:r>
        <w:t>se har cheez ko leta hoon.</w:t>
      </w:r>
    </w:p>
    <w:p>
      <w:pPr>
        <w:jc w:val="right"/>
      </w:pPr>
      <w:r>
        <w:t>سے ہر چیز کو لیتا ہوں۔</w:t>
      </w:r>
    </w:p>
    <w:p>
      <w:r>
        <w:rPr>
          <w:b/>
        </w:rPr>
        <w:t xml:space="preserve">[51:48] </w:t>
      </w:r>
      <w:r>
        <w:t>meri soch jo hai, wo quran ke angle se hoti hai, community ke angle se nahi hoti.</w:t>
      </w:r>
    </w:p>
    <w:p>
      <w:pPr>
        <w:jc w:val="right"/>
      </w:pPr>
      <w:r>
        <w:t>میری سوچ جو ہے، وہ قرآن کے اینگل سے ہوتی ہے، کمیونٹی کے اینگل سے نہیں ہوتی۔</w:t>
      </w:r>
    </w:p>
    <w:p>
      <w:r>
        <w:rPr>
          <w:b/>
        </w:rPr>
        <w:t xml:space="preserve">[51:58] </w:t>
      </w:r>
      <w:r>
        <w:t>political angle ya community angle se nahi hoti, quran ke angle se hoti hai.</w:t>
      </w:r>
    </w:p>
    <w:p>
      <w:pPr>
        <w:jc w:val="right"/>
      </w:pPr>
      <w:r>
        <w:t>پولیٹیکل اینگل یا کمیونٹی اینگل سے نہیں ہوتی، قرآن کے اینگل سے ہوتی ہے۔</w:t>
      </w:r>
    </w:p>
    <w:p>
      <w:r>
        <w:rPr>
          <w:b/>
        </w:rPr>
        <w:t xml:space="preserve">[52:06] </w:t>
      </w:r>
      <w:r>
        <w:t>to quran mein to dekhein, maine aap ayat padhi, aap ke aap ke samne ek ayat padhi</w:t>
      </w:r>
    </w:p>
    <w:p>
      <w:pPr>
        <w:jc w:val="right"/>
      </w:pPr>
      <w:r>
        <w:t>تو قرآن میں تو دیکھیں، میں نے آپ آیت پڑھی، آپ کے آپ کے سامنے ایک آیت پڑھی</w:t>
      </w:r>
    </w:p>
    <w:p>
      <w:r>
        <w:rPr>
          <w:b/>
        </w:rPr>
        <w:t xml:space="preserve">[52:13] </w:t>
      </w:r>
      <w:r>
        <w:t>جو چیپٹر 41 کی آیت تھی کہ اگر کوئی تمہیں دکھائی دیتا ہے enemy تو تم اس سے</w:t>
      </w:r>
    </w:p>
    <w:p>
      <w:pPr>
        <w:jc w:val="right"/>
      </w:pPr>
      <w:r>
        <w:t>جو چیپٹر 41 کی آیت تھی کہ اگر کوئی تمہیں دکھائی دیتا ہے اینمی تو تم اس سے</w:t>
      </w:r>
    </w:p>
    <w:p>
      <w:r>
        <w:rPr>
          <w:b/>
        </w:rPr>
        <w:t xml:space="preserve">[52:21] </w:t>
      </w:r>
      <w:r>
        <w:t>husna karo, acha sulook karo.</w:t>
      </w:r>
    </w:p>
    <w:p>
      <w:pPr>
        <w:jc w:val="right"/>
      </w:pPr>
      <w:r>
        <w:t>حسنہ کرو، اچھا سلوک کرو۔</w:t>
      </w:r>
    </w:p>
    <w:p>
      <w:r>
        <w:rPr>
          <w:b/>
        </w:rPr>
        <w:t xml:space="preserve">[52:28] </w:t>
      </w:r>
      <w:r>
        <w:t>to wo tumhara dost ban jayega.</w:t>
      </w:r>
    </w:p>
    <w:p>
      <w:pPr>
        <w:jc w:val="right"/>
      </w:pPr>
      <w:r>
        <w:t>تو وہ تمہارا دوست بن جائے گا۔</w:t>
      </w:r>
    </w:p>
    <w:p>
      <w:r>
        <w:rPr>
          <w:b/>
        </w:rPr>
        <w:t xml:space="preserve">[52:36] </w:t>
      </w:r>
      <w:r>
        <w:t>ye to quran ki ayat hai ke agar hum dekhein, yani apparently hamein dikhai de ke ye ek</w:t>
      </w:r>
    </w:p>
    <w:p>
      <w:pPr>
        <w:jc w:val="right"/>
      </w:pPr>
      <w:r>
        <w:t>یہ تو قرآن کی آیت ہے کہ اگر ہم دیکھیں، یعنی اپیرنٹلی ہمیں دکھائی دے کہ یہ ایک</w:t>
      </w:r>
    </w:p>
    <w:p>
      <w:r>
        <w:rPr>
          <w:b/>
        </w:rPr>
        <w:t xml:space="preserve">[52:44] </w:t>
      </w:r>
      <w:r>
        <w:t>enemy hai, potentially yani koi bond enemy nahi hota.</w:t>
      </w:r>
    </w:p>
    <w:p>
      <w:pPr>
        <w:jc w:val="right"/>
      </w:pPr>
      <w:r>
        <w:t>اینمی ہے، پوٹینشلی یعنی کوئی بونڈ اینمی نہیں ہوتا۔</w:t>
      </w:r>
    </w:p>
    <w:p>
      <w:r>
        <w:rPr>
          <w:b/>
        </w:rPr>
        <w:t xml:space="preserve">[52:51] </w:t>
      </w:r>
      <w:r>
        <w:t>quran mein aisi koi ayat nahin hai ke koi aadmi</w:t>
      </w:r>
    </w:p>
    <w:p>
      <w:pPr>
        <w:jc w:val="right"/>
      </w:pPr>
      <w:r>
        <w:t>قرآن میں ایسی کوئی آیت نہیں ہے کہ کوئی آدمی</w:t>
      </w:r>
    </w:p>
    <w:p>
      <w:r>
        <w:rPr>
          <w:b/>
        </w:rPr>
        <w:t xml:space="preserve">[52:59] </w:t>
      </w:r>
      <w:r>
        <w:t>bond enemy hota hai, hum us ko enemy ke roop mein dekhne lagte hain.</w:t>
      </w:r>
    </w:p>
    <w:p>
      <w:pPr>
        <w:jc w:val="right"/>
      </w:pPr>
      <w:r>
        <w:t>بونڈ اینمی ہوتا ہے، ہم اس کو اینمی کے روپ میں دیکھنے لگتے ہیں۔</w:t>
      </w:r>
    </w:p>
    <w:p>
      <w:r>
        <w:rPr>
          <w:b/>
        </w:rPr>
        <w:t xml:space="preserve">[53:06] </w:t>
      </w:r>
      <w:r>
        <w:t>to theek hai, hum us ke sath yani good behaviour karen.</w:t>
      </w:r>
    </w:p>
    <w:p>
      <w:pPr>
        <w:jc w:val="right"/>
      </w:pPr>
      <w:r>
        <w:t>تو ٹھیک ہے، ہم اس کے ساتھ یعنی گڈ بیہیویئر کریں۔</w:t>
      </w:r>
    </w:p>
    <w:p>
      <w:r>
        <w:rPr>
          <w:b/>
        </w:rPr>
        <w:t xml:space="preserve">[53:14] </w:t>
      </w:r>
      <w:r>
        <w:t>good behaviour ka matlab kya hai? yani reaction na karna aur positive response dena.</w:t>
      </w:r>
    </w:p>
    <w:p>
      <w:pPr>
        <w:jc w:val="right"/>
      </w:pPr>
      <w:r>
        <w:t>گڈ بیہیویئر کا مطلب کیا ہے؟ یعنی ری ایکشن نہ کرنا اور پازیٹیو رسپانس دینا۔</w:t>
      </w:r>
    </w:p>
    <w:p>
      <w:r>
        <w:rPr>
          <w:b/>
        </w:rPr>
        <w:t xml:space="preserve">[53:21] </w:t>
      </w:r>
      <w:r>
        <w:t>yani you have to avoid</w:t>
      </w:r>
    </w:p>
    <w:p>
      <w:pPr>
        <w:jc w:val="right"/>
      </w:pPr>
      <w:r>
        <w:t>یعنی یو ہیو ٹو اوائڈ</w:t>
      </w:r>
    </w:p>
    <w:p>
      <w:r>
        <w:rPr>
          <w:b/>
        </w:rPr>
        <w:t xml:space="preserve">[53:29] </w:t>
      </w:r>
      <w:r>
        <w:t>reaction and you have to give positive response.</w:t>
      </w:r>
    </w:p>
    <w:p>
      <w:pPr>
        <w:jc w:val="right"/>
      </w:pPr>
      <w:r>
        <w:t>ری ایکشن اینڈ یو ہیو ٹو گیو پازیٹیو رسپانس۔</w:t>
      </w:r>
    </w:p>
    <w:p>
      <w:r>
        <w:rPr>
          <w:b/>
        </w:rPr>
        <w:t xml:space="preserve">[53:33] </w:t>
      </w:r>
      <w:r>
        <w:t>bas yahi formula hai.</w:t>
      </w:r>
    </w:p>
    <w:p>
      <w:pPr>
        <w:jc w:val="right"/>
      </w:pPr>
      <w:r>
        <w:t>بس یہی فارمولا ہے۔</w:t>
      </w:r>
    </w:p>
    <w:p>
      <w:r>
        <w:rPr>
          <w:b/>
        </w:rPr>
        <w:t xml:space="preserve">[53:37] </w:t>
      </w:r>
      <w:r>
        <w:t>to koi enemy nahin dikhai dega aap ko.</w:t>
      </w:r>
    </w:p>
    <w:p>
      <w:pPr>
        <w:jc w:val="right"/>
      </w:pPr>
      <w:r>
        <w:t>تو کوئی اینمی نہیں دکھائی دے گا آپ کو۔</w:t>
      </w:r>
    </w:p>
    <w:p>
      <w:r>
        <w:rPr>
          <w:b/>
        </w:rPr>
        <w:t xml:space="preserve">[53:40] </w:t>
      </w:r>
      <w:r>
        <w:t>mujhe to koi enemy dikhai nahin tha.</w:t>
      </w:r>
    </w:p>
    <w:p>
      <w:pPr>
        <w:jc w:val="right"/>
      </w:pPr>
      <w:r>
        <w:t>مجھے تو کوئی اینمی دکھائی نہیں تھا۔</w:t>
      </w:r>
    </w:p>
    <w:p>
      <w:r>
        <w:rPr>
          <w:b/>
        </w:rPr>
        <w:t xml:space="preserve">[53:44] </w:t>
      </w:r>
      <w:r>
        <w:t>main india mein rehta hoon, main europe mein ghuma hoon, main america gaya hoon, duniya ke aksar countries</w:t>
      </w:r>
    </w:p>
    <w:p>
      <w:pPr>
        <w:jc w:val="right"/>
      </w:pPr>
      <w:r>
        <w:t>میں انڈیا میں رہتا ہوں، میں یورپ میں گھوما ہوں، میں امریکہ گیا ہوں، دنیا کے اکثر کنٹریز</w:t>
      </w:r>
    </w:p>
    <w:p>
      <w:r>
        <w:rPr>
          <w:b/>
        </w:rPr>
        <w:t xml:space="preserve">[53:48] </w:t>
      </w:r>
      <w:r>
        <w:t>mein gaya hoon, mujhe to koi dikhai nahin diya enemy.</w:t>
      </w:r>
    </w:p>
    <w:p>
      <w:pPr>
        <w:jc w:val="right"/>
      </w:pPr>
      <w:r>
        <w:t>میں گیا ہوں، مجھے تو کوئی دکھائی نہیں دیا اینمی۔</w:t>
      </w:r>
    </w:p>
    <w:p>
      <w:r>
        <w:rPr>
          <w:b/>
        </w:rPr>
        <w:t xml:space="preserve">[53:52] </w:t>
      </w:r>
      <w:r>
        <w:t>koi bhi nahin.</w:t>
      </w:r>
    </w:p>
    <w:p>
      <w:pPr>
        <w:jc w:val="right"/>
      </w:pPr>
      <w:r>
        <w:t>کوئی بھی نہیں۔</w:t>
      </w:r>
    </w:p>
    <w:p>
      <w:r>
        <w:rPr>
          <w:b/>
        </w:rPr>
        <w:t xml:space="preserve">[53:55] </w:t>
      </w:r>
      <w:r>
        <w:t>sab mujhe apne dost friend dikhai dete hain kyunke</w:t>
      </w:r>
    </w:p>
    <w:p>
      <w:pPr>
        <w:jc w:val="right"/>
      </w:pPr>
      <w:r>
        <w:t>سب مجھے اپنے دوست فرینڈ دکھائی دیتے ہیں کیونکہ</w:t>
      </w:r>
    </w:p>
    <w:p>
      <w:r>
        <w:rPr>
          <w:b/>
        </w:rPr>
        <w:t xml:space="preserve">[53:59] </w:t>
      </w:r>
      <w:r>
        <w:t>main dekhta hoon quran ke angle se.</w:t>
      </w:r>
    </w:p>
    <w:p>
      <w:pPr>
        <w:jc w:val="right"/>
      </w:pPr>
      <w:r>
        <w:t>میں دیکھتا ہوں قرآن کے اینگل سے۔</w:t>
      </w:r>
    </w:p>
    <w:p>
      <w:r>
        <w:rPr>
          <w:b/>
        </w:rPr>
        <w:t xml:space="preserve">[54:04] </w:t>
      </w:r>
      <w:r>
        <w:t>jaise rasool Allah ne kaha tha ke alaihi assalam nafsan yahudi ke liye farmaya aap ne.</w:t>
      </w:r>
    </w:p>
    <w:p>
      <w:pPr>
        <w:jc w:val="right"/>
      </w:pPr>
      <w:r>
        <w:t>جیسے رسول اللہ نے کہا تھا کہ علیہ السلام نفسا یہودی کے لیے فرمایا آپ نے۔</w:t>
      </w:r>
    </w:p>
    <w:p>
      <w:r>
        <w:rPr>
          <w:b/>
        </w:rPr>
        <w:t xml:space="preserve">[54:09] </w:t>
      </w:r>
      <w:r>
        <w:t>jis jo ke jewish community ke bare mein musalman samajhte hain ke woh enemy community hai, us ke</w:t>
      </w:r>
    </w:p>
    <w:p>
      <w:pPr>
        <w:jc w:val="right"/>
      </w:pPr>
      <w:r>
        <w:t>جس جو کے جوئش کمیونٹی کے بارے میں مسلمان سمجھتے ہیں کہ وہ اینمی کمیونٹی ہے، اس کے</w:t>
      </w:r>
    </w:p>
    <w:p>
      <w:r>
        <w:rPr>
          <w:b/>
        </w:rPr>
        <w:t xml:space="preserve">[54:14] </w:t>
      </w:r>
      <w:r>
        <w:t>bare mein rasool Allah ne farmaya: "alaihi assalam nafsan".</w:t>
      </w:r>
    </w:p>
    <w:p>
      <w:pPr>
        <w:jc w:val="right"/>
      </w:pPr>
      <w:r>
        <w:t>بارے میں رسول اللہ نے فرمایا: "علیہ السلام نفسا"۔</w:t>
      </w:r>
    </w:p>
    <w:p>
      <w:r>
        <w:rPr>
          <w:b/>
        </w:rPr>
        <w:t xml:space="preserve">[54:19] </w:t>
      </w:r>
      <w:r>
        <w:t>kya woh insaan nahin? insaan nahin ka matlab hai ke main bhi insaan, woh bhi insaan.</w:t>
      </w:r>
    </w:p>
    <w:p>
      <w:pPr>
        <w:jc w:val="right"/>
      </w:pPr>
      <w:r>
        <w:t>کیا وہ انسان نہیں؟ انسان نہیں کا معنی ہے کہ میں بھی انسان، وہ بھی انسان۔</w:t>
      </w:r>
    </w:p>
    <w:p>
      <w:r>
        <w:rPr>
          <w:b/>
        </w:rPr>
        <w:t xml:space="preserve">[54:24] </w:t>
      </w:r>
      <w:r>
        <w:t>to rasool Allah ne apply kiya</w:t>
      </w:r>
    </w:p>
    <w:p>
      <w:pPr>
        <w:jc w:val="right"/>
      </w:pPr>
      <w:r>
        <w:t>تو رسول اللہ نے اپلائی کیا</w:t>
      </w:r>
    </w:p>
    <w:p>
      <w:r>
        <w:rPr>
          <w:b/>
        </w:rPr>
        <w:t xml:space="preserve">[54:29] </w:t>
      </w:r>
      <w:r>
        <w:t>we and we ka formula, we and they ka formula aap ne istemal nahin kiya.</w:t>
      </w:r>
    </w:p>
    <w:p>
      <w:pPr>
        <w:jc w:val="right"/>
      </w:pPr>
      <w:r>
        <w:t>وی این وی کا فارمولا، وی این دے کا فارمولا آپ نے استعمال نہیں کیا۔</w:t>
      </w:r>
    </w:p>
    <w:p>
      <w:r>
        <w:rPr>
          <w:b/>
        </w:rPr>
        <w:t xml:space="preserve">[54:35] </w:t>
      </w:r>
      <w:r>
        <w:t>to mera to tareeqa yeh hai ke main quran ke mutabiq aap is par ghor kijiye.</w:t>
      </w:r>
    </w:p>
    <w:p>
      <w:pPr>
        <w:jc w:val="right"/>
      </w:pPr>
      <w:r>
        <w:t>تو میرا تو طریقہ یہ ہے کہ میں قرآن کے مطابق آپ اس پر غور کیجئے۔</w:t>
      </w:r>
    </w:p>
    <w:p>
      <w:r>
        <w:rPr>
          <w:b/>
        </w:rPr>
        <w:t xml:space="preserve">[54:41] </w:t>
      </w:r>
      <w:r>
        <w:t>rasool Allah ne jo farmaya tha ek jo ke liye: "alaihi assalam nafsan".</w:t>
      </w:r>
    </w:p>
    <w:p>
      <w:pPr>
        <w:jc w:val="right"/>
      </w:pPr>
      <w:r>
        <w:t>رسول اللہ نے جو فرمایا تھا ایک جو کے لیے: "علیہ السلام نفسا"۔</w:t>
      </w:r>
    </w:p>
    <w:p>
      <w:r>
        <w:rPr>
          <w:b/>
        </w:rPr>
        <w:t xml:space="preserve">[54:47] </w:t>
      </w:r>
      <w:r>
        <w:t>kya woh insaan nahin? is matlab ke aap ne jis formula ke istemal apply kiya yahan, woh yeh</w:t>
      </w:r>
    </w:p>
    <w:p>
      <w:pPr>
        <w:jc w:val="right"/>
      </w:pPr>
      <w:r>
        <w:t>کیا وہ انسان نہیں؟ اس معنی کہ آپ نے جس فارمولے کے استعمال اپلائی کیا یہاں، وہ یہ</w:t>
      </w:r>
    </w:p>
    <w:p>
      <w:r>
        <w:rPr>
          <w:b/>
        </w:rPr>
        <w:t xml:space="preserve">[54:54] </w:t>
      </w:r>
      <w:r>
        <w:t>تھا کہ یعنی we and we کا فارمولا۔ آج کل</w:t>
      </w:r>
    </w:p>
    <w:p>
      <w:pPr>
        <w:jc w:val="right"/>
      </w:pPr>
      <w:r>
        <w:t>تھا کہ یعنی وی این وی کا فارمولا۔ آج کل</w:t>
      </w:r>
    </w:p>
    <w:p>
      <w:r>
        <w:rPr>
          <w:b/>
        </w:rPr>
        <w:t xml:space="preserve">[55:00] </w:t>
      </w:r>
      <w:r>
        <w:t>جو لوگ ہیں، وہ we and they کا فارمولا اپلائی کرتے ہیں۔</w:t>
      </w:r>
    </w:p>
    <w:p>
      <w:pPr>
        <w:jc w:val="right"/>
      </w:pPr>
      <w:r>
        <w:t>جو لوگ ہیں، وہ وی این دے کا فارمولا اپلائی کرتے ہیں۔</w:t>
      </w:r>
    </w:p>
    <w:p>
      <w:r>
        <w:rPr>
          <w:b/>
        </w:rPr>
        <w:t xml:space="preserve">[55:06] </w:t>
      </w:r>
      <w:r>
        <w:t>yeh to quran ke khilaf hai, sunnat ke khilaf hai.</w:t>
      </w:r>
    </w:p>
    <w:p>
      <w:pPr>
        <w:jc w:val="right"/>
      </w:pPr>
      <w:r>
        <w:t>یہ تو قرآن کے خلاف ہے، سنت کے خلاف ہے۔</w:t>
      </w:r>
    </w:p>
    <w:p>
      <w:r>
        <w:rPr>
          <w:b/>
        </w:rPr>
        <w:t xml:space="preserve">[55:12] </w:t>
      </w:r>
      <w:r>
        <w:t>aap aap ya koi shakhs quran ke angle se sunnat rasool ke angle se dekhega to kahe</w:t>
      </w:r>
    </w:p>
    <w:p>
      <w:pPr>
        <w:jc w:val="right"/>
      </w:pPr>
      <w:r>
        <w:t>آپ آپ یا کوئی شخص قرآن کے اینگل سے سنت رسول کے اینگل سے دیکھے گا تو کہے</w:t>
      </w:r>
    </w:p>
    <w:p>
      <w:r>
        <w:rPr>
          <w:b/>
        </w:rPr>
        <w:t xml:space="preserve">[55:18] </w:t>
      </w:r>
      <w:r>
        <w:t>ga: "bhai jo maine jo baat kahi, woh to bilkul theek hai." maulana, agla sawal maulana iqbal</w:t>
      </w:r>
    </w:p>
    <w:p>
      <w:pPr>
        <w:jc w:val="right"/>
      </w:pPr>
      <w:r>
        <w:t>گا: "بھئی جو میں نے جو بات کہی، وہ تو بالکل ٹھیک ہے۔" مولانا، اگلا سوال مولانا اقبال</w:t>
      </w:r>
    </w:p>
    <w:p>
      <w:r>
        <w:rPr>
          <w:b/>
        </w:rPr>
        <w:t xml:space="preserve">[55:24] </w:t>
      </w:r>
      <w:r>
        <w:t>umri ka hai chennai se, aur unhon ne likha hai: "maulana, scholar log religion ko</w:t>
      </w:r>
    </w:p>
    <w:p>
      <w:pPr>
        <w:jc w:val="right"/>
      </w:pPr>
      <w:r>
        <w:t>عمری کا ہے چنئی سے، اور انہوں نے لکھا ہے: "مولانا، سکالر لوگ ریلیجن کو</w:t>
      </w:r>
    </w:p>
    <w:p>
      <w:r>
        <w:rPr>
          <w:b/>
        </w:rPr>
        <w:t xml:space="preserve">[55:30] </w:t>
      </w:r>
      <w:r>
        <w:t>we and they culture ka zimmedar thahrate hain. Aisa kyun? Kya mazhab logon ko taqseem karta hai? Is ko wazeh karein." Dekhein, mazhab aksar major major jo hai, major religion ko padha maine. Major religion mein to kahin nahi paya ke woh taqseem karta ho. Na Hinduism baant'ta, na Buddhism baant'ta, na Christianity baant'ti, na</w:t>
      </w:r>
    </w:p>
    <w:p>
      <w:pPr>
        <w:jc w:val="right"/>
      </w:pPr>
      <w:r>
        <w:t>وی این دے کلچر کا ذمہ دار ٹھہراتے ہیں۔ ایسا کیوں؟ کیا مذہب لوگوں کو تقسیم کرتا ہے؟ اس کو واضح کریں۔" دیکھیں، مذہب اکثر میجر میجر جو ہے، میجر ریلیجن کو پڑھا میں نے۔ میجر ریلیجن میں تو کہیں نہیں پایا کہ وہ تقسیم کرتا ہو۔ نہ ہندوازم بانٹتا، نہ بدھزم بانٹتا، نہ کرسچینٹی بانٹتی، نہ</w:t>
      </w:r>
    </w:p>
    <w:p>
      <w:r>
        <w:rPr>
          <w:b/>
        </w:rPr>
        <w:t xml:space="preserve">[56:00] </w:t>
      </w:r>
      <w:r>
        <w:t>Judaism baant'ta, na Islam. Koi religion mein nahi paya maine jo baant, yani jo insan ko we and they ka concept deta ho, we and we concept deta ho har religion. Jaise yeh jo maine padha, Hath Basti ka jo qaul: "Love your enemy", woh yahi to hai ji. Yani what</w:t>
      </w:r>
    </w:p>
    <w:p>
      <w:pPr>
        <w:jc w:val="right"/>
      </w:pPr>
      <w:r>
        <w:t>جرائج بانٹتا، نہ اسلام۔ کوئی ریلیجن میں نہیں پایا میں نے جو بانٹ، یعنی جو انسان کو وی این دے کا کانسیپٹ دیتا ہو، وی این وی کانسیپٹ دیتا ہو ہر ریلیجن۔ جیسے یہ جو میں نے پڑھا، ہاتھ بستی کا جو قول: "لو یور اینمی"، وہ یہی تو ہے جی۔ یعنی وا</w:t>
      </w:r>
    </w:p>
    <w:p>
      <w:r>
        <w:rPr>
          <w:b/>
        </w:rPr>
        <w:t xml:space="preserve">[56:30] </w:t>
      </w:r>
      <w:r>
        <w:t>It is love your enemy. اس کا مطلب یہ ہے کہ شاید دنیا میں کوئی اس نظر سے</w:t>
      </w:r>
    </w:p>
    <w:p>
      <w:pPr>
        <w:jc w:val="right"/>
      </w:pPr>
      <w:r>
        <w:t>ٹ از لو یور اینمی؟ اس کا مطلب یہ ہے کہ شاید دنیا میں کوئی اس نظر سے</w:t>
      </w:r>
    </w:p>
    <w:p>
      <w:r>
        <w:rPr>
          <w:b/>
        </w:rPr>
        <w:t xml:space="preserve">[56:37] </w:t>
      </w:r>
      <w:r>
        <w:t>دیکھو، اس equation کو apply کرو، VNV کا equation کو apply کرو۔</w:t>
      </w:r>
    </w:p>
    <w:p>
      <w:pPr>
        <w:jc w:val="right"/>
      </w:pPr>
      <w:r>
        <w:t>دیکھو، اس ایکویشن کو اپلائی کرو، وی این وی کا ایکویشن کو اپلائی کرو۔</w:t>
      </w:r>
    </w:p>
    <w:p>
      <w:r>
        <w:rPr>
          <w:b/>
        </w:rPr>
        <w:t xml:space="preserve">[56:43] </w:t>
      </w:r>
      <w:r>
        <w:t>yahi to hai woh.</w:t>
      </w:r>
    </w:p>
    <w:p>
      <w:pPr>
        <w:jc w:val="right"/>
      </w:pPr>
      <w:r>
        <w:t>یہی تو ہے وہ۔</w:t>
      </w:r>
    </w:p>
    <w:p>
      <w:r>
        <w:rPr>
          <w:b/>
        </w:rPr>
        <w:t xml:space="preserve">[56:49] </w:t>
      </w:r>
      <w:r>
        <w:t>yeh rasool allah ne kaha, yeh har mazhab mein hai.</w:t>
      </w:r>
    </w:p>
    <w:p>
      <w:pPr>
        <w:jc w:val="right"/>
      </w:pPr>
      <w:r>
        <w:t>یہ رسول اللہ نے کہا، یہ ہر مذہب میں ہے۔</w:t>
      </w:r>
    </w:p>
    <w:p>
      <w:r>
        <w:rPr>
          <w:b/>
        </w:rPr>
        <w:t xml:space="preserve">[56:56] </w:t>
      </w:r>
      <w:r>
        <w:t>christianity ki, judais ki, islam ki, hinduwism, hinduwism ki sab ki jo</w:t>
      </w:r>
    </w:p>
    <w:p>
      <w:pPr>
        <w:jc w:val="right"/>
      </w:pPr>
      <w:r>
        <w:t>کرسچینٹی کی، جڈائز کی، اسلام کی، ہندوازم، ہندوازم کی سب کی جو</w:t>
      </w:r>
    </w:p>
    <w:p>
      <w:r>
        <w:rPr>
          <w:b/>
        </w:rPr>
        <w:t xml:space="preserve">[57:02] </w:t>
      </w:r>
      <w:r>
        <w:t>فارمولا ہے، وہ میں میرے اپنے لفظوں میں وہ بیس کرتا ہے VNV کے اس پرنسپل</w:t>
      </w:r>
    </w:p>
    <w:p>
      <w:pPr>
        <w:jc w:val="right"/>
      </w:pPr>
      <w:r>
        <w:t>فارمولا ہے، وہ میں میرے اپنے لفظوں میں وہ بیس کرتا ہے وی این وی کے اس پرنسپل</w:t>
      </w:r>
    </w:p>
    <w:p>
      <w:r>
        <w:rPr>
          <w:b/>
        </w:rPr>
        <w:t xml:space="preserve">[57:09] </w:t>
      </w:r>
      <w:r>
        <w:t>par, we and they ke principle par nahin.</w:t>
      </w:r>
    </w:p>
    <w:p>
      <w:pPr>
        <w:jc w:val="right"/>
      </w:pPr>
      <w:r>
        <w:t>پر، وی این دے کے پرنسپل پر نہیں۔</w:t>
      </w:r>
    </w:p>
    <w:p>
      <w:r>
        <w:rPr>
          <w:b/>
        </w:rPr>
        <w:t xml:space="preserve">[57:17] </w:t>
      </w:r>
      <w:r>
        <w:t>yeh to logon ki apni apni apne mind ki soch hai, yeh mazhab ki soch nahi hai.</w:t>
      </w:r>
    </w:p>
    <w:p>
      <w:pPr>
        <w:jc w:val="right"/>
      </w:pPr>
      <w:r>
        <w:t>یہ تو لوگوں کی اپنی اپنی اپنے مائنڈ کی سوچ ہے، یہ مذہب کی سوچ نہیں ہے۔</w:t>
      </w:r>
    </w:p>
    <w:p>
      <w:r>
        <w:rPr>
          <w:b/>
        </w:rPr>
        <w:t xml:space="preserve">[57:24] </w:t>
      </w:r>
      <w:r>
        <w:t>maulana, agla sawal lene se pehle ek comment padhein ge jo mansoor sardar sahab ne bheja hai thane m</w:t>
      </w:r>
    </w:p>
    <w:p>
      <w:pPr>
        <w:jc w:val="right"/>
      </w:pPr>
      <w:r>
        <w:t>مولانا، اگلا سوال لینے سے پہلے ایک کمنٹ پڑھیں گے جو منصور سردار صاحب نے بھیجا ہے تھانے م</w:t>
      </w:r>
    </w:p>
    <w:p>
      <w:r>
        <w:rPr>
          <w:b/>
        </w:rPr>
        <w:t xml:space="preserve">[57:32] </w:t>
      </w:r>
      <w:r>
        <w:t>Mumbai se. Unhon ne likha hai: "Maulana, maine aap ki kitaab Quranic Wisdom padhi hai. Mere hisab se yeh kitaab taameer-e-shakhsiat ki ek kitaab hai, dawat ki kitaab nahi." Theek hai, aap bhai, main to dono koi farq nahi padta, dono ek hi baat hai. Yani hum dawat kis baat ki dete hain? Yahi to dete hain ke apne aap ko positive personality develop karo, develop karo. Hamari dawat kya</w:t>
      </w:r>
    </w:p>
    <w:p>
      <w:pPr>
        <w:jc w:val="right"/>
      </w:pPr>
      <w:r>
        <w:t>مبئی سے۔ انہوں نے لکھا ہے: "مولانا، میں نے آپ کی کتاب قرآنک وزڈم پڑھی ہے۔ میرے حساب سے یہ کتاب تعمیر شخصیت کی ایک کتاب ہے، دعوت کی کتاب نہیں۔" ٹھیک ہے، آپ بھائی، میں تو دونوں کوئی فرق نہیں پڑتا، دونوں ایک ہی بات ہے۔ یعنی ہم دعوت کس بات کی دیتے ہیں؟ یہی تو دیتے ہیں کہ اپنے آپ کو پازیٹیو پرسنیلٹی ڈویلپ کرو، ڈیولپ کرو۔ ہماری دعوت کیا ہے</w:t>
      </w:r>
    </w:p>
    <w:p>
      <w:r>
        <w:rPr>
          <w:b/>
        </w:rPr>
        <w:t xml:space="preserve">[58:02] </w:t>
      </w:r>
      <w:r>
        <w:t>hai? Dawat hamari political dawat nahi hai, strictly non-political hai. Hamari dawat strictly non-political hai. Hamara jo mission jo hai, strictly non-political hai. Woh yahi to hai ke apne aap ko reaction se bachao aur positive personality develop karo apne andar. To is ko chahe aap dawat kahein, tab bhi wahi baat hai. Aur jo aap lafz istemal</w:t>
      </w:r>
    </w:p>
    <w:p>
      <w:pPr>
        <w:jc w:val="right"/>
      </w:pPr>
      <w:r>
        <w:t>؟ دعوت ہماری پولیٹیکل دعوت نہیں ہے، اسٹرکٹلی نان پولیٹیکل ہے۔ ہماری دعوت اسٹرکٹلی نان پولیٹیکل ہے۔ ہمارا جو مشن جو ہے، اسٹرکٹلی نان پولیٹیکل ہے۔ وہ یہی تو ہے کہ اپنے آپ کو ری ایکشن سے بچاؤ اور پازیٹیو پرسنیلٹی ڈویلپ کرو اپنے اندر۔ تو اس کو چاہے آپ دعوت کہیں، تب بھی وہی بات ہے۔ اور جو آپ لفظ است</w:t>
      </w:r>
    </w:p>
    <w:p>
      <w:r>
        <w:rPr>
          <w:b/>
        </w:rPr>
        <w:t xml:space="preserve">[58:32] </w:t>
      </w:r>
      <w:r>
        <w:t>amal karein, woh woh kahein, tab bhi wahi baat hai.</w:t>
      </w:r>
    </w:p>
    <w:p>
      <w:pPr>
        <w:jc w:val="right"/>
      </w:pPr>
      <w:r>
        <w:t>عمال کریں، وہ وہ کہیں، تب بھی وہی بات ہے۔</w:t>
      </w:r>
    </w:p>
    <w:p>
      <w:r>
        <w:rPr>
          <w:b/>
        </w:rPr>
        <w:t xml:space="preserve">[58:38] </w:t>
      </w:r>
      <w:r>
        <w:t>mein dono mein koi farq nahi samajh pata, dono ek hi baat hai.</w:t>
      </w:r>
    </w:p>
    <w:p>
      <w:pPr>
        <w:jc w:val="right"/>
      </w:pPr>
      <w:r>
        <w:t>میں دونوں میں کوئی فرق نہیں سمجھ پاتا، دونوں ایک ہی بات ہے۔</w:t>
      </w:r>
    </w:p>
    <w:p>
      <w:r>
        <w:rPr>
          <w:b/>
        </w:rPr>
        <w:t xml:space="preserve">[58:44] </w:t>
      </w:r>
      <w:r>
        <w:t>مولانا، اگلا سوال لکھنو سے کیا ہے ظہور صاحب نے، اور ان کا سوال ہے کہ: "مولانا، today</w:t>
      </w:r>
    </w:p>
    <w:p>
      <w:pPr>
        <w:jc w:val="right"/>
      </w:pPr>
      <w:r>
        <w:t>مولانا، اگلا سوال لکھنو سے کیا ہے ظہور صاحب نے، اور ان کا سوال ہے کہ: "مولانا، ٹوڈے</w:t>
      </w:r>
    </w:p>
    <w:p>
      <w:r>
        <w:rPr>
          <w:b/>
        </w:rPr>
        <w:t xml:space="preserve">[58:50] </w:t>
      </w:r>
      <w:r>
        <w:t>You mentioned about the Vatican principle.</w:t>
      </w:r>
    </w:p>
    <w:p>
      <w:pPr>
        <w:jc w:val="right"/>
      </w:pPr>
      <w:r>
        <w:t>یو مینشنڈ اباؤٹ دا ویٹیکن پرنسپل۔</w:t>
      </w:r>
    </w:p>
    <w:p>
      <w:r>
        <w:rPr>
          <w:b/>
        </w:rPr>
        <w:t xml:space="preserve">[58:56] </w:t>
      </w:r>
      <w:r>
        <w:t>What can be the Islamic principle which should be adopted by the Muslim world today? What is your suggestion?</w:t>
      </w:r>
    </w:p>
    <w:p>
      <w:pPr>
        <w:jc w:val="right"/>
      </w:pPr>
      <w:r>
        <w:t>واٹ کین بی دا اسلامک پرنسپل وچ شوڈ بی اڈاپٹڈ بائی دا مسلم ورلڈ ٹوڈے؟ واٹ از یور سجی</w:t>
      </w:r>
    </w:p>
    <w:p>
      <w:r>
        <w:rPr>
          <w:b/>
        </w:rPr>
        <w:t xml:space="preserve">[59:02] </w:t>
      </w:r>
      <w:r>
        <w:t>"What is this?" میں تو سمجھتا ہوں کہ ویٹیکن پرنسپل ایک پریکٹیکل پرنسپل ہے، اور ہمیں ہمیشہ ایپلیکیبل ہے۔</w:t>
      </w:r>
    </w:p>
    <w:p>
      <w:pPr>
        <w:jc w:val="right"/>
      </w:pPr>
      <w:r>
        <w:t>شن ان دس؟" میں تو سمجھتا ہوں کہ ویٹیکن پرنسپل ایک پریکٹیکل پرنسپل ہے، اور ہمیں ہمیشہ ایپلیکیبل ہے۔</w:t>
      </w:r>
    </w:p>
    <w:p>
      <w:r>
        <w:rPr>
          <w:b/>
        </w:rPr>
        <w:t xml:space="preserve">[59:08] </w:t>
      </w:r>
      <w:r>
        <w:t>woh is ka taluq mazhab se nahi hai, is ka taluq law of nature se hai.</w:t>
      </w:r>
    </w:p>
    <w:p>
      <w:pPr>
        <w:jc w:val="right"/>
      </w:pPr>
      <w:r>
        <w:t>وہ اس کا تعلق مذہب سے نہیں ہے، اس کا تعلق لاء آف نیچر سے ہے۔</w:t>
      </w:r>
    </w:p>
    <w:p>
      <w:r>
        <w:rPr>
          <w:b/>
        </w:rPr>
        <w:t xml:space="preserve">[59:14] </w:t>
      </w:r>
      <w:r>
        <w:t>law of nature se.</w:t>
      </w:r>
    </w:p>
    <w:p>
      <w:pPr>
        <w:jc w:val="right"/>
      </w:pPr>
      <w:r>
        <w:t>لاء آف نیچر سے۔</w:t>
      </w:r>
    </w:p>
    <w:p>
      <w:r>
        <w:rPr>
          <w:b/>
        </w:rPr>
        <w:t xml:space="preserve">[59:20] </w:t>
      </w:r>
      <w:r>
        <w:t>rasool allah ke zamane mein aap dekhiye ke makka ke jo is zamane mein jo log makka mein</w:t>
      </w:r>
    </w:p>
    <w:p>
      <w:pPr>
        <w:jc w:val="right"/>
      </w:pPr>
      <w:r>
        <w:t>رسول اللہ کے زمانے میں آپ دیکھیے کہ مکہ کے جو اس زمانے میں جو لوگ مکہ میں</w:t>
      </w:r>
    </w:p>
    <w:p>
      <w:r>
        <w:rPr>
          <w:b/>
        </w:rPr>
        <w:t xml:space="preserve">[59:27] </w:t>
      </w:r>
      <w:r>
        <w:t>rule kar rahe the,</w:t>
      </w:r>
    </w:p>
    <w:p>
      <w:pPr>
        <w:jc w:val="right"/>
      </w:pPr>
      <w:r>
        <w:t>رول کر رہے تھے،</w:t>
      </w:r>
    </w:p>
    <w:p>
      <w:r>
        <w:rPr>
          <w:b/>
        </w:rPr>
        <w:t xml:space="preserve">[59:33] </w:t>
      </w:r>
      <w:r>
        <w:t>unhon ne kaha: "makka chhodna parega aap ko." to unhon ne kaha: "theek hai, hum chale jate</w:t>
      </w:r>
    </w:p>
    <w:p>
      <w:pPr>
        <w:jc w:val="right"/>
      </w:pPr>
      <w:r>
        <w:t>انہوں نے کہا: "مکہ چھوڑنا پڑے گا آپ کو۔" تو انہوں نے کہا: "ٹھیک ہے، ہم چلے جاتے</w:t>
      </w:r>
    </w:p>
    <w:p>
      <w:r>
        <w:rPr>
          <w:b/>
        </w:rPr>
        <w:t xml:space="preserve">[59:39] </w:t>
      </w:r>
      <w:r>
        <w:t>hain, madine se rehte hain." woh bhi to vatican tha.</w:t>
      </w:r>
    </w:p>
    <w:p>
      <w:pPr>
        <w:jc w:val="right"/>
      </w:pPr>
      <w:r>
        <w:t>ہیں، مدینے سے رہتے ہیں۔" وہ بھی تو ویٹیکن تھا۔</w:t>
      </w:r>
    </w:p>
    <w:p>
      <w:r>
        <w:rPr>
          <w:b/>
        </w:rPr>
        <w:t xml:space="preserve">[59:45] </w:t>
      </w:r>
      <w:r>
        <w:t>madina was like a vatican.</w:t>
      </w:r>
    </w:p>
    <w:p>
      <w:pPr>
        <w:jc w:val="right"/>
      </w:pPr>
      <w:r>
        <w:t>مدینہ واز لائک ا ویٹیکن۔</w:t>
      </w:r>
    </w:p>
    <w:p>
      <w:r>
        <w:rPr>
          <w:b/>
        </w:rPr>
        <w:t xml:space="preserve">[59:52] </w:t>
      </w:r>
      <w:r>
        <w:t>vatican yani pope ne pure europe ko chhod kar ke vatican mein apna seat bana liya.</w:t>
      </w:r>
    </w:p>
    <w:p>
      <w:pPr>
        <w:jc w:val="right"/>
      </w:pPr>
      <w:r>
        <w:t>ویٹیکن یعنی پوپ نے پورے یورپ کو چھوڑ کر کے ویٹیکن میں اپنا سیٹر بنا لیا۔</w:t>
      </w:r>
    </w:p>
    <w:p>
      <w:r>
        <w:rPr>
          <w:b/>
        </w:rPr>
        <w:t xml:space="preserve">[59:58] </w:t>
      </w:r>
      <w:r>
        <w:t>rasool allah sallallahu alaihi wasallam ne pure arab ko chhod kar ke madine mein seat bana liya. yani</w:t>
      </w:r>
    </w:p>
    <w:p>
      <w:pPr>
        <w:jc w:val="right"/>
      </w:pPr>
      <w:r>
        <w:t>رسول اللہ صلی اللہ علیہ وسلم نے پورے عرب کو چھوڑ کر کے مدینے میں سیٹر بنا لیا۔ یعنی</w:t>
      </w:r>
    </w:p>
    <w:p>
      <w:r>
        <w:rPr>
          <w:b/>
        </w:rPr>
        <w:t xml:space="preserve">[1:00:04] </w:t>
      </w:r>
      <w:r>
        <w:t>اس کو بتاؤں گا، Vaticanization کہیے یا principle of Vatican کے، وہ وہی تھا۔</w:t>
      </w:r>
    </w:p>
    <w:p>
      <w:pPr>
        <w:jc w:val="right"/>
      </w:pPr>
      <w:r>
        <w:t>اس کو بتاؤں گا، ویٹیکنائزیشن کہیے یا پرنسپل آف ویٹیکن کے، وہ وہی تھا۔</w:t>
      </w:r>
    </w:p>
    <w:p>
      <w:r>
        <w:rPr>
          <w:b/>
        </w:rPr>
        <w:t xml:space="preserve">[1:00:12] </w:t>
      </w:r>
      <w:r>
        <w:t>yeh to yeh law of nature hai, yeh law of nature hai.</w:t>
      </w:r>
    </w:p>
    <w:p>
      <w:pPr>
        <w:jc w:val="right"/>
      </w:pPr>
      <w:r>
        <w:t>یہ تو یہ لاء آف نیچر ہے، یہ لاء آف نیچر ہے۔</w:t>
      </w:r>
    </w:p>
    <w:p>
      <w:r>
        <w:rPr>
          <w:b/>
        </w:rPr>
        <w:t xml:space="preserve">[1:00:19] </w:t>
      </w:r>
      <w:r>
        <w:t>aur mein samajhta hoon ke yeh law of nature jo hai, secular logon ke liye bhi hai.</w:t>
      </w:r>
    </w:p>
    <w:p>
      <w:pPr>
        <w:jc w:val="right"/>
      </w:pPr>
      <w:r>
        <w:t>اور میں سمجھتا ہوں کہ یہ لاء آف نیچر جو ہے، سیکولر لوگوں کے لیے بھی ہے۔</w:t>
      </w:r>
    </w:p>
    <w:p>
      <w:r>
        <w:rPr>
          <w:b/>
        </w:rPr>
        <w:t xml:space="preserve">[1:00:27] </w:t>
      </w:r>
      <w:r>
        <w:t>What happened in Germany after the Second World War? Some</w:t>
      </w:r>
    </w:p>
    <w:p>
      <w:pPr>
        <w:jc w:val="right"/>
      </w:pPr>
      <w:r>
        <w:t>واٹ ہیپنڈ ان جرمنی افٹر دا سیکنڈ ورلڈ وار؟ سم</w:t>
      </w:r>
    </w:p>
    <w:p>
      <w:r>
        <w:rPr>
          <w:b/>
        </w:rPr>
        <w:t xml:space="preserve">[1:00:34] </w:t>
      </w:r>
      <w:r>
        <w:t>powers yani occupied east germany.</w:t>
      </w:r>
    </w:p>
    <w:p>
      <w:pPr>
        <w:jc w:val="right"/>
      </w:pPr>
      <w:r>
        <w:t>پاورز یعنی اکوپائیڈ ایسٹ جرمنی۔</w:t>
      </w:r>
    </w:p>
    <w:p>
      <w:r>
        <w:rPr>
          <w:b/>
        </w:rPr>
        <w:t xml:space="preserve">[1:00:41] </w:t>
      </w:r>
      <w:r>
        <w:t>So German leaders have no option other than to content in West Germany.</w:t>
      </w:r>
    </w:p>
    <w:p>
      <w:pPr>
        <w:jc w:val="right"/>
      </w:pPr>
      <w:r>
        <w:t>سو جرمن لیڈرز ہیو نو اپشن ادر دین ٹو ٹو کنٹینٹ ان ویسٹ جرمنی۔</w:t>
      </w:r>
    </w:p>
    <w:p>
      <w:r>
        <w:rPr>
          <w:b/>
        </w:rPr>
        <w:t xml:space="preserve">[1:00:48] </w:t>
      </w:r>
      <w:r>
        <w:t>to they accepted this formula.</w:t>
      </w:r>
    </w:p>
    <w:p>
      <w:pPr>
        <w:jc w:val="right"/>
      </w:pPr>
      <w:r>
        <w:t>تو دے ایکسیپٹڈ دس فارمولا۔</w:t>
      </w:r>
    </w:p>
    <w:p>
      <w:r>
        <w:rPr>
          <w:b/>
        </w:rPr>
        <w:t xml:space="preserve">[1:00:54] </w:t>
      </w:r>
      <w:r>
        <w:t>as was formula, also formula of vatican.</w:t>
      </w:r>
    </w:p>
    <w:p>
      <w:pPr>
        <w:jc w:val="right"/>
      </w:pPr>
      <w:r>
        <w:t>از واز فارمولا، السو فارمولا آف ویٹیکن۔</w:t>
      </w:r>
    </w:p>
    <w:p>
      <w:r>
        <w:rPr>
          <w:b/>
        </w:rPr>
        <w:t xml:space="preserve">[1:01:01] </w:t>
      </w:r>
      <w:r>
        <w:t>yani east germany ko unhon ne de diya, un ko</w:t>
      </w:r>
    </w:p>
    <w:p>
      <w:pPr>
        <w:jc w:val="right"/>
      </w:pPr>
      <w:r>
        <w:t>یعنی ایسٹ جرمنی کو انہوں نے دے دیا، ان کو</w:t>
      </w:r>
    </w:p>
    <w:p>
      <w:r>
        <w:rPr>
          <w:b/>
        </w:rPr>
        <w:t xml:space="preserve">[1:01:07] </w:t>
      </w:r>
      <w:r>
        <w:t>jo jo doosri powers thin, aur khud woh west germany mein apna development ka kaam karne lage.</w:t>
      </w:r>
    </w:p>
    <w:p>
      <w:pPr>
        <w:jc w:val="right"/>
      </w:pPr>
      <w:r>
        <w:t>جو جو دوسری پاورز تھیں، اور خود وہ ویسٹ جرمنی میں اپنا ڈیویلپمنٹ کا کام کرنے لگے۔</w:t>
      </w:r>
    </w:p>
    <w:p>
      <w:r>
        <w:rPr>
          <w:b/>
        </w:rPr>
        <w:t xml:space="preserve">[1:01:13] </w:t>
      </w:r>
      <w:r>
        <w:t>تو میں سمجھتا ہوں کہ principle of Vatican جو ہے، یہ یہ ایک بہت ہی wisdom کی بات</w:t>
      </w:r>
    </w:p>
    <w:p>
      <w:pPr>
        <w:jc w:val="right"/>
      </w:pPr>
      <w:r>
        <w:t>تو میں سمجھتا ہوں کہ پرنسپل آف ویٹیکن جو ہے، یہ یہ ایک بہت ہی وزڈم کی بات</w:t>
      </w:r>
    </w:p>
    <w:p>
      <w:r>
        <w:rPr>
          <w:b/>
        </w:rPr>
        <w:t xml:space="preserve">[1:01:19] </w:t>
      </w:r>
      <w:r>
        <w:t>ہے، اور یہ سب کے لیے، religious لوگوں کے لیے، سخت religious لوگوں اور secular لوگوں کے لیے</w:t>
      </w:r>
    </w:p>
    <w:p>
      <w:pPr>
        <w:jc w:val="right"/>
      </w:pPr>
      <w:r>
        <w:t>ہے، اور یہ سب کے لیے، لیجیس لوگوں کے لیے، سخت لیجیس لوگوں اور سیکولر لوگوں کے لیے</w:t>
      </w:r>
    </w:p>
    <w:p>
      <w:r>
        <w:rPr>
          <w:b/>
        </w:rPr>
        <w:t xml:space="preserve">[1:01:25] </w:t>
      </w:r>
      <w:r>
        <w:t>bhi hai ke yeh wahi hai.</w:t>
      </w:r>
    </w:p>
    <w:p>
      <w:pPr>
        <w:jc w:val="right"/>
      </w:pPr>
      <w:r>
        <w:t>بھی ہے کہ یہ وہی ہے۔</w:t>
      </w:r>
    </w:p>
    <w:p>
      <w:r>
        <w:rPr>
          <w:b/>
        </w:rPr>
        <w:t xml:space="preserve">[1:01:32] </w:t>
      </w:r>
      <w:r>
        <w:t>doosre lafzon mein</w:t>
      </w:r>
    </w:p>
    <w:p>
      <w:pPr>
        <w:jc w:val="right"/>
      </w:pPr>
      <w:r>
        <w:t>دوسرے لفظوں میں</w:t>
      </w:r>
    </w:p>
    <w:p>
      <w:r>
        <w:rPr>
          <w:b/>
        </w:rPr>
        <w:t xml:space="preserve">[1:01:38] </w:t>
      </w:r>
      <w:r>
        <w:t>کہ: "Politics is the art of the possible." جو پاسیبل ہے، اس پر راضی ہو جاؤ۔</w:t>
      </w:r>
    </w:p>
    <w:p>
      <w:pPr>
        <w:jc w:val="right"/>
      </w:pPr>
      <w:r>
        <w:t>کہ: "پارٹی از دا ارٹ آف آف دا پاسیبل۔" جو پاسیبل ہے، اس پر راضی ہو جاؤ۔</w:t>
      </w:r>
    </w:p>
    <w:p>
      <w:r>
        <w:rPr>
          <w:b/>
        </w:rPr>
        <w:t xml:space="preserve">[1:01:44] </w:t>
      </w:r>
      <w:r>
        <w:t>yani vaitikan prinsipal ka matlab hai jo pracktically jo paasebal hai, us par raazi ho jao.</w:t>
      </w:r>
    </w:p>
    <w:p>
      <w:pPr>
        <w:jc w:val="right"/>
      </w:pPr>
      <w:r>
        <w:t>یعنی ویٹیکن پرنسپل کا مطلب ہے جو پریکٹیکلی جو پاسیبل ہے، اس پر راضی ہو جاؤ۔</w:t>
      </w:r>
    </w:p>
    <w:p>
      <w:r>
        <w:rPr>
          <w:b/>
        </w:rPr>
        <w:t xml:space="preserve">[1:01:51] </w:t>
      </w:r>
      <w:r>
        <w:t>dekhen, is ka yani itna achha example kirschan ne diya hai.</w:t>
      </w:r>
    </w:p>
    <w:p>
      <w:pPr>
        <w:jc w:val="right"/>
      </w:pPr>
      <w:r>
        <w:t>دیکھیں، اس کا یعنی اتنا اچھا ایگزیمپل کرسچن نے دیا ہے۔</w:t>
      </w:r>
    </w:p>
    <w:p>
      <w:r>
        <w:rPr>
          <w:b/>
        </w:rPr>
        <w:t xml:space="preserve">[1:01:57] </w:t>
      </w:r>
      <w:r>
        <w:t>main main yeh kahunga itna achha example ke poore Europe mein un ki dab dabe tha, us ko</w:t>
      </w:r>
    </w:p>
    <w:p>
      <w:pPr>
        <w:jc w:val="right"/>
      </w:pPr>
      <w:r>
        <w:t>میں میں یہ کہوں گا اتنا اچھا ایگزیمپل کہ پورے یورپ میں ان کی دبدبہ تھا، اس کو</w:t>
      </w:r>
    </w:p>
    <w:p>
      <w:r>
        <w:rPr>
          <w:b/>
        </w:rPr>
        <w:t xml:space="preserve">[1:02:04] </w:t>
      </w:r>
      <w:r>
        <w:t>chhod kar ke vaitikan par raazi ho gaye,</w:t>
      </w:r>
    </w:p>
    <w:p>
      <w:pPr>
        <w:jc w:val="right"/>
      </w:pPr>
      <w:r>
        <w:t>چھوڑ کر کے ویٹیکن پر راضی ہو گئے،</w:t>
      </w:r>
    </w:p>
    <w:p>
      <w:r>
        <w:rPr>
          <w:b/>
        </w:rPr>
        <w:t xml:space="preserve">[1:02:10] </w:t>
      </w:r>
      <w:r>
        <w:t>jo shayad 110 ekad hai ghaliban.</w:t>
      </w:r>
    </w:p>
    <w:p>
      <w:pPr>
        <w:jc w:val="right"/>
      </w:pPr>
      <w:r>
        <w:t>جو شاید 110 ایکڑ ہے غالباً۔</w:t>
      </w:r>
    </w:p>
    <w:p>
      <w:r>
        <w:rPr>
          <w:b/>
        </w:rPr>
        <w:t xml:space="preserve">[1:02:16] </w:t>
      </w:r>
      <w:r>
        <w:t>to main samajhta hoon ke yeh prinsipal aik law of nature pe base karta hai, aur yeh secular</w:t>
      </w:r>
    </w:p>
    <w:p>
      <w:pPr>
        <w:jc w:val="right"/>
      </w:pPr>
      <w:r>
        <w:t>تو میں سمجھتا ہوں کہ یہ پرنسپل ایک لاء آف نیچر پہ بیس کرتا ہے، اور یہ سیکولر</w:t>
      </w:r>
    </w:p>
    <w:p>
      <w:r>
        <w:rPr>
          <w:b/>
        </w:rPr>
        <w:t xml:space="preserve">[1:02:22] </w:t>
      </w:r>
      <w:r>
        <w:t>logon ke liye bhi hai, lejis logon ke liye bhi hai, sab ke liye.</w:t>
      </w:r>
    </w:p>
    <w:p>
      <w:pPr>
        <w:jc w:val="right"/>
      </w:pPr>
      <w:r>
        <w:t>لوگوں کے لیے بھی ہے، لیجیس لوگوں کے لیے بھی ہے، سب کے لیے۔</w:t>
      </w:r>
    </w:p>
    <w:p>
      <w:r>
        <w:rPr>
          <w:b/>
        </w:rPr>
        <w:t xml:space="preserve">[1:02:28] </w:t>
      </w:r>
      <w:r>
        <w:t>lekin is ka aik bohat hi historical example chounke vaitikan hai, is liye main is ko refer kiya.</w:t>
      </w:r>
    </w:p>
    <w:p>
      <w:pPr>
        <w:jc w:val="right"/>
      </w:pPr>
      <w:r>
        <w:t>لیکن اس کا ایک بہت ہی ہسٹوریکل ایگزیمپل چونکہ ویٹیکن ہے، اس لیے میں اس کو ریفر کیا۔</w:t>
      </w:r>
    </w:p>
    <w:p>
      <w:r>
        <w:rPr>
          <w:b/>
        </w:rPr>
        <w:t xml:space="preserve">[1:02:34] </w:t>
      </w:r>
      <w:r>
        <w:t>maulana, agla sawal lene se pehle aik</w:t>
      </w:r>
    </w:p>
    <w:p>
      <w:pPr>
        <w:jc w:val="right"/>
      </w:pPr>
      <w:r>
        <w:t>مولانا، اگلا سوال لینے سے پہلے ایک</w:t>
      </w:r>
    </w:p>
    <w:p>
      <w:r>
        <w:rPr>
          <w:b/>
        </w:rPr>
        <w:t xml:space="preserve">[1:02:40] </w:t>
      </w:r>
      <w:r>
        <w:t>comment parhna chahenge jo doctor safina tabassum ne bheja hai ajmer se.</w:t>
      </w:r>
    </w:p>
    <w:p>
      <w:pPr>
        <w:jc w:val="right"/>
      </w:pPr>
      <w:r>
        <w:t>کمنٹ پڑھنا چاہیں گے جو ڈاکٹر سفینہ تبسم نے بھیجا ہے اجمیر سے۔</w:t>
      </w:r>
    </w:p>
    <w:p>
      <w:r>
        <w:rPr>
          <w:b/>
        </w:rPr>
        <w:t xml:space="preserve">[1:02:46] </w:t>
      </w:r>
      <w:r>
        <w:t>انہوں نے لکھا ہے: "مولانا صاحب، today you have given a complete solution for all the problems at</w:t>
      </w:r>
    </w:p>
    <w:p>
      <w:pPr>
        <w:jc w:val="right"/>
      </w:pPr>
      <w:r>
        <w:t>انہوں نے لکھا ہے: "مولانا صاحب، ٹوڈے یو ہیو گیون ا کمپلیٹ سولیوشن فار ال دی پرابلمز ایٹ</w:t>
      </w:r>
    </w:p>
    <w:p>
      <w:r>
        <w:rPr>
          <w:b/>
        </w:rPr>
        <w:t xml:space="preserve">[1:02:52] </w:t>
      </w:r>
      <w:r>
        <w:t>on individual level and also at level of the society.</w:t>
      </w:r>
    </w:p>
    <w:p>
      <w:pPr>
        <w:jc w:val="right"/>
      </w:pPr>
      <w:r>
        <w:t>ان انڈیویجول لیول اینڈ السو ایٹ لیول اف دا سوسائٹی۔</w:t>
      </w:r>
    </w:p>
    <w:p>
      <w:r>
        <w:rPr>
          <w:b/>
        </w:rPr>
        <w:t xml:space="preserve">[1:02:58] </w:t>
      </w:r>
      <w:r>
        <w:t>I just hope and pray to God that He may guide us to follow this path.</w:t>
      </w:r>
    </w:p>
    <w:p>
      <w:pPr>
        <w:jc w:val="right"/>
      </w:pPr>
      <w:r>
        <w:t>ائی جسٹ ہوپ اینڈ پری ٹو گاڈ دیٹ ہی می گائیڈ اس ٹو فالو دس پاتھ۔</w:t>
      </w:r>
    </w:p>
    <w:p>
      <w:r>
        <w:rPr>
          <w:b/>
        </w:rPr>
        <w:t xml:space="preserve">[1:03:04] </w:t>
      </w:r>
      <w:r>
        <w:t>No complaints will be left at individual level and no violence will</w:t>
      </w:r>
    </w:p>
    <w:p>
      <w:pPr>
        <w:jc w:val="right"/>
      </w:pPr>
      <w:r>
        <w:t>نو کمپلینٹس ول بی لیفٹ ایٹ انڈیویجول لیول اینڈ نو وائلنس ول</w:t>
      </w:r>
    </w:p>
    <w:p>
      <w:r>
        <w:rPr>
          <w:b/>
        </w:rPr>
        <w:t xml:space="preserve">[1:03:10] </w:t>
      </w:r>
      <w:r>
        <w:t>ever aker in da society." Maulana, agla sawal.</w:t>
      </w:r>
    </w:p>
    <w:p>
      <w:pPr>
        <w:jc w:val="right"/>
      </w:pPr>
      <w:r>
        <w:t>ایور اکر ان دا سوسائٹی۔" مولانا، اگلا سوال۔</w:t>
      </w:r>
    </w:p>
    <w:p>
      <w:r>
        <w:rPr>
          <w:b/>
        </w:rPr>
        <w:t xml:space="preserve">[1:03:18] </w:t>
      </w:r>
      <w:r>
        <w:t>agla sawal zaheer sahib ne kiya hai indore se, aur unhon ne likha hai: "Maulana, you give a</w:t>
      </w:r>
    </w:p>
    <w:p>
      <w:pPr>
        <w:jc w:val="right"/>
      </w:pPr>
      <w:r>
        <w:t>اگلا سوال ظہیر صاحب نے کیا ہے انڈور سے، اور انہوں نے لکھا ہے: "مولانا، یو گیو ا</w:t>
      </w:r>
    </w:p>
    <w:p>
      <w:r>
        <w:rPr>
          <w:b/>
        </w:rPr>
        <w:t xml:space="preserve">[1:03:25] </w:t>
      </w:r>
      <w:r>
        <w:t>good formula for individual life tode.</w:t>
      </w:r>
    </w:p>
    <w:p>
      <w:pPr>
        <w:jc w:val="right"/>
      </w:pPr>
      <w:r>
        <w:t>گڈ فارمولا فار انڈیویجول لائف ٹوڈے۔</w:t>
      </w:r>
    </w:p>
    <w:p>
      <w:r>
        <w:rPr>
          <w:b/>
        </w:rPr>
        <w:t xml:space="preserve">[1:03:33] </w:t>
      </w:r>
      <w:r>
        <w:t>I have one more question, and that is: How can bad desires be controlled? I try to con</w:t>
      </w:r>
    </w:p>
    <w:p>
      <w:pPr>
        <w:jc w:val="right"/>
      </w:pPr>
      <w:r>
        <w:t>ائی ہیو ون مور کوئسچن، اینڈ دیٹ از: ہاؤ کین بیڈ ڈیزائرز بی کنٹرولڈ؟ ائی ٹرائی ٹو کن</w:t>
      </w:r>
    </w:p>
    <w:p>
      <w:r>
        <w:rPr>
          <w:b/>
        </w:rPr>
        <w:t xml:space="preserve">[1:03:41] </w:t>
      </w:r>
      <w:r>
        <w:t>trol, but I fail. Please give me a formula by which I can control bad desires in me." The formula is very simple: "See everything in terms of result." "See everything in terms of result." Jitni bad desire hai, aap sochiye, in sab ka result negative nikalta</w:t>
      </w:r>
    </w:p>
    <w:p>
      <w:pPr>
        <w:jc w:val="right"/>
      </w:pPr>
      <w:r>
        <w:t>ٹرول، بٹ ائی فیل۔ پلیز گیو می ا فارمولا بائے وچ ائی کین کنٹرول بیڈ ڈیزائرز ان می۔" دا فارمولا از ویری سمپل: "سی ایوری تھنگ ان ٹرمز اف رزلٹ۔" "سی ایوری تھنگ ان ٹرمز اف رزلٹ۔" جتنی بیڈ ڈیزائر ہے، آپ سوچیے، ان سب کا رزلٹ نیگیٹیو نکلتا</w:t>
      </w:r>
    </w:p>
    <w:p>
      <w:r>
        <w:rPr>
          <w:b/>
        </w:rPr>
        <w:t xml:space="preserve">[1:04:11] </w:t>
      </w:r>
      <w:r>
        <w:t>hai.</w:t>
      </w:r>
    </w:p>
    <w:p>
      <w:pPr>
        <w:jc w:val="right"/>
      </w:pPr>
      <w:r>
        <w:t>ہے۔</w:t>
      </w:r>
    </w:p>
    <w:p>
      <w:r>
        <w:rPr>
          <w:b/>
        </w:rPr>
        <w:t xml:space="preserve">[1:04:18] </w:t>
      </w:r>
      <w:r>
        <w:t>jitni bhi bed desire hai, un sab un sab ka result jo hai, matlab ulta nikalta hai.</w:t>
      </w:r>
    </w:p>
    <w:p>
      <w:pPr>
        <w:jc w:val="right"/>
      </w:pPr>
      <w:r>
        <w:t>جتنی بھی بیڈ ڈیزائر ہے، ان سب ان سب کا رزلٹ جو ہے، مطلب الٹا نکلتا ہے۔</w:t>
      </w:r>
    </w:p>
    <w:p>
      <w:r>
        <w:rPr>
          <w:b/>
        </w:rPr>
        <w:t xml:space="preserve">[1:04:26] </w:t>
      </w:r>
      <w:r>
        <w:t>to jab jab aap cheezon ko in terms of result dekhenge, to apne aap aap ko dil</w:t>
      </w:r>
    </w:p>
    <w:p>
      <w:pPr>
        <w:jc w:val="right"/>
      </w:pPr>
      <w:r>
        <w:t>تو جب جب آپ چیزوں کو ان ٹرمز اف رزلٹ دیکھیں گے، تو اپنے آپ آپ کو دل</w:t>
      </w:r>
    </w:p>
    <w:p>
      <w:r>
        <w:rPr>
          <w:b/>
        </w:rPr>
        <w:t xml:space="preserve">[1:04:33] </w:t>
      </w:r>
      <w:r>
        <w:t>kahega: "bhai chhod do is ko, chhod do is ko." Main ne khud</w:t>
      </w:r>
    </w:p>
    <w:p>
      <w:pPr>
        <w:jc w:val="right"/>
      </w:pPr>
      <w:r>
        <w:t>کہے گا: "بھئی چھوڑو اس کو، چھوڑو اس کو۔" میں نے خود</w:t>
      </w:r>
    </w:p>
    <w:p>
      <w:r>
        <w:rPr>
          <w:b/>
        </w:rPr>
        <w:t xml:space="preserve">[1:04:41] </w:t>
      </w:r>
      <w:r>
        <w:t>apni zindagi mein aisa kiya hai ke bachpan mein meri zindagi zahir hai ek ek environment mein guzri. Mujhe bhi kuch logon ki adat pad gayi. To jab main ne dekha ke yeh to result is ka ulta nikalta hai, to main ne is ko chhod diya. The best formula is: "Not only bad desire, but every evil desire." For every evil des</w:t>
      </w:r>
    </w:p>
    <w:p>
      <w:pPr>
        <w:jc w:val="right"/>
      </w:pPr>
      <w:r>
        <w:t>اپنی زندگی میں ایسا کیا ہے کہ بچپن میں میری زندگی ظاہر ہے ایک ایک انوائرمنٹ میں گزری۔ مجھے بھی کچھ لوگوں کی عادت پڑ گئی۔ تو جب میں نے دیکھا کہ یہ تو رزلٹ اس کا الٹا نکلتا ہے، تو میں نے اس کو چھوڑ دیا۔ دا بیسٹ فارمولا از: "ناٹ اونلی بیڈ ڈیزائر، بٹ ایوری ایول ڈیزائر۔" فار ایوری ایول ڈیز</w:t>
      </w:r>
    </w:p>
    <w:p>
      <w:r>
        <w:rPr>
          <w:b/>
        </w:rPr>
        <w:t xml:space="preserve">[1:05:11] </w:t>
      </w:r>
      <w:r>
        <w:t>Or, see judge the things in terms of result.</w:t>
      </w:r>
    </w:p>
    <w:p>
      <w:pPr>
        <w:jc w:val="right"/>
      </w:pPr>
      <w:r>
        <w:t>ائر، سی جج دا تھنگز ان ٹرمز اف رزلٹ۔</w:t>
      </w:r>
    </w:p>
    <w:p>
      <w:r>
        <w:rPr>
          <w:b/>
        </w:rPr>
        <w:t xml:space="preserve">[1:05:19] </w:t>
      </w:r>
      <w:r>
        <w:t>bas is ke baad aap chhod denge is ko.</w:t>
      </w:r>
    </w:p>
    <w:p>
      <w:pPr>
        <w:jc w:val="right"/>
      </w:pPr>
      <w:r>
        <w:t>بس اس کے بعد آپ چھوڑ دیں گے اس کو۔</w:t>
      </w:r>
    </w:p>
    <w:p>
      <w:r>
        <w:rPr>
          <w:b/>
        </w:rPr>
        <w:t xml:space="preserve">[1:05:26] </w:t>
      </w:r>
      <w:r>
        <w:t>maulana, agla sawal firoz sahib ne kiya hai pune se, aur unhon ne likha hai: "Maulana, since you</w:t>
      </w:r>
    </w:p>
    <w:p>
      <w:pPr>
        <w:jc w:val="right"/>
      </w:pPr>
      <w:r>
        <w:t>مولانا، اگلا سوال فیروز صاحب نے کیا ہے پونے سے، اور انہوں نے لکھا ہے: "مولانا، سنس یو</w:t>
      </w:r>
    </w:p>
    <w:p>
      <w:r>
        <w:rPr>
          <w:b/>
        </w:rPr>
        <w:t xml:space="preserve">[1:05:34] </w:t>
      </w:r>
      <w:r>
        <w:t>have always worked in the area of peace, i want to ask you: how can we develop forgiveness cl</w:t>
      </w:r>
    </w:p>
    <w:p>
      <w:pPr>
        <w:jc w:val="right"/>
      </w:pPr>
      <w:r>
        <w:t>ہیو الویز ورکڈ ان دا ایریا اف پیس، ائی وانٹ ٹو اسک یو: ہاؤ کین وی ڈیویلپ فارگیونس کل</w:t>
      </w:r>
    </w:p>
    <w:p>
      <w:r>
        <w:rPr>
          <w:b/>
        </w:rPr>
        <w:t xml:space="preserve">[1:05:41] </w:t>
      </w:r>
      <w:r>
        <w:t>ulture?" Woh bhi main yahi kahunga ke hamesha aap dekhiye result ko. Jab bhi aap forgive nahi karenge, to kya karenge? Aap react karenge, aur react karenge to natija ulta niklega. Yani forgive kar ke hi aap bach sakte hain bad result se</w:t>
      </w:r>
    </w:p>
    <w:p>
      <w:pPr>
        <w:jc w:val="right"/>
      </w:pPr>
      <w:r>
        <w:t>چر؟" وہ بھی میں یہی کہوں گا کہ ہمیشہ آپ دیکھیے رزلٹ کو۔ جب بھی آپ فارگیو نہیں کریں گے، تو کیا کریں گے؟ آپ ری ایکٹ کریں گے، اور ری ایکٹ کریں گے تو نتیجہ الٹا نکلے گا۔ یعنی فارگیو کر کے ہی آپ بچ سکتے ہیں بیڈ رزلٹ سے</w:t>
      </w:r>
    </w:p>
    <w:p>
      <w:r>
        <w:rPr>
          <w:b/>
        </w:rPr>
        <w:t xml:space="preserve">[1:06:11] </w:t>
      </w:r>
      <w:r>
        <w:t>.</w:t>
      </w:r>
    </w:p>
    <w:p>
      <w:pPr>
        <w:jc w:val="right"/>
      </w:pPr>
      <w:r>
        <w:t>۔</w:t>
      </w:r>
    </w:p>
    <w:p>
      <w:r>
        <w:rPr>
          <w:b/>
        </w:rPr>
        <w:t xml:space="preserve">[1:06:16] </w:t>
      </w:r>
      <w:r>
        <w:t>jab bhi aap ne forgive nahi kiya, to aap kya karenge? aap react karenge.</w:t>
      </w:r>
    </w:p>
    <w:p>
      <w:pPr>
        <w:jc w:val="right"/>
      </w:pPr>
      <w:r>
        <w:t>جب بھی آپ نے فارگیو نہیں کیا، تو آپ کیا کریں گے؟ آپ ری ایکٹ کریں گے۔</w:t>
      </w:r>
    </w:p>
    <w:p>
      <w:r>
        <w:rPr>
          <w:b/>
        </w:rPr>
        <w:t xml:space="preserve">[1:06:22] </w:t>
      </w:r>
      <w:r>
        <w:t>aap react karenge to heating, exchange, fighting, violence, yeh sab hoga, aur zahir hai ke woh</w:t>
      </w:r>
    </w:p>
    <w:p>
      <w:pPr>
        <w:jc w:val="right"/>
      </w:pPr>
      <w:r>
        <w:t>آپ ری ایکٹ کریں گے تو ہیٹنگ، ایکسچینج، فائٹنگ، وائلنس، یہ سب ہوگا، اور ظاہر ہے کہ وہ</w:t>
      </w:r>
    </w:p>
    <w:p>
      <w:r>
        <w:rPr>
          <w:b/>
        </w:rPr>
        <w:t xml:space="preserve">[1:06:27] </w:t>
      </w:r>
      <w:r>
        <w:t>sab aap ko aap ke losses mein izafa karega.</w:t>
      </w:r>
    </w:p>
    <w:p>
      <w:pPr>
        <w:jc w:val="right"/>
      </w:pPr>
      <w:r>
        <w:t>سب آپ کو آپ کے لاسز میں اضافہ کرے گا۔</w:t>
      </w:r>
    </w:p>
    <w:p>
      <w:r>
        <w:rPr>
          <w:b/>
        </w:rPr>
        <w:t xml:space="preserve">[1:06:32] </w:t>
      </w:r>
      <w:r>
        <w:t>sirf tu mein samajhta hoon ke super formula hai, super formula har cheez ke liye.</w:t>
      </w:r>
    </w:p>
    <w:p>
      <w:pPr>
        <w:jc w:val="right"/>
      </w:pPr>
      <w:r>
        <w:t>صرف تو میں سمجھتا ہوں کہ سپر فارمولا ہے، سپر فارمولا ہر چیز کے لیے۔</w:t>
      </w:r>
    </w:p>
    <w:p>
      <w:r>
        <w:rPr>
          <w:b/>
        </w:rPr>
        <w:t xml:space="preserve">[1:06:37] </w:t>
      </w:r>
      <w:r>
        <w:t>jaise aap ko</w:t>
      </w:r>
    </w:p>
    <w:p>
      <w:pPr>
        <w:jc w:val="right"/>
      </w:pPr>
      <w:r>
        <w:t>جیسے آپ کو</w:t>
      </w:r>
    </w:p>
    <w:p>
      <w:r>
        <w:rPr>
          <w:b/>
        </w:rPr>
        <w:t xml:space="preserve">[1:06:42] </w:t>
      </w:r>
      <w:r>
        <w:t>gussa aa gaya, farz kijiye aap offend ho gaye, farz kijiye to sochiye ek lamhe ke liye ke agar main aise offend bana raha hoon, agar aise main gussa karta rahu to kya hoga? Result kya hoga? Meri health kharab hogi, mera time waste hoga, meri energy waste hogi. Super formula hai: "See everything in terms of results</w:t>
      </w:r>
    </w:p>
    <w:p>
      <w:pPr>
        <w:jc w:val="right"/>
      </w:pPr>
      <w:r>
        <w:t>غصہ آ گیا، فرض کیجئے آپ افینڈ ہو گئے، فرض کیجئے تو سوچیے ایک لمحے کے لیے کہ اگر میں ایسے افینڈ بنا رہا ہوں، اگر ایسے میں غصہ کرتا رہوں تو کیا ہوگا؟ رزلٹ کیا ہوگا؟ میری ہیلتھ خراب ہوگی، میرا ٹائم ویسٹ ہوگا، میری انرجی ویسٹ ہوگی۔ سپر فارمولا ہے: "سی ایوری تھنگ ان ٹرمز اف رز</w:t>
      </w:r>
    </w:p>
    <w:p>
      <w:r>
        <w:rPr>
          <w:b/>
        </w:rPr>
        <w:t xml:space="preserve">[1:07:12] </w:t>
      </w:r>
      <w:r>
        <w:t>lit." aur yeh hadith mein un lafzon mein aaya hai ke ibn hasan ne islam mein jo maray:</w:t>
      </w:r>
    </w:p>
    <w:p>
      <w:pPr>
        <w:jc w:val="right"/>
      </w:pPr>
      <w:r>
        <w:t>لٹ۔" اور یہ حدیث میں ان لفظوں میں آیا ہے کہ ابن حسن نے اسلام میں جو مرے:</w:t>
      </w:r>
    </w:p>
    <w:p>
      <w:r>
        <w:rPr>
          <w:b/>
        </w:rPr>
        <w:t xml:space="preserve">[1:07:18] </w:t>
      </w:r>
      <w:r>
        <w:t>"tarqa mala" yaani is ka yahi matlab hai ke best formula yahi hai ke cheezon ko result ke</w:t>
      </w:r>
    </w:p>
    <w:p>
      <w:pPr>
        <w:jc w:val="right"/>
      </w:pPr>
      <w:r>
        <w:t>"ترقہ مالا" یعنی اس کا یہی مطلب ہے کہ بیسٹ فارمولا یہی ہے کہ چیزوں کو رزلٹ کے</w:t>
      </w:r>
    </w:p>
    <w:p>
      <w:r>
        <w:rPr>
          <w:b/>
        </w:rPr>
        <w:t xml:space="preserve">[1:07:24] </w:t>
      </w:r>
      <w:r>
        <w:t>aitbaar se jaanchu.</w:t>
      </w:r>
    </w:p>
    <w:p>
      <w:pPr>
        <w:jc w:val="right"/>
      </w:pPr>
      <w:r>
        <w:t>اعتبار سے جانچو۔</w:t>
      </w:r>
    </w:p>
    <w:p>
      <w:r>
        <w:rPr>
          <w:b/>
        </w:rPr>
        <w:t xml:space="preserve">[1:07:30] </w:t>
      </w:r>
      <w:r>
        <w:t>Judge everything in terms of result.</w:t>
      </w:r>
    </w:p>
    <w:p>
      <w:pPr>
        <w:jc w:val="right"/>
      </w:pPr>
      <w:r>
        <w:t>جج ایوری تھنگز ان ٹرمز اف رزلٹ۔</w:t>
      </w:r>
    </w:p>
    <w:p>
      <w:r>
        <w:rPr>
          <w:b/>
        </w:rPr>
        <w:t xml:space="preserve">[1:07:36] </w:t>
      </w:r>
      <w:r>
        <w:t>maulana, agla sawal miss</w:t>
      </w:r>
    </w:p>
    <w:p>
      <w:pPr>
        <w:jc w:val="right"/>
      </w:pPr>
      <w:r>
        <w:t>مولانا، اگلا سوال مس</w:t>
      </w:r>
    </w:p>
    <w:p>
      <w:r>
        <w:rPr>
          <w:b/>
        </w:rPr>
        <w:t xml:space="preserve">[1:07:42] </w:t>
      </w:r>
      <w:r>
        <w:t>naghma siddiqui ne kiya hai dilli se, aur unhon ne aap se poocha hai ke: "can the vatican</w:t>
      </w:r>
    </w:p>
    <w:p>
      <w:pPr>
        <w:jc w:val="right"/>
      </w:pPr>
      <w:r>
        <w:t>نغمہ صدیقی نے کیا ہے دلی سے، اور انہوں نے آپ سے پوچھا ہے کہ: "کین دا ویٹیکن</w:t>
      </w:r>
    </w:p>
    <w:p>
      <w:r>
        <w:rPr>
          <w:b/>
        </w:rPr>
        <w:t xml:space="preserve">[1:07:48] </w:t>
      </w:r>
      <w:r>
        <w:t>principle be applied in ones social life by limiting our self to the possible?" please advice.</w:t>
      </w:r>
    </w:p>
    <w:p>
      <w:pPr>
        <w:jc w:val="right"/>
      </w:pPr>
      <w:r>
        <w:t>پرنسپل بی اپلائیڈ ان ونز سوشل لائف بائے لیمٹنگ اور سیلف ٹو دا پاسیبل؟" پلیز ایڈوائس۔</w:t>
      </w:r>
    </w:p>
    <w:p>
      <w:r>
        <w:rPr>
          <w:b/>
        </w:rPr>
        <w:t xml:space="preserve">[1:07:54] </w:t>
      </w:r>
      <w:r>
        <w:t>bilkul, hum to apne ghar mein hi vatican principle ko apply karte hain.</w:t>
      </w:r>
    </w:p>
    <w:p>
      <w:pPr>
        <w:jc w:val="right"/>
      </w:pPr>
      <w:r>
        <w:t>بالکل، ہم تو اپنے گھر میں ہی ویٹیکن پرنسپل کو اپلائی کرتے ہیں۔</w:t>
      </w:r>
    </w:p>
    <w:p>
      <w:r>
        <w:rPr>
          <w:b/>
        </w:rPr>
        <w:t xml:space="preserve">[1:08:00] </w:t>
      </w:r>
      <w:r>
        <w:t>aap yaqeen kijiye, mein aap ko batata hoon bohat hi interesting story.</w:t>
      </w:r>
    </w:p>
    <w:p>
      <w:pPr>
        <w:jc w:val="right"/>
      </w:pPr>
      <w:r>
        <w:t>آپ یقین کیجئے، میں آپ کو بتاتا ہوں بہت ہی انٹرسٹنگ سٹوری۔</w:t>
      </w:r>
    </w:p>
    <w:p>
      <w:r>
        <w:rPr>
          <w:b/>
        </w:rPr>
        <w:t xml:space="preserve">[1:08:07] </w:t>
      </w:r>
      <w:r>
        <w:t>mere ghar mein yeh jo c 2</w:t>
      </w:r>
    </w:p>
    <w:p>
      <w:pPr>
        <w:jc w:val="right"/>
      </w:pPr>
      <w:r>
        <w:t>میرے گھر میں یہ جو سی 2</w:t>
      </w:r>
    </w:p>
    <w:p>
      <w:r>
        <w:rPr>
          <w:b/>
        </w:rPr>
        <w:t xml:space="preserve">[1:08:13] </w:t>
      </w:r>
      <w:r>
        <w:t>9 jo hai, wahan aik corner hai, is ko mein kehta hoon yaani garden ki taraf face karta hai.</w:t>
      </w:r>
    </w:p>
    <w:p>
      <w:pPr>
        <w:jc w:val="right"/>
      </w:pPr>
      <w:r>
        <w:t>9 جو ہے، وہاں ایک کارنر ہے، اس کو میں کہتا ہوں یعنی گارڈن کی طرف فیس کرتا ہے۔</w:t>
      </w:r>
    </w:p>
    <w:p>
      <w:r>
        <w:rPr>
          <w:b/>
        </w:rPr>
        <w:t xml:space="preserve">[1:08:20] </w:t>
      </w:r>
      <w:r>
        <w:t>woh to mein is ko kehta hoon spiritual corner.</w:t>
      </w:r>
    </w:p>
    <w:p>
      <w:pPr>
        <w:jc w:val="right"/>
      </w:pPr>
      <w:r>
        <w:t>وہ تو میں اس کو کہتا ہوں سپرچول کارنر۔</w:t>
      </w:r>
    </w:p>
    <w:p>
      <w:r>
        <w:rPr>
          <w:b/>
        </w:rPr>
        <w:t xml:space="preserve">[1:08:28] </w:t>
      </w:r>
      <w:r>
        <w:t>wahan aik aik ceiling fan hai, us ceiling fan ke neeche mein baithta tha to kya hua ke</w:t>
      </w:r>
    </w:p>
    <w:p>
      <w:pPr>
        <w:jc w:val="right"/>
      </w:pPr>
      <w:r>
        <w:t>وہاں ایک ایک سیلنگ فین ہے، اس سیلنگ فین کے نیچے میں بیٹھتا تھا تو کیا ہوا کہ</w:t>
      </w:r>
    </w:p>
    <w:p>
      <w:r>
        <w:rPr>
          <w:b/>
        </w:rPr>
        <w:t xml:space="preserve">[1:08:36] </w:t>
      </w:r>
      <w:r>
        <w:t>wahan par yeh pigeon jo hoti hai na, pigeon jis ko hum faakhta kehte hain, woh wahan par</w:t>
      </w:r>
    </w:p>
    <w:p>
      <w:pPr>
        <w:jc w:val="right"/>
      </w:pPr>
      <w:r>
        <w:t>وہاں پر یہ پجن جو ہوتی ہے نا، پجن جس کو ہم فاختہ کہتے ہیں، وہ وہاں پر</w:t>
      </w:r>
    </w:p>
    <w:p>
      <w:r>
        <w:rPr>
          <w:b/>
        </w:rPr>
        <w:t xml:space="preserve">[1:08:43] </w:t>
      </w:r>
      <w:r>
        <w:t>bohat aanay lagi.</w:t>
      </w:r>
    </w:p>
    <w:p>
      <w:pPr>
        <w:jc w:val="right"/>
      </w:pPr>
      <w:r>
        <w:t>بہت آنے لگی۔</w:t>
      </w:r>
    </w:p>
    <w:p>
      <w:r>
        <w:rPr>
          <w:b/>
        </w:rPr>
        <w:t xml:space="preserve">[1:08:48] </w:t>
      </w:r>
      <w:r>
        <w:t>to aik din aisa hua ke aik faakhta, aik pigeon, is ke is se takra gayi.</w:t>
      </w:r>
    </w:p>
    <w:p>
      <w:pPr>
        <w:jc w:val="right"/>
      </w:pPr>
      <w:r>
        <w:t>تو ایک دن ایسا ہوا کہ ایک فاختہ، ایک پجن، اس کے اس سے ٹکرا گئی۔</w:t>
      </w:r>
    </w:p>
    <w:p>
      <w:r>
        <w:rPr>
          <w:b/>
        </w:rPr>
        <w:t xml:space="preserve">[1:08:52] </w:t>
      </w:r>
      <w:r>
        <w:t>fan chal raha tha to usi waqt giri aur mar gayi.</w:t>
      </w:r>
    </w:p>
    <w:p>
      <w:pPr>
        <w:jc w:val="right"/>
      </w:pPr>
      <w:r>
        <w:t>فین چل رہا تھا تو اسی وقت گری اور مر گئی۔</w:t>
      </w:r>
    </w:p>
    <w:p>
      <w:r>
        <w:rPr>
          <w:b/>
        </w:rPr>
        <w:t xml:space="preserve">[1:08:56] </w:t>
      </w:r>
      <w:r>
        <w:t>woh khoon nikalne laga to mein ne samjha ke yeh shayad by chance hua.</w:t>
      </w:r>
    </w:p>
    <w:p>
      <w:pPr>
        <w:jc w:val="right"/>
      </w:pPr>
      <w:r>
        <w:t>وہ خون نکلنے لگا تو میں نے سمجھا کہ یہ شاید بائی چانس ہوا۔</w:t>
      </w:r>
    </w:p>
    <w:p>
      <w:r>
        <w:rPr>
          <w:b/>
        </w:rPr>
        <w:t xml:space="preserve">[1:09:01] </w:t>
      </w:r>
      <w:r>
        <w:t>ab mein phir bhi chalata raha, phir aik do din ke baad phir yahi hua.</w:t>
      </w:r>
    </w:p>
    <w:p>
      <w:pPr>
        <w:jc w:val="right"/>
      </w:pPr>
      <w:r>
        <w:t>اب میں پھر بھی چلاتا رہا، پھر ایک دو دن کے بعد پھر یہی ہوا۔</w:t>
      </w:r>
    </w:p>
    <w:p>
      <w:r>
        <w:rPr>
          <w:b/>
        </w:rPr>
        <w:t xml:space="preserve">[1:09:05] </w:t>
      </w:r>
      <w:r>
        <w:t>us din se aaj tak mein chalata hi nahin.</w:t>
      </w:r>
    </w:p>
    <w:p>
      <w:pPr>
        <w:jc w:val="right"/>
      </w:pPr>
      <w:r>
        <w:t>اس دن سے آج تک میں چلاتا ہی نہیں۔</w:t>
      </w:r>
    </w:p>
    <w:p>
      <w:r>
        <w:rPr>
          <w:b/>
        </w:rPr>
        <w:t xml:space="preserve">[1:09:09] </w:t>
      </w:r>
      <w:r>
        <w:t>mein ne apne hi ghar mein aik vatican bana rakha hai, bana rakha hai,</w:t>
      </w:r>
    </w:p>
    <w:p>
      <w:pPr>
        <w:jc w:val="right"/>
      </w:pPr>
      <w:r>
        <w:t>میں نے اپنے ہی گھر میں ایک ویٹیکن بنا رکھا ہے، بنا رکھا ہے،</w:t>
      </w:r>
    </w:p>
    <w:p>
      <w:r>
        <w:rPr>
          <w:b/>
        </w:rPr>
        <w:t xml:space="preserve">[1:09:13] </w:t>
      </w:r>
      <w:r>
        <w:t>is ko de diya faakhta ko ke uro jo chahe karo.</w:t>
      </w:r>
    </w:p>
    <w:p>
      <w:pPr>
        <w:jc w:val="right"/>
      </w:pPr>
      <w:r>
        <w:t>اس کو دے دیا فاختہ کو کہ اڑو جو چاہے کرو۔</w:t>
      </w:r>
    </w:p>
    <w:p>
      <w:r>
        <w:rPr>
          <w:b/>
        </w:rPr>
        <w:t xml:space="preserve">[1:09:19] </w:t>
      </w:r>
      <w:r>
        <w:t>mein mein itne mein rahoon ga.</w:t>
      </w:r>
    </w:p>
    <w:p>
      <w:pPr>
        <w:jc w:val="right"/>
      </w:pPr>
      <w:r>
        <w:t>میں میں اتنے میں رہوں گا۔</w:t>
      </w:r>
    </w:p>
    <w:p>
      <w:r>
        <w:rPr>
          <w:b/>
        </w:rPr>
        <w:t xml:space="preserve">[1:09:24] </w:t>
      </w:r>
      <w:r>
        <w:t>This is also applying the Vatican principle.</w:t>
      </w:r>
    </w:p>
    <w:p>
      <w:pPr>
        <w:jc w:val="right"/>
      </w:pPr>
      <w:r>
        <w:t>دس از السو اپلائنگ دا ویٹیکن پرنسپل۔</w:t>
      </w:r>
    </w:p>
    <w:p>
      <w:r>
        <w:rPr>
          <w:b/>
        </w:rPr>
        <w:t xml:space="preserve">[1:09:29] </w:t>
      </w:r>
      <w:r>
        <w:t>yeh to nature hai, aap ko shaq ho jaye to mere ghar mein dekh lijye ke mein apne</w:t>
      </w:r>
    </w:p>
    <w:p>
      <w:pPr>
        <w:jc w:val="right"/>
      </w:pPr>
      <w:r>
        <w:t>یہ تو نیچر ہے، آپ کو شک ہو جائے تو میرے گھر میں دیکھ لیجئے کہ میں اپنے</w:t>
      </w:r>
    </w:p>
    <w:p>
      <w:r>
        <w:rPr>
          <w:b/>
        </w:rPr>
        <w:t xml:space="preserve">[1:09:34] </w:t>
      </w:r>
      <w:r>
        <w:t>is jo mera apna corner tha, jahan mein rozana baithta tha, wahan mein apne aap ko mein ne</w:t>
      </w:r>
    </w:p>
    <w:p>
      <w:pPr>
        <w:jc w:val="right"/>
      </w:pPr>
      <w:r>
        <w:t>اس جو میرا اپنا کارنر تھا، جہاں میں روزانہ بیٹھتا تھا، وہاں میں اپنے آپ کو میں نے</w:t>
      </w:r>
    </w:p>
    <w:p>
      <w:r>
        <w:rPr>
          <w:b/>
        </w:rPr>
        <w:t xml:space="preserve">[1:09:39] </w:t>
      </w:r>
      <w:r>
        <w:t>sameit liya aur sara de diya fakhta ko,</w:t>
      </w:r>
    </w:p>
    <w:p>
      <w:pPr>
        <w:jc w:val="right"/>
      </w:pPr>
      <w:r>
        <w:t>سمیٹ لیا اور سارا دے دیا فاختہ کو،</w:t>
      </w:r>
    </w:p>
    <w:p>
      <w:r>
        <w:rPr>
          <w:b/>
        </w:rPr>
        <w:t xml:space="preserve">[1:09:44] </w:t>
      </w:r>
      <w:r>
        <w:t>pigeon ko.</w:t>
      </w:r>
    </w:p>
    <w:p>
      <w:pPr>
        <w:jc w:val="right"/>
      </w:pPr>
      <w:r>
        <w:t>پجن کو۔</w:t>
      </w:r>
    </w:p>
    <w:p>
      <w:r>
        <w:rPr>
          <w:b/>
        </w:rPr>
        <w:t xml:space="preserve">[1:09:50] </w:t>
      </w:r>
      <w:r>
        <w:t>This is also Vatican principle, yani Pope ne yeh kiya tha ke Europe ko de diya, doosron ko</w:t>
      </w:r>
    </w:p>
    <w:p>
      <w:pPr>
        <w:jc w:val="right"/>
      </w:pPr>
      <w:r>
        <w:t>دس از السو ویٹیکن پرنسپل یعنی پوپ نے یہ کیا تھا کہ یورپ کو دے دیا، دوسروں کو</w:t>
      </w:r>
    </w:p>
    <w:p>
      <w:r>
        <w:rPr>
          <w:b/>
        </w:rPr>
        <w:t xml:space="preserve">[1:09:55] </w:t>
      </w:r>
      <w:r>
        <w:t>khud vatican ke aik chote area mein apna seater bana liya.</w:t>
      </w:r>
    </w:p>
    <w:p>
      <w:pPr>
        <w:jc w:val="right"/>
      </w:pPr>
      <w:r>
        <w:t>خود ویٹیکن کے ایک چھوٹے ایریا میں اپنا سیٹر بنا لیا۔</w:t>
      </w:r>
    </w:p>
    <w:p>
      <w:r>
        <w:rPr>
          <w:b/>
        </w:rPr>
        <w:t xml:space="preserve">[1:10:01] </w:t>
      </w:r>
      <w:r>
        <w:t>wohi mein ne kiya hai, already apne ghar mein.</w:t>
      </w:r>
    </w:p>
    <w:p>
      <w:pPr>
        <w:jc w:val="right"/>
      </w:pPr>
      <w:r>
        <w:t>وہی میں نے کیا ہے، الریڈی اپنے گھر میں۔</w:t>
      </w:r>
    </w:p>
    <w:p>
      <w:r>
        <w:rPr>
          <w:b/>
        </w:rPr>
        <w:t xml:space="preserve">[1:10:07] </w:t>
      </w:r>
      <w:r>
        <w:t>yeh toh best yani principal hai aur yeh law of nature pe base karta hai.</w:t>
      </w:r>
    </w:p>
    <w:p>
      <w:pPr>
        <w:jc w:val="right"/>
      </w:pPr>
      <w:r>
        <w:t>یہ تو بیسٹ یعنی پرنسپل ہے اور یہ لاء آف نیچر پہ بیس کرتا ہے۔</w:t>
      </w:r>
    </w:p>
    <w:p>
      <w:r>
        <w:rPr>
          <w:b/>
        </w:rPr>
        <w:t xml:space="preserve">[1:10:12] </w:t>
      </w:r>
      <w:r>
        <w:t>kisi ko shaq ho toh mere ghar mein aa ke dekh sakta hai. woh</w:t>
      </w:r>
    </w:p>
    <w:p>
      <w:pPr>
        <w:jc w:val="right"/>
      </w:pPr>
      <w:r>
        <w:t>کسی کو شک ہو تو میرے گھر میں آ کے دیکھ سکتا ہے۔ وہ</w:t>
      </w:r>
    </w:p>
    <w:p>
      <w:r>
        <w:rPr>
          <w:b/>
        </w:rPr>
        <w:t xml:space="preserve">[1:10:18] </w:t>
      </w:r>
      <w:r>
        <w:t>maulana, agla sawal aaya hai lahore pakistan se tariq sohail badar sahab ka.</w:t>
      </w:r>
    </w:p>
    <w:p>
      <w:pPr>
        <w:jc w:val="right"/>
      </w:pPr>
      <w:r>
        <w:t>مولانا، اگلا سوال آیا ہے لاہور پاکستان سے طارق سہیل بدر صاحب کا۔</w:t>
      </w:r>
    </w:p>
    <w:p>
      <w:r>
        <w:rPr>
          <w:b/>
        </w:rPr>
        <w:t xml:space="preserve">[1:10:26] </w:t>
      </w:r>
      <w:r>
        <w:t>maulana, unhon ne do references diye hain quran ke hawale se, aur maulana, hum pehle woh reference parh dete hain.</w:t>
      </w:r>
    </w:p>
    <w:p>
      <w:pPr>
        <w:jc w:val="right"/>
      </w:pPr>
      <w:r>
        <w:t>مولانا، انہوں نے دو ریفرنسز دیے ہیں قرآن کے حوالے سے، اور مولانا، ہم پہلے وہ ریفرنس پڑھ دیتے ہیں۔</w:t>
      </w:r>
    </w:p>
    <w:p>
      <w:r>
        <w:rPr>
          <w:b/>
        </w:rPr>
        <w:t xml:space="preserve">[1:10:33] </w:t>
      </w:r>
      <w:r>
        <w:t>Maulana, this is chapter five, verse number 32 and verse number 33.</w:t>
      </w:r>
    </w:p>
    <w:p>
      <w:pPr>
        <w:jc w:val="right"/>
      </w:pPr>
      <w:r>
        <w:t>مولانا، دس از چیپٹر فائیو، ورس نمبر 32 اینڈ ورس نمبر 33۔</w:t>
      </w:r>
    </w:p>
    <w:p>
      <w:r>
        <w:rPr>
          <w:b/>
        </w:rPr>
        <w:t xml:space="preserve">[1:10:41] </w:t>
      </w:r>
      <w:r>
        <w:t>The verse number 32 says: "That that was why we laid it down for the children of Israel</w:t>
      </w:r>
    </w:p>
    <w:p>
      <w:pPr>
        <w:jc w:val="right"/>
      </w:pPr>
      <w:r>
        <w:t>دی ورس نمبر 32 سیز: "دیٹ دیٹ واز وائی وی لیڈ اٹ ڈاؤن فار دا چلڈرن اف اسرائیل</w:t>
      </w:r>
    </w:p>
    <w:p>
      <w:r>
        <w:rPr>
          <w:b/>
        </w:rPr>
        <w:t xml:space="preserve">[1:10:48] </w:t>
      </w:r>
      <w:r>
        <w:t>، that whoever killed a human being except as a punishment for murder or for spreading corruption in the land, shall be regarded as having killed all mankind, and that whoever saved a human life, shall be regarded as having saved all mankind. And messengers came to them with clear signs, but many of them continued to commit excesses in the land." The next verse</w:t>
      </w:r>
    </w:p>
    <w:p>
      <w:pPr>
        <w:jc w:val="right"/>
      </w:pPr>
      <w:r>
        <w:t>، دیٹ ہوور کلڈ ا ہیومن بینگ ایکسیپٹ ایز ا پنشمنٹ فار مرڈر اور فار سپریڈنگ کرپشن ان دا لینڈ، شیل بی ریگارڈڈ ایز ہیونگ کلڈ ال مین کائنڈ، اینڈ دیٹ ہوور سیوڈ ا ہیومن لائف، شیل بی ریگارڈڈ ایز ہیونگ سیوڈ ال مین کائنڈ۔ اور میسنجرز کیم ٹو دیم ود کلیئر سائنز، بٹ مینی اف دیم کنٹینیو ٹو کمٹ ایکسسز ان دا لینڈ۔" دا نیکسٹ ورس</w:t>
      </w:r>
    </w:p>
    <w:p>
      <w:r>
        <w:rPr>
          <w:b/>
        </w:rPr>
        <w:t xml:space="preserve">[1:11:18] </w:t>
      </w:r>
      <w:r>
        <w:t>says: "Those that make war against God and His Messenger and spread disorder in the land, shall</w:t>
      </w:r>
    </w:p>
    <w:p>
      <w:pPr>
        <w:jc w:val="right"/>
      </w:pPr>
      <w:r>
        <w:t>سیز: "دوز دیٹ میک وار اگینسٹ گاڈ اینڈ ہز میسنجر اینڈ سپریڈ ڈس آرڈر ان دا لینڈ، شیل</w:t>
      </w:r>
    </w:p>
    <w:p>
      <w:r>
        <w:rPr>
          <w:b/>
        </w:rPr>
        <w:t xml:space="preserve">[1:11:24] </w:t>
      </w:r>
      <w:r>
        <w:t>be put to death, or crucified, or have their hands and feet cut off on alternate sides, or</w:t>
      </w:r>
    </w:p>
    <w:p>
      <w:pPr>
        <w:jc w:val="right"/>
      </w:pPr>
      <w:r>
        <w:t>بی پٹ ٹو ڈیتھ اور کروسیفائیڈ، اور ہیو دیر ہینڈز اینڈ فیٹ کٹ اف ان الٹرنیٹ سائیڈز، اور</w:t>
      </w:r>
    </w:p>
    <w:p>
      <w:r>
        <w:rPr>
          <w:b/>
        </w:rPr>
        <w:t xml:space="preserve">[1:11:30] </w:t>
      </w:r>
      <w:r>
        <w:t>be banish from the country.</w:t>
      </w:r>
    </w:p>
    <w:p>
      <w:pPr>
        <w:jc w:val="right"/>
      </w:pPr>
      <w:r>
        <w:t>بی بینش فرام دا کنٹری۔</w:t>
      </w:r>
    </w:p>
    <w:p>
      <w:r>
        <w:rPr>
          <w:b/>
        </w:rPr>
        <w:t xml:space="preserve">[1:11:36] </w:t>
      </w:r>
      <w:r>
        <w:t>They shall be disgraced in this world and then severely punished in the hereafter." Maulana Sahib,</w:t>
      </w:r>
    </w:p>
    <w:p>
      <w:pPr>
        <w:jc w:val="right"/>
      </w:pPr>
      <w:r>
        <w:t>دے شیل بی ڈس گریز ان دس ورلڈ اینڈ دین سیولی پنشڈ ان دی ہیر افٹر۔" مولانا صاحب،</w:t>
      </w:r>
    </w:p>
    <w:p>
      <w:r>
        <w:rPr>
          <w:b/>
        </w:rPr>
        <w:t xml:space="preserve">[1:11:42] </w:t>
      </w:r>
      <w:r>
        <w:t>The question is that the first it says of Bani Israel that if</w:t>
      </w:r>
    </w:p>
    <w:p>
      <w:pPr>
        <w:jc w:val="right"/>
      </w:pPr>
      <w:r>
        <w:t>دا کوئسچن از دیٹ دا فرسٹ ایت سیز اف بنی اسرائیل دیٹ اف</w:t>
      </w:r>
    </w:p>
    <w:p>
      <w:r>
        <w:rPr>
          <w:b/>
        </w:rPr>
        <w:t xml:space="preserve">[1:11:48] </w:t>
      </w:r>
      <w:r>
        <w:t>you kill a person, it's like killing humanity, but the next ayat says people who fight with Rasool</w:t>
      </w:r>
    </w:p>
    <w:p>
      <w:pPr>
        <w:jc w:val="right"/>
      </w:pPr>
      <w:r>
        <w:t>یو کل ا پرسن، اٹس لائک کلنگ ہیومینٹی، بٹ دا نیکسٹ ایت سیز پیپل ہو فائٹ ود رسول</w:t>
      </w:r>
    </w:p>
    <w:p>
      <w:r>
        <w:rPr>
          <w:b/>
        </w:rPr>
        <w:t xml:space="preserve">[1:11:54] </w:t>
      </w:r>
      <w:r>
        <w:t>allah should be killed.</w:t>
      </w:r>
    </w:p>
    <w:p>
      <w:pPr>
        <w:jc w:val="right"/>
      </w:pPr>
      <w:r>
        <w:t>اللہ شوڈ بی کلڈ۔</w:t>
      </w:r>
    </w:p>
    <w:p>
      <w:r>
        <w:rPr>
          <w:b/>
        </w:rPr>
        <w:t xml:space="preserve">[1:12:00] </w:t>
      </w:r>
      <w:r>
        <w:t>maulana, kindly clarify these two verses, kindly explain.</w:t>
      </w:r>
    </w:p>
    <w:p>
      <w:pPr>
        <w:jc w:val="right"/>
      </w:pPr>
      <w:r>
        <w:t>مولانا، کائنڈلی کلیریفائی دیز ٹو ورسز، کائنڈلی ایکسپلین۔</w:t>
      </w:r>
    </w:p>
    <w:p>
      <w:r>
        <w:rPr>
          <w:b/>
        </w:rPr>
        <w:t xml:space="preserve">[1:12:06] </w:t>
      </w:r>
      <w:r>
        <w:t>dekhiye, pehli verse jo parhi unhon ne, woh pehli verse principal ko batati hai, general principal, aur doosri</w:t>
      </w:r>
    </w:p>
    <w:p>
      <w:pPr>
        <w:jc w:val="right"/>
      </w:pPr>
      <w:r>
        <w:t>دیکھیے، پہلی ورس جو پڑھی انہوں نے، وہ پہلی ورس پرنسپل کو بتاتی ہے، جنرل پرنسپل، اور دوسری</w:t>
      </w:r>
    </w:p>
    <w:p>
      <w:r>
        <w:rPr>
          <w:b/>
        </w:rPr>
        <w:t xml:space="preserve">[1:12:12] </w:t>
      </w:r>
      <w:r>
        <w:t>verse jo hai, is ka taluq, is ka taluq hai</w:t>
      </w:r>
    </w:p>
    <w:p>
      <w:pPr>
        <w:jc w:val="right"/>
      </w:pPr>
      <w:r>
        <w:t>ورس جو ہے، اس کا تعلق، اس کا تعلق ہے</w:t>
      </w:r>
    </w:p>
    <w:p>
      <w:r>
        <w:rPr>
          <w:b/>
        </w:rPr>
        <w:t xml:space="preserve">[1:12:19] </w:t>
      </w:r>
      <w:r>
        <w:t>yani woh is ka taluq hai criminal law se.</w:t>
      </w:r>
    </w:p>
    <w:p>
      <w:pPr>
        <w:jc w:val="right"/>
      </w:pPr>
      <w:r>
        <w:t>یعنی وہ اس کا تعلق ہے کریمنل لاء سے۔</w:t>
      </w:r>
    </w:p>
    <w:p>
      <w:r>
        <w:rPr>
          <w:b/>
        </w:rPr>
        <w:t xml:space="preserve">[1:12:29] </w:t>
      </w:r>
      <w:r>
        <w:t>where crime punishment, lekin to woh alag reference hai, woh alag reference hai.</w:t>
      </w:r>
    </w:p>
    <w:p>
      <w:pPr>
        <w:jc w:val="right"/>
      </w:pPr>
      <w:r>
        <w:t>ویر کرائم پنشمنٹ، لیکن تو وہ الگ ریفرنس ہے، وہ الگ ریفرنس ہے۔</w:t>
      </w:r>
    </w:p>
    <w:p>
      <w:r>
        <w:rPr>
          <w:b/>
        </w:rPr>
        <w:t xml:space="preserve">[1:12:39] </w:t>
      </w:r>
      <w:r>
        <w:t>pehli ayat mein aik aam baat batai gayi hai ke insan ki zindagi kitni zyada respectful hai,</w:t>
      </w:r>
    </w:p>
    <w:p>
      <w:pPr>
        <w:jc w:val="right"/>
      </w:pPr>
      <w:r>
        <w:t>پہلی ایت میں ایک عام بات بتائی گئی ہے کہ انسان کی زندگی کتنی زیادہ ریسپیکٹ فل ہے،</w:t>
      </w:r>
    </w:p>
    <w:p>
      <w:r>
        <w:rPr>
          <w:b/>
        </w:rPr>
        <w:t xml:space="preserve">[1:12:49] </w:t>
      </w:r>
      <w:r>
        <w:t>kitna zyada woh qabil e ehtram hai, yeh bataya gaya.</w:t>
      </w:r>
    </w:p>
    <w:p>
      <w:pPr>
        <w:jc w:val="right"/>
      </w:pPr>
      <w:r>
        <w:t>کتنا زیادہ وہ قابل احترام ہے، یہ بتایا گیا۔</w:t>
      </w:r>
    </w:p>
    <w:p>
      <w:r>
        <w:rPr>
          <w:b/>
        </w:rPr>
        <w:t xml:space="preserve">[1:12:56] </w:t>
      </w:r>
      <w:r>
        <w:t>lekin agar koi crime karta hai, crime toh crime karega toh us ke liye punishment us ko</w:t>
      </w:r>
    </w:p>
    <w:p>
      <w:pPr>
        <w:jc w:val="right"/>
      </w:pPr>
      <w:r>
        <w:t>لیکن اگر کوئی کرائم کرتا ہے، کرائم تو کرائم کرے گا تو اس کے لیے پنشمنٹ اس کو</w:t>
      </w:r>
    </w:p>
    <w:p>
      <w:r>
        <w:rPr>
          <w:b/>
        </w:rPr>
        <w:t xml:space="preserve">[1:13:04] </w:t>
      </w:r>
      <w:r>
        <w:t>ہوگا، جوڈیش یعنی after یعنی proper judicial procedure.</w:t>
      </w:r>
    </w:p>
    <w:p>
      <w:pPr>
        <w:jc w:val="right"/>
      </w:pPr>
      <w:r>
        <w:t>ہوگا، جوڈیش یعنی افٹر یعنی پراپر جوڈیشل پروسیجر۔</w:t>
      </w:r>
    </w:p>
    <w:p>
      <w:r>
        <w:rPr>
          <w:b/>
        </w:rPr>
        <w:t xml:space="preserve">[1:13:12] </w:t>
      </w:r>
      <w:r>
        <w:t>aap ko mazeed is pe agar janna hai toh bhai tafseer jo hai, tazkir ul quran,</w:t>
      </w:r>
    </w:p>
    <w:p>
      <w:pPr>
        <w:jc w:val="right"/>
      </w:pPr>
      <w:r>
        <w:t>آپ کو مزید اس پہ اگر جاننا ہے تو بھئی تفسیر جو ہے، تذکر القرآن،</w:t>
      </w:r>
    </w:p>
    <w:p>
      <w:r>
        <w:rPr>
          <w:b/>
        </w:rPr>
        <w:t xml:space="preserve">[1:13:19] </w:t>
      </w:r>
      <w:r>
        <w:t>is ko aap dekh sakte hain.</w:t>
      </w:r>
    </w:p>
    <w:p>
      <w:pPr>
        <w:jc w:val="right"/>
      </w:pPr>
      <w:r>
        <w:t>اس کو آپ دیکھ سکتے ہیں۔</w:t>
      </w:r>
    </w:p>
    <w:p>
      <w:r>
        <w:rPr>
          <w:b/>
        </w:rPr>
        <w:t xml:space="preserve">[1:13:25] </w:t>
      </w:r>
      <w:r>
        <w:t>maulana, agla sawal dilli se kiya hai father victor edwin ne.</w:t>
      </w:r>
    </w:p>
    <w:p>
      <w:pPr>
        <w:jc w:val="right"/>
      </w:pPr>
      <w:r>
        <w:t>مولانا، اگلا سوال دلی سے کیا ہے فادر وکٹر ایڈون نے۔</w:t>
      </w:r>
    </w:p>
    <w:p>
      <w:r>
        <w:rPr>
          <w:b/>
        </w:rPr>
        <w:t xml:space="preserve">[1:13:31] </w:t>
      </w:r>
      <w:r>
        <w:t>ان کا سوال ہے: "What is the role of sacrifice?" مولانا، by sacrifice he means uh personal sacrifice</w:t>
      </w:r>
    </w:p>
    <w:p>
      <w:pPr>
        <w:jc w:val="right"/>
      </w:pPr>
      <w:r>
        <w:t>ان کا سوال ہے: "واٹ از دا رول اف سیکریفائس؟" مولانا، بائی سیکریفائس ہی مینز اہ پرسنل سیکریفائس</w:t>
      </w:r>
    </w:p>
    <w:p>
      <w:r>
        <w:rPr>
          <w:b/>
        </w:rPr>
        <w:t xml:space="preserve">[1:13:37] </w:t>
      </w:r>
      <w:r>
        <w:t>that one makes in life, uh when uh one faces different situations.</w:t>
      </w:r>
    </w:p>
    <w:p>
      <w:pPr>
        <w:jc w:val="right"/>
      </w:pPr>
      <w:r>
        <w:t>دیٹ ون میکس ان لائف، اہ وین اہ ون فیسز ڈفرنٹ سچویشنز۔</w:t>
      </w:r>
    </w:p>
    <w:p>
      <w:r>
        <w:rPr>
          <w:b/>
        </w:rPr>
        <w:t xml:space="preserve">[1:13:43] </w:t>
      </w:r>
      <w:r>
        <w:t>so, what is the role of sacrifice</w:t>
      </w:r>
    </w:p>
    <w:p>
      <w:pPr>
        <w:jc w:val="right"/>
      </w:pPr>
      <w:r>
        <w:t>سو، واٹ از دا رول اف سیکریفائس</w:t>
      </w:r>
    </w:p>
    <w:p>
      <w:r>
        <w:rPr>
          <w:b/>
        </w:rPr>
        <w:t xml:space="preserve">[1:13:49] </w:t>
      </w:r>
      <w:r>
        <w:t>in bringing about harmony and reconciliation between communities that are divided for historical or political and other reasons?</w:t>
      </w:r>
    </w:p>
    <w:p>
      <w:pPr>
        <w:jc w:val="right"/>
      </w:pPr>
      <w:r>
        <w:t>ان برنگنگ اباؤٹ ہارمونی اینڈ ریکنسیلیشن بٹوین کمیونٹیز دیٹ ار ڈیوائیڈڈ فار ہسٹوریکل اور پولیٹیکل اینڈ ادر ریزنز؟</w:t>
      </w:r>
    </w:p>
    <w:p>
      <w:r>
        <w:rPr>
          <w:b/>
        </w:rPr>
        <w:t xml:space="preserve">[1:13:59] </w:t>
      </w:r>
      <w:r>
        <w:t>kya matlab hua is ka? maulana ki just hai, woh just maulana yeh ke jo harmony aur reconciliation</w:t>
      </w:r>
    </w:p>
    <w:p>
      <w:pPr>
        <w:jc w:val="right"/>
      </w:pPr>
      <w:r>
        <w:t>کیا مطلب ہوا اس کا؟ مولانا کی جسٹ ہے، وہ جسٹ مولانا یہ کہ جو ہارمونی اور ریکنسیلیشن</w:t>
      </w:r>
    </w:p>
    <w:p>
      <w:r>
        <w:rPr>
          <w:b/>
        </w:rPr>
        <w:t xml:space="preserve">[1:14:09] </w:t>
      </w:r>
      <w:r>
        <w:t>ki koshishein sab log karte hain, ah toh is mein personal sacrifice ka kya role hai? woh aap is</w:t>
      </w:r>
    </w:p>
    <w:p>
      <w:pPr>
        <w:jc w:val="right"/>
      </w:pPr>
      <w:r>
        <w:t>کی کوششیں سب لوگ کرتے ہیں، اہ تو اس میں پرسنل سیکریفائس کا کیا رول ہے؟ وہ آپ اس</w:t>
      </w:r>
    </w:p>
    <w:p>
      <w:r>
        <w:rPr>
          <w:b/>
        </w:rPr>
        <w:t xml:space="preserve">[1:14:19] </w:t>
      </w:r>
      <w:r>
        <w:t>woh janna chahte hain.</w:t>
      </w:r>
    </w:p>
    <w:p>
      <w:pPr>
        <w:jc w:val="right"/>
      </w:pPr>
      <w:r>
        <w:t>وہ جاننا چاہتے ہیں۔</w:t>
      </w:r>
    </w:p>
    <w:p>
      <w:r>
        <w:rPr>
          <w:b/>
        </w:rPr>
        <w:t xml:space="preserve">[1:14:26] </w:t>
      </w:r>
      <w:r>
        <w:t>matlab sacrifice ka matlab kya? Maulana, sacrifice ka matlab hai ke jo matlab dedication, haan, individual level pe dedication.</w:t>
      </w:r>
    </w:p>
    <w:p>
      <w:pPr>
        <w:jc w:val="right"/>
      </w:pPr>
      <w:r>
        <w:t>مطلب سیکریفائس کا مطلب کیا؟ مولانا، سیکریفائس کا مطلب ہے کہ جو مطلب ڈیڈیکیشن، ہاں، انڈیویجول لیول پہ ڈیڈیکیشن۔</w:t>
      </w:r>
    </w:p>
    <w:p>
      <w:r>
        <w:rPr>
          <w:b/>
        </w:rPr>
        <w:t xml:space="preserve">[1:14:32] </w:t>
      </w:r>
      <w:r>
        <w:t>ji to dedication to har kaam mein zaroori hai, chahe society mein peace lana ho ya logon ko</w:t>
      </w:r>
    </w:p>
    <w:p>
      <w:pPr>
        <w:jc w:val="right"/>
      </w:pPr>
      <w:r>
        <w:t>جی تو ڈیڈیکیشن تو ہر کام میں ضروری ہے، چاہے سوسائٹی میں پیس لانا ہو یا لوگوں کو</w:t>
      </w:r>
    </w:p>
    <w:p>
      <w:r>
        <w:rPr>
          <w:b/>
        </w:rPr>
        <w:t xml:space="preserve">[1:14:38] </w:t>
      </w:r>
      <w:r>
        <w:t>educate karna ho.</w:t>
      </w:r>
    </w:p>
    <w:p>
      <w:pPr>
        <w:jc w:val="right"/>
      </w:pPr>
      <w:r>
        <w:t>ایجوکیٹ کرنا ہو۔</w:t>
      </w:r>
    </w:p>
    <w:p>
      <w:r>
        <w:rPr>
          <w:b/>
        </w:rPr>
        <w:t xml:space="preserve">[1:14:45] </w:t>
      </w:r>
      <w:r>
        <w:t>jitne bhi mission hote hain to har cheez mein</w:t>
      </w:r>
    </w:p>
    <w:p>
      <w:pPr>
        <w:jc w:val="right"/>
      </w:pPr>
      <w:r>
        <w:t>جتنے بھی مشن ہوتے ہیں تو ہر چیز میں</w:t>
      </w:r>
    </w:p>
    <w:p>
      <w:r>
        <w:rPr>
          <w:b/>
        </w:rPr>
        <w:t xml:space="preserve">[1:14:51] </w:t>
      </w:r>
      <w:r>
        <w:t>iski zaroorat hoti hai sacrifice ki.</w:t>
      </w:r>
    </w:p>
    <w:p>
      <w:pPr>
        <w:jc w:val="right"/>
      </w:pPr>
      <w:r>
        <w:t>اس کی ضرورت ہوتی ہے سیکریفائس کی۔</w:t>
      </w:r>
    </w:p>
    <w:p>
      <w:r>
        <w:rPr>
          <w:b/>
        </w:rPr>
        <w:t xml:space="preserve">[1:14:56] </w:t>
      </w:r>
      <w:r>
        <w:t>sacrifice mein yeh istemal kar raha hoon, yeh dedication ke sense mein.</w:t>
      </w:r>
    </w:p>
    <w:p>
      <w:pPr>
        <w:jc w:val="right"/>
      </w:pPr>
      <w:r>
        <w:t>سیکریفائس میں یہ استعمال کر رہا ہوں، یہ ڈیڈیکیشن کے سینس میں۔</w:t>
      </w:r>
    </w:p>
    <w:p>
      <w:r>
        <w:rPr>
          <w:b/>
        </w:rPr>
        <w:t xml:space="preserve">[1:15:01] </w:t>
      </w:r>
      <w:r>
        <w:t>apne aap ko aadmi laga de to uske baghair to koi kaam nahi ho sakta, koi bhi</w:t>
      </w:r>
    </w:p>
    <w:p>
      <w:pPr>
        <w:jc w:val="right"/>
      </w:pPr>
      <w:r>
        <w:t>اپنے آپ کو آدمی لگا دے تو اس کے بغیر تو کوئی کام نہیں ہو سکتا، کوئی بھی</w:t>
      </w:r>
    </w:p>
    <w:p>
      <w:r>
        <w:rPr>
          <w:b/>
        </w:rPr>
        <w:t xml:space="preserve">[1:15:06] </w:t>
      </w:r>
      <w:r>
        <w:t>kaam nahi ho sakta.</w:t>
      </w:r>
    </w:p>
    <w:p>
      <w:pPr>
        <w:jc w:val="right"/>
      </w:pPr>
      <w:r>
        <w:t>کام نہیں ہو سکتا۔</w:t>
      </w:r>
    </w:p>
    <w:p>
      <w:r>
        <w:rPr>
          <w:b/>
        </w:rPr>
        <w:t xml:space="preserve">[1:15:11] </w:t>
      </w:r>
      <w:r>
        <w:t>sacrifice jo ka matlab aap apne ko marna nahi hai, sacrifice ka matlab hai apne ko kisi mission</w:t>
      </w:r>
    </w:p>
    <w:p>
      <w:pPr>
        <w:jc w:val="right"/>
      </w:pPr>
      <w:r>
        <w:t>سیکریفائس جو کا مطلب آپ اپنے کو مارنا نہیں ہے، سیکریفائس کا مطلب ہے اپنے کو کسی مشن</w:t>
      </w:r>
    </w:p>
    <w:p>
      <w:r>
        <w:rPr>
          <w:b/>
        </w:rPr>
        <w:t xml:space="preserve">[1:15:16] </w:t>
      </w:r>
      <w:r>
        <w:t>mein dedicate karna.</w:t>
      </w:r>
    </w:p>
    <w:p>
      <w:pPr>
        <w:jc w:val="right"/>
      </w:pPr>
      <w:r>
        <w:t>میں ڈیڈیکیٹ کرنا۔</w:t>
      </w:r>
    </w:p>
    <w:p>
      <w:r>
        <w:rPr>
          <w:b/>
        </w:rPr>
        <w:t xml:space="preserve">[1:15:21] </w:t>
      </w:r>
      <w:r>
        <w:t>to woh to zaroori hai, uske baghair to koi kaam nahi ho sakta, koi bhi kaam.</w:t>
      </w:r>
    </w:p>
    <w:p>
      <w:pPr>
        <w:jc w:val="right"/>
      </w:pPr>
      <w:r>
        <w:t>تو وہ تو ضروری ہے، اس کے بغیر تو کوئی کام نہیں ہو سکتا، کوئی بھی کام۔</w:t>
      </w:r>
    </w:p>
    <w:p>
      <w:r>
        <w:rPr>
          <w:b/>
        </w:rPr>
        <w:t xml:space="preserve">[1:15:29] </w:t>
      </w:r>
      <w:r>
        <w:t>aap chahte hain nation mein education lana to woh aaye ga sacrifice se.</w:t>
      </w:r>
    </w:p>
    <w:p>
      <w:pPr>
        <w:jc w:val="right"/>
      </w:pPr>
      <w:r>
        <w:t>آپ چاہتے ہیں نیشن میں ایجوکیشن لانا تو وہ آئے گا سیکریفائس سے۔</w:t>
      </w:r>
    </w:p>
    <w:p>
      <w:r>
        <w:rPr>
          <w:b/>
        </w:rPr>
        <w:t xml:space="preserve">[1:15:37] </w:t>
      </w:r>
      <w:r>
        <w:t>jaise abhi mein ek hi report padh raha tha ke Kerala mein education sab se zyada hai, to</w:t>
      </w:r>
    </w:p>
    <w:p>
      <w:pPr>
        <w:jc w:val="right"/>
      </w:pPr>
      <w:r>
        <w:t>جیسے ابھی میں ایک ہی رپورٹ پڑھ رہا تھا کہ کیرلا میں ایجوکیشن سب سے زیادہ ہے، تو</w:t>
      </w:r>
    </w:p>
    <w:p>
      <w:r>
        <w:rPr>
          <w:b/>
        </w:rPr>
        <w:t xml:space="preserve">[1:15:44] </w:t>
      </w:r>
      <w:r>
        <w:t>isme kuch logon ne bohat hi apne aap ko dedicate kiya is mission mein, education ke mission mein.</w:t>
      </w:r>
    </w:p>
    <w:p>
      <w:pPr>
        <w:jc w:val="right"/>
      </w:pPr>
      <w:r>
        <w:t>اس میں کچھ لوگوں نے بہت ہی اپنے آپ کو ڈیڈیکیٹ کیا اس مشن میں، ایجوکیشن کے مشن میں۔</w:t>
      </w:r>
    </w:p>
    <w:p>
      <w:r>
        <w:rPr>
          <w:b/>
        </w:rPr>
        <w:t xml:space="preserve">[1:15:52] </w:t>
      </w:r>
      <w:r>
        <w:t>tab wahan itni zyada aa gayi taleem to woh to samajhta hoon ke woh bas hai kisi bhi</w:t>
      </w:r>
    </w:p>
    <w:p>
      <w:pPr>
        <w:jc w:val="right"/>
      </w:pPr>
      <w:r>
        <w:t>تب وہاں اتنی زیادہ آ گئی تعلیم تو وہ تو سمجھتا ہوں کہ وہ بس ہے کسی بھی</w:t>
      </w:r>
    </w:p>
    <w:p>
      <w:r>
        <w:rPr>
          <w:b/>
        </w:rPr>
        <w:t xml:space="preserve">[1:16:00] </w:t>
      </w:r>
      <w:r>
        <w:t>development ke liye.</w:t>
      </w:r>
    </w:p>
    <w:p>
      <w:pPr>
        <w:jc w:val="right"/>
      </w:pPr>
      <w:r>
        <w:t>ڈیولپمنٹ کے لیے۔</w:t>
      </w:r>
    </w:p>
    <w:p>
      <w:r>
        <w:rPr>
          <w:b/>
        </w:rPr>
        <w:t xml:space="preserve">[1:16:07] </w:t>
      </w:r>
      <w:r>
        <w:t>Maulana, agla sawal Delhi se kya hai Muhammad Usman sahib ne, aur unhone likha hai: "Recently a</w:t>
      </w:r>
    </w:p>
    <w:p>
      <w:pPr>
        <w:jc w:val="right"/>
      </w:pPr>
      <w:r>
        <w:t>مولانا، اگلا سوال دلی سے کیا ہے محمد عثمان صاحب نے، اور انہوں نے لکھا ہے: "ریسنٹلی ا</w:t>
      </w:r>
    </w:p>
    <w:p>
      <w:r>
        <w:rPr>
          <w:b/>
        </w:rPr>
        <w:t xml:space="preserve">[1:16:15] </w:t>
      </w:r>
      <w:r>
        <w:t>dead man was dug out of his grave just because he belonged to a different</w:t>
      </w:r>
    </w:p>
    <w:p>
      <w:pPr>
        <w:jc w:val="right"/>
      </w:pPr>
      <w:r>
        <w:t>ڈیڈ مین واز ڈگڈ آؤٹ آف ہز گریو جسٹ بیکاز ہی بیلانگ ٹو ا ڈفرنٹ</w:t>
      </w:r>
    </w:p>
    <w:p>
      <w:r>
        <w:rPr>
          <w:b/>
        </w:rPr>
        <w:t xml:space="preserve">[1:16:23] </w:t>
      </w:r>
      <w:r>
        <w:t>sect, and graveyard was of a was of the other sect.</w:t>
      </w:r>
    </w:p>
    <w:p>
      <w:pPr>
        <w:jc w:val="right"/>
      </w:pPr>
      <w:r>
        <w:t>سیکٹ، اینڈ گریویارڈ واز آف ا واز آف دی ادر سیکٹ۔</w:t>
      </w:r>
    </w:p>
    <w:p>
      <w:r>
        <w:rPr>
          <w:b/>
        </w:rPr>
        <w:t xml:space="preserve">[1:16:29] </w:t>
      </w:r>
      <w:r>
        <w:t>such is the hatred among various sects of Islam.</w:t>
      </w:r>
    </w:p>
    <w:p>
      <w:pPr>
        <w:jc w:val="right"/>
      </w:pPr>
      <w:r>
        <w:t>سچ از دا ہیٹریڈ امنگ ویریس سیکٹس آف اسلام۔</w:t>
      </w:r>
    </w:p>
    <w:p>
      <w:r>
        <w:rPr>
          <w:b/>
        </w:rPr>
        <w:t xml:space="preserve">[1:16:35] </w:t>
      </w:r>
      <w:r>
        <w:t>"How this hatred can be reduced or ended? What can be done to end sectarianism?" Bhai, yeh</w:t>
      </w:r>
    </w:p>
    <w:p>
      <w:pPr>
        <w:jc w:val="right"/>
      </w:pPr>
      <w:r>
        <w:t>ہاؤ دس ہیٹریڈ کین بی ریڈیوسڈ اور اینڈڈ؟ واٹ کین بی ڈن ٹو اینڈ فرقہ پرستی؟" بھائی، یہ</w:t>
      </w:r>
    </w:p>
    <w:p>
      <w:r>
        <w:rPr>
          <w:b/>
        </w:rPr>
        <w:t xml:space="preserve">[1:16:41] </w:t>
      </w:r>
      <w:r>
        <w:t>jo hai, yeh to Islam mein haram hai.</w:t>
      </w:r>
    </w:p>
    <w:p>
      <w:pPr>
        <w:jc w:val="right"/>
      </w:pPr>
      <w:r>
        <w:t>جو ہے، یہ تو اسلام میں حرام ہے۔</w:t>
      </w:r>
    </w:p>
    <w:p>
      <w:r>
        <w:rPr>
          <w:b/>
        </w:rPr>
        <w:t xml:space="preserve">[1:16:47] </w:t>
      </w:r>
      <w:r>
        <w:t>qabr qabr ko khod kar ke nikalna, yeh to Islam mein jaiz hi nahi hai. Lekin</w:t>
      </w:r>
    </w:p>
    <w:p>
      <w:pPr>
        <w:jc w:val="right"/>
      </w:pPr>
      <w:r>
        <w:t>قبر قبر کو کھود کر کے نکالنا، یہ تو اسلام میں جائز ہی نہیں ہے۔ لیکن</w:t>
      </w:r>
    </w:p>
    <w:p>
      <w:r>
        <w:rPr>
          <w:b/>
        </w:rPr>
        <w:t xml:space="preserve">[1:16:53] </w:t>
      </w:r>
      <w:r>
        <w:t>is mein koi role ho sakta hai judiciary ka, ek reformer ka koi role nahi is mein ho sakta. Haan, agar samjhane bajaye is kaam chale to ja ke woh samjhana chahiye hoga. Lekin generally kya hota hai? Samjhane bajaye is kaam nahi chalta, wahan judiciary ka role aa jata hai. To main yeh kahunga ke agar kaam chal jata hai samjhane bachane se to jo reformers</w:t>
      </w:r>
    </w:p>
    <w:p>
      <w:pPr>
        <w:jc w:val="right"/>
      </w:pPr>
      <w:r>
        <w:t>اس میں کوئی رول ہو سکتا ہے جوڈیشری کا، ایک ریفارمر کا کوئی رول نہیں اس میں ہو سکتا۔ ہاں، اگر سمجھانے بجائے اس کام چلے تو جا کے وہ سمجھانا چاہیے ہوگا۔ لیکن جنرلی کیا ہوتا ہے؟ سمجھانے بجائے اس کام نہیں چلتا، وہاں جوڈیشری کا رول آ جاتا ہے۔ تو میں یہ کہوں گا کہ اگر کام چل جاتا ہے سمجھانے بچانے سے تو جو ریفارمرز</w:t>
      </w:r>
    </w:p>
    <w:p>
      <w:r>
        <w:rPr>
          <w:b/>
        </w:rPr>
        <w:t xml:space="preserve">[1:17:23] </w:t>
      </w:r>
      <w:r>
        <w:t>hain, un ko wahan ja kar samjhana chahiye. Aur agar mamla zyada serious hai, samjhane se nahi kaam chalta to judiciary ko refer karna chahiye. Yahi tareeqa hai is mamle mein. Baqi jahan tak Islam ka mamla hai to Islam mein bilkul haram hai aisa karna, is mein koi shakk nahi. Maulana, agla sawal lene se pehle hum ek comment parhna chahenge jo Dr. Faree</w:t>
      </w:r>
    </w:p>
    <w:p>
      <w:pPr>
        <w:jc w:val="right"/>
      </w:pPr>
      <w:r>
        <w:t>ہیں، ان کو وہاں جا کر سمجھانا چاہیے۔ اور اگر معاملہ زیادہ سیریس ہے، سمجھانے سے نہیں کام چلتا تو جوڈیشری کو ریفر کرنا چاہیے۔ یہی طریقہ ہے اس معاملے میں۔ باقی جہاں تک اسلام کا معاملہ ہے تو اسلام میں بالکل حرام ہے ایسا کرنا، اس میں کوئی شک نہیں۔ مولانا، اگلا سوال لینے سے پہلے ہم ایک کمنٹ پڑھنا چاہیں گے جو ڈاکٹر فری</w:t>
      </w:r>
    </w:p>
    <w:p>
      <w:r>
        <w:rPr>
          <w:b/>
        </w:rPr>
        <w:t xml:space="preserve">[1:17:53] </w:t>
      </w:r>
      <w:r>
        <w:t>dah Khanam ne bheja hai in reference to ah the question that was asked by ah Tariq Sohail Badar sahib, jo unhon ne do aayat ko quote ki thi. To Dr. Fareeda Khanam ne apna comment likha hai ke: "The verses refers to crime at the battleground, it does not refer to anything as abusing the prophet. These verses are related to war situations and not meant for general applicati</w:t>
      </w:r>
    </w:p>
    <w:p>
      <w:pPr>
        <w:jc w:val="right"/>
      </w:pPr>
      <w:r>
        <w:t>دہ خانم نے بھیجا ہے ان ریفرنس ٹو اہ دی کوئسچن دیٹ واز اسکڈ بائے اہ طارق سہیل بدر صاحب، جو انہوں نے دو ایتیں کوٹ کی تھیں۔ تو ڈاکٹر فریدہ خانم نے اپنا کمنٹ لکھا ہے کہ: "دا ورسز ریفرز ٹو کرائم ایٹ دا بیٹل گراؤنڈ، اٹ ڈز ناٹ ریفر ٹو اینی تھنگ ایز ابیوزنگ دا پرافٹ۔ دیز ورسز ار ریلیٹڈ ٹو وار سچویشنز اینڈ ناٹ مینٹ فار جنرل ایپلیکی</w:t>
      </w:r>
    </w:p>
    <w:p>
      <w:r>
        <w:rPr>
          <w:b/>
        </w:rPr>
        <w:t xml:space="preserve">[1:18:23] </w:t>
      </w:r>
      <w:r>
        <w:t>blasphemies.</w:t>
      </w:r>
    </w:p>
    <w:p>
      <w:pPr>
        <w:jc w:val="right"/>
      </w:pPr>
      <w:r>
        <w:t>شنز۔</w:t>
      </w:r>
    </w:p>
    <w:p>
      <w:r>
        <w:rPr>
          <w:b/>
        </w:rPr>
        <w:t xml:space="preserve">[1:18:28] </w:t>
      </w:r>
      <w:r>
        <w:t>No one was punished for abusing the Prophet during the life of the Prophet and the companions. Question</w:t>
      </w:r>
    </w:p>
    <w:p>
      <w:pPr>
        <w:jc w:val="right"/>
      </w:pPr>
      <w:r>
        <w:t>نو ون واز پنشڈ فار ابیوزنگ دا پرافٹ ڈیورنگ دا لائف اف دا پرافٹ اینڈ دی کمپینینز۔" کوئسچن</w:t>
      </w:r>
    </w:p>
    <w:p>
      <w:r>
        <w:rPr>
          <w:b/>
        </w:rPr>
        <w:t xml:space="preserve">[1:18:33] </w:t>
      </w:r>
      <w:r>
        <w:t>mein add karunga ke jis ko kehte hain blasphemy ya prophet ke sath gustakhi, woh koi</w:t>
      </w:r>
    </w:p>
    <w:p>
      <w:pPr>
        <w:jc w:val="right"/>
      </w:pPr>
      <w:r>
        <w:t>میں ایڈ کروں گا کہ جس کو کہتے ہیں بلاسٹ فیمی یا پرافٹ کے ساتھ گستاخی، وہ کوئی</w:t>
      </w:r>
    </w:p>
    <w:p>
      <w:r>
        <w:rPr>
          <w:b/>
        </w:rPr>
        <w:t xml:space="preserve">[1:18:38] </w:t>
      </w:r>
      <w:r>
        <w:t>woh koi crime hi nahi hai Islam mein, nothing.</w:t>
      </w:r>
    </w:p>
    <w:p>
      <w:pPr>
        <w:jc w:val="right"/>
      </w:pPr>
      <w:r>
        <w:t>وہ کوئی کرائم ہی نہیں ہے اسلام میں، نتھنگ۔</w:t>
      </w:r>
    </w:p>
    <w:p>
      <w:r>
        <w:rPr>
          <w:b/>
        </w:rPr>
        <w:t xml:space="preserve">[1:18:43] </w:t>
      </w:r>
      <w:r>
        <w:t>isme koi punishment bhi nahi hai.</w:t>
      </w:r>
    </w:p>
    <w:p>
      <w:pPr>
        <w:jc w:val="right"/>
      </w:pPr>
      <w:r>
        <w:t>اس میں کوئی پنشمنٹ بھی نہیں ہے۔</w:t>
      </w:r>
    </w:p>
    <w:p>
      <w:r>
        <w:rPr>
          <w:b/>
        </w:rPr>
        <w:t xml:space="preserve">[1:18:48] </w:t>
      </w:r>
      <w:r>
        <w:t>yeh to bilkul yani bohat hi zyada galat yeh law</w:t>
      </w:r>
    </w:p>
    <w:p>
      <w:pPr>
        <w:jc w:val="right"/>
      </w:pPr>
      <w:r>
        <w:t>یہ تو بالکل یعنی بہت ہی زیادہ غلط یہ لاء</w:t>
      </w:r>
    </w:p>
    <w:p>
      <w:r>
        <w:rPr>
          <w:b/>
        </w:rPr>
        <w:t xml:space="preserve">[1:18:53] </w:t>
      </w:r>
      <w:r>
        <w:t>hain jo banaye gaye hain baaz muslim countries mein ke rasool Allah ke khilaf koi gustakhi kare to</w:t>
      </w:r>
    </w:p>
    <w:p>
      <w:pPr>
        <w:jc w:val="right"/>
      </w:pPr>
      <w:r>
        <w:t>ہیں جو بنائے گئے ہیں بعض مسلم کنٹریز میں کہ رسول اللہ کے خلاف کوئی گستاخی کرے تو</w:t>
      </w:r>
    </w:p>
    <w:p>
      <w:r>
        <w:rPr>
          <w:b/>
        </w:rPr>
        <w:t xml:space="preserve">[1:18:57] </w:t>
      </w:r>
      <w:r>
        <w:t>us ko maar dalo, maar dalo.</w:t>
      </w:r>
    </w:p>
    <w:p>
      <w:pPr>
        <w:jc w:val="right"/>
      </w:pPr>
      <w:r>
        <w:t>اس کو مار ڈالو، مار ڈالو۔</w:t>
      </w:r>
    </w:p>
    <w:p>
      <w:r>
        <w:rPr>
          <w:b/>
        </w:rPr>
        <w:t xml:space="preserve">[1:19:01] </w:t>
      </w:r>
      <w:r>
        <w:t>yeh to bilkul yani koi koi beshi nahi hai Islam mein is ki.</w:t>
      </w:r>
    </w:p>
    <w:p>
      <w:pPr>
        <w:jc w:val="right"/>
      </w:pPr>
      <w:r>
        <w:t>یہ تو بالکل یعنی کوئی کوئی بیشی نہیں ہے اسلام میں اس کی۔</w:t>
      </w:r>
    </w:p>
    <w:p>
      <w:r>
        <w:rPr>
          <w:b/>
        </w:rPr>
        <w:t xml:space="preserve">[1:19:06] </w:t>
      </w:r>
      <w:r>
        <w:t>is se aap ja ke baat kijiye, use discuss kijiye, is ke dialogue kijiye.</w:t>
      </w:r>
    </w:p>
    <w:p>
      <w:pPr>
        <w:jc w:val="right"/>
      </w:pPr>
      <w:r>
        <w:t>اس سے آپ جا کے بات کیجئے، اسے ڈسکس کیجئے، اس کے ڈائیلاگ کیجئے۔</w:t>
      </w:r>
    </w:p>
    <w:p>
      <w:r>
        <w:rPr>
          <w:b/>
        </w:rPr>
        <w:t xml:space="preserve">[1:19:10] </w:t>
      </w:r>
      <w:r>
        <w:t>maar ne ka right hargiz hargiz aap ko nahi hai.</w:t>
      </w:r>
    </w:p>
    <w:p>
      <w:pPr>
        <w:jc w:val="right"/>
      </w:pPr>
      <w:r>
        <w:t>مارنے کا رائٹ ہرگز ہرگز آپ کو نہیں ہے۔</w:t>
      </w:r>
    </w:p>
    <w:p>
      <w:r>
        <w:rPr>
          <w:b/>
        </w:rPr>
        <w:t xml:space="preserve">[1:19:14] </w:t>
      </w:r>
      <w:r>
        <w:t>jaan se maarna to bohat door ki baat hai, aap us ko kora bhi nahi maar sakte, us</w:t>
      </w:r>
    </w:p>
    <w:p>
      <w:pPr>
        <w:jc w:val="right"/>
      </w:pPr>
      <w:r>
        <w:t>جان سے مارنا تو بہت دور کی بات ہے، آپ اس کو کوڑا بھی نہیں مار سکتے، اس</w:t>
      </w:r>
    </w:p>
    <w:p>
      <w:r>
        <w:rPr>
          <w:b/>
        </w:rPr>
        <w:t xml:space="preserve">[1:19:19] </w:t>
      </w:r>
      <w:r>
        <w:t>ka Islam mein se</w:t>
      </w:r>
    </w:p>
    <w:p>
      <w:pPr>
        <w:jc w:val="right"/>
      </w:pPr>
      <w:r>
        <w:t>کا اسلام میں سے</w:t>
      </w:r>
    </w:p>
    <w:p>
      <w:r>
        <w:rPr>
          <w:b/>
        </w:rPr>
        <w:t xml:space="preserve">[1:19:23] </w:t>
      </w:r>
      <w:r>
        <w:t>koi talluq nahi hai.</w:t>
      </w:r>
    </w:p>
    <w:p>
      <w:pPr>
        <w:jc w:val="right"/>
      </w:pPr>
      <w:r>
        <w:t>کوئی تعلق نہیں ہے۔</w:t>
      </w:r>
    </w:p>
    <w:p>
      <w:r>
        <w:rPr>
          <w:b/>
        </w:rPr>
        <w:t xml:space="preserve">[1:19:30] </w:t>
      </w:r>
      <w:r>
        <w:t>Maulana, the next question has been asked by Rafi Chougley Sahib from Mumbai. He has written: "Maulana,</w:t>
      </w:r>
    </w:p>
    <w:p>
      <w:pPr>
        <w:jc w:val="right"/>
      </w:pPr>
      <w:r>
        <w:t>مولانا، اگلا سوال اہ رفیع چوگلے صاحب نے کیا ہے اہ ممبئی سے، انہوں نے لکھا ہے: "مولانا،</w:t>
      </w:r>
    </w:p>
    <w:p>
      <w:r>
        <w:rPr>
          <w:b/>
        </w:rPr>
        <w:t xml:space="preserve">[1:19:38] </w:t>
      </w:r>
      <w:r>
        <w:t>kindly explain this hadith wich sees: Al hubbu fillah wa al bughzu fillah. us ko wazeh karen.</w:t>
      </w:r>
    </w:p>
    <w:p>
      <w:pPr>
        <w:jc w:val="right"/>
      </w:pPr>
      <w:r>
        <w:t>کائنڈلی ایکسپلین دس حدیث وچ سیز: الحبو فی اللہ ول بغضو فی اللہ۔" اس کو واضح کریں۔</w:t>
      </w:r>
    </w:p>
    <w:p>
      <w:r>
        <w:rPr>
          <w:b/>
        </w:rPr>
        <w:t xml:space="preserve">[1:19:46] </w:t>
      </w:r>
      <w:r>
        <w:t>bhai, yeh to bilkul clear hai. aap</w:t>
      </w:r>
    </w:p>
    <w:p>
      <w:pPr>
        <w:jc w:val="right"/>
      </w:pPr>
      <w:r>
        <w:t>بھائی، یہ تو بالکل کلیئر ہے۔ آپ</w:t>
      </w:r>
    </w:p>
    <w:p>
      <w:r>
        <w:rPr>
          <w:b/>
        </w:rPr>
        <w:t xml:space="preserve">[1:19:53] </w:t>
      </w:r>
      <w:r>
        <w:t>kisi se, chahe family ka mamla ho ya family ke bahar ka mamla ho, kisi ke bare mein</w:t>
      </w:r>
    </w:p>
    <w:p>
      <w:pPr>
        <w:jc w:val="right"/>
      </w:pPr>
      <w:r>
        <w:t>کسی سے، چاہے فیملی کا معاملہ ہو یا فیملی کے باہر کا معاملہ ہو، کسی کے بارے میں</w:t>
      </w:r>
    </w:p>
    <w:p>
      <w:r>
        <w:rPr>
          <w:b/>
        </w:rPr>
        <w:t xml:space="preserve">[1:19:59] </w:t>
      </w:r>
      <w:r>
        <w:t>aap positive hain to is ka bhi aap ko dekhna chahiye ke main positive jo hoon to kya</w:t>
      </w:r>
    </w:p>
    <w:p>
      <w:pPr>
        <w:jc w:val="right"/>
      </w:pPr>
      <w:r>
        <w:t>آپ پازیٹیو ہیں تو اس کا بھی آپ کو دیکھنا چاہیے کہ میں پازیٹیو جو ہوں تو کیا</w:t>
      </w:r>
    </w:p>
    <w:p>
      <w:r>
        <w:rPr>
          <w:b/>
        </w:rPr>
        <w:t xml:space="preserve">[1:20:06] </w:t>
      </w:r>
      <w:r>
        <w:t>Quran o hadith ke mutabiq hai.</w:t>
      </w:r>
    </w:p>
    <w:p>
      <w:pPr>
        <w:jc w:val="right"/>
      </w:pPr>
      <w:r>
        <w:t>قرآن و حدیث کے مطابق ہے۔</w:t>
      </w:r>
    </w:p>
    <w:p>
      <w:r>
        <w:rPr>
          <w:b/>
        </w:rPr>
        <w:t xml:space="preserve">[1:20:12] </w:t>
      </w:r>
      <w:r>
        <w:t>agar negative ho jayen tab bhi sochna chahiye ke kya main Quran o hadith ke mutabiq hoon.</w:t>
      </w:r>
    </w:p>
    <w:p>
      <w:pPr>
        <w:jc w:val="right"/>
      </w:pPr>
      <w:r>
        <w:t>اگر نیگیٹیو ہو جائیں تب بھی سوچنا چاہیے کہ کیا میں قرآن و حدیث کے مطابق ہوں۔</w:t>
      </w:r>
    </w:p>
    <w:p>
      <w:r>
        <w:rPr>
          <w:b/>
        </w:rPr>
        <w:t xml:space="preserve">[1:20:18] </w:t>
      </w:r>
      <w:r>
        <w:t>yeh meri negative thinking bas itni si baat hai aur is mein koi mysterious meaning nahi hai.</w:t>
      </w:r>
    </w:p>
    <w:p>
      <w:pPr>
        <w:jc w:val="right"/>
      </w:pPr>
      <w:r>
        <w:t>یہ میری نیگیٹیو تھنکنگ بس اتنی سی بات ہے اور اس میں کوئی مسٹیریس میننگ نہیں ہے۔</w:t>
      </w:r>
    </w:p>
    <w:p>
      <w:r>
        <w:rPr>
          <w:b/>
        </w:rPr>
        <w:t xml:space="preserve">[1:20:25] </w:t>
      </w:r>
      <w:r>
        <w:t>Maulana, agla ek comment hai jo hum parhna chahenge jo doctor Safeena Tasneem ne bheja hai Ajmer se.</w:t>
      </w:r>
    </w:p>
    <w:p>
      <w:pPr>
        <w:jc w:val="right"/>
      </w:pPr>
      <w:r>
        <w:t>مولانا، اگلا ایک کمنٹ ہے جو ہم پڑھنا چاہیں گے جو ڈاکٹر سفینہ تبسم نے بھیجا ہے اجمیر سے۔</w:t>
      </w:r>
    </w:p>
    <w:p>
      <w:r>
        <w:rPr>
          <w:b/>
        </w:rPr>
        <w:t xml:space="preserve">[1:20:32] </w:t>
      </w:r>
      <w:r>
        <w:t>She has written: "Maulana, it is said that biggest sacrifice is sacrifice of opinion."</w:t>
      </w:r>
    </w:p>
    <w:p>
      <w:pPr>
        <w:jc w:val="right"/>
      </w:pPr>
      <w:r>
        <w:t>اہ شی از ریٹن: "مولانا، اٹ از سیڈ دیٹ بگسٹ سیکریفائس از سیکریفائس اف اوپینین۔</w:t>
      </w:r>
    </w:p>
    <w:p>
      <w:r>
        <w:rPr>
          <w:b/>
        </w:rPr>
        <w:t xml:space="preserve">[1:20:40] </w:t>
      </w:r>
      <w:r>
        <w:t>"What would you say in this?" ہاں، رائے کی قربانی سب سے بڑی قربانی ہے، یہ میں مانتا</w:t>
      </w:r>
    </w:p>
    <w:p>
      <w:pPr>
        <w:jc w:val="right"/>
      </w:pPr>
      <w:r>
        <w:t>واٹ وڈ یو سے ان دس؟" ہاں، رائے کی قربانی سب سے بڑی قربانی ہے، یہ میں مانتا</w:t>
      </w:r>
    </w:p>
    <w:p>
      <w:r>
        <w:rPr>
          <w:b/>
        </w:rPr>
        <w:t xml:space="preserve">[1:20:47] </w:t>
      </w:r>
      <w:r>
        <w:t>hoon us ko kyunke wahan ego ego involve hota hai.</w:t>
      </w:r>
    </w:p>
    <w:p>
      <w:pPr>
        <w:jc w:val="right"/>
      </w:pPr>
      <w:r>
        <w:t>ہوں اس کو کیونکہ وہاں ایگو ایگو انوالو ہوتا ہے۔</w:t>
      </w:r>
    </w:p>
    <w:p>
      <w:r>
        <w:rPr>
          <w:b/>
        </w:rPr>
        <w:t xml:space="preserve">[1:20:55] </w:t>
      </w:r>
      <w:r>
        <w:t>جب میں ایک رائے دے دوں اور دوسرا اس سے differ کر رہا ہے تو میری ego وہاں</w:t>
      </w:r>
    </w:p>
    <w:p>
      <w:pPr>
        <w:jc w:val="right"/>
      </w:pPr>
      <w:r>
        <w:t>جب میں ایک رائے دے دوں اور دوسرا اس سے ڈیفر کر رہا ہے تو میری ایگو وہاں</w:t>
      </w:r>
    </w:p>
    <w:p>
      <w:r>
        <w:rPr>
          <w:b/>
        </w:rPr>
        <w:t xml:space="preserve">[1:21:01] </w:t>
      </w:r>
      <w:r>
        <w:t>par kehti hai ke nahi, meri rai to sab se achi hai, main kyun manun? to rai ki</w:t>
      </w:r>
    </w:p>
    <w:p>
      <w:pPr>
        <w:jc w:val="right"/>
      </w:pPr>
      <w:r>
        <w:t>پر کہتی ہے کہ نہیں، میری رائے تو سب سے اچھی ہے، میں کیوں مانوں؟ تو رائے کی</w:t>
      </w:r>
    </w:p>
    <w:p>
      <w:r>
        <w:rPr>
          <w:b/>
        </w:rPr>
        <w:t xml:space="preserve">[1:21:07] </w:t>
      </w:r>
      <w:r>
        <w:t>qurbani ke mani hain ego ki qurbani.</w:t>
      </w:r>
    </w:p>
    <w:p>
      <w:pPr>
        <w:jc w:val="right"/>
      </w:pPr>
      <w:r>
        <w:t>قربانی کے معنی ہیں ایگو کی قربانی۔</w:t>
      </w:r>
    </w:p>
    <w:p>
      <w:r>
        <w:rPr>
          <w:b/>
        </w:rPr>
        <w:t xml:space="preserve">[1:21:13] </w:t>
      </w:r>
      <w:r>
        <w:t>rai ki qurbani ke mani hain ego ki qurbani, yani ego ko sacrifice karna.</w:t>
      </w:r>
    </w:p>
    <w:p>
      <w:pPr>
        <w:jc w:val="right"/>
      </w:pPr>
      <w:r>
        <w:t>رائے کی قربانی کے معنی ہیں ایگو کی قربانی، یعنی ایگو کو سیکریفائس کرنا۔</w:t>
      </w:r>
    </w:p>
    <w:p>
      <w:r>
        <w:rPr>
          <w:b/>
        </w:rPr>
        <w:t xml:space="preserve">[1:21:19] </w:t>
      </w:r>
      <w:r>
        <w:t>to main manta hoon is baat ko</w:t>
      </w:r>
    </w:p>
    <w:p>
      <w:pPr>
        <w:jc w:val="right"/>
      </w:pPr>
      <w:r>
        <w:t>تو میں مانتا ہوں اس بات کو</w:t>
      </w:r>
    </w:p>
    <w:p>
      <w:r>
        <w:rPr>
          <w:b/>
        </w:rPr>
        <w:t xml:space="preserve">[1:21:26] </w:t>
      </w:r>
      <w:r>
        <w:t>ke sab se bari jo value hai insan mein woh hai modesty. Modesty, arrogance nahi hai. Ego se arrogance aata hai jo yani source of all evil hai. Modest aadmi kabhi bhi apni ego ko le kar ke yani ukhdega nahi. To rai ki</w:t>
      </w:r>
    </w:p>
    <w:p>
      <w:pPr>
        <w:jc w:val="right"/>
      </w:pPr>
      <w:r>
        <w:t>کہ سب سے بڑی جو ویلیو ہے انسان میں وہ ہے ماڈیسٹی۔ ماڈیسٹی، اروگنس نہیں ہے۔ ایگو سے اروگنس آتا ہے جو یعنی سورس اف ال ایول ہے۔ ماڈیسٹ آدمی کبھی بھی اپنی ایگو کو لے کر کے یعنی اکھڑے گا نہیں۔ تو رائے کی</w:t>
      </w:r>
    </w:p>
    <w:p>
      <w:r>
        <w:rPr>
          <w:b/>
        </w:rPr>
        <w:t xml:space="preserve">[1:21:56] </w:t>
      </w:r>
      <w:r>
        <w:t>qurbani bila shakk sab bari qurbani hai is sense mein ke rai qurbani ka matlab hai apne ego ko ego ko qurban kar dena.</w:t>
      </w:r>
    </w:p>
    <w:p>
      <w:pPr>
        <w:jc w:val="right"/>
      </w:pPr>
      <w:r>
        <w:t>قربانی بلا شک سب بڑی قربانی ہے اس سینس میں کہ رائے قربانی کا مطلب ہے اپنے ایگو کو ایگو کو قربان کر دینا۔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