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185-186 | May 27, 2018</w:t>
      </w:r>
    </w:p>
    <w:p>
      <w:r>
        <w:t>https://www.youtube.com/watch?v=CUVDmmP850U</w:t>
      </w:r>
    </w:p>
    <w:p>
      <w:r>
        <w:rPr>
          <w:b/>
        </w:rPr>
        <w:t xml:space="preserve">[00:10] </w:t>
      </w:r>
      <w:r>
        <w:t>Bismillah Rehman ur Rahim, wa sallallahu ala nabiyil karim.</w:t>
      </w:r>
    </w:p>
    <w:p>
      <w:pPr>
        <w:jc w:val="right"/>
      </w:pPr>
      <w:r>
        <w:t>بسم اللہ الرحمن الرحیم، وصلی اللہ علی 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[00:33] </w:t>
      </w:r>
      <w:r>
        <w:t>27 May 2018. aaj</w:t>
      </w:r>
    </w:p>
    <w:p>
      <w:pPr>
        <w:jc w:val="right"/>
      </w:pPr>
      <w:r>
        <w:t>27 مئی 2018۔ آج</w:t>
      </w:r>
    </w:p>
    <w:p>
      <w:r>
        <w:rPr>
          <w:b/>
        </w:rPr>
        <w:t xml:space="preserve">[00:44] </w:t>
      </w:r>
      <w:r>
        <w:t>Surah Al Baqarah ka kuch hissa parha ja raha hai, is ke bare mein kuch baat koshish ki jayegi batane ki. Yeh roze se mutalliq hai. Bismillah Rehman Rahim. Shahru Ramadan allazi unzila fihil Quran. Hudallinnasi wa bayyinatin minalhuda wal Furqan. Faman shahida minkumush shahra falyasumhu, wa man kana mareedan au ala safar</w:t>
      </w:r>
    </w:p>
    <w:p>
      <w:pPr>
        <w:jc w:val="right"/>
      </w:pPr>
      <w:r>
        <w:t>سورہ البقرہ کا کچھ حصہ پڑھا جا رہا ہے، اس کے بارے میں کچھ بات کوشش کی جائے گی بتانے کی۔ یہ روزے سے متعلق ہے۔ بسم اللہ الرحمن الرحیم۔ شہر رمضان الذی انزل فیہ القرآن۔ هدل الناس وبینات من الهدی والفرقان۔ فمن شہید منکم الشہر فلیسم، ومن کان مریضا او علی سفر</w:t>
      </w:r>
    </w:p>
    <w:p>
      <w:r>
        <w:rPr>
          <w:b/>
        </w:rPr>
        <w:t xml:space="preserve">[01:14] </w:t>
      </w:r>
      <w:r>
        <w:t>fa'adduhu min ayyaamin ukhra.</w:t>
      </w:r>
    </w:p>
    <w:p>
      <w:pPr>
        <w:jc w:val="right"/>
      </w:pPr>
      <w:r>
        <w:t>فعده من ایام اخر۔</w:t>
      </w:r>
    </w:p>
    <w:p>
      <w:r>
        <w:rPr>
          <w:b/>
        </w:rPr>
        <w:t xml:space="preserve">[01:19] </w:t>
      </w:r>
      <w:r>
        <w:t>yureed ullah bikumul yusra wala yureed bikumul usra.</w:t>
      </w:r>
    </w:p>
    <w:p>
      <w:pPr>
        <w:jc w:val="right"/>
      </w:pPr>
      <w:r>
        <w:t>یرید اللہ بکم الیسر ولا یرید بکم العسر۔</w:t>
      </w:r>
    </w:p>
    <w:p>
      <w:r>
        <w:rPr>
          <w:b/>
        </w:rPr>
        <w:t xml:space="preserve">[01:24] </w:t>
      </w:r>
      <w:r>
        <w:t>walatukmilul iddata wal tukabbirullaha ala ma hadakum walakum tashkuroon.</w:t>
      </w:r>
    </w:p>
    <w:p>
      <w:pPr>
        <w:jc w:val="right"/>
      </w:pPr>
      <w:r>
        <w:t>ولتکمل العدۃ ولتکبر اللہ علی ما ہداکم ولعلکم تشکرون۔</w:t>
      </w:r>
    </w:p>
    <w:p>
      <w:r>
        <w:rPr>
          <w:b/>
        </w:rPr>
        <w:t xml:space="preserve">[01:29] </w:t>
      </w:r>
      <w:r>
        <w:t>waidha saalaka ibadi anni fa inni qareeb.</w:t>
      </w:r>
    </w:p>
    <w:p>
      <w:pPr>
        <w:jc w:val="right"/>
      </w:pPr>
      <w:r>
        <w:t>واذا سالک عبادی عنی فانی قریب۔</w:t>
      </w:r>
    </w:p>
    <w:p>
      <w:r>
        <w:rPr>
          <w:b/>
        </w:rPr>
        <w:t xml:space="preserve">[01:34] </w:t>
      </w:r>
      <w:r>
        <w:t>ujeebu dawatid daai idha daani fal yastajeeb li wal yoomin bi la allahum yarsudoon.</w:t>
      </w:r>
    </w:p>
    <w:p>
      <w:pPr>
        <w:jc w:val="right"/>
      </w:pPr>
      <w:r>
        <w:t>اجیب دعوت الداعی اذا دعانی فلیستجیب لی ولیومن بی لعلھمیرشدون۔</w:t>
      </w:r>
    </w:p>
    <w:p>
      <w:r>
        <w:rPr>
          <w:b/>
        </w:rPr>
        <w:t xml:space="preserve">[01:39] </w:t>
      </w:r>
      <w:r>
        <w:t>soorah albakara, soorah number do, aayat number 185, 18</w:t>
      </w:r>
    </w:p>
    <w:p>
      <w:pPr>
        <w:jc w:val="right"/>
      </w:pPr>
      <w:r>
        <w:t>سورہ البقرہ، سورہ نمبر دو، آیت نمبر 185، 18</w:t>
      </w:r>
    </w:p>
    <w:p>
      <w:r>
        <w:rPr>
          <w:b/>
        </w:rPr>
        <w:t xml:space="preserve">[01:44] </w:t>
      </w:r>
      <w:r>
        <w:t>6.</w:t>
      </w:r>
    </w:p>
    <w:p>
      <w:pPr>
        <w:jc w:val="right"/>
      </w:pPr>
      <w:r>
        <w:t>6۔</w:t>
      </w:r>
    </w:p>
    <w:p>
      <w:r>
        <w:rPr>
          <w:b/>
        </w:rPr>
        <w:t xml:space="preserve">[01:49] </w:t>
      </w:r>
      <w:r>
        <w:t>ramzan ka mahina jis mein quran utara gaya, hidayat hai logon ke liye aur khuli nishaniyan rastay ki,</w:t>
      </w:r>
    </w:p>
    <w:p>
      <w:pPr>
        <w:jc w:val="right"/>
      </w:pPr>
      <w:r>
        <w:t>رمضان کا مہینہ جس میں قرآن اتارا گیا، ہدایت ہے لوگوں کے لیے اور کھلی نشانیاں راستے کی،</w:t>
      </w:r>
    </w:p>
    <w:p>
      <w:r>
        <w:rPr>
          <w:b/>
        </w:rPr>
        <w:t xml:space="preserve">[01:54] </w:t>
      </w:r>
      <w:r>
        <w:t>aur haq aur batil ke darmiyan faisla karne wala.</w:t>
      </w:r>
    </w:p>
    <w:p>
      <w:pPr>
        <w:jc w:val="right"/>
      </w:pPr>
      <w:r>
        <w:t>اور حق اور باطل کے درمیان فیصلہ کرنے والا۔</w:t>
      </w:r>
    </w:p>
    <w:p>
      <w:r>
        <w:rPr>
          <w:b/>
        </w:rPr>
        <w:t xml:space="preserve">[01:59] </w:t>
      </w:r>
      <w:r>
        <w:t>pas tum mein se jo koi is mahine ko paye woh is ke roze rakhe, aur jo beemar</w:t>
      </w:r>
    </w:p>
    <w:p>
      <w:pPr>
        <w:jc w:val="right"/>
      </w:pPr>
      <w:r>
        <w:t>پس تم میں سے جو کوئی اس مہینہ کو پائے وہ اس کے روزے رکھے، اور جو بیمار</w:t>
      </w:r>
    </w:p>
    <w:p>
      <w:r>
        <w:rPr>
          <w:b/>
        </w:rPr>
        <w:t xml:space="preserve">[02:04] </w:t>
      </w:r>
      <w:r>
        <w:t>ho ya safar par ho woh to doosre dinon mein is ki ginti poori kar le.</w:t>
      </w:r>
    </w:p>
    <w:p>
      <w:pPr>
        <w:jc w:val="right"/>
      </w:pPr>
      <w:r>
        <w:t>ہو یا سفر پر ہو وہ تو دوسرے دنوں میں اس کی گنتی پوری کر لے۔</w:t>
      </w:r>
    </w:p>
    <w:p>
      <w:r>
        <w:rPr>
          <w:b/>
        </w:rPr>
        <w:t xml:space="preserve">[02:09] </w:t>
      </w:r>
      <w:r>
        <w:t>allah tumhare liye aasani chahta hai, woh tumhare sath sakhti karna nahi chahta,</w:t>
      </w:r>
    </w:p>
    <w:p>
      <w:pPr>
        <w:jc w:val="right"/>
      </w:pPr>
      <w:r>
        <w:t>اللہ تمہارے لیے آسانی چاہتا ہے، وہ تمہارے ساتھ سختی کرنا نہیں چاہتا،</w:t>
      </w:r>
    </w:p>
    <w:p>
      <w:r>
        <w:rPr>
          <w:b/>
        </w:rPr>
        <w:t xml:space="preserve">[02:15] </w:t>
      </w:r>
      <w:r>
        <w:t>aur is liye ke tum ginti poori kar lo aur allah ki barai karo, is par ke us</w:t>
      </w:r>
    </w:p>
    <w:p>
      <w:pPr>
        <w:jc w:val="right"/>
      </w:pPr>
      <w:r>
        <w:t>اور اس لیے کہ تم گنتی پوری کر لو اور اللہ کی بڑائی کرو، اس پر کہ اس</w:t>
      </w:r>
    </w:p>
    <w:p>
      <w:r>
        <w:rPr>
          <w:b/>
        </w:rPr>
        <w:t xml:space="preserve">[02:21] </w:t>
      </w:r>
      <w:r>
        <w:t>ne tum ko rah batayi aur ta ke tum is ke shukr guzar bano.</w:t>
      </w:r>
    </w:p>
    <w:p>
      <w:pPr>
        <w:jc w:val="right"/>
      </w:pPr>
      <w:r>
        <w:t>نے تم کو راہ بتائی اور تاکہ تم اس کے شکر گزار بنو۔</w:t>
      </w:r>
    </w:p>
    <w:p>
      <w:r>
        <w:rPr>
          <w:b/>
        </w:rPr>
        <w:t xml:space="preserve">[02:27] </w:t>
      </w:r>
      <w:r>
        <w:t>aur jab mere bande tum se meri baat poochhen to main nazdeek hoon, pukarne wale ki pukar ka</w:t>
      </w:r>
    </w:p>
    <w:p>
      <w:pPr>
        <w:jc w:val="right"/>
      </w:pPr>
      <w:r>
        <w:t>اور جب میرے بندے تم سے میری بابت پوچھیں تو میں نزدیک ہوں، پکارنے والے کی پکار کا</w:t>
      </w:r>
    </w:p>
    <w:p>
      <w:r>
        <w:rPr>
          <w:b/>
        </w:rPr>
        <w:t xml:space="preserve">[02:33] </w:t>
      </w:r>
      <w:r>
        <w:t>jawab deta hoon jabke woh mujhe pukarta hai.</w:t>
      </w:r>
    </w:p>
    <w:p>
      <w:pPr>
        <w:jc w:val="right"/>
      </w:pPr>
      <w:r>
        <w:t>جواب دیتا ہوں جبکہ وہ مجھے پکارتا ہے۔</w:t>
      </w:r>
    </w:p>
    <w:p>
      <w:r>
        <w:rPr>
          <w:b/>
        </w:rPr>
        <w:t xml:space="preserve">[02:39] </w:t>
      </w:r>
      <w:r>
        <w:t>to chahiye ke woh mera hukum manen aur mujh par yaqeen rakhen ta ke woh hidayat paayen.</w:t>
      </w:r>
    </w:p>
    <w:p>
      <w:pPr>
        <w:jc w:val="right"/>
      </w:pPr>
      <w:r>
        <w:t>تو چاہیے کہ وہ میرا حکم مانیں اور مجھ پر یقین رکھیں تاکہ وہ ہدایت پائیں۔</w:t>
      </w:r>
    </w:p>
    <w:p>
      <w:r>
        <w:rPr>
          <w:b/>
        </w:rPr>
        <w:t xml:space="preserve">[02:45] </w:t>
      </w:r>
      <w:r>
        <w:t>dekhiye, quran ki is aayat mein bataya gaya hai ke allah bande ke qareeb hai.</w:t>
      </w:r>
    </w:p>
    <w:p>
      <w:pPr>
        <w:jc w:val="right"/>
      </w:pPr>
      <w:r>
        <w:t>دیکھیے، قرآن کی اس آیت میں بتایا گیا ہے کہ اللہ بندے کے قریب ہے۔</w:t>
      </w:r>
    </w:p>
    <w:p>
      <w:r>
        <w:rPr>
          <w:b/>
        </w:rPr>
        <w:t xml:space="preserve">[02:55] </w:t>
      </w:r>
      <w:r>
        <w:t>ab banda jab pukarta hai, jab dua karta hai to sunta hai aur us ko jawab deta hai.</w:t>
      </w:r>
    </w:p>
    <w:p>
      <w:pPr>
        <w:jc w:val="right"/>
      </w:pPr>
      <w:r>
        <w:t>اب بندہ جب پکارتا ہے، جب دعا کرتا ہے تو سنتا ہے اور اس کو جواب دیتا ہے۔</w:t>
      </w:r>
    </w:p>
    <w:p>
      <w:r>
        <w:rPr>
          <w:b/>
        </w:rPr>
        <w:t xml:space="preserve">[03:05] </w:t>
      </w:r>
      <w:r>
        <w:t>lekin is aayat par aap ghor kijiye to yeh nahi bataya gaya hai ke</w:t>
      </w:r>
    </w:p>
    <w:p>
      <w:pPr>
        <w:jc w:val="right"/>
      </w:pPr>
      <w:r>
        <w:t>لیکن اس آیت پر آپ غور کیجئے تو یہ نہیں بتایا گیا ہے کہ</w:t>
      </w:r>
    </w:p>
    <w:p>
      <w:r>
        <w:rPr>
          <w:b/>
        </w:rPr>
        <w:t xml:space="preserve">[03:15] </w:t>
      </w:r>
      <w:r>
        <w:t>jawab kya hota hai.</w:t>
      </w:r>
    </w:p>
    <w:p>
      <w:pPr>
        <w:jc w:val="right"/>
      </w:pPr>
      <w:r>
        <w:t>جواب کیا ہوتا ہے۔</w:t>
      </w:r>
    </w:p>
    <w:p>
      <w:r>
        <w:rPr>
          <w:b/>
        </w:rPr>
        <w:t xml:space="preserve">[03:23] </w:t>
      </w:r>
      <w:r>
        <w:t>kaise insan jane ke us ki dua ka jawab yeh hai.</w:t>
      </w:r>
    </w:p>
    <w:p>
      <w:pPr>
        <w:jc w:val="right"/>
      </w:pPr>
      <w:r>
        <w:t>کیسے انسان جانے کہ اس کی دعا کا جواب یہ ہے۔</w:t>
      </w:r>
    </w:p>
    <w:p>
      <w:r>
        <w:rPr>
          <w:b/>
        </w:rPr>
        <w:t xml:space="preserve">[03:30] </w:t>
      </w:r>
      <w:r>
        <w:t>is par maine ghor karne se yeh samjha hai ke dua to insan karta hai apne lafzon</w:t>
      </w:r>
    </w:p>
    <w:p>
      <w:pPr>
        <w:jc w:val="right"/>
      </w:pPr>
      <w:r>
        <w:t>اس پر میں نے غور کرنے سے یہ سمجھا ہے کہ دعا تو انسان کرتا ہے اپنے لفظوں</w:t>
      </w:r>
    </w:p>
    <w:p>
      <w:r>
        <w:rPr>
          <w:b/>
        </w:rPr>
        <w:t xml:space="preserve">[03:38] </w:t>
      </w:r>
      <w:r>
        <w:t>mein, apne andaz se, lekin allah ka jawab jo hai woh aata hai circumstances ki zaban</w:t>
      </w:r>
    </w:p>
    <w:p>
      <w:pPr>
        <w:jc w:val="right"/>
      </w:pPr>
      <w:r>
        <w:t>میں، اپنے انداز سے، لیکن اللہ کا جواب جو ہے وہ آتا ہے سرکمسٹانسز کی زبان</w:t>
      </w:r>
    </w:p>
    <w:p>
      <w:r>
        <w:rPr>
          <w:b/>
        </w:rPr>
        <w:t xml:space="preserve">[03:46] </w:t>
      </w:r>
      <w:r>
        <w:t>mein. Circumstances ki zuban mein. Yeh bohat hi important baat hai. To aadmi ko chahiye ke jab woh dua kare to circumstances ka gehra mutala kare. Us ke is ka jawab aayega halaat o zaroof ki shakal mein, circumstance</w:t>
      </w:r>
    </w:p>
    <w:p>
      <w:pPr>
        <w:jc w:val="right"/>
      </w:pPr>
      <w:r>
        <w:t>میں۔ سرکمسٹانسز کی زبان میں۔ یہ بہت ہی امپورٹنٹ بات ہے۔ تو آدمی کو چاہیے کہ جب وہ دعا کرے تو سرکمسٹانسز کا گہرا مطالعہ کرے۔ اس کے اس کا جواب آئے گا حالات و ظروف کی شکل میں، سرکمسٹانس</w:t>
      </w:r>
    </w:p>
    <w:p>
      <w:r>
        <w:rPr>
          <w:b/>
        </w:rPr>
        <w:t xml:space="preserve">[04:16] </w:t>
      </w:r>
      <w:r>
        <w:t>ki shakal mein.</w:t>
      </w:r>
    </w:p>
    <w:p>
      <w:pPr>
        <w:jc w:val="right"/>
      </w:pPr>
      <w:r>
        <w:t>ز کی شکل میں۔</w:t>
      </w:r>
    </w:p>
    <w:p>
      <w:r>
        <w:rPr>
          <w:b/>
        </w:rPr>
        <w:t xml:space="preserve">[04:26] </w:t>
      </w:r>
      <w:r>
        <w:t>misal ke taur par dekhiye, rasool allah jab hudaybiya ke safar mein the to zahir hai ke aap ne</w:t>
      </w:r>
    </w:p>
    <w:p>
      <w:pPr>
        <w:jc w:val="right"/>
      </w:pPr>
      <w:r>
        <w:t>مثلاً دیکھیے، رسول اللہ جب حدی کے حدیبیہ کے سفر میں تھے تو ظاہر ہے کہ آپ نے</w:t>
      </w:r>
    </w:p>
    <w:p>
      <w:r>
        <w:rPr>
          <w:b/>
        </w:rPr>
        <w:t xml:space="preserve">[04:36] </w:t>
      </w:r>
      <w:r>
        <w:t>dua ki hogi, sahaba ne dua ki hogi, aur is ka jawab bhi aya hoga.</w:t>
      </w:r>
    </w:p>
    <w:p>
      <w:pPr>
        <w:jc w:val="right"/>
      </w:pPr>
      <w:r>
        <w:t>دعا کی ہوگی، صحابہ نے دعا کی ہوگی، اور اس کا جواب بھی آیا ہوگا۔</w:t>
      </w:r>
    </w:p>
    <w:p>
      <w:r>
        <w:rPr>
          <w:b/>
        </w:rPr>
        <w:t xml:space="preserve">[04:46] </w:t>
      </w:r>
      <w:r>
        <w:t>to aap ne aap is ko gehrai ke sath mutala kijiyye.</w:t>
      </w:r>
    </w:p>
    <w:p>
      <w:pPr>
        <w:jc w:val="right"/>
      </w:pPr>
      <w:r>
        <w:t>تو آپ نے آپ اس کو گہرائی کے ساتھ مطالعہ کیجئے۔</w:t>
      </w:r>
    </w:p>
    <w:p>
      <w:r>
        <w:rPr>
          <w:b/>
        </w:rPr>
        <w:t xml:space="preserve">[04:57] </w:t>
      </w:r>
      <w:r>
        <w:t>to tamam sahaba ne aur rasool Allah ne mil kar dua ki, fateh ki, fateh ki dua.</w:t>
      </w:r>
    </w:p>
    <w:p>
      <w:pPr>
        <w:jc w:val="right"/>
      </w:pPr>
      <w:r>
        <w:t>تو تمام صحابہ نے اور رسول اللہ نے مل کر دعا کی، فتح کی، فتح کی دعا۔</w:t>
      </w:r>
    </w:p>
    <w:p>
      <w:r>
        <w:rPr>
          <w:b/>
        </w:rPr>
        <w:t xml:space="preserve">[05:07] </w:t>
      </w:r>
      <w:r>
        <w:t>lekin aap ghor kijiyye, amalan kya kiya rasool Allah ne aur sahaba ne? woh wapas chale gaye madine ki taraf.</w:t>
      </w:r>
    </w:p>
    <w:p>
      <w:pPr>
        <w:jc w:val="right"/>
      </w:pPr>
      <w:r>
        <w:t>لیکن آپ غور کیجئے، عملاً کیا کیا رسول اللہ نے اور صحابہ نے؟ وہ واپس چلے گئے مدینے کی طرف۔</w:t>
      </w:r>
    </w:p>
    <w:p>
      <w:r>
        <w:rPr>
          <w:b/>
        </w:rPr>
        <w:t xml:space="preserve">[05:17] </w:t>
      </w:r>
      <w:r>
        <w:t>Dua kiya Hudaibiya mein aur fateh ke liye. Aur hua kya ke Madine wapas chale gaye to unhon ne parha ke Allah ka ishara yeh hai ke fateh ke liye tum ko lotna padega. Hatta ke yahan tak hua ke jab baat cheet tay ho</w:t>
      </w:r>
    </w:p>
    <w:p>
      <w:pPr>
        <w:jc w:val="right"/>
      </w:pPr>
      <w:r>
        <w:t>دعا کیا حدیبیہ میں اور فتح کے لیے۔ اور ہوا کیا کہ مدینے واپس چلے گئے تو انہوں نے پڑھا کہ اللہ کا اشارہ یہ ہے کہ فتح کے لیے تم کو لوٹنا پڑے گا۔ حتیٰ کہ یہاں تک ہوا کہ جب بات چیت طے ہوگ</w:t>
      </w:r>
    </w:p>
    <w:p>
      <w:r>
        <w:rPr>
          <w:b/>
        </w:rPr>
        <w:t xml:space="preserve">[05:47] </w:t>
      </w:r>
      <w:r>
        <w:t>nai aur yeh hua ke apas mein muahida kar liya jaye to rasool Allah ne is muahiday ka likhwaya.</w:t>
      </w:r>
    </w:p>
    <w:p>
      <w:pPr>
        <w:jc w:val="right"/>
      </w:pPr>
      <w:r>
        <w:t>ئی اور یہ ہوا کہ آپس میں معاہدہ کر لیا جائے تو رسول اللہ نے اس معاہدے کا لکھوایا۔</w:t>
      </w:r>
    </w:p>
    <w:p>
      <w:r>
        <w:rPr>
          <w:b/>
        </w:rPr>
        <w:t xml:space="preserve">[06:03] </w:t>
      </w:r>
      <w:r>
        <w:t>to is mein aap ne kaha ke likho, aye Ali, likho: hada ma salih alaih Muhammad rasool Allah.</w:t>
      </w:r>
    </w:p>
    <w:p>
      <w:pPr>
        <w:jc w:val="right"/>
      </w:pPr>
      <w:r>
        <w:t>تو اس میں آپ نے کہا کہ لکھو، اے علی، لکھو:ھذا ما صالح علیہ محمد رسول اللہ۔</w:t>
      </w:r>
    </w:p>
    <w:p>
      <w:r>
        <w:rPr>
          <w:b/>
        </w:rPr>
        <w:t xml:space="preserve">[06:19] </w:t>
      </w:r>
      <w:r>
        <w:t>yeh sulah nama hai jo Muhammad rasool Allah ne quraish ko kiya hai.</w:t>
      </w:r>
    </w:p>
    <w:p>
      <w:pPr>
        <w:jc w:val="right"/>
      </w:pPr>
      <w:r>
        <w:t>یہ صلح نامہ ہے جو محمد رسول اللہ نے قریش کو کیا ہے۔</w:t>
      </w:r>
    </w:p>
    <w:p>
      <w:r>
        <w:rPr>
          <w:b/>
        </w:rPr>
        <w:t xml:space="preserve">[06:26] </w:t>
      </w:r>
      <w:r>
        <w:t>Muhammad rasool Allah ne kiya hai.</w:t>
      </w:r>
    </w:p>
    <w:p>
      <w:pPr>
        <w:jc w:val="right"/>
      </w:pPr>
      <w:r>
        <w:t>محمد رسول اللہ نے کیا ہے۔</w:t>
      </w:r>
    </w:p>
    <w:p>
      <w:r>
        <w:rPr>
          <w:b/>
        </w:rPr>
        <w:t xml:space="preserve">[06:34] </w:t>
      </w:r>
      <w:r>
        <w:t>to quraish ka jo numainda tha, suhail bin amir, us ne objection kiya ke hum aap ke rasool</w:t>
      </w:r>
    </w:p>
    <w:p>
      <w:pPr>
        <w:jc w:val="right"/>
      </w:pPr>
      <w:r>
        <w:t>تو قریش کا جو نمائندہ تھا، سہل بن عامر، اس نے ابجیکشن کیا کہ ہم آپ کے رسول</w:t>
      </w:r>
    </w:p>
    <w:p>
      <w:r>
        <w:rPr>
          <w:b/>
        </w:rPr>
        <w:t xml:space="preserve">[06:42] </w:t>
      </w:r>
      <w:r>
        <w:t>to mante nahi, kyun likhwa rahe hain aap? likhein: Muhammad bin abd</w:t>
      </w:r>
    </w:p>
    <w:p>
      <w:pPr>
        <w:jc w:val="right"/>
      </w:pPr>
      <w:r>
        <w:t>تو مانتے نہیں، کیوں لکھوا رہے ہیں آپ؟ لکھیں: محمد بن عبد</w:t>
      </w:r>
    </w:p>
    <w:p>
      <w:r>
        <w:rPr>
          <w:b/>
        </w:rPr>
        <w:t xml:space="preserve">[06:49] </w:t>
      </w:r>
      <w:r>
        <w:t>Allah.</w:t>
      </w:r>
    </w:p>
    <w:p>
      <w:pPr>
        <w:jc w:val="right"/>
      </w:pPr>
      <w:r>
        <w:t>اللہ۔</w:t>
      </w:r>
    </w:p>
    <w:p>
      <w:r>
        <w:rPr>
          <w:b/>
        </w:rPr>
        <w:t xml:space="preserve">[06:59] </w:t>
      </w:r>
      <w:r>
        <w:t>to rasool Allah ne ek second bhi zaya nahi kiya behas o hujjat mein.</w:t>
      </w:r>
    </w:p>
    <w:p>
      <w:pPr>
        <w:jc w:val="right"/>
      </w:pPr>
      <w:r>
        <w:t>تو رسول اللہ نے ایک سیکنڈ بھی ضائع نہیں کیا بحث و حجت میں۔</w:t>
      </w:r>
    </w:p>
    <w:p>
      <w:r>
        <w:rPr>
          <w:b/>
        </w:rPr>
        <w:t xml:space="preserve">[07:09] </w:t>
      </w:r>
      <w:r>
        <w:t>foran isi waqt instantly aap ne kaha: ya Ali, ya Ali, akatab: hada ma salih alaih Muhammad rasool Muhammad bin abdullah. ke</w:t>
      </w:r>
    </w:p>
    <w:p>
      <w:pPr>
        <w:jc w:val="right"/>
      </w:pPr>
      <w:r>
        <w:t>فوراً اسی وقت انسٹنٹلی آپ نے کہا: یا علی، یا علی، اکتب:ھذا ما صالح علیہ محمد رسول محمد ابن عبداللہ۔ کہ</w:t>
      </w:r>
    </w:p>
    <w:p>
      <w:r>
        <w:rPr>
          <w:b/>
        </w:rPr>
        <w:t xml:space="preserve">[07:19] </w:t>
      </w:r>
      <w:r>
        <w:t>yeh musalhat hai jo ki hai Muhammad bin abdullah ne.</w:t>
      </w:r>
    </w:p>
    <w:p>
      <w:pPr>
        <w:jc w:val="right"/>
      </w:pPr>
      <w:r>
        <w:t>یہ مصالحت ہے جو کی ہے محمد بن عبداللہ نے۔</w:t>
      </w:r>
    </w:p>
    <w:p>
      <w:r>
        <w:rPr>
          <w:b/>
        </w:rPr>
        <w:t xml:space="preserve">[07:25] </w:t>
      </w:r>
      <w:r>
        <w:t>ab aap ghor kijiyye, dua to yaqeenan ki hogi ke hum makka jayen, hum ko fateh milay.</w:t>
      </w:r>
    </w:p>
    <w:p>
      <w:pPr>
        <w:jc w:val="right"/>
      </w:pPr>
      <w:r>
        <w:t>اب آپ غور کیجئے، دعا تو یقینا کی ہوگی کہ ہم مکہ جائیں، ہم کو فتح ملے۔</w:t>
      </w:r>
    </w:p>
    <w:p>
      <w:r>
        <w:rPr>
          <w:b/>
        </w:rPr>
        <w:t xml:space="preserve">[07:31] </w:t>
      </w:r>
      <w:r>
        <w:t>zahir hai ke shikast ki dua to ki nahi hogi.</w:t>
      </w:r>
    </w:p>
    <w:p>
      <w:pPr>
        <w:jc w:val="right"/>
      </w:pPr>
      <w:r>
        <w:t>ظاہر ہے کہ شکست کی دعا تو کی نہیں ہوگی۔</w:t>
      </w:r>
    </w:p>
    <w:p>
      <w:r>
        <w:rPr>
          <w:b/>
        </w:rPr>
        <w:t xml:space="preserve">[07:37] </w:t>
      </w:r>
      <w:r>
        <w:t>lekin kya kiya amalan? woh yeh kiya ke madina wapas chale gaye.</w:t>
      </w:r>
    </w:p>
    <w:p>
      <w:pPr>
        <w:jc w:val="right"/>
      </w:pPr>
      <w:r>
        <w:t>لیکن کیا کیا عملاً؟ وہ یہ کیا کہ مدینہ واپس چلے گئے۔</w:t>
      </w:r>
    </w:p>
    <w:p>
      <w:r>
        <w:rPr>
          <w:b/>
        </w:rPr>
        <w:t xml:space="preserve">[07:43] </w:t>
      </w:r>
      <w:r>
        <w:t>is ke ma</w:t>
      </w:r>
    </w:p>
    <w:p>
      <w:pPr>
        <w:jc w:val="right"/>
      </w:pPr>
      <w:r>
        <w:t>اس کے مع</w:t>
      </w:r>
    </w:p>
    <w:p>
      <w:r>
        <w:rPr>
          <w:b/>
        </w:rPr>
        <w:t xml:space="preserve">[07:49] </w:t>
      </w:r>
      <w:r>
        <w:t>ne hain ke aap ne dua karne ke baad halat ka study kiya ke halat kya bolte hain,</w:t>
      </w:r>
    </w:p>
    <w:p>
      <w:pPr>
        <w:jc w:val="right"/>
      </w:pPr>
      <w:r>
        <w:t>نی ہیں کہ آپ نے دعا کرنے کے بعد حالات کا اسٹڈی کی کہ حالات کیا بولتے ہیں،</w:t>
      </w:r>
    </w:p>
    <w:p>
      <w:r>
        <w:rPr>
          <w:b/>
        </w:rPr>
        <w:t xml:space="preserve">[07:57] </w:t>
      </w:r>
      <w:r>
        <w:t>yani circumstances kya batate hain.</w:t>
      </w:r>
    </w:p>
    <w:p>
      <w:pPr>
        <w:jc w:val="right"/>
      </w:pPr>
      <w:r>
        <w:t>یعنی سرکمسٹانسز کیا بتاتے ہیں۔</w:t>
      </w:r>
    </w:p>
    <w:p>
      <w:r>
        <w:rPr>
          <w:b/>
        </w:rPr>
        <w:t xml:space="preserve">[08:05] </w:t>
      </w:r>
      <w:r>
        <w:t>kyun ke dekhiye, yeh baat sada nahi hai.</w:t>
      </w:r>
    </w:p>
    <w:p>
      <w:pPr>
        <w:jc w:val="right"/>
      </w:pPr>
      <w:r>
        <w:t>کیونکہ دیکھیے، یہ بات سادہ نہیں ہے۔</w:t>
      </w:r>
    </w:p>
    <w:p>
      <w:r>
        <w:rPr>
          <w:b/>
        </w:rPr>
        <w:t xml:space="preserve">[08:13] </w:t>
      </w:r>
      <w:r>
        <w:t>Allah taala ijtamai judai mein insan ki madad fermata hai, lekin kaise?</w:t>
      </w:r>
    </w:p>
    <w:p>
      <w:pPr>
        <w:jc w:val="right"/>
      </w:pPr>
      <w:r>
        <w:t>اللہ تعالی اجتماعی جدائی میں انسان کی مدد فرماتا ہے، لیکن کیسے؟</w:t>
      </w:r>
    </w:p>
    <w:p>
      <w:r>
        <w:rPr>
          <w:b/>
        </w:rPr>
        <w:t xml:space="preserve">[08:21] </w:t>
      </w:r>
      <w:r>
        <w:t>Allah manish karna karta hai halat ko.</w:t>
      </w:r>
    </w:p>
    <w:p>
      <w:pPr>
        <w:jc w:val="right"/>
      </w:pPr>
      <w:r>
        <w:t>اللہ مانش کرنا کرتا ہے حالات کو۔</w:t>
      </w:r>
    </w:p>
    <w:p>
      <w:r>
        <w:rPr>
          <w:b/>
        </w:rPr>
        <w:t xml:space="preserve">[08:27] </w:t>
      </w:r>
      <w:r>
        <w:t>halat ko manish karta hai.</w:t>
      </w:r>
    </w:p>
    <w:p>
      <w:pPr>
        <w:jc w:val="right"/>
      </w:pPr>
      <w:r>
        <w:t>حالات کو مانش کرتا ہے۔</w:t>
      </w:r>
    </w:p>
    <w:p>
      <w:r>
        <w:rPr>
          <w:b/>
        </w:rPr>
        <w:t xml:space="preserve">[08:33] </w:t>
      </w:r>
      <w:r>
        <w:t>to yeh aap ko parhna parta hai ke Allah jo manish kar raha hai to kis tarike se?</w:t>
      </w:r>
    </w:p>
    <w:p>
      <w:pPr>
        <w:jc w:val="right"/>
      </w:pPr>
      <w:r>
        <w:t>تو یہ آپ کو پڑھنا پڑتا ہے کہ اللہ جو مانش کر رہا ہے تو کس طریقے سے؟</w:t>
      </w:r>
    </w:p>
    <w:p>
      <w:r>
        <w:rPr>
          <w:b/>
        </w:rPr>
        <w:t xml:space="preserve">[08:39] </w:t>
      </w:r>
      <w:r>
        <w:t>kya ahwal paida ho rahe hain? to rasool Allah ne jab mutala kiya is se aap ne yeh</w:t>
      </w:r>
    </w:p>
    <w:p>
      <w:pPr>
        <w:jc w:val="right"/>
      </w:pPr>
      <w:r>
        <w:t>کیا احوال پیدا ہو رہے ہیں؟ تو رسول اللہ نے جب مطالعہ کیا اس سے آپ نے یہ</w:t>
      </w:r>
    </w:p>
    <w:p>
      <w:r>
        <w:rPr>
          <w:b/>
        </w:rPr>
        <w:t xml:space="preserve">[08:45] </w:t>
      </w:r>
      <w:r>
        <w:t>samjha ke is waqt yani Hudaibiyah ke maqam</w:t>
      </w:r>
    </w:p>
    <w:p>
      <w:pPr>
        <w:jc w:val="right"/>
      </w:pPr>
      <w:r>
        <w:t>سمجھا کہ اس وقت یعنی حدیبیہ کے مقام</w:t>
      </w:r>
    </w:p>
    <w:p>
      <w:r>
        <w:rPr>
          <w:b/>
        </w:rPr>
        <w:t xml:space="preserve">[08:51] </w:t>
      </w:r>
      <w:r>
        <w:t>par jo hidayat aa rahi hai Allah ki taraf se woh yeh hai ke wapas chale jao, lafz</w:t>
      </w:r>
    </w:p>
    <w:p>
      <w:pPr>
        <w:jc w:val="right"/>
      </w:pPr>
      <w:r>
        <w:t>پر جو ہدایت آ رہی ہے اللہ کی طرف سے وہ یہ ہے کہ واپس چلے جاؤ، لفظ</w:t>
      </w:r>
    </w:p>
    <w:p>
      <w:r>
        <w:rPr>
          <w:b/>
        </w:rPr>
        <w:t xml:space="preserve">[08:58] </w:t>
      </w:r>
      <w:r>
        <w:t>Rasool Allah ko mita do.</w:t>
      </w:r>
    </w:p>
    <w:p>
      <w:pPr>
        <w:jc w:val="right"/>
      </w:pPr>
      <w:r>
        <w:t>رسول اللہ کو مٹا دو۔</w:t>
      </w:r>
    </w:p>
    <w:p>
      <w:r>
        <w:rPr>
          <w:b/>
        </w:rPr>
        <w:t xml:space="preserve">[09:05] </w:t>
      </w:r>
      <w:r>
        <w:t>kaisi ajeeb baat hai!</w:t>
      </w:r>
    </w:p>
    <w:p>
      <w:pPr>
        <w:jc w:val="right"/>
      </w:pPr>
      <w:r>
        <w:t>کیسی عجیب بات ہے!</w:t>
      </w:r>
    </w:p>
    <w:p>
      <w:r>
        <w:rPr>
          <w:b/>
        </w:rPr>
        <w:t xml:space="preserve">[09:12] </w:t>
      </w:r>
      <w:r>
        <w:t>yani dua to yeh kiya ke khuda ya hum ko Makkah le ja, wahan hum umrah karenge waghera waghera.</w:t>
      </w:r>
    </w:p>
    <w:p>
      <w:pPr>
        <w:jc w:val="right"/>
      </w:pPr>
      <w:r>
        <w:t>یعنی دعا تو یہ کیا کہ خدایا ہم کو مکہ لے جا، وہاں ہم عمرہ کریں گے وغیرہ وغیرہ۔</w:t>
      </w:r>
    </w:p>
    <w:p>
      <w:r>
        <w:rPr>
          <w:b/>
        </w:rPr>
        <w:t xml:space="preserve">[09:18] </w:t>
      </w:r>
      <w:r>
        <w:t>wahan hum ko apna chhora hua ghar mile ga.</w:t>
      </w:r>
    </w:p>
    <w:p>
      <w:pPr>
        <w:jc w:val="right"/>
      </w:pPr>
      <w:r>
        <w:t>وہاں ہم کو اپنا چھوڑا ہوا گھر ملے گا۔</w:t>
      </w:r>
    </w:p>
    <w:p>
      <w:r>
        <w:rPr>
          <w:b/>
        </w:rPr>
        <w:t xml:space="preserve">[09:25] </w:t>
      </w:r>
      <w:r>
        <w:t>is mein yeh bhi ek baat nikalti hai ke agarche dua ka jawab aata hai circumstances ki zaban</w:t>
      </w:r>
    </w:p>
    <w:p>
      <w:pPr>
        <w:jc w:val="right"/>
      </w:pPr>
      <w:r>
        <w:t>اس میں یہ بھی ایک بات نکلتی ہے کہ اگرچہ دعا کا جواب آتا ہے سرکمسٹانسز کی زبان</w:t>
      </w:r>
    </w:p>
    <w:p>
      <w:r>
        <w:rPr>
          <w:b/>
        </w:rPr>
        <w:t xml:space="preserve">[09:32] </w:t>
      </w:r>
      <w:r>
        <w:t>mein, yani ahwal o zuroof ki zaban mein, lekin is ko parhne ke liye aadmi ko ek khalis</w:t>
      </w:r>
    </w:p>
    <w:p>
      <w:pPr>
        <w:jc w:val="right"/>
      </w:pPr>
      <w:r>
        <w:t>میں، یعنی احوال و ظروف کی زبان میں، لیکن اس کو پڑھنے کے لیے آدمی کو ایک خالص</w:t>
      </w:r>
    </w:p>
    <w:p>
      <w:r>
        <w:rPr>
          <w:b/>
        </w:rPr>
        <w:t xml:space="preserve">[09:38] </w:t>
      </w:r>
      <w:r>
        <w:t>objective hona parta hai.</w:t>
      </w:r>
    </w:p>
    <w:p>
      <w:pPr>
        <w:jc w:val="right"/>
      </w:pPr>
      <w:r>
        <w:t>ابجیکٹو ہونا پڑتا ہے۔</w:t>
      </w:r>
    </w:p>
    <w:p>
      <w:r>
        <w:rPr>
          <w:b/>
        </w:rPr>
        <w:t xml:space="preserve">[09:45] </w:t>
      </w:r>
      <w:r>
        <w:t>bahut zyada objective.</w:t>
      </w:r>
    </w:p>
    <w:p>
      <w:pPr>
        <w:jc w:val="right"/>
      </w:pPr>
      <w:r>
        <w:t>بہت زیادہ ابجیکٹو۔</w:t>
      </w:r>
    </w:p>
    <w:p>
      <w:r>
        <w:rPr>
          <w:b/>
        </w:rPr>
        <w:t xml:space="preserve">[09:51] </w:t>
      </w:r>
      <w:r>
        <w:t>bahut zyada objective.</w:t>
      </w:r>
    </w:p>
    <w:p>
      <w:pPr>
        <w:jc w:val="right"/>
      </w:pPr>
      <w:r>
        <w:t>بہت زیادہ ابجیکٹو۔</w:t>
      </w:r>
    </w:p>
    <w:p>
      <w:r>
        <w:rPr>
          <w:b/>
        </w:rPr>
        <w:t xml:space="preserve">[09:57] </w:t>
      </w:r>
      <w:r>
        <w:t>ab jo agar objective na hota, agar woh objective na hote to Rasool Allah mita dete, Hudaibiyah se</w:t>
      </w:r>
    </w:p>
    <w:p>
      <w:pPr>
        <w:jc w:val="right"/>
      </w:pPr>
      <w:r>
        <w:t>اب جو اگر ابجیکٹو نہ ہوتا، اگر وہ ابجیکٹو نہ ہوتے تو رسول اللہ مٹا دیتے، حدیبیہ سے</w:t>
      </w:r>
    </w:p>
    <w:p>
      <w:r>
        <w:rPr>
          <w:b/>
        </w:rPr>
        <w:t xml:space="preserve">[10:05] </w:t>
      </w:r>
      <w:r>
        <w:t>Madinah wapas chale jate, woh to hoti ke aage barho, ladai karo.</w:t>
      </w:r>
    </w:p>
    <w:p>
      <w:pPr>
        <w:jc w:val="right"/>
      </w:pPr>
      <w:r>
        <w:t>مدینہ واپس چلے جاتے، وہ تو ہوتی کہ آگے بڑھو، لڑائی کرو۔</w:t>
      </w:r>
    </w:p>
    <w:p>
      <w:r>
        <w:rPr>
          <w:b/>
        </w:rPr>
        <w:t xml:space="preserve">[10:13] </w:t>
      </w:r>
      <w:r>
        <w:t>to dekhiye, halaat ke lehaz se Allah ki madad aati hai.</w:t>
      </w:r>
    </w:p>
    <w:p>
      <w:pPr>
        <w:jc w:val="right"/>
      </w:pPr>
      <w:r>
        <w:t>تو دیکھیے، حالات کے لحاظ سے اللہ کی مدد آتی ہے۔</w:t>
      </w:r>
    </w:p>
    <w:p>
      <w:r>
        <w:rPr>
          <w:b/>
        </w:rPr>
        <w:t xml:space="preserve">[10:20] </w:t>
      </w:r>
      <w:r>
        <w:t>kya halaat hain?</w:t>
      </w:r>
    </w:p>
    <w:p>
      <w:pPr>
        <w:jc w:val="right"/>
      </w:pPr>
      <w:r>
        <w:t>کیا حالات ہیں؟</w:t>
      </w:r>
    </w:p>
    <w:p>
      <w:r>
        <w:rPr>
          <w:b/>
        </w:rPr>
        <w:t xml:space="preserve">[10:28] </w:t>
      </w:r>
      <w:r>
        <w:t>woh Allah ke ilm mein hai, kyun ke Allah aalim hai, aalim.</w:t>
      </w:r>
    </w:p>
    <w:p>
      <w:pPr>
        <w:jc w:val="right"/>
      </w:pPr>
      <w:r>
        <w:t>وہ اللہ کے علم میں ہے، کیونکہ اللہ علام ہے، علام۔</w:t>
      </w:r>
    </w:p>
    <w:p>
      <w:r>
        <w:rPr>
          <w:b/>
        </w:rPr>
        <w:t xml:space="preserve">[10:34] </w:t>
      </w:r>
      <w:r>
        <w:t>to jo halaat hote hain us ke lehaz se Allah ki madad aati hai.</w:t>
      </w:r>
    </w:p>
    <w:p>
      <w:pPr>
        <w:jc w:val="right"/>
      </w:pPr>
      <w:r>
        <w:t>تو جو حالات ہوتے ہیں اس کے لحاظ سے اللہ کی مدد آتی ہے۔</w:t>
      </w:r>
    </w:p>
    <w:p>
      <w:r>
        <w:rPr>
          <w:b/>
        </w:rPr>
        <w:t xml:space="preserve">[10:41] </w:t>
      </w:r>
      <w:r>
        <w:t>us ke isharat hote hain to aap ko in isharat ki zaban mein parhna parta hai ke hum</w:t>
      </w:r>
    </w:p>
    <w:p>
      <w:pPr>
        <w:jc w:val="right"/>
      </w:pPr>
      <w:r>
        <w:t>اس کے اشارات ہوتے ہیں تو آپ کو ان اشارات کی زبان میں پڑھنا پڑتا ہے کہ ہم</w:t>
      </w:r>
    </w:p>
    <w:p>
      <w:r>
        <w:rPr>
          <w:b/>
        </w:rPr>
        <w:t xml:space="preserve">[10:48] </w:t>
      </w:r>
      <w:r>
        <w:t>us waqt kya karein.</w:t>
      </w:r>
    </w:p>
    <w:p>
      <w:pPr>
        <w:jc w:val="right"/>
      </w:pPr>
      <w:r>
        <w:t>اس وقت کیا کریں۔</w:t>
      </w:r>
    </w:p>
    <w:p>
      <w:r>
        <w:rPr>
          <w:b/>
        </w:rPr>
        <w:t xml:space="preserve">[10:54] </w:t>
      </w:r>
      <w:r>
        <w:t>ab dekhiye, is ko apply kijiye aap musalmanon ke upar.</w:t>
      </w:r>
    </w:p>
    <w:p>
      <w:pPr>
        <w:jc w:val="right"/>
      </w:pPr>
      <w:r>
        <w:t>اب دیکھیے، اس کو اپلائی کیجئے آپ مسلمانوں کے اوپر۔</w:t>
      </w:r>
    </w:p>
    <w:p>
      <w:r>
        <w:rPr>
          <w:b/>
        </w:rPr>
        <w:t xml:space="preserve">[11:01] </w:t>
      </w:r>
      <w:r>
        <w:t>aaj kal musalman jagah jagah kuch logon ko dushman bata kar jo lad rahe hain, maslan Kashmir mein,</w:t>
      </w:r>
    </w:p>
    <w:p>
      <w:pPr>
        <w:jc w:val="right"/>
      </w:pPr>
      <w:r>
        <w:t>آج کل مسلمان جگہ جگہ کچھ لوگوں کو دشمن بتا کر جو لڑ رہے ہیں، مثلاً کشمیر میں،</w:t>
      </w:r>
    </w:p>
    <w:p>
      <w:r>
        <w:rPr>
          <w:b/>
        </w:rPr>
        <w:t xml:space="preserve">[11:09] </w:t>
      </w:r>
      <w:r>
        <w:t>Falasteen mein, Pakistan mein, Egypt mein.</w:t>
      </w:r>
    </w:p>
    <w:p>
      <w:pPr>
        <w:jc w:val="right"/>
      </w:pPr>
      <w:r>
        <w:t>فلسطین میں، پاکستان میں، ایجپٹ میں۔</w:t>
      </w:r>
    </w:p>
    <w:p>
      <w:r>
        <w:rPr>
          <w:b/>
        </w:rPr>
        <w:t xml:space="preserve">[11:18] </w:t>
      </w:r>
      <w:r>
        <w:t>to zahir hai ke khoob duaen bhi ho rahi hain masjidon mein, dua madarson mein, dua khoob duaen</w:t>
      </w:r>
    </w:p>
    <w:p>
      <w:pPr>
        <w:jc w:val="right"/>
      </w:pPr>
      <w:r>
        <w:t>تو ظاہر ہے کہ خوب دعائیں بھی ہو رہی ہیں مسجدوں میں، دعا مدرسوں میں، دعا خوب دعائیں</w:t>
      </w:r>
    </w:p>
    <w:p>
      <w:r>
        <w:rPr>
          <w:b/>
        </w:rPr>
        <w:t xml:space="preserve">[11:26] </w:t>
      </w:r>
      <w:r>
        <w:t>ho rahi hain.</w:t>
      </w:r>
    </w:p>
    <w:p>
      <w:pPr>
        <w:jc w:val="right"/>
      </w:pPr>
      <w:r>
        <w:t>ہو رہی ہیں۔</w:t>
      </w:r>
    </w:p>
    <w:p>
      <w:r>
        <w:rPr>
          <w:b/>
        </w:rPr>
        <w:t xml:space="preserve">[11:34] </w:t>
      </w:r>
      <w:r>
        <w:t>lekin duaon ka jawab jo aa raha hai Allah rab ul alameen ki taraf se, is ko parhne mein</w:t>
      </w:r>
    </w:p>
    <w:p>
      <w:pPr>
        <w:jc w:val="right"/>
      </w:pPr>
      <w:r>
        <w:t>لیکن دعاؤں کا جواب جو آ رہا ہے اللہ رب العالمین کی طرف سے، اس کو پڑھنے میں</w:t>
      </w:r>
    </w:p>
    <w:p>
      <w:r>
        <w:rPr>
          <w:b/>
        </w:rPr>
        <w:t xml:space="preserve">[11:42] </w:t>
      </w:r>
      <w:r>
        <w:t>ghalti ho rahi hai.</w:t>
      </w:r>
    </w:p>
    <w:p>
      <w:pPr>
        <w:jc w:val="right"/>
      </w:pPr>
      <w:r>
        <w:t>غلطی ہو رہی ہے۔</w:t>
      </w:r>
    </w:p>
    <w:p>
      <w:r>
        <w:rPr>
          <w:b/>
        </w:rPr>
        <w:t xml:space="preserve">[11:50] </w:t>
      </w:r>
      <w:r>
        <w:t>parhne mein ghalti ho rahi hai.</w:t>
      </w:r>
    </w:p>
    <w:p>
      <w:pPr>
        <w:jc w:val="right"/>
      </w:pPr>
      <w:r>
        <w:t>پڑھنے میں غلطی ہو رہی ہے۔</w:t>
      </w:r>
    </w:p>
    <w:p>
      <w:r>
        <w:rPr>
          <w:b/>
        </w:rPr>
        <w:t xml:space="preserve">[11:58] </w:t>
      </w:r>
      <w:r>
        <w:t>log samajh rahe hain ke jawab aa raha hai ke jehad karo, lado,</w:t>
      </w:r>
    </w:p>
    <w:p>
      <w:pPr>
        <w:jc w:val="right"/>
      </w:pPr>
      <w:r>
        <w:t>لوگ سمجھ رہے ہیں کہ جواب آ رہا ہے کہ جہاد کرو، لڑو،</w:t>
      </w:r>
    </w:p>
    <w:p>
      <w:r>
        <w:rPr>
          <w:b/>
        </w:rPr>
        <w:t xml:space="preserve">[12:06] </w:t>
      </w:r>
      <w:r>
        <w:t>jab ke jawab aa raha hai ke pichlay saalon ka study karo, 1967 se ke kya mila tum ko jang kar ke? Tum ko kya mila? To jang kar ke kuch nahi mila. Ab sulah kar ke paanay ki koshish karo. To jawab jo aa raha hai dua ka, woh yeh aa raha hai ke jang chho</w:t>
      </w:r>
    </w:p>
    <w:p>
      <w:pPr>
        <w:jc w:val="right"/>
      </w:pPr>
      <w:r>
        <w:t>جبکہ جواب آ رہا ہے کہ پچھلے سالوں کا اسٹڈی کرو، 1967 سے کہ کیا ملا تم کو جنگ کر کے؟ تم کو کیا ملا؟ تو جنگ کر کے کچھ نہیں ملا۔ اب صلح کر کے پانے کی کوشش کرو۔ تو جواب جو آ رہا ہے دعا کا، وہ یہ آ رہا ہے کہ جنگ چھو</w:t>
      </w:r>
    </w:p>
    <w:p>
      <w:r>
        <w:rPr>
          <w:b/>
        </w:rPr>
        <w:t xml:space="preserve">[12:36] </w:t>
      </w:r>
      <w:r>
        <w:t>ro, sulah kar ke apne goal ko paane ki koshish karo.</w:t>
      </w:r>
    </w:p>
    <w:p>
      <w:pPr>
        <w:jc w:val="right"/>
      </w:pPr>
      <w:r>
        <w:t>ڑو، صلح کر کے اپنے گول کو پانے کی کوشش کرو۔</w:t>
      </w:r>
    </w:p>
    <w:p>
      <w:r>
        <w:rPr>
          <w:b/>
        </w:rPr>
        <w:t xml:space="preserve">[12:43] </w:t>
      </w:r>
      <w:r>
        <w:t>yeh jawab aa raha hai.</w:t>
      </w:r>
    </w:p>
    <w:p>
      <w:pPr>
        <w:jc w:val="right"/>
      </w:pPr>
      <w:r>
        <w:t>یہ جواب آ رہا ہے۔</w:t>
      </w:r>
    </w:p>
    <w:p>
      <w:r>
        <w:rPr>
          <w:b/>
        </w:rPr>
        <w:t xml:space="preserve">[12:49] </w:t>
      </w:r>
      <w:r>
        <w:t>to chounke is jawab ko parh nahi pa rahe hain to kya karte hain? bad duaen karte hain.</w:t>
      </w:r>
    </w:p>
    <w:p>
      <w:pPr>
        <w:jc w:val="right"/>
      </w:pPr>
      <w:r>
        <w:t>تو چونکہ اس جواب کو پڑھ نہیں پا رہے ہیں تو کیا کرتے ہیں؟ بد دعائیں کرتے ہیں۔</w:t>
      </w:r>
    </w:p>
    <w:p>
      <w:r>
        <w:rPr>
          <w:b/>
        </w:rPr>
        <w:t xml:space="preserve">[12:56] </w:t>
      </w:r>
      <w:r>
        <w:t>Allah malik ul qabar wal mushrikeen.</w:t>
      </w:r>
    </w:p>
    <w:p>
      <w:pPr>
        <w:jc w:val="right"/>
      </w:pPr>
      <w:r>
        <w:t>اللہ مالک القبر والمشرکین۔</w:t>
      </w:r>
    </w:p>
    <w:p>
      <w:r>
        <w:rPr>
          <w:b/>
        </w:rPr>
        <w:t xml:space="preserve">[13:03] </w:t>
      </w:r>
      <w:r>
        <w:t>agar Allah ke jawab ko parh paate to</w:t>
      </w:r>
    </w:p>
    <w:p>
      <w:pPr>
        <w:jc w:val="right"/>
      </w:pPr>
      <w:r>
        <w:t>اگر اللہ کے جواب کو پڑھ پاتے تو</w:t>
      </w:r>
    </w:p>
    <w:p>
      <w:r>
        <w:rPr>
          <w:b/>
        </w:rPr>
        <w:t xml:space="preserve">[13:10] </w:t>
      </w:r>
      <w:r>
        <w:t>mein jab gaon mein rehta tha to ek dilchasp waqia mujhe yaad aya. Wahan ek sahab ustad thay, woh chutti le ke ghar chalay gaye. Phir telephone un ka us zamanay mein telephone hota nahi tha, to telegram hota tha. To tele teley</w:t>
      </w:r>
    </w:p>
    <w:p>
      <w:pPr>
        <w:jc w:val="right"/>
      </w:pPr>
      <w:r>
        <w:t>میں جب گاؤں میں رہتا تھا تو ایک دلچسپ واقعہ مجھے یاد آیا۔ وہاں ایک صاحب استاد تھے، وہ چھٹی لے کے گھر چلے گئے۔ پھر ٹیلی فون ان کا اس زمانے میں ٹیلی فون ہوتا نہیں تھا، تو ٹیلی گرام ہوتا تھا۔ تو ٹیلی ٹیلی</w:t>
      </w:r>
    </w:p>
    <w:p>
      <w:r>
        <w:rPr>
          <w:b/>
        </w:rPr>
        <w:t xml:space="preserve">[13:40] </w:t>
      </w:r>
      <w:r>
        <w:t>telegram ke zariye wahan se jawab aaya.</w:t>
      </w:r>
    </w:p>
    <w:p>
      <w:pPr>
        <w:jc w:val="right"/>
      </w:pPr>
      <w:r>
        <w:t>گرام کے ذریعے وہاں سے جواب آیا۔</w:t>
      </w:r>
    </w:p>
    <w:p>
      <w:r>
        <w:rPr>
          <w:b/>
        </w:rPr>
        <w:t xml:space="preserve">[13:47] </w:t>
      </w:r>
      <w:r>
        <w:t>wo jawab yeh tha ke main meri mein ruk gaya hoon, mazeed aur chand din ke baad main</w:t>
      </w:r>
    </w:p>
    <w:p>
      <w:pPr>
        <w:jc w:val="right"/>
      </w:pPr>
      <w:r>
        <w:t>وہ جواب یہ تھا کہ میں میری میں رک گیا ہوں، مزید اور چند دن کے بعد میں</w:t>
      </w:r>
    </w:p>
    <w:p>
      <w:r>
        <w:rPr>
          <w:b/>
        </w:rPr>
        <w:t xml:space="preserve">[13:53] </w:t>
      </w:r>
      <w:r>
        <w:t>wapas aaunga.</w:t>
      </w:r>
    </w:p>
    <w:p>
      <w:pPr>
        <w:jc w:val="right"/>
      </w:pPr>
      <w:r>
        <w:t>واپس آؤں گا۔</w:t>
      </w:r>
    </w:p>
    <w:p>
      <w:r>
        <w:rPr>
          <w:b/>
        </w:rPr>
        <w:t xml:space="preserve">[14:00] </w:t>
      </w:r>
      <w:r>
        <w:t>تو اس زمانے میں میں English جانتا نہیں تھا، نہ وہاں پر کوئی دوسرا آدمی تھا جو جانے۔</w:t>
      </w:r>
    </w:p>
    <w:p>
      <w:pPr>
        <w:jc w:val="right"/>
      </w:pPr>
      <w:r>
        <w:t>تو اس زمانے میں میں انگلش جانتا نہیں تھا، نہ وہاں پر کوئی دوسرا آدمی تھا جو جانے۔</w:t>
      </w:r>
    </w:p>
    <w:p>
      <w:r>
        <w:rPr>
          <w:b/>
        </w:rPr>
        <w:t xml:space="preserve">[14:06] </w:t>
      </w:r>
      <w:r>
        <w:t>to ek sahab jo kuch thoda bahut ABC jante the, unhon ne parha to kya nikala</w:t>
      </w:r>
    </w:p>
    <w:p>
      <w:pPr>
        <w:jc w:val="right"/>
      </w:pPr>
      <w:r>
        <w:t>تو ایک صاحب جو کچھ تھوڑا بہت اے بی سی جانتے تھے، انہوں نے پڑھا تو کیا نکالا</w:t>
      </w:r>
    </w:p>
    <w:p>
      <w:r>
        <w:rPr>
          <w:b/>
        </w:rPr>
        <w:t xml:space="preserve">[14:12] </w:t>
      </w:r>
      <w:r>
        <w:t>کہ اس میں "Ammi jaan check do we" یعنی میری ماں نے مجھے روک دیا ہے، میں دیر میں آؤں گا۔</w:t>
      </w:r>
    </w:p>
    <w:p>
      <w:pPr>
        <w:jc w:val="right"/>
      </w:pPr>
      <w:r>
        <w:t>کہ اس میں "امی جان چک ڈوی" یعنی میری ماں نے مجھے روک دیا ہے، میں دیر میں آؤں گا۔</w:t>
      </w:r>
    </w:p>
    <w:p>
      <w:r>
        <w:rPr>
          <w:b/>
        </w:rPr>
        <w:t xml:space="preserve">[14:19] </w:t>
      </w:r>
      <w:r>
        <w:t>"Ammi jaan check duwi" halanke wo tha "emergency check duwi".</w:t>
      </w:r>
    </w:p>
    <w:p>
      <w:pPr>
        <w:jc w:val="right"/>
      </w:pPr>
      <w:r>
        <w:t>"امی جان چک ڈوی" حالانکہ وہ تھا "ایمرجنسی چک ڈوی"۔</w:t>
      </w:r>
    </w:p>
    <w:p>
      <w:r>
        <w:rPr>
          <w:b/>
        </w:rPr>
        <w:t xml:space="preserve">[14:25] </w:t>
      </w:r>
      <w:r>
        <w:t>"Emergency check duwi" to chand din ke baad aaunga.</w:t>
      </w:r>
    </w:p>
    <w:p>
      <w:pPr>
        <w:jc w:val="right"/>
      </w:pPr>
      <w:r>
        <w:t>"ایمرجنسی چک ڈوی" تو چند دن کے بعد آؤں گا۔</w:t>
      </w:r>
    </w:p>
    <w:p>
      <w:r>
        <w:rPr>
          <w:b/>
        </w:rPr>
        <w:t xml:space="preserve">[14:32] </w:t>
      </w:r>
      <w:r>
        <w:t>to Allah ki taraf se jo jawab aa raha hai, is ko parh nahi pa rahe hain.</w:t>
      </w:r>
    </w:p>
    <w:p>
      <w:pPr>
        <w:jc w:val="right"/>
      </w:pPr>
      <w:r>
        <w:t>تو اللہ کی طرف سے جو جواب آ رہا ہے، اس کو پڑھ نہیں پا رہے ہیں۔</w:t>
      </w:r>
    </w:p>
    <w:p>
      <w:r>
        <w:rPr>
          <w:b/>
        </w:rPr>
        <w:t xml:space="preserve">[14:38] </w:t>
      </w:r>
      <w:r>
        <w:t>lraai badha rahe hain, suicide bomb bhi ho rahi hai.</w:t>
      </w:r>
    </w:p>
    <w:p>
      <w:pPr>
        <w:jc w:val="right"/>
      </w:pPr>
      <w:r>
        <w:t>لڑائی بڑھا رہے ہیں، سوسائیڈ باب بھی ہو رہی ہے۔</w:t>
      </w:r>
    </w:p>
    <w:p>
      <w:r>
        <w:rPr>
          <w:b/>
        </w:rPr>
        <w:t xml:space="preserve">[14:44] </w:t>
      </w:r>
      <w:r>
        <w:t>aaj hi mein ne parha akhbar mein ke Kashmir ki ek larki jo hai, us ne kaha hai</w:t>
      </w:r>
    </w:p>
    <w:p>
      <w:pPr>
        <w:jc w:val="right"/>
      </w:pPr>
      <w:r>
        <w:t>آج ہی میں نے پڑھا اخبار میں کہ کشمیر کی ایک لڑکی جو ہے، اس نے کہا ہے</w:t>
      </w:r>
    </w:p>
    <w:p>
      <w:r>
        <w:rPr>
          <w:b/>
        </w:rPr>
        <w:t xml:space="preserve">[14:52] </w:t>
      </w:r>
      <w:r>
        <w:t>ke wo ek leader ki larki hai ke main apne baap ke mission ko jaari rakhunga.</w:t>
      </w:r>
    </w:p>
    <w:p>
      <w:pPr>
        <w:jc w:val="right"/>
      </w:pPr>
      <w:r>
        <w:t>کہ وہ ایک لیڈر کی لڑکی ہے کہ میں اپنے باپ کے مشن کو جاری رکھوں گا۔</w:t>
      </w:r>
    </w:p>
    <w:p>
      <w:r>
        <w:rPr>
          <w:b/>
        </w:rPr>
        <w:t xml:space="preserve">[15:00] </w:t>
      </w:r>
      <w:r>
        <w:t>zahir hai ke itne dinon se chal raha hai markaṭ ka mission, bomb marna, pathar marna, suicide bombing,</w:t>
      </w:r>
    </w:p>
    <w:p>
      <w:pPr>
        <w:jc w:val="right"/>
      </w:pPr>
      <w:r>
        <w:t>ظاہر ہے کہ اتنے دنوں سے چل رہا ہے مارکاٹ کا مشن، بم مارنا، پتھر مارنا، سوسائیڈ بمبنگ،</w:t>
      </w:r>
    </w:p>
    <w:p>
      <w:r>
        <w:rPr>
          <w:b/>
        </w:rPr>
        <w:t xml:space="preserve">[15:07] </w:t>
      </w:r>
      <w:r>
        <w:t>aur bilkul seedha</w:t>
      </w:r>
    </w:p>
    <w:p>
      <w:pPr>
        <w:jc w:val="right"/>
      </w:pPr>
      <w:r>
        <w:t>اور بالکل سیدھا</w:t>
      </w:r>
    </w:p>
    <w:p>
      <w:r>
        <w:rPr>
          <w:b/>
        </w:rPr>
        <w:t xml:space="preserve">[15:15] </w:t>
      </w:r>
      <w:r>
        <w:t>ek ek hazar aadmi khatam ho gaye, lekin phir bhi usi par qaim rahenge, usi par qaim rahenge.</w:t>
      </w:r>
    </w:p>
    <w:p>
      <w:pPr>
        <w:jc w:val="right"/>
      </w:pPr>
      <w:r>
        <w:t>ایک ایک ہزار آدمی ختم ہوگئے، لیکن پھر بھی اسی پر قائم رہیں گے، اسی پر قائم رہیں گے۔</w:t>
      </w:r>
    </w:p>
    <w:p>
      <w:r>
        <w:rPr>
          <w:b/>
        </w:rPr>
        <w:t xml:space="preserve">[15:25] </w:t>
      </w:r>
      <w:r>
        <w:t>to yeh aisa hi hoga ke "emergency" ko parh rahe hain "Ammi jaan".</w:t>
      </w:r>
    </w:p>
    <w:p>
      <w:pPr>
        <w:jc w:val="right"/>
      </w:pPr>
      <w:r>
        <w:t>تو یہ ایسا ہی ہوگا کہ "ایمرجنسی" کو پڑھ رہے ہیں "امی جان"۔</w:t>
      </w:r>
    </w:p>
    <w:p>
      <w:r>
        <w:rPr>
          <w:b/>
        </w:rPr>
        <w:t xml:space="preserve">[15:35] </w:t>
      </w:r>
      <w:r>
        <w:t>yeh ho raha hai Pakistan mein, yeh ho raha hai ab Afghanistan mein, yeh ho raha hai</w:t>
      </w:r>
    </w:p>
    <w:p>
      <w:pPr>
        <w:jc w:val="right"/>
      </w:pPr>
      <w:r>
        <w:t>یہ ہو رہا ہے پاکستان میں، یہ ہو رہا ہے اب افغانستان میں، یہ ہو رہا ہے</w:t>
      </w:r>
    </w:p>
    <w:p>
      <w:r>
        <w:rPr>
          <w:b/>
        </w:rPr>
        <w:t xml:space="preserve">[15:46] </w:t>
      </w:r>
      <w:r>
        <w:t>Falasteen mein, yeh yeh ho raha hai Misr mein har jagah.</w:t>
      </w:r>
    </w:p>
    <w:p>
      <w:pPr>
        <w:jc w:val="right"/>
      </w:pPr>
      <w:r>
        <w:t>فلسطین میں، یہ یہ ہو رہا ہے مصر میں ہر جگہ۔</w:t>
      </w:r>
    </w:p>
    <w:p>
      <w:r>
        <w:rPr>
          <w:b/>
        </w:rPr>
        <w:t xml:space="preserve">[15:56] </w:t>
      </w:r>
      <w:r>
        <w:t>to behal Ramzan ka mahina dua ka mahina hai, aap jante hain Ramzan ka mahina dua ka mahina hai.</w:t>
      </w:r>
    </w:p>
    <w:p>
      <w:pPr>
        <w:jc w:val="right"/>
      </w:pPr>
      <w:r>
        <w:t>تو بہرحال رمضان کا مہینہ دعا کا مہینہ ہے، آپ جانتے ہیں رمضان کا مہینہ دعا کا مہینہ ہے۔</w:t>
      </w:r>
    </w:p>
    <w:p>
      <w:r>
        <w:rPr>
          <w:b/>
        </w:rPr>
        <w:t xml:space="preserve">[16:06] </w:t>
      </w:r>
      <w:r>
        <w:t>to musalmanon ko chahiye ke woh is mahine mein khaas taur par dua karen</w:t>
      </w:r>
    </w:p>
    <w:p>
      <w:pPr>
        <w:jc w:val="right"/>
      </w:pPr>
      <w:r>
        <w:t>تو مسلمانوں کو چاہیے کہ وہ اس مہینے میں خاص طور پر دعا کریں</w:t>
      </w:r>
    </w:p>
    <w:p>
      <w:r>
        <w:rPr>
          <w:b/>
        </w:rPr>
        <w:t xml:space="preserve">[16:16] </w:t>
      </w:r>
      <w:r>
        <w:t>aur yeh yaqeen rakhen ke zaroor jawab aayega aur woh jawab bilkul sahi hoga.</w:t>
      </w:r>
    </w:p>
    <w:p>
      <w:pPr>
        <w:jc w:val="right"/>
      </w:pPr>
      <w:r>
        <w:t>اور یہ یقین رکھیں کہ ضرور جواب آئے گا اور وہ جواب بالکل صحیح ہوگا۔</w:t>
      </w:r>
    </w:p>
    <w:p>
      <w:r>
        <w:rPr>
          <w:b/>
        </w:rPr>
        <w:t xml:space="preserve">[16:24] </w:t>
      </w:r>
      <w:r>
        <w:t>magar aap pichli banna padega, aap ko objective.</w:t>
      </w:r>
    </w:p>
    <w:p>
      <w:pPr>
        <w:jc w:val="right"/>
      </w:pPr>
      <w:r>
        <w:t>مگر آپ پچھلی بننا پڑے گا، آپ کو ابجیکٹو۔</w:t>
      </w:r>
    </w:p>
    <w:p>
      <w:r>
        <w:rPr>
          <w:b/>
        </w:rPr>
        <w:t xml:space="preserve">[16:31] </w:t>
      </w:r>
      <w:r>
        <w:t>jis tarah Hudaybiyah ke mauqe par Rasool Allah ne padha ke jawab yeh aaya hai ke lafz Rasool</w:t>
      </w:r>
    </w:p>
    <w:p>
      <w:pPr>
        <w:jc w:val="right"/>
      </w:pPr>
      <w:r>
        <w:t>جس طرح حدیبیہ کے موقع پر رسول اللہ نے پڑھا کہ جواب یہ آیا ہے کہ لفظ رسول</w:t>
      </w:r>
    </w:p>
    <w:p>
      <w:r>
        <w:rPr>
          <w:b/>
        </w:rPr>
        <w:t xml:space="preserve">[16:39] </w:t>
      </w:r>
      <w:r>
        <w:t>ko bhi mita do, talwar ko mein mein rakh lo.</w:t>
      </w:r>
    </w:p>
    <w:p>
      <w:pPr>
        <w:jc w:val="right"/>
      </w:pPr>
      <w:r>
        <w:t>کو بھی مٹا دو، تلوار کو مین مین میں رکھ لو۔</w:t>
      </w:r>
    </w:p>
    <w:p>
      <w:r>
        <w:rPr>
          <w:b/>
        </w:rPr>
        <w:t xml:space="preserve">[16:46] </w:t>
      </w:r>
      <w:r>
        <w:t>dusra amal kiya aur phir aap jante hain ke aap ko fateh hui, fateh mubeen hui.</w:t>
      </w:r>
    </w:p>
    <w:p>
      <w:pPr>
        <w:jc w:val="right"/>
      </w:pPr>
      <w:r>
        <w:t>دوسرا عمل کیا اور پھر آپ جانتے ہیں کہ آپ کو فتح ہوئی، فتح مبین ہوئی۔</w:t>
      </w:r>
    </w:p>
    <w:p>
      <w:r>
        <w:rPr>
          <w:b/>
        </w:rPr>
        <w:t xml:space="preserve">[16:57] </w:t>
      </w:r>
      <w:r>
        <w:t>to main sochta hoon ke dua karne ka matlab sirf yeh nahi ke aap apne dil ke dard</w:t>
      </w:r>
    </w:p>
    <w:p>
      <w:pPr>
        <w:jc w:val="right"/>
      </w:pPr>
      <w:r>
        <w:t>تو میں سوچتا ہوں کہ دعا کرنے کا مطلب صرف یہ نہیں کہ آپ اپنے دل کے درد</w:t>
      </w:r>
    </w:p>
    <w:p>
      <w:r>
        <w:rPr>
          <w:b/>
        </w:rPr>
        <w:t xml:space="preserve">[17:08] </w:t>
      </w:r>
      <w:r>
        <w:t>ko jaanen, aap ko jo mind mein basa hua hai, us ko jaanen aur us ki dua karen.</w:t>
      </w:r>
    </w:p>
    <w:p>
      <w:pPr>
        <w:jc w:val="right"/>
      </w:pPr>
      <w:r>
        <w:t>کو جانیں، آپ کو جو مائنڈ میں بسا ہوا ہے، اس کو جانیں اور اس کی دعا کریں۔</w:t>
      </w:r>
    </w:p>
    <w:p>
      <w:r>
        <w:rPr>
          <w:b/>
        </w:rPr>
        <w:t xml:space="preserve">[17:19] </w:t>
      </w:r>
      <w:r>
        <w:t>Nahi, aap ko yeh janna padega ke Allah ki soch kya hai, us ke mutabiq Allah ne meri rehnumai kya kya, rehnumai ki hogi. Tab aap us ko samajh paenge, tab us ko samajh paenge. To kitna</w:t>
      </w:r>
    </w:p>
    <w:p>
      <w:pPr>
        <w:jc w:val="right"/>
      </w:pPr>
      <w:r>
        <w:t>نہیں، آپ کو یہ جاننا پڑے گا کہ اللہ کی سوچ کیا ہے، اس کے مطابق اللہ نے میری رہنمائی کیا کیا، رہنمائی کی ہوگی۔ تب آپ اس کو سمجھ پائیں گے، تب اس کو سمجھ پائیں گے۔ تو کتنا</w:t>
      </w:r>
    </w:p>
    <w:p>
      <w:r>
        <w:rPr>
          <w:b/>
        </w:rPr>
        <w:t xml:space="preserve">[17:49] </w:t>
      </w:r>
      <w:r>
        <w:t>bada yeh offer hai Allah ki taraf se ke jab bhi tum ko koi kaam atke to Allah</w:t>
      </w:r>
    </w:p>
    <w:p>
      <w:pPr>
        <w:jc w:val="right"/>
      </w:pPr>
      <w:r>
        <w:t>بڑا یہ افر ہے اللہ کی طرف سے کہ جب بھی تم کو کوئی کام اٹکے تو اللہ</w:t>
      </w:r>
    </w:p>
    <w:p>
      <w:r>
        <w:rPr>
          <w:b/>
        </w:rPr>
        <w:t xml:space="preserve">[17:56] </w:t>
      </w:r>
      <w:r>
        <w:t>se dua karo aur instantly tum uska jawab paoge, instantly jawab paoge.</w:t>
      </w:r>
    </w:p>
    <w:p>
      <w:pPr>
        <w:jc w:val="right"/>
      </w:pPr>
      <w:r>
        <w:t>سے دعا کرو اور انسٹنٹلی تم اس کا جواب پاؤ گے، انسٹنٹلی جواب پاؤ گے۔</w:t>
      </w:r>
    </w:p>
    <w:p>
      <w:r>
        <w:rPr>
          <w:b/>
        </w:rPr>
        <w:t xml:space="preserve">[18:04] </w:t>
      </w:r>
      <w:r>
        <w:t>fainni qareeb, main qareeb hoon.</w:t>
      </w:r>
    </w:p>
    <w:p>
      <w:pPr>
        <w:jc w:val="right"/>
      </w:pPr>
      <w:r>
        <w:t>فنی قریب، میں قریب ہوں۔</w:t>
      </w:r>
    </w:p>
    <w:p>
      <w:r>
        <w:rPr>
          <w:b/>
        </w:rPr>
        <w:t xml:space="preserve">[18:11] </w:t>
      </w:r>
      <w:r>
        <w:t>to is ke maani yahi hue</w:t>
      </w:r>
    </w:p>
    <w:p>
      <w:pPr>
        <w:jc w:val="right"/>
      </w:pPr>
      <w:r>
        <w:t>تو اس کے معنی یہی ہوئے</w:t>
      </w:r>
    </w:p>
    <w:p>
      <w:r>
        <w:rPr>
          <w:b/>
        </w:rPr>
        <w:t xml:space="preserve">[18:19] </w:t>
      </w:r>
      <w:r>
        <w:t>ke maqbool dua ka jawab, maqbool dua karne ke liye shart jo hai, shart maqbool dua ki shart woh kya hai? Aap dua karen aur aap apne andar itna apne ko itna develop karen apne mind ko ke jo jawab aa</w:t>
      </w:r>
    </w:p>
    <w:p>
      <w:pPr>
        <w:jc w:val="right"/>
      </w:pPr>
      <w:r>
        <w:t>کہ مقبول دعا کا جواب، مقبول دعا کرنے کے لیے شرط جو ہے، شرط مقبول دعا کی شرط وہ کیا ہے؟ آپ دعا کریں اور آپ اپنے اندر اتنا اپنے کو اتنا ڈیولپ کریں اپنے مائنڈ کو کہ جو جواب آ</w:t>
      </w:r>
    </w:p>
    <w:p>
      <w:r>
        <w:rPr>
          <w:b/>
        </w:rPr>
        <w:t xml:space="preserve">[18:49] </w:t>
      </w:r>
      <w:r>
        <w:t>ye, is ko objectively taur par padh padhen aur objectively taur par is ko samjhen.</w:t>
      </w:r>
    </w:p>
    <w:p>
      <w:pPr>
        <w:jc w:val="right"/>
      </w:pPr>
      <w:r>
        <w:t>ئے، اس کو ابجیکٹلی طور پر پڑھ پڑھیں اور ابجیکٹلی طور پر اس کو سمجھیں۔</w:t>
      </w:r>
    </w:p>
    <w:p>
      <w:r>
        <w:rPr>
          <w:b/>
        </w:rPr>
        <w:t xml:space="preserve">[18:59] </w:t>
      </w:r>
      <w:r>
        <w:t>is ke baghair nahi ho sakta.</w:t>
      </w:r>
    </w:p>
    <w:p>
      <w:pPr>
        <w:jc w:val="right"/>
      </w:pPr>
      <w:r>
        <w:t>اس کے بغیر نہیں ہو سکتا۔</w:t>
      </w:r>
    </w:p>
    <w:p>
      <w:r>
        <w:rPr>
          <w:b/>
        </w:rPr>
        <w:t xml:space="preserve">[19:09] </w:t>
      </w:r>
      <w:r>
        <w:t>is ke baghair nahi ho</w:t>
      </w:r>
    </w:p>
    <w:p>
      <w:pPr>
        <w:jc w:val="right"/>
      </w:pPr>
      <w:r>
        <w:t>اس کے بغیر نہیں ہو</w:t>
      </w:r>
    </w:p>
    <w:p>
      <w:r>
        <w:rPr>
          <w:b/>
        </w:rPr>
        <w:t xml:space="preserve">[19:19] </w:t>
      </w:r>
      <w:r>
        <w:t>sakta. Yani aap ko dua karna chahiye is zehan ke sath ke jo jawab aye ga, wo mere liye qabil-e-qubool hoga. Jo jawab aye ga, wo mere liye qabil-e-qubool hoga. Yani aap aisa nahi hona chahiye ke jo jawab aye, wo aap ko</w:t>
      </w:r>
    </w:p>
    <w:p>
      <w:pPr>
        <w:jc w:val="right"/>
      </w:pPr>
      <w:r>
        <w:t>سکتا۔ یعنی آپ کو دعا کرنا چاہیے اس ذہن کے ساتھ کہ جو جواب آئے گا، وہ میرے لیے قابل قبول ہوگا۔ جو جواب آئے گا، وہ میرے لیے قابل قبول ہوگا۔ یعنی آپ ایسا نہیں ہونا چاہیے کہ جو جواب آئے، وہ آپ کو</w:t>
      </w:r>
    </w:p>
    <w:p>
      <w:r>
        <w:rPr>
          <w:b/>
        </w:rPr>
        <w:t xml:space="preserve">[19:49] </w:t>
      </w:r>
      <w:r>
        <w:t>lage ke yeh to meri marzi ke khilaf hai.</w:t>
      </w:r>
    </w:p>
    <w:p>
      <w:pPr>
        <w:jc w:val="right"/>
      </w:pPr>
      <w:r>
        <w:t>لگے کہ یہ تو میری مرضی کے خلاف ہے۔</w:t>
      </w:r>
    </w:p>
    <w:p>
      <w:r>
        <w:rPr>
          <w:b/>
        </w:rPr>
        <w:t xml:space="preserve">[20:01] </w:t>
      </w:r>
      <w:r>
        <w:t>to aap is ko follow karne mein hichkichayen, hichkichayen nahin.</w:t>
      </w:r>
    </w:p>
    <w:p>
      <w:pPr>
        <w:jc w:val="right"/>
      </w:pPr>
      <w:r>
        <w:t>تو آپ اس کو فالو کرنے میں ہچکچائیں، ہچکچائیں نہیں۔</w:t>
      </w:r>
    </w:p>
    <w:p>
      <w:r>
        <w:rPr>
          <w:b/>
        </w:rPr>
        <w:t xml:space="preserve">[20:12] </w:t>
      </w:r>
      <w:r>
        <w:t>jo agaya, wahi wahi aap ka wahid option ban jaye.</w:t>
      </w:r>
    </w:p>
    <w:p>
      <w:pPr>
        <w:jc w:val="right"/>
      </w:pPr>
      <w:r>
        <w:t>جو آگیا، وہی وہی آپ کا واحد آپشن بن جائے۔</w:t>
      </w:r>
    </w:p>
    <w:p>
      <w:r>
        <w:rPr>
          <w:b/>
        </w:rPr>
        <w:t xml:space="preserve">[20:24] </w:t>
      </w:r>
      <w:r>
        <w:t>to jahan tak maine samjha hai, is waqt sari duniya mein musalman duaen kar rahe hain, sari duniya mein.</w:t>
      </w:r>
    </w:p>
    <w:p>
      <w:pPr>
        <w:jc w:val="right"/>
      </w:pPr>
      <w:r>
        <w:t>تو جہاں تک میں نے سمجھا ہے، اس وقت ساری دنیا میں مسلمان دعائیں کر رہے ہیں، ساری دنیا میں۔</w:t>
      </w:r>
    </w:p>
    <w:p>
      <w:r>
        <w:rPr>
          <w:b/>
        </w:rPr>
        <w:t xml:space="preserve">[20:34] </w:t>
      </w:r>
      <w:r>
        <w:t>to yeh to yaqini hai ke Allah ka jawab aa raha hoga.</w:t>
      </w:r>
    </w:p>
    <w:p>
      <w:pPr>
        <w:jc w:val="right"/>
      </w:pPr>
      <w:r>
        <w:t>تو یہ تو یقینی ہے کہ اللہ کا جواب آ رہا ہوگا۔</w:t>
      </w:r>
    </w:p>
    <w:p>
      <w:r>
        <w:rPr>
          <w:b/>
        </w:rPr>
        <w:t xml:space="preserve">[20:44] </w:t>
      </w:r>
      <w:r>
        <w:t>to jawab jab aa raha hai to hum ko matloob cheez milti kyun nahi?</w:t>
      </w:r>
    </w:p>
    <w:p>
      <w:pPr>
        <w:jc w:val="right"/>
      </w:pPr>
      <w:r>
        <w:t>تو جواب جب آ رہا ہے تو ہم کو مطلوب چیز ملتی کیوں نہیں؟</w:t>
      </w:r>
    </w:p>
    <w:p>
      <w:r>
        <w:rPr>
          <w:b/>
        </w:rPr>
        <w:t xml:space="preserve">[20:54] </w:t>
      </w:r>
      <w:r>
        <w:t>To doosri baat yeh manni pare gi ke Khuda ka jo jawab hai, us ko update mindset se parh rahe hain. Main Khuda ke jawab ko Khuda ke mindset se nahi parh raha hoon. To zahir hai ke aisa parhna mo'tabar nahi ho sakta. Khuda ke jawab ko Khuda hi ke mindset se parhna pare ga. Khuda</w:t>
      </w:r>
    </w:p>
    <w:p>
      <w:pPr>
        <w:jc w:val="right"/>
      </w:pPr>
      <w:r>
        <w:t>تو دوسری بات یہ ماننی پڑے گی کہ خدا کا جو جواب ہے، اس کو اپڈیٹ مائنڈ سیٹ سے پڑھ رہے ہیں۔ میں خدا کے جواب کو خدا کے مائنڈ سیٹ سے نہیں پڑھ رہا ہوں۔ تو ظاہر ہے کہ ایسا پڑھنا معتبر نہیں ہو سکتا۔ خدا کے جواب کو خدا ہی کے مائنڈ سیٹ سے پڑھنا پڑے گا۔ خدا</w:t>
      </w:r>
    </w:p>
    <w:p>
      <w:r>
        <w:rPr>
          <w:b/>
        </w:rPr>
        <w:t xml:space="preserve">[21:24] </w:t>
      </w:r>
      <w:r>
        <w:t>کے جواب کو اگر آپ اپنے mind set سے پڑھنے لگے ہیں تو اس کا کوئی فائدہ نہیں۔</w:t>
      </w:r>
    </w:p>
    <w:p>
      <w:pPr>
        <w:jc w:val="right"/>
      </w:pPr>
      <w:r>
        <w:t>کے جواب کو اگر آپ اپنے مائنڈ سیٹ سے پڑھنے لگے ہیں تو اس کا کوئی فائدہ نہیں۔</w:t>
      </w:r>
    </w:p>
    <w:p>
      <w:r>
        <w:rPr>
          <w:b/>
        </w:rPr>
        <w:t xml:space="preserve">[21:39] </w:t>
      </w:r>
      <w:r>
        <w:t>dekhiye, baat kya hai ke hum ek cheez chahte hain, hamare nazdeek woh cheez falan tareeqe se mil sakti hai.</w:t>
      </w:r>
    </w:p>
    <w:p>
      <w:pPr>
        <w:jc w:val="right"/>
      </w:pPr>
      <w:r>
        <w:t>دیکھیے، بات کیا ہے کہ ہم ایک چیز چاہتے ہیں، ہمارے نزدیک وہ چیز فلاں طریقے سے مل سکتی ہے۔</w:t>
      </w:r>
    </w:p>
    <w:p>
      <w:r>
        <w:rPr>
          <w:b/>
        </w:rPr>
        <w:t xml:space="preserve">[21:54] </w:t>
      </w:r>
      <w:r>
        <w:t>to bas isi mein hum atke atke jaate hain, isi mein atke atke jaate hain.</w:t>
      </w:r>
    </w:p>
    <w:p>
      <w:pPr>
        <w:jc w:val="right"/>
      </w:pPr>
      <w:r>
        <w:t>تو بس اسی میں ہم اٹک اٹک جاتے ہیں، اسی میں اٹک اٹک جاتے ہیں۔</w:t>
      </w:r>
    </w:p>
    <w:p>
      <w:r>
        <w:rPr>
          <w:b/>
        </w:rPr>
        <w:t xml:space="preserve">[22:00] </w:t>
      </w:r>
      <w:r>
        <w:t>hum yeh samajh nahi paate ke Allah ke plan ke mutabiq woh cheez kisi kisi aur tareeqe se</w:t>
      </w:r>
    </w:p>
    <w:p>
      <w:pPr>
        <w:jc w:val="right"/>
      </w:pPr>
      <w:r>
        <w:t>ہم یہ سمجھ نہیں پاتے کہ اللہ کے پلان کے مطابق وہ چیز کسی کسی اور طریقے سے</w:t>
      </w:r>
    </w:p>
    <w:p>
      <w:r>
        <w:rPr>
          <w:b/>
        </w:rPr>
        <w:t xml:space="preserve">[22:07] </w:t>
      </w:r>
      <w:r>
        <w:t>milne wali hai.</w:t>
      </w:r>
    </w:p>
    <w:p>
      <w:pPr>
        <w:jc w:val="right"/>
      </w:pPr>
      <w:r>
        <w:t>ملنے والی ہے۔</w:t>
      </w:r>
    </w:p>
    <w:p>
      <w:r>
        <w:rPr>
          <w:b/>
        </w:rPr>
        <w:t xml:space="preserve">[22:13] </w:t>
      </w:r>
      <w:r>
        <w:t>jaise hudaybiyah mein sahaba ki bari tadad is parasti ke.</w:t>
      </w:r>
    </w:p>
    <w:p>
      <w:pPr>
        <w:jc w:val="right"/>
      </w:pPr>
      <w:r>
        <w:t>جیسے حدیبیہ میں صحابہ کی بڑی تعداد اس پرستی کے۔</w:t>
      </w:r>
    </w:p>
    <w:p>
      <w:r>
        <w:rPr>
          <w:b/>
        </w:rPr>
        <w:t xml:space="preserve">[22:19] </w:t>
      </w:r>
      <w:r>
        <w:t>hum larein ge, hum</w:t>
      </w:r>
    </w:p>
    <w:p>
      <w:pPr>
        <w:jc w:val="right"/>
      </w:pPr>
      <w:r>
        <w:t>ہم لڑیں گے، ہم</w:t>
      </w:r>
    </w:p>
    <w:p>
      <w:r>
        <w:rPr>
          <w:b/>
        </w:rPr>
        <w:t xml:space="preserve">[22:25] </w:t>
      </w:r>
      <w:r>
        <w:t>lotenge, kyon nahin lotenge? hum larein ge, larr kar larr kar ke apna haq lein ge,</w:t>
      </w:r>
    </w:p>
    <w:p>
      <w:pPr>
        <w:jc w:val="right"/>
      </w:pPr>
      <w:r>
        <w:t>لوٹیں گے، کیوں نہیں لوٹیں گے؟ ہم لڑیں گے، لڑ کر لڑ کر کے اپنا حق لیں گے،</w:t>
      </w:r>
    </w:p>
    <w:p>
      <w:r>
        <w:rPr>
          <w:b/>
        </w:rPr>
        <w:t xml:space="preserve">[22:32] </w:t>
      </w:r>
      <w:r>
        <w:t>hum larr kar ke apna haq lein ge.</w:t>
      </w:r>
    </w:p>
    <w:p>
      <w:pPr>
        <w:jc w:val="right"/>
      </w:pPr>
      <w:r>
        <w:t>ہم لڑ کر کے اپنا حق لیں گے۔</w:t>
      </w:r>
    </w:p>
    <w:p>
      <w:r>
        <w:rPr>
          <w:b/>
        </w:rPr>
        <w:t xml:space="preserve">[22:40] </w:t>
      </w:r>
      <w:r>
        <w:t>to rasool Allah ne kaha ke nahin, wapas chalo, wapas chalo.</w:t>
      </w:r>
    </w:p>
    <w:p>
      <w:pPr>
        <w:jc w:val="right"/>
      </w:pPr>
      <w:r>
        <w:t>تو رسول اللہ نے کہا کہ نہیں، واپس چلو، واپس چلو۔</w:t>
      </w:r>
    </w:p>
    <w:p>
      <w:r>
        <w:rPr>
          <w:b/>
        </w:rPr>
        <w:t xml:space="preserve">[22:48] </w:t>
      </w:r>
      <w:r>
        <w:t>to rasool Allah ne is baat ko jaana ke yahan dua ki qubooliyat is tarah hone wali hai Allah ke</w:t>
      </w:r>
    </w:p>
    <w:p>
      <w:pPr>
        <w:jc w:val="right"/>
      </w:pPr>
      <w:r>
        <w:t>تو رسول اللہ نے اس بات کو جانا کہ یہاں دعا کی قبولیت اس طرح ہونے والی ہے اللہ کے</w:t>
      </w:r>
    </w:p>
    <w:p>
      <w:r>
        <w:rPr>
          <w:b/>
        </w:rPr>
        <w:t xml:space="preserve">[22:55] </w:t>
      </w:r>
      <w:r>
        <w:t>plan ke mutabiq ke is waqt hum wapas jayen aur phir hum jo waqt milta hai, hum ko</w:t>
      </w:r>
    </w:p>
    <w:p>
      <w:pPr>
        <w:jc w:val="right"/>
      </w:pPr>
      <w:r>
        <w:t>پلان کے مطابق کہ اس وقت ہم واپس جائیں اور پھر ہم جو وقت ملتا ہے، ہم کو</w:t>
      </w:r>
    </w:p>
    <w:p>
      <w:r>
        <w:rPr>
          <w:b/>
        </w:rPr>
        <w:t xml:space="preserve">[23:06] </w:t>
      </w:r>
      <w:r>
        <w:t>اس وقت کو avail کریں یا avail کر کے جو ہم دوبارہ ری پلاننگ کریں گے، اس ری</w:t>
      </w:r>
    </w:p>
    <w:p>
      <w:pPr>
        <w:jc w:val="right"/>
      </w:pPr>
      <w:r>
        <w:t>اس وقت کو اویل کریں یا اویل کر کے جو ہم دوبارہ ری پلاننگ کریں گے، اس ری</w:t>
      </w:r>
    </w:p>
    <w:p>
      <w:r>
        <w:rPr>
          <w:b/>
        </w:rPr>
        <w:t xml:space="preserve">[23:17] </w:t>
      </w:r>
      <w:r>
        <w:t>planning ke baad kamyabi muqaddar hai hamare liye.</w:t>
      </w:r>
    </w:p>
    <w:p>
      <w:pPr>
        <w:jc w:val="right"/>
      </w:pPr>
      <w:r>
        <w:t>پلاننگ کے بعد کامیابی مقدر ہے ہمارے لیے۔</w:t>
      </w:r>
    </w:p>
    <w:p>
      <w:r>
        <w:rPr>
          <w:b/>
        </w:rPr>
        <w:t xml:space="preserve">[23:28] </w:t>
      </w:r>
      <w:r>
        <w:t>aisa nahin hai, agar waheen chalte rahen, barhte rahen to kuch nahin hone wala hai.</w:t>
      </w:r>
    </w:p>
    <w:p>
      <w:pPr>
        <w:jc w:val="right"/>
      </w:pPr>
      <w:r>
        <w:t>ایسا نہیں ہے، اگر وہیں چلتے رہیں، بڑھتے رہیں تو کچھ نہیں ہونے والا ہے۔</w:t>
      </w:r>
    </w:p>
    <w:p>
      <w:r>
        <w:rPr>
          <w:b/>
        </w:rPr>
        <w:t xml:space="preserve">[23:36] </w:t>
      </w:r>
      <w:r>
        <w:t>humein aage barhna hai, nahin balkeh peechhe lot kar ke madina jana hai.</w:t>
      </w:r>
    </w:p>
    <w:p>
      <w:pPr>
        <w:jc w:val="right"/>
      </w:pPr>
      <w:r>
        <w:t>ہمیں آگے بڑھنا ہے، نہیں بلکہ پیچھے لوٹ کر کے مدینہ جانا ہے۔</w:t>
      </w:r>
    </w:p>
    <w:p>
      <w:r>
        <w:rPr>
          <w:b/>
        </w:rPr>
        <w:t xml:space="preserve">[23:44] </w:t>
      </w:r>
      <w:r>
        <w:t>hamare kaam karne ka maqam hudaybiyah nahin hai, kaam karne ka maqam madina hai.</w:t>
      </w:r>
    </w:p>
    <w:p>
      <w:pPr>
        <w:jc w:val="right"/>
      </w:pPr>
      <w:r>
        <w:t>ہمارے کام کرنے کا مقام حدیبیہ نہیں ہے، کام کرنے کا مقام مدینہ ہے۔</w:t>
      </w:r>
    </w:p>
    <w:p>
      <w:r>
        <w:rPr>
          <w:b/>
        </w:rPr>
        <w:t xml:space="preserve">[23:52] </w:t>
      </w:r>
      <w:r>
        <w:t>yeh kaisi ajeeb baat hai!</w:t>
      </w:r>
    </w:p>
    <w:p>
      <w:pPr>
        <w:jc w:val="right"/>
      </w:pPr>
      <w:r>
        <w:t>یہ کیسی عجیب بات ہے!</w:t>
      </w:r>
    </w:p>
    <w:p>
      <w:r>
        <w:rPr>
          <w:b/>
        </w:rPr>
        <w:t xml:space="preserve">[24:00] </w:t>
      </w:r>
      <w:r>
        <w:t>kaam karne ka maqam, jaise hijrat ke mauqe par aap makka chhod ke madina chale gaye, wahan bhi</w:t>
      </w:r>
    </w:p>
    <w:p>
      <w:pPr>
        <w:jc w:val="right"/>
      </w:pPr>
      <w:r>
        <w:t>کام کرنے کا مقام، جیسے ہجرت کے موقع پر آپ مکہ چھوڑ کے مدینہ چلے گئے، وہاں بھی</w:t>
      </w:r>
    </w:p>
    <w:p>
      <w:r>
        <w:rPr>
          <w:b/>
        </w:rPr>
        <w:t xml:space="preserve">[24:11] </w:t>
      </w:r>
      <w:r>
        <w:t>aap ne yeh samjha, yeh ishara ke hamari is waqt kaam karne ka maqam makka nahin hai balkeh madina hai.</w:t>
      </w:r>
    </w:p>
    <w:p>
      <w:pPr>
        <w:jc w:val="right"/>
      </w:pPr>
      <w:r>
        <w:t>آپ نے یہ سمجھا، یہ اشارہ کہ ہماری اس وقت کام کرنے کا مقام مکہ نہیں ہے بلکہ مدینہ ہے۔</w:t>
      </w:r>
    </w:p>
    <w:p>
      <w:r>
        <w:rPr>
          <w:b/>
        </w:rPr>
        <w:t xml:space="preserve">[24:23] </w:t>
      </w:r>
      <w:r>
        <w:t>madina ja ke humein apne kaam ki re-planning karna hai.</w:t>
      </w:r>
    </w:p>
    <w:p>
      <w:pPr>
        <w:jc w:val="right"/>
      </w:pPr>
      <w:r>
        <w:t>مدینہ جا کے ہمیں اپنے کام کی ری پلاننگ کرنا ہے۔</w:t>
      </w:r>
    </w:p>
    <w:p>
      <w:r>
        <w:rPr>
          <w:b/>
        </w:rPr>
        <w:t xml:space="preserve">[24:34] </w:t>
      </w:r>
      <w:r>
        <w:t>to ramzan ke mahine mein dua qubool hoti hai, is mein koi shakk nahin.</w:t>
      </w:r>
    </w:p>
    <w:p>
      <w:pPr>
        <w:jc w:val="right"/>
      </w:pPr>
      <w:r>
        <w:t>تو رمضان کے مہینے میں دعا قبول ہوتی ہے، اس میں کوئی شک نہیں۔</w:t>
      </w:r>
    </w:p>
    <w:p>
      <w:r>
        <w:rPr>
          <w:b/>
        </w:rPr>
        <w:t xml:space="preserve">[24:42] </w:t>
      </w:r>
      <w:r>
        <w:t>لیکن جو قبول ہوتی ہے، وہ اللہ کے mindset کے مطابق ہوتی ہے، انسان کی خواہشوں کے</w:t>
      </w:r>
    </w:p>
    <w:p>
      <w:pPr>
        <w:jc w:val="right"/>
      </w:pPr>
      <w:r>
        <w:t>لیکن جو قبول ہوتی ہے، وہ اللہ کے مائنڈ سیٹ کے مطابق ہوتی ہے، انسان کی خواہشوں کے</w:t>
      </w:r>
    </w:p>
    <w:p>
      <w:r>
        <w:rPr>
          <w:b/>
        </w:rPr>
        <w:t xml:space="preserve">[24:50] </w:t>
      </w:r>
      <w:r>
        <w:t>mutabiq nahin hoti.</w:t>
      </w:r>
    </w:p>
    <w:p>
      <w:pPr>
        <w:jc w:val="right"/>
      </w:pPr>
      <w:r>
        <w:t>مطابق نہیں ہوتی۔</w:t>
      </w:r>
    </w:p>
    <w:p>
      <w:r>
        <w:rPr>
          <w:b/>
        </w:rPr>
        <w:t xml:space="preserve">[24:58] </w:t>
      </w:r>
      <w:r>
        <w:t>jab aap Allah ki marzi par</w:t>
      </w:r>
    </w:p>
    <w:p>
      <w:pPr>
        <w:jc w:val="right"/>
      </w:pPr>
      <w:r>
        <w:t>جب آپ اللہ کی مرضی پر</w:t>
      </w:r>
    </w:p>
    <w:p>
      <w:r>
        <w:rPr>
          <w:b/>
        </w:rPr>
        <w:t xml:space="preserve">[25:07] </w:t>
      </w:r>
      <w:r>
        <w:t>apne ko utha len to kya hoga? farishte toot padenge aap ki madad ke liye, farishte toot padenge.</w:t>
      </w:r>
    </w:p>
    <w:p>
      <w:pPr>
        <w:jc w:val="right"/>
      </w:pPr>
      <w:r>
        <w:t>اپنے کو اٹھا لیں تو کیا ہوگا؟ فرشتے ٹوٹ پڑیں گے آپ کی مدد کے لیے، فرشتے ٹوٹ پڑیں گے۔</w:t>
      </w:r>
    </w:p>
    <w:p>
      <w:r>
        <w:rPr>
          <w:b/>
        </w:rPr>
        <w:t xml:space="preserve">[25:17] </w:t>
      </w:r>
      <w:r>
        <w:t>aur nahin to koi farishta nahin aayega, khud hi ladiye, khud hi mariye, khud hi larte marte rahiye.</w:t>
      </w:r>
    </w:p>
    <w:p>
      <w:pPr>
        <w:jc w:val="right"/>
      </w:pPr>
      <w:r>
        <w:t>اور نہیں تو کوئی فرشتہ نہیں آئے گا، خود ہی لڑیے، خود ہی مریے، خود ہی لڑتے مڑتے رہیے۔</w:t>
      </w:r>
    </w:p>
    <w:p>
      <w:r>
        <w:rPr>
          <w:b/>
        </w:rPr>
        <w:t xml:space="preserve">[25:27] </w:t>
      </w:r>
      <w:r>
        <w:t>to ramzan ka mahina is is is waqt</w:t>
      </w:r>
    </w:p>
    <w:p>
      <w:pPr>
        <w:jc w:val="right"/>
      </w:pPr>
      <w:r>
        <w:t>تو رمضان کا مہینہ اس اس اس وقت</w:t>
      </w:r>
    </w:p>
    <w:p>
      <w:r>
        <w:rPr>
          <w:b/>
        </w:rPr>
        <w:t xml:space="preserve">[25:37] </w:t>
      </w:r>
      <w:r>
        <w:t>chahe aap india mein hon, pakistan mein hon, dunya ke kisi mulk mein hon, yeh hai ke confrontation</w:t>
      </w:r>
    </w:p>
    <w:p>
      <w:pPr>
        <w:jc w:val="right"/>
      </w:pPr>
      <w:r>
        <w:t>چاہے آپ انڈیا میں ہوں، پاکستان میں ہوں، دنیا کے کسی ملک میں ہوں، یہ ہے کہ کنفrontiشن</w:t>
      </w:r>
    </w:p>
    <w:p>
      <w:r>
        <w:rPr>
          <w:b/>
        </w:rPr>
        <w:t xml:space="preserve">[25:53] </w:t>
      </w:r>
      <w:r>
        <w:t>ke bajaye peace ka tareeqa ikhtiyar karo, peaceful tareeqa, apne kaam ki re-planning karo. yeh hai</w:t>
      </w:r>
    </w:p>
    <w:p>
      <w:pPr>
        <w:jc w:val="right"/>
      </w:pPr>
      <w:r>
        <w:t>کے بجائے پیس کا طریقہ اختیار کرو، پیس فل طریقہ، اپنے کام کی ری پلاننگ کرو۔ یہ ہے</w:t>
      </w:r>
    </w:p>
    <w:p>
      <w:r>
        <w:rPr>
          <w:b/>
        </w:rPr>
        <w:t xml:space="preserve">[26:08] </w:t>
      </w:r>
      <w:r>
        <w:t>discovery item, yeh hai discovery item. Yani musalmanon ko is saal Ramadan ke mahine mein ek discovery karna hai, aur wo discovery hai ke hum confrontation ko chhoden, negative thinking ko chho</w:t>
      </w:r>
    </w:p>
    <w:p>
      <w:pPr>
        <w:jc w:val="right"/>
      </w:pPr>
      <w:r>
        <w:t>ڈسکوری آئٹم، یہ ہے ڈسکوری آئٹم۔ یعنی مسلمانوں کو اس سال رمضان کے مہینے میں ایک ڈسکوری کرنا ہے، اور وہ ڈسکوری ہے کہ ہم کنفrontiشن کو چھوڑیں، نیگیٹیو تھنکنگ کو چھو</w:t>
      </w:r>
    </w:p>
    <w:p>
      <w:r>
        <w:rPr>
          <w:b/>
        </w:rPr>
        <w:t xml:space="preserve">[26:38] </w:t>
      </w:r>
      <w:r>
        <w:t>rrein, tashaddud ko chhoden, aur mukammal taur par peaceful planning ke zariye apne maqsad ko hasil karen.</w:t>
      </w:r>
    </w:p>
    <w:p>
      <w:pPr>
        <w:jc w:val="right"/>
      </w:pPr>
      <w:r>
        <w:t>ڑیں، تشدد کو چھوڑیں، اور مکمل طور پر پیس فل پلاننگ کے ذریعے اپنے مقصد کو حاصل کریں۔</w:t>
      </w:r>
    </w:p>
    <w:p>
      <w:r>
        <w:rPr>
          <w:b/>
        </w:rPr>
        <w:t xml:space="preserve">[26:54] </w:t>
      </w:r>
      <w:r>
        <w:t>yeh yeh yeh samajhna hai.</w:t>
      </w:r>
    </w:p>
    <w:p>
      <w:pPr>
        <w:jc w:val="right"/>
      </w:pPr>
      <w:r>
        <w:t>یہ یہ یہ سمجھنا ہے۔</w:t>
      </w:r>
    </w:p>
    <w:p>
      <w:r>
        <w:rPr>
          <w:b/>
        </w:rPr>
        <w:t xml:space="preserve">[27:10] </w:t>
      </w:r>
      <w:r>
        <w:t>mein samajhta hoon ke agar hum is agar hum is nuqtay ko discover kar lein, jaan lein to</w:t>
      </w:r>
    </w:p>
    <w:p>
      <w:pPr>
        <w:jc w:val="right"/>
      </w:pPr>
      <w:r>
        <w:t>میں سمجھتا ہوں کہ اگر ہم اس اگر ہم اس نقطے کو ڈسکور کر لیں، جان لیں تو</w:t>
      </w:r>
    </w:p>
    <w:p>
      <w:r>
        <w:rPr>
          <w:b/>
        </w:rPr>
        <w:t xml:space="preserve">[27:20] </w:t>
      </w:r>
      <w:r>
        <w:t>hamara yeh mahina hamara kamyab hai.</w:t>
      </w:r>
    </w:p>
    <w:p>
      <w:pPr>
        <w:jc w:val="right"/>
      </w:pPr>
      <w:r>
        <w:t>ہمارا یہ مہینہ ہمارا کامیاب ہے۔</w:t>
      </w:r>
    </w:p>
    <w:p>
      <w:r>
        <w:rPr>
          <w:b/>
        </w:rPr>
        <w:t xml:space="preserve">[27:30] </w:t>
      </w:r>
      <w:r>
        <w:t>aur agar aur aur agar</w:t>
      </w:r>
    </w:p>
    <w:p>
      <w:pPr>
        <w:jc w:val="right"/>
      </w:pPr>
      <w:r>
        <w:t>اور اگر اور اور اگر</w:t>
      </w:r>
    </w:p>
    <w:p>
      <w:r>
        <w:rPr>
          <w:b/>
        </w:rPr>
        <w:t xml:space="preserve">[27:40] </w:t>
      </w:r>
      <w:r>
        <w:t>is ko na paayein to phir kuch nahi maloom ke yeh yeh mahina hamara Allah ke haan kya</w:t>
      </w:r>
    </w:p>
    <w:p>
      <w:pPr>
        <w:jc w:val="right"/>
      </w:pPr>
      <w:r>
        <w:t>اس کو نہ پائیں تو پھر کچھ نہیں معلوم کہ یہ یہ مہینہ ہمارا اللہ کے ہاں کیا</w:t>
      </w:r>
    </w:p>
    <w:p>
      <w:r>
        <w:rPr>
          <w:b/>
        </w:rPr>
        <w:t xml:space="preserve">[27:51] </w:t>
      </w:r>
      <w:r>
        <w:t>darja hoga is ka.</w:t>
      </w:r>
    </w:p>
    <w:p>
      <w:pPr>
        <w:jc w:val="right"/>
      </w:pPr>
      <w:r>
        <w:t>درجہ ہوگا اس کا۔</w:t>
      </w:r>
    </w:p>
    <w:p>
      <w:r>
        <w:rPr>
          <w:b/>
        </w:rPr>
        <w:t xml:space="preserve">[28:02] </w:t>
      </w:r>
      <w:r>
        <w:t>to dekhein, peaceful activism kya cheez hai? Yani agar aap</w:t>
      </w:r>
    </w:p>
    <w:p>
      <w:pPr>
        <w:jc w:val="right"/>
      </w:pPr>
      <w:r>
        <w:t>تو دیکھیں، پیس فل ایکٹیوزم کیا چیز ہے؟ یعنی اگر آپ</w:t>
      </w:r>
    </w:p>
    <w:p>
      <w:r>
        <w:rPr>
          <w:b/>
        </w:rPr>
        <w:t xml:space="preserve">[28:13] </w:t>
      </w:r>
      <w:r>
        <w:t>ek naya tareeqa ikhtiyar karein jo babri par peace ho to kya hoga? Aap ko nazar aaye ga</w:t>
      </w:r>
    </w:p>
    <w:p>
      <w:pPr>
        <w:jc w:val="right"/>
      </w:pPr>
      <w:r>
        <w:t>ایک نیا طریقہ اختیار کریں جو بابری پر پیس ہو تو کیا ہوگا؟ آپ کو نظر آئے گا</w:t>
      </w:r>
    </w:p>
    <w:p>
      <w:r>
        <w:rPr>
          <w:b/>
        </w:rPr>
        <w:t xml:space="preserve">[28:31] </w:t>
      </w:r>
      <w:r>
        <w:t>ke peaceful activism mein to number one aata hai dawat, peaceful activism mein to number one hai dawat.</w:t>
      </w:r>
    </w:p>
    <w:p>
      <w:pPr>
        <w:jc w:val="right"/>
      </w:pPr>
      <w:r>
        <w:t>کہ پیس فل ایکٹیوزم میں تو نمبر ون آتا ہے دعوت، پیس فل ایکٹیوزم میں تو نمبر ون ہے دعوت۔</w:t>
      </w:r>
    </w:p>
    <w:p>
      <w:r>
        <w:rPr>
          <w:b/>
        </w:rPr>
        <w:t xml:space="preserve">[28:49] </w:t>
      </w:r>
      <w:r>
        <w:t>To ek naya emergency hoga, ek nayi discovery hogi, ek nayi daryaft hogi, naye andaaz se rastay khulein ge, naye andaaz se rastay khulein ge. To yeh hai sochne ki baat. To aap</w:t>
      </w:r>
    </w:p>
    <w:p>
      <w:pPr>
        <w:jc w:val="right"/>
      </w:pPr>
      <w:r>
        <w:t>تو ایک نیا ایمرجنسی ہوگا، ایک نئی ڈسکوری ہوگی، ایک نئی دریافت ہوگی، نئے انداز سے راستے کھلیں گے، نئے انداز سے راستے کھلیں گے۔ تو یہ ہے سوچنے کی بات۔ تو آپ</w:t>
      </w:r>
    </w:p>
    <w:p>
      <w:r>
        <w:rPr>
          <w:b/>
        </w:rPr>
        <w:t xml:space="preserve">[29:19] </w:t>
      </w:r>
      <w:r>
        <w:t>is mahine ko replanning ka mahina bana dein, aap is mahine ko replanning ka mahina bana dein. Jab tak aisa nahi karein ge tab tak Allah ki madad aanay wali bazahir</w:t>
      </w:r>
    </w:p>
    <w:p>
      <w:pPr>
        <w:jc w:val="right"/>
      </w:pPr>
      <w:r>
        <w:t>اس مہینے کو ری پلاننگ کا مہینہ بنا دیں، آپ اس مہینے کو ری پلاننگ کا مہینہ بنا دیں۔ جب تک ایسا نہیں کریں گے تب تک اللہ کی مدد آنے والی بظاہر</w:t>
      </w:r>
    </w:p>
    <w:p>
      <w:r>
        <w:rPr>
          <w:b/>
        </w:rPr>
        <w:t xml:space="preserve">[29:49] </w:t>
      </w:r>
      <w:r>
        <w:t>to nazar ata hai ke ke nahi hai. Main samajhta hoon ke ab aakhri waqt aa gaya hai ke musalman is mamle mein hoshyar ho jayen, wo is mamle ki nazaka</w:t>
      </w:r>
    </w:p>
    <w:p>
      <w:pPr>
        <w:jc w:val="right"/>
      </w:pPr>
      <w:r>
        <w:t>تو نظر آتا ہے کہ کہ نہیں ہے۔ میں سمجھتا ہوں کہ اب آخری وقت آگیا ہے کہ مسلمان اس معاملے میں ہوشیار ہو جائیں، وہ اس معاملے کی نزاک</w:t>
      </w:r>
    </w:p>
    <w:p>
      <w:r>
        <w:rPr>
          <w:b/>
        </w:rPr>
        <w:t xml:space="preserve">[30:19] </w:t>
      </w:r>
      <w:r>
        <w:t>t ko samjhein, apni duaon ko badlein, apne character ko badlein, apni planning ko badlein.</w:t>
      </w:r>
    </w:p>
    <w:p>
      <w:pPr>
        <w:jc w:val="right"/>
      </w:pPr>
      <w:r>
        <w:t>ت کو سمجھیں، اپنی دعاؤں کو بدلیں، اپنے کریکٹر کو بدلیں، اپنی پلاننگ کو بدلیں۔</w:t>
      </w:r>
    </w:p>
    <w:p>
      <w:r>
        <w:rPr>
          <w:b/>
        </w:rPr>
        <w:t xml:space="preserve">[30:34] </w:t>
      </w:r>
      <w:r>
        <w:t>jab tak aisa nahi hoga is waqt to bazahir ka</w:t>
      </w:r>
    </w:p>
    <w:p>
      <w:pPr>
        <w:jc w:val="right"/>
      </w:pPr>
      <w:r>
        <w:t>جب تک ایسا نہیں ہوگا اس وقت تو بظاہر ک</w:t>
      </w:r>
    </w:p>
    <w:p>
      <w:r>
        <w:rPr>
          <w:b/>
        </w:rPr>
        <w:t xml:space="preserve">[30:49] </w:t>
      </w:r>
      <w:r>
        <w:t>amyabi ki koi koi umeed nahi.</w:t>
      </w:r>
    </w:p>
    <w:p>
      <w:pPr>
        <w:jc w:val="right"/>
      </w:pPr>
      <w:r>
        <w:t>امیابی کی کوئی کوئی امید نہیں۔</w:t>
      </w:r>
    </w:p>
    <w:p>
      <w:r>
        <w:rPr>
          <w:b/>
        </w:rPr>
        <w:t xml:space="preserve">[30:55] </w:t>
      </w:r>
      <w:r>
        <w:t>aur Quran mein hai ke "ومن نصر الا من عند اللہ", "ومن نصر الا من عند اللہ" yani</w:t>
      </w:r>
    </w:p>
    <w:p>
      <w:pPr>
        <w:jc w:val="right"/>
      </w:pPr>
      <w:r>
        <w:t>اور قرآن میں ہے کہ "ومن نصر الا من عند اللہ"، "ومن نصر الا من عند اللہ" یعنی</w:t>
      </w:r>
    </w:p>
    <w:p>
      <w:r>
        <w:rPr>
          <w:b/>
        </w:rPr>
        <w:t xml:space="preserve">[31:02] </w:t>
      </w:r>
      <w:r>
        <w:t>madad to aati hai Allah hi ki taraf se.</w:t>
      </w:r>
    </w:p>
    <w:p>
      <w:pPr>
        <w:jc w:val="right"/>
      </w:pPr>
      <w:r>
        <w:t>مدد تو آتی ہے اللہ ہی کی طرف سے۔</w:t>
      </w:r>
    </w:p>
    <w:p>
      <w:r>
        <w:rPr>
          <w:b/>
        </w:rPr>
        <w:t xml:space="preserve">[31:08] </w:t>
      </w:r>
      <w:r>
        <w:t>to jab aap Allah ke rastay par chalenge tabhi to aayegi madad.</w:t>
      </w:r>
    </w:p>
    <w:p>
      <w:pPr>
        <w:jc w:val="right"/>
      </w:pPr>
      <w:r>
        <w:t>تو جب آپ اللہ کے راستے پر چلیں گے تبھی تو آئے گی مدد۔</w:t>
      </w:r>
    </w:p>
    <w:p>
      <w:r>
        <w:rPr>
          <w:b/>
        </w:rPr>
        <w:t xml:space="preserve">[31:14] </w:t>
      </w:r>
      <w:r>
        <w:t>agar aap Allah ke rastay par nahi chalenge</w:t>
      </w:r>
    </w:p>
    <w:p>
      <w:pPr>
        <w:jc w:val="right"/>
      </w:pPr>
      <w:r>
        <w:t>اگر آپ اللہ کے راستے پر نہیں چلیں گے</w:t>
      </w:r>
    </w:p>
    <w:p>
      <w:r>
        <w:rPr>
          <w:b/>
        </w:rPr>
        <w:t xml:space="preserve">[31:20] </w:t>
      </w:r>
      <w:r>
        <w:t>to madad aanay wali nahi.</w:t>
      </w:r>
    </w:p>
    <w:p>
      <w:pPr>
        <w:jc w:val="right"/>
      </w:pPr>
      <w:r>
        <w:t>تو مدد آنے والی نہیں۔</w:t>
      </w:r>
    </w:p>
    <w:p>
      <w:r>
        <w:rPr>
          <w:b/>
        </w:rPr>
        <w:t xml:space="preserve">[31:30] </w:t>
      </w:r>
      <w:r>
        <w:t>to mein dua karta hoon ke Allah taala mujh ko aur aap ko tofeeq de ke hum naya</w:t>
      </w:r>
    </w:p>
    <w:p>
      <w:pPr>
        <w:jc w:val="right"/>
      </w:pPr>
      <w:r>
        <w:t>تو میں دعا کرتا ہوں کہ اللہ تعالی مجھ کو اور آپ کو توفیق دے کہ ہم نیا</w:t>
      </w:r>
    </w:p>
    <w:p>
      <w:r>
        <w:rPr>
          <w:b/>
        </w:rPr>
        <w:t xml:space="preserve">[31:41] </w:t>
      </w:r>
      <w:r>
        <w:t>faisla lein, naya faisla lein</w:t>
      </w:r>
    </w:p>
    <w:p>
      <w:pPr>
        <w:jc w:val="right"/>
      </w:pPr>
      <w:r>
        <w:t>فیصلہ لیں، نیا فیصلہ لیں</w:t>
      </w:r>
    </w:p>
    <w:p>
      <w:r>
        <w:rPr>
          <w:b/>
        </w:rPr>
        <w:t xml:space="preserve">[31:51] </w:t>
      </w:r>
      <w:r>
        <w:t>taake Allah ki yani Hudaybiyah bhi naya faisla tha, yani ladte ladte sulah kar lena yeh to hai naya faisla.</w:t>
      </w:r>
    </w:p>
    <w:p>
      <w:pPr>
        <w:jc w:val="right"/>
      </w:pPr>
      <w:r>
        <w:t>تاکہ اللہ کی یعنی حدیبیہ بھی نیا فیصلہ تھا، یعنی لڑتے لڑتے صلح کر لینا یہ تو ہے نیا فیصلہ۔</w:t>
      </w:r>
    </w:p>
    <w:p>
      <w:r>
        <w:rPr>
          <w:b/>
        </w:rPr>
        <w:t xml:space="preserve">[32:07] </w:t>
      </w:r>
      <w:r>
        <w:t>to mein dua karta hoon ke Allah taala mujh ko aur aap ko madad farmaye,</w:t>
      </w:r>
    </w:p>
    <w:p>
      <w:pPr>
        <w:jc w:val="right"/>
      </w:pPr>
      <w:r>
        <w:t>تو میں دعا کرتا ہوں کہ اللہ تعالی مجھ کو اور آپ کو مدد فرمائے،</w:t>
      </w:r>
    </w:p>
    <w:p>
      <w:r>
        <w:rPr>
          <w:b/>
        </w:rPr>
        <w:t xml:space="preserve">[32:23] </w:t>
      </w:r>
      <w:r>
        <w:t>hamare liye rastay khol de. Assalam o alaikum warahamtullah.</w:t>
      </w:r>
    </w:p>
    <w:p>
      <w:pPr>
        <w:jc w:val="right"/>
      </w:pPr>
      <w:r>
        <w:t>ہمارے لیے راستے کھول دے۔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