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Conversation with Maulana Wahiduddin Khan | October 01, 2017</w:t>
      </w:r>
    </w:p>
    <w:p>
      <w:r>
        <w:t>https://www.youtube.com/watch?v=TmOYGd3rp2M</w:t>
      </w:r>
    </w:p>
    <w:p>
      <w:r>
        <w:rPr>
          <w:b/>
        </w:rPr>
        <w:t xml:space="preserve">[00:11] </w:t>
      </w:r>
      <w:r>
        <w:t>Okay, uh, welcome to the, uh, question-answer session, uh, of CPS International. Today, uh, for a change, we will only have questions posted to, uh, CPS founder Maulana Wahiduddin Khan sahib. So if you want to post your question or you want to post your comment, please write on the Facebook section, or you can send it on info@cpsglobal.org. Don't forget to mention your location. Maulana sa</w:t>
      </w:r>
    </w:p>
    <w:p>
      <w:pPr>
        <w:jc w:val="right"/>
      </w:pPr>
      <w:r>
        <w:t>Okay, uh, welcome to the, uh, question-answer session, uh, of CPS International. Today, uh, for a change, we will only have questions posted to, uh, CPS founder مولانا وحید الدین خان صاحب. So if you want to post your question or you want to post your comment, please write on the Facebook section, or you can send it on info@cpsglobal.org. Don't forget to mention your location. مولانا ص</w:t>
      </w:r>
    </w:p>
    <w:p>
      <w:r>
        <w:rPr>
          <w:b/>
        </w:rPr>
        <w:t xml:space="preserve">[00:41] </w:t>
      </w:r>
      <w:r>
        <w:t>ahab, sawal, aah, jawab shuru karte hain.</w:t>
      </w:r>
    </w:p>
    <w:p>
      <w:pPr>
        <w:jc w:val="right"/>
      </w:pPr>
      <w:r>
        <w:t>احب، سوال، آہ، جواب شروع کرتے ہیں۔</w:t>
      </w:r>
    </w:p>
    <w:p>
      <w:r>
        <w:rPr>
          <w:b/>
        </w:rPr>
        <w:t xml:space="preserve">[00:47] </w:t>
      </w:r>
      <w:r>
        <w:t>yeh, aah, pehla sawal hum lena chahenge jo Dubai se bheja gaya hai, Zubair sahib ne kiya hai sawal.</w:t>
      </w:r>
    </w:p>
    <w:p>
      <w:pPr>
        <w:jc w:val="right"/>
      </w:pPr>
      <w:r>
        <w:t>یہ، آہ، پہلا سوال ہم لینا چاہیں گے جو دبئی سے بھیجا گیا ہے، زبیر صاحب نے کیا ہے سوال۔</w:t>
      </w:r>
    </w:p>
    <w:p>
      <w:r>
        <w:rPr>
          <w:b/>
        </w:rPr>
        <w:t xml:space="preserve">[00:53] </w:t>
      </w:r>
      <w:r>
        <w:t>انہوں نے لکھا ہے: "مولانا، you once said in a talk that we should develop in ourselves love for God.</w:t>
      </w:r>
    </w:p>
    <w:p>
      <w:pPr>
        <w:jc w:val="right"/>
      </w:pPr>
      <w:r>
        <w:t>انہوں نے لکھا ہے: "مولانا، یو once said in a talk that we should develop in ourselves love for God.</w:t>
      </w:r>
    </w:p>
    <w:p>
      <w:r>
        <w:rPr>
          <w:b/>
        </w:rPr>
        <w:t xml:space="preserve">[00:59] </w:t>
      </w:r>
      <w:r>
        <w:t>I have grown listening to 'fear of God' concept, and it has often been used in the context of hell.</w:t>
      </w:r>
    </w:p>
    <w:p>
      <w:pPr>
        <w:jc w:val="right"/>
      </w:pPr>
      <w:r>
        <w:t>I have grown listening to 'fear of God' concept, and it has often been used in the context of hell.</w:t>
      </w:r>
    </w:p>
    <w:p>
      <w:r>
        <w:rPr>
          <w:b/>
        </w:rPr>
        <w:t xml:space="preserve">[01:05] </w:t>
      </w:r>
      <w:r>
        <w:t>After I heard your</w:t>
      </w:r>
    </w:p>
    <w:p>
      <w:pPr>
        <w:jc w:val="right"/>
      </w:pPr>
      <w:r>
        <w:t>After I heard your</w:t>
      </w:r>
    </w:p>
    <w:p>
      <w:r>
        <w:rPr>
          <w:b/>
        </w:rPr>
        <w:t xml:space="preserve">[01:11] </w:t>
      </w:r>
      <w:r>
        <w:t>talk that we should have love for God, I got curious.</w:t>
      </w:r>
    </w:p>
    <w:p>
      <w:pPr>
        <w:jc w:val="right"/>
      </w:pPr>
      <w:r>
        <w:t>talk that we should have love for God, I got curious.</w:t>
      </w:r>
    </w:p>
    <w:p>
      <w:r>
        <w:rPr>
          <w:b/>
        </w:rPr>
        <w:t xml:space="preserve">[01:18] </w:t>
      </w:r>
      <w:r>
        <w:t>I want to know how can we develop love for God, and is it bigger than fear for</w:t>
      </w:r>
    </w:p>
    <w:p>
      <w:pPr>
        <w:jc w:val="right"/>
      </w:pPr>
      <w:r>
        <w:t>I want to know how can we develop love for God, and is it bigger than fear for</w:t>
      </w:r>
    </w:p>
    <w:p>
      <w:r>
        <w:rPr>
          <w:b/>
        </w:rPr>
        <w:t xml:space="preserve">[01:26] </w:t>
      </w:r>
      <w:r>
        <w:t>God?" ji, quran mein dono baatein aayi hain.</w:t>
      </w:r>
    </w:p>
    <w:p>
      <w:pPr>
        <w:jc w:val="right"/>
      </w:pPr>
      <w:r>
        <w:t>God?" جی، قرآن میں دونوں باتیں آئی ہیں۔</w:t>
      </w:r>
    </w:p>
    <w:p>
      <w:r>
        <w:rPr>
          <w:b/>
        </w:rPr>
        <w:t xml:space="preserve">[01:34] </w:t>
      </w:r>
      <w:r>
        <w:t>ek taraf hai ke</w:t>
      </w:r>
    </w:p>
    <w:p>
      <w:pPr>
        <w:jc w:val="right"/>
      </w:pPr>
      <w:r>
        <w:t>ایک طرف ہے کہ</w:t>
      </w:r>
    </w:p>
    <w:p>
      <w:r>
        <w:rPr>
          <w:b/>
        </w:rPr>
        <w:t xml:space="preserve">[01:42] </w:t>
      </w:r>
      <w:r>
        <w:t>"walam yakhsha illallaha".</w:t>
      </w:r>
    </w:p>
    <w:p>
      <w:pPr>
        <w:jc w:val="right"/>
      </w:pPr>
      <w:r>
        <w:t>"ولم یکشا الا اللہ"۔</w:t>
      </w:r>
    </w:p>
    <w:p>
      <w:r>
        <w:rPr>
          <w:b/>
        </w:rPr>
        <w:t xml:space="preserve">[01:47] </w:t>
      </w:r>
      <w:r>
        <w:t>"walam yakhsha illallaha".</w:t>
      </w:r>
    </w:p>
    <w:p>
      <w:pPr>
        <w:jc w:val="right"/>
      </w:pPr>
      <w:r>
        <w:t>"ولم یکشا الا اللہ"۔</w:t>
      </w:r>
    </w:p>
    <w:p>
      <w:r>
        <w:rPr>
          <w:b/>
        </w:rPr>
        <w:t xml:space="preserve">[01:52] </w:t>
      </w:r>
      <w:r>
        <w:t>nahin dara magar sirf Allah se.</w:t>
      </w:r>
    </w:p>
    <w:p>
      <w:pPr>
        <w:jc w:val="right"/>
      </w:pPr>
      <w:r>
        <w:t>نہیں ڈرا مگر صرف اللہ سے۔</w:t>
      </w:r>
    </w:p>
    <w:p>
      <w:r>
        <w:rPr>
          <w:b/>
        </w:rPr>
        <w:t xml:space="preserve">[01:57] </w:t>
      </w:r>
      <w:r>
        <w:t>to yeh ek pehlu hua.</w:t>
      </w:r>
    </w:p>
    <w:p>
      <w:pPr>
        <w:jc w:val="right"/>
      </w:pPr>
      <w:r>
        <w:t>تو یہ ایک پہلو ہوا۔</w:t>
      </w:r>
    </w:p>
    <w:p>
      <w:r>
        <w:rPr>
          <w:b/>
        </w:rPr>
        <w:t xml:space="preserve">[02:02] </w:t>
      </w:r>
      <w:r>
        <w:t>dusra pehlu hai: "wallazeena aamanoo ashadd hubballillah".</w:t>
      </w:r>
    </w:p>
    <w:p>
      <w:pPr>
        <w:jc w:val="right"/>
      </w:pPr>
      <w:r>
        <w:t>دوسرا پہلو ہے: "والذین آمنوا أشد حباً لله"۔</w:t>
      </w:r>
    </w:p>
    <w:p>
      <w:r>
        <w:rPr>
          <w:b/>
        </w:rPr>
        <w:t xml:space="preserve">[02:07] </w:t>
      </w:r>
      <w:r>
        <w:t>imaan wale bahut zyada mohabbat karte hain Allah</w:t>
      </w:r>
    </w:p>
    <w:p>
      <w:pPr>
        <w:jc w:val="right"/>
      </w:pPr>
      <w:r>
        <w:t>ایمان والے بہت زیادہ محبت کرتے ہیں اللہ</w:t>
      </w:r>
    </w:p>
    <w:p>
      <w:r>
        <w:rPr>
          <w:b/>
        </w:rPr>
        <w:t xml:space="preserve">[02:12] </w:t>
      </w:r>
      <w:r>
        <w:t>se.</w:t>
      </w:r>
    </w:p>
    <w:p>
      <w:pPr>
        <w:jc w:val="right"/>
      </w:pPr>
      <w:r>
        <w:t>سے۔</w:t>
      </w:r>
    </w:p>
    <w:p>
      <w:r>
        <w:rPr>
          <w:b/>
        </w:rPr>
        <w:t xml:space="preserve">[02:22] </w:t>
      </w:r>
      <w:r>
        <w:t>to main samajhta hoon ke yeh dono hi matloob hain.</w:t>
      </w:r>
    </w:p>
    <w:p>
      <w:pPr>
        <w:jc w:val="right"/>
      </w:pPr>
      <w:r>
        <w:t>تو میں سمجھتا ہوں کہ یہ دونوں ہی مطلوب ہیں۔</w:t>
      </w:r>
    </w:p>
    <w:p>
      <w:r>
        <w:rPr>
          <w:b/>
        </w:rPr>
        <w:t xml:space="preserve">[02:32] </w:t>
      </w:r>
      <w:r>
        <w:t>dono mein buniyadi farq yeh hai ke "walam yakhsha illallaha" us waqt zyada</w:t>
      </w:r>
    </w:p>
    <w:p>
      <w:pPr>
        <w:jc w:val="right"/>
      </w:pPr>
      <w:r>
        <w:t>دونوں میں بنیادی فرق یہ ہے کہ "ولم یکشا الا اللہ" اس وقت زیادہ</w:t>
      </w:r>
    </w:p>
    <w:p>
      <w:r>
        <w:rPr>
          <w:b/>
        </w:rPr>
        <w:t xml:space="preserve">[02:42] </w:t>
      </w:r>
      <w:r>
        <w:t>ghor karata hai saamne, jab aap aakhirat ko sochein. Aakhirat ke maamle mein khashiyat ka pehlu ghalib hota hai, jaisa ke Sahaba ko hum dekhte hain. Khashiyat, yani qayamat mein jo jawab dehi hogi, accountability, us ko le kar Sahaba aksar khi</w:t>
      </w:r>
    </w:p>
    <w:p>
      <w:pPr>
        <w:jc w:val="right"/>
      </w:pPr>
      <w:r>
        <w:t>غور کراتا ہے سامنے، جب آپ آخرت کو سوچیں۔ آخرت کے معاملے میں خشیت کا پہلو غالب ہوتا ہے، جیسا کہ صحابہ کو ہم دیکھتے ہیں۔ خشیت، یعنی قیامت میں جو جواب دہی ہوگی، accountability، اس کو لے کر صحابہ اکثر خ</w:t>
      </w:r>
    </w:p>
    <w:p>
      <w:r>
        <w:rPr>
          <w:b/>
        </w:rPr>
        <w:t xml:space="preserve">[03:12] </w:t>
      </w:r>
      <w:r>
        <w:t>shiyat mein mubtala rehte thay. Aur jahan tak dunya ka ta'alluq hai, dunya mein jo insaan ka tajruba hota hai, woh sab ka sab mohabbat ilahi ka hota hai. Yeh jab main bol raha hoon, tab bhi mohabbat ilahi hai, kyun ke main</w:t>
      </w:r>
    </w:p>
    <w:p>
      <w:pPr>
        <w:jc w:val="right"/>
      </w:pPr>
      <w:r>
        <w:t>شیت میں مبتلا رہتے تھے۔ اور جہاں تک دنیا کا تعلق ہے، دنیا میں جو انسان کا تجربہ ہوتا ہے، وہ سب کا سب محبت الہی کا ہوتا ہے۔ یہ جب میں بول رہا ہوں، تب بھی محبت الہی ہے، کیونکہ میں</w:t>
      </w:r>
    </w:p>
    <w:p>
      <w:r>
        <w:rPr>
          <w:b/>
        </w:rPr>
        <w:t xml:space="preserve">[03:42] </w:t>
      </w:r>
      <w:r>
        <w:t>sochta hoon ke kaise main bol raha hoon, yeh nutq ki soch mere andar kaise aayi.</w:t>
      </w:r>
    </w:p>
    <w:p>
      <w:pPr>
        <w:jc w:val="right"/>
      </w:pPr>
      <w:r>
        <w:t>سوچتا ہوں کہ کیسے میں بول رہا ہوں، یہ نطق کی سوچ میرے اندر کیسے آئی۔</w:t>
      </w:r>
    </w:p>
    <w:p>
      <w:r>
        <w:rPr>
          <w:b/>
        </w:rPr>
        <w:t xml:space="preserve">[03:50] </w:t>
      </w:r>
      <w:r>
        <w:t>main dekh raha hoon, tab bhi main soch raha hoon ke kaise main dekh pata hoon.</w:t>
      </w:r>
    </w:p>
    <w:p>
      <w:pPr>
        <w:jc w:val="right"/>
      </w:pPr>
      <w:r>
        <w:t>میں دیکھ رہا ہوں، تب بھی میں سوچ رہا ہوں کہ کیسے میں دیکھ پاتا ہوں۔</w:t>
      </w:r>
    </w:p>
    <w:p>
      <w:r>
        <w:rPr>
          <w:b/>
        </w:rPr>
        <w:t xml:space="preserve">[03:57] </w:t>
      </w:r>
      <w:r>
        <w:t>main khata peeta hoon, tab bhi main sochta hoon ke kaise mera digestive system digest karta hai aur</w:t>
      </w:r>
    </w:p>
    <w:p>
      <w:pPr>
        <w:jc w:val="right"/>
      </w:pPr>
      <w:r>
        <w:t>میں کھاتا پیتا ہوں، تب بھی میں سوچتا ہوں کہ کیسے میرا digestive system ڈائجسٹ کرتا ہے اور</w:t>
      </w:r>
    </w:p>
    <w:p>
      <w:r>
        <w:rPr>
          <w:b/>
        </w:rPr>
        <w:t xml:space="preserve">[04:05] </w:t>
      </w:r>
      <w:r>
        <w:t>kaise sara naz</w:t>
      </w:r>
    </w:p>
    <w:p>
      <w:pPr>
        <w:jc w:val="right"/>
      </w:pPr>
      <w:r>
        <w:t>کیسے سارا نظ</w:t>
      </w:r>
    </w:p>
    <w:p>
      <w:r>
        <w:rPr>
          <w:b/>
        </w:rPr>
        <w:t xml:space="preserve">[04:12] </w:t>
      </w:r>
      <w:r>
        <w:t>am kaam karta hai.</w:t>
      </w:r>
    </w:p>
    <w:p>
      <w:pPr>
        <w:jc w:val="right"/>
      </w:pPr>
      <w:r>
        <w:t>ام کام کرتا ہے۔</w:t>
      </w:r>
    </w:p>
    <w:p>
      <w:r>
        <w:rPr>
          <w:b/>
        </w:rPr>
        <w:t xml:space="preserve">[04:21] </w:t>
      </w:r>
      <w:r>
        <w:t>to jahan tak love ka muamla hai, to har waqt aadmi ko iska tajurba hota rehta hai.</w:t>
      </w:r>
    </w:p>
    <w:p>
      <w:pPr>
        <w:jc w:val="right"/>
      </w:pPr>
      <w:r>
        <w:t>تو جہاں تک love کا معاملہ ہے، تو ہر وقت آدمی کو اس کا تجربہ ہوتا رہتا ہے۔</w:t>
      </w:r>
    </w:p>
    <w:p>
      <w:r>
        <w:rPr>
          <w:b/>
        </w:rPr>
        <w:t xml:space="preserve">[04:29] </w:t>
      </w:r>
      <w:r>
        <w:t>yani takhleeq ko le kar sochein, jo hum ko duniya mein milta hai, us ko le kar sochein hum.</w:t>
      </w:r>
    </w:p>
    <w:p>
      <w:pPr>
        <w:jc w:val="right"/>
      </w:pPr>
      <w:r>
        <w:t>یعنی تخلیق کو لے کر سوچیں، جو ہم کو دنیا میں ملتا ہے، اس کو لے کر سوچیں ہم۔</w:t>
      </w:r>
    </w:p>
    <w:p>
      <w:r>
        <w:rPr>
          <w:b/>
        </w:rPr>
        <w:t xml:space="preserve">[04:37] </w:t>
      </w:r>
      <w:r>
        <w:t>to sab love ka item hai.</w:t>
      </w:r>
    </w:p>
    <w:p>
      <w:pPr>
        <w:jc w:val="right"/>
      </w:pPr>
      <w:r>
        <w:t>تو سب love کا item ہے۔</w:t>
      </w:r>
    </w:p>
    <w:p>
      <w:r>
        <w:rPr>
          <w:b/>
        </w:rPr>
        <w:t xml:space="preserve">[04:45] </w:t>
      </w:r>
      <w:r>
        <w:t>lekin jab hum sochte hain aakhirat ke bare mein, to wahan bhi dono cheezein hain.</w:t>
      </w:r>
    </w:p>
    <w:p>
      <w:pPr>
        <w:jc w:val="right"/>
      </w:pPr>
      <w:r>
        <w:t>لیکن جب ہم سوچتے ہیں آخرت کے بارے میں، تو وہاں بھی دونوں چیزیں ہیں۔</w:t>
      </w:r>
    </w:p>
    <w:p>
      <w:r>
        <w:rPr>
          <w:b/>
        </w:rPr>
        <w:t xml:space="preserve">[04:52] </w:t>
      </w:r>
      <w:r>
        <w:t>hadees mein aata hai ke "al-imaan bin raja wal khauf".</w:t>
      </w:r>
    </w:p>
    <w:p>
      <w:pPr>
        <w:jc w:val="right"/>
      </w:pPr>
      <w:r>
        <w:t>حدیث میں آتا ہے کہ "الایمان بن رجا والخوف"۔</w:t>
      </w:r>
    </w:p>
    <w:p>
      <w:r>
        <w:rPr>
          <w:b/>
        </w:rPr>
        <w:t xml:space="preserve">[05:00] </w:t>
      </w:r>
      <w:r>
        <w:t>imaan khauf aur mohabbat ke darmiyan hai.</w:t>
      </w:r>
    </w:p>
    <w:p>
      <w:pPr>
        <w:jc w:val="right"/>
      </w:pPr>
      <w:r>
        <w:t>ایمان خوف اور محبت کے درمیان ہے۔</w:t>
      </w:r>
    </w:p>
    <w:p>
      <w:r>
        <w:rPr>
          <w:b/>
        </w:rPr>
        <w:t xml:space="preserve">[05:07] </w:t>
      </w:r>
      <w:r>
        <w:t>taqat woh amli bhi soch rehti hai is momin ki</w:t>
      </w:r>
    </w:p>
    <w:p>
      <w:pPr>
        <w:jc w:val="right"/>
      </w:pPr>
      <w:r>
        <w:t>طاقت وہ عملی بھی سوچ رہتی ہے اس مومن کی</w:t>
      </w:r>
    </w:p>
    <w:p>
      <w:r>
        <w:rPr>
          <w:b/>
        </w:rPr>
        <w:t xml:space="preserve">[05:15] </w:t>
      </w:r>
      <w:r>
        <w:t>ke Allah ka jo maamla hoga mere saath, woh rehmat ka hoga. Yeh soch kar mohabbat ka jazba ghalib aata hai. Aur yeh sochta hai ke aadmi ke Allah pakdega mujh ko meri ghaltiyon par, to dar ghalib aa jata hai. To yeh koi mathemat</w:t>
      </w:r>
    </w:p>
    <w:p>
      <w:pPr>
        <w:jc w:val="right"/>
      </w:pPr>
      <w:r>
        <w:t>کہ اللہ کا جو معاملہ ہوگا میرے ساتھ، وہ رحمت کا ہوگا۔ یہ سوچ کر محبت کا جذبہ غالب آتا ہے۔ اور یہ سوچتا ہے کہ آدمی کہ اللہ پکڑے گا مجھ کو میری غلطیوں پر، تو ڈر غالب آ جاتا ہے۔ تو یہ کوئی mathemat</w:t>
      </w:r>
    </w:p>
    <w:p>
      <w:r>
        <w:rPr>
          <w:b/>
        </w:rPr>
        <w:t xml:space="preserve">[05:45] </w:t>
      </w:r>
      <w:r>
        <w:t>ical baat nahin hai ke fifty percent woh, fifty percent woh.</w:t>
      </w:r>
    </w:p>
    <w:p>
      <w:pPr>
        <w:jc w:val="right"/>
      </w:pPr>
      <w:r>
        <w:t>ical بات نہیں ہے کہ fifty percent وہ، fifty percent وہ۔</w:t>
      </w:r>
    </w:p>
    <w:p>
      <w:r>
        <w:rPr>
          <w:b/>
        </w:rPr>
        <w:t xml:space="preserve">[05:53] </w:t>
      </w:r>
      <w:r>
        <w:t>balkeh aadmi par kab, kis waqt, kaun sa ghalba hota hai, kis cheez ka woh zyada ghalib aa</w:t>
      </w:r>
    </w:p>
    <w:p>
      <w:pPr>
        <w:jc w:val="right"/>
      </w:pPr>
      <w:r>
        <w:t>بلکہ آدمی پر کب، کس وقت، کون سا غلبہ ہوتا ہے، کس چیز کا وہ زیادہ غالب آ</w:t>
      </w:r>
    </w:p>
    <w:p>
      <w:r>
        <w:rPr>
          <w:b/>
        </w:rPr>
        <w:t xml:space="preserve">[06:00] </w:t>
      </w:r>
      <w:r>
        <w:t>jata hai, is par depend karta hai.</w:t>
      </w:r>
    </w:p>
    <w:p>
      <w:pPr>
        <w:jc w:val="right"/>
      </w:pPr>
      <w:r>
        <w:t>جاتا ہے، اس پر depend کرتا ہے۔</w:t>
      </w:r>
    </w:p>
    <w:p>
      <w:r>
        <w:rPr>
          <w:b/>
        </w:rPr>
        <w:t xml:space="preserve">[06:08] </w:t>
      </w:r>
      <w:r>
        <w:t>to Quran mein dono hain aur dono apne apne lehaz se apply hote hain.</w:t>
      </w:r>
    </w:p>
    <w:p>
      <w:pPr>
        <w:jc w:val="right"/>
      </w:pPr>
      <w:r>
        <w:t>تو قرآن میں دونوں ہیں اور دونوں اپنے اپنے لحاظ سے apply ہوتے ہیں۔</w:t>
      </w:r>
    </w:p>
    <w:p>
      <w:r>
        <w:rPr>
          <w:b/>
        </w:rPr>
        <w:t xml:space="preserve">[06:15] </w:t>
      </w:r>
      <w:r>
        <w:t>Maulana, agla sawal bheja hai Muradabad se Miss Sakeena ne, aur unhon ne aap se poocha hai</w:t>
      </w:r>
    </w:p>
    <w:p>
      <w:pPr>
        <w:jc w:val="right"/>
      </w:pPr>
      <w:r>
        <w:t>مولانا، اگلا سوال بھیجا ہے مراد آباد سے مس سکینہ نے، اور انہوں نے آپ سے پوچھا ہے</w:t>
      </w:r>
    </w:p>
    <w:p>
      <w:r>
        <w:rPr>
          <w:b/>
        </w:rPr>
        <w:t xml:space="preserve">[06:25] </w:t>
      </w:r>
      <w:r>
        <w:t>ke "How can we develop objective thinking to manage our day to day affairs?" is ke bare mein bataein.</w:t>
      </w:r>
    </w:p>
    <w:p>
      <w:pPr>
        <w:jc w:val="right"/>
      </w:pPr>
      <w:r>
        <w:t>کہ "How can we develop objective thinking to manage our day to day affairs؟" اس کے بارے میں بتائیں۔</w:t>
      </w:r>
    </w:p>
    <w:p>
      <w:r>
        <w:rPr>
          <w:b/>
        </w:rPr>
        <w:t xml:space="preserve">[06:35] </w:t>
      </w:r>
      <w:r>
        <w:t>dekhein, main to jahan tak samjha hoon,</w:t>
      </w:r>
    </w:p>
    <w:p>
      <w:pPr>
        <w:jc w:val="right"/>
      </w:pPr>
      <w:r>
        <w:t>دیکھیں، میں تو جہاں تک سمجھا ہوں،</w:t>
      </w:r>
    </w:p>
    <w:p>
      <w:r>
        <w:rPr>
          <w:b/>
        </w:rPr>
        <w:t xml:space="preserve">[06:45] </w:t>
      </w:r>
      <w:r>
        <w:t>is ka mamla hai to aam taur par depend karta hai introspection par.</w:t>
      </w:r>
    </w:p>
    <w:p>
      <w:pPr>
        <w:jc w:val="right"/>
      </w:pPr>
      <w:r>
        <w:t>اس کا معاملہ ہے تو عام طور پر depend کرتا ہے introspection پر۔</w:t>
      </w:r>
    </w:p>
    <w:p>
      <w:r>
        <w:rPr>
          <w:b/>
        </w:rPr>
        <w:t xml:space="preserve">[06:54] </w:t>
      </w:r>
      <w:r>
        <w:t>yani is ka kehte hain muhasba, apne bare mein sochna.</w:t>
      </w:r>
    </w:p>
    <w:p>
      <w:pPr>
        <w:jc w:val="right"/>
      </w:pPr>
      <w:r>
        <w:t>یعنی اس کا کہتے ہیں محاسبہ، اپنے بارے میں سوچنا۔</w:t>
      </w:r>
    </w:p>
    <w:p>
      <w:r>
        <w:rPr>
          <w:b/>
        </w:rPr>
        <w:t xml:space="preserve">[07:02] </w:t>
      </w:r>
      <w:r>
        <w:t>to jitna zyada aadmi sochega apne bare mein, utni zyada yeh sifat is ke andar paida hogi.</w:t>
      </w:r>
    </w:p>
    <w:p>
      <w:pPr>
        <w:jc w:val="right"/>
      </w:pPr>
      <w:r>
        <w:t>تو جتنا زیادہ آدمی سوچے گا اپنے بارے میں، اتنی زیادہ یہ صفت اس کے اندر پیدا ہوگی۔</w:t>
      </w:r>
    </w:p>
    <w:p>
      <w:r>
        <w:rPr>
          <w:b/>
        </w:rPr>
        <w:t xml:space="preserve">[07:10] </w:t>
      </w:r>
      <w:r>
        <w:t>to muhasba ya introspection yeh momin ki aam sifat hai.</w:t>
      </w:r>
    </w:p>
    <w:p>
      <w:pPr>
        <w:jc w:val="right"/>
      </w:pPr>
      <w:r>
        <w:t>تو محاسبہ یا introspection یہ مومن کی عام صفت ہے۔</w:t>
      </w:r>
    </w:p>
    <w:p>
      <w:r>
        <w:rPr>
          <w:b/>
        </w:rPr>
        <w:t xml:space="preserve">[07:18] </w:t>
      </w:r>
      <w:r>
        <w:t>wo barabar is andaz mein sochta rehta hai.</w:t>
      </w:r>
    </w:p>
    <w:p>
      <w:pPr>
        <w:jc w:val="right"/>
      </w:pPr>
      <w:r>
        <w:t>وہ برابر اس انداز میں سوچتا رہتا ہے۔</w:t>
      </w:r>
    </w:p>
    <w:p>
      <w:r>
        <w:rPr>
          <w:b/>
        </w:rPr>
        <w:t xml:space="preserve">[07:24] </w:t>
      </w:r>
      <w:r>
        <w:t>to isi se woh cheez aati hai.</w:t>
      </w:r>
    </w:p>
    <w:p>
      <w:pPr>
        <w:jc w:val="right"/>
      </w:pPr>
      <w:r>
        <w:t>تو اسی سے وہ چیز آتی ہے۔</w:t>
      </w:r>
    </w:p>
    <w:p>
      <w:r>
        <w:rPr>
          <w:b/>
        </w:rPr>
        <w:t xml:space="preserve">[07:30] </w:t>
      </w:r>
      <w:r>
        <w:t>to asal cheez hai introspection ya muhasba.</w:t>
      </w:r>
    </w:p>
    <w:p>
      <w:pPr>
        <w:jc w:val="right"/>
      </w:pPr>
      <w:r>
        <w:t>تو اصل چیز ہے introspection یا محاسبہ۔</w:t>
      </w:r>
    </w:p>
    <w:p>
      <w:r>
        <w:rPr>
          <w:b/>
        </w:rPr>
        <w:t xml:space="preserve">[07:37] </w:t>
      </w:r>
      <w:r>
        <w:t>Dilli se Maulana Farhad Umri sahib ne apna agla sawal bheja hai.</w:t>
      </w:r>
    </w:p>
    <w:p>
      <w:pPr>
        <w:jc w:val="right"/>
      </w:pPr>
      <w:r>
        <w:t>دلی سے مولانا فرہاد عمری صاحب نے اپنا اگلا سوال بھیجا ہے۔</w:t>
      </w:r>
    </w:p>
    <w:p>
      <w:r>
        <w:rPr>
          <w:b/>
        </w:rPr>
        <w:t xml:space="preserve">[07:43] </w:t>
      </w:r>
      <w:r>
        <w:t>unhon ne likha hai ke "Maulana, how</w:t>
      </w:r>
    </w:p>
    <w:p>
      <w:pPr>
        <w:jc w:val="right"/>
      </w:pPr>
      <w:r>
        <w:t>انہوں نے لکھا ہے کہ "Maulana, how</w:t>
      </w:r>
    </w:p>
    <w:p>
      <w:r>
        <w:rPr>
          <w:b/>
        </w:rPr>
        <w:t xml:space="preserve">[07:49] </w:t>
      </w:r>
      <w:r>
        <w:t>can we find out whether a person is sincere or not?</w:t>
      </w:r>
    </w:p>
    <w:p>
      <w:pPr>
        <w:jc w:val="right"/>
      </w:pPr>
      <w:r>
        <w:t>can we find out whether a person is sincere or not?</w:t>
      </w:r>
    </w:p>
    <w:p>
      <w:r>
        <w:rPr>
          <w:b/>
        </w:rPr>
        <w:t xml:space="preserve">[07:56] </w:t>
      </w:r>
      <w:r>
        <w:t>What is your opinion?" ab yeh dekhein, is ka koi hard and fast rule nahin hai.</w:t>
      </w:r>
    </w:p>
    <w:p>
      <w:pPr>
        <w:jc w:val="right"/>
      </w:pPr>
      <w:r>
        <w:t>What is your opinion?" اب یہ دیکھیں، اس کا کوئی hard and fast rule نہیں ہے۔</w:t>
      </w:r>
    </w:p>
    <w:p>
      <w:r>
        <w:rPr>
          <w:b/>
        </w:rPr>
        <w:t xml:space="preserve">[08:04] </w:t>
      </w:r>
      <w:r>
        <w:t>aap aadmi ko se interaction karein, khas taur par mamla parhein.</w:t>
      </w:r>
    </w:p>
    <w:p>
      <w:pPr>
        <w:jc w:val="right"/>
      </w:pPr>
      <w:r>
        <w:t>آپ آدمی کو سے interaction کریں، خاص طور پر معاملہ پڑھیں۔</w:t>
      </w:r>
    </w:p>
    <w:p>
      <w:r>
        <w:rPr>
          <w:b/>
        </w:rPr>
        <w:t xml:space="preserve">[08:11] </w:t>
      </w:r>
      <w:r>
        <w:t>sachi baat yeh hai ke insaan pehchana jata hai jab is se mamla parhta hai.</w:t>
      </w:r>
    </w:p>
    <w:p>
      <w:pPr>
        <w:jc w:val="right"/>
      </w:pPr>
      <w:r>
        <w:t>سچی بات یہ ہے کہ انسان پہچانا جاتا ہے جب اس سے معاملہ پڑھتا ہے۔</w:t>
      </w:r>
    </w:p>
    <w:p>
      <w:r>
        <w:rPr>
          <w:b/>
        </w:rPr>
        <w:t xml:space="preserve">[08:19] </w:t>
      </w:r>
      <w:r>
        <w:t>ya to jab tak mamla na parhe, aadmi pehchan mein nahin aata.</w:t>
      </w:r>
    </w:p>
    <w:p>
      <w:pPr>
        <w:jc w:val="right"/>
      </w:pPr>
      <w:r>
        <w:t>یا تو جب تک معاملہ نہ پڑھے، آدمی پہچان میں نہیں آتا۔</w:t>
      </w:r>
    </w:p>
    <w:p>
      <w:r>
        <w:rPr>
          <w:b/>
        </w:rPr>
        <w:t xml:space="preserve">[08:27] </w:t>
      </w:r>
      <w:r>
        <w:t>to aam halaat mein to pehchanna mushkil hota hai, lekin jab mamla parh jaye, koi dealing ho jaye,</w:t>
      </w:r>
    </w:p>
    <w:p>
      <w:pPr>
        <w:jc w:val="right"/>
      </w:pPr>
      <w:r>
        <w:t>تو عام حالات میں تو پہچاننا مشکل ہوتا ہے، لیکن جب معاملہ پڑ جائے، کوئی dealing ہو جائے،</w:t>
      </w:r>
    </w:p>
    <w:p>
      <w:r>
        <w:rPr>
          <w:b/>
        </w:rPr>
        <w:t xml:space="preserve">[08:35] </w:t>
      </w:r>
      <w:r>
        <w:t>tab pehchanna bohat aasan ho jata hai.</w:t>
      </w:r>
    </w:p>
    <w:p>
      <w:pPr>
        <w:jc w:val="right"/>
      </w:pPr>
      <w:r>
        <w:t>تب پہچاننا بہت آسان ہو جاتا ہے۔</w:t>
      </w:r>
    </w:p>
    <w:p>
      <w:r>
        <w:rPr>
          <w:b/>
        </w:rPr>
        <w:t xml:space="preserve">[08:42] </w:t>
      </w:r>
      <w:r>
        <w:t>isi liye Hazrat Umar ke bare mein aata hai ke kisi ne un ke samne</w:t>
      </w:r>
    </w:p>
    <w:p>
      <w:pPr>
        <w:jc w:val="right"/>
      </w:pPr>
      <w:r>
        <w:t>اسی لیے حضرت عمر کے بارے میں آتا ہے کہ کسی نے ان کے سامنے</w:t>
      </w:r>
    </w:p>
    <w:p>
      <w:r>
        <w:rPr>
          <w:b/>
        </w:rPr>
        <w:t xml:space="preserve">[08:50] </w:t>
      </w:r>
      <w:r>
        <w:t>ek aadmi ki bohat tareef ki, bohat tareef.</w:t>
      </w:r>
    </w:p>
    <w:p>
      <w:pPr>
        <w:jc w:val="right"/>
      </w:pPr>
      <w:r>
        <w:t>ایک آدمی کی بہت تعریف کی، بہت تعریف۔</w:t>
      </w:r>
    </w:p>
    <w:p>
      <w:r>
        <w:rPr>
          <w:b/>
        </w:rPr>
        <w:t xml:space="preserve">[08:58] </w:t>
      </w:r>
      <w:r>
        <w:t>to unhon ne yeh kaha ke tumhari un se koi dealing hui hai, koi mamla parha hai? Kaha ke nahin.</w:t>
      </w:r>
    </w:p>
    <w:p>
      <w:pPr>
        <w:jc w:val="right"/>
      </w:pPr>
      <w:r>
        <w:t>تو انہوں نے یہ کہا کہ تمہاری ان سے کوئی dealing ہوئی ہے، کوئی معاملہ پڑھا ہے؟ کہا کہ نہیں۔</w:t>
      </w:r>
    </w:p>
    <w:p>
      <w:r>
        <w:rPr>
          <w:b/>
        </w:rPr>
        <w:t xml:space="preserve">[09:06] </w:t>
      </w:r>
      <w:r>
        <w:t>to Hazrat Umar ne kaha ke phir tum is ke bare mein kuch nahin jante.</w:t>
      </w:r>
    </w:p>
    <w:p>
      <w:pPr>
        <w:jc w:val="right"/>
      </w:pPr>
      <w:r>
        <w:t>تو حضرت عمر نے کہا کہ پھر تم اس کے بارے میں کچھ نہیں جانتے۔</w:t>
      </w:r>
    </w:p>
    <w:p>
      <w:r>
        <w:rPr>
          <w:b/>
        </w:rPr>
        <w:t xml:space="preserve">[09:13] </w:t>
      </w:r>
      <w:r>
        <w:t>mein samajhta hoon ke yahi usool hai, aur yeh usool sab ke oopar apply hota hai.</w:t>
      </w:r>
    </w:p>
    <w:p>
      <w:pPr>
        <w:jc w:val="right"/>
      </w:pPr>
      <w:r>
        <w:t>میں سمجھتا ہوں کہ یہی اصول ہے، اور یہ اصول سب کے اوپر apply ہوتا ہے۔</w:t>
      </w:r>
    </w:p>
    <w:p>
      <w:r>
        <w:rPr>
          <w:b/>
        </w:rPr>
        <w:t xml:space="preserve">[09:21] </w:t>
      </w:r>
      <w:r>
        <w:t>maulana, agla sawal huzaifa mehmood ne bheja hai.</w:t>
      </w:r>
    </w:p>
    <w:p>
      <w:pPr>
        <w:jc w:val="right"/>
      </w:pPr>
      <w:r>
        <w:t>مولانا، اگلا سوال حذیفہ محمود نے بھیجا ہے۔</w:t>
      </w:r>
    </w:p>
    <w:p>
      <w:r>
        <w:rPr>
          <w:b/>
        </w:rPr>
        <w:t xml:space="preserve">[09:27] </w:t>
      </w:r>
      <w:r>
        <w:t>unhon ne apni location nahi likhi hai.</w:t>
      </w:r>
    </w:p>
    <w:p>
      <w:pPr>
        <w:jc w:val="right"/>
      </w:pPr>
      <w:r>
        <w:t>انہوں نے اپنی location نہیں لکھی ہے۔</w:t>
      </w:r>
    </w:p>
    <w:p>
      <w:r>
        <w:rPr>
          <w:b/>
        </w:rPr>
        <w:t xml:space="preserve">[09:33] </w:t>
      </w:r>
      <w:r>
        <w:t>unhon ne aap se yeh poocha hai ke "Do you follow any Islamic law school like Hanafi or</w:t>
      </w:r>
    </w:p>
    <w:p>
      <w:pPr>
        <w:jc w:val="right"/>
      </w:pPr>
      <w:r>
        <w:t>انہوں نے آپ سے یہ پوچھا ہے کہ "Do you follow any Islamic law school like Hanafi or</w:t>
      </w:r>
    </w:p>
    <w:p>
      <w:r>
        <w:rPr>
          <w:b/>
        </w:rPr>
        <w:t xml:space="preserve">[09:39] </w:t>
      </w:r>
      <w:r>
        <w:t>any other school?" dekhen, is maamle mein aap meri kitaab parhiye, "Tehzeeb Deen".</w:t>
      </w:r>
    </w:p>
    <w:p>
      <w:pPr>
        <w:jc w:val="right"/>
      </w:pPr>
      <w:r>
        <w:t>any other school?" دیکھیں، اس معاملے میں آپ میری کتاب پڑھئے، "تہذیب دین"۔</w:t>
      </w:r>
    </w:p>
    <w:p>
      <w:r>
        <w:rPr>
          <w:b/>
        </w:rPr>
        <w:t xml:space="preserve">[09:45] </w:t>
      </w:r>
      <w:r>
        <w:t>is mein is ka jawab maujood</w:t>
      </w:r>
    </w:p>
    <w:p>
      <w:pPr>
        <w:jc w:val="right"/>
      </w:pPr>
      <w:r>
        <w:t>اس میں اس کا جواب موجود</w:t>
      </w:r>
    </w:p>
    <w:p>
      <w:r>
        <w:rPr>
          <w:b/>
        </w:rPr>
        <w:t xml:space="preserve">[09:51] </w:t>
      </w:r>
      <w:r>
        <w:t>hai.</w:t>
      </w:r>
    </w:p>
    <w:p>
      <w:pPr>
        <w:jc w:val="right"/>
      </w:pPr>
      <w:r>
        <w:t>ہے۔</w:t>
      </w:r>
    </w:p>
    <w:p>
      <w:r>
        <w:rPr>
          <w:b/>
        </w:rPr>
        <w:t xml:space="preserve">[09:57] </w:t>
      </w:r>
      <w:r>
        <w:t>is ko parhiye, phir sawal kijiye is ko parhne ke baad.</w:t>
      </w:r>
    </w:p>
    <w:p>
      <w:pPr>
        <w:jc w:val="right"/>
      </w:pPr>
      <w:r>
        <w:t>اس کو پڑھئے، پھر سوال کیجئے اس کو پڑھنے کے بعد۔</w:t>
      </w:r>
    </w:p>
    <w:p>
      <w:r>
        <w:rPr>
          <w:b/>
        </w:rPr>
        <w:t xml:space="preserve">[10:03] </w:t>
      </w:r>
      <w:r>
        <w:t>kyunke is kitaab mein mera jo maslak hai, woh clear tor par bata diya gaya hai.</w:t>
      </w:r>
    </w:p>
    <w:p>
      <w:pPr>
        <w:jc w:val="right"/>
      </w:pPr>
      <w:r>
        <w:t>کیونکہ اس کتاب میں میرا جو مسلک ہے، وہ clear طور پر بتا دیا گیا ہے۔</w:t>
      </w:r>
    </w:p>
    <w:p>
      <w:r>
        <w:rPr>
          <w:b/>
        </w:rPr>
        <w:t xml:space="preserve">[10:09] </w:t>
      </w:r>
      <w:r>
        <w:t>maulana, next question has been sent by a sister from USA.</w:t>
      </w:r>
    </w:p>
    <w:p>
      <w:pPr>
        <w:jc w:val="right"/>
      </w:pPr>
      <w:r>
        <w:t>مولانا، next question has been sent by a sister from USA.</w:t>
      </w:r>
    </w:p>
    <w:p>
      <w:r>
        <w:rPr>
          <w:b/>
        </w:rPr>
        <w:t xml:space="preserve">[10:15] </w:t>
      </w:r>
      <w:r>
        <w:t>she has not mentioned her</w:t>
      </w:r>
    </w:p>
    <w:p>
      <w:pPr>
        <w:jc w:val="right"/>
      </w:pPr>
      <w:r>
        <w:t>She has not mentioned her</w:t>
      </w:r>
    </w:p>
    <w:p>
      <w:r>
        <w:rPr>
          <w:b/>
        </w:rPr>
        <w:t xml:space="preserve">[10:21] </w:t>
      </w:r>
      <w:r>
        <w:t>name.</w:t>
      </w:r>
    </w:p>
    <w:p>
      <w:pPr>
        <w:jc w:val="right"/>
      </w:pPr>
      <w:r>
        <w:t>name.</w:t>
      </w:r>
    </w:p>
    <w:p>
      <w:r>
        <w:rPr>
          <w:b/>
        </w:rPr>
        <w:t xml:space="preserve">[10:27] </w:t>
      </w:r>
      <w:r>
        <w:t>un ka sawal yeh hai ke "In the Quran, Allah says that we have made the Quran easy to understand.</w:t>
      </w:r>
    </w:p>
    <w:p>
      <w:pPr>
        <w:jc w:val="right"/>
      </w:pPr>
      <w:r>
        <w:t>ان کا سوال یہ ہے کہ "In the Quran, Allah says that we have made the Quran easy to understand.</w:t>
      </w:r>
    </w:p>
    <w:p>
      <w:r>
        <w:rPr>
          <w:b/>
        </w:rPr>
        <w:t xml:space="preserve">[10:33] </w:t>
      </w:r>
      <w:r>
        <w:t>But when I read it, I hardly understand it.</w:t>
      </w:r>
    </w:p>
    <w:p>
      <w:pPr>
        <w:jc w:val="right"/>
      </w:pPr>
      <w:r>
        <w:t>But when I read it, I hardly understand it.</w:t>
      </w:r>
    </w:p>
    <w:p>
      <w:r>
        <w:rPr>
          <w:b/>
        </w:rPr>
        <w:t xml:space="preserve">[10:39] </w:t>
      </w:r>
      <w:r>
        <w:t>Why is this contradiction?" dekhen, yeh contradiction ki baat nahi hai.</w:t>
      </w:r>
    </w:p>
    <w:p>
      <w:pPr>
        <w:jc w:val="right"/>
      </w:pPr>
      <w:r>
        <w:t>Why is this contradiction?" دیکھیں، یہ contradiction کی بات نہیں ہے۔</w:t>
      </w:r>
    </w:p>
    <w:p>
      <w:r>
        <w:rPr>
          <w:b/>
        </w:rPr>
        <w:t xml:space="preserve">[10:45] </w:t>
      </w:r>
      <w:r>
        <w:t>yeh level ki baat hai, level of study. Quran ko</w:t>
      </w:r>
    </w:p>
    <w:p>
      <w:pPr>
        <w:jc w:val="right"/>
      </w:pPr>
      <w:r>
        <w:t>یہ level کی بات ہے، level of study۔ قرآن کو</w:t>
      </w:r>
    </w:p>
    <w:p>
      <w:r>
        <w:rPr>
          <w:b/>
        </w:rPr>
        <w:t xml:space="preserve">[10:51] </w:t>
      </w:r>
      <w:r>
        <w:t>agar aadmi sirf saada andaaz mein parhe to parhega aur samjhega.</w:t>
      </w:r>
    </w:p>
    <w:p>
      <w:pPr>
        <w:jc w:val="right"/>
      </w:pPr>
      <w:r>
        <w:t>اگر آدمی صرف سادہ انداز میں پڑھے تو پڑھے گا اور سمجھے گا۔</w:t>
      </w:r>
    </w:p>
    <w:p>
      <w:r>
        <w:rPr>
          <w:b/>
        </w:rPr>
        <w:t xml:space="preserve">[11:02] </w:t>
      </w:r>
      <w:r>
        <w:t>lekin agar aap is ki deeper meaning jo hai, us ko jaanna chahen to aap ko ghor karna parta hai.</w:t>
      </w:r>
    </w:p>
    <w:p>
      <w:pPr>
        <w:jc w:val="right"/>
      </w:pPr>
      <w:r>
        <w:t>لیکن اگر آپ اس کی deeper meaning جو ہے، اس کو جاننا چاہیں تو آپ کو غور کرنا پڑتا ہے۔</w:t>
      </w:r>
    </w:p>
    <w:p>
      <w:r>
        <w:rPr>
          <w:b/>
        </w:rPr>
        <w:t xml:space="preserve">[11:12] </w:t>
      </w:r>
      <w:r>
        <w:t>misal ke tor par dekhen, Quran mein hai ke "أقيموا الصلاة"</w:t>
      </w:r>
    </w:p>
    <w:p>
      <w:pPr>
        <w:jc w:val="right"/>
      </w:pPr>
      <w:r>
        <w:t>مثلاً دیکھیں، قرآن میں ہے کہ "أقيموا الصلاة"</w:t>
      </w:r>
    </w:p>
    <w:p>
      <w:r>
        <w:rPr>
          <w:b/>
        </w:rPr>
        <w:t xml:space="preserve">[11:22] </w:t>
      </w:r>
      <w:r>
        <w:t>.</w:t>
      </w:r>
    </w:p>
    <w:p>
      <w:pPr>
        <w:jc w:val="right"/>
      </w:pPr>
      <w:r>
        <w:t>۔</w:t>
      </w:r>
    </w:p>
    <w:p>
      <w:r>
        <w:rPr>
          <w:b/>
        </w:rPr>
        <w:t xml:space="preserve">[11:28] </w:t>
      </w:r>
      <w:r>
        <w:t>namaz ada karo.</w:t>
      </w:r>
    </w:p>
    <w:p>
      <w:pPr>
        <w:jc w:val="right"/>
      </w:pPr>
      <w:r>
        <w:t>نماز ادا کرو۔</w:t>
      </w:r>
    </w:p>
    <w:p>
      <w:r>
        <w:rPr>
          <w:b/>
        </w:rPr>
        <w:t xml:space="preserve">[11:33] </w:t>
      </w:r>
      <w:r>
        <w:t>to bohat aasan hai yeh jaanna ke Quran yahan kya keh raha hai.</w:t>
      </w:r>
    </w:p>
    <w:p>
      <w:pPr>
        <w:jc w:val="right"/>
      </w:pPr>
      <w:r>
        <w:t>تو بہت آسان ہے یہ جاننا کہ قرآن یہاں کیا کہہ رہا ہے۔</w:t>
      </w:r>
    </w:p>
    <w:p>
      <w:r>
        <w:rPr>
          <w:b/>
        </w:rPr>
        <w:t xml:space="preserve">[11:38] </w:t>
      </w:r>
      <w:r>
        <w:t>aap is ayat ko parhen ge aur Quran mein jo baat kahi gayi hai, us ko samajh jayen</w:t>
      </w:r>
    </w:p>
    <w:p>
      <w:pPr>
        <w:jc w:val="right"/>
      </w:pPr>
      <w:r>
        <w:t>آپ اس آیت کو پڑھیں گے اور قرآن میں جو بات کہی گئی ہے، اس کو سمجھ جائیں</w:t>
      </w:r>
    </w:p>
    <w:p>
      <w:r>
        <w:rPr>
          <w:b/>
        </w:rPr>
        <w:t xml:space="preserve">[11:43] </w:t>
      </w:r>
      <w:r>
        <w:t>ge aur phir namaz ada karte rahen ge.</w:t>
      </w:r>
    </w:p>
    <w:p>
      <w:pPr>
        <w:jc w:val="right"/>
      </w:pPr>
      <w:r>
        <w:t>گے اور پھر نماز ادا کرتے رہیں گے۔</w:t>
      </w:r>
    </w:p>
    <w:p>
      <w:r>
        <w:rPr>
          <w:b/>
        </w:rPr>
        <w:t xml:space="preserve">[11:48] </w:t>
      </w:r>
      <w:r>
        <w:t>lekin namaz ki jo deeper meaning hai, us ke liye aap ko</w:t>
      </w:r>
    </w:p>
    <w:p>
      <w:pPr>
        <w:jc w:val="right"/>
      </w:pPr>
      <w:r>
        <w:t>لیکن نماز کی جو deeper meaning ہے، اس کے لیے آپ کو</w:t>
      </w:r>
    </w:p>
    <w:p>
      <w:r>
        <w:rPr>
          <w:b/>
        </w:rPr>
        <w:t xml:space="preserve">[11:54] </w:t>
      </w:r>
      <w:r>
        <w:t>sochna parega, ghor karna parega, is ki teh tak jana parega.</w:t>
      </w:r>
    </w:p>
    <w:p>
      <w:pPr>
        <w:jc w:val="right"/>
      </w:pPr>
      <w:r>
        <w:t>سوچنا پڑے گا، غور کرنا پڑے گا، اس کی تہ تک جانا پڑے گا۔</w:t>
      </w:r>
    </w:p>
    <w:p>
      <w:r>
        <w:rPr>
          <w:b/>
        </w:rPr>
        <w:t xml:space="preserve">[12:01] </w:t>
      </w:r>
      <w:r>
        <w:t>to yeh farq hai level of study ka, na ke samajhne mein mushkil ka.</w:t>
      </w:r>
    </w:p>
    <w:p>
      <w:pPr>
        <w:jc w:val="right"/>
      </w:pPr>
      <w:r>
        <w:t>تو یہ فرق ہے level of study کا، نہ کہ سمجھنے میں مشکل کا۔</w:t>
      </w:r>
    </w:p>
    <w:p>
      <w:r>
        <w:rPr>
          <w:b/>
        </w:rPr>
        <w:t xml:space="preserve">[12:09] </w:t>
      </w:r>
      <w:r>
        <w:t>agla sawal Pakistan se Miss Shabana Ansari ne likha hai.</w:t>
      </w:r>
    </w:p>
    <w:p>
      <w:pPr>
        <w:jc w:val="right"/>
      </w:pPr>
      <w:r>
        <w:t>اگلا سوال پاکستان سے مس شبانہ انصاری نے لکھا ہے۔</w:t>
      </w:r>
    </w:p>
    <w:p>
      <w:r>
        <w:rPr>
          <w:b/>
        </w:rPr>
        <w:t xml:space="preserve">[12:16] </w:t>
      </w:r>
      <w:r>
        <w:t>انہوں نے آپ سے پوچھا ہے کہ "مولانا صاحب، who is a thinker in your opinion?"</w:t>
      </w:r>
    </w:p>
    <w:p>
      <w:pPr>
        <w:jc w:val="right"/>
      </w:pPr>
      <w:r>
        <w:t>انہوں نے آپ سے پوچھا ہے کہ "مولانا صاحب، who is a thinker in your opin</w:t>
      </w:r>
    </w:p>
    <w:p>
      <w:r>
        <w:rPr>
          <w:b/>
        </w:rPr>
        <w:t xml:space="preserve">[12:24] </w:t>
      </w:r>
      <w:r>
        <w:t>ion and how should he guide people?" is ke bare mein batayen.</w:t>
      </w:r>
    </w:p>
    <w:p>
      <w:pPr>
        <w:jc w:val="right"/>
      </w:pPr>
      <w:r>
        <w:t>ion and how should he guide people?" اس کے بارے میں بتائیں۔</w:t>
      </w:r>
    </w:p>
    <w:p>
      <w:r>
        <w:rPr>
          <w:b/>
        </w:rPr>
        <w:t xml:space="preserve">[12:31] </w:t>
      </w:r>
      <w:r>
        <w:t>bhai dekhen, naam le kar main nahin keh sakta ke kaun thinker hai.</w:t>
      </w:r>
    </w:p>
    <w:p>
      <w:pPr>
        <w:jc w:val="right"/>
      </w:pPr>
      <w:r>
        <w:t>بھائی دیکھیں، نام لے کر میں نہیں کہہ سکتا کہ کون thinker ہے۔</w:t>
      </w:r>
    </w:p>
    <w:p>
      <w:r>
        <w:rPr>
          <w:b/>
        </w:rPr>
        <w:t xml:space="preserve">[12:39] </w:t>
      </w:r>
      <w:r>
        <w:t>meri definition kya hai, woh bata sakta hoon.</w:t>
      </w:r>
    </w:p>
    <w:p>
      <w:pPr>
        <w:jc w:val="right"/>
      </w:pPr>
      <w:r>
        <w:t>میری definition کیا ہے، وہ بتا سکتا ہوں۔</w:t>
      </w:r>
    </w:p>
    <w:p>
      <w:r>
        <w:rPr>
          <w:b/>
        </w:rPr>
        <w:t xml:space="preserve">[12:47] </w:t>
      </w:r>
      <w:r>
        <w:t>kisi ka naam main nahin le sakta.</w:t>
      </w:r>
    </w:p>
    <w:p>
      <w:pPr>
        <w:jc w:val="right"/>
      </w:pPr>
      <w:r>
        <w:t>کسی کا نام میں نہیں لے سکتا۔</w:t>
      </w:r>
    </w:p>
    <w:p>
      <w:r>
        <w:rPr>
          <w:b/>
        </w:rPr>
        <w:t xml:space="preserve">[12:55] </w:t>
      </w:r>
      <w:r>
        <w:t>to dekhen, maine bahut janna chaha ke wisdom kya hai. Wisdom.</w:t>
      </w:r>
    </w:p>
    <w:p>
      <w:pPr>
        <w:jc w:val="right"/>
      </w:pPr>
      <w:r>
        <w:t>تو دیکھیں، میں نے بہت جاننا چاہا کہ wisdom کیا ہے۔ Wisdom۔</w:t>
      </w:r>
    </w:p>
    <w:p>
      <w:r>
        <w:rPr>
          <w:b/>
        </w:rPr>
        <w:t xml:space="preserve">[13:10] </w:t>
      </w:r>
      <w:r>
        <w:t>to maine yeh discover kiya, yeh jaana ke "wisdom is the ability to discover the relevant by</w:t>
      </w:r>
    </w:p>
    <w:p>
      <w:pPr>
        <w:jc w:val="right"/>
      </w:pPr>
      <w:r>
        <w:t>تو میں نے یہ discover کیا، یہ جانا کہ "wisdom is the ability to discover the relevant by</w:t>
      </w:r>
    </w:p>
    <w:p>
      <w:r>
        <w:rPr>
          <w:b/>
        </w:rPr>
        <w:t xml:space="preserve">[13:26] </w:t>
      </w:r>
      <w:r>
        <w:t>sorting out the irrelevant." "Wisdom is the ability to discover the relevant by sorting out the irrelevant." to</w:t>
      </w:r>
    </w:p>
    <w:p>
      <w:pPr>
        <w:jc w:val="right"/>
      </w:pPr>
      <w:r>
        <w:t>sorting out the irrelevant." "Wisdom is the ability to discover the relevant by sorting out the irrelevant." تو</w:t>
      </w:r>
    </w:p>
    <w:p>
      <w:r>
        <w:rPr>
          <w:b/>
        </w:rPr>
        <w:t xml:space="preserve">[13:33] </w:t>
      </w:r>
      <w:r>
        <w:t>main isi ko thinker manta hoon jo yeh kaam kar sake.</w:t>
      </w:r>
    </w:p>
    <w:p>
      <w:pPr>
        <w:jc w:val="right"/>
      </w:pPr>
      <w:r>
        <w:t>میں اسی کو thinker مانتا ہوں جو یہ کام کر سکے۔</w:t>
      </w:r>
    </w:p>
    <w:p>
      <w:r>
        <w:rPr>
          <w:b/>
        </w:rPr>
        <w:t xml:space="preserve">[13:41] </w:t>
      </w:r>
      <w:r>
        <w:t>kyunke is duniya mein dekhen, afkar ka jangall hai.</w:t>
      </w:r>
    </w:p>
    <w:p>
      <w:pPr>
        <w:jc w:val="right"/>
      </w:pPr>
      <w:r>
        <w:t>کیونکہ اس دنیا میں دیکھیں، افکار کا جنگل ہے۔</w:t>
      </w:r>
    </w:p>
    <w:p>
      <w:r>
        <w:rPr>
          <w:b/>
        </w:rPr>
        <w:t xml:space="preserve">[13:48] </w:t>
      </w:r>
      <w:r>
        <w:t>duniya jo hai, hamesha afkar ka jang</w:t>
      </w:r>
    </w:p>
    <w:p>
      <w:pPr>
        <w:jc w:val="right"/>
      </w:pPr>
      <w:r>
        <w:t>دنیا جو ہے، ہمیشہ افکار کا جنگ</w:t>
      </w:r>
    </w:p>
    <w:p>
      <w:r>
        <w:rPr>
          <w:b/>
        </w:rPr>
        <w:t xml:space="preserve">[13:56] </w:t>
      </w:r>
      <w:r>
        <w:t>l rahi hai.</w:t>
      </w:r>
    </w:p>
    <w:p>
      <w:pPr>
        <w:jc w:val="right"/>
      </w:pPr>
      <w:r>
        <w:t>ل رہی ہے۔</w:t>
      </w:r>
    </w:p>
    <w:p>
      <w:r>
        <w:rPr>
          <w:b/>
        </w:rPr>
        <w:t xml:space="preserve">[14:01] </w:t>
      </w:r>
      <w:r>
        <w:t>har aadmi apni apni baat kehta hai.</w:t>
      </w:r>
    </w:p>
    <w:p>
      <w:pPr>
        <w:jc w:val="right"/>
      </w:pPr>
      <w:r>
        <w:t>ہر آدمی اپنی اپنی بات کہتا ہے۔</w:t>
      </w:r>
    </w:p>
    <w:p>
      <w:r>
        <w:rPr>
          <w:b/>
        </w:rPr>
        <w:t xml:space="preserve">[14:06] </w:t>
      </w:r>
      <w:r>
        <w:t>har aadmi ki apni ek way of thinking hai, woh apni baat kehta hai.</w:t>
      </w:r>
    </w:p>
    <w:p>
      <w:pPr>
        <w:jc w:val="right"/>
      </w:pPr>
      <w:r>
        <w:t>ہر آدمی کی اپنی ایک way of thinking ہے، وہ اپنی بات کہتا ہے۔</w:t>
      </w:r>
    </w:p>
    <w:p>
      <w:r>
        <w:rPr>
          <w:b/>
        </w:rPr>
        <w:t xml:space="preserve">[14:11] </w:t>
      </w:r>
      <w:r>
        <w:t>to thinker woh hai jis ke andar yeh salahiyat ho ke bahut sari baaton ke jangall mein alag</w:t>
      </w:r>
    </w:p>
    <w:p>
      <w:pPr>
        <w:jc w:val="right"/>
      </w:pPr>
      <w:r>
        <w:t>تو thinker وہ ہے جس کے اندر یہ صلاحیت ہو کہ بہت ساری باتوں کے جنگل میں الگ</w:t>
      </w:r>
    </w:p>
    <w:p>
      <w:r>
        <w:rPr>
          <w:b/>
        </w:rPr>
        <w:t xml:space="preserve">[14:16] </w:t>
      </w:r>
      <w:r>
        <w:t>kar ke dekh sake cheezon ko.</w:t>
      </w:r>
    </w:p>
    <w:p>
      <w:pPr>
        <w:jc w:val="right"/>
      </w:pPr>
      <w:r>
        <w:t>کر کے دیکھ سکے چیزوں کو۔</w:t>
      </w:r>
    </w:p>
    <w:p>
      <w:r>
        <w:rPr>
          <w:b/>
        </w:rPr>
        <w:t xml:space="preserve">[14:21] </w:t>
      </w:r>
      <w:r>
        <w:t>yani jo irrelevant baaten hain, us ko alag kar sake</w:t>
      </w:r>
    </w:p>
    <w:p>
      <w:pPr>
        <w:jc w:val="right"/>
      </w:pPr>
      <w:r>
        <w:t>یعنی جو irrelevant باتیں ہیں، اس کو الگ کر سکے</w:t>
      </w:r>
    </w:p>
    <w:p>
      <w:r>
        <w:rPr>
          <w:b/>
        </w:rPr>
        <w:t xml:space="preserve">[14:26] </w:t>
      </w:r>
      <w:r>
        <w:t>aur jo relevant baat hai, us ko jaankar pakad sake.</w:t>
      </w:r>
    </w:p>
    <w:p>
      <w:pPr>
        <w:jc w:val="right"/>
      </w:pPr>
      <w:r>
        <w:t>اور جو relevant بات ہے، اس کو جان کر پکڑ سکے۔</w:t>
      </w:r>
    </w:p>
    <w:p>
      <w:r>
        <w:rPr>
          <w:b/>
        </w:rPr>
        <w:t xml:space="preserve">[14:31] </w:t>
      </w:r>
      <w:r>
        <w:t>to bade azeem thinker wahi hai jis ke mind mein sari baaten aayen, sari baaton ka jangall ho.</w:t>
      </w:r>
    </w:p>
    <w:p>
      <w:pPr>
        <w:jc w:val="right"/>
      </w:pPr>
      <w:r>
        <w:t>تو بڑے عظیم thinker وہی ہے جس کے mind میں ساری باتیں آئیں، ساری باتوں کا جنگل ہو۔</w:t>
      </w:r>
    </w:p>
    <w:p>
      <w:r>
        <w:rPr>
          <w:b/>
        </w:rPr>
        <w:t xml:space="preserve">[14:36] </w:t>
      </w:r>
      <w:r>
        <w:t>yeh baat, woh baat, yeh baat, woh baat.</w:t>
      </w:r>
    </w:p>
    <w:p>
      <w:pPr>
        <w:jc w:val="right"/>
      </w:pPr>
      <w:r>
        <w:t>یہ بات، وہ بات، یہ بات، وہ بات۔</w:t>
      </w:r>
    </w:p>
    <w:p>
      <w:r>
        <w:rPr>
          <w:b/>
        </w:rPr>
        <w:t xml:space="preserve">[14:41] </w:t>
      </w:r>
      <w:r>
        <w:t>to woh thinker nahin hai.</w:t>
      </w:r>
    </w:p>
    <w:p>
      <w:pPr>
        <w:jc w:val="right"/>
      </w:pPr>
      <w:r>
        <w:t>تو وہ thinker نہیں ہے۔</w:t>
      </w:r>
    </w:p>
    <w:p>
      <w:r>
        <w:rPr>
          <w:b/>
        </w:rPr>
        <w:t xml:space="preserve">[14:46] </w:t>
      </w:r>
      <w:r>
        <w:t>thinker wohi hai jis ke andar clarity ho.</w:t>
      </w:r>
    </w:p>
    <w:p>
      <w:pPr>
        <w:jc w:val="right"/>
      </w:pPr>
      <w:r>
        <w:t>Thinker وہی ہے جس کے اندر clarity ہو۔</w:t>
      </w:r>
    </w:p>
    <w:p>
      <w:r>
        <w:rPr>
          <w:b/>
        </w:rPr>
        <w:t xml:space="preserve">[14:51] </w:t>
      </w:r>
      <w:r>
        <w:t>aur clarity usi waqt aati hai jab</w:t>
      </w:r>
    </w:p>
    <w:p>
      <w:pPr>
        <w:jc w:val="right"/>
      </w:pPr>
      <w:r>
        <w:t>اور clarity اسی وقت آتی ہے جب</w:t>
      </w:r>
    </w:p>
    <w:p>
      <w:r>
        <w:rPr>
          <w:b/>
        </w:rPr>
        <w:t xml:space="preserve">[14:56] </w:t>
      </w:r>
      <w:r>
        <w:t>ke aap relevant ko irrelevant se alag kar saken. Logon ki baaton mein, aap logon ki baaton mein, logon ki tehreeron mein aap dekhenge ke aksar clarity nahin hoti hai. Is ki wajah kya hai? Is ki wajah yeh hai ke woh relevant aur irrelevant ko alag kar ke dekh nahin paate. To dono mila rahte</w:t>
      </w:r>
    </w:p>
    <w:p>
      <w:pPr>
        <w:jc w:val="right"/>
      </w:pPr>
      <w:r>
        <w:t>کہ آپ relevant کو irrelevant سے الگ کر سکیں۔ لوگوں کی باتوں میں، آپ لوگوں کی باتوں میں، لوگوں کی تحریروں میں آپ دیکھیں گے کہ اکثر clarity نہیں ہوتی ہے۔ اس کی وجہ کیا ہے؟ اس کی وجہ یہ ہے کہ وہ relevant اور irrelevant کو الگ کر کے دیکھ نہیں پاتے۔ تو دونوں ملا رہتے</w:t>
      </w:r>
    </w:p>
    <w:p>
      <w:r>
        <w:rPr>
          <w:b/>
        </w:rPr>
        <w:t xml:space="preserve">[15:26] </w:t>
      </w:r>
      <w:r>
        <w:t>hain, dono baatein un ke ham mili rehti hain.</w:t>
      </w:r>
    </w:p>
    <w:p>
      <w:pPr>
        <w:jc w:val="right"/>
      </w:pPr>
      <w:r>
        <w:t>ہیں، دونوں باتیں ان کے ہم ملی رہتی ہیں۔</w:t>
      </w:r>
    </w:p>
    <w:p>
      <w:r>
        <w:rPr>
          <w:b/>
        </w:rPr>
        <w:t xml:space="preserve">[15:32] </w:t>
      </w:r>
      <w:r>
        <w:t>Isi liye woh confusion aata hai.</w:t>
      </w:r>
    </w:p>
    <w:p>
      <w:pPr>
        <w:jc w:val="right"/>
      </w:pPr>
      <w:r>
        <w:t>اسی لیے وہ confusion آتا ہے۔</w:t>
      </w:r>
    </w:p>
    <w:p>
      <w:r>
        <w:rPr>
          <w:b/>
        </w:rPr>
        <w:t xml:space="preserve">[15:38] </w:t>
      </w:r>
      <w:r>
        <w:t>Toh jab aap relevant aur irrelevant ko alag kar ke dekh sakein, tab clarity hogi aap ki baat mein.</w:t>
      </w:r>
    </w:p>
    <w:p>
      <w:pPr>
        <w:jc w:val="right"/>
      </w:pPr>
      <w:r>
        <w:t>تو جب آپ relevant اور irrelevant کو الگ کر کے دیکھ سکیں، تب clarity ہوگی آپ کی بات میں۔</w:t>
      </w:r>
    </w:p>
    <w:p>
      <w:r>
        <w:rPr>
          <w:b/>
        </w:rPr>
        <w:t xml:space="preserve">[15:45] </w:t>
      </w:r>
      <w:r>
        <w:t>Agar aap alag na kar paayein toh aap ki baat mein confusion hoga.</w:t>
      </w:r>
    </w:p>
    <w:p>
      <w:pPr>
        <w:jc w:val="right"/>
      </w:pPr>
      <w:r>
        <w:t>اگر آپ الگ نہ کر پائیں تو آپ کی بات میں confusion ہوگا۔</w:t>
      </w:r>
    </w:p>
    <w:p>
      <w:r>
        <w:rPr>
          <w:b/>
        </w:rPr>
        <w:t xml:space="preserve">[15:51] </w:t>
      </w:r>
      <w:r>
        <w:t>Toh mere aziz, yahi hai thinker ki tareef.</w:t>
      </w:r>
    </w:p>
    <w:p>
      <w:pPr>
        <w:jc w:val="right"/>
      </w:pPr>
      <w:r>
        <w:t>تو میرے عزیز، یہی ہے thinker کی تعریف۔</w:t>
      </w:r>
    </w:p>
    <w:p>
      <w:r>
        <w:rPr>
          <w:b/>
        </w:rPr>
        <w:t xml:space="preserve">[15:57] </w:t>
      </w:r>
      <w:r>
        <w:t>Baaki kaun thinker hai, kaun thinker nahi hai, yeh aap khud ghaur kar ke samjhein.</w:t>
      </w:r>
    </w:p>
    <w:p>
      <w:pPr>
        <w:jc w:val="right"/>
      </w:pPr>
      <w:r>
        <w:t>باقی کون thinker ہے، کون thinker نہیں ہے، یہ آپ خود غور کر کے سمجھیں۔</w:t>
      </w:r>
    </w:p>
    <w:p>
      <w:r>
        <w:rPr>
          <w:b/>
        </w:rPr>
        <w:t xml:space="preserve">[16:03] </w:t>
      </w:r>
      <w:r>
        <w:t>Maulana, agla sawal Pakistan se bheja hai ek risala reader ne.</w:t>
      </w:r>
    </w:p>
    <w:p>
      <w:pPr>
        <w:jc w:val="right"/>
      </w:pPr>
      <w:r>
        <w:t>مولانا، اگلا سوال پاکستان سے بھیجا ہے ایک الرسالہ reader نے۔</w:t>
      </w:r>
    </w:p>
    <w:p>
      <w:r>
        <w:rPr>
          <w:b/>
        </w:rPr>
        <w:t xml:space="preserve">[16:09] </w:t>
      </w:r>
      <w:r>
        <w:t>Unhon ne apna naam nahi likha hai.</w:t>
      </w:r>
    </w:p>
    <w:p>
      <w:pPr>
        <w:jc w:val="right"/>
      </w:pPr>
      <w:r>
        <w:t>انہوں نے اپنا نام نہیں لکھا ہے۔</w:t>
      </w:r>
    </w:p>
    <w:p>
      <w:r>
        <w:rPr>
          <w:b/>
        </w:rPr>
        <w:t xml:space="preserve">[16:15] </w:t>
      </w:r>
      <w:r>
        <w:t>Un ka sawal hai: "Maulana sahib, I am reading you since long time.</w:t>
      </w:r>
    </w:p>
    <w:p>
      <w:pPr>
        <w:jc w:val="right"/>
      </w:pPr>
      <w:r>
        <w:t>ان کا سوال ہے: "مولانا صاحب، I am reading you since long time.</w:t>
      </w:r>
    </w:p>
    <w:p>
      <w:r>
        <w:rPr>
          <w:b/>
        </w:rPr>
        <w:t xml:space="preserve">[16:21] </w:t>
      </w:r>
      <w:r>
        <w:t>I agree with most of your explanations, but I have disagreement</w:t>
      </w:r>
    </w:p>
    <w:p>
      <w:pPr>
        <w:jc w:val="right"/>
      </w:pPr>
      <w:r>
        <w:t>I agree with most of your explanations, but I have disagreement</w:t>
      </w:r>
    </w:p>
    <w:p>
      <w:r>
        <w:rPr>
          <w:b/>
        </w:rPr>
        <w:t xml:space="preserve">[16:27] </w:t>
      </w:r>
      <w:r>
        <w:t>with few things.</w:t>
      </w:r>
    </w:p>
    <w:p>
      <w:pPr>
        <w:jc w:val="right"/>
      </w:pPr>
      <w:r>
        <w:t>with few things.</w:t>
      </w:r>
    </w:p>
    <w:p>
      <w:r>
        <w:rPr>
          <w:b/>
        </w:rPr>
        <w:t xml:space="preserve">[16:33] </w:t>
      </w:r>
      <w:r>
        <w:t>Is it necessary to follow everything you say, or can I make my own understanding based on combination</w:t>
      </w:r>
    </w:p>
    <w:p>
      <w:pPr>
        <w:jc w:val="right"/>
      </w:pPr>
      <w:r>
        <w:t>Is it necessary to follow everything you say, or can I make my own understanding based on combination</w:t>
      </w:r>
    </w:p>
    <w:p>
      <w:r>
        <w:rPr>
          <w:b/>
        </w:rPr>
        <w:t xml:space="preserve">[16:38] </w:t>
      </w:r>
      <w:r>
        <w:t>of ideologies from other scholars?</w:t>
      </w:r>
    </w:p>
    <w:p>
      <w:pPr>
        <w:jc w:val="right"/>
      </w:pPr>
      <w:r>
        <w:t>of ideologies from other scholars?</w:t>
      </w:r>
    </w:p>
    <w:p>
      <w:r>
        <w:rPr>
          <w:b/>
        </w:rPr>
        <w:t xml:space="preserve">[16:44] </w:t>
      </w:r>
      <w:r>
        <w:t>What would you advise me?" Dekhein, yeh maamla scholar ka nahi hai.</w:t>
      </w:r>
    </w:p>
    <w:p>
      <w:pPr>
        <w:jc w:val="right"/>
      </w:pPr>
      <w:r>
        <w:t>What would you advise me?" دیکھیں، یہ معاملہ scholar کا نہیں ہے۔</w:t>
      </w:r>
    </w:p>
    <w:p>
      <w:r>
        <w:rPr>
          <w:b/>
        </w:rPr>
        <w:t xml:space="preserve">[16:49] </w:t>
      </w:r>
      <w:r>
        <w:t>Yeh scholar ka maamla nahi hai, yeh maamla hai Allah Rab ul Alameen ka.</w:t>
      </w:r>
    </w:p>
    <w:p>
      <w:pPr>
        <w:jc w:val="right"/>
      </w:pPr>
      <w:r>
        <w:t>یہ scholar کا معاملہ نہیں ہے، یہ معاملہ ہے اللہ رب العالمین کا۔</w:t>
      </w:r>
    </w:p>
    <w:p>
      <w:r>
        <w:rPr>
          <w:b/>
        </w:rPr>
        <w:t xml:space="preserve">[16:55] </w:t>
      </w:r>
      <w:r>
        <w:t>Scholar ka hai hi nahi.</w:t>
      </w:r>
    </w:p>
    <w:p>
      <w:pPr>
        <w:jc w:val="right"/>
      </w:pPr>
      <w:r>
        <w:t>Scholar کا ہے ہی نہیں۔</w:t>
      </w:r>
    </w:p>
    <w:p>
      <w:r>
        <w:rPr>
          <w:b/>
        </w:rPr>
        <w:t xml:space="preserve">[17:00] </w:t>
      </w:r>
      <w:r>
        <w:t>Asal masla yeh hai ke jo ke Quran mein kaha gaya hai: "Yom yuqamun nas birab bil aalameen".</w:t>
      </w:r>
    </w:p>
    <w:p>
      <w:pPr>
        <w:jc w:val="right"/>
      </w:pPr>
      <w:r>
        <w:t>اصل مسئلہ یہ ہے کہ جو کہ قرآن میں کہا گیا ہے: "یوم یقم الناس برب العالمین"۔</w:t>
      </w:r>
    </w:p>
    <w:p>
      <w:r>
        <w:rPr>
          <w:b/>
        </w:rPr>
        <w:t xml:space="preserve">[17:05] </w:t>
      </w:r>
      <w:r>
        <w:t>Toh asal masla yeh hai ke ek waqt aata hai jab.</w:t>
      </w:r>
    </w:p>
    <w:p>
      <w:pPr>
        <w:jc w:val="right"/>
      </w:pPr>
      <w:r>
        <w:t>تو اصل مسئلہ یہ ہے کہ ایک وقت آتا ہے جب۔</w:t>
      </w:r>
    </w:p>
    <w:p>
      <w:r>
        <w:rPr>
          <w:b/>
        </w:rPr>
        <w:t xml:space="preserve">[17:09] </w:t>
      </w:r>
      <w:r>
        <w:t>Ek waqt aane wala hai jab ke insaan Allah Rab ul Alameen ke saamne khada hoga.</w:t>
      </w:r>
    </w:p>
    <w:p>
      <w:pPr>
        <w:jc w:val="right"/>
      </w:pPr>
      <w:r>
        <w:t>ایک وقت آنے والا ہے جب کہ انسان اللہ رب العالمین کے سامنے کھڑا ہوگا۔</w:t>
      </w:r>
    </w:p>
    <w:p>
      <w:r>
        <w:rPr>
          <w:b/>
        </w:rPr>
        <w:t xml:space="preserve">[17:13] </w:t>
      </w:r>
      <w:r>
        <w:t>Toh aap jante hain ke sachai toh ek hi hai.</w:t>
      </w:r>
    </w:p>
    <w:p>
      <w:pPr>
        <w:jc w:val="right"/>
      </w:pPr>
      <w:r>
        <w:t>تو آپ جانتے ہیں کہ سچائی تو ایک ہی ہے۔</w:t>
      </w:r>
    </w:p>
    <w:p>
      <w:r>
        <w:rPr>
          <w:b/>
        </w:rPr>
        <w:t xml:space="preserve">[17:17] </w:t>
      </w:r>
      <w:r>
        <w:t>Sachai kayi nahi ho sakti.</w:t>
      </w:r>
    </w:p>
    <w:p>
      <w:pPr>
        <w:jc w:val="right"/>
      </w:pPr>
      <w:r>
        <w:t>سچائی کئی نہیں ہو سکتی۔</w:t>
      </w:r>
    </w:p>
    <w:p>
      <w:r>
        <w:rPr>
          <w:b/>
        </w:rPr>
        <w:t xml:space="preserve">[17:22] </w:t>
      </w:r>
      <w:r>
        <w:t>Yeh namumkin baat hai ke sachai kayi ho.</w:t>
      </w:r>
    </w:p>
    <w:p>
      <w:pPr>
        <w:jc w:val="right"/>
      </w:pPr>
      <w:r>
        <w:t>یہ ناممکن بات ہے کہ سچائی کئی ہو۔</w:t>
      </w:r>
    </w:p>
    <w:p>
      <w:r>
        <w:rPr>
          <w:b/>
        </w:rPr>
        <w:t xml:space="preserve">[17:26] </w:t>
      </w:r>
      <w:r>
        <w:t>Toh asal baat yeh hai</w:t>
      </w:r>
    </w:p>
    <w:p>
      <w:pPr>
        <w:jc w:val="right"/>
      </w:pPr>
      <w:r>
        <w:t>تو اصل بات یہ ہے</w:t>
      </w:r>
    </w:p>
    <w:p>
      <w:r>
        <w:rPr>
          <w:b/>
        </w:rPr>
        <w:t xml:space="preserve">[17:30] </w:t>
      </w:r>
      <w:r>
        <w:t>ke jab aap khade hon Allah Rab ul Alameen ke saamne toh aap ke baare mein yeh kaha jaaye</w:t>
      </w:r>
    </w:p>
    <w:p>
      <w:pPr>
        <w:jc w:val="right"/>
      </w:pPr>
      <w:r>
        <w:t>کہ جب آپ کھڑے ہوں اللہ رب العالمین کے سامنے تو آپ کے بارے میں یہ کہا جائے</w:t>
      </w:r>
    </w:p>
    <w:p>
      <w:r>
        <w:rPr>
          <w:b/>
        </w:rPr>
        <w:t xml:space="preserve">[17:35] </w:t>
      </w:r>
      <w:r>
        <w:t>ke yeh woh insaan hai jis ne sachai ko discover kiya.</w:t>
      </w:r>
    </w:p>
    <w:p>
      <w:pPr>
        <w:jc w:val="right"/>
      </w:pPr>
      <w:r>
        <w:t>کہ یہ وہ انسان ہے جس نے سچائی کو discover کیا۔</w:t>
      </w:r>
    </w:p>
    <w:p>
      <w:r>
        <w:rPr>
          <w:b/>
        </w:rPr>
        <w:t xml:space="preserve">[17:40] </w:t>
      </w:r>
      <w:r>
        <w:t>aur jis ke bare mein yeh keh diya jaye ke yeh to confusion mein para raha, us ko</w:t>
      </w:r>
    </w:p>
    <w:p>
      <w:pPr>
        <w:jc w:val="right"/>
      </w:pPr>
      <w:r>
        <w:t>اور جس کے بارے میں یہ کہہ دیا جائے کہ یہ تو confusion میں پڑا رہا، اس کو</w:t>
      </w:r>
    </w:p>
    <w:p>
      <w:r>
        <w:rPr>
          <w:b/>
        </w:rPr>
        <w:t xml:space="preserve">[17:45] </w:t>
      </w:r>
      <w:r>
        <w:t>maloom hi nahi tha ke sachai kia hai.</w:t>
      </w:r>
    </w:p>
    <w:p>
      <w:pPr>
        <w:jc w:val="right"/>
      </w:pPr>
      <w:r>
        <w:t>معلوم ہی نہیں تھا کہ سچائی کیا ہے۔</w:t>
      </w:r>
    </w:p>
    <w:p>
      <w:r>
        <w:rPr>
          <w:b/>
        </w:rPr>
        <w:t xml:space="preserve">[17:50] </w:t>
      </w:r>
      <w:r>
        <w:t>to wahi hai jo fail ho gaya.</w:t>
      </w:r>
    </w:p>
    <w:p>
      <w:pPr>
        <w:jc w:val="right"/>
      </w:pPr>
      <w:r>
        <w:t>تو وہی ہے جو fail ہو گیا۔</w:t>
      </w:r>
    </w:p>
    <w:p>
      <w:r>
        <w:rPr>
          <w:b/>
        </w:rPr>
        <w:t xml:space="preserve">[17:55] </w:t>
      </w:r>
      <w:r>
        <w:t>mein yahan tak sochta hoon ke Allah</w:t>
      </w:r>
    </w:p>
    <w:p>
      <w:pPr>
        <w:jc w:val="right"/>
      </w:pPr>
      <w:r>
        <w:t>میں یہاں تک سوچتا ہوں کہ اللہ</w:t>
      </w:r>
    </w:p>
    <w:p>
      <w:r>
        <w:rPr>
          <w:b/>
        </w:rPr>
        <w:t xml:space="preserve">[18:00] </w:t>
      </w:r>
      <w:r>
        <w:t>Rab ul Alameen ke saamne jab peshi hogi to wahan farishte honge jo gawahi denge. To ek insaan woh hai jis ke bare mein farishte gawahi denge ke is insaan ne sachai ko discover kiya. Us ko clarity ke saath jaana, us ko apnaya. Aur doosre ke bare mein kaha jaye ga ke</w:t>
      </w:r>
    </w:p>
    <w:p>
      <w:pPr>
        <w:jc w:val="right"/>
      </w:pPr>
      <w:r>
        <w:t>رب العالمین کے سامنے جب پیشی ہوگی تو وہاں فرشتے ہوں گے جو گواہی دیں گے۔ تو ایک انسان وہ ہے جس کے بارے میں فرشتے گواہی دیں گے کہ اس انسان نے سچائی کو discover کیا۔ اس کو clarity کے ساتھ جانا، اس کو اپنایا۔ اور دوسرے کے بارے میں کہا جائے گا کہ</w:t>
      </w:r>
    </w:p>
    <w:p>
      <w:r>
        <w:rPr>
          <w:b/>
        </w:rPr>
        <w:t xml:space="preserve">[18:30] </w:t>
      </w:r>
      <w:r>
        <w:t>yeh insan woh hai jis ko aql to di gayi thi lekin aql ko istemal karne mein woh</w:t>
      </w:r>
    </w:p>
    <w:p>
      <w:pPr>
        <w:jc w:val="right"/>
      </w:pPr>
      <w:r>
        <w:t>یہ انسان وہ ہے جس کو عقل تو دی گئی تھی لیکن عقل کو استعمال کرنے میں وہ</w:t>
      </w:r>
    </w:p>
    <w:p>
      <w:r>
        <w:rPr>
          <w:b/>
        </w:rPr>
        <w:t xml:space="preserve">[18:36] </w:t>
      </w:r>
      <w:r>
        <w:t>nakaam raha aur zindagi bhar confusion mein jeeta raha.</w:t>
      </w:r>
    </w:p>
    <w:p>
      <w:pPr>
        <w:jc w:val="right"/>
      </w:pPr>
      <w:r>
        <w:t>ناکام رہا اور زندگی بھر confusion میں جیتا رہا۔</w:t>
      </w:r>
    </w:p>
    <w:p>
      <w:r>
        <w:rPr>
          <w:b/>
        </w:rPr>
        <w:t xml:space="preserve">[18:41] </w:t>
      </w:r>
      <w:r>
        <w:t>sachai kia hai? jis tarah Khuda aik hai, woh sachai bhi aik hai.</w:t>
      </w:r>
    </w:p>
    <w:p>
      <w:pPr>
        <w:jc w:val="right"/>
      </w:pPr>
      <w:r>
        <w:t>سچائی کیا ہے؟ جس طرح خدا ایک ہے، وہ سچائی بھی ایک ہے۔</w:t>
      </w:r>
    </w:p>
    <w:p>
      <w:r>
        <w:rPr>
          <w:b/>
        </w:rPr>
        <w:t xml:space="preserve">[18:46] </w:t>
      </w:r>
      <w:r>
        <w:t>jo Quran aik hai, woh sachai bhi aik hai.</w:t>
      </w:r>
    </w:p>
    <w:p>
      <w:pPr>
        <w:jc w:val="right"/>
      </w:pPr>
      <w:r>
        <w:t>جو قرآن ایک ہے، وہ سچائی بھی ایک ہے۔</w:t>
      </w:r>
    </w:p>
    <w:p>
      <w:r>
        <w:rPr>
          <w:b/>
        </w:rPr>
        <w:t xml:space="preserve">[18:51] </w:t>
      </w:r>
      <w:r>
        <w:t>to muamla kisi scholar ka nahi hai.</w:t>
      </w:r>
    </w:p>
    <w:p>
      <w:pPr>
        <w:jc w:val="right"/>
      </w:pPr>
      <w:r>
        <w:t>تو معاملہ کسی scholar کا نہیں ہے۔</w:t>
      </w:r>
    </w:p>
    <w:p>
      <w:r>
        <w:rPr>
          <w:b/>
        </w:rPr>
        <w:t xml:space="preserve">[18:56] </w:t>
      </w:r>
      <w:r>
        <w:t>muamla us din ka hai jab ke har aadmi</w:t>
      </w:r>
    </w:p>
    <w:p>
      <w:pPr>
        <w:jc w:val="right"/>
      </w:pPr>
      <w:r>
        <w:t>معاملہ اس دن کا ہے جب کہ ہر آدمی</w:t>
      </w:r>
    </w:p>
    <w:p>
      <w:r>
        <w:rPr>
          <w:b/>
        </w:rPr>
        <w:t xml:space="preserve">[19:01] </w:t>
      </w:r>
      <w:r>
        <w:t>Allah ke samne khara hoga aur farishte har aik ke bare mein gawahi denge.</w:t>
      </w:r>
    </w:p>
    <w:p>
      <w:pPr>
        <w:jc w:val="right"/>
      </w:pPr>
      <w:r>
        <w:t>اللہ کے سامنے کھڑا ہوگا اور فرشتے ہر ایک کے بارے میں گواہی دیں گے۔</w:t>
      </w:r>
    </w:p>
    <w:p>
      <w:r>
        <w:rPr>
          <w:b/>
        </w:rPr>
        <w:t xml:space="preserve">[19:09] </w:t>
      </w:r>
      <w:r>
        <w:t>har aik aadmi ka record farishton ke pas hoga.</w:t>
      </w:r>
    </w:p>
    <w:p>
      <w:pPr>
        <w:jc w:val="right"/>
      </w:pPr>
      <w:r>
        <w:t>ہر ایک آدمی کا ریکارڈ فرشتوں کے پاس ہوگا۔</w:t>
      </w:r>
    </w:p>
    <w:p>
      <w:r>
        <w:rPr>
          <w:b/>
        </w:rPr>
        <w:t xml:space="preserve">[19:16] </w:t>
      </w:r>
      <w:r>
        <w:t>to us din har aadmi ke bare mein yeh ailan kiya jaye ga ke yeh woh aadmi hai</w:t>
      </w:r>
    </w:p>
    <w:p>
      <w:pPr>
        <w:jc w:val="right"/>
      </w:pPr>
      <w:r>
        <w:t>تو اس دن ہر آدمی کے بارے میں یہ اعلان کیا جائے گا کہ یہ وہ آدمی ہے</w:t>
      </w:r>
    </w:p>
    <w:p>
      <w:r>
        <w:rPr>
          <w:b/>
        </w:rPr>
        <w:t xml:space="preserve">[19:24] </w:t>
      </w:r>
      <w:r>
        <w:t>jis ne Allah Rabb-ul-Alameen ki sachai ko discover kiya aur us par qaim ho gaya.</w:t>
      </w:r>
    </w:p>
    <w:p>
      <w:pPr>
        <w:jc w:val="right"/>
      </w:pPr>
      <w:r>
        <w:t>جس نے اللہ رب العالمین کی سچائی کو discover کیا اور اس پر قائم ہو گیا۔</w:t>
      </w:r>
    </w:p>
    <w:p>
      <w:r>
        <w:rPr>
          <w:b/>
        </w:rPr>
        <w:t xml:space="preserve">[19:31] </w:t>
      </w:r>
      <w:r>
        <w:t>Without any slightest confusion.</w:t>
      </w:r>
    </w:p>
    <w:p>
      <w:pPr>
        <w:jc w:val="right"/>
      </w:pPr>
      <w:r>
        <w:t>Without any slightest confusion.</w:t>
      </w:r>
    </w:p>
    <w:p>
      <w:r>
        <w:rPr>
          <w:b/>
        </w:rPr>
        <w:t xml:space="preserve">[19:38] </w:t>
      </w:r>
      <w:r>
        <w:t>Without any slightest confusion.</w:t>
      </w:r>
    </w:p>
    <w:p>
      <w:pPr>
        <w:jc w:val="right"/>
      </w:pPr>
      <w:r>
        <w:t>Without any slightest confusion.</w:t>
      </w:r>
    </w:p>
    <w:p>
      <w:r>
        <w:rPr>
          <w:b/>
        </w:rPr>
        <w:t xml:space="preserve">[19:44] </w:t>
      </w:r>
      <w:r>
        <w:t>aur doosra woh hai jo jis ke bare mein kaha jaye ke yeh to confusion mein para raha.</w:t>
      </w:r>
    </w:p>
    <w:p>
      <w:pPr>
        <w:jc w:val="right"/>
      </w:pPr>
      <w:r>
        <w:t>اور دوسرا وہ ہے جو جس کے بارے میں کہا جائے کہ یہ تو confusion میں پڑا رہا۔</w:t>
      </w:r>
    </w:p>
    <w:p>
      <w:r>
        <w:rPr>
          <w:b/>
        </w:rPr>
        <w:t xml:space="preserve">[19:50] </w:t>
      </w:r>
      <w:r>
        <w:t>kyunke dekhen, yaqeen-e-kamil isi waqt milta hai.</w:t>
      </w:r>
    </w:p>
    <w:p>
      <w:pPr>
        <w:jc w:val="right"/>
      </w:pPr>
      <w:r>
        <w:t>کیونکہ دیکھیں، یقین کامل اسی وقت ملتا ہے۔</w:t>
      </w:r>
    </w:p>
    <w:p>
      <w:r>
        <w:rPr>
          <w:b/>
        </w:rPr>
        <w:t xml:space="preserve">[19:57] </w:t>
      </w:r>
      <w:r>
        <w:t>Yaqeen-e-kamil aik par milta hai, do par nahi. Yaad rakhiye.</w:t>
      </w:r>
    </w:p>
    <w:p>
      <w:pPr>
        <w:jc w:val="right"/>
      </w:pPr>
      <w:r>
        <w:t>یقین کامل ایک پر ملتا ہے، دو پر نہیں۔ یاد رکھیے۔</w:t>
      </w:r>
    </w:p>
    <w:p>
      <w:r>
        <w:rPr>
          <w:b/>
        </w:rPr>
        <w:t xml:space="preserve">[20:03] </w:t>
      </w:r>
      <w:r>
        <w:t>agar aap samjhen ke Khuda aik bhi hai, Khuda do bhi hai, Khuda teen bhi hai to aap</w:t>
      </w:r>
    </w:p>
    <w:p>
      <w:pPr>
        <w:jc w:val="right"/>
      </w:pPr>
      <w:r>
        <w:t>اگر آپ سمجھیں کہ خدا ایک بھی ہے، خدا دو بھی ہے، خدا تین بھی ہے تو آپ</w:t>
      </w:r>
    </w:p>
    <w:p>
      <w:r>
        <w:rPr>
          <w:b/>
        </w:rPr>
        <w:t xml:space="preserve">[20:08] </w:t>
      </w:r>
      <w:r>
        <w:t>ko yaqeen-e-kamil nahi hoga.</w:t>
      </w:r>
    </w:p>
    <w:p>
      <w:pPr>
        <w:jc w:val="right"/>
      </w:pPr>
      <w:r>
        <w:t>کو یقین کامل نہیں ہوگا۔</w:t>
      </w:r>
    </w:p>
    <w:p>
      <w:r>
        <w:rPr>
          <w:b/>
        </w:rPr>
        <w:t xml:space="preserve">[20:13] </w:t>
      </w:r>
      <w:r>
        <w:t>agar aap samjhen ke Khuda tashaddud bhi pasand karta hai aur peace bhi pasand karta hai to aap</w:t>
      </w:r>
    </w:p>
    <w:p>
      <w:pPr>
        <w:jc w:val="right"/>
      </w:pPr>
      <w:r>
        <w:t>اگر آپ سمجھیں کہ خدا تشدد بھی پسند کرتا ہے اور پیس بھی پسند کرتا ہے تو آپ</w:t>
      </w:r>
    </w:p>
    <w:p>
      <w:r>
        <w:rPr>
          <w:b/>
        </w:rPr>
        <w:t xml:space="preserve">[20:18] </w:t>
      </w:r>
      <w:r>
        <w:t>ko yaqeen-e-kamil nahi hoga.</w:t>
      </w:r>
    </w:p>
    <w:p>
      <w:pPr>
        <w:jc w:val="right"/>
      </w:pPr>
      <w:r>
        <w:t>کو یقین کامل نہیں ہوگا۔</w:t>
      </w:r>
    </w:p>
    <w:p>
      <w:r>
        <w:rPr>
          <w:b/>
        </w:rPr>
        <w:t xml:space="preserve">[20:24] </w:t>
      </w:r>
      <w:r>
        <w:t>to asal masla yaqeen-e-kamil ka hai.</w:t>
      </w:r>
    </w:p>
    <w:p>
      <w:pPr>
        <w:jc w:val="right"/>
      </w:pPr>
      <w:r>
        <w:t>تو اصل مسئلہ یقین کامل کا ہے۔</w:t>
      </w:r>
    </w:p>
    <w:p>
      <w:r>
        <w:rPr>
          <w:b/>
        </w:rPr>
        <w:t xml:space="preserve">[20:29] </w:t>
      </w:r>
      <w:r>
        <w:t>Yaqeen-e-kamil usi ko milta hai</w:t>
      </w:r>
    </w:p>
    <w:p>
      <w:pPr>
        <w:jc w:val="right"/>
      </w:pPr>
      <w:r>
        <w:t>یقین کامل اسی کو ملتا ہے</w:t>
      </w:r>
    </w:p>
    <w:p>
      <w:r>
        <w:rPr>
          <w:b/>
        </w:rPr>
        <w:t xml:space="preserve">[20:34] </w:t>
      </w:r>
      <w:r>
        <w:t>jo confusion se poori tarah pak ho.</w:t>
      </w:r>
    </w:p>
    <w:p>
      <w:pPr>
        <w:jc w:val="right"/>
      </w:pPr>
      <w:r>
        <w:t>جو confusion سے پوری طرح پاک ہو۔</w:t>
      </w:r>
    </w:p>
    <w:p>
      <w:r>
        <w:rPr>
          <w:b/>
        </w:rPr>
        <w:t xml:space="preserve">[20:38] </w:t>
      </w:r>
      <w:r>
        <w:t>poori clarity ke sath jaan le ke sachai kya hai.</w:t>
      </w:r>
    </w:p>
    <w:p>
      <w:pPr>
        <w:jc w:val="right"/>
      </w:pPr>
      <w:r>
        <w:t>پوری clarity کے ساتھ جان لے کہ سچائی کیا ہے۔</w:t>
      </w:r>
    </w:p>
    <w:p>
      <w:r>
        <w:rPr>
          <w:b/>
        </w:rPr>
        <w:t xml:space="preserve">[20:43] </w:t>
      </w:r>
      <w:r>
        <w:t>to is kar ko le kar aap koi sochte hain.</w:t>
      </w:r>
    </w:p>
    <w:p>
      <w:pPr>
        <w:jc w:val="right"/>
      </w:pPr>
      <w:r>
        <w:t>تو اس کار کو لے کر آپ کوئی سوچتے ہیں۔</w:t>
      </w:r>
    </w:p>
    <w:p>
      <w:r>
        <w:rPr>
          <w:b/>
        </w:rPr>
        <w:t xml:space="preserve">[20:47] </w:t>
      </w:r>
      <w:r>
        <w:t>is kar to kaam bas sahi nahin hai.</w:t>
      </w:r>
    </w:p>
    <w:p>
      <w:pPr>
        <w:jc w:val="right"/>
      </w:pPr>
      <w:r>
        <w:t>اس کار تو کام بس صحیح نہیں ہے۔</w:t>
      </w:r>
    </w:p>
    <w:p>
      <w:r>
        <w:rPr>
          <w:b/>
        </w:rPr>
        <w:t xml:space="preserve">[20:52] </w:t>
      </w:r>
      <w:r>
        <w:t>yeh sab barhalat Allah rab al-alameen ka hai.</w:t>
      </w:r>
    </w:p>
    <w:p>
      <w:pPr>
        <w:jc w:val="right"/>
      </w:pPr>
      <w:r>
        <w:t>یہ سب برحالت اللہ رب العالمین کا ہے۔</w:t>
      </w:r>
    </w:p>
    <w:p>
      <w:r>
        <w:rPr>
          <w:b/>
        </w:rPr>
        <w:t xml:space="preserve">[20:56] </w:t>
      </w:r>
      <w:r>
        <w:t>is kar to bande hain.</w:t>
      </w:r>
    </w:p>
    <w:p>
      <w:pPr>
        <w:jc w:val="right"/>
      </w:pPr>
      <w:r>
        <w:t>اس کار تو بندے ہیں۔</w:t>
      </w:r>
    </w:p>
    <w:p>
      <w:r>
        <w:rPr>
          <w:b/>
        </w:rPr>
        <w:t xml:space="preserve">[21:00] </w:t>
      </w:r>
      <w:r>
        <w:t>har insan, har is kar ek banda hai.</w:t>
      </w:r>
    </w:p>
    <w:p>
      <w:pPr>
        <w:jc w:val="right"/>
      </w:pPr>
      <w:r>
        <w:t>ہر انسان، ہر اس کار ایک بندہ ہے۔</w:t>
      </w:r>
    </w:p>
    <w:p>
      <w:r>
        <w:rPr>
          <w:b/>
        </w:rPr>
        <w:t xml:space="preserve">[21:05] </w:t>
      </w:r>
      <w:r>
        <w:t>to aap sirf yeh sochiye ke woh din jab aayega jis ke bare mein kaha gaya hai ke "Yum yaqoomun naasu birab bil aalameen". Us din mera case kya hoga? Yaqeen par khada hone wala ya shakk o shubah par khada hone wala? Bas yahi asal baat hai. Maulana, agla sawal Tariq Badar sahib ne Pakistan se bheja hai. Unhon ne likha hai: "Is the role of Mus</w:t>
      </w:r>
    </w:p>
    <w:p>
      <w:pPr>
        <w:jc w:val="right"/>
      </w:pPr>
      <w:r>
        <w:t>تو آپ صرف یہ سوچیے کہ وہ دن جب آئے گا جس کے بارے میں کہا گیا ہے کہ "یوم یقم الناس برب العالمین"۔ اس دن میرا case کیا ہوگا؟ یقین پر کھڑا ہونے والا یا شک شبہ پر کھڑا ہونے والا؟ بس یہی اصل بات ہے۔ مولانا، اگلا سوال طارق بدر صاحب نے پاکستان سے بھیجا ہے۔ انہوں نے لکھا ہے: "Is the role of Mus</w:t>
      </w:r>
    </w:p>
    <w:p>
      <w:r>
        <w:rPr>
          <w:b/>
        </w:rPr>
        <w:t xml:space="preserve">[21:35] </w:t>
      </w:r>
      <w:r>
        <w:t>lim different in Islamic country like Pakistan as compared to his role in non-Islamic country like USA, UK</w:t>
      </w:r>
    </w:p>
    <w:p>
      <w:pPr>
        <w:jc w:val="right"/>
      </w:pPr>
      <w:r>
        <w:t>lim different in Islamic country like پاکستان as compared to his role in non-Islamic country like USA, UK</w:t>
      </w:r>
    </w:p>
    <w:p>
      <w:r>
        <w:rPr>
          <w:b/>
        </w:rPr>
        <w:t xml:space="preserve">[21:41] </w:t>
      </w:r>
      <w:r>
        <w:t>aur India? What would you say to this?" mein nahin manta aisa.</w:t>
      </w:r>
    </w:p>
    <w:p>
      <w:pPr>
        <w:jc w:val="right"/>
      </w:pPr>
      <w:r>
        <w:t>اور انڈیا؟ What would you say to this?" میں نہیں مانتا ایسا۔</w:t>
      </w:r>
    </w:p>
    <w:p>
      <w:r>
        <w:rPr>
          <w:b/>
        </w:rPr>
        <w:t xml:space="preserve">[21:48] </w:t>
      </w:r>
      <w:r>
        <w:t>bilkul nahin manta mein is ko.</w:t>
      </w:r>
    </w:p>
    <w:p>
      <w:pPr>
        <w:jc w:val="right"/>
      </w:pPr>
      <w:r>
        <w:t>بالکل نہیں مانتا میں اس کو۔</w:t>
      </w:r>
    </w:p>
    <w:p>
      <w:r>
        <w:rPr>
          <w:b/>
        </w:rPr>
        <w:t xml:space="preserve">[21:54] </w:t>
      </w:r>
      <w:r>
        <w:t>har mulk mein ek hi kaam karna hai.</w:t>
      </w:r>
    </w:p>
    <w:p>
      <w:pPr>
        <w:jc w:val="right"/>
      </w:pPr>
      <w:r>
        <w:t>ہر ملک میں ایک ہی کام کرنا ہے۔</w:t>
      </w:r>
    </w:p>
    <w:p>
      <w:r>
        <w:rPr>
          <w:b/>
        </w:rPr>
        <w:t xml:space="preserve">[22:00] </w:t>
      </w:r>
      <w:r>
        <w:t>aur woh hai Allah rab al-alameen</w:t>
      </w:r>
    </w:p>
    <w:p>
      <w:pPr>
        <w:jc w:val="right"/>
      </w:pPr>
      <w:r>
        <w:t>اور وہ ہے اللہ رب العالمین</w:t>
      </w:r>
    </w:p>
    <w:p>
      <w:r>
        <w:rPr>
          <w:b/>
        </w:rPr>
        <w:t xml:space="preserve">[22:07] </w:t>
      </w:r>
      <w:r>
        <w:t>ki wahdaniyat ka ailan.</w:t>
      </w:r>
    </w:p>
    <w:p>
      <w:pPr>
        <w:jc w:val="right"/>
      </w:pPr>
      <w:r>
        <w:t>کی وحدانیت کا اعلان۔</w:t>
      </w:r>
    </w:p>
    <w:p>
      <w:r>
        <w:rPr>
          <w:b/>
        </w:rPr>
        <w:t xml:space="preserve">[22:12] </w:t>
      </w:r>
      <w:r>
        <w:t>jab aap yeh sochen ke har jagah koi amli program ko le kar sochen to lagega aap</w:t>
      </w:r>
    </w:p>
    <w:p>
      <w:pPr>
        <w:jc w:val="right"/>
      </w:pPr>
      <w:r>
        <w:t>جب آپ یہ سوچیں کہ ہر جگہ کوئی عملی program کو لے کر سوچیں تو لگے گا آپ</w:t>
      </w:r>
    </w:p>
    <w:p>
      <w:r>
        <w:rPr>
          <w:b/>
        </w:rPr>
        <w:t xml:space="preserve">[22:18] </w:t>
      </w:r>
      <w:r>
        <w:t>ko ke har jagah amli program alag alag hai.</w:t>
      </w:r>
    </w:p>
    <w:p>
      <w:pPr>
        <w:jc w:val="right"/>
      </w:pPr>
      <w:r>
        <w:t>کو کہ ہر جگہ عملی program الگ الگ ہے۔</w:t>
      </w:r>
    </w:p>
    <w:p>
      <w:r>
        <w:rPr>
          <w:b/>
        </w:rPr>
        <w:t xml:space="preserve">[22:24] </w:t>
      </w:r>
      <w:r>
        <w:t>lekin aap sochen jab anzar ko le kar, anzar tafseer ko le kar to sirf ailan hi ek</w:t>
      </w:r>
    </w:p>
    <w:p>
      <w:pPr>
        <w:jc w:val="right"/>
      </w:pPr>
      <w:r>
        <w:t>لیکن آپ سوچیں جب انظار کو لے کر، انظار تفسیر کو لے کر تو صرف اعلان ہی ایک</w:t>
      </w:r>
    </w:p>
    <w:p>
      <w:r>
        <w:rPr>
          <w:b/>
        </w:rPr>
        <w:t xml:space="preserve">[22:29] </w:t>
      </w:r>
      <w:r>
        <w:t>wahid kaam kar pata hai.</w:t>
      </w:r>
    </w:p>
    <w:p>
      <w:pPr>
        <w:jc w:val="right"/>
      </w:pPr>
      <w:r>
        <w:t>واحد کام کر پاتا ہے۔</w:t>
      </w:r>
    </w:p>
    <w:p>
      <w:r>
        <w:rPr>
          <w:b/>
        </w:rPr>
        <w:t xml:space="preserve">[22:35] </w:t>
      </w:r>
      <w:r>
        <w:t>chahe Pakistan ho, chahe America ho.</w:t>
      </w:r>
    </w:p>
    <w:p>
      <w:pPr>
        <w:jc w:val="right"/>
      </w:pPr>
      <w:r>
        <w:t>چاہے پاکستان ہو، چاہے امریکہ ہو۔</w:t>
      </w:r>
    </w:p>
    <w:p>
      <w:r>
        <w:rPr>
          <w:b/>
        </w:rPr>
        <w:t xml:space="preserve">[22:41] </w:t>
      </w:r>
      <w:r>
        <w:t>yani ailan ko le kar sochen, dawat ko le kar sochen.</w:t>
      </w:r>
    </w:p>
    <w:p>
      <w:pPr>
        <w:jc w:val="right"/>
      </w:pPr>
      <w:r>
        <w:t>یعنی اعلان کو لے کر سوچیں، دعوت کو لے کر سوچیں۔</w:t>
      </w:r>
    </w:p>
    <w:p>
      <w:r>
        <w:rPr>
          <w:b/>
        </w:rPr>
        <w:t xml:space="preserve">[22:45] </w:t>
      </w:r>
      <w:r>
        <w:t>dawat ka matlab hai ailan.</w:t>
      </w:r>
    </w:p>
    <w:p>
      <w:pPr>
        <w:jc w:val="right"/>
      </w:pPr>
      <w:r>
        <w:t>دعوت کا مطلب ہے اعلان۔</w:t>
      </w:r>
    </w:p>
    <w:p>
      <w:r>
        <w:rPr>
          <w:b/>
        </w:rPr>
        <w:t xml:space="preserve">[22:50] </w:t>
      </w:r>
      <w:r>
        <w:t>to woh to peaceful hai har jagah.</w:t>
      </w:r>
    </w:p>
    <w:p>
      <w:pPr>
        <w:jc w:val="right"/>
      </w:pPr>
      <w:r>
        <w:t>تو وہ تو peaceful ہے ہر جگہ۔</w:t>
      </w:r>
    </w:p>
    <w:p>
      <w:r>
        <w:rPr>
          <w:b/>
        </w:rPr>
        <w:t xml:space="preserve">[22:54] </w:t>
      </w:r>
      <w:r>
        <w:t>wahan na ladai hai, na bomb hai, na gun hai.</w:t>
      </w:r>
    </w:p>
    <w:p>
      <w:pPr>
        <w:jc w:val="right"/>
      </w:pPr>
      <w:r>
        <w:t>وہاں نہ لڑائی ہے، نہ بم ہے، نہ گن ہے۔</w:t>
      </w:r>
    </w:p>
    <w:p>
      <w:r>
        <w:rPr>
          <w:b/>
        </w:rPr>
        <w:t xml:space="preserve">[22:59] </w:t>
      </w:r>
      <w:r>
        <w:t>lekin hota yeh hai ke log dawat ka tasawwur in ka nahin hai.</w:t>
      </w:r>
    </w:p>
    <w:p>
      <w:pPr>
        <w:jc w:val="right"/>
      </w:pPr>
      <w:r>
        <w:t>لیکن ہوتا یہ ہے کہ لوگ دعوت کا تصور ان کا نہیں ہے۔</w:t>
      </w:r>
    </w:p>
    <w:p>
      <w:r>
        <w:rPr>
          <w:b/>
        </w:rPr>
        <w:t xml:space="preserve">[23:03] </w:t>
      </w:r>
      <w:r>
        <w:t>anzar tafseer ke tasawwur ka nahin hai.</w:t>
      </w:r>
    </w:p>
    <w:p>
      <w:pPr>
        <w:jc w:val="right"/>
      </w:pPr>
      <w:r>
        <w:t>انظار تفسیر کے تصور کا نہیں ہے۔</w:t>
      </w:r>
    </w:p>
    <w:p>
      <w:r>
        <w:rPr>
          <w:b/>
        </w:rPr>
        <w:t xml:space="preserve">[23:08] </w:t>
      </w:r>
      <w:r>
        <w:t>to har jagah woh koi na koi nikalay gaye hain ke falan dushman hai, is ko maro. falan</w:t>
      </w:r>
    </w:p>
    <w:p>
      <w:pPr>
        <w:jc w:val="right"/>
      </w:pPr>
      <w:r>
        <w:t>تو ہر جگہ وہ کوئی نہ کوئی نکالے گئے ہیں کہ فلاں دشمن ہے، اس کو مارو۔ فلاں</w:t>
      </w:r>
    </w:p>
    <w:p>
      <w:r>
        <w:rPr>
          <w:b/>
        </w:rPr>
        <w:t xml:space="preserve">[23:12] </w:t>
      </w:r>
      <w:r>
        <w:t>Islam ke khilaf hai, is ko qatal karo.</w:t>
      </w:r>
    </w:p>
    <w:p>
      <w:pPr>
        <w:jc w:val="right"/>
      </w:pPr>
      <w:r>
        <w:t>اسلام کے خلاف ہے، اس کو قتل کرو۔</w:t>
      </w:r>
    </w:p>
    <w:p>
      <w:r>
        <w:rPr>
          <w:b/>
        </w:rPr>
        <w:t xml:space="preserve">[23:20] </w:t>
      </w:r>
      <w:r>
        <w:t>to asal baat yeh hai ke logon ne yahi baat nahi jaani ke islam ki bashriyat aik hi hai.</w:t>
      </w:r>
    </w:p>
    <w:p>
      <w:pPr>
        <w:jc w:val="right"/>
      </w:pPr>
      <w:r>
        <w:t>تو اصل بات یہ ہے کہ لوگوں نے یہی بات نہیں جانی کہ اسلام کی بشریت ایک ہی ہے۔</w:t>
      </w:r>
    </w:p>
    <w:p>
      <w:r>
        <w:rPr>
          <w:b/>
        </w:rPr>
        <w:t xml:space="preserve">[23:28] </w:t>
      </w:r>
      <w:r>
        <w:t>koi manta aik hi hai.</w:t>
      </w:r>
    </w:p>
    <w:p>
      <w:pPr>
        <w:jc w:val="right"/>
      </w:pPr>
      <w:r>
        <w:t>کوئی مانتا ایک ہی ہے۔</w:t>
      </w:r>
    </w:p>
    <w:p>
      <w:r>
        <w:rPr>
          <w:b/>
        </w:rPr>
        <w:t xml:space="preserve">[23:36] </w:t>
      </w:r>
      <w:r>
        <w:t>ya in aik hi sachai hai.</w:t>
      </w:r>
    </w:p>
    <w:p>
      <w:pPr>
        <w:jc w:val="right"/>
      </w:pPr>
      <w:r>
        <w:t>یا ان ایک ہی سچائی ہے۔</w:t>
      </w:r>
    </w:p>
    <w:p>
      <w:r>
        <w:rPr>
          <w:b/>
        </w:rPr>
        <w:t xml:space="preserve">[23:44] </w:t>
      </w:r>
      <w:r>
        <w:t>ab woh tauheed hai.</w:t>
      </w:r>
    </w:p>
    <w:p>
      <w:pPr>
        <w:jc w:val="right"/>
      </w:pPr>
      <w:r>
        <w:t>اب وہ توحید ہے۔</w:t>
      </w:r>
    </w:p>
    <w:p>
      <w:r>
        <w:rPr>
          <w:b/>
        </w:rPr>
        <w:t xml:space="preserve">[23:47] </w:t>
      </w:r>
      <w:r>
        <w:t>aur aik hi sachai hai jis ko hamein peaceful andaaz mein ailaan karna hai.</w:t>
      </w:r>
    </w:p>
    <w:p>
      <w:pPr>
        <w:jc w:val="right"/>
      </w:pPr>
      <w:r>
        <w:t>اور ایک ہی سچائی ہے جس کو ہمیں peaceful انداز میں اعلان کرنا ہے۔</w:t>
      </w:r>
    </w:p>
    <w:p>
      <w:r>
        <w:rPr>
          <w:b/>
        </w:rPr>
        <w:t xml:space="preserve">[23:51] </w:t>
      </w:r>
      <w:r>
        <w:t>koi doosri baat pesh aati hai to woh doosre ki taraf se.</w:t>
      </w:r>
    </w:p>
    <w:p>
      <w:pPr>
        <w:jc w:val="right"/>
      </w:pPr>
      <w:r>
        <w:t>کوئی دوسری بات پیش آتی ہے تو وہ دوسرے کی طرف سے۔</w:t>
      </w:r>
    </w:p>
    <w:p>
      <w:r>
        <w:rPr>
          <w:b/>
        </w:rPr>
        <w:t xml:space="preserve">[23:54] </w:t>
      </w:r>
      <w:r>
        <w:t>yaani tashaddud hua rasool Allah ki taraf se nahi hai.</w:t>
      </w:r>
    </w:p>
    <w:p>
      <w:pPr>
        <w:jc w:val="right"/>
      </w:pPr>
      <w:r>
        <w:t>یعنی تشدد ہوا رسول اللہ کی طرف سے نہیں ہے۔</w:t>
      </w:r>
    </w:p>
    <w:p>
      <w:r>
        <w:rPr>
          <w:b/>
        </w:rPr>
        <w:t xml:space="preserve">[23:57] </w:t>
      </w:r>
      <w:r>
        <w:t>doosre ki taraf se hua.</w:t>
      </w:r>
    </w:p>
    <w:p>
      <w:pPr>
        <w:jc w:val="right"/>
      </w:pPr>
      <w:r>
        <w:t>دوسرے کی طرف سے ہوا۔</w:t>
      </w:r>
    </w:p>
    <w:p>
      <w:r>
        <w:rPr>
          <w:b/>
        </w:rPr>
        <w:t xml:space="preserve">[24:01] </w:t>
      </w:r>
      <w:r>
        <w:t>yahan to musalman khud hi tashaddud karte hain.</w:t>
      </w:r>
    </w:p>
    <w:p>
      <w:pPr>
        <w:jc w:val="right"/>
      </w:pPr>
      <w:r>
        <w:t>یہاں تو مسلمان خود ہی تشدد کرتے ہیں۔</w:t>
      </w:r>
    </w:p>
    <w:p>
      <w:r>
        <w:rPr>
          <w:b/>
        </w:rPr>
        <w:t xml:space="preserve">[24:04] </w:t>
      </w:r>
      <w:r>
        <w:t>khud hi bomb maarte hain.</w:t>
      </w:r>
    </w:p>
    <w:p>
      <w:pPr>
        <w:jc w:val="right"/>
      </w:pPr>
      <w:r>
        <w:t>خود ہی بم مارتے ہیں۔</w:t>
      </w:r>
    </w:p>
    <w:p>
      <w:r>
        <w:rPr>
          <w:b/>
        </w:rPr>
        <w:t xml:space="preserve">[24:07] </w:t>
      </w:r>
      <w:r>
        <w:t>khud hi gun chalate hain.</w:t>
      </w:r>
    </w:p>
    <w:p>
      <w:pPr>
        <w:jc w:val="right"/>
      </w:pPr>
      <w:r>
        <w:t>خود ہی گن چلاتے ہیں۔</w:t>
      </w:r>
    </w:p>
    <w:p>
      <w:r>
        <w:rPr>
          <w:b/>
        </w:rPr>
        <w:t xml:space="preserve">[24:11] </w:t>
      </w:r>
      <w:r>
        <w:t>khud hi suicide bomb</w:t>
      </w:r>
    </w:p>
    <w:p>
      <w:pPr>
        <w:jc w:val="right"/>
      </w:pPr>
      <w:r>
        <w:t>خود ہی سوسائیڈ بمب</w:t>
      </w:r>
    </w:p>
    <w:p>
      <w:r>
        <w:rPr>
          <w:b/>
        </w:rPr>
        <w:t xml:space="preserve">[24:14] </w:t>
      </w:r>
      <w:r>
        <w:t>ing karte hain.</w:t>
      </w:r>
    </w:p>
    <w:p>
      <w:pPr>
        <w:jc w:val="right"/>
      </w:pPr>
      <w:r>
        <w:t>نگ کرتے ہیں۔</w:t>
      </w:r>
    </w:p>
    <w:p>
      <w:r>
        <w:rPr>
          <w:b/>
        </w:rPr>
        <w:t xml:space="preserve">[24:18] </w:t>
      </w:r>
      <w:r>
        <w:t>is ki wajah yeh hai ke logon ko pata hi nahi ke kya Allah taala ka kya matloob hai.</w:t>
      </w:r>
    </w:p>
    <w:p>
      <w:pPr>
        <w:jc w:val="right"/>
      </w:pPr>
      <w:r>
        <w:t>اس کی وجہ یہ ہے کہ لوگوں کو پتہ ہی نہیں کہ کیا اللہ تعالیٰ کا کیا مطلوب ہے۔</w:t>
      </w:r>
    </w:p>
    <w:p>
      <w:r>
        <w:rPr>
          <w:b/>
        </w:rPr>
        <w:t xml:space="preserve">[24:23] </w:t>
      </w:r>
      <w:r>
        <w:t>to jab bhi aap ko dawat ka tasawwur ho, inzaar taaseer ka tasawwur ho, ailaan haq ka tasawwur</w:t>
      </w:r>
    </w:p>
    <w:p>
      <w:pPr>
        <w:jc w:val="right"/>
      </w:pPr>
      <w:r>
        <w:t>تو جب بھی آپ کو دعوت کا تصور ہو، انظار تفسیر کا تصور ہو، اعلان حق کا تصور</w:t>
      </w:r>
    </w:p>
    <w:p>
      <w:r>
        <w:rPr>
          <w:b/>
        </w:rPr>
        <w:t xml:space="preserve">[24:27] </w:t>
      </w:r>
      <w:r>
        <w:t>ho to aik hi nishana hoga.</w:t>
      </w:r>
    </w:p>
    <w:p>
      <w:pPr>
        <w:jc w:val="right"/>
      </w:pPr>
      <w:r>
        <w:t>ہو تو ایک ہی نشانہ ہوگا۔</w:t>
      </w:r>
    </w:p>
    <w:p>
      <w:r>
        <w:rPr>
          <w:b/>
        </w:rPr>
        <w:t xml:space="preserve">[24:31] </w:t>
      </w:r>
      <w:r>
        <w:t>is mein koi do hi nahi hogi.</w:t>
      </w:r>
    </w:p>
    <w:p>
      <w:pPr>
        <w:jc w:val="right"/>
      </w:pPr>
      <w:r>
        <w:t>اس میں کوئی دو ہی نہیں ہوگی۔</w:t>
      </w:r>
    </w:p>
    <w:p>
      <w:r>
        <w:rPr>
          <w:b/>
        </w:rPr>
        <w:t xml:space="preserve">[24:35] </w:t>
      </w:r>
      <w:r>
        <w:t>do, teen, chaar, paanch nahi hoga.</w:t>
      </w:r>
    </w:p>
    <w:p>
      <w:pPr>
        <w:jc w:val="right"/>
      </w:pPr>
      <w:r>
        <w:t>دو، تین، چار، پانچ نہیں ہوگا۔</w:t>
      </w:r>
    </w:p>
    <w:p>
      <w:r>
        <w:rPr>
          <w:b/>
        </w:rPr>
        <w:t xml:space="preserve">[24:40] </w:t>
      </w:r>
      <w:r>
        <w:t>kyun ke nishane mein farq bana lete hain</w:t>
      </w:r>
    </w:p>
    <w:p>
      <w:pPr>
        <w:jc w:val="right"/>
      </w:pPr>
      <w:r>
        <w:t>کیونکہ نشانے میں فرق بنا لیتے ہیں</w:t>
      </w:r>
    </w:p>
    <w:p>
      <w:r>
        <w:rPr>
          <w:b/>
        </w:rPr>
        <w:t xml:space="preserve">[24:44] </w:t>
      </w:r>
      <w:r>
        <w:t>log khud se.</w:t>
      </w:r>
    </w:p>
    <w:p>
      <w:pPr>
        <w:jc w:val="right"/>
      </w:pPr>
      <w:r>
        <w:t>لوگ خود سے۔</w:t>
      </w:r>
    </w:p>
    <w:p>
      <w:r>
        <w:rPr>
          <w:b/>
        </w:rPr>
        <w:t xml:space="preserve">[24:54] </w:t>
      </w:r>
      <w:r>
        <w:t>is liye lagta hai ke haan yeh karna hai, wahan woh karna hai.</w:t>
      </w:r>
    </w:p>
    <w:p>
      <w:pPr>
        <w:jc w:val="right"/>
      </w:pPr>
      <w:r>
        <w:t>اس لیے لگتا ہے کہ ہاں یہ کرنا ہے، وہاں وہ کرنا ہے۔</w:t>
      </w:r>
    </w:p>
    <w:p>
      <w:r>
        <w:rPr>
          <w:b/>
        </w:rPr>
        <w:t xml:space="preserve">[25:04] </w:t>
      </w:r>
      <w:r>
        <w:t>mere aziz, aik hi kaam hai, woh hai: "ya rasool Allah, yaani tableegh Allah peaceful tareeqe se." phir</w:t>
      </w:r>
    </w:p>
    <w:p>
      <w:pPr>
        <w:jc w:val="right"/>
      </w:pPr>
      <w:r>
        <w:t>میرے عزیز، ایک ہی کام ہے، وہ ہے: "یا رسول اللہ، یعنی تبلیغ اللہ peaceful طریقے سے۔" پھر</w:t>
      </w:r>
    </w:p>
    <w:p>
      <w:r>
        <w:rPr>
          <w:b/>
        </w:rPr>
        <w:t xml:space="preserve">[25:14] </w:t>
      </w:r>
      <w:r>
        <w:t>yeh sawal khatam ho jayega ke mukhtalif mulkon mein alag alag program, har mulk mein aik hi program.</w:t>
      </w:r>
    </w:p>
    <w:p>
      <w:pPr>
        <w:jc w:val="right"/>
      </w:pPr>
      <w:r>
        <w:t>یہ سوال ختم ہو جائے گا کہ مختلف ملکوں میں الگ الگ program، ہر ملک میں ایک ہی program۔</w:t>
      </w:r>
    </w:p>
    <w:p>
      <w:r>
        <w:rPr>
          <w:b/>
        </w:rPr>
        <w:t xml:space="preserve">[25:24] </w:t>
      </w:r>
      <w:r>
        <w:t>ab woh hai Allah ki jo wahdaniyat hai, is ka ailaan peaceful andaaz se. bas.</w:t>
      </w:r>
    </w:p>
    <w:p>
      <w:pPr>
        <w:jc w:val="right"/>
      </w:pPr>
      <w:r>
        <w:t>اب وہ ہے اللہ کی جو وحدانیت ہے، اس کا اعلان peaceful انداز سے۔ بس۔</w:t>
      </w:r>
    </w:p>
    <w:p>
      <w:r>
        <w:rPr>
          <w:b/>
        </w:rPr>
        <w:t xml:space="preserve">[25:35] </w:t>
      </w:r>
      <w:r>
        <w:t>maulana, agla sawal</w:t>
      </w:r>
    </w:p>
    <w:p>
      <w:pPr>
        <w:jc w:val="right"/>
      </w:pPr>
      <w:r>
        <w:t>مولانا، اگلا سوال</w:t>
      </w:r>
    </w:p>
    <w:p>
      <w:r>
        <w:rPr>
          <w:b/>
        </w:rPr>
        <w:t xml:space="preserve">[25:45] </w:t>
      </w:r>
      <w:r>
        <w:t>waransee UP se daniyal shuaib sahab ne bheja hai.</w:t>
      </w:r>
    </w:p>
    <w:p>
      <w:pPr>
        <w:jc w:val="right"/>
      </w:pPr>
      <w:r>
        <w:t>وارنسی یو پی سے دانیال شعیب صاحب نے بھیجا ہے۔</w:t>
      </w:r>
    </w:p>
    <w:p>
      <w:r>
        <w:rPr>
          <w:b/>
        </w:rPr>
        <w:t xml:space="preserve">[25:50] </w:t>
      </w:r>
      <w:r>
        <w:t>unhon ne aap se poocha hai ke "What are major differences between shia and Sunni?</w:t>
      </w:r>
    </w:p>
    <w:p>
      <w:pPr>
        <w:jc w:val="right"/>
      </w:pPr>
      <w:r>
        <w:t>انہوں نے آپ سے پوچھا ہے کہ "What are major differences between شیعہ and Sunni?</w:t>
      </w:r>
    </w:p>
    <w:p>
      <w:r>
        <w:rPr>
          <w:b/>
        </w:rPr>
        <w:t xml:space="preserve">[25:55] </w:t>
      </w:r>
      <w:r>
        <w:t>some people say that shia will not go to Jannah.</w:t>
      </w:r>
    </w:p>
    <w:p>
      <w:pPr>
        <w:jc w:val="right"/>
      </w:pPr>
      <w:r>
        <w:t>Some people say that شیعہ will not go to Jannah.</w:t>
      </w:r>
    </w:p>
    <w:p>
      <w:r>
        <w:rPr>
          <w:b/>
        </w:rPr>
        <w:t xml:space="preserve">[26:01] </w:t>
      </w:r>
      <w:r>
        <w:t>What is your opinion?" nahin, yeh bilkul galat baat hai.</w:t>
      </w:r>
    </w:p>
    <w:p>
      <w:pPr>
        <w:jc w:val="right"/>
      </w:pPr>
      <w:r>
        <w:t>What is your opinion?" نہیں، یہ بالکل غلط بات ہے۔</w:t>
      </w:r>
    </w:p>
    <w:p>
      <w:r>
        <w:rPr>
          <w:b/>
        </w:rPr>
        <w:t xml:space="preserve">[26:06] </w:t>
      </w:r>
      <w:r>
        <w:t>shia sunni mein koi major difference hai hi nahin.</w:t>
      </w:r>
    </w:p>
    <w:p>
      <w:pPr>
        <w:jc w:val="right"/>
      </w:pPr>
      <w:r>
        <w:t>شیعہ سنی میں کوئی major difference ہے ہی نہیں۔</w:t>
      </w:r>
    </w:p>
    <w:p>
      <w:r>
        <w:rPr>
          <w:b/>
        </w:rPr>
        <w:t xml:space="preserve">[26:11] </w:t>
      </w:r>
      <w:r>
        <w:t>waise hi jaise</w:t>
      </w:r>
    </w:p>
    <w:p>
      <w:pPr>
        <w:jc w:val="right"/>
      </w:pPr>
      <w:r>
        <w:t>ویسے ہی جیسے</w:t>
      </w:r>
    </w:p>
    <w:p>
      <w:r>
        <w:rPr>
          <w:b/>
        </w:rPr>
        <w:t xml:space="preserve">[26:16] </w:t>
      </w:r>
      <w:r>
        <w:t>char fuqaha ka hai. kyunke dekhiye, maine is par bohat tehqeeq ki. to Shia bhi isi Quran ko mante hain jis ko Sunni mante hain. Shia bhi Hadees ki unhi kitabon ko mante hain jo Sunni mante hain. Shia bhi Sirat-e-Rasool ki unhi kitabon ko mante hain jo mante hain. ab interpretation alag ho jata hai. Interpretation to alag ho</w:t>
      </w:r>
    </w:p>
    <w:p>
      <w:pPr>
        <w:jc w:val="right"/>
      </w:pPr>
      <w:r>
        <w:t>چار فقہاء کا ہے۔ کیونکہ دیکھیے، میں نے اس پر بہت تحقیق کی۔ تو شیعہ بھی اسی قرآن کو مانتے ہیں جس کو سنی مانتے ہیں۔ شیعہ بھی حدیث کی انہی کتابوں کو مانتے ہیں جو سنی مانتے ہیں۔ شیعہ بھی سیرت رسول کی انہی کتابوں کو مانتے ہیں جو مانتے ہیں۔ اب interpretation الگ ہو جاتا ہے۔ Interpretation تو الگ ہو</w:t>
      </w:r>
    </w:p>
    <w:p>
      <w:r>
        <w:rPr>
          <w:b/>
        </w:rPr>
        <w:t xml:space="preserve">[26:46] </w:t>
      </w:r>
      <w:r>
        <w:t>jayega. to jo farq hai, ikhtilaf nahi, farq woh interpretation ke aitbar se hai. koi real difference ke aitbar se nahi hai. kyunke jab Quran ek hai, Hadees ek hai, Rasool ek hai to real difference kaise hoga? baqi kuch extremist hote hain, woh har jagah hain. Sunniyon mein bhi extremist hain aur Shiyon mein bhi hain.</w:t>
      </w:r>
    </w:p>
    <w:p>
      <w:pPr>
        <w:jc w:val="right"/>
      </w:pPr>
      <w:r>
        <w:t>جائے گا۔ تو جو فرق ہے، اختلاف نہیں، فرق وہ interpretation کے اعتبار سے ہے۔ کوئی real difference کے اعتبار سے نہیں ہے۔ کیونکہ جب قرآن ایک ہے، حدیث ایک ہے، رسول ایک ہے تو real difference کیسے ہوگا؟ باقی کچھ extremist ہوتے ہیں، وہ ہر جگہ ہیں۔ سنیوں میں بھی extremist ہیں اور شیعوں میں بھی ہیں۔</w:t>
      </w:r>
    </w:p>
    <w:p>
      <w:r>
        <w:rPr>
          <w:b/>
        </w:rPr>
        <w:t xml:space="preserve">[27:16] </w:t>
      </w:r>
      <w:r>
        <w:t>to kuch extremist hote hain, un ka case alag hai.</w:t>
      </w:r>
    </w:p>
    <w:p>
      <w:pPr>
        <w:jc w:val="right"/>
      </w:pPr>
      <w:r>
        <w:t>تو کچھ extremist ہوتے ہیں، ان کا case الگ ہے۔</w:t>
      </w:r>
    </w:p>
    <w:p>
      <w:r>
        <w:rPr>
          <w:b/>
        </w:rPr>
        <w:t xml:space="preserve">[27:21] </w:t>
      </w:r>
      <w:r>
        <w:t>jo real shia aur real sunni ka muamla hai to woh same rasool, same hadith, same quran.</w:t>
      </w:r>
    </w:p>
    <w:p>
      <w:pPr>
        <w:jc w:val="right"/>
      </w:pPr>
      <w:r>
        <w:t>جو real شیعہ اور real سنی کا معاملہ ہے تو وہ same رسول، same حدیث، same قرآن۔</w:t>
      </w:r>
    </w:p>
    <w:p>
      <w:r>
        <w:rPr>
          <w:b/>
        </w:rPr>
        <w:t xml:space="preserve">[27:26] </w:t>
      </w:r>
      <w:r>
        <w:t>farq hai interpretation ka.</w:t>
      </w:r>
    </w:p>
    <w:p>
      <w:pPr>
        <w:jc w:val="right"/>
      </w:pPr>
      <w:r>
        <w:t>فرق ہے interpretation کا۔</w:t>
      </w:r>
    </w:p>
    <w:p>
      <w:r>
        <w:rPr>
          <w:b/>
        </w:rPr>
        <w:t xml:space="preserve">[27:31] </w:t>
      </w:r>
      <w:r>
        <w:t>interpretation to mere aap ke darmiyan ho sakta hai.</w:t>
      </w:r>
    </w:p>
    <w:p>
      <w:pPr>
        <w:jc w:val="right"/>
      </w:pPr>
      <w:r>
        <w:t>Interpretation تو میرے آپ کے درمیان ہو سکتا ہے۔</w:t>
      </w:r>
    </w:p>
    <w:p>
      <w:r>
        <w:rPr>
          <w:b/>
        </w:rPr>
        <w:t xml:space="preserve">[27:36] </w:t>
      </w:r>
      <w:r>
        <w:t>is ko hum nahin kahengay ke woh jannat mein jaega, woh jahannum mein jaega.</w:t>
      </w:r>
    </w:p>
    <w:p>
      <w:pPr>
        <w:jc w:val="right"/>
      </w:pPr>
      <w:r>
        <w:t>اس کو ہم نہیں کہیں گے کہ وہ جنت میں جائے گا، وہ جہنم میں جائے گا۔</w:t>
      </w:r>
    </w:p>
    <w:p>
      <w:r>
        <w:rPr>
          <w:b/>
        </w:rPr>
        <w:t xml:space="preserve">[27:41] </w:t>
      </w:r>
      <w:r>
        <w:t>jannat aur jahannum ka talluq is se nahin ke k</w:t>
      </w:r>
    </w:p>
    <w:p>
      <w:pPr>
        <w:jc w:val="right"/>
      </w:pPr>
      <w:r>
        <w:t>جنت اور جہنم کا تعلق اس سے نہیں کہ ک</w:t>
      </w:r>
    </w:p>
    <w:p>
      <w:r>
        <w:rPr>
          <w:b/>
        </w:rPr>
        <w:t xml:space="preserve">[27:46] </w:t>
      </w:r>
      <w:r>
        <w:t>un shia tha, kaun sunni tha. har giz nahin.</w:t>
      </w:r>
    </w:p>
    <w:p>
      <w:pPr>
        <w:jc w:val="right"/>
      </w:pPr>
      <w:r>
        <w:t>ون شیعہ تھا، کون سنی تھا۔ ہرگز نہیں۔</w:t>
      </w:r>
    </w:p>
    <w:p>
      <w:r>
        <w:rPr>
          <w:b/>
        </w:rPr>
        <w:t xml:space="preserve">[27:51] </w:t>
      </w:r>
      <w:r>
        <w:t>zalka jaza man tazka.</w:t>
      </w:r>
    </w:p>
    <w:p>
      <w:pPr>
        <w:jc w:val="right"/>
      </w:pPr>
      <w:r>
        <w:t>ذالک جزا من تزکا۔</w:t>
      </w:r>
    </w:p>
    <w:p>
      <w:r>
        <w:rPr>
          <w:b/>
        </w:rPr>
        <w:t xml:space="preserve">[27:56] </w:t>
      </w:r>
      <w:r>
        <w:t>jis ne apna tazkiya kiya, woh jannat mein jaega. bas.</w:t>
      </w:r>
    </w:p>
    <w:p>
      <w:pPr>
        <w:jc w:val="right"/>
      </w:pPr>
      <w:r>
        <w:t>جس نے اپنا تزکیہ کیا، وہ جنت میں جائے گا۔ بس۔</w:t>
      </w:r>
    </w:p>
    <w:p>
      <w:r>
        <w:rPr>
          <w:b/>
        </w:rPr>
        <w:t xml:space="preserve">[28:01] </w:t>
      </w:r>
      <w:r>
        <w:t>shia aur sunni se is ka koi talluq nahin hai.</w:t>
      </w:r>
    </w:p>
    <w:p>
      <w:pPr>
        <w:jc w:val="right"/>
      </w:pPr>
      <w:r>
        <w:t>شیعہ اور سنی سے اس کا کوئی تعلق نہیں ہے۔</w:t>
      </w:r>
    </w:p>
    <w:p>
      <w:r>
        <w:rPr>
          <w:b/>
        </w:rPr>
        <w:t xml:space="preserve">[28:06] </w:t>
      </w:r>
      <w:r>
        <w:t>maulana, do logon ne ek hi sawal bheja hai to hum dono parhte hain.</w:t>
      </w:r>
    </w:p>
    <w:p>
      <w:pPr>
        <w:jc w:val="right"/>
      </w:pPr>
      <w:r>
        <w:t>مولانا، دو لوگوں نے ایک ہی سوال بھیجا ہے تو ہم دونوں پڑھتے ہیں۔</w:t>
      </w:r>
    </w:p>
    <w:p>
      <w:r>
        <w:rPr>
          <w:b/>
        </w:rPr>
        <w:t xml:space="preserve">[28:11] </w:t>
      </w:r>
      <w:r>
        <w:t>yeh pehla sawal bheja hai wajdan s</w:t>
      </w:r>
    </w:p>
    <w:p>
      <w:pPr>
        <w:jc w:val="right"/>
      </w:pPr>
      <w:r>
        <w:t>یہ پہلا سوال بھیجا ہے وجدان س</w:t>
      </w:r>
    </w:p>
    <w:p>
      <w:r>
        <w:rPr>
          <w:b/>
        </w:rPr>
        <w:t xml:space="preserve">[28:16] </w:t>
      </w:r>
      <w:r>
        <w:t>leem sahab ne dilli se aur unhon ne likha hai ke "How can we all live peacefully?</w:t>
      </w:r>
    </w:p>
    <w:p>
      <w:pPr>
        <w:jc w:val="right"/>
      </w:pPr>
      <w:r>
        <w:t>لیم صاحب نے دلی سے اور انہوں نے لکھا ہے کہ "How can we all live peacefully?</w:t>
      </w:r>
    </w:p>
    <w:p>
      <w:r>
        <w:rPr>
          <w:b/>
        </w:rPr>
        <w:t xml:space="preserve">[28:23] </w:t>
      </w:r>
      <w:r>
        <w:t>That is all the sects live peacefully.</w:t>
      </w:r>
    </w:p>
    <w:p>
      <w:pPr>
        <w:jc w:val="right"/>
      </w:pPr>
      <w:r>
        <w:t>That is all the sex live peacefully.</w:t>
      </w:r>
    </w:p>
    <w:p>
      <w:r>
        <w:rPr>
          <w:b/>
        </w:rPr>
        <w:t xml:space="preserve">[28:29] </w:t>
      </w:r>
      <w:r>
        <w:t>What is the way that you would suggest?" aur muhammad talat aziz sahab ne bhi isi tareeqay ke</w:t>
      </w:r>
    </w:p>
    <w:p>
      <w:pPr>
        <w:jc w:val="right"/>
      </w:pPr>
      <w:r>
        <w:t>What is the way that you would suggest?" اور محمد طلعت عزیز صاحب نے بھی اسی طریقے کے</w:t>
      </w:r>
    </w:p>
    <w:p>
      <w:r>
        <w:rPr>
          <w:b/>
        </w:rPr>
        <w:t xml:space="preserve">[28:36] </w:t>
      </w:r>
      <w:r>
        <w:t>sawal poocha hai ke maulana sahab "How can we all be united under one shade?</w:t>
      </w:r>
    </w:p>
    <w:p>
      <w:pPr>
        <w:jc w:val="right"/>
      </w:pPr>
      <w:r>
        <w:t>سوال پوچھا ہے کہ مولانا صاحب "How can we all be united under one shade?</w:t>
      </w:r>
    </w:p>
    <w:p>
      <w:r>
        <w:rPr>
          <w:b/>
        </w:rPr>
        <w:t xml:space="preserve">[28:42] </w:t>
      </w:r>
      <w:r>
        <w:t>What tips will you like to give to the Muslims?"</w:t>
      </w:r>
    </w:p>
    <w:p>
      <w:pPr>
        <w:jc w:val="right"/>
      </w:pPr>
      <w:r>
        <w:t>What tips will you like to give to the Muslims?"</w:t>
      </w:r>
    </w:p>
    <w:p>
      <w:r>
        <w:rPr>
          <w:b/>
        </w:rPr>
        <w:t xml:space="preserve">[28:49] </w:t>
      </w:r>
      <w:r>
        <w:t>yeh bhi how ka kya sawal hai? peaceful tareeqay ke zariye? how ki baat kar rahe hain? dekhiye,</w:t>
      </w:r>
    </w:p>
    <w:p>
      <w:pPr>
        <w:jc w:val="right"/>
      </w:pPr>
      <w:r>
        <w:t>یہ بھی how کا کیا سوال ہے؟ Peaceful طریقے کے ذریعے؟ How کی بات کر رہے ہیں؟ دیکھیے،</w:t>
      </w:r>
    </w:p>
    <w:p>
      <w:r>
        <w:rPr>
          <w:b/>
        </w:rPr>
        <w:t xml:space="preserve">[28:54] </w:t>
      </w:r>
      <w:r>
        <w:t>hamesha tashaddud hota hai.</w:t>
      </w:r>
    </w:p>
    <w:p>
      <w:pPr>
        <w:jc w:val="right"/>
      </w:pPr>
      <w:r>
        <w:t>ہمیشہ تشدد ہوتا ہے۔</w:t>
      </w:r>
    </w:p>
    <w:p>
      <w:r>
        <w:rPr>
          <w:b/>
        </w:rPr>
        <w:t xml:space="preserve">[28:59] </w:t>
      </w:r>
      <w:r>
        <w:t>extremist sochne ki rai alag alag ho, is se nahin aata.</w:t>
      </w:r>
    </w:p>
    <w:p>
      <w:pPr>
        <w:jc w:val="right"/>
      </w:pPr>
      <w:r>
        <w:t>Extremist سوچنے کی رائے الگ الگ ہو، اس سے نہیں آتا۔</w:t>
      </w:r>
    </w:p>
    <w:p>
      <w:r>
        <w:rPr>
          <w:b/>
        </w:rPr>
        <w:t xml:space="preserve">[29:04] </w:t>
      </w:r>
      <w:r>
        <w:t>sahaba mein sochne ki rai alag alag thi.</w:t>
      </w:r>
    </w:p>
    <w:p>
      <w:pPr>
        <w:jc w:val="right"/>
      </w:pPr>
      <w:r>
        <w:t>صحابہ میں سوچنے کی رائے الگ الگ تھی۔</w:t>
      </w:r>
    </w:p>
    <w:p>
      <w:r>
        <w:rPr>
          <w:b/>
        </w:rPr>
        <w:t xml:space="preserve">[29:09] </w:t>
      </w:r>
      <w:r>
        <w:t>hata ke do peghambar ek waqt mein dunya mein the, tab bhi ikhtilaf rai ho jata tha.</w:t>
      </w:r>
    </w:p>
    <w:p>
      <w:pPr>
        <w:jc w:val="right"/>
      </w:pPr>
      <w:r>
        <w:t>حتیٰ کہ دو پیغمبر ایک وقت میں دنیا میں تھے، تب بھی اختلاف رائے ہو جاتا تھا۔</w:t>
      </w:r>
    </w:p>
    <w:p>
      <w:r>
        <w:rPr>
          <w:b/>
        </w:rPr>
        <w:t xml:space="preserve">[29:14] </w:t>
      </w:r>
      <w:r>
        <w:t>jaise hazrat haroon</w:t>
      </w:r>
    </w:p>
    <w:p>
      <w:pPr>
        <w:jc w:val="right"/>
      </w:pPr>
      <w:r>
        <w:t>جیسے حضرت ہارون</w:t>
      </w:r>
    </w:p>
    <w:p>
      <w:r>
        <w:rPr>
          <w:b/>
        </w:rPr>
        <w:t xml:space="preserve">[29:19] </w:t>
      </w:r>
      <w:r>
        <w:t>aur hazrat moosa.</w:t>
      </w:r>
    </w:p>
    <w:p>
      <w:pPr>
        <w:jc w:val="right"/>
      </w:pPr>
      <w:r>
        <w:t>اور حضرت موسیٰ۔</w:t>
      </w:r>
    </w:p>
    <w:p>
      <w:r>
        <w:rPr>
          <w:b/>
        </w:rPr>
        <w:t xml:space="preserve">[29:22] </w:t>
      </w:r>
      <w:r>
        <w:t>to rai mein ikhtilaf se koi talluq nahi hai is ka.</w:t>
      </w:r>
    </w:p>
    <w:p>
      <w:pPr>
        <w:jc w:val="right"/>
      </w:pPr>
      <w:r>
        <w:t>تو رائے میں اختلاف سے کوئی تعلق نہیں ہے اس کا۔</w:t>
      </w:r>
    </w:p>
    <w:p>
      <w:r>
        <w:rPr>
          <w:b/>
        </w:rPr>
        <w:t xml:space="preserve">[29:26] </w:t>
      </w:r>
      <w:r>
        <w:t>is ka talluq hai extremism se.</w:t>
      </w:r>
    </w:p>
    <w:p>
      <w:pPr>
        <w:jc w:val="right"/>
      </w:pPr>
      <w:r>
        <w:t>اس کا تعلق ہے extremism سے۔</w:t>
      </w:r>
    </w:p>
    <w:p>
      <w:r>
        <w:rPr>
          <w:b/>
        </w:rPr>
        <w:t xml:space="preserve">[29:29] </w:t>
      </w:r>
      <w:r>
        <w:t>is ko ghulu kaha gaya hai.</w:t>
      </w:r>
    </w:p>
    <w:p>
      <w:pPr>
        <w:jc w:val="right"/>
      </w:pPr>
      <w:r>
        <w:t>اس کو غلو کہا گیا ہے۔</w:t>
      </w:r>
    </w:p>
    <w:p>
      <w:r>
        <w:rPr>
          <w:b/>
        </w:rPr>
        <w:t xml:space="preserve">[29:32] </w:t>
      </w:r>
      <w:r>
        <w:t>to asal masla yeh sab hai hi nahi ke masle ka ikhtilaf, rai ka ikhtilaf, misaal ka ikhtilaf,</w:t>
      </w:r>
    </w:p>
    <w:p>
      <w:pPr>
        <w:jc w:val="right"/>
      </w:pPr>
      <w:r>
        <w:t>تو اصل مسئلہ یہ سب ہے ہی نہیں کہ مسئلے کا اختلاف، رائے کا اختلاف، مثال کا اختلاف،</w:t>
      </w:r>
    </w:p>
    <w:p>
      <w:r>
        <w:rPr>
          <w:b/>
        </w:rPr>
        <w:t xml:space="preserve">[29:36] </w:t>
      </w:r>
      <w:r>
        <w:t>yeh sab hai hi nahi.</w:t>
      </w:r>
    </w:p>
    <w:p>
      <w:pPr>
        <w:jc w:val="right"/>
      </w:pPr>
      <w:r>
        <w:t>یہ سب ہے ہی نہیں۔</w:t>
      </w:r>
    </w:p>
    <w:p>
      <w:r>
        <w:rPr>
          <w:b/>
        </w:rPr>
        <w:t xml:space="preserve">[29:39] </w:t>
      </w:r>
      <w:r>
        <w:t>masla hai tashaddud.</w:t>
      </w:r>
    </w:p>
    <w:p>
      <w:pPr>
        <w:jc w:val="right"/>
      </w:pPr>
      <w:r>
        <w:t>مسئلہ ہے تشدد۔</w:t>
      </w:r>
    </w:p>
    <w:p>
      <w:r>
        <w:rPr>
          <w:b/>
        </w:rPr>
        <w:t xml:space="preserve">[29:43] </w:t>
      </w:r>
      <w:r>
        <w:t>woh masla hai extremism, ghulu.</w:t>
      </w:r>
    </w:p>
    <w:p>
      <w:pPr>
        <w:jc w:val="right"/>
      </w:pPr>
      <w:r>
        <w:t>وہ مسئلہ ہے extremism، غلو۔</w:t>
      </w:r>
    </w:p>
    <w:p>
      <w:r>
        <w:rPr>
          <w:b/>
        </w:rPr>
        <w:t xml:space="preserve">[29:46] </w:t>
      </w:r>
      <w:r>
        <w:t>aap ghulu mat kijiye.</w:t>
      </w:r>
    </w:p>
    <w:p>
      <w:pPr>
        <w:jc w:val="right"/>
      </w:pPr>
      <w:r>
        <w:t>آپ غلو مت کیجیے۔</w:t>
      </w:r>
    </w:p>
    <w:p>
      <w:r>
        <w:rPr>
          <w:b/>
        </w:rPr>
        <w:t xml:space="preserve">[29:50] </w:t>
      </w:r>
      <w:r>
        <w:t>Extremist na baniye. to sab peace hi peace hai. sab peace hi peace hai. yeh galat soch hai ke rai ke ikhtilaf se tashaddud aata hai. tashaddud aata hai ghulu se, jis ko kehte hain extremism. Maulana, agla sawal Riyaz Bha</w:t>
      </w:r>
    </w:p>
    <w:p>
      <w:pPr>
        <w:jc w:val="right"/>
      </w:pPr>
      <w:r>
        <w:t>Extremist نہ بنیے۔ تو سب پیس ہی پیس ہے۔ سب پیس ہی پیس ہے۔ یہ غلط سوچ ہے کہ رائے کے اختلاف سے تشدد آتا ہے۔ تشدد آتا ہے غلو سے، جس کو کہتے ہیں extremism۔ مولانا، اگلا سوال ریاض بھ</w:t>
      </w:r>
    </w:p>
    <w:p>
      <w:r>
        <w:rPr>
          <w:b/>
        </w:rPr>
        <w:t xml:space="preserve">[30:20] </w:t>
      </w:r>
      <w:r>
        <w:t>t sahib ne srinagar se bheja hai.</w:t>
      </w:r>
    </w:p>
    <w:p>
      <w:pPr>
        <w:jc w:val="right"/>
      </w:pPr>
      <w:r>
        <w:t>ٹ صاحب نے سری نگر سے بھیجا ہے۔</w:t>
      </w:r>
    </w:p>
    <w:p>
      <w:r>
        <w:rPr>
          <w:b/>
        </w:rPr>
        <w:t xml:space="preserve">[30:25] </w:t>
      </w:r>
      <w:r>
        <w:t>unhon ne likha hai: "Some of my friends have an opinion that Islamic sharia is actually reformed Arab tribal law.</w:t>
      </w:r>
    </w:p>
    <w:p>
      <w:pPr>
        <w:jc w:val="right"/>
      </w:pPr>
      <w:r>
        <w:t>انہوں نے لکھا ہے: "Some of my friends have an opinion that Islamic شریعہ is actually reformed Arab tribal law.</w:t>
      </w:r>
    </w:p>
    <w:p>
      <w:r>
        <w:rPr>
          <w:b/>
        </w:rPr>
        <w:t xml:space="preserve">[30:30] </w:t>
      </w:r>
      <w:r>
        <w:t>What is your opinion, Maulana sahib, on this?" nahi, sab yeh sab bilkul ghair ilmi sawal bhi hai,</w:t>
      </w:r>
    </w:p>
    <w:p>
      <w:pPr>
        <w:jc w:val="right"/>
      </w:pPr>
      <w:r>
        <w:t>What is your opinion, مولانا صاحب, on this?" نہیں، سب یہ سب بالکل غیر علمی سوال بھی ہے،</w:t>
      </w:r>
    </w:p>
    <w:p>
      <w:r>
        <w:rPr>
          <w:b/>
        </w:rPr>
        <w:t xml:space="preserve">[30:35] </w:t>
      </w:r>
      <w:r>
        <w:t>ghair ilmi jawab bhi hai.</w:t>
      </w:r>
    </w:p>
    <w:p>
      <w:pPr>
        <w:jc w:val="right"/>
      </w:pPr>
      <w:r>
        <w:t>غیر علمی جواب بھی ہے۔</w:t>
      </w:r>
    </w:p>
    <w:p>
      <w:r>
        <w:rPr>
          <w:b/>
        </w:rPr>
        <w:t xml:space="preserve">[30:40] </w:t>
      </w:r>
      <w:r>
        <w:t>sharia wahi hai.</w:t>
      </w:r>
    </w:p>
    <w:p>
      <w:pPr>
        <w:jc w:val="right"/>
      </w:pPr>
      <w:r>
        <w:t>شریعہ وہی ہے۔</w:t>
      </w:r>
    </w:p>
    <w:p>
      <w:r>
        <w:rPr>
          <w:b/>
        </w:rPr>
        <w:t xml:space="preserve">[30:45] </w:t>
      </w:r>
      <w:r>
        <w:t>sharia ka jo</w:t>
      </w:r>
    </w:p>
    <w:p>
      <w:pPr>
        <w:jc w:val="right"/>
      </w:pPr>
      <w:r>
        <w:t>شریعہ کا جو</w:t>
      </w:r>
    </w:p>
    <w:p>
      <w:r>
        <w:rPr>
          <w:b/>
        </w:rPr>
        <w:t xml:space="preserve">[30:50] </w:t>
      </w:r>
      <w:r>
        <w:t>nikala hai, jo un jamaaton ne jo islami nizam ki alambardar hain, woh to ghulu ka case hai.</w:t>
      </w:r>
    </w:p>
    <w:p>
      <w:pPr>
        <w:jc w:val="right"/>
      </w:pPr>
      <w:r>
        <w:t>نکالا ہے، جو ان جماعتوں نے جو اسلامی نظام کی علمبردار ہیں، وہ تو غلو کا case ہے۔</w:t>
      </w:r>
    </w:p>
    <w:p>
      <w:r>
        <w:rPr>
          <w:b/>
        </w:rPr>
        <w:t xml:space="preserve">[30:58] </w:t>
      </w:r>
      <w:r>
        <w:t>un ka jo tasawwur shariat ka, woh ghulu ka case hai.</w:t>
      </w:r>
    </w:p>
    <w:p>
      <w:pPr>
        <w:jc w:val="right"/>
      </w:pPr>
      <w:r>
        <w:t>ان کا جو تصور شریعت کا، وہ غلو کا case ہے۔</w:t>
      </w:r>
    </w:p>
    <w:p>
      <w:r>
        <w:rPr>
          <w:b/>
        </w:rPr>
        <w:t xml:space="preserve">[31:05] </w:t>
      </w:r>
      <w:r>
        <w:t>warna shariat kya hai? jo quran o hadith mein wohi shariat hai? yeh tribal se kya talluq hai?</w:t>
      </w:r>
    </w:p>
    <w:p>
      <w:pPr>
        <w:jc w:val="right"/>
      </w:pPr>
      <w:r>
        <w:t>ورنہ شریعت کیا ہے؟ جو قرآن و حدیث میں وہی شریعت ہے؟ یہ tribal سے کیا تعلق ہے؟</w:t>
      </w:r>
    </w:p>
    <w:p>
      <w:r>
        <w:rPr>
          <w:b/>
        </w:rPr>
        <w:t xml:space="preserve">[31:13] </w:t>
      </w:r>
      <w:r>
        <w:t>shariat jo hai, is ka koi yani is ka koi talluq</w:t>
      </w:r>
    </w:p>
    <w:p>
      <w:pPr>
        <w:jc w:val="right"/>
      </w:pPr>
      <w:r>
        <w:t>شریعت جو ہے، اس کا کوئی یعنی اس کا کوئی تعلق</w:t>
      </w:r>
    </w:p>
    <w:p>
      <w:r>
        <w:rPr>
          <w:b/>
        </w:rPr>
        <w:t xml:space="preserve">[31:21] </w:t>
      </w:r>
      <w:r>
        <w:t>tribal culture se nahi hai.</w:t>
      </w:r>
    </w:p>
    <w:p>
      <w:pPr>
        <w:jc w:val="right"/>
      </w:pPr>
      <w:r>
        <w:t>tribal culture سے نہیں ہے۔</w:t>
      </w:r>
    </w:p>
    <w:p>
      <w:r>
        <w:rPr>
          <w:b/>
        </w:rPr>
        <w:t xml:space="preserve">[31:27] </w:t>
      </w:r>
      <w:r>
        <w:t>woh woh wahi hai ke woh shariat mein, yani hadith mein ya quran mein jo baatein kahi gayi</w:t>
      </w:r>
    </w:p>
    <w:p>
      <w:pPr>
        <w:jc w:val="right"/>
      </w:pPr>
      <w:r>
        <w:t>وہ وہ وہی ہے کہ وہ شریعت میں، یعنی حدیث میں یا قرآن میں جو باتیں کہی گئی</w:t>
      </w:r>
    </w:p>
    <w:p>
      <w:r>
        <w:rPr>
          <w:b/>
        </w:rPr>
        <w:t xml:space="preserve">[31:33] </w:t>
      </w:r>
      <w:r>
        <w:t>hain, wohi shariat hai.</w:t>
      </w:r>
    </w:p>
    <w:p>
      <w:pPr>
        <w:jc w:val="right"/>
      </w:pPr>
      <w:r>
        <w:t>ہیں، وہی شریعت ہے۔</w:t>
      </w:r>
    </w:p>
    <w:p>
      <w:r>
        <w:rPr>
          <w:b/>
        </w:rPr>
        <w:t xml:space="preserve">[31:39] </w:t>
      </w:r>
      <w:r>
        <w:t>yeh to bilkul hi yani yeh yeh baatein jo kahi jati hain ke shariat jo hai, woh tribal</w:t>
      </w:r>
    </w:p>
    <w:p>
      <w:pPr>
        <w:jc w:val="right"/>
      </w:pPr>
      <w:r>
        <w:t>یہ تو بالکل ہی یعنی یہ یہ باتیں جو کہی جاتی ہیں کہ شریعت جو ہے، وہ tribal</w:t>
      </w:r>
    </w:p>
    <w:p>
      <w:r>
        <w:rPr>
          <w:b/>
        </w:rPr>
        <w:t xml:space="preserve">[31:45] </w:t>
      </w:r>
      <w:r>
        <w:t>laws se talluq hai, is ka yeh bilkul</w:t>
      </w:r>
    </w:p>
    <w:p>
      <w:pPr>
        <w:jc w:val="right"/>
      </w:pPr>
      <w:r>
        <w:t>laws سے تعلق ہے، اس کا یہ بالکل</w:t>
      </w:r>
    </w:p>
    <w:p>
      <w:r>
        <w:rPr>
          <w:b/>
        </w:rPr>
        <w:t xml:space="preserve">[31:51] </w:t>
      </w:r>
      <w:r>
        <w:t>bilkul baseless baatein hain.</w:t>
      </w:r>
    </w:p>
    <w:p>
      <w:pPr>
        <w:jc w:val="right"/>
      </w:pPr>
      <w:r>
        <w:t>بالکل baseless باتیں ہیں۔</w:t>
      </w:r>
    </w:p>
    <w:p>
      <w:r>
        <w:rPr>
          <w:b/>
        </w:rPr>
        <w:t xml:space="preserve">[31:57] </w:t>
      </w:r>
      <w:r>
        <w:t>khwamkhwah ki baatein hain.</w:t>
      </w:r>
    </w:p>
    <w:p>
      <w:pPr>
        <w:jc w:val="right"/>
      </w:pPr>
      <w:r>
        <w:t>خوامخواہ کی باتیں ہیں۔</w:t>
      </w:r>
    </w:p>
    <w:p>
      <w:r>
        <w:rPr>
          <w:b/>
        </w:rPr>
        <w:t xml:space="preserve">[32:03] </w:t>
      </w:r>
      <w:r>
        <w:t>maulana, agla sawal yoot maharashtra se farhan khan sahab ne bheja hai.</w:t>
      </w:r>
    </w:p>
    <w:p>
      <w:pPr>
        <w:jc w:val="right"/>
      </w:pPr>
      <w:r>
        <w:t>مولانا، اگلا سوال یوت مل مہاراشٹر سے فرحان خان صاحب نے بھیجا ہے۔</w:t>
      </w:r>
    </w:p>
    <w:p>
      <w:r>
        <w:rPr>
          <w:b/>
        </w:rPr>
        <w:t xml:space="preserve">[32:09] </w:t>
      </w:r>
      <w:r>
        <w:t>unhon ne likha hai ke maulana sahab, maujooda daur mein musalmanon ke barhte zulm ka zimmedar kaun</w:t>
      </w:r>
    </w:p>
    <w:p>
      <w:pPr>
        <w:jc w:val="right"/>
      </w:pPr>
      <w:r>
        <w:t>انہوں نے لکھا ہے کہ مولانا صاحب، موجودہ دور میں مسلمانوں کے بڑھتے ظلم کا ذمہ دار کون</w:t>
      </w:r>
    </w:p>
    <w:p>
      <w:r>
        <w:rPr>
          <w:b/>
        </w:rPr>
        <w:t xml:space="preserve">[32:15] </w:t>
      </w:r>
      <w:r>
        <w:t>hoga? aur is masle ka hal bhi aap hum sab ko bataiye. zulm? ji.</w:t>
      </w:r>
    </w:p>
    <w:p>
      <w:pPr>
        <w:jc w:val="right"/>
      </w:pPr>
      <w:r>
        <w:t>ہوگا؟ اور اس مسئلے کا حل بھی آپ ہم سب کو بتائیے۔ ظلم؟ جی۔</w:t>
      </w:r>
    </w:p>
    <w:p>
      <w:r>
        <w:rPr>
          <w:b/>
        </w:rPr>
        <w:t xml:space="preserve">[32:21] </w:t>
      </w:r>
      <w:r>
        <w:t>zulm ka lafz hi galat hai.</w:t>
      </w:r>
    </w:p>
    <w:p>
      <w:pPr>
        <w:jc w:val="right"/>
      </w:pPr>
      <w:r>
        <w:t>ظلم کا لفظ ہی غلط ہے۔</w:t>
      </w:r>
    </w:p>
    <w:p>
      <w:r>
        <w:rPr>
          <w:b/>
        </w:rPr>
        <w:t xml:space="preserve">[32:25] </w:t>
      </w:r>
      <w:r>
        <w:t>koi musalman zulm nahi kar raha hai.</w:t>
      </w:r>
    </w:p>
    <w:p>
      <w:pPr>
        <w:jc w:val="right"/>
      </w:pPr>
      <w:r>
        <w:t>کوئی مسلمان ظلم نہیں کر رہا ہے۔</w:t>
      </w:r>
    </w:p>
    <w:p>
      <w:r>
        <w:rPr>
          <w:b/>
        </w:rPr>
        <w:t xml:space="preserve">[32:30] </w:t>
      </w:r>
      <w:r>
        <w:t>bilkul baseless baat hai ke musalmanon par zulm ho raha hai.</w:t>
      </w:r>
    </w:p>
    <w:p>
      <w:pPr>
        <w:jc w:val="right"/>
      </w:pPr>
      <w:r>
        <w:t>بالکل baseless بات ہے کہ مسلمانوں پر ظلم ہو رہا ہے۔</w:t>
      </w:r>
    </w:p>
    <w:p>
      <w:r>
        <w:rPr>
          <w:b/>
        </w:rPr>
        <w:t xml:space="preserve">[32:34] </w:t>
      </w:r>
      <w:r>
        <w:t>Muslims are paying the price of their own stupid policies.</w:t>
      </w:r>
    </w:p>
    <w:p>
      <w:pPr>
        <w:jc w:val="right"/>
      </w:pPr>
      <w:r>
        <w:t>Muslims are paying the price of their own stupid policies.</w:t>
      </w:r>
    </w:p>
    <w:p>
      <w:r>
        <w:rPr>
          <w:b/>
        </w:rPr>
        <w:t xml:space="preserve">[32:38] </w:t>
      </w:r>
      <w:r>
        <w:t>Muslims are paying the price of their own stupid policies.</w:t>
      </w:r>
    </w:p>
    <w:p>
      <w:pPr>
        <w:jc w:val="right"/>
      </w:pPr>
      <w:r>
        <w:t>Muslims are paying the price of their own stupid policies.</w:t>
      </w:r>
    </w:p>
    <w:p>
      <w:r>
        <w:rPr>
          <w:b/>
        </w:rPr>
        <w:t xml:space="preserve">[32:43] </w:t>
      </w:r>
      <w:r>
        <w:t>koi zulm nahi.</w:t>
      </w:r>
    </w:p>
    <w:p>
      <w:pPr>
        <w:jc w:val="right"/>
      </w:pPr>
      <w:r>
        <w:t>کوئی ظلم نہیں۔</w:t>
      </w:r>
    </w:p>
    <w:p>
      <w:r>
        <w:rPr>
          <w:b/>
        </w:rPr>
        <w:t xml:space="preserve">[32:47] </w:t>
      </w:r>
      <w:r>
        <w:t>yeh bilkul hi bas</w:t>
      </w:r>
    </w:p>
    <w:p>
      <w:pPr>
        <w:jc w:val="right"/>
      </w:pPr>
      <w:r>
        <w:t>یہ بالکل ہی bas</w:t>
      </w:r>
    </w:p>
    <w:p>
      <w:r>
        <w:rPr>
          <w:b/>
        </w:rPr>
        <w:t xml:space="preserve">[32:51] </w:t>
      </w:r>
      <w:r>
        <w:t>eless baat hai. main is ko nahi manta. aur yahi baat Quran mein batai gayi. yeh baat Quran mein batai gayi hai ke tumhare par koi zulm nahi karne wala nahi hai. tum khud hi apni qeemat bhugte ho apni ghalti ki. Quran mein bohat saaf saaf kaha gaya hai. Maulana, agla sawal Dr. Naghma Siddiqui ne Delhi se bheja hai.</w:t>
      </w:r>
    </w:p>
    <w:p>
      <w:pPr>
        <w:jc w:val="right"/>
      </w:pPr>
      <w:r>
        <w:t>eless بات ہے۔ میں اس کو نہیں مانتا۔ اور یہی بات قرآن میں بتائی گئی۔ یہ بات قرآن میں بتائی گئی ہے کہ تمہارے پر کوئی ظلم نہیں کرنے والا نہیں ہے۔ تم خود ہی اپنی قیمت بھگتتے ہو اپنی غلطی کی۔ قرآن میں بہت صاف صاف کہا گیا ہے۔ مولانا، اگلا سوال ڈاکٹر نغمہ صدیقی نے دلی سے بھیجا ہے۔</w:t>
      </w:r>
    </w:p>
    <w:p>
      <w:r>
        <w:rPr>
          <w:b/>
        </w:rPr>
        <w:t xml:space="preserve">[33:21] </w:t>
      </w:r>
      <w:r>
        <w:t>unhon ne likha hai ke "What should we do to keep ourselves on God's path all the time? What would you advise us?" yeh matlab yeh nahi ke har waqt aap path par kaam karein, kabhi deviation na ho. yeh matlab yeh nahi. matlab yeh hai ke aap aap ki niyat yeh ho ke aap ko Khuda ke raaste par chalna hai, lekin aap deviation hon, ghalti karein, rep</w:t>
      </w:r>
    </w:p>
    <w:p>
      <w:pPr>
        <w:jc w:val="right"/>
      </w:pPr>
      <w:r>
        <w:t>انہوں نے لکھا ہے کہ "What should we do to keep ourselves on God's path all the time? What would you advise us?" یہ مطلوب یہ نہیں کہ ہر وقت آپ پاتھ پر کام کریں، کبھی deviation نہ ہو۔ یہ مطلوب یہ نہیں ہے۔ مطلوب یہ ہے کہ آپ آپ کی نیت یہ ہو کہ آپ کو خدا کے راستے پر چلنا ہے، لیکن آپ deviation ہوں، غلطی کریں، rep</w:t>
      </w:r>
    </w:p>
    <w:p>
      <w:r>
        <w:rPr>
          <w:b/>
        </w:rPr>
        <w:t xml:space="preserve">[33:51] </w:t>
      </w:r>
      <w:r>
        <w:t>entance aaye, toba karein.</w:t>
      </w:r>
    </w:p>
    <w:p>
      <w:pPr>
        <w:jc w:val="right"/>
      </w:pPr>
      <w:r>
        <w:t>entance آئے، توبہ کریں۔</w:t>
      </w:r>
    </w:p>
    <w:p>
      <w:r>
        <w:rPr>
          <w:b/>
        </w:rPr>
        <w:t xml:space="preserve">[33:57] </w:t>
      </w:r>
      <w:r>
        <w:t>All the time mechanical following yeh matloob hi nahin hai.</w:t>
      </w:r>
    </w:p>
    <w:p>
      <w:pPr>
        <w:jc w:val="right"/>
      </w:pPr>
      <w:r>
        <w:t>All the time mechanical following یہ مطلوب ہی نہیں ہے۔</w:t>
      </w:r>
    </w:p>
    <w:p>
      <w:r>
        <w:rPr>
          <w:b/>
        </w:rPr>
        <w:t xml:space="preserve">[34:03] </w:t>
      </w:r>
      <w:r>
        <w:t>islam koi mathematical formula nahi hai.</w:t>
      </w:r>
    </w:p>
    <w:p>
      <w:pPr>
        <w:jc w:val="right"/>
      </w:pPr>
      <w:r>
        <w:t>اسلام کوئی mathematical فارمولا نہیں ہے۔</w:t>
      </w:r>
    </w:p>
    <w:p>
      <w:r>
        <w:rPr>
          <w:b/>
        </w:rPr>
        <w:t xml:space="preserve">[34:09] </w:t>
      </w:r>
      <w:r>
        <w:t>maulana, hum doosra sawal lete hain jo miss shabana ansari ne bheja hai pakistan se.</w:t>
      </w:r>
    </w:p>
    <w:p>
      <w:pPr>
        <w:jc w:val="right"/>
      </w:pPr>
      <w:r>
        <w:t>مولانا، ہم دوسرا سوال لیتے ہیں جو مس شبانہ انصاری نے بھیجا ہے پاکستان سے۔</w:t>
      </w:r>
    </w:p>
    <w:p>
      <w:r>
        <w:rPr>
          <w:b/>
        </w:rPr>
        <w:t xml:space="preserve">[34:15] </w:t>
      </w:r>
      <w:r>
        <w:t>unhon ne likha hai ke "When we do dawah work in</w:t>
      </w:r>
    </w:p>
    <w:p>
      <w:pPr>
        <w:jc w:val="right"/>
      </w:pPr>
      <w:r>
        <w:t>انہوں نے لکھا ہے کہ "When we do دعویٰ work in</w:t>
      </w:r>
    </w:p>
    <w:p>
      <w:r>
        <w:rPr>
          <w:b/>
        </w:rPr>
        <w:t xml:space="preserve">[34:21] </w:t>
      </w:r>
      <w:r>
        <w:t>any country, it should be in high profile or in low profile.</w:t>
      </w:r>
    </w:p>
    <w:p>
      <w:pPr>
        <w:jc w:val="right"/>
      </w:pPr>
      <w:r>
        <w:t>any country, it should be in high profile or in low profile.</w:t>
      </w:r>
    </w:p>
    <w:p>
      <w:r>
        <w:rPr>
          <w:b/>
        </w:rPr>
        <w:t xml:space="preserve">[34:27] </w:t>
      </w:r>
      <w:r>
        <w:t>And what do you mean by low profile if your answer is low profile?" hamesha low profile hi</w:t>
      </w:r>
    </w:p>
    <w:p>
      <w:pPr>
        <w:jc w:val="right"/>
      </w:pPr>
      <w:r>
        <w:t>And what do you mean by low profile if your answer is low profile?" ہمیشہ low profile ہی</w:t>
      </w:r>
    </w:p>
    <w:p>
      <w:r>
        <w:rPr>
          <w:b/>
        </w:rPr>
        <w:t xml:space="preserve">[34:32] </w:t>
      </w:r>
      <w:r>
        <w:t>mein dawah ka kaam hota hai.</w:t>
      </w:r>
    </w:p>
    <w:p>
      <w:pPr>
        <w:jc w:val="right"/>
      </w:pPr>
      <w:r>
        <w:t>میں دعویٰ کا کام ہوتا ہے۔</w:t>
      </w:r>
    </w:p>
    <w:p>
      <w:r>
        <w:rPr>
          <w:b/>
        </w:rPr>
        <w:t xml:space="preserve">[34:37] </w:t>
      </w:r>
      <w:r>
        <w:t>high profile mein hota hi nahi.</w:t>
      </w:r>
    </w:p>
    <w:p>
      <w:pPr>
        <w:jc w:val="right"/>
      </w:pPr>
      <w:r>
        <w:t>High profile میں ہوتا ہی نہیں۔</w:t>
      </w:r>
    </w:p>
    <w:p>
      <w:r>
        <w:rPr>
          <w:b/>
        </w:rPr>
        <w:t xml:space="preserve">[34:42] </w:t>
      </w:r>
      <w:r>
        <w:t>yeh to bilkul yani in logon ka kaam hai jo ghalu mein phanse hue hain, ghalu mein.</w:t>
      </w:r>
    </w:p>
    <w:p>
      <w:pPr>
        <w:jc w:val="right"/>
      </w:pPr>
      <w:r>
        <w:t>یہ تو بالکل یعنی ان لوگوں کا کام ہے جو غلو میں پھنسے ہوئے ہیں، غلو میں۔</w:t>
      </w:r>
    </w:p>
    <w:p>
      <w:r>
        <w:rPr>
          <w:b/>
        </w:rPr>
        <w:t xml:space="preserve">[34:47] </w:t>
      </w:r>
      <w:r>
        <w:t>ek jo extremist hain,</w:t>
      </w:r>
    </w:p>
    <w:p>
      <w:pPr>
        <w:jc w:val="right"/>
      </w:pPr>
      <w:r>
        <w:t>ایک جو extremist ہیں،</w:t>
      </w:r>
    </w:p>
    <w:p>
      <w:r>
        <w:rPr>
          <w:b/>
        </w:rPr>
        <w:t xml:space="preserve">[34:52] </w:t>
      </w:r>
      <w:r>
        <w:t>jo ghali log hain, wahi high profile mein daudte hain.</w:t>
      </w:r>
    </w:p>
    <w:p>
      <w:pPr>
        <w:jc w:val="right"/>
      </w:pPr>
      <w:r>
        <w:t>جو غالی لوگ ہیں، وہی high profile میں دوڑتے ہیں۔</w:t>
      </w:r>
    </w:p>
    <w:p>
      <w:r>
        <w:rPr>
          <w:b/>
        </w:rPr>
        <w:t xml:space="preserve">[34:59] </w:t>
      </w:r>
      <w:r>
        <w:t>woh islam ka tareeqa hi nahi hai.</w:t>
      </w:r>
    </w:p>
    <w:p>
      <w:pPr>
        <w:jc w:val="right"/>
      </w:pPr>
      <w:r>
        <w:t>وہ اسلام کا طریقہ ہی نہیں ہے۔</w:t>
      </w:r>
    </w:p>
    <w:p>
      <w:r>
        <w:rPr>
          <w:b/>
        </w:rPr>
        <w:t xml:space="preserve">[35:07] </w:t>
      </w:r>
      <w:r>
        <w:t>Basically dekhiye, low profile aur high profile ka jo farq hai, woh yeh hai ke low profile naam</w:t>
      </w:r>
    </w:p>
    <w:p>
      <w:pPr>
        <w:jc w:val="right"/>
      </w:pPr>
      <w:r>
        <w:t>Basically دیکھیے، low profile اور high profile کا جو فرق ہے، وہ یہ ہے کہ low profile نام</w:t>
      </w:r>
    </w:p>
    <w:p>
      <w:r>
        <w:rPr>
          <w:b/>
        </w:rPr>
        <w:t xml:space="preserve">[35:15] </w:t>
      </w:r>
      <w:r>
        <w:t>hai peaceful, yaani yaani peace, aap ka idhar method aap ka peaceful ho aur aap ko</w:t>
      </w:r>
    </w:p>
    <w:p>
      <w:pPr>
        <w:jc w:val="right"/>
      </w:pPr>
      <w:r>
        <w:t>ہے peaceful، یعنی یعنی peace، آپ کا ادھر method آپ کا peaceful ہو اور آپ کو</w:t>
      </w:r>
    </w:p>
    <w:p>
      <w:r>
        <w:rPr>
          <w:b/>
        </w:rPr>
        <w:t xml:space="preserve">[35:22] </w:t>
      </w:r>
      <w:r>
        <w:t>doosron se mohabbat ho, nafrat na ho. yani peace aur love ke majmoo'ay ka naam hai low profile. yani jis ke darmiyan aap kaam kar rahe hain, us se aap ko mohabbat hai, us ke aap khair khwah hain aur aap strictly follow karte hain peaceful tareeqay ko. to is se jo tareeqa banta hai, wahi usi ka naam low profile hai. achha, is ke ultay</w:t>
      </w:r>
    </w:p>
    <w:p>
      <w:pPr>
        <w:jc w:val="right"/>
      </w:pPr>
      <w:r>
        <w:t>دوسروں سے محبت ہو، نفرت نہ ہو۔ یعنی peace اور love کے مجموعے کا نام ہے low profile۔ یعنی جس کے درمیان آپ کام کر رہے ہیں، اس سے آپ کو محبت ہے، اس کے آپ خیر خواہ ہیں اور آپ strictly follow کرتے ہیں peaceful طریقے کو۔ تو اس سے جو طریقہ بنتا ہے، وہی اسی کا نام low profile ہے۔ اچھا، اس کے الٹے</w:t>
      </w:r>
    </w:p>
    <w:p>
      <w:r>
        <w:rPr>
          <w:b/>
        </w:rPr>
        <w:t xml:space="preserve">[35:52] </w:t>
      </w:r>
      <w:r>
        <w:t>ke agar aap ko nafrat hai, yeh dushman hai, yeh kafir hai, yeh jahannami hai, maro in ko,</w:t>
      </w:r>
    </w:p>
    <w:p>
      <w:pPr>
        <w:jc w:val="right"/>
      </w:pPr>
      <w:r>
        <w:t>کہ اگر آپ کو نفرت ہے، یہ دشمن ہے، یہ کافر ہے، یہ جہنمی ہے، مارو ان کو،</w:t>
      </w:r>
    </w:p>
    <w:p>
      <w:r>
        <w:rPr>
          <w:b/>
        </w:rPr>
        <w:t xml:space="preserve">[36:00] </w:t>
      </w:r>
      <w:r>
        <w:t>toh banta hai high profile.</w:t>
      </w:r>
    </w:p>
    <w:p>
      <w:pPr>
        <w:jc w:val="right"/>
      </w:pPr>
      <w:r>
        <w:t>تو بنتا ہے high profile۔</w:t>
      </w:r>
    </w:p>
    <w:p>
      <w:r>
        <w:rPr>
          <w:b/>
        </w:rPr>
        <w:t xml:space="preserve">[36:08] </w:t>
      </w:r>
      <w:r>
        <w:t>Toh basically yeh yeh phenomena hai, yani jis ko quran mein kaha hai naskh khair khwahi.</w:t>
      </w:r>
    </w:p>
    <w:p>
      <w:pPr>
        <w:jc w:val="right"/>
      </w:pPr>
      <w:r>
        <w:t>تو basically یہ یہ phenomena ہے، یعنی جس کو قرآن میں کہا ہے نسخ خیر خواہی۔</w:t>
      </w:r>
    </w:p>
    <w:p>
      <w:r>
        <w:rPr>
          <w:b/>
        </w:rPr>
        <w:t xml:space="preserve">[36:15] </w:t>
      </w:r>
      <w:r>
        <w:t>Yani khair khwahi ka ka jazba ho, khair khwahi ki spirit ho,</w:t>
      </w:r>
    </w:p>
    <w:p>
      <w:pPr>
        <w:jc w:val="right"/>
      </w:pPr>
      <w:r>
        <w:t>یعنی خیر خواہی کا کا جذبہ ہو، خیر خواہی کی spirit ہو،</w:t>
      </w:r>
    </w:p>
    <w:p>
      <w:r>
        <w:rPr>
          <w:b/>
        </w:rPr>
        <w:t xml:space="preserve">[36:23] </w:t>
      </w:r>
      <w:r>
        <w:t>is se tareeqa banta hai, woh low profile hota hai.</w:t>
      </w:r>
    </w:p>
    <w:p>
      <w:pPr>
        <w:jc w:val="right"/>
      </w:pPr>
      <w:r>
        <w:t>اس سے طریقہ بنتا ہے، وہ low profile ہوتا ہے۔</w:t>
      </w:r>
    </w:p>
    <w:p>
      <w:r>
        <w:rPr>
          <w:b/>
        </w:rPr>
        <w:t xml:space="preserve">[36:30] </w:t>
      </w:r>
      <w:r>
        <w:t>Jab khair khwahi na ho, bas khali ho, woh takfeer karne ka mizaj ho, doosron ko ghalat batane</w:t>
      </w:r>
    </w:p>
    <w:p>
      <w:pPr>
        <w:jc w:val="right"/>
      </w:pPr>
      <w:r>
        <w:t>جب خیر خواہی نہ ہو، بس خالی ہو، وہ تکفیر کرنے کا مزاج ہو، دوسروں کو غلط بتانے</w:t>
      </w:r>
    </w:p>
    <w:p>
      <w:r>
        <w:rPr>
          <w:b/>
        </w:rPr>
        <w:t xml:space="preserve">[36:38] </w:t>
      </w:r>
      <w:r>
        <w:t>ka mizaj ho, tab banta hai high profile.</w:t>
      </w:r>
    </w:p>
    <w:p>
      <w:pPr>
        <w:jc w:val="right"/>
      </w:pPr>
      <w:r>
        <w:t>کا مزاج ہو، تب بنتا ہے high profile۔</w:t>
      </w:r>
    </w:p>
    <w:p>
      <w:r>
        <w:rPr>
          <w:b/>
        </w:rPr>
        <w:t xml:space="preserve">[36:45] </w:t>
      </w:r>
      <w:r>
        <w:t>Yani aap ke dil mein mohabbat ho, jaise maa ka dil woh</w:t>
      </w:r>
    </w:p>
    <w:p>
      <w:pPr>
        <w:jc w:val="right"/>
      </w:pPr>
      <w:r>
        <w:t>یعنی آپ کے دل میں محبت ہو، جیسے ماں کا دل وہ</w:t>
      </w:r>
    </w:p>
    <w:p>
      <w:r>
        <w:rPr>
          <w:b/>
        </w:rPr>
        <w:t xml:space="preserve">[36:53] </w:t>
      </w:r>
      <w:r>
        <w:t>hoti hai apne bachay ki.</w:t>
      </w:r>
    </w:p>
    <w:p>
      <w:pPr>
        <w:jc w:val="right"/>
      </w:pPr>
      <w:r>
        <w:t>ہوتی ہے اپنے بچے کی۔</w:t>
      </w:r>
    </w:p>
    <w:p>
      <w:r>
        <w:rPr>
          <w:b/>
        </w:rPr>
        <w:t xml:space="preserve">[36:59] </w:t>
      </w:r>
      <w:r>
        <w:t>Toh kabhi aap high profile mein jayenge nahi, low profile hi mein kaam karenge.</w:t>
      </w:r>
    </w:p>
    <w:p>
      <w:pPr>
        <w:jc w:val="right"/>
      </w:pPr>
      <w:r>
        <w:t>تو کبھی آپ high profile میں جائیں گے نہیں، low profile ہی میں کام کریں گے۔</w:t>
      </w:r>
    </w:p>
    <w:p>
      <w:r>
        <w:rPr>
          <w:b/>
        </w:rPr>
        <w:t xml:space="preserve">[37:05] </w:t>
      </w:r>
      <w:r>
        <w:t>Kyunke maa ka tareeqa low profile ka hota hai.</w:t>
      </w:r>
    </w:p>
    <w:p>
      <w:pPr>
        <w:jc w:val="right"/>
      </w:pPr>
      <w:r>
        <w:t>کیونکہ ماں کا طریقہ low profile کا ہوتا ہے۔</w:t>
      </w:r>
    </w:p>
    <w:p>
      <w:r>
        <w:rPr>
          <w:b/>
        </w:rPr>
        <w:t xml:space="preserve">[37:11] </w:t>
      </w:r>
      <w:r>
        <w:t>Jo mukhalif hai, uska tareeqa high profile ka hota hai.</w:t>
      </w:r>
    </w:p>
    <w:p>
      <w:pPr>
        <w:jc w:val="right"/>
      </w:pPr>
      <w:r>
        <w:t>جو مخالف ہے، اس کا طریقہ high profile کا ہوتا ہے۔</w:t>
      </w:r>
    </w:p>
    <w:p>
      <w:r>
        <w:rPr>
          <w:b/>
        </w:rPr>
        <w:t xml:space="preserve">[37:17] </w:t>
      </w:r>
      <w:r>
        <w:t>Maulana, agla sawal lete hain jo karnataka se Muhammad Yunus sahab ne bheja hai. Aur</w:t>
      </w:r>
    </w:p>
    <w:p>
      <w:pPr>
        <w:jc w:val="right"/>
      </w:pPr>
      <w:r>
        <w:t>مولانا، اگلا سوال لیتے ہیں جو کرناٹکا سے محمد یونس صاحب نے بھیجا ہے۔ اور</w:t>
      </w:r>
    </w:p>
    <w:p>
      <w:r>
        <w:rPr>
          <w:b/>
        </w:rPr>
        <w:t xml:space="preserve">[37:23] </w:t>
      </w:r>
      <w:r>
        <w:t>waise hi milta julta sawal lucknow se Masood Alam sahab ne bhi likha hai.</w:t>
      </w:r>
    </w:p>
    <w:p>
      <w:pPr>
        <w:jc w:val="right"/>
      </w:pPr>
      <w:r>
        <w:t>ویسے ہی ملتا جلتا سوال لکھنو سے مسعود عالم صاحب نے بھی لکھا ہے۔</w:t>
      </w:r>
    </w:p>
    <w:p>
      <w:r>
        <w:rPr>
          <w:b/>
        </w:rPr>
        <w:t xml:space="preserve">[37:29] </w:t>
      </w:r>
      <w:r>
        <w:t>Muhammad Yunus sahab ne likha hai ke Maulana, aap ne haal hi mein ek mazmoon likha hai rohingya muslim par.</w:t>
      </w:r>
    </w:p>
    <w:p>
      <w:pPr>
        <w:jc w:val="right"/>
      </w:pPr>
      <w:r>
        <w:t>محمد یونس صاحب نے لکھا ہے کہ مولانا، آپ نے حال ہی میں ایک مضمون لکھا ہے روہنگیا مسلم پر۔</w:t>
      </w:r>
    </w:p>
    <w:p>
      <w:r>
        <w:rPr>
          <w:b/>
        </w:rPr>
        <w:t xml:space="preserve">[37:35] </w:t>
      </w:r>
      <w:r>
        <w:t>Is mazmoon par social media mein bohat se tabsaray aaye hain.</w:t>
      </w:r>
    </w:p>
    <w:p>
      <w:pPr>
        <w:jc w:val="right"/>
      </w:pPr>
      <w:r>
        <w:t>اس مضمون پر social میڈیا میں بہت سے تبصرے آئے ہیں۔</w:t>
      </w:r>
    </w:p>
    <w:p>
      <w:r>
        <w:rPr>
          <w:b/>
        </w:rPr>
        <w:t xml:space="preserve">[37:41] </w:t>
      </w:r>
      <w:r>
        <w:t>In sab tabsaray ka khulasa yeh hai ke aap myanmar hukumat ki janib se hone wali karwai ko</w:t>
      </w:r>
    </w:p>
    <w:p>
      <w:pPr>
        <w:jc w:val="right"/>
      </w:pPr>
      <w:r>
        <w:t>ان سب تبصروں کا خلاصہ یہ ہے کہ آپ میانمار حکومت کی جانب سے ہونے والی کارروائی کو</w:t>
      </w:r>
    </w:p>
    <w:p>
      <w:r>
        <w:rPr>
          <w:b/>
        </w:rPr>
        <w:t xml:space="preserve">[37:47] </w:t>
      </w:r>
      <w:r>
        <w:t>law aur order ko masla bata kar just</w:t>
      </w:r>
    </w:p>
    <w:p>
      <w:pPr>
        <w:jc w:val="right"/>
      </w:pPr>
      <w:r>
        <w:t>law اور order کو مسئلہ بتا کر jus</w:t>
      </w:r>
    </w:p>
    <w:p>
      <w:r>
        <w:rPr>
          <w:b/>
        </w:rPr>
        <w:t xml:space="preserve">[37:53] </w:t>
      </w:r>
      <w:r>
        <w:t>justify kar rahe hain.</w:t>
      </w:r>
    </w:p>
    <w:p>
      <w:pPr>
        <w:jc w:val="right"/>
      </w:pPr>
      <w:r>
        <w:t>tify کر رہے ہیں۔</w:t>
      </w:r>
    </w:p>
    <w:p>
      <w:r>
        <w:rPr>
          <w:b/>
        </w:rPr>
        <w:t xml:space="preserve">[37:58] </w:t>
      </w:r>
      <w:r>
        <w:t>Aur ise zulm tasleem nahi karte.</w:t>
      </w:r>
    </w:p>
    <w:p>
      <w:pPr>
        <w:jc w:val="right"/>
      </w:pPr>
      <w:r>
        <w:t>اور اسے ظلم تسلیم نہیں کرتے۔</w:t>
      </w:r>
    </w:p>
    <w:p>
      <w:r>
        <w:rPr>
          <w:b/>
        </w:rPr>
        <w:t xml:space="preserve">[38:03] </w:t>
      </w:r>
      <w:r>
        <w:t>Jabke sari dunya is waqayay ko zulm aur nasl kushi qarar de rahi hai.</w:t>
      </w:r>
    </w:p>
    <w:p>
      <w:pPr>
        <w:jc w:val="right"/>
      </w:pPr>
      <w:r>
        <w:t>جبکہ ساری دنیا اس واقعے کو ظلم اور نسل کشی قرار دے رہی ہے۔</w:t>
      </w:r>
    </w:p>
    <w:p>
      <w:r>
        <w:rPr>
          <w:b/>
        </w:rPr>
        <w:t xml:space="preserve">[38:08] </w:t>
      </w:r>
      <w:r>
        <w:t>Aap tanhai hain jo ek alag nuqta nazar qaim kiye hue hain.</w:t>
      </w:r>
    </w:p>
    <w:p>
      <w:pPr>
        <w:jc w:val="right"/>
      </w:pPr>
      <w:r>
        <w:t>آپ تنہا ہیں جو ایک الگ نقطہ نظر قائم کیے ہوئے ہیں۔</w:t>
      </w:r>
    </w:p>
    <w:p>
      <w:r>
        <w:rPr>
          <w:b/>
        </w:rPr>
        <w:t xml:space="preserve">[38:13] </w:t>
      </w:r>
      <w:r>
        <w:t>Lehaza is mazmoon ko le kar social media par tanaza paida kiya ja raha hai.</w:t>
      </w:r>
    </w:p>
    <w:p>
      <w:pPr>
        <w:jc w:val="right"/>
      </w:pPr>
      <w:r>
        <w:t>لہذا اس مضمون کو لے کر social میڈیا پر تنازعہ پیدا کیا جا رہا ہے۔</w:t>
      </w:r>
    </w:p>
    <w:p>
      <w:r>
        <w:rPr>
          <w:b/>
        </w:rPr>
        <w:t xml:space="preserve">[38:18] </w:t>
      </w:r>
      <w:r>
        <w:t>Aur aap ki shaksiyat ke baray mein kafi ghaflat baatein ho rahi hain.</w:t>
      </w:r>
    </w:p>
    <w:p>
      <w:pPr>
        <w:jc w:val="right"/>
      </w:pPr>
      <w:r>
        <w:t>اور آپ کی شخصیت کے بارے میں کافی غفلت باتیں ہو رہی ہیں۔</w:t>
      </w:r>
    </w:p>
    <w:p>
      <w:r>
        <w:rPr>
          <w:b/>
        </w:rPr>
        <w:t xml:space="preserve">[38:23] </w:t>
      </w:r>
      <w:r>
        <w:t>is par aap kya farmayenge?</w:t>
      </w:r>
    </w:p>
    <w:p>
      <w:pPr>
        <w:jc w:val="right"/>
      </w:pPr>
      <w:r>
        <w:t>اس پر آپ کیا فرمائیں گے؟</w:t>
      </w:r>
    </w:p>
    <w:p>
      <w:r>
        <w:rPr>
          <w:b/>
        </w:rPr>
        <w:t xml:space="preserve">[38:28] </w:t>
      </w:r>
      <w:r>
        <w:t>dekhiye, main yani human rights activists kya kehte hain, woh main nahin dekhta.</w:t>
      </w:r>
    </w:p>
    <w:p>
      <w:pPr>
        <w:jc w:val="right"/>
      </w:pPr>
      <w:r>
        <w:t>دیکھیے، میں یعنی human rights activists کیا کہتے ہیں، وہ میں نہیں دیکھتا۔</w:t>
      </w:r>
    </w:p>
    <w:p>
      <w:r>
        <w:rPr>
          <w:b/>
        </w:rPr>
        <w:t xml:space="preserve">[38:36] </w:t>
      </w:r>
      <w:r>
        <w:t>jo human rights activists hote hain, woh kya kehte hain, woh main nahin dekhta.</w:t>
      </w:r>
    </w:p>
    <w:p>
      <w:pPr>
        <w:jc w:val="right"/>
      </w:pPr>
      <w:r>
        <w:t>جو human rights activists ہوتے ہیں، وہ کیا کہتے ہیں، وہ میں نہیں دیکھتا۔</w:t>
      </w:r>
    </w:p>
    <w:p>
      <w:r>
        <w:rPr>
          <w:b/>
        </w:rPr>
        <w:t xml:space="preserve">[38:43] </w:t>
      </w:r>
      <w:r>
        <w:t>main dekhta hoon quran kya kehta hai.</w:t>
      </w:r>
    </w:p>
    <w:p>
      <w:pPr>
        <w:jc w:val="right"/>
      </w:pPr>
      <w:r>
        <w:t>میں دیکھتا ہوں قرآن کیا کہتا ہے۔</w:t>
      </w:r>
    </w:p>
    <w:p>
      <w:r>
        <w:rPr>
          <w:b/>
        </w:rPr>
        <w:t xml:space="preserve">[38:51] </w:t>
      </w:r>
      <w:r>
        <w:t>to quran mein hamesha maine dekha hai ke woh naseehat ka andaaz hota hai. bl</w:t>
      </w:r>
    </w:p>
    <w:p>
      <w:pPr>
        <w:jc w:val="right"/>
      </w:pPr>
      <w:r>
        <w:t>تو قرآن میں ہمیشہ میں نے دیکھا ہے کہ وہ نصیحت کا انداز ہوتا ہے۔ bl</w:t>
      </w:r>
    </w:p>
    <w:p>
      <w:r>
        <w:rPr>
          <w:b/>
        </w:rPr>
        <w:t xml:space="preserve">[38:58] </w:t>
      </w:r>
      <w:r>
        <w:t>ame dene ka andaaz nahin hota.</w:t>
      </w:r>
    </w:p>
    <w:p>
      <w:pPr>
        <w:jc w:val="right"/>
      </w:pPr>
      <w:r>
        <w:t>ame دینے کا انداز نہیں ہوتا۔</w:t>
      </w:r>
    </w:p>
    <w:p>
      <w:r>
        <w:rPr>
          <w:b/>
        </w:rPr>
        <w:t xml:space="preserve">[39:03] </w:t>
      </w:r>
      <w:r>
        <w:t>yeh jo human rights activists hain, in ka andaaz hota hai blame dena, blame dena, blame dena.</w:t>
      </w:r>
    </w:p>
    <w:p>
      <w:pPr>
        <w:jc w:val="right"/>
      </w:pPr>
      <w:r>
        <w:t>یہ جو human rights activists ہیں، ان کا انداز ہوتا ہے blame دینا، blame دینا، blame دینا۔</w:t>
      </w:r>
    </w:p>
    <w:p>
      <w:r>
        <w:rPr>
          <w:b/>
        </w:rPr>
        <w:t xml:space="preserve">[39:07] </w:t>
      </w:r>
      <w:r>
        <w:t>quran ka andaaz naseehat ka hota hai.</w:t>
      </w:r>
    </w:p>
    <w:p>
      <w:pPr>
        <w:jc w:val="right"/>
      </w:pPr>
      <w:r>
        <w:t>قرآن کا انداز نصیحت کا ہوتا ہے۔</w:t>
      </w:r>
    </w:p>
    <w:p>
      <w:r>
        <w:rPr>
          <w:b/>
        </w:rPr>
        <w:t xml:space="preserve">[39:11] </w:t>
      </w:r>
      <w:r>
        <w:t>main aap ko do misaalain deta hoon, bohat hi clear misaalain.</w:t>
      </w:r>
    </w:p>
    <w:p>
      <w:pPr>
        <w:jc w:val="right"/>
      </w:pPr>
      <w:r>
        <w:t>میں آپ کو دو مثالیں دیتا ہوں، بہت ہی clear مثالیں۔</w:t>
      </w:r>
    </w:p>
    <w:p>
      <w:r>
        <w:rPr>
          <w:b/>
        </w:rPr>
        <w:t xml:space="preserve">[39:16] </w:t>
      </w:r>
      <w:r>
        <w:t>ke rasool Allah ke zamanay mein hunain ka waqia pesh aaya, jang hunain.</w:t>
      </w:r>
    </w:p>
    <w:p>
      <w:pPr>
        <w:jc w:val="right"/>
      </w:pPr>
      <w:r>
        <w:t>کہ رسول اللہ کے زمانے میں حنین کا واقعہ پیش آیا، جنگ حنین۔</w:t>
      </w:r>
    </w:p>
    <w:p>
      <w:r>
        <w:rPr>
          <w:b/>
        </w:rPr>
        <w:t xml:space="preserve">[39:20] </w:t>
      </w:r>
      <w:r>
        <w:t>jo sarasar fareeq-e-saani ke zulm par mabni tha.</w:t>
      </w:r>
    </w:p>
    <w:p>
      <w:pPr>
        <w:jc w:val="right"/>
      </w:pPr>
      <w:r>
        <w:t>جو سراسر فریق ثانی کے ظلم پر مبنی تھا۔</w:t>
      </w:r>
    </w:p>
    <w:p>
      <w:r>
        <w:rPr>
          <w:b/>
        </w:rPr>
        <w:t xml:space="preserve">[39:24] </w:t>
      </w:r>
      <w:r>
        <w:t>yani hunain ka jo</w:t>
      </w:r>
    </w:p>
    <w:p>
      <w:pPr>
        <w:jc w:val="right"/>
      </w:pPr>
      <w:r>
        <w:t>یعنی حنین کا جو</w:t>
      </w:r>
    </w:p>
    <w:p>
      <w:r>
        <w:rPr>
          <w:b/>
        </w:rPr>
        <w:t xml:space="preserve">[39:28] </w:t>
      </w:r>
      <w:r>
        <w:t>ghazwa hua tha, us mein koi shakk nahin ke doosron ne jarahiyat ki thi, zulm kiya tha.</w:t>
      </w:r>
    </w:p>
    <w:p>
      <w:pPr>
        <w:jc w:val="right"/>
      </w:pPr>
      <w:r>
        <w:t>غزوہ ہوا تھا، اس میں کوئی شک نہیں کہ دوسروں نے جارحیت کی تھی، ظلم کیا تھا۔</w:t>
      </w:r>
    </w:p>
    <w:p>
      <w:r>
        <w:rPr>
          <w:b/>
        </w:rPr>
        <w:t xml:space="preserve">[39:33] </w:t>
      </w:r>
      <w:r>
        <w:t>lekin aap is par tabsarah quran mein aaya hai, aap parhiye.</w:t>
      </w:r>
    </w:p>
    <w:p>
      <w:pPr>
        <w:jc w:val="right"/>
      </w:pPr>
      <w:r>
        <w:t>لیکن آپ اس پر تبصرہ قرآن میں آیا ہے، آپ پڑھیے۔</w:t>
      </w:r>
    </w:p>
    <w:p>
      <w:r>
        <w:rPr>
          <w:b/>
        </w:rPr>
        <w:t xml:space="preserve">[39:39] </w:t>
      </w:r>
      <w:r>
        <w:t>is mein zulm ka lafz hi nahin.</w:t>
      </w:r>
    </w:p>
    <w:p>
      <w:pPr>
        <w:jc w:val="right"/>
      </w:pPr>
      <w:r>
        <w:t>اس میں ظلم کا لفظ ہی نہیں۔</w:t>
      </w:r>
    </w:p>
    <w:p>
      <w:r>
        <w:rPr>
          <w:b/>
        </w:rPr>
        <w:t xml:space="preserve">[39:44] </w:t>
      </w:r>
      <w:r>
        <w:t>zulm ka lafz hi nahin.</w:t>
      </w:r>
    </w:p>
    <w:p>
      <w:pPr>
        <w:jc w:val="right"/>
      </w:pPr>
      <w:r>
        <w:t>ظلم کا لفظ ہی نہیں۔</w:t>
      </w:r>
    </w:p>
    <w:p>
      <w:r>
        <w:rPr>
          <w:b/>
        </w:rPr>
        <w:t xml:space="preserve">[39:49] </w:t>
      </w:r>
      <w:r>
        <w:t>is mein hai: ويوم حنين عجبتك كثرتك yani musalmanon mein jo ek kamzori thi, ho sakta hai ke</w:t>
      </w:r>
    </w:p>
    <w:p>
      <w:pPr>
        <w:jc w:val="right"/>
      </w:pPr>
      <w:r>
        <w:t>اس میں ہے: ويوم حنین عجبتك كثرتك یعنی مسلمانوں میں جو ایک کمزوری تھی، ہو سکتا ہے کہ</w:t>
      </w:r>
    </w:p>
    <w:p>
      <w:r>
        <w:rPr>
          <w:b/>
        </w:rPr>
        <w:t xml:space="preserve">[39:54] </w:t>
      </w:r>
      <w:r>
        <w:t>wahan ek sau ek</w:t>
      </w:r>
    </w:p>
    <w:p>
      <w:pPr>
        <w:jc w:val="right"/>
      </w:pPr>
      <w:r>
        <w:t>وہاں ایک سو ایک</w:t>
      </w:r>
    </w:p>
    <w:p>
      <w:r>
        <w:rPr>
          <w:b/>
        </w:rPr>
        <w:t xml:space="preserve">[39:59] </w:t>
      </w:r>
      <w:r>
        <w:t>asbaab hon, is ka quran ne kuch zikr hi nahin kiya.</w:t>
      </w:r>
    </w:p>
    <w:p>
      <w:pPr>
        <w:jc w:val="right"/>
      </w:pPr>
      <w:r>
        <w:t>اسباب ہوں، اس کا قرآن نے کچھ ذکر ہی نہیں کیا۔</w:t>
      </w:r>
    </w:p>
    <w:p>
      <w:r>
        <w:rPr>
          <w:b/>
        </w:rPr>
        <w:t xml:space="preserve">[40:05] </w:t>
      </w:r>
      <w:r>
        <w:t>zikr kiya is ek baat ka jo musalmanon mein thi.</w:t>
      </w:r>
    </w:p>
    <w:p>
      <w:pPr>
        <w:jc w:val="right"/>
      </w:pPr>
      <w:r>
        <w:t>ذکر کیا اس ایک بات کا جو مسلمانوں میں تھی۔</w:t>
      </w:r>
    </w:p>
    <w:p>
      <w:r>
        <w:rPr>
          <w:b/>
        </w:rPr>
        <w:t xml:space="preserve">[40:11] </w:t>
      </w:r>
      <w:r>
        <w:t>is ka matlab yeh hai ke agar nannuave percent doosron ka dakhal ho, ek percent musalman ka ho,</w:t>
      </w:r>
    </w:p>
    <w:p>
      <w:pPr>
        <w:jc w:val="right"/>
      </w:pPr>
      <w:r>
        <w:t>اس کا معنی یہ ہے کہ اگر ننانوے percent دوسروں کا دخل ہو، ایک percent مسلمان کا ہو،</w:t>
      </w:r>
    </w:p>
    <w:p>
      <w:r>
        <w:rPr>
          <w:b/>
        </w:rPr>
        <w:t xml:space="preserve">[40:17] </w:t>
      </w:r>
      <w:r>
        <w:t>تو اس کو قرآن میں point out کیا گیا، point out۔</w:t>
      </w:r>
    </w:p>
    <w:p>
      <w:pPr>
        <w:jc w:val="right"/>
      </w:pPr>
      <w:r>
        <w:t>تو اس کو قرآن میں paint out کیا گیا، point out۔</w:t>
      </w:r>
    </w:p>
    <w:p>
      <w:r>
        <w:rPr>
          <w:b/>
        </w:rPr>
        <w:t xml:space="preserve">[40:23] </w:t>
      </w:r>
      <w:r>
        <w:t>misal ke taur par dekhiye, hunain mein unhon ne dhoke se yeh kiya tha</w:t>
      </w:r>
    </w:p>
    <w:p>
      <w:pPr>
        <w:jc w:val="right"/>
      </w:pPr>
      <w:r>
        <w:t>مثلاً دیکھیے، حنین میں انہوں نے دھوکے سے یہ کیا تھا</w:t>
      </w:r>
    </w:p>
    <w:p>
      <w:r>
        <w:rPr>
          <w:b/>
        </w:rPr>
        <w:t xml:space="preserve">[40:29] </w:t>
      </w:r>
      <w:r>
        <w:t>ke teer baarah shuru kar diya.</w:t>
      </w:r>
    </w:p>
    <w:p>
      <w:pPr>
        <w:jc w:val="right"/>
      </w:pPr>
      <w:r>
        <w:t>کہ تیر بارہ شروع کر دیا۔</w:t>
      </w:r>
    </w:p>
    <w:p>
      <w:r>
        <w:rPr>
          <w:b/>
        </w:rPr>
        <w:t xml:space="preserve">[40:33] </w:t>
      </w:r>
      <w:r>
        <w:t>is ka zikr hi nahin.</w:t>
      </w:r>
    </w:p>
    <w:p>
      <w:pPr>
        <w:jc w:val="right"/>
      </w:pPr>
      <w:r>
        <w:t>اس کا ذکر ہی نہیں۔</w:t>
      </w:r>
    </w:p>
    <w:p>
      <w:r>
        <w:rPr>
          <w:b/>
        </w:rPr>
        <w:t xml:space="preserve">[40:36] </w:t>
      </w:r>
      <w:r>
        <w:t>zikr sirf yeh hai ke ويوم حنين عجبتك كثرتك yani musalmanon ke andar jo kamzori thi, usi ko</w:t>
      </w:r>
    </w:p>
    <w:p>
      <w:pPr>
        <w:jc w:val="right"/>
      </w:pPr>
      <w:r>
        <w:t>ذکر صرف یہ ہے کہ ويوم حنین عجبتك كثرتك یعنی مسلمانوں کے اندر جو کمزوری تھی، اسی کو</w:t>
      </w:r>
    </w:p>
    <w:p>
      <w:r>
        <w:rPr>
          <w:b/>
        </w:rPr>
        <w:t xml:space="preserve">[40:40] </w:t>
      </w:r>
      <w:r>
        <w:t>point out kiya hai.</w:t>
      </w:r>
    </w:p>
    <w:p>
      <w:pPr>
        <w:jc w:val="right"/>
      </w:pPr>
      <w:r>
        <w:t>point out کیا ہے۔</w:t>
      </w:r>
    </w:p>
    <w:p>
      <w:r>
        <w:rPr>
          <w:b/>
        </w:rPr>
        <w:t xml:space="preserve">[40:44] </w:t>
      </w:r>
      <w:r>
        <w:t>bas aik misaal yeh hai.</w:t>
      </w:r>
    </w:p>
    <w:p>
      <w:pPr>
        <w:jc w:val="right"/>
      </w:pPr>
      <w:r>
        <w:t>بس ایک مثال یہ ہے۔</w:t>
      </w:r>
    </w:p>
    <w:p>
      <w:r>
        <w:rPr>
          <w:b/>
        </w:rPr>
        <w:t xml:space="preserve">[40:48] </w:t>
      </w:r>
      <w:r>
        <w:t>doosri misaal hai Uhud ki.</w:t>
      </w:r>
    </w:p>
    <w:p>
      <w:pPr>
        <w:jc w:val="right"/>
      </w:pPr>
      <w:r>
        <w:t>دوسری مثال ہے احد کی۔</w:t>
      </w:r>
    </w:p>
    <w:p>
      <w:r>
        <w:rPr>
          <w:b/>
        </w:rPr>
        <w:t xml:space="preserve">[40:52] </w:t>
      </w:r>
      <w:r>
        <w:t>jabke musalmanon ko khule taur par doosron ka zulm, kyunke woh charhai kar ke pahunche thay Madina, charhai</w:t>
      </w:r>
    </w:p>
    <w:p>
      <w:pPr>
        <w:jc w:val="right"/>
      </w:pPr>
      <w:r>
        <w:t>جبکہ مسلمانوں کو کھلے طور پر دوسروں کا ظلم، کیونکہ وہ چڑھائی کر کے پہنچے تھے مدینہ، چڑھائی</w:t>
      </w:r>
    </w:p>
    <w:p>
      <w:r>
        <w:rPr>
          <w:b/>
        </w:rPr>
        <w:t xml:space="preserve">[40:56] </w:t>
      </w:r>
      <w:r>
        <w:t>kar ke aaye thay aur hamla kiya tha.</w:t>
      </w:r>
    </w:p>
    <w:p>
      <w:pPr>
        <w:jc w:val="right"/>
      </w:pPr>
      <w:r>
        <w:t>کر کے آئے تھے اور حملہ کیا تھا۔</w:t>
      </w:r>
    </w:p>
    <w:p>
      <w:r>
        <w:rPr>
          <w:b/>
        </w:rPr>
        <w:t xml:space="preserve">[40:59] </w:t>
      </w:r>
      <w:r>
        <w:t>lekin Quran mein kya hai? sirf Musalmanon ke andar jo weakness aa gayi thi, us ka zikr kiya. woh yeh hai ke حتّى ذا فضلتم وتنازعتم فی الأمر aap ghaur kijiye ke Uhud mein sari zimmedari un ki thi jo Makka se aaye hamla karne ke liye. sari zimmedari. lekin is ka zikr nahi kiya gaya. zikr kiya Musalmanon ki ek</w:t>
      </w:r>
    </w:p>
    <w:p>
      <w:pPr>
        <w:jc w:val="right"/>
      </w:pPr>
      <w:r>
        <w:t>لیکن قرآن میں کیا ہے؟ صرف مسلمانوں کے اندر جو weakness آ گئی تھی، اس کا ذکر کیا۔ وہ یہ ہے کہ حتّى ذا فضلتم وتنازعتم فی الأمر آپ غور کیجیے کہ احد میں ساری ذمہ داری ان کی تھی جو مکہ سے آئے حملہ کرنے کے لیے۔ ساری ذمہ داری۔ لیکن اس کا ذکر نہیں کیا گیا۔ ذکر کیا مسلمانوں کی ایک</w:t>
      </w:r>
    </w:p>
    <w:p>
      <w:r>
        <w:rPr>
          <w:b/>
        </w:rPr>
        <w:t xml:space="preserve">[41:29] </w:t>
      </w:r>
      <w:r>
        <w:t>kamzori ka.</w:t>
      </w:r>
    </w:p>
    <w:p>
      <w:pPr>
        <w:jc w:val="right"/>
      </w:pPr>
      <w:r>
        <w:t>کمزوری کا۔</w:t>
      </w:r>
    </w:p>
    <w:p>
      <w:r>
        <w:rPr>
          <w:b/>
        </w:rPr>
        <w:t xml:space="preserve">[41:34] </w:t>
      </w:r>
      <w:r>
        <w:t>hatta za fadaltum wa tanaza'tum fil amr yaani tum ne aapas mein ikhtilaf kar liya.</w:t>
      </w:r>
    </w:p>
    <w:p>
      <w:pPr>
        <w:jc w:val="right"/>
      </w:pPr>
      <w:r>
        <w:t>حتّى ذا فضلتم وتنازعتم فی الأمر یعنی تم نے آپس میں اختلاف کر لیا۔</w:t>
      </w:r>
    </w:p>
    <w:p>
      <w:r>
        <w:rPr>
          <w:b/>
        </w:rPr>
        <w:t xml:space="preserve">[41:39] </w:t>
      </w:r>
      <w:r>
        <w:t>yeh namuna bhi mujhe milta hai Quran se ke ke apni taraf jo apni taraf jo kami hai,</w:t>
      </w:r>
    </w:p>
    <w:p>
      <w:pPr>
        <w:jc w:val="right"/>
      </w:pPr>
      <w:r>
        <w:t>یہ نمونہ بھی مجھے ملتا ہے قرآن سے کہ کہ اپنی طرف جو اپنی طرف جو کمی ہے،</w:t>
      </w:r>
    </w:p>
    <w:p>
      <w:r>
        <w:rPr>
          <w:b/>
        </w:rPr>
        <w:t xml:space="preserve">[41:44] </w:t>
      </w:r>
      <w:r>
        <w:t>is ko point out karo.</w:t>
      </w:r>
    </w:p>
    <w:p>
      <w:pPr>
        <w:jc w:val="right"/>
      </w:pPr>
      <w:r>
        <w:t>اس کو point out کرو۔</w:t>
      </w:r>
    </w:p>
    <w:p>
      <w:r>
        <w:rPr>
          <w:b/>
        </w:rPr>
        <w:t xml:space="preserve">[41:49] </w:t>
      </w:r>
      <w:r>
        <w:t>taake is ki islaah kar ke aindah woh ghalti na karein.</w:t>
      </w:r>
    </w:p>
    <w:p>
      <w:pPr>
        <w:jc w:val="right"/>
      </w:pPr>
      <w:r>
        <w:t>تاکہ اس کی اصلاح کر کے آئندہ وہ غلطی نہ کریں۔</w:t>
      </w:r>
    </w:p>
    <w:p>
      <w:r>
        <w:rPr>
          <w:b/>
        </w:rPr>
        <w:t xml:space="preserve">[41:54] </w:t>
      </w:r>
      <w:r>
        <w:t>ke musalmanon ke jo log hain, woh jante</w:t>
      </w:r>
    </w:p>
    <w:p>
      <w:pPr>
        <w:jc w:val="right"/>
      </w:pPr>
      <w:r>
        <w:t>کہ مسلمانوں کے جو لوگ ہیں، وہ جانتے</w:t>
      </w:r>
    </w:p>
    <w:p>
      <w:r>
        <w:rPr>
          <w:b/>
        </w:rPr>
        <w:t xml:space="preserve">[41:59] </w:t>
      </w:r>
      <w:r>
        <w:t>hain ke woh human rights activists wale kya keh rahe hain. toh human rights activists yahi karte hain hamesha. ek side le kar ke shor machate hain. ek side. lekin Islam ka tareeqa yeh hai ke Musalmanon ke andar jo weakness pai gayi, us ko le kar point out karna. taake aindah woh apni islaah kar lein. toh main Quran ke tareeqe</w:t>
      </w:r>
    </w:p>
    <w:p>
      <w:pPr>
        <w:jc w:val="right"/>
      </w:pPr>
      <w:r>
        <w:t>ہیں کہ وہ human rights activists والے کیا کہہ رہے ہیں۔ تو human rights activists یہی کرتے ہیں ہمیشہ۔ ایک side لے کر کے شور مچاتے ہیں۔ ایک side۔ لیکن اسلام کا طریقہ یہ ہے کہ مسلمانوں کے اندر جو weakness پائی گئی، اس کو لے کر point out کرنا۔ تاکہ آئندہ وہ اپنی اصلاح کر لیں۔ تو میں قرآن کے طریقے</w:t>
      </w:r>
    </w:p>
    <w:p>
      <w:r>
        <w:rPr>
          <w:b/>
        </w:rPr>
        <w:t xml:space="preserve">[42:29] </w:t>
      </w:r>
      <w:r>
        <w:t>ko follow kar raha hoon.</w:t>
      </w:r>
    </w:p>
    <w:p>
      <w:pPr>
        <w:jc w:val="right"/>
      </w:pPr>
      <w:r>
        <w:t>کو follow کر رہا ہوں۔</w:t>
      </w:r>
    </w:p>
    <w:p>
      <w:r>
        <w:rPr>
          <w:b/>
        </w:rPr>
        <w:t xml:space="preserve">[42:34] </w:t>
      </w:r>
      <w:r>
        <w:t>aur log human rights activists ke ko follow kar rahe hain.</w:t>
      </w:r>
    </w:p>
    <w:p>
      <w:pPr>
        <w:jc w:val="right"/>
      </w:pPr>
      <w:r>
        <w:t>اور لوگ human rights activists کے کو follow کر رہے ہیں۔</w:t>
      </w:r>
    </w:p>
    <w:p>
      <w:r>
        <w:rPr>
          <w:b/>
        </w:rPr>
        <w:t xml:space="preserve">[42:38] </w:t>
      </w:r>
      <w:r>
        <w:t>yeh farq hai.</w:t>
      </w:r>
    </w:p>
    <w:p>
      <w:pPr>
        <w:jc w:val="right"/>
      </w:pPr>
      <w:r>
        <w:t>یہ فرق ہے۔</w:t>
      </w:r>
    </w:p>
    <w:p>
      <w:r>
        <w:rPr>
          <w:b/>
        </w:rPr>
        <w:t xml:space="preserve">[42:42] </w:t>
      </w:r>
      <w:r>
        <w:t>Maulana, agla sawal Kolkata se Aftab Alam sahib ne bheja hai.</w:t>
      </w:r>
    </w:p>
    <w:p>
      <w:pPr>
        <w:jc w:val="right"/>
      </w:pPr>
      <w:r>
        <w:t>مولانا، اگلا سوال کلکتہ سے آفتاب عالم صاحب نے بھیجا ہے۔</w:t>
      </w:r>
    </w:p>
    <w:p>
      <w:r>
        <w:rPr>
          <w:b/>
        </w:rPr>
        <w:t xml:space="preserve">[42:47] </w:t>
      </w:r>
      <w:r>
        <w:t>"It has been said that every Sahaba is to be followed.</w:t>
      </w:r>
    </w:p>
    <w:p>
      <w:pPr>
        <w:jc w:val="right"/>
      </w:pPr>
      <w:r>
        <w:t>انہوں نے لکھا ہے: "It has been said that every Sahaba is to be followed.</w:t>
      </w:r>
    </w:p>
    <w:p>
      <w:r>
        <w:rPr>
          <w:b/>
        </w:rPr>
        <w:t xml:space="preserve">[42:51] </w:t>
      </w:r>
      <w:r>
        <w:t>They are like stars.</w:t>
      </w:r>
    </w:p>
    <w:p>
      <w:pPr>
        <w:jc w:val="right"/>
      </w:pPr>
      <w:r>
        <w:t>They are like stars.</w:t>
      </w:r>
    </w:p>
    <w:p>
      <w:r>
        <w:rPr>
          <w:b/>
        </w:rPr>
        <w:t xml:space="preserve">[42:55] </w:t>
      </w:r>
      <w:r>
        <w:t>But it is learned from history that sometimes they have been diverted from truth and it had led</w:t>
      </w:r>
    </w:p>
    <w:p>
      <w:pPr>
        <w:jc w:val="right"/>
      </w:pPr>
      <w:r>
        <w:t>But it is learned from history that sometimes they have been diverted from truth and it had led</w:t>
      </w:r>
    </w:p>
    <w:p>
      <w:r>
        <w:rPr>
          <w:b/>
        </w:rPr>
        <w:t xml:space="preserve">[43:00] </w:t>
      </w:r>
      <w:r>
        <w:t>to a big conflict like the Battle of Siffin, which was the first civil war.</w:t>
      </w:r>
    </w:p>
    <w:p>
      <w:pPr>
        <w:jc w:val="right"/>
      </w:pPr>
      <w:r>
        <w:t>to a big conflict like the Battle of Siffin, which was the first civil war.</w:t>
      </w:r>
    </w:p>
    <w:p>
      <w:r>
        <w:rPr>
          <w:b/>
        </w:rPr>
        <w:t xml:space="preserve">[43:07] </w:t>
      </w:r>
      <w:r>
        <w:t>Then in what manner we have been directed to follow them?</w:t>
      </w:r>
    </w:p>
    <w:p>
      <w:pPr>
        <w:jc w:val="right"/>
      </w:pPr>
      <w:r>
        <w:t>Then in what manner we have been directed to follow them?</w:t>
      </w:r>
    </w:p>
    <w:p>
      <w:r>
        <w:rPr>
          <w:b/>
        </w:rPr>
        <w:t xml:space="preserve">[43:15] </w:t>
      </w:r>
      <w:r>
        <w:t>Please explain this issue." Dekhiye, Sahaba ke haan agar ikhtilaf na ho, bilkul to woh hai it'at ka masla.</w:t>
      </w:r>
    </w:p>
    <w:p>
      <w:pPr>
        <w:jc w:val="right"/>
      </w:pPr>
      <w:r>
        <w:t>Please explain this issue." دیکھیے، صحابہ کے ہاں اگر اختلاف نہ ہو، بالکل تو وہ ہے اطاعت کا مسئلہ۔</w:t>
      </w:r>
    </w:p>
    <w:p>
      <w:r>
        <w:rPr>
          <w:b/>
        </w:rPr>
        <w:t xml:space="preserve">[43:23] </w:t>
      </w:r>
      <w:r>
        <w:t>aur agar ikhtilaf paya jaye, tab woh hai ijtihad ka masla.</w:t>
      </w:r>
    </w:p>
    <w:p>
      <w:pPr>
        <w:jc w:val="right"/>
      </w:pPr>
      <w:r>
        <w:t>اور اگر اختلاف پایا جائے، تب وہ ہے اجتہاد کا مسئلہ۔</w:t>
      </w:r>
    </w:p>
    <w:p>
      <w:r>
        <w:rPr>
          <w:b/>
        </w:rPr>
        <w:t xml:space="preserve">[43:30] </w:t>
      </w:r>
      <w:r>
        <w:t>kyunke الصحابة كلهم عدول toh agar aap ko nazar aata hai ke Sahaba ne kis moamle mein mukhtalif andaaz ikhtiyar kiya, toh aap us masle ko ijtihad ka masla banaiye. aap ghaur kijiye ke us mein aap ki nazar se kya theek hai. agar aisa nahi hai toh is ko it'aat ka masla banaiye. yeh maslak hai qadeem</w:t>
      </w:r>
    </w:p>
    <w:p>
      <w:pPr>
        <w:jc w:val="right"/>
      </w:pPr>
      <w:r>
        <w:t>کیونکہ الصحابة كلهم عدول تو اگر آپ کو نظر آتا ہے کہ صحابہ نے کس معاملے میں مختلف انداز اختیار کیا، تو آپ اس مسئلے کو اجتہاد کا مسئلہ بنائیے۔ آپ غور کیجیے کہ اس میں آپ کی نظر سے کیا ٹھیک ہے۔ اگر ایسا نہیں ہے تو اس کو اطاعت کا مسئلہ بنائیے۔ یہ مسلک ہے قدیم</w:t>
      </w:r>
    </w:p>
    <w:p>
      <w:r>
        <w:rPr>
          <w:b/>
        </w:rPr>
        <w:t xml:space="preserve">[44:00] </w:t>
      </w:r>
      <w:r>
        <w:t>zamane se ulama ka is muamle mein.</w:t>
      </w:r>
    </w:p>
    <w:p>
      <w:pPr>
        <w:jc w:val="right"/>
      </w:pPr>
      <w:r>
        <w:t>زمانے سے علماء کا اس معاملے میں۔</w:t>
      </w:r>
    </w:p>
    <w:p>
      <w:r>
        <w:rPr>
          <w:b/>
        </w:rPr>
        <w:t xml:space="preserve">[44:05] </w:t>
      </w:r>
      <w:r>
        <w:t>Maulana, agla sawal Nagpur se Muhammad Irfan Rasheedi sahib ne kiya hai.</w:t>
      </w:r>
    </w:p>
    <w:p>
      <w:pPr>
        <w:jc w:val="right"/>
      </w:pPr>
      <w:r>
        <w:t>مولانا، اگلا سوال ناک پور سے محمد عرفان رشیدی صاحب نے کیا ہے۔</w:t>
      </w:r>
    </w:p>
    <w:p>
      <w:r>
        <w:rPr>
          <w:b/>
        </w:rPr>
        <w:t xml:space="preserve">[44:10] </w:t>
      </w:r>
      <w:r>
        <w:t>aur unhone aap se poocha hai ke "Why are Muslims so aggressive in nature?</w:t>
      </w:r>
    </w:p>
    <w:p>
      <w:pPr>
        <w:jc w:val="right"/>
      </w:pPr>
      <w:r>
        <w:t>اور انہوں نے آپ سے پوچھا ہے کہ "Why are Muslims so aggressive in nature?</w:t>
      </w:r>
    </w:p>
    <w:p>
      <w:r>
        <w:rPr>
          <w:b/>
        </w:rPr>
        <w:t xml:space="preserve">[44:16] </w:t>
      </w:r>
      <w:r>
        <w:t>What is the reason for this?" in nature nahi hai, yeh baat galat hai.</w:t>
      </w:r>
    </w:p>
    <w:p>
      <w:pPr>
        <w:jc w:val="right"/>
      </w:pPr>
      <w:r>
        <w:t>What is the reason for this?" ان نیچر نہیں ہے، یہ بات غلط ہے۔</w:t>
      </w:r>
    </w:p>
    <w:p>
      <w:r>
        <w:rPr>
          <w:b/>
        </w:rPr>
        <w:t xml:space="preserve">[44:21] </w:t>
      </w:r>
      <w:r>
        <w:t>musalmanon mein badqismati se aisay leader ubhray jo jazbati karte hain, Rebel Rouser.</w:t>
      </w:r>
    </w:p>
    <w:p>
      <w:pPr>
        <w:jc w:val="right"/>
      </w:pPr>
      <w:r>
        <w:t>مسلمانوں میں بدقسمتی سے ایسے لیڈر ابھرے جو جذباتی کرتے ہیں، Rebel Rouser۔</w:t>
      </w:r>
    </w:p>
    <w:p>
      <w:r>
        <w:rPr>
          <w:b/>
        </w:rPr>
        <w:t xml:space="preserve">[44:26] </w:t>
      </w:r>
      <w:r>
        <w:t>yeh sari ghalti</w:t>
      </w:r>
    </w:p>
    <w:p>
      <w:pPr>
        <w:jc w:val="right"/>
      </w:pPr>
      <w:r>
        <w:t>یہ ساری غلطی</w:t>
      </w:r>
    </w:p>
    <w:p>
      <w:r>
        <w:rPr>
          <w:b/>
        </w:rPr>
        <w:t xml:space="preserve">[44:31] </w:t>
      </w:r>
      <w:r>
        <w:t>Rebel Rouser ki hai.</w:t>
      </w:r>
    </w:p>
    <w:p>
      <w:pPr>
        <w:jc w:val="right"/>
      </w:pPr>
      <w:r>
        <w:t>Rebel Rousers کی ہے۔</w:t>
      </w:r>
    </w:p>
    <w:p>
      <w:r>
        <w:rPr>
          <w:b/>
        </w:rPr>
        <w:t xml:space="preserve">[44:37] </w:t>
      </w:r>
      <w:r>
        <w:t>musalmanon mein koi nature aisa nahi ke woh koi koi doosra Khuda jinhon ne in ko paida kiya hai.</w:t>
      </w:r>
    </w:p>
    <w:p>
      <w:pPr>
        <w:jc w:val="right"/>
      </w:pPr>
      <w:r>
        <w:t>مسلمانوں میں کوئی نیچر ایسا نہیں کہ وہ کوئی کوئی دوسرا خدا جنہوں نے ان کو پیدا کیا ہے۔</w:t>
      </w:r>
    </w:p>
    <w:p>
      <w:r>
        <w:rPr>
          <w:b/>
        </w:rPr>
        <w:t xml:space="preserve">[44:43] </w:t>
      </w:r>
      <w:r>
        <w:t>is ke liye main likh chuka hoon bar bar.</w:t>
      </w:r>
    </w:p>
    <w:p>
      <w:pPr>
        <w:jc w:val="right"/>
      </w:pPr>
      <w:r>
        <w:t>اس کے لیے میں لکھ چکا ہوں بار بار۔</w:t>
      </w:r>
    </w:p>
    <w:p>
      <w:r>
        <w:rPr>
          <w:b/>
        </w:rPr>
        <w:t xml:space="preserve">[44:50] </w:t>
      </w:r>
      <w:r>
        <w:t>aap is ko parh sakte hain.</w:t>
      </w:r>
    </w:p>
    <w:p>
      <w:pPr>
        <w:jc w:val="right"/>
      </w:pPr>
      <w:r>
        <w:t>آپ اس کو پڑھ سکتے ہیں۔</w:t>
      </w:r>
    </w:p>
    <w:p>
      <w:r>
        <w:rPr>
          <w:b/>
        </w:rPr>
        <w:t xml:space="preserve">[44:56] </w:t>
      </w:r>
      <w:r>
        <w:t>to asal masla yeh hai ke musalman ke andar jo leader ubhray, woh sab badqismati se Rebel Rouser thay.</w:t>
      </w:r>
    </w:p>
    <w:p>
      <w:pPr>
        <w:jc w:val="right"/>
      </w:pPr>
      <w:r>
        <w:t>تو اصل مسئلہ یہ ہے کہ مسلمان کے اندر جو لیڈر ابھرے، وہ سب بدقسمتی سے Rebel Rouser تھے۔</w:t>
      </w:r>
    </w:p>
    <w:p>
      <w:r>
        <w:rPr>
          <w:b/>
        </w:rPr>
        <w:t xml:space="preserve">[45:02] </w:t>
      </w:r>
      <w:r>
        <w:t>bas.</w:t>
      </w:r>
    </w:p>
    <w:p>
      <w:pPr>
        <w:jc w:val="right"/>
      </w:pPr>
      <w:r>
        <w:t>بس۔</w:t>
      </w:r>
    </w:p>
    <w:p>
      <w:r>
        <w:rPr>
          <w:b/>
        </w:rPr>
        <w:t xml:space="preserve">[45:08] </w:t>
      </w:r>
      <w:r>
        <w:t>musalmanon ki nature alag nahi hai.</w:t>
      </w:r>
    </w:p>
    <w:p>
      <w:pPr>
        <w:jc w:val="right"/>
      </w:pPr>
      <w:r>
        <w:t>مسلمانوں کی نیچر الگ نہیں ہے۔</w:t>
      </w:r>
    </w:p>
    <w:p>
      <w:r>
        <w:rPr>
          <w:b/>
        </w:rPr>
        <w:t xml:space="preserve">[45:13] </w:t>
      </w:r>
      <w:r>
        <w:t>jaise nature sab sare insanon ka bhi hai, isi un ka bhi hai.</w:t>
      </w:r>
    </w:p>
    <w:p>
      <w:pPr>
        <w:jc w:val="right"/>
      </w:pPr>
      <w:r>
        <w:t>جیسے نیچر سب سارے انسانوں کا بھی ہے، اسی ان کا بھی ہے۔</w:t>
      </w:r>
    </w:p>
    <w:p>
      <w:r>
        <w:rPr>
          <w:b/>
        </w:rPr>
        <w:t xml:space="preserve">[45:19] </w:t>
      </w:r>
      <w:r>
        <w:t>to aap galat bataiye in leaderon ko jo Rebel Rouser hain.</w:t>
      </w:r>
    </w:p>
    <w:p>
      <w:pPr>
        <w:jc w:val="right"/>
      </w:pPr>
      <w:r>
        <w:t>تو آپ غلط بتائیے ان لیڈروں کو جو Rebel Rouser ہیں۔</w:t>
      </w:r>
    </w:p>
    <w:p>
      <w:r>
        <w:rPr>
          <w:b/>
        </w:rPr>
        <w:t xml:space="preserve">[45:24] </w:t>
      </w:r>
      <w:r>
        <w:t>musalmanon ko parhenge.</w:t>
      </w:r>
    </w:p>
    <w:p>
      <w:pPr>
        <w:jc w:val="right"/>
      </w:pPr>
      <w:r>
        <w:t>مسلمانوں کو پڑھیں گے۔</w:t>
      </w:r>
    </w:p>
    <w:p>
      <w:r>
        <w:rPr>
          <w:b/>
        </w:rPr>
        <w:t xml:space="preserve">[45:30] </w:t>
      </w:r>
      <w:r>
        <w:t>musalmanon ko kaise batayenge? aap ka musalmanon ka khaliq koi aur hai? musalmanon ka khaliq bhi wohi hai jo.</w:t>
      </w:r>
    </w:p>
    <w:p>
      <w:pPr>
        <w:jc w:val="right"/>
      </w:pPr>
      <w:r>
        <w:t>مسلمانوں کو کیسے بتائیں گے؟ آپ کا مسلمانوں کا خالق کوئی اور ہے؟ مسلمانوں کا خالق بھی وہی ہے جو۔</w:t>
      </w:r>
    </w:p>
    <w:p>
      <w:r>
        <w:rPr>
          <w:b/>
        </w:rPr>
        <w:t xml:space="preserve">[45:35] </w:t>
      </w:r>
      <w:r>
        <w:t>is pe maine bohat likha hai, aap parh lijiyay.</w:t>
      </w:r>
    </w:p>
    <w:p>
      <w:pPr>
        <w:jc w:val="right"/>
      </w:pPr>
      <w:r>
        <w:t>اس پہ میں نے بہت لکھا ہے، آپ پڑھ لیجیے۔</w:t>
      </w:r>
    </w:p>
    <w:p>
      <w:r>
        <w:rPr>
          <w:b/>
        </w:rPr>
        <w:t xml:space="preserve">[45:41] </w:t>
      </w:r>
      <w:r>
        <w:t>Maulana, agla sawal aamir mori sahib ne bheja hai Kashmir se.</w:t>
      </w:r>
    </w:p>
    <w:p>
      <w:pPr>
        <w:jc w:val="right"/>
      </w:pPr>
      <w:r>
        <w:t>مولانا، اگلا سوال عامر موری صاحب نے بھیجا ہے کشمیر سے۔</w:t>
      </w:r>
    </w:p>
    <w:p>
      <w:r>
        <w:rPr>
          <w:b/>
        </w:rPr>
        <w:t xml:space="preserve">[45:47] </w:t>
      </w:r>
      <w:r>
        <w:t>unhon ne likha hai: "Molana, few days back I was talking to one of my friends.</w:t>
      </w:r>
    </w:p>
    <w:p>
      <w:pPr>
        <w:jc w:val="right"/>
      </w:pPr>
      <w:r>
        <w:t>انہوں نے لکھا ہے: "Molana, few days back I was talking to one of my friends.</w:t>
      </w:r>
    </w:p>
    <w:p>
      <w:r>
        <w:rPr>
          <w:b/>
        </w:rPr>
        <w:t xml:space="preserve">[45:54] </w:t>
      </w:r>
      <w:r>
        <w:t>During our conversation I said to him that our actions must be result-oriented in this world.</w:t>
      </w:r>
    </w:p>
    <w:p>
      <w:pPr>
        <w:jc w:val="right"/>
      </w:pPr>
      <w:r>
        <w:t>During our conversation I said to him that our actions must be result-oriented in this world.</w:t>
      </w:r>
    </w:p>
    <w:p>
      <w:r>
        <w:rPr>
          <w:b/>
        </w:rPr>
        <w:t xml:space="preserve">[46:00] </w:t>
      </w:r>
      <w:r>
        <w:t>We must take actions only when we are sure of rece</w:t>
      </w:r>
    </w:p>
    <w:p>
      <w:pPr>
        <w:jc w:val="right"/>
      </w:pPr>
      <w:r>
        <w:t>We must take actions only when we are sure of rece</w:t>
      </w:r>
    </w:p>
    <w:p>
      <w:r>
        <w:rPr>
          <w:b/>
        </w:rPr>
        <w:t xml:space="preserve">[46:06] </w:t>
      </w:r>
      <w:r>
        <w:t>iving the results in this world.</w:t>
      </w:r>
    </w:p>
    <w:p>
      <w:pPr>
        <w:jc w:val="right"/>
      </w:pPr>
      <w:r>
        <w:t>iving the results in this world.</w:t>
      </w:r>
    </w:p>
    <w:p>
      <w:r>
        <w:rPr>
          <w:b/>
        </w:rPr>
        <w:t xml:space="preserve">[46:12] </w:t>
      </w:r>
      <w:r>
        <w:t>He rejected my point of view and said that as a Muslim we need to leave the results</w:t>
      </w:r>
    </w:p>
    <w:p>
      <w:pPr>
        <w:jc w:val="right"/>
      </w:pPr>
      <w:r>
        <w:t>He rejected my point of view and said that as a Muslim we need to leave the results</w:t>
      </w:r>
    </w:p>
    <w:p>
      <w:r>
        <w:rPr>
          <w:b/>
        </w:rPr>
        <w:t xml:space="preserve">[46:18] </w:t>
      </w:r>
      <w:r>
        <w:t>to Almighty Allah and should strive to do what we are supposed to do.</w:t>
      </w:r>
    </w:p>
    <w:p>
      <w:pPr>
        <w:jc w:val="right"/>
      </w:pPr>
      <w:r>
        <w:t>to Almighty Allah and should strive to do what we are supposed to do.</w:t>
      </w:r>
    </w:p>
    <w:p>
      <w:r>
        <w:rPr>
          <w:b/>
        </w:rPr>
        <w:t xml:space="preserve">[46:24] </w:t>
      </w:r>
      <w:r>
        <w:t>And that our tasks should be such that we can yield positive results in the hereafter.</w:t>
      </w:r>
    </w:p>
    <w:p>
      <w:pPr>
        <w:jc w:val="right"/>
      </w:pPr>
      <w:r>
        <w:t>And that our tasks should be such that we can yield positive results in the hereafter.</w:t>
      </w:r>
    </w:p>
    <w:p>
      <w:r>
        <w:rPr>
          <w:b/>
        </w:rPr>
        <w:t xml:space="preserve">[46:30] </w:t>
      </w:r>
      <w:r>
        <w:t>Maulana, how should I address this question of my friend?" dekhiye, yeh aadmi jo jo jo</w:t>
      </w:r>
    </w:p>
    <w:p>
      <w:pPr>
        <w:jc w:val="right"/>
      </w:pPr>
      <w:r>
        <w:t>مولانا، how should I address this question of my friend?" دیکھیں، یہ آدمی جو جو جو</w:t>
      </w:r>
    </w:p>
    <w:p>
      <w:r>
        <w:rPr>
          <w:b/>
        </w:rPr>
        <w:t xml:space="preserve">[46:36] </w:t>
      </w:r>
      <w:r>
        <w:t>sahib hain, woh sarkashi ki baat bol rahe hain, Islam ki nahi.</w:t>
      </w:r>
    </w:p>
    <w:p>
      <w:pPr>
        <w:jc w:val="right"/>
      </w:pPr>
      <w:r>
        <w:t>صاحب ہیں، وہ سرکشی کی بات بول رہے ہیں، اسلام کی نہیں۔</w:t>
      </w:r>
    </w:p>
    <w:p>
      <w:r>
        <w:rPr>
          <w:b/>
        </w:rPr>
        <w:t xml:space="preserve">[46:41] </w:t>
      </w:r>
      <w:r>
        <w:t>yeh islam nahi hai, yeh sarkashi hai.</w:t>
      </w:r>
    </w:p>
    <w:p>
      <w:pPr>
        <w:jc w:val="right"/>
      </w:pPr>
      <w:r>
        <w:t>یہ اسلام نہیں ہے، یہ سرکشی ہے۔</w:t>
      </w:r>
    </w:p>
    <w:p>
      <w:r>
        <w:rPr>
          <w:b/>
        </w:rPr>
        <w:t xml:space="preserve">[46:46] </w:t>
      </w:r>
      <w:r>
        <w:t>kyunke dekhen, hadith mein aata hai ke mun hasan islami maray tarkay mala yani .</w:t>
      </w:r>
    </w:p>
    <w:p>
      <w:pPr>
        <w:jc w:val="right"/>
      </w:pPr>
      <w:r>
        <w:t>کیونکہ دیکھیں، حدیث میں آتا ہے کہ من حسن اسلامی مرے ترکہ مالا یعنی ۔</w:t>
      </w:r>
    </w:p>
    <w:p>
      <w:r>
        <w:rPr>
          <w:b/>
        </w:rPr>
        <w:t xml:space="preserve">[46:51] </w:t>
      </w:r>
      <w:r>
        <w:t>acha islam woh hai jo natijay ko dekh kar kaam kare.</w:t>
      </w:r>
    </w:p>
    <w:p>
      <w:pPr>
        <w:jc w:val="right"/>
      </w:pPr>
      <w:r>
        <w:t>اچھا اسلام وہ ہے جو نتیجے کو دیکھ کر کام کرے۔</w:t>
      </w:r>
    </w:p>
    <w:p>
      <w:r>
        <w:rPr>
          <w:b/>
        </w:rPr>
        <w:t xml:space="preserve">[46:56] </w:t>
      </w:r>
      <w:r>
        <w:t>yeh to bohat si aayatein hadith hain.</w:t>
      </w:r>
    </w:p>
    <w:p>
      <w:pPr>
        <w:jc w:val="right"/>
      </w:pPr>
      <w:r>
        <w:t>یہ تو بہت سی آیتیں حدیثیں ہیں۔</w:t>
      </w:r>
    </w:p>
    <w:p>
      <w:r>
        <w:rPr>
          <w:b/>
        </w:rPr>
        <w:t xml:space="preserve">[47:01] </w:t>
      </w:r>
      <w:r>
        <w:t>to sarkashi ke tehat woh bol rahe hain, woh koi</w:t>
      </w:r>
    </w:p>
    <w:p>
      <w:pPr>
        <w:jc w:val="right"/>
      </w:pPr>
      <w:r>
        <w:t>تو سرکشی کے تحت وہ بول رہے ہیں، وہ کوئی</w:t>
      </w:r>
    </w:p>
    <w:p>
      <w:r>
        <w:rPr>
          <w:b/>
        </w:rPr>
        <w:t xml:space="preserve">[47:07] </w:t>
      </w:r>
      <w:r>
        <w:t>islam ke taleemat ke tehat nahi bol rahe hain.</w:t>
      </w:r>
    </w:p>
    <w:p>
      <w:pPr>
        <w:jc w:val="right"/>
      </w:pPr>
      <w:r>
        <w:t>اسلام کے کی تعلیمات کے تحت نہیں بول رہے ہیں۔</w:t>
      </w:r>
    </w:p>
    <w:p>
      <w:r>
        <w:rPr>
          <w:b/>
        </w:rPr>
        <w:t xml:space="preserve">[47:14] </w:t>
      </w:r>
      <w:r>
        <w:t>maulana, agla sawal miss farhana tahir ne bheja hai usa se.</w:t>
      </w:r>
    </w:p>
    <w:p>
      <w:pPr>
        <w:jc w:val="right"/>
      </w:pPr>
      <w:r>
        <w:t>مولانا، اگلا سوال مس فرحانہ طاہر نے بھیجا ہے یو ایس اے سے۔</w:t>
      </w:r>
    </w:p>
    <w:p>
      <w:r>
        <w:rPr>
          <w:b/>
        </w:rPr>
        <w:t xml:space="preserve">[47:22] </w:t>
      </w:r>
      <w:r>
        <w:t>unhon ne likha hai: "kya wajah hai ke jo log deen ka ilm hasil karte hain, woh ghusse</w:t>
      </w:r>
    </w:p>
    <w:p>
      <w:pPr>
        <w:jc w:val="right"/>
      </w:pPr>
      <w:r>
        <w:t>انہوں نے لکھا ہے: "کیا وجہ ہے کہ جو لوگ دین کا علم حاصل کرتے ہیں، وہ غصے</w:t>
      </w:r>
    </w:p>
    <w:p>
      <w:r>
        <w:rPr>
          <w:b/>
        </w:rPr>
        <w:t xml:space="preserve">[47:30] </w:t>
      </w:r>
      <w:r>
        <w:t>walay aur sakht mizaj ke hotay hain? aisa kyun hai?"</w:t>
      </w:r>
    </w:p>
    <w:p>
      <w:pPr>
        <w:jc w:val="right"/>
      </w:pPr>
      <w:r>
        <w:t>والے اور سخت مزاج کے ہوتے ہیں؟ ایسا کیوں ہے؟"</w:t>
      </w:r>
    </w:p>
    <w:p>
      <w:r>
        <w:rPr>
          <w:b/>
        </w:rPr>
        <w:t xml:space="preserve">[47:38] </w:t>
      </w:r>
      <w:r>
        <w:t>ab sare log to aisa mere khayal se nahi hain.</w:t>
      </w:r>
    </w:p>
    <w:p>
      <w:pPr>
        <w:jc w:val="right"/>
      </w:pPr>
      <w:r>
        <w:t>اب سارے لوگ تو ایسا میرے خیال سے نہیں ہیں۔</w:t>
      </w:r>
    </w:p>
    <w:p>
      <w:r>
        <w:rPr>
          <w:b/>
        </w:rPr>
        <w:t xml:space="preserve">[47:43] </w:t>
      </w:r>
      <w:r>
        <w:t>kuch log ho sakte hain.</w:t>
      </w:r>
    </w:p>
    <w:p>
      <w:pPr>
        <w:jc w:val="right"/>
      </w:pPr>
      <w:r>
        <w:t>کچھ لوگ ہو سکتے ہیں۔</w:t>
      </w:r>
    </w:p>
    <w:p>
      <w:r>
        <w:rPr>
          <w:b/>
        </w:rPr>
        <w:t xml:space="preserve">[47:48] </w:t>
      </w:r>
      <w:r>
        <w:t>to har aadmi ke case ko alag alag kar ke dekhna parega.</w:t>
      </w:r>
    </w:p>
    <w:p>
      <w:pPr>
        <w:jc w:val="right"/>
      </w:pPr>
      <w:r>
        <w:t>تو ہر آدمی کے کیس کو الگ الگ کر کے دیکھنا پڑے گا۔</w:t>
      </w:r>
    </w:p>
    <w:p>
      <w:r>
        <w:rPr>
          <w:b/>
        </w:rPr>
        <w:t xml:space="preserve">[47:53] </w:t>
      </w:r>
      <w:r>
        <w:t>ke falan shakhs jo hai, woh ghusse wala hai.</w:t>
      </w:r>
    </w:p>
    <w:p>
      <w:pPr>
        <w:jc w:val="right"/>
      </w:pPr>
      <w:r>
        <w:t>کہ فلاں شخص جو ہے، وہ غصے والا ہے۔</w:t>
      </w:r>
    </w:p>
    <w:p>
      <w:r>
        <w:rPr>
          <w:b/>
        </w:rPr>
        <w:t xml:space="preserve">[47:58] </w:t>
      </w:r>
      <w:r>
        <w:t>aap is ko generalize nahi kar sakte.</w:t>
      </w:r>
    </w:p>
    <w:p>
      <w:pPr>
        <w:jc w:val="right"/>
      </w:pPr>
      <w:r>
        <w:t>آپ اس کو جرنلائز نہیں کر سکتے۔</w:t>
      </w:r>
    </w:p>
    <w:p>
      <w:r>
        <w:rPr>
          <w:b/>
        </w:rPr>
        <w:t xml:space="preserve">[48:03] </w:t>
      </w:r>
      <w:r>
        <w:t>to kisi ke specific yani taqreer ya</w:t>
      </w:r>
    </w:p>
    <w:p>
      <w:pPr>
        <w:jc w:val="right"/>
      </w:pPr>
      <w:r>
        <w:t>تو کسی کے specific یعنی تقریر یا</w:t>
      </w:r>
    </w:p>
    <w:p>
      <w:r>
        <w:rPr>
          <w:b/>
        </w:rPr>
        <w:t xml:space="preserve">[48:08] </w:t>
      </w:r>
      <w:r>
        <w:t>tahreer ko mujhe bataiye, naam ke sath. tab main inshallah kar sakta hoon ke woh kaun sahib hain, kyun aisa hai. mere ilm ke mutabiq toh aisa nahi ke jo ilm wala hota hai, woh ghusse wala ban jata hai. mere ilm mein toh aisa hai hi nahi. Okay, so we will end the session today. Thank you.</w:t>
      </w:r>
    </w:p>
    <w:p>
      <w:pPr>
        <w:jc w:val="right"/>
      </w:pPr>
      <w:r>
        <w:t>تحریر کو مجھے بتائیں، نام کے ساتھ۔ تب میں انشاءاللہ کر سکتا ہوں کہ وہ کون صاحب ہیں، کیوں ایسا ہے۔ میرے علم کے مطابق تو ایسا نہیں کہ جو علم والا ہوتا ہے، وہ غصے والا بن جاتا ہے۔ میرے علم میں تو ایسا ہے ہی نہیں۔ Okay, so we will end the session today.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