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Life of the Prophet Muhammad, May 26, 2008</w:t>
      </w:r>
    </w:p>
    <w:p>
      <w:r>
        <w:t>https://www.youtube.com/watch?v=RHKPu_bRDiY</w:t>
      </w:r>
    </w:p>
    <w:p>
      <w:r>
        <w:rPr>
          <w:b/>
        </w:rPr>
        <w:t xml:space="preserve">[00:14] </w:t>
      </w:r>
      <w:r>
        <w:t>bismillah rehman rehim. islam aik ilhami mazhab hai, yani revealed religion.</w:t>
      </w:r>
    </w:p>
    <w:p>
      <w:pPr>
        <w:jc w:val="right"/>
      </w:pPr>
      <w:r>
        <w:t>بسم اللہ الرحمن الرحیم۔ اسلام ایک الہامی مذہب ہے، یعنی ریویلڈ ریلیجن۔</w:t>
      </w:r>
    </w:p>
    <w:p>
      <w:r>
        <w:rPr>
          <w:b/>
        </w:rPr>
        <w:t xml:space="preserve">[00:28] </w:t>
      </w:r>
      <w:r>
        <w:t>revealed religion ka matlab yeh hai ke khuda kisi insan ko chunta hai, us ke paas woh guidance bhejta hai jo insan ko chahiye.</w:t>
      </w:r>
    </w:p>
    <w:p>
      <w:pPr>
        <w:jc w:val="right"/>
      </w:pPr>
      <w:r>
        <w:t>ریویلڈ ریلیجن کا مطلب یہ ہے کہ خدا کسی انسان کو چنتا ہے، اس کے پاس وہ گائیڈنس بھیجتا ہے جو انسان کو چاہیے۔</w:t>
      </w:r>
    </w:p>
    <w:p>
      <w:r>
        <w:rPr>
          <w:b/>
        </w:rPr>
        <w:t xml:space="preserve">[00:47] </w:t>
      </w:r>
      <w:r>
        <w:t>phir yeh insan doosre tak pahunchata hai. isi ko peghambar kaha jata hai.</w:t>
      </w:r>
    </w:p>
    <w:p>
      <w:pPr>
        <w:jc w:val="right"/>
      </w:pPr>
      <w:r>
        <w:t>پھر یہ انسان دوسرے تک پہنچاتا ہے۔ اسی کو پیغمبر کہا جاتا ہے۔</w:t>
      </w:r>
    </w:p>
    <w:p>
      <w:r>
        <w:rPr>
          <w:b/>
        </w:rPr>
        <w:t xml:space="preserve">[00:58] </w:t>
      </w:r>
      <w:r>
        <w:t>to islam ke peghambar</w:t>
      </w:r>
    </w:p>
    <w:p>
      <w:pPr>
        <w:jc w:val="right"/>
      </w:pPr>
      <w:r>
        <w:t>تو اسلام کے پیغمبر</w:t>
      </w:r>
    </w:p>
    <w:p>
      <w:r>
        <w:rPr>
          <w:b/>
        </w:rPr>
        <w:t xml:space="preserve">[01:02] </w:t>
      </w:r>
      <w:r>
        <w:t>muhammad bin abdullah bin abdul muttalib the.</w:t>
      </w:r>
    </w:p>
    <w:p>
      <w:pPr>
        <w:jc w:val="right"/>
      </w:pPr>
      <w:r>
        <w:t>محمد بن عبداللہ بن عبدالمطلب تھے۔</w:t>
      </w:r>
    </w:p>
    <w:p>
      <w:r>
        <w:rPr>
          <w:b/>
        </w:rPr>
        <w:t xml:space="preserve">[01:10] </w:t>
      </w:r>
      <w:r>
        <w:t>woh makka mein</w:t>
      </w:r>
    </w:p>
    <w:p>
      <w:pPr>
        <w:jc w:val="right"/>
      </w:pPr>
      <w:r>
        <w:t>وہ مکہ میں</w:t>
      </w:r>
    </w:p>
    <w:p>
      <w:r>
        <w:rPr>
          <w:b/>
        </w:rPr>
        <w:t xml:space="preserve">[01:17] </w:t>
      </w:r>
      <w:r>
        <w:t>Christian calendar ke aitbar se 610 mein paida hue.</w:t>
      </w:r>
    </w:p>
    <w:p>
      <w:pPr>
        <w:jc w:val="right"/>
      </w:pPr>
      <w:r>
        <w:t>کرسچن کیلنڈر کے اعتبار سے 610 میں پیدا ہوئے۔</w:t>
      </w:r>
    </w:p>
    <w:p>
      <w:r>
        <w:rPr>
          <w:b/>
        </w:rPr>
        <w:t xml:space="preserve">[01:26] </w:t>
      </w:r>
      <w:r>
        <w:t>aur madina mein aap ki death hui 632 mein.</w:t>
      </w:r>
    </w:p>
    <w:p>
      <w:pPr>
        <w:jc w:val="right"/>
      </w:pPr>
      <w:r>
        <w:t>اور مدینہ میں آپ کی ڈیتھ ہوئی 632 میں۔</w:t>
      </w:r>
    </w:p>
    <w:p>
      <w:r>
        <w:rPr>
          <w:b/>
        </w:rPr>
        <w:t xml:space="preserve">[01:38] </w:t>
      </w:r>
      <w:r>
        <w:t>kitabon ke parhne se maloom hota hai ke aap jab abhi maan ke pait mein the, tabhi aap ke baap abdullah ka intaqal ho gaya, un ki death ho gayi.</w:t>
      </w:r>
    </w:p>
    <w:p>
      <w:pPr>
        <w:jc w:val="right"/>
      </w:pPr>
      <w:r>
        <w:t>کتابوں کے پڑھنے سے معلوم ہوتا ہے کہ آپ جب ابھی ماں کے پیٹ میں تھے، تبھی آپ کے باپ عبداللہ کا انتقال ہو گیا، ان کی ڈیتھ ہو گئی۔</w:t>
      </w:r>
    </w:p>
    <w:p>
      <w:r>
        <w:rPr>
          <w:b/>
        </w:rPr>
        <w:t xml:space="preserve">[01:58] </w:t>
      </w:r>
      <w:r>
        <w:t>aap ke paida hone ke kuch saal baad aap ki maan amina ki bhi death ho gayi. aap ke dada abdul muttalib ne aap ko pala.</w:t>
      </w:r>
    </w:p>
    <w:p>
      <w:pPr>
        <w:jc w:val="right"/>
      </w:pPr>
      <w:r>
        <w:t>آپ کے پیدا ہونے کے کچھ سال بعد آپ کی ماں آمنہ کی بھی ڈیتھ ہو گئی۔ آپ کے دادا عبدالمطلب نے آپ کو پالا۔</w:t>
      </w:r>
    </w:p>
    <w:p>
      <w:r>
        <w:rPr>
          <w:b/>
        </w:rPr>
        <w:t xml:space="preserve">[02:14] </w:t>
      </w:r>
      <w:r>
        <w:t>phir jab un ki death ho gayi to aap ke chacha abu talib aap ke sarparast bane.</w:t>
      </w:r>
    </w:p>
    <w:p>
      <w:pPr>
        <w:jc w:val="right"/>
      </w:pPr>
      <w:r>
        <w:t>پھر جب ان کی ڈیتھ ہو گئی تو آپ کے چچا ابو طالب آپ کے سرپرست بنے۔</w:t>
      </w:r>
    </w:p>
    <w:p>
      <w:r>
        <w:rPr>
          <w:b/>
        </w:rPr>
        <w:t xml:space="preserve">[02:27] </w:t>
      </w:r>
      <w:r>
        <w:t>muhammad sahib ka bachpan se jo mizaj tha, woh sab se alag tha.</w:t>
      </w:r>
    </w:p>
    <w:p>
      <w:pPr>
        <w:jc w:val="right"/>
      </w:pPr>
      <w:r>
        <w:t>محمد صاحب کا بچپن سے جو مزاج تھا، وہ سب سے الگ تھا۔</w:t>
      </w:r>
    </w:p>
    <w:p>
      <w:r>
        <w:rPr>
          <w:b/>
        </w:rPr>
        <w:t xml:space="preserve">[02:40] </w:t>
      </w:r>
      <w:r>
        <w:t>us waqt makka mein bohat sari activities hoti thin. jaise wahan par bazaar lagte the, log is mein kartab dikhate,</w:t>
      </w:r>
    </w:p>
    <w:p>
      <w:pPr>
        <w:jc w:val="right"/>
      </w:pPr>
      <w:r>
        <w:t>اس وقت مکہ میں بہت ساری ایکٹیویٹیز ہوتی تھیں۔ جیسے وہاں پر بازار لگتے تھے، لوگ اس میں کرتب دکھاتے،</w:t>
      </w:r>
    </w:p>
    <w:p>
      <w:r>
        <w:rPr>
          <w:b/>
        </w:rPr>
        <w:t xml:space="preserve">[02:54] </w:t>
      </w:r>
      <w:r>
        <w:t>mushaire hote wahan par. wahan par khareed farokht hoti. isi tarah wahan par buton ka riwaj tha,</w:t>
      </w:r>
    </w:p>
    <w:p>
      <w:pPr>
        <w:jc w:val="right"/>
      </w:pPr>
      <w:r>
        <w:t>مشاعرے ہوتے وہاں پر۔ وہاں پر خرید فروخت ہوتی۔ اسی طرح وہاں پر بتوں کا رواج تھا،</w:t>
      </w:r>
    </w:p>
    <w:p>
      <w:r>
        <w:rPr>
          <w:b/>
        </w:rPr>
        <w:t xml:space="preserve">[03:10] </w:t>
      </w:r>
      <w:r>
        <w:t>to is ke naam par wahan par khane peene ka function hota tha. aur bohat si activities.</w:t>
      </w:r>
    </w:p>
    <w:p>
      <w:pPr>
        <w:jc w:val="right"/>
      </w:pPr>
      <w:r>
        <w:t>تو اس کے نام پر وہاں پر کھانے پینے کا فنکشن ہوتا تھا۔ اور بہت سی ایکٹیویٹیز۔</w:t>
      </w:r>
    </w:p>
    <w:p>
      <w:r>
        <w:rPr>
          <w:b/>
        </w:rPr>
        <w:t xml:space="preserve">[03:19] </w:t>
      </w:r>
      <w:r>
        <w:t>to muhammad sallallahu alaihi wasallam in activities se aik dam alag rehte the. is ka matlab yeh hai ke woh chote par se hi seekhar the.</w:t>
      </w:r>
    </w:p>
    <w:p>
      <w:pPr>
        <w:jc w:val="right"/>
      </w:pPr>
      <w:r>
        <w:t>تو محمد صلی اللہ علیہ وسلم ان ایکٹیویٹیز سے ایک دم الگ رہتے تھے۔ اس کا مطلب یہ ہے کہ وہ چھوٹے پر سے ہی سیکھر تھے۔</w:t>
      </w:r>
    </w:p>
    <w:p>
      <w:r>
        <w:rPr>
          <w:b/>
        </w:rPr>
        <w:t xml:space="preserve">[03:33] </w:t>
      </w:r>
      <w:r>
        <w:t>sachai ko janna, sachai ko talash karna, yeh un ka nature tha.</w:t>
      </w:r>
    </w:p>
    <w:p>
      <w:pPr>
        <w:jc w:val="right"/>
      </w:pPr>
      <w:r>
        <w:t>سچائی کو جاننا، سچائی کو تلاش کرنا، یہ ان کا نیچر تھا۔</w:t>
      </w:r>
    </w:p>
    <w:p>
      <w:r>
        <w:rPr>
          <w:b/>
        </w:rPr>
        <w:t xml:space="preserve">[03:45] </w:t>
      </w:r>
      <w:r>
        <w:t>aap ka makka mein koi dost nahi tha. kisi majlis mein aap baithte nahi the.</w:t>
      </w:r>
    </w:p>
    <w:p>
      <w:pPr>
        <w:jc w:val="right"/>
      </w:pPr>
      <w:r>
        <w:t>آپ کا مکہ میں کوئی دوست نہیں تھا۔ کسی مجلس میں آپ بیٹھتے نہیں تھے۔</w:t>
      </w:r>
    </w:p>
    <w:p>
      <w:r>
        <w:rPr>
          <w:b/>
        </w:rPr>
        <w:t xml:space="preserve">[03:56] </w:t>
      </w:r>
      <w:r>
        <w:t>aap ka tareeqa yeh tha ke makkah se kuch door wahan par aik pahaar tha, us ka naam tha hira.</w:t>
      </w:r>
    </w:p>
    <w:p>
      <w:pPr>
        <w:jc w:val="right"/>
      </w:pPr>
      <w:r>
        <w:t>آپ کا طریقہ یہ تھا کہ مکہ سے کچھ دور وہاں پر ایک پہاڑ تھا، اس کا نام تھا حرا۔</w:t>
      </w:r>
    </w:p>
    <w:p>
      <w:r>
        <w:rPr>
          <w:b/>
        </w:rPr>
        <w:t xml:space="preserve">[04:07] </w:t>
      </w:r>
      <w:r>
        <w:t>to hira mein aik kho tha jis ko kehte hain ghar hira. to aap wahan chale aate, kuch khana peena ka samaan le kar,</w:t>
      </w:r>
    </w:p>
    <w:p>
      <w:pPr>
        <w:jc w:val="right"/>
      </w:pPr>
      <w:r>
        <w:t>تو حرا میں ایک کھو تھا جس کو کہتے ہیں غار حرا۔ تو آپ وہاں چلے آتے، کچھ کھانا پینے کا سامان لے کر،</w:t>
      </w:r>
    </w:p>
    <w:p>
      <w:r>
        <w:rPr>
          <w:b/>
        </w:rPr>
        <w:t xml:space="preserve">[04:23] </w:t>
      </w:r>
      <w:r>
        <w:t>aur kai kai din tak wahin rehte. wahan aap koi meditation nahi karte the, sochte the.</w:t>
      </w:r>
    </w:p>
    <w:p>
      <w:pPr>
        <w:jc w:val="right"/>
      </w:pPr>
      <w:r>
        <w:t>اور کئی کئی دن تک وہیں رہتے۔ وہاں آپ کوئی میڈیٹیشن نہیں کرتے تھے، سوچتے تھے۔</w:t>
      </w:r>
    </w:p>
    <w:p>
      <w:r>
        <w:rPr>
          <w:b/>
        </w:rPr>
        <w:t xml:space="preserve">[04:34] </w:t>
      </w:r>
      <w:r>
        <w:t>sochte the. mein kya hoon? mera purpose kya hai zindagi mein?</w:t>
      </w:r>
    </w:p>
    <w:p>
      <w:pPr>
        <w:jc w:val="right"/>
      </w:pPr>
      <w:r>
        <w:t>سوچتے تھے۔ میں کیا ہوں؟ میرا پرپس کیا ہے زندگی میں؟</w:t>
      </w:r>
    </w:p>
    <w:p>
      <w:r>
        <w:rPr>
          <w:b/>
        </w:rPr>
        <w:t xml:space="preserve">[04:44] </w:t>
      </w:r>
      <w:r>
        <w:t>yeh zameen kya hai? yeh aasman kya hai? is tarah ke log wahan arab mein bohat se hote the, un ko kehte the hunafa.</w:t>
      </w:r>
    </w:p>
    <w:p>
      <w:pPr>
        <w:jc w:val="right"/>
      </w:pPr>
      <w:r>
        <w:t>یہ زمین کیا ہے؟ یہ آسمان کیا ہے؟ اس طرح کے لوگ وہاں عرب میں بہت سے ہوتے تھے، ان کو کہتے تھے حنفاء۔</w:t>
      </w:r>
    </w:p>
    <w:p>
      <w:r>
        <w:rPr>
          <w:b/>
        </w:rPr>
        <w:t xml:space="preserve">[04:54] </w:t>
      </w:r>
      <w:r>
        <w:t>hunafa ka matlab hota hai seekhar. to unhi mein se aap bhi aik seekhar the. is tarah aap ki zindagi guzarti rahi.</w:t>
      </w:r>
    </w:p>
    <w:p>
      <w:pPr>
        <w:jc w:val="right"/>
      </w:pPr>
      <w:r>
        <w:t>حنفاء کا مطلب ہوتا ہے سیکھر۔ تو انہی میں سے آپ بھی ایک سیکھر تھے۔ اس طرح آپ کی زندگی گزرتی رہی۔</w:t>
      </w:r>
    </w:p>
    <w:p>
      <w:r>
        <w:rPr>
          <w:b/>
        </w:rPr>
        <w:t xml:space="preserve">[05:06] </w:t>
      </w:r>
      <w:r>
        <w:t>yahan tak ke jab aap</w:t>
      </w:r>
    </w:p>
    <w:p>
      <w:pPr>
        <w:jc w:val="right"/>
      </w:pPr>
      <w:r>
        <w:t>یہاں تک کہ جب آپ</w:t>
      </w:r>
    </w:p>
    <w:p>
      <w:r>
        <w:rPr>
          <w:b/>
        </w:rPr>
        <w:t xml:space="preserve">[05:10] </w:t>
      </w:r>
      <w:r>
        <w:t>25 saal ke hue to wahan ke aik family se aap ko nikah ka paigham mila.</w:t>
      </w:r>
    </w:p>
    <w:p>
      <w:pPr>
        <w:jc w:val="right"/>
      </w:pPr>
      <w:r>
        <w:t>25 سال کے ہوئے تو وہاں کے ایک فیملی سے آپ کو نکاح کا پیغام ملا۔</w:t>
      </w:r>
    </w:p>
    <w:p>
      <w:r>
        <w:rPr>
          <w:b/>
        </w:rPr>
        <w:t xml:space="preserve">[05:22] </w:t>
      </w:r>
      <w:r>
        <w:t>yeh khadija bint khawlad theen, woh biwi theen us waqt. un ki umar us waqt thi 40 saal.</w:t>
      </w:r>
    </w:p>
    <w:p>
      <w:pPr>
        <w:jc w:val="right"/>
      </w:pPr>
      <w:r>
        <w:t>یہ خدیجہ بنت خولد تھیں، وہ بیوہ تھیں اس وقت۔ ان کی عمر اس وقت تھی 40 سال۔</w:t>
      </w:r>
    </w:p>
    <w:p>
      <w:r>
        <w:rPr>
          <w:b/>
        </w:rPr>
        <w:t xml:space="preserve">[05:31] </w:t>
      </w:r>
      <w:r>
        <w:t>aap ki umar thi 25 saal. to aap ne khadija se shadi kar li. is tarah aap ki gharelu zindagi shuru hui.</w:t>
      </w:r>
    </w:p>
    <w:p>
      <w:pPr>
        <w:jc w:val="right"/>
      </w:pPr>
      <w:r>
        <w:t>آپ کی عمر تھی 25 سال۔ تو آپ نے خدیجہ سے شادی کر لی۔ اس طرح آپ کی گھریلو زندگی شروع ہوئی۔</w:t>
      </w:r>
    </w:p>
    <w:p>
      <w:r>
        <w:rPr>
          <w:b/>
        </w:rPr>
        <w:t xml:space="preserve">[05:44] </w:t>
      </w:r>
      <w:r>
        <w:t>un se kuch bachche bhi paida hue. lekin zindagi isi tarah se chalti rahi aap ki, seekhar ke roop mein, yani sachai ki talash ke rastay par.</w:t>
      </w:r>
    </w:p>
    <w:p>
      <w:pPr>
        <w:jc w:val="right"/>
      </w:pPr>
      <w:r>
        <w:t>ان سے کچھ بچے بھی پیدا ہوئے۔ لیکن زندگی اسی طرح سے چلتی رہی آپ کی، سیکھر کے روپ میں، یعنی سچائی کی تلاش کے راستے پر۔</w:t>
      </w:r>
    </w:p>
    <w:p>
      <w:r>
        <w:rPr>
          <w:b/>
        </w:rPr>
        <w:t xml:space="preserve">[05:59] </w:t>
      </w:r>
      <w:r>
        <w:t>yahan tak ke jab aap 40 saal ke ho gaye to aik din aisa hua ke jab aap mount hira ke us ghar mein the jahan aap jaya karte the, to wahan par achaanak aik angel zahir hua,</w:t>
      </w:r>
    </w:p>
    <w:p>
      <w:pPr>
        <w:jc w:val="right"/>
      </w:pPr>
      <w:r>
        <w:t>یہاں تک کہ جب آپ 40 سال کے ہو گئے تو ایک دن ایسا ہوا کہ جب آپ ماؤنٹ حرا کے اس غار میں تھے جہاں آپ جایا کرتے تھے، تو وہاں پر اچانک ایک اینجل ظاہر ہوا،</w:t>
      </w:r>
    </w:p>
    <w:p>
      <w:r>
        <w:rPr>
          <w:b/>
        </w:rPr>
        <w:t xml:space="preserve">[06:25] </w:t>
      </w:r>
      <w:r>
        <w:t>khuda ka farishta. us ne bataya ke mein khuda ka bheja hua farishta hoon.</w:t>
      </w:r>
    </w:p>
    <w:p>
      <w:pPr>
        <w:jc w:val="right"/>
      </w:pPr>
      <w:r>
        <w:t>خدا کا فرشتہ۔ اس نے بتایا کہ میں خدا کا بھیجا ہوا فرشتہ ہوں۔</w:t>
      </w:r>
    </w:p>
    <w:p>
      <w:r>
        <w:rPr>
          <w:b/>
        </w:rPr>
        <w:t xml:space="preserve">[06:35] </w:t>
      </w:r>
      <w:r>
        <w:t>khuda ne aap ko apna peghambar banaya hai. aap ko yeh kaam diya gaya hai ke aap dunya ko khuda ki sachai batain.</w:t>
      </w:r>
    </w:p>
    <w:p>
      <w:pPr>
        <w:jc w:val="right"/>
      </w:pPr>
      <w:r>
        <w:t>خدا نے آپ کو اپنا پیغمبر بنایا ہے۔ آپ کو یہ کام دیا گیا ہے کہ آپ دنیا کو خدا کی سچائی بتائیں۔</w:t>
      </w:r>
    </w:p>
    <w:p>
      <w:r>
        <w:rPr>
          <w:b/>
        </w:rPr>
        <w:t xml:space="preserve">[06:53] </w:t>
      </w:r>
      <w:r>
        <w:t>lekin yeh pehla experience tha, to thora aap ke andar concern paida hua us ke baray mein.</w:t>
      </w:r>
    </w:p>
    <w:p>
      <w:pPr>
        <w:jc w:val="right"/>
      </w:pPr>
      <w:r>
        <w:t>لیکن یہ پہلا ایکسپیرینس تھا، تو تھوڑا آپ کے اندر کنسرن پیدا ہوا اس کے بارے میں۔</w:t>
      </w:r>
    </w:p>
    <w:p>
      <w:r>
        <w:rPr>
          <w:b/>
        </w:rPr>
        <w:t xml:space="preserve">[07:03] </w:t>
      </w:r>
      <w:r>
        <w:t>to aap ne aa kar apni aaliya khadija se bataya ke aisa aisa ghar hira mein hua.</w:t>
      </w:r>
    </w:p>
    <w:p>
      <w:pPr>
        <w:jc w:val="right"/>
      </w:pPr>
      <w:r>
        <w:t>تو آپ نے آ کر اپنی عالیہ خدیجہ سے بتایا کہ ایسا ایسا غار حرا میں ہوا۔</w:t>
      </w:r>
    </w:p>
    <w:p>
      <w:r>
        <w:rPr>
          <w:b/>
        </w:rPr>
        <w:t xml:space="preserve">[07:13] </w:t>
      </w:r>
      <w:r>
        <w:t>to us waqt wahan makkah mein aik sahib raha karte the, un ka naam tha warqa bin nofal. woh christian the, yani christian ho gaye the.</w:t>
      </w:r>
    </w:p>
    <w:p>
      <w:pPr>
        <w:jc w:val="right"/>
      </w:pPr>
      <w:r>
        <w:t>تو اس وقت وہاں مکہ میں ایک صاحب رہا کرتے تھے، ان کا نام تھا ورقہ بن نوفل۔ وہ کرسچن تھے، یعنی کرسچن ہو گئے تھے۔</w:t>
      </w:r>
    </w:p>
    <w:p>
      <w:r>
        <w:rPr>
          <w:b/>
        </w:rPr>
        <w:t xml:space="preserve">[07:25] </w:t>
      </w:r>
      <w:r>
        <w:t>unhon ne pichlay mazhabon ki kitabein parhi theen aur pichlay mazhabon ke baray mein bohat kuch jante the. woh us waqt un ki umar 90 saal se ziyada ho chuki thi.</w:t>
      </w:r>
    </w:p>
    <w:p>
      <w:pPr>
        <w:jc w:val="right"/>
      </w:pPr>
      <w:r>
        <w:t>انہوں نے پچھلے مذہبوں کی کتابیں پڑھی تھیں اور پچھلے مذہبوں کے بارے میں بہت کچھ جانتے تھے۔ وہ اس وقت ان کی عمر 90 سال سے زیادہ ہو چکی تھی۔</w:t>
      </w:r>
    </w:p>
    <w:p>
      <w:r>
        <w:rPr>
          <w:b/>
        </w:rPr>
        <w:t xml:space="preserve">[07:38] </w:t>
      </w:r>
      <w:r>
        <w:t>to un ko gyan tha mazhabon ka. to aap ki biwi khadija aap ko le kar un ke paas gayeen, jo door ke rishtay se khadija ke rishtedar bhi hotay thay.</w:t>
      </w:r>
    </w:p>
    <w:p>
      <w:pPr>
        <w:jc w:val="right"/>
      </w:pPr>
      <w:r>
        <w:t>تو ان کو گیان تھا مذہبوں کا۔ تو آپ کی بیوی خدیجہ آپ کو لے کر ان کے پاس گئیں، جو دور کے رشتے سے خدیجہ کے رشتہ دار بھی ہوتے تھے۔</w:t>
      </w:r>
    </w:p>
    <w:p>
      <w:r>
        <w:rPr>
          <w:b/>
        </w:rPr>
        <w:t xml:space="preserve">[07:56] </w:t>
      </w:r>
      <w:r>
        <w:t>to us waqt woh nabina ho chukay thay, yani aankh se dekh nahi sakte thay. woh to rasool Allah ne un ko bataya ke mujh par kya hua ghar hira mein ke is is tareeqay se aik farishta aaya, us ne aisa aisa kaha.</w:t>
      </w:r>
    </w:p>
    <w:p>
      <w:pPr>
        <w:jc w:val="right"/>
      </w:pPr>
      <w:r>
        <w:t>تو اس وقت وہ نابینہ ہو چکے تھے، یعنی آنکھ سے دیکھ نہیں سکتے تھے۔ وہ تو رسول اللہ نے ان کو بتایا کہ مجھ پر کیا ہوا غار حرا میں کہ اس اس طریقے سے ایک فرشتہ آیا، اس نے ایسا ایسا کہا۔</w:t>
      </w:r>
    </w:p>
    <w:p>
      <w:r>
        <w:rPr>
          <w:b/>
        </w:rPr>
        <w:t xml:space="preserve">[08:19] </w:t>
      </w:r>
      <w:r>
        <w:t>aur pehli jo verse thi quran ki, woh mujhe batai: "iqra bism rabbika allazi khalaq, khalaq al insana min alaq, iqra wa rabbuka alakram allazi allama bil qalam, allama al insana ma lam yalam".</w:t>
      </w:r>
    </w:p>
    <w:p>
      <w:pPr>
        <w:jc w:val="right"/>
      </w:pPr>
      <w:r>
        <w:t>اور پہلی جو ورث تھی قرآن کی، وہ مجھے بتائی: "اقرأ بسم ربک الذی خلق، خلق الانسان من علق، اقرا وربک الاکرم الذی علم بالقلم، علم الانسان ما لم یعلم"۔</w:t>
      </w:r>
    </w:p>
    <w:p>
      <w:r>
        <w:rPr>
          <w:b/>
        </w:rPr>
        <w:t xml:space="preserve">[08:35] </w:t>
      </w:r>
      <w:r>
        <w:t>yeh thi quran ki pehli ayatein, yeh verse jo us waqt farishtay ne aap ko batain.</w:t>
      </w:r>
    </w:p>
    <w:p>
      <w:pPr>
        <w:jc w:val="right"/>
      </w:pPr>
      <w:r>
        <w:t>یہ تھی قرآن کی پہلی آیتیں، یہ ورث جو اس وقت فرشتے نے آپ کو بتائیں۔</w:t>
      </w:r>
    </w:p>
    <w:p>
      <w:r>
        <w:rPr>
          <w:b/>
        </w:rPr>
        <w:t xml:space="preserve">[08:46] </w:t>
      </w:r>
      <w:r>
        <w:t>to warqa chunkay pichlay mazhabon ko parhay hue thay, isa aur musa ki batain jante thay, woh bible parha tha unhon ne.</w:t>
      </w:r>
    </w:p>
    <w:p>
      <w:pPr>
        <w:jc w:val="right"/>
      </w:pPr>
      <w:r>
        <w:t>تو ورقہ چونکہ پچھلے مذہبوں کو پڑھے ہوئے تھے، عیسیٰ اور موسیٰ کی باتیں جانتے تھے، وہ بائبل پڑھا تھا انہوں نے۔</w:t>
      </w:r>
    </w:p>
    <w:p>
      <w:r>
        <w:rPr>
          <w:b/>
        </w:rPr>
        <w:t xml:space="preserve">[08:57] </w:t>
      </w:r>
      <w:r>
        <w:t>to unhon ne kaha ke: "ae muhammad!</w:t>
      </w:r>
    </w:p>
    <w:p>
      <w:pPr>
        <w:jc w:val="right"/>
      </w:pPr>
      <w:r>
        <w:t>تو انہوں نے کہا کہ: "اے محمد!</w:t>
      </w:r>
    </w:p>
    <w:p>
      <w:r>
        <w:rPr>
          <w:b/>
        </w:rPr>
        <w:t xml:space="preserve">[09:01] </w:t>
      </w:r>
      <w:r>
        <w:t>jo tum ne bataya, agar woh sahi hai to tum khuda ke peghambar ho. jis tarah se musa aur isa par khuda ka farishta aaya tha,</w:t>
      </w:r>
    </w:p>
    <w:p>
      <w:pPr>
        <w:jc w:val="right"/>
      </w:pPr>
      <w:r>
        <w:t>جو تم نے بتایا، اگر وہ صحیح ہے تو تم خدا کے پیغمبر ہو۔ جس طرح سے موسیٰ اور عیسیٰ پر خدا کا فرشتہ آیا تھا،</w:t>
      </w:r>
    </w:p>
    <w:p>
      <w:r>
        <w:rPr>
          <w:b/>
        </w:rPr>
        <w:t xml:space="preserve">[09:17] </w:t>
      </w:r>
      <w:r>
        <w:t>isi tarah tumhare par bhi khuda ka farishta aaya hai. " aur isi waqt woh aap ko peghambar ki hesiyat se unhon ne accept kar liya.</w:t>
      </w:r>
    </w:p>
    <w:p>
      <w:pPr>
        <w:jc w:val="right"/>
      </w:pPr>
      <w:r>
        <w:t>اسی طرح تمہارے پر بھی خدا کا فرشتہ آیا ہے۔" اور اسی وقت وہ آپ کو پیغمبر کی حیثیت سے انہوں نے ایکسیپٹ کر لیا۔</w:t>
      </w:r>
    </w:p>
    <w:p>
      <w:r>
        <w:rPr>
          <w:b/>
        </w:rPr>
        <w:t xml:space="preserve">[09:29] </w:t>
      </w:r>
      <w:r>
        <w:t>isi liye kaha jata hai ke sab se pehle aap ke sahabi sahabi kehte hain, woh aadmi jis ne aap ko mana aur aap ka saathi bana.</w:t>
      </w:r>
    </w:p>
    <w:p>
      <w:pPr>
        <w:jc w:val="right"/>
      </w:pPr>
      <w:r>
        <w:t>اسی لیے کہا جاتا ہے کہ سب سے پہلے آپ کے صحابی صحابی کہتے ہیں، وہ آدمی جس نے آپ کو مانا اور آپ کا ساتھی بنا۔</w:t>
      </w:r>
    </w:p>
    <w:p>
      <w:r>
        <w:rPr>
          <w:b/>
        </w:rPr>
        <w:t xml:space="preserve">[09:42] </w:t>
      </w:r>
      <w:r>
        <w:t>to mana jata hai ke sab se pehle sahabi aap ke warqa bin nawfal thay. unhon ne kaha ke: "agar main zinda raha to main aap ka saath doon ga aur main aap ka har mamle mein aap ka saathi banoon ga." lekin woh boorhay ho chukay thay.</w:t>
      </w:r>
    </w:p>
    <w:p>
      <w:pPr>
        <w:jc w:val="right"/>
      </w:pPr>
      <w:r>
        <w:t>تو مانا جاتا ہے کہ سب سے پہلے صحابی آپ کے ورقہ بن نوفل تھے۔ انہوں نے کہا کہ: "اگر میں زندہ رہا تو میں آپ کا ساتھ دوں گا اور میں آپ کا ہر معاملے میں آپ کا ساتھی بنوں گا۔" لیکن وہ بوڑھے ہو چکے تھے۔</w:t>
      </w:r>
    </w:p>
    <w:p>
      <w:r>
        <w:rPr>
          <w:b/>
        </w:rPr>
        <w:t xml:space="preserve">[10:03] </w:t>
      </w:r>
      <w:r>
        <w:t>kuch mahine ke baad hi woh aik saal se kam muddat mein woh dunya se chalay gaye. is ke baad aap ne makkah mein apna mission shuru kiya.</w:t>
      </w:r>
    </w:p>
    <w:p>
      <w:pPr>
        <w:jc w:val="right"/>
      </w:pPr>
      <w:r>
        <w:t>کچھ مہینے کے بعد ہی وہ ایک سال سے کم مدت میں وہ دنیا سے چلے گئے۔ اس کے بعد آپ نے مکہ میں اپنا مشن شروع کیا۔</w:t>
      </w:r>
    </w:p>
    <w:p>
      <w:r>
        <w:rPr>
          <w:b/>
        </w:rPr>
        <w:t xml:space="preserve">[10:17] </w:t>
      </w:r>
      <w:r>
        <w:t>aap ka mission kya tha? aap ka mission is se aap samajh sakte hain ke wahan par jahan dekhte kuch log akatha hain, wahan aap jatay aur un se ja kar yeh kehte ke: "eha an</w:t>
      </w:r>
    </w:p>
    <w:p>
      <w:pPr>
        <w:jc w:val="right"/>
      </w:pPr>
      <w:r>
        <w:t>آپ کا مشن کیا تھا؟ آپ کا مشن اس سے آپ سمجھ سکتے ہیں کہ وہاں پر جہاں دیکھتے کچھ لوگ اکٹھا ہیں، وہاں آپ جاتے اور ان سے جا کر یہ کہتے کہ: "ایہا الن</w:t>
      </w:r>
    </w:p>
    <w:p>
      <w:r>
        <w:rPr>
          <w:b/>
        </w:rPr>
        <w:t xml:space="preserve">[10:34] </w:t>
      </w:r>
      <w:r>
        <w:t>as! qoolu la ilaha illallah tuflehu". aye logon! kaho ke aik khuda ke siwa koi aur khuda nahi hai, tum safar raho ge, tum kamyab ho ge.</w:t>
      </w:r>
    </w:p>
    <w:p>
      <w:pPr>
        <w:jc w:val="right"/>
      </w:pPr>
      <w:r>
        <w:t>اس! قولو لا الہ الا اللہ تفلحو"۔ اے لوگوں! کہو کہ ایک خدا کے سوا کوئی اور خدا نہیں ہے، تم سفر رہو گے، تم کامیاب ہو گے۔</w:t>
      </w:r>
    </w:p>
    <w:p>
      <w:r>
        <w:rPr>
          <w:b/>
        </w:rPr>
        <w:t xml:space="preserve">[10:51] </w:t>
      </w:r>
      <w:r>
        <w:t>bas yeh ja kar kehte thay woh. is ka matlab kya tha? is ka matlab yeh tha ke yeh jo zameen o asman jahan jahan hain, is ka bananay wala aik hi hai.</w:t>
      </w:r>
    </w:p>
    <w:p>
      <w:pPr>
        <w:jc w:val="right"/>
      </w:pPr>
      <w:r>
        <w:t>بس یہ جا کر کہتے تھے وہ۔ اس کا مطلب کیا تھا؟ اس کا مطلب یہ تھا کہ یہ جو زمین و آسمان جہاں جہاں ہیں، اس کا بنانے والا ایک ہی ہے۔</w:t>
      </w:r>
    </w:p>
    <w:p>
      <w:r>
        <w:rPr>
          <w:b/>
        </w:rPr>
        <w:t xml:space="preserve">[11:07] </w:t>
      </w:r>
      <w:r>
        <w:t>wohi is qabil hai ke is ki parastish ki jaye, is ka worship</w:t>
      </w:r>
    </w:p>
    <w:p>
      <w:pPr>
        <w:jc w:val="right"/>
      </w:pPr>
      <w:r>
        <w:t>وہی اس قابل ہے کہ اس کی پرستش کی جائے، اس کا ورشپ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