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Value of Silence | April 21, 2018</w:t>
      </w:r>
    </w:p>
    <w:p>
      <w:r>
        <w:t>https://www.youtube.com/watch?v=eVOJ7dheeB8</w:t>
      </w:r>
    </w:p>
    <w:p>
      <w:r>
        <w:rPr>
          <w:b/>
        </w:rPr>
        <w:t xml:space="preserve">[00:13] </w:t>
      </w:r>
      <w:r>
        <w:t>bismillah rahman rahim, 21 april 2018.</w:t>
      </w:r>
    </w:p>
    <w:p>
      <w:pPr>
        <w:jc w:val="right"/>
      </w:pPr>
      <w:r>
        <w:t>بسم اللہ الرحمن الرحیم، 21 اپریل 2018۔</w:t>
      </w:r>
    </w:p>
    <w:p>
      <w:r>
        <w:rPr>
          <w:b/>
        </w:rPr>
        <w:t xml:space="preserve">[00:23] </w:t>
      </w:r>
      <w:r>
        <w:t>mujhe ek qissa yaad aaya, yeh hazrat usman ka qissa hai jo teesray khalifa thay.</w:t>
      </w:r>
    </w:p>
    <w:p>
      <w:pPr>
        <w:jc w:val="right"/>
      </w:pPr>
      <w:r>
        <w:t>مجھے ایک قصہ یاد آیا، یہ حضرت عثمان کا قصہ ہے جو تیسرے خلیفہ تھے۔</w:t>
      </w:r>
    </w:p>
    <w:p>
      <w:r>
        <w:rPr>
          <w:b/>
        </w:rPr>
        <w:t xml:space="preserve">[00:34] </w:t>
      </w:r>
      <w:r>
        <w:t>rasool allah ke baad</w:t>
      </w:r>
    </w:p>
    <w:p>
      <w:pPr>
        <w:jc w:val="right"/>
      </w:pPr>
      <w:r>
        <w:t>رسول اللہ کے بعد</w:t>
      </w:r>
    </w:p>
    <w:p>
      <w:r>
        <w:rPr>
          <w:b/>
        </w:rPr>
        <w:t xml:space="preserve">[00:44] </w:t>
      </w:r>
      <w:r>
        <w:t>hazrat abubakar khalifa banay, phir umar, aur is ke baad usman.</w:t>
      </w:r>
    </w:p>
    <w:p>
      <w:pPr>
        <w:jc w:val="right"/>
      </w:pPr>
      <w:r>
        <w:t>حضرت ابوبکر خلیفہ بنے، پھر عمر، اور اس کے بعد عثمان۔</w:t>
      </w:r>
    </w:p>
    <w:p>
      <w:r>
        <w:rPr>
          <w:b/>
        </w:rPr>
        <w:t xml:space="preserve">[01:00] </w:t>
      </w:r>
      <w:r>
        <w:t>to kaha jata hai ke jab hazrat usman khalifa banay to wahan mimbar hota tha, mimbar aa kar baithe,</w:t>
      </w:r>
    </w:p>
    <w:p>
      <w:pPr>
        <w:jc w:val="right"/>
      </w:pPr>
      <w:r>
        <w:t>تو کہا جاتا ہے کہ جب حضرت عثمان خلیفہ بنے تو وہاں ممبر ہوتا تھا، ممبر آ کر بیٹھے،</w:t>
      </w:r>
    </w:p>
    <w:p>
      <w:r>
        <w:rPr>
          <w:b/>
        </w:rPr>
        <w:t xml:space="preserve">[01:16] </w:t>
      </w:r>
      <w:r>
        <w:t>mimbar par kharay hue, mimbar par kharay hue aur sirf aik sentence bolay aur baith gaye. woh sunnay walay bataiye. antum ala imam fa'al ahwaj minakum ila imam qawwal. tum ko karnay walay leader ki ziyada zarorat hai in leaderon se jo bolnay walay hon. is ke baad woh baith</w:t>
      </w:r>
    </w:p>
    <w:p>
      <w:pPr>
        <w:jc w:val="right"/>
      </w:pPr>
      <w:r>
        <w:t>ممبر پر کھڑے ہوئے، ممبر پر کھڑے ہوئے اور صرف ایک سینٹنس بولے اور بیٹھ گئے۔ وہ سننے والے بتائیے۔ أنتم علی امام فعال أهوج منكم إلى امام قوال۔ تم کو کرنے والے لیڈر کی زیادہ ضرورت ہے ان لیڈروں سے جو بولنے والے ہوں۔ اس کے بعد وہ بیٹ</w:t>
      </w:r>
    </w:p>
    <w:p>
      <w:r>
        <w:rPr>
          <w:b/>
        </w:rPr>
        <w:t xml:space="preserve">[01:46] </w:t>
      </w:r>
      <w:r>
        <w:t>h gaye, aur aata hai ke woh baithe rahe, baithe rahe, baithe rahe, aur tamam jo audience tha</w:t>
      </w:r>
    </w:p>
    <w:p>
      <w:pPr>
        <w:jc w:val="right"/>
      </w:pPr>
      <w:r>
        <w:t>ھ گئے، اور آتا ہے کہ وہ بیٹھے رہے، بیٹھے رہے، بیٹھے رہے، اور تمام جو آڈینس تھا</w:t>
      </w:r>
    </w:p>
    <w:p>
      <w:r>
        <w:rPr>
          <w:b/>
        </w:rPr>
        <w:t xml:space="preserve">[01:56] </w:t>
      </w:r>
      <w:r>
        <w:t>wohi baitha raha, aur chup chap.</w:t>
      </w:r>
    </w:p>
    <w:p>
      <w:pPr>
        <w:jc w:val="right"/>
      </w:pPr>
      <w:r>
        <w:t>وہی بیٹھا رہا، اور چپ چاپ۔</w:t>
      </w:r>
    </w:p>
    <w:p>
      <w:r>
        <w:rPr>
          <w:b/>
        </w:rPr>
        <w:t xml:space="preserve">[02:06] </w:t>
      </w:r>
      <w:r>
        <w:t>tamam audience chup chap baitha raha, woh bhi chup chap. is saail</w:t>
      </w:r>
    </w:p>
    <w:p>
      <w:pPr>
        <w:jc w:val="right"/>
      </w:pPr>
      <w:r>
        <w:t>تمام آڈینس چپ چاپ بیٹھا رہا، وہ بھی چپ چاپ۔ اس سائل</w:t>
      </w:r>
    </w:p>
    <w:p>
      <w:r>
        <w:rPr>
          <w:b/>
        </w:rPr>
        <w:t xml:space="preserve">[02:16] </w:t>
      </w:r>
      <w:r>
        <w:t>nas ko toda muazzin ki azan ne, yani jab agla waqt aa gaya, asar ka waqt, kyunke shuru</w:t>
      </w:r>
    </w:p>
    <w:p>
      <w:pPr>
        <w:jc w:val="right"/>
      </w:pPr>
      <w:r>
        <w:t>نس کو توڑا موذن کی اذان نے، یعنی جب اگلا وقت آ گیا، عصر کا وقت، کیونکہ شروع</w:t>
      </w:r>
    </w:p>
    <w:p>
      <w:r>
        <w:rPr>
          <w:b/>
        </w:rPr>
        <w:t xml:space="preserve">[02:26] </w:t>
      </w:r>
      <w:r>
        <w:t>hua tha juma ke baad se, tab woh log uthay.</w:t>
      </w:r>
    </w:p>
    <w:p>
      <w:pPr>
        <w:jc w:val="right"/>
      </w:pPr>
      <w:r>
        <w:t>ہوا تھا جمعہ کے بعد سے، تب وہ لوگ اٹھے۔</w:t>
      </w:r>
    </w:p>
    <w:p>
      <w:r>
        <w:rPr>
          <w:b/>
        </w:rPr>
        <w:t xml:space="preserve">[02:36] </w:t>
      </w:r>
      <w:r>
        <w:t>to mein sochta tha ke aakhir kyun khalifa bhi chup rahe,</w:t>
      </w:r>
    </w:p>
    <w:p>
      <w:pPr>
        <w:jc w:val="right"/>
      </w:pPr>
      <w:r>
        <w:t>تو میں سوچتا تھا کہ آخر کیوں خلیفہ بھی چپ رہے،</w:t>
      </w:r>
    </w:p>
    <w:p>
      <w:r>
        <w:rPr>
          <w:b/>
        </w:rPr>
        <w:t xml:space="preserve">[02:46] </w:t>
      </w:r>
      <w:r>
        <w:t>audience bhi chup raha, koi bola nahi, is ka raaz kya tha.</w:t>
      </w:r>
    </w:p>
    <w:p>
      <w:pPr>
        <w:jc w:val="right"/>
      </w:pPr>
      <w:r>
        <w:t>آڈینس بھی چپ رہا، کوئی بولا نہیں، اس کا راز کیا تھا۔</w:t>
      </w:r>
    </w:p>
    <w:p>
      <w:r>
        <w:rPr>
          <w:b/>
        </w:rPr>
        <w:t xml:space="preserve">[02:57] </w:t>
      </w:r>
      <w:r>
        <w:t>dekhein, yeh bohat gehri baat hai, yeh bohat gehri baat hai.</w:t>
      </w:r>
    </w:p>
    <w:p>
      <w:pPr>
        <w:jc w:val="right"/>
      </w:pPr>
      <w:r>
        <w:t>دیکھیں، یہ بہت گہری بات ہے، یہ بہت گہری بات ہے۔</w:t>
      </w:r>
    </w:p>
    <w:p>
      <w:r>
        <w:rPr>
          <w:b/>
        </w:rPr>
        <w:t xml:space="preserve">[03:07] </w:t>
      </w:r>
      <w:r>
        <w:t>yani sab log</w:t>
      </w:r>
    </w:p>
    <w:p>
      <w:pPr>
        <w:jc w:val="right"/>
      </w:pPr>
      <w:r>
        <w:t>یعنی سب لوگ</w:t>
      </w:r>
    </w:p>
    <w:p>
      <w:r>
        <w:rPr>
          <w:b/>
        </w:rPr>
        <w:t xml:space="preserve">[03:17] </w:t>
      </w:r>
      <w:r>
        <w:t>Allah rab ul alameen ki yaad mein kho gaye, yaad mein kho gaye ke rasool Allah dunya se chale</w:t>
      </w:r>
    </w:p>
    <w:p>
      <w:pPr>
        <w:jc w:val="right"/>
      </w:pPr>
      <w:r>
        <w:t>اللہ رب العالمین کی یاد میں کھو گئے، یاد میں کھو گئے کہ رسول اللہ دنیا سے چلے</w:t>
      </w:r>
    </w:p>
    <w:p>
      <w:r>
        <w:rPr>
          <w:b/>
        </w:rPr>
        <w:t xml:space="preserve">[03:29] </w:t>
      </w:r>
      <w:r>
        <w:t>gaye, hazrat abubakar dunya se chale gaye, umar dunya se chale gaye, ab hamari bari hai, ab kya hoga.</w:t>
      </w:r>
    </w:p>
    <w:p>
      <w:pPr>
        <w:jc w:val="right"/>
      </w:pPr>
      <w:r>
        <w:t>گئے، حضرت ابوبکر دنیا سے چلے گئے، عمر دنیا سے چلے گئے، اب ہماری باری ہے، اب کیا ہوگا۔</w:t>
      </w:r>
    </w:p>
    <w:p>
      <w:r>
        <w:rPr>
          <w:b/>
        </w:rPr>
        <w:t xml:space="preserve">[03:40] </w:t>
      </w:r>
      <w:r>
        <w:t>to yeh saare log Allah rab ul alameen ki soch mein gum ho gaye.</w:t>
      </w:r>
    </w:p>
    <w:p>
      <w:pPr>
        <w:jc w:val="right"/>
      </w:pPr>
      <w:r>
        <w:t>تو یہ سارے لوگ اللہ رب العالمین کی سوچ میں گم ہو گئے۔</w:t>
      </w:r>
    </w:p>
    <w:p>
      <w:r>
        <w:rPr>
          <w:b/>
        </w:rPr>
        <w:t xml:space="preserve">[03:51] </w:t>
      </w:r>
      <w:r>
        <w:t>mein aap ko ek aur qissa batata hoon jis se, yani compare karne ke liye, aap jante hain</w:t>
      </w:r>
    </w:p>
    <w:p>
      <w:pPr>
        <w:jc w:val="right"/>
      </w:pPr>
      <w:r>
        <w:t>میں آپ کو ایک اور قصہ بتاتا ہوں جس سے، یعنی کمپیر کرنے کے لیے، آپ جانتے ہیں</w:t>
      </w:r>
    </w:p>
    <w:p>
      <w:r>
        <w:rPr>
          <w:b/>
        </w:rPr>
        <w:t xml:space="preserve">[04:01] </w:t>
      </w:r>
      <w:r>
        <w:t>ke Albert Einstein, jo bara scientist tha, to us ko Nobel Prize mila physics ka.</w:t>
      </w:r>
    </w:p>
    <w:p>
      <w:pPr>
        <w:jc w:val="right"/>
      </w:pPr>
      <w:r>
        <w:t>کہ البرٹ آئنسٹین، جو بڑا سائنٹسٹ تھا، تو اس کو نوبل پرائز ملا فزکس کا۔</w:t>
      </w:r>
    </w:p>
    <w:p>
      <w:r>
        <w:rPr>
          <w:b/>
        </w:rPr>
        <w:t xml:space="preserve">[04:11] </w:t>
      </w:r>
      <w:r>
        <w:t>to us ka</w:t>
      </w:r>
    </w:p>
    <w:p>
      <w:pPr>
        <w:jc w:val="right"/>
      </w:pPr>
      <w:r>
        <w:t>تو اس کا</w:t>
      </w:r>
    </w:p>
    <w:p>
      <w:r>
        <w:rPr>
          <w:b/>
        </w:rPr>
        <w:t xml:space="preserve">[04:21] </w:t>
      </w:r>
      <w:r>
        <w:t>ek dost tha kisi doosre shehar mein, us ne us ko message message bheja ke tum hamare haan</w:t>
      </w:r>
    </w:p>
    <w:p>
      <w:pPr>
        <w:jc w:val="right"/>
      </w:pPr>
      <w:r>
        <w:t>ایک دوست تھا کسی دوسرے شہر میں، اس نے اس کو میسج میسج بھیجا کہ تم ہمارے ہاں</w:t>
      </w:r>
    </w:p>
    <w:p>
      <w:r>
        <w:rPr>
          <w:b/>
        </w:rPr>
        <w:t xml:space="preserve">[04:32] </w:t>
      </w:r>
      <w:r>
        <w:t>aao, yahan hum ek gathering karenge aur log tumhari baat sunna chahte hain.</w:t>
      </w:r>
    </w:p>
    <w:p>
      <w:pPr>
        <w:jc w:val="right"/>
      </w:pPr>
      <w:r>
        <w:t>آؤ، یہاں ہم ایک گیدرنگ کریں گے اور لوگ تمہاری بات سننا چاہتے ہیں۔</w:t>
      </w:r>
    </w:p>
    <w:p>
      <w:r>
        <w:rPr>
          <w:b/>
        </w:rPr>
        <w:t xml:space="preserve">[04:42] </w:t>
      </w:r>
      <w:r>
        <w:t>to dost ki baat thi, to Einstein chala gaya, aur dost ne wahan par</w:t>
      </w:r>
    </w:p>
    <w:p>
      <w:pPr>
        <w:jc w:val="right"/>
      </w:pPr>
      <w:r>
        <w:t>تو دوست کی بات تھی، تو آئنسٹین چلا گیا، اور دوست نے وہاں پر</w:t>
      </w:r>
    </w:p>
    <w:p>
      <w:r>
        <w:rPr>
          <w:b/>
        </w:rPr>
        <w:t xml:space="preserve">[04:53] </w:t>
      </w:r>
      <w:r>
        <w:t>intizam kiya aik jalsay ka. log akatha hue, lekin Einstein kuch bolay hi nahi. jab us ka naam pukara gaya to apni jagah se uth kar aaye hi nahi, yahan tak ke chala gaya</w:t>
      </w:r>
    </w:p>
    <w:p>
      <w:pPr>
        <w:jc w:val="right"/>
      </w:pPr>
      <w:r>
        <w:t>انتظام کیا ایک جلسے کا۔ لوگ اکٹھا ہوئے، لیکن آئنسٹین کچھ بولے ہی نہیں۔ جب اس کا نام پکارا گیا تو اپنی جگہ سے اٹھ کر آئے ہی نہیں، یہاں تک کہ چلا گیا</w:t>
      </w:r>
    </w:p>
    <w:p>
      <w:r>
        <w:rPr>
          <w:b/>
        </w:rPr>
        <w:t xml:space="preserve">[05:23] </w:t>
      </w:r>
      <w:r>
        <w:t>wapas. to jo wahan par akatha hue thay log, unhon ne jo aagay hazir thay, un se kaha ke bhai yeh kya aap ne kiya? jab un ko bolna nahi tha to aap ne bulaya kyun hum logon ko? to us ne dobara message bheja apne dost ka ke bhai log bohat ghusa kar rah</w:t>
      </w:r>
    </w:p>
    <w:p>
      <w:pPr>
        <w:jc w:val="right"/>
      </w:pPr>
      <w:r>
        <w:t>واپس۔ تو جو وہاں پر اکٹھا ہوئے تھے لوگ، انہوں نے جو آگے حاضر تھے، ان سے کہا کہ بھئی یہ کیا آپ نے کیا؟ جب ان کو بولنا نہیں تھا تو آپ نے بلایا کیوں ہم لوگوں کو؟ تو اس نے دوبارہ میسج بھیجا اپنے دوست کا کہ بھائی لوگ بہت غصہ کر رہ</w:t>
      </w:r>
    </w:p>
    <w:p>
      <w:r>
        <w:rPr>
          <w:b/>
        </w:rPr>
        <w:t xml:space="preserve">[05:53] </w:t>
      </w:r>
      <w:r>
        <w:t>hain ke kyun aap ne aisa kiya? to mein kya karoon? to Einstein ne kaha ke dobara</w:t>
      </w:r>
    </w:p>
    <w:p>
      <w:pPr>
        <w:jc w:val="right"/>
      </w:pPr>
      <w:r>
        <w:t>ے ہیں کہ کیوں آپ نے ایسا کیا؟ تو میں کیا کروں؟ تو آئنسٹین نے کہا کہ دوبارہ</w:t>
      </w:r>
    </w:p>
    <w:p>
      <w:r>
        <w:rPr>
          <w:b/>
        </w:rPr>
        <w:t xml:space="preserve">[06:03] </w:t>
      </w:r>
      <w:r>
        <w:t>ek ek organize kijiye, aap ek mein dobara aaunga aur aur bolunga.</w:t>
      </w:r>
    </w:p>
    <w:p>
      <w:pPr>
        <w:jc w:val="right"/>
      </w:pPr>
      <w:r>
        <w:t>ایک ایک آرگنائز کیجئے، آپ ایک میں دوبارہ آؤں گا اور اور بولوں گا۔</w:t>
      </w:r>
    </w:p>
    <w:p>
      <w:r>
        <w:rPr>
          <w:b/>
        </w:rPr>
        <w:t xml:space="preserve">[06:13] </w:t>
      </w:r>
      <w:r>
        <w:t>to date fix hui</w:t>
      </w:r>
    </w:p>
    <w:p>
      <w:pPr>
        <w:jc w:val="right"/>
      </w:pPr>
      <w:r>
        <w:t>تو ڈیٹ فکس ہوئی</w:t>
      </w:r>
    </w:p>
    <w:p>
      <w:r>
        <w:rPr>
          <w:b/>
        </w:rPr>
        <w:t xml:space="preserve">[06:23] </w:t>
      </w:r>
      <w:r>
        <w:t>aur bulaya gaya Einstein ko, woh aaya aur us ne khoob taqreer ki.</w:t>
      </w:r>
    </w:p>
    <w:p>
      <w:pPr>
        <w:jc w:val="right"/>
      </w:pPr>
      <w:r>
        <w:t>اور بلایا گیا آئنسٹین کو، وہ آیا اور اس نے خوب تقریر کی۔</w:t>
      </w:r>
    </w:p>
    <w:p>
      <w:r>
        <w:rPr>
          <w:b/>
        </w:rPr>
        <w:t xml:space="preserve">[06:31] </w:t>
      </w:r>
      <w:r>
        <w:t>to kya hua? audience ko samjha hi nahi, kyunke us ne jo latest theory thi science ki, us</w:t>
      </w:r>
    </w:p>
    <w:p>
      <w:pPr>
        <w:jc w:val="right"/>
      </w:pPr>
      <w:r>
        <w:t>تو کیا ہوا؟ آڈینس کو سمجھا ہی نہیں، کیونکہ اس نے جو لیٹسٹ تھیوری تھی سائنس کی، اس</w:t>
      </w:r>
    </w:p>
    <w:p>
      <w:r>
        <w:rPr>
          <w:b/>
        </w:rPr>
        <w:t xml:space="preserve">[06:38] </w:t>
      </w:r>
      <w:r>
        <w:t>waqt bola tha woh.</w:t>
      </w:r>
    </w:p>
    <w:p>
      <w:pPr>
        <w:jc w:val="right"/>
      </w:pPr>
      <w:r>
        <w:t>وقت بولا تھا وہ۔</w:t>
      </w:r>
    </w:p>
    <w:p>
      <w:r>
        <w:rPr>
          <w:b/>
        </w:rPr>
        <w:t xml:space="preserve">[06:46] </w:t>
      </w:r>
      <w:r>
        <w:t>jo sari ki sari base karti hai</w:t>
      </w:r>
    </w:p>
    <w:p>
      <w:pPr>
        <w:jc w:val="right"/>
      </w:pPr>
      <w:r>
        <w:t>جو ساری کی ساری بیس کرتی ہے</w:t>
      </w:r>
    </w:p>
    <w:p>
      <w:r>
        <w:rPr>
          <w:b/>
        </w:rPr>
        <w:t xml:space="preserve">[06:53] </w:t>
      </w:r>
      <w:r>
        <w:t>hard mathematics par.</w:t>
      </w:r>
    </w:p>
    <w:p>
      <w:pPr>
        <w:jc w:val="right"/>
      </w:pPr>
      <w:r>
        <w:t>ہارڈ میتھمیٹکس پر۔</w:t>
      </w:r>
    </w:p>
    <w:p>
      <w:r>
        <w:rPr>
          <w:b/>
        </w:rPr>
        <w:t xml:space="preserve">[07:01] </w:t>
      </w:r>
      <w:r>
        <w:t>to aam taur par log hard mathematics jante nahi.</w:t>
      </w:r>
    </w:p>
    <w:p>
      <w:pPr>
        <w:jc w:val="right"/>
      </w:pPr>
      <w:r>
        <w:t>تو عام طور پر لوگ ہارڈ میتھمیٹکس جانتے نہیں۔</w:t>
      </w:r>
    </w:p>
    <w:p>
      <w:r>
        <w:rPr>
          <w:b/>
        </w:rPr>
        <w:t xml:space="preserve">[07:09] </w:t>
      </w:r>
      <w:r>
        <w:t>to Einstein ne poori taqreer apni latest theory jo science mein hai, us mein bola woh, aur sab</w:t>
      </w:r>
    </w:p>
    <w:p>
      <w:pPr>
        <w:jc w:val="right"/>
      </w:pPr>
      <w:r>
        <w:t>تو آئنسٹین نے پوری تقریر اپنی لیٹسٹ تھیوری جو سائنس میں ہے، اس میں بولا وہ، اور سب</w:t>
      </w:r>
    </w:p>
    <w:p>
      <w:r>
        <w:rPr>
          <w:b/>
        </w:rPr>
        <w:t xml:space="preserve">[07:16] </w:t>
      </w:r>
      <w:r>
        <w:t>ke sab hard mathematics ki language mein tha.</w:t>
      </w:r>
    </w:p>
    <w:p>
      <w:pPr>
        <w:jc w:val="right"/>
      </w:pPr>
      <w:r>
        <w:t>کے سب ہارڈ میتھمیٹکس کی لینگویج میں تھا۔</w:t>
      </w:r>
    </w:p>
    <w:p>
      <w:r>
        <w:rPr>
          <w:b/>
        </w:rPr>
        <w:t xml:space="preserve">[07:24] </w:t>
      </w:r>
      <w:r>
        <w:t>to us ne kaha ke dekhein, mein jo nahi bola tha, is liye ke aap us ko samajh nahi sakte.</w:t>
      </w:r>
    </w:p>
    <w:p>
      <w:pPr>
        <w:jc w:val="right"/>
      </w:pPr>
      <w:r>
        <w:t>تو اس نے کہا کہ دیکھیں، میں جو نہیں بولا تھا، اس لیے کہ آپ اس کو سمجھ نہیں سکتے۔</w:t>
      </w:r>
    </w:p>
    <w:p>
      <w:r>
        <w:rPr>
          <w:b/>
        </w:rPr>
        <w:t xml:space="preserve">[07:31] </w:t>
      </w:r>
      <w:r>
        <w:t>ab aap ka israr kiya to main bol diya, ab aap khud khud samjhiye ke main main chup</w:t>
      </w:r>
    </w:p>
    <w:p>
      <w:pPr>
        <w:jc w:val="right"/>
      </w:pPr>
      <w:r>
        <w:t>اب آپ کا اصرار کیا تو میں بول دیا، اب آپ خود خود سمجھئے کہ میں میں چپ</w:t>
      </w:r>
    </w:p>
    <w:p>
      <w:r>
        <w:rPr>
          <w:b/>
        </w:rPr>
        <w:t xml:space="preserve">[07:39] </w:t>
      </w:r>
      <w:r>
        <w:t>rehna sahi tha ke bolna sahi tha.</w:t>
      </w:r>
    </w:p>
    <w:p>
      <w:pPr>
        <w:jc w:val="right"/>
      </w:pPr>
      <w:r>
        <w:t>رہنا صحیح تھا کہ بولنا صحیح تھا۔</w:t>
      </w:r>
    </w:p>
    <w:p>
      <w:r>
        <w:rPr>
          <w:b/>
        </w:rPr>
        <w:t xml:space="preserve">[07:46] </w:t>
      </w:r>
      <w:r>
        <w:t>to dekhen, ye to alag baat hai,</w:t>
      </w:r>
    </w:p>
    <w:p>
      <w:pPr>
        <w:jc w:val="right"/>
      </w:pPr>
      <w:r>
        <w:t>تو دیکھیں، یہ تو الگ بات ہے،</w:t>
      </w:r>
    </w:p>
    <w:p>
      <w:r>
        <w:rPr>
          <w:b/>
        </w:rPr>
        <w:t xml:space="preserve">[07:54] </w:t>
      </w:r>
      <w:r>
        <w:t>yani ek scholar aisa kar sakta hai, ye scholarship ki baat hai jo einstein ne jo kiya.</w:t>
      </w:r>
    </w:p>
    <w:p>
      <w:pPr>
        <w:jc w:val="right"/>
      </w:pPr>
      <w:r>
        <w:t>یعنی ایک اسکالر ایسا کر سکتا ہے، یہ اسکالرشپ کی بات ہے جو آئنسٹین نے جو کیا۔</w:t>
      </w:r>
    </w:p>
    <w:p>
      <w:r>
        <w:rPr>
          <w:b/>
        </w:rPr>
        <w:t xml:space="preserve">[08:00] </w:t>
      </w:r>
      <w:r>
        <w:t>lekin main samajhta hoon ke hazrat usman ne jo kiya aur audience ne jo kiya, wo is se</w:t>
      </w:r>
    </w:p>
    <w:p>
      <w:pPr>
        <w:jc w:val="right"/>
      </w:pPr>
      <w:r>
        <w:t>لیکن میں سمجھتا ہوں کہ حضرت عثمان نے جو کیا اور آڈینس نے جو کیا، وہ اس سے</w:t>
      </w:r>
    </w:p>
    <w:p>
      <w:r>
        <w:rPr>
          <w:b/>
        </w:rPr>
        <w:t xml:space="preserve">[08:06] </w:t>
      </w:r>
      <w:r>
        <w:t>bilkul alag hai.</w:t>
      </w:r>
    </w:p>
    <w:p>
      <w:pPr>
        <w:jc w:val="right"/>
      </w:pPr>
      <w:r>
        <w:t>بالکل الگ ہے۔</w:t>
      </w:r>
    </w:p>
    <w:p>
      <w:r>
        <w:rPr>
          <w:b/>
        </w:rPr>
        <w:t xml:space="preserve">[08:12] </w:t>
      </w:r>
      <w:r>
        <w:t>yani wo chup ho kar bhi bol rahe the, chup ho kar bhi wo sar soch rahe the,</w:t>
      </w:r>
    </w:p>
    <w:p>
      <w:pPr>
        <w:jc w:val="right"/>
      </w:pPr>
      <w:r>
        <w:t>یعنی وہ چپ ہو کر بھی بول رہے تھے، چپ ہو کر بھی وہ سر سوچ رہے تھے،</w:t>
      </w:r>
    </w:p>
    <w:p>
      <w:r>
        <w:rPr>
          <w:b/>
        </w:rPr>
        <w:t xml:space="preserve">[08:18] </w:t>
      </w:r>
      <w:r>
        <w:t>chup ho kar bhi wo</w:t>
      </w:r>
    </w:p>
    <w:p>
      <w:pPr>
        <w:jc w:val="right"/>
      </w:pPr>
      <w:r>
        <w:t>چپ ہو کر بھی وہ</w:t>
      </w:r>
    </w:p>
    <w:p>
      <w:r>
        <w:rPr>
          <w:b/>
        </w:rPr>
        <w:t xml:space="preserve">[08:24] </w:t>
      </w:r>
      <w:r>
        <w:t>allah ko yaad kar rahe the.</w:t>
      </w:r>
    </w:p>
    <w:p>
      <w:pPr>
        <w:jc w:val="right"/>
      </w:pPr>
      <w:r>
        <w:t>اللہ کو یاد کر رہے تھے۔</w:t>
      </w:r>
    </w:p>
    <w:p>
      <w:r>
        <w:rPr>
          <w:b/>
        </w:rPr>
        <w:t xml:space="preserve">[08:32] </w:t>
      </w:r>
      <w:r>
        <w:t>yani chup ho kar bhi wo badi badi baaten un ke mind mein aa rahi thin, un ke</w:t>
      </w:r>
    </w:p>
    <w:p>
      <w:pPr>
        <w:jc w:val="right"/>
      </w:pPr>
      <w:r>
        <w:t>یعنی چپ ہو کر بھی وہ بڑی بڑی باتیں ان کے مائنڈ میں آ رہی تھیں، ان کے</w:t>
      </w:r>
    </w:p>
    <w:p>
      <w:r>
        <w:rPr>
          <w:b/>
        </w:rPr>
        <w:t xml:space="preserve">[08:39] </w:t>
      </w:r>
      <w:r>
        <w:t>liye wo inspiration ka time tha.</w:t>
      </w:r>
    </w:p>
    <w:p>
      <w:pPr>
        <w:jc w:val="right"/>
      </w:pPr>
      <w:r>
        <w:t>لیے وہ انسپیریشن کا ٹائم تھا۔</w:t>
      </w:r>
    </w:p>
    <w:p>
      <w:r>
        <w:rPr>
          <w:b/>
        </w:rPr>
        <w:t xml:space="preserve">[08:47] </w:t>
      </w:r>
      <w:r>
        <w:t>to main samajhta hoon ke agar hamare andar responsab</w:t>
      </w:r>
    </w:p>
    <w:p>
      <w:pPr>
        <w:jc w:val="right"/>
      </w:pPr>
      <w:r>
        <w:t>تو میں سمجھتا ہوں کہ اگر ہمارے اندر ریسپانسب</w:t>
      </w:r>
    </w:p>
    <w:p>
      <w:r>
        <w:rPr>
          <w:b/>
        </w:rPr>
        <w:t xml:space="preserve">[08:54] </w:t>
      </w:r>
      <w:r>
        <w:t>ility ka ehsas ho to hamara chup rehna bhi bolna ho jayega, hamara chup rehna bhi allah</w:t>
      </w:r>
    </w:p>
    <w:p>
      <w:pPr>
        <w:jc w:val="right"/>
      </w:pPr>
      <w:r>
        <w:t>یلٹی کا احساس ہو تو ہمارا چپ رہنا بھی بولنا ہو جائے گا، ہمارا چپ رہنا بھی اللہ</w:t>
      </w:r>
    </w:p>
    <w:p>
      <w:r>
        <w:rPr>
          <w:b/>
        </w:rPr>
        <w:t xml:space="preserve">[09:02] </w:t>
      </w:r>
      <w:r>
        <w:t>ko yaad karna ban jayega, hamara chup rehna bhi badi badi baaton ko allah se receive karne</w:t>
      </w:r>
    </w:p>
    <w:p>
      <w:pPr>
        <w:jc w:val="right"/>
      </w:pPr>
      <w:r>
        <w:t>کو یاد کرنا بن جائے گا، ہمارا چپ رہنا بھی بڑی بڑی باتوں کو اللہ سے ریسیو کرنے</w:t>
      </w:r>
    </w:p>
    <w:p>
      <w:r>
        <w:rPr>
          <w:b/>
        </w:rPr>
        <w:t xml:space="preserve">[09:09] </w:t>
      </w:r>
      <w:r>
        <w:t>ka time ban jayega.</w:t>
      </w:r>
    </w:p>
    <w:p>
      <w:pPr>
        <w:jc w:val="right"/>
      </w:pPr>
      <w:r>
        <w:t>کا ٹائم بن جائے گا۔</w:t>
      </w:r>
    </w:p>
    <w:p>
      <w:r>
        <w:rPr>
          <w:b/>
        </w:rPr>
        <w:t xml:space="preserve">[09:17] </w:t>
      </w:r>
      <w:r>
        <w:t>shayad isi liye ek hadith</w:t>
      </w:r>
    </w:p>
    <w:p>
      <w:pPr>
        <w:jc w:val="right"/>
      </w:pPr>
      <w:r>
        <w:t>شاید اسی لیے ایک حدی</w:t>
      </w:r>
    </w:p>
    <w:p>
      <w:r>
        <w:rPr>
          <w:b/>
        </w:rPr>
        <w:t xml:space="preserve">[09:24] </w:t>
      </w:r>
      <w:r>
        <w:t>hai ke "man samt naja, man samt naja". Jo chup raha wo kamyab hua, jo chup raha wo kamyab hua. Yani chup rehta hai jab aadmi Allah ke, yani jo aadmi</w:t>
      </w:r>
    </w:p>
    <w:p>
      <w:pPr>
        <w:jc w:val="right"/>
      </w:pPr>
      <w:r>
        <w:t>ث ہے کہ "من سمت نجا، من سمت نجا"۔ جو چپ رہا وہ کامیاب ہوا، جو چپ رہا وہ کامیاب ہوا۔ یعنی چپ رہتا ہے جب آدمی اللہ کے، یعنی جو آدم</w:t>
      </w:r>
    </w:p>
    <w:p>
      <w:r>
        <w:rPr>
          <w:b/>
        </w:rPr>
        <w:t xml:space="preserve">[09:54] </w:t>
      </w:r>
      <w:r>
        <w:t>hai ke banda pehle Allah ko apna karobar banaye, Allah se uska rishta qaim ho jaye, phir wo chup ho.</w:t>
      </w:r>
    </w:p>
    <w:p>
      <w:pPr>
        <w:jc w:val="right"/>
      </w:pPr>
      <w:r>
        <w:t>ی اللہ کو اپنا کارسر بنائے، اللہ سے اس کا رشتہ قائم ہو جائے، پھر وہ چپ ہو۔</w:t>
      </w:r>
    </w:p>
    <w:p>
      <w:r>
        <w:rPr>
          <w:b/>
        </w:rPr>
        <w:t xml:space="preserve">[10:05] </w:t>
      </w:r>
      <w:r>
        <w:t>to aisa aadmi ka chup hona sirf chup hona nahi hota, jab chup hota hai to uska</w:t>
      </w:r>
    </w:p>
    <w:p>
      <w:pPr>
        <w:jc w:val="right"/>
      </w:pPr>
      <w:r>
        <w:t>تو ایسا آدمی کا چپ ہونا صرف چپ ہونا نہیں ہوتا، جب چپ ہوتا ہے تو اس کا</w:t>
      </w:r>
    </w:p>
    <w:p>
      <w:r>
        <w:rPr>
          <w:b/>
        </w:rPr>
        <w:t xml:space="preserve">[10:15] </w:t>
      </w:r>
      <w:r>
        <w:t>contract allah rab ul alameen se qaim ho jata hai.</w:t>
      </w:r>
    </w:p>
    <w:p>
      <w:pPr>
        <w:jc w:val="right"/>
      </w:pPr>
      <w:r>
        <w:t>کنٹریکٹ اللہ رب العالمین سے قائم ہو جاتا ہے۔</w:t>
      </w:r>
    </w:p>
    <w:p>
      <w:r>
        <w:rPr>
          <w:b/>
        </w:rPr>
        <w:t xml:space="preserve">[10:26] </w:t>
      </w:r>
      <w:r>
        <w:t>bahut hi ooncha lamha wo hota hai, moment jis mein wo jo jo kehte hain, angraaz angraaz ho jata hai.</w:t>
      </w:r>
    </w:p>
    <w:p>
      <w:pPr>
        <w:jc w:val="right"/>
      </w:pPr>
      <w:r>
        <w:t>بہت ہی اونچا لمحہ وہ ہوتا ہے، مومنٹ جس میں وہ جو جو کہتے ہیں، انگراس انگراس ہو جاتا ہے۔</w:t>
      </w:r>
    </w:p>
    <w:p>
      <w:r>
        <w:rPr>
          <w:b/>
        </w:rPr>
        <w:t xml:space="preserve">[10:41] </w:t>
      </w:r>
      <w:r>
        <w:t>wo main samajhta hoon ke hum logon ko</w:t>
      </w:r>
    </w:p>
    <w:p>
      <w:pPr>
        <w:jc w:val="right"/>
      </w:pPr>
      <w:r>
        <w:t>وہ میں سمجھتا ہوں کہ ہم لوگوں کو</w:t>
      </w:r>
    </w:p>
    <w:p>
      <w:r>
        <w:rPr>
          <w:b/>
        </w:rPr>
        <w:t xml:space="preserve">[10:56] </w:t>
      </w:r>
      <w:r>
        <w:t>chup rehne ki value kya hai, us ko janna chahiye.</w:t>
      </w:r>
    </w:p>
    <w:p>
      <w:pPr>
        <w:jc w:val="right"/>
      </w:pPr>
      <w:r>
        <w:t>چپ رہنے کی ویلیو کیا ہے، اس کو جاننا چاہیے۔</w:t>
      </w:r>
    </w:p>
    <w:p>
      <w:r>
        <w:rPr>
          <w:b/>
        </w:rPr>
        <w:t xml:space="preserve">[11:02] </w:t>
      </w:r>
      <w:r>
        <w:t>jab sach much chup hota hai aadmi sach much to allah se uska contract qaim ho jata hai.</w:t>
      </w:r>
    </w:p>
    <w:p>
      <w:pPr>
        <w:jc w:val="right"/>
      </w:pPr>
      <w:r>
        <w:t>جب سچ مچ چپ ہوتا ہے آدمی سچ مچ تو اللہ سے اس کا کنٹریکٹ قائم ہو جاتا ہے۔</w:t>
      </w:r>
    </w:p>
    <w:p>
      <w:r>
        <w:rPr>
          <w:b/>
        </w:rPr>
        <w:t xml:space="preserve">[11:08] </w:t>
      </w:r>
      <w:r>
        <w:t>rasool allah jab jate the ghar e hira mein to chup hi rehte the, wahan par wahan to koi</w:t>
      </w:r>
    </w:p>
    <w:p>
      <w:pPr>
        <w:jc w:val="right"/>
      </w:pPr>
      <w:r>
        <w:t>رسول اللہ جب جاتے تھے غار حرا میں تو چپ ہی رہتے تھے، وہاں پر وہاں تو کوئی</w:t>
      </w:r>
    </w:p>
    <w:p>
      <w:r>
        <w:rPr>
          <w:b/>
        </w:rPr>
        <w:t xml:space="preserve">[11:14] </w:t>
      </w:r>
      <w:r>
        <w:t>bolne wala tha nahi.</w:t>
      </w:r>
    </w:p>
    <w:p>
      <w:pPr>
        <w:jc w:val="right"/>
      </w:pPr>
      <w:r>
        <w:t>بولنے والا تھا نہیں۔</w:t>
      </w:r>
    </w:p>
    <w:p>
      <w:r>
        <w:rPr>
          <w:b/>
        </w:rPr>
        <w:t xml:space="preserve">[11:20] </w:t>
      </w:r>
      <w:r>
        <w:t>akailay aadmi kya bolay ga? to jatay</w:t>
      </w:r>
    </w:p>
    <w:p>
      <w:pPr>
        <w:jc w:val="right"/>
      </w:pPr>
      <w:r>
        <w:t>اکیلے آدمی کیا بولے گا؟ تو جاتے</w:t>
      </w:r>
    </w:p>
    <w:p>
      <w:r>
        <w:rPr>
          <w:b/>
        </w:rPr>
        <w:t xml:space="preserve">[11:27] </w:t>
      </w:r>
      <w:r>
        <w:t>thay wahan par chup reh kar sochtay thay, chup reh kar sochtay thay.</w:t>
      </w:r>
    </w:p>
    <w:p>
      <w:pPr>
        <w:jc w:val="right"/>
      </w:pPr>
      <w:r>
        <w:t>تھے وہاں پر چپ رہ کر سوچتے تھے، چپ رہ کر سوچتے تھے۔</w:t>
      </w:r>
    </w:p>
    <w:p>
      <w:r>
        <w:rPr>
          <w:b/>
        </w:rPr>
        <w:t xml:space="preserve">[11:45] </w:t>
      </w:r>
      <w:r>
        <w:t>to chup rehna bhi aik bolna hai, chup rehna bhi aik bolna hai, chup rehna bhi aik kaam hai.</w:t>
      </w:r>
    </w:p>
    <w:p>
      <w:pPr>
        <w:jc w:val="right"/>
      </w:pPr>
      <w:r>
        <w:t>تو چپ رہنا بھی ایک بولنا ہے، چپ رہنا بھی ایک بولنا ہے، چپ رہنا بھی ایک کام ہے۔</w:t>
      </w:r>
    </w:p>
    <w:p>
      <w:r>
        <w:rPr>
          <w:b/>
        </w:rPr>
        <w:t xml:space="preserve">[12:03] </w:t>
      </w:r>
      <w:r>
        <w:t>aap jantay hain ke newton jo mashhoor scientist tha, woh ziyada tar chup rehta tha, bolta kam tha</w:t>
      </w:r>
    </w:p>
    <w:p>
      <w:pPr>
        <w:jc w:val="right"/>
      </w:pPr>
      <w:r>
        <w:t>آپ جانتے ہیں کہ نیوٹن جو مشہور سائنٹسٹ تھا، وہ زیادہ تر چپ رہتا تھا، بولتا کم تھا</w:t>
      </w:r>
    </w:p>
    <w:p>
      <w:r>
        <w:rPr>
          <w:b/>
        </w:rPr>
        <w:t xml:space="preserve">[12:13] </w:t>
      </w:r>
      <w:r>
        <w:t>kyunke woh sochta tha.</w:t>
      </w:r>
    </w:p>
    <w:p>
      <w:pPr>
        <w:jc w:val="right"/>
      </w:pPr>
      <w:r>
        <w:t>کیونکہ وہ سوچتا تھا۔</w:t>
      </w:r>
    </w:p>
    <w:p>
      <w:r>
        <w:rPr>
          <w:b/>
        </w:rPr>
        <w:t xml:space="preserve">[12:23] </w:t>
      </w:r>
      <w:r>
        <w:t>mere sath aisa hua ke main jab main chhota tha, shayad paanch saal ka ya chhay saal ka, to</w:t>
      </w:r>
    </w:p>
    <w:p>
      <w:pPr>
        <w:jc w:val="right"/>
      </w:pPr>
      <w:r>
        <w:t>میرے ساتھ ایسا ہوا کہ میں جب میں چھوٹا تھا، شاید پانچ سال کا یا چھ سال کا، تو</w:t>
      </w:r>
    </w:p>
    <w:p>
      <w:r>
        <w:rPr>
          <w:b/>
        </w:rPr>
        <w:t xml:space="preserve">[12:33] </w:t>
      </w:r>
      <w:r>
        <w:t>mere baap ki death ho gayi.</w:t>
      </w:r>
    </w:p>
    <w:p>
      <w:pPr>
        <w:jc w:val="right"/>
      </w:pPr>
      <w:r>
        <w:t>میرے باپ کی ڈیتھ ہو گئی۔</w:t>
      </w:r>
    </w:p>
    <w:p>
      <w:r>
        <w:rPr>
          <w:b/>
        </w:rPr>
        <w:t xml:space="preserve">[12:39] </w:t>
      </w:r>
      <w:r>
        <w:t>to baap se bohat ziyada main favourite tha, bohat ziyada, aur aur kisi se nahi tha, sirf sirf</w:t>
      </w:r>
    </w:p>
    <w:p>
      <w:pPr>
        <w:jc w:val="right"/>
      </w:pPr>
      <w:r>
        <w:t>تو باپ سے بہت زیادہ میں فیویریئر تھا، بہت زیادہ، اور اور کسی سے نہیں تھا، صرف صرف</w:t>
      </w:r>
    </w:p>
    <w:p>
      <w:r>
        <w:rPr>
          <w:b/>
        </w:rPr>
        <w:t xml:space="preserve">[12:45] </w:t>
      </w:r>
      <w:r>
        <w:t>baap se tha.</w:t>
      </w:r>
    </w:p>
    <w:p>
      <w:pPr>
        <w:jc w:val="right"/>
      </w:pPr>
      <w:r>
        <w:t>باپ سے تھا۔</w:t>
      </w:r>
    </w:p>
    <w:p>
      <w:r>
        <w:rPr>
          <w:b/>
        </w:rPr>
        <w:t xml:space="preserve">[12:51] </w:t>
      </w:r>
      <w:r>
        <w:t>to un ke un ki un ki death ke baad aisa hoga ke main duniya mein akela ho</w:t>
      </w:r>
    </w:p>
    <w:p>
      <w:pPr>
        <w:jc w:val="right"/>
      </w:pPr>
      <w:r>
        <w:t>تو ان کے ان کی ان کی ڈیتھ کے بعد ایسا ہوگا کہ میں دنیا میں اکیلا ہو</w:t>
      </w:r>
    </w:p>
    <w:p>
      <w:r>
        <w:rPr>
          <w:b/>
        </w:rPr>
        <w:t xml:space="preserve">[12:57] </w:t>
      </w:r>
      <w:r>
        <w:t>gaya hoon, halankay meri maan thi, mere aur log thay, lekin</w:t>
      </w:r>
    </w:p>
    <w:p>
      <w:pPr>
        <w:jc w:val="right"/>
      </w:pPr>
      <w:r>
        <w:t>گیا ہوں، حالانکہ میری ماں تھی، میرے اور لوگ تھے، لیکن</w:t>
      </w:r>
    </w:p>
    <w:p>
      <w:r>
        <w:rPr>
          <w:b/>
        </w:rPr>
        <w:t xml:space="preserve">[13:03] </w:t>
      </w:r>
      <w:r>
        <w:t>itna ziyada main apne baap se close ho gaya tha, close ke jab woh nahi rahay to meri</w:t>
      </w:r>
    </w:p>
    <w:p>
      <w:pPr>
        <w:jc w:val="right"/>
      </w:pPr>
      <w:r>
        <w:t>اتنا زیادہ میں اپنے باپ سے کلوز ہو گیا تھا، کلوز کہ جب وہ نہیں رہے تو میری</w:t>
      </w:r>
    </w:p>
    <w:p>
      <w:r>
        <w:rPr>
          <w:b/>
        </w:rPr>
        <w:t xml:space="preserve">[13:11] </w:t>
      </w:r>
      <w:r>
        <w:t>maan batati thi ke yeh din un ki death hui hai, isi din se main chup ho gaya</w:t>
      </w:r>
    </w:p>
    <w:p>
      <w:pPr>
        <w:jc w:val="right"/>
      </w:pPr>
      <w:r>
        <w:t>ماں بتاتی تھی کہ یہ دن ان کی ڈیتھ ہوئی ہے، اسی دن سے میں چپ ہو گیا</w:t>
      </w:r>
    </w:p>
    <w:p>
      <w:r>
        <w:rPr>
          <w:b/>
        </w:rPr>
        <w:t xml:space="preserve">[13:18] </w:t>
      </w:r>
      <w:r>
        <w:t>ke ab duniya mein mere koi raah nahi.</w:t>
      </w:r>
    </w:p>
    <w:p>
      <w:pPr>
        <w:jc w:val="right"/>
      </w:pPr>
      <w:r>
        <w:t>کہ اب دنیا میں میرے کوئی راہ نہیں۔</w:t>
      </w:r>
    </w:p>
    <w:p>
      <w:r>
        <w:rPr>
          <w:b/>
        </w:rPr>
        <w:t xml:space="preserve">[13:26] </w:t>
      </w:r>
      <w:r>
        <w:t>lekin phir kuch aur waqiaat huay aur mera sochna,</w:t>
      </w:r>
    </w:p>
    <w:p>
      <w:pPr>
        <w:jc w:val="right"/>
      </w:pPr>
      <w:r>
        <w:t>لیکن پھر کچھ اور واقعات ہوئے اور میرا سوچنا،</w:t>
      </w:r>
    </w:p>
    <w:p>
      <w:r>
        <w:rPr>
          <w:b/>
        </w:rPr>
        <w:t xml:space="preserve">[13:34] </w:t>
      </w:r>
      <w:r>
        <w:t>main chup rehna sochna ban gaya, main chup rehna sochna ban gaya.</w:t>
      </w:r>
    </w:p>
    <w:p>
      <w:pPr>
        <w:jc w:val="right"/>
      </w:pPr>
      <w:r>
        <w:t>میں چپ رہنا سوچنا بن گیا، میں چپ رہنا سوچنا بن گیا۔</w:t>
      </w:r>
    </w:p>
    <w:p>
      <w:r>
        <w:rPr>
          <w:b/>
        </w:rPr>
        <w:t xml:space="preserve">[13:51] </w:t>
      </w:r>
      <w:r>
        <w:t>islam mein to chup ka roza nahi hai, lekin is se pehlay shariaton mein chup ka roza hua karta tha.</w:t>
      </w:r>
    </w:p>
    <w:p>
      <w:pPr>
        <w:jc w:val="right"/>
      </w:pPr>
      <w:r>
        <w:t>اسلام میں تو چپ کا روزہ نہیں ہے، لیکن اس سے پہلے شریعتوں میں چپ کا روزہ ہوا کرتا تھا۔</w:t>
      </w:r>
    </w:p>
    <w:p>
      <w:r>
        <w:rPr>
          <w:b/>
        </w:rPr>
        <w:t xml:space="preserve">[14:07] </w:t>
      </w:r>
      <w:r>
        <w:t>Jaisa ke Quran mein Hazrat Ibrahim ko maloom aya hai ke "nazart ur rehman sumaa" ji yeh ayat padhiye, "wa qooli inni nazart ur rehman sumaa". Tarjuma padhiye aur kehna ke maine aaj</w:t>
      </w:r>
    </w:p>
    <w:p>
      <w:pPr>
        <w:jc w:val="right"/>
      </w:pPr>
      <w:r>
        <w:t>جیسا کہ قرآن میں حضرت ابراہیم کو معلوم آیا ہے کہ "نظرت الرحمن سوما" جی یہ آیت پڑھیے، "وقولی انی نظرت الرحمن سوما"۔ ترجمہ پڑھیے اور کہنا کہ میں نے آج</w:t>
      </w:r>
    </w:p>
    <w:p>
      <w:r>
        <w:rPr>
          <w:b/>
        </w:rPr>
        <w:t xml:space="preserve">[14:37] </w:t>
      </w:r>
      <w:r>
        <w:t>rehman ke liye rozay ki niyat ki hai, to aaj main insaan se baat nahi karunga.</w:t>
      </w:r>
    </w:p>
    <w:p>
      <w:pPr>
        <w:jc w:val="right"/>
      </w:pPr>
      <w:r>
        <w:t>رحمان کے لیے روزے کی نیت کی ہے، تو آج میں انسان سے بات نہیں کروں گا۔</w:t>
      </w:r>
    </w:p>
    <w:p>
      <w:r>
        <w:rPr>
          <w:b/>
        </w:rPr>
        <w:t xml:space="preserve">[14:46] </w:t>
      </w:r>
      <w:r>
        <w:t>yeh yeh chup ka roza tha hazrat ibrahim, hazrat maryam jo theen, un ke liye chup ka roza tha.</w:t>
      </w:r>
    </w:p>
    <w:p>
      <w:pPr>
        <w:jc w:val="right"/>
      </w:pPr>
      <w:r>
        <w:t>یہ یہ چپ کا روزہ تھا حضرت ابراہیم، حضرت مریم جو تھیں، ان کے لیے چپ کا روزہ تھا۔</w:t>
      </w:r>
    </w:p>
    <w:p>
      <w:r>
        <w:rPr>
          <w:b/>
        </w:rPr>
        <w:t xml:space="preserve">[14:54] </w:t>
      </w:r>
      <w:r>
        <w:t>to islam mein to chup ka roza nahi hai, lekin pichlay shariaton mein tha chup chup ka roza.</w:t>
      </w:r>
    </w:p>
    <w:p>
      <w:pPr>
        <w:jc w:val="right"/>
      </w:pPr>
      <w:r>
        <w:t>تو اسلام میں تو چپ کا روزہ نہیں ہے، لیکن پچھلے شریعتوں میں تھا چپ چپ کا روزہ۔</w:t>
      </w:r>
    </w:p>
    <w:p>
      <w:r>
        <w:rPr>
          <w:b/>
        </w:rPr>
        <w:t xml:space="preserve">[15:02] </w:t>
      </w:r>
      <w:r>
        <w:t>to yeh jo</w:t>
      </w:r>
    </w:p>
    <w:p>
      <w:pPr>
        <w:jc w:val="right"/>
      </w:pPr>
      <w:r>
        <w:t>تو یہ جو</w:t>
      </w:r>
    </w:p>
    <w:p>
      <w:r>
        <w:rPr>
          <w:b/>
        </w:rPr>
        <w:t xml:space="preserve">[15:10] </w:t>
      </w:r>
      <w:r>
        <w:t>chup hona hai, is chup yeh chup hona nahi hai, chup ho kar sochna hai, chup ho kar</w:t>
      </w:r>
    </w:p>
    <w:p>
      <w:pPr>
        <w:jc w:val="right"/>
      </w:pPr>
      <w:r>
        <w:t>چپ ہونا ہے، اس چپ یہ چپ ہونا نہیں ہے، چپ ہو کر سوچنا ہے، چپ ہو کر</w:t>
      </w:r>
    </w:p>
    <w:p>
      <w:r>
        <w:rPr>
          <w:b/>
        </w:rPr>
        <w:t xml:space="preserve">[15:20] </w:t>
      </w:r>
      <w:r>
        <w:t>apnay aap se bolna hai, chup ho kar allah ko yaad karna hai.</w:t>
      </w:r>
    </w:p>
    <w:p>
      <w:pPr>
        <w:jc w:val="right"/>
      </w:pPr>
      <w:r>
        <w:t>اپنے آپ سے بولنا ہے، چپ ہو کر اللہ کو یاد کرنا ہے۔</w:t>
      </w:r>
    </w:p>
    <w:p>
      <w:r>
        <w:rPr>
          <w:b/>
        </w:rPr>
        <w:t xml:space="preserve">[15:31] </w:t>
      </w:r>
      <w:r>
        <w:t>to main chahta hoon ke aap log is art ko bhi seekhein,</w:t>
      </w:r>
    </w:p>
    <w:p>
      <w:pPr>
        <w:jc w:val="right"/>
      </w:pPr>
      <w:r>
        <w:t>تو میں چاہتا ہوں کہ آپ لوگ اس آرٹ کو بھی سیکھیں،</w:t>
      </w:r>
    </w:p>
    <w:p>
      <w:r>
        <w:rPr>
          <w:b/>
        </w:rPr>
        <w:t xml:space="preserve">[15:42] </w:t>
      </w:r>
      <w:r>
        <w:t>chup reh kar sochna, chup ho kar Allah ko yaad karna, chup ho kar Quran ke bare mein ghor karna. To main dua karta hoon aap sab logon ke liye ke aap ke andar ke aap chup ki value ko samjhein, jo Hazrat Ibrahim, Hazrat Ibrahim, Hazrat Hazrat Maryam se aap ko mushabihat ho j</w:t>
      </w:r>
    </w:p>
    <w:p>
      <w:pPr>
        <w:jc w:val="right"/>
      </w:pPr>
      <w:r>
        <w:t>چپ رہ کر سوچنا، چپ ہو کر اللہ کو یاد کرنا، چپ ہو کر قرآن کے بارے میں غور کرنا۔ تو میں دعا کرتا ہوں آپ سب لوگوں کے لیے کہ آپ کے اندر کہ آپ چپ کی ویلیو کو سمجھیں، جو حضرت ابراہیم، حضرت ابراہیم، حضرت حضرت مریم سے آپ کو مشابہت ہو ج</w:t>
      </w:r>
    </w:p>
    <w:p>
      <w:r>
        <w:rPr>
          <w:b/>
        </w:rPr>
        <w:t xml:space="preserve">[16:12] </w:t>
      </w:r>
      <w:r>
        <w:t>aayegi.</w:t>
      </w:r>
    </w:p>
    <w:p>
      <w:pPr>
        <w:jc w:val="right"/>
      </w:pPr>
      <w:r>
        <w:t>ائے گی۔</w:t>
      </w:r>
    </w:p>
    <w:p>
      <w:r>
        <w:rPr>
          <w:b/>
        </w:rPr>
        <w:t xml:space="preserve">[16:18] </w:t>
      </w:r>
      <w:r>
        <w:t>hazrat maryam aur hazrat zakariya do ka zikr ke woh chup ho gaye the.</w:t>
      </w:r>
    </w:p>
    <w:p>
      <w:pPr>
        <w:jc w:val="right"/>
      </w:pPr>
      <w:r>
        <w:t>حضرت مریم اور حضرت زکریا دو کا ذکر کے وہ چپ ہو گئے تھے۔</w:t>
      </w:r>
    </w:p>
    <w:p>
      <w:r>
        <w:rPr>
          <w:b/>
        </w:rPr>
        <w:t xml:space="preserve">[16:25] </w:t>
      </w:r>
      <w:r>
        <w:t>to yeh paighambaron ki sunnat hai.</w:t>
      </w:r>
    </w:p>
    <w:p>
      <w:pPr>
        <w:jc w:val="right"/>
      </w:pPr>
      <w:r>
        <w:t>تو یہ پیغمبروں کی سنت ہے۔</w:t>
      </w:r>
    </w:p>
    <w:p>
      <w:r>
        <w:rPr>
          <w:b/>
        </w:rPr>
        <w:t xml:space="preserve">[16:31] </w:t>
      </w:r>
      <w:r>
        <w:t>to mein dua karta hoon ke allah taala aap ko tofeeq de ke hum zyada se zyada allah</w:t>
      </w:r>
    </w:p>
    <w:p>
      <w:pPr>
        <w:jc w:val="right"/>
      </w:pPr>
      <w:r>
        <w:t>تو میں دعا کرتا ہوں کہ اللہ تعالیٰ آپ کو توفیق دے کہ ہم زیادہ سے زیادہ اللہ</w:t>
      </w:r>
    </w:p>
    <w:p>
      <w:r>
        <w:rPr>
          <w:b/>
        </w:rPr>
        <w:t xml:space="preserve">[16:38] </w:t>
      </w:r>
      <w:r>
        <w:t>se talluq qaim karna seekhein,</w:t>
      </w:r>
    </w:p>
    <w:p>
      <w:pPr>
        <w:jc w:val="right"/>
      </w:pPr>
      <w:r>
        <w:t>سے تعلق قائم کرنا سیکھیں،</w:t>
      </w:r>
    </w:p>
    <w:p>
      <w:r>
        <w:rPr>
          <w:b/>
        </w:rPr>
        <w:t xml:space="preserve">[16:44] </w:t>
      </w:r>
      <w:r>
        <w:t>allah se qareeb hona seekhein aur wahdat mukhtalif ka tajurba karein.</w:t>
      </w:r>
    </w:p>
    <w:p>
      <w:pPr>
        <w:jc w:val="right"/>
      </w:pPr>
      <w:r>
        <w:t>اللہ سے قریب ہونا سیکھیں اور وحدت مختلف کا تجربہ کریں۔</w:t>
      </w:r>
    </w:p>
    <w:p>
      <w:r>
        <w:rPr>
          <w:b/>
        </w:rPr>
        <w:t xml:space="preserve">[16:50] </w:t>
      </w:r>
      <w:r>
        <w:t>allah taala mujh ko aap ko itni tofeeq ata farmaye.</w:t>
      </w:r>
    </w:p>
    <w:p>
      <w:pPr>
        <w:jc w:val="right"/>
      </w:pPr>
      <w:r>
        <w:t>اللہ تعالیٰ مجھ کو آپ کو اتنی توفیق عطا فرمائے۔</w:t>
      </w:r>
    </w:p>
    <w:p>
      <w:r>
        <w:rPr>
          <w:b/>
        </w:rPr>
        <w:t xml:space="preserve">[16:56] </w:t>
      </w:r>
      <w:r>
        <w:t>assalam o alaikum wa rehmatullah.</w:t>
      </w:r>
    </w:p>
    <w:p>
      <w:pPr>
        <w:jc w:val="right"/>
      </w:pPr>
      <w:r>
        <w:t>السلام علیکم ورحمۃ اللہ۔</w:t>
      </w:r>
    </w:p>
    <w:p>
      <w:r>
        <w:rPr>
          <w:b/>
        </w:rPr>
        <w:t xml:space="preserve">[17:03] </w:t>
      </w:r>
      <w:r>
        <w:t>mujhe ek america ka qissa yaad aaya.</w:t>
      </w:r>
    </w:p>
    <w:p>
      <w:pPr>
        <w:jc w:val="right"/>
      </w:pPr>
      <w:r>
        <w:t>مجھے ایک امریکہ کا قصہ یاد آیا۔</w:t>
      </w:r>
    </w:p>
    <w:p>
      <w:r>
        <w:rPr>
          <w:b/>
        </w:rPr>
        <w:t xml:space="preserve">[17:09] </w:t>
      </w:r>
      <w:r>
        <w:t>ek martaba mein</w:t>
      </w:r>
    </w:p>
    <w:p>
      <w:pPr>
        <w:jc w:val="right"/>
      </w:pPr>
      <w:r>
        <w:t>ایک مرتبہ میں</w:t>
      </w:r>
    </w:p>
    <w:p>
      <w:r>
        <w:rPr>
          <w:b/>
        </w:rPr>
        <w:t xml:space="preserve">[17:15] </w:t>
      </w:r>
      <w:r>
        <w:t>america gaya to wahan mein baitha thehra tha un ke paas, sadar asb ke sahib ke paas.</w:t>
      </w:r>
    </w:p>
    <w:p>
      <w:pPr>
        <w:jc w:val="right"/>
      </w:pPr>
      <w:r>
        <w:t>امریکہ گیا تو وہاں میں بیٹھا ٹھہرا تھا ان کے پاس، صدر اسب کے صاحب کے پاس۔</w:t>
      </w:r>
    </w:p>
    <w:p>
      <w:r>
        <w:rPr>
          <w:b/>
        </w:rPr>
        <w:t xml:space="preserve">[17:30] </w:t>
      </w:r>
      <w:r>
        <w:t>to unhone ek majlis ki, us mein california ke kai log the, us mein us mein musalman.</w:t>
      </w:r>
    </w:p>
    <w:p>
      <w:pPr>
        <w:jc w:val="right"/>
      </w:pPr>
      <w:r>
        <w:t>تو انہوں نے ایک مجلس کی، اس میں کیلیفورنیا کے کئی لوگ تھے، اس میں اس میں مسلمان۔</w:t>
      </w:r>
    </w:p>
    <w:p>
      <w:r>
        <w:rPr>
          <w:b/>
        </w:rPr>
        <w:t xml:space="preserve">[17:45] </w:t>
      </w:r>
      <w:r>
        <w:t>to kuch bola mein to har aadmi kuch na kuch bolne laga.</w:t>
      </w:r>
    </w:p>
    <w:p>
      <w:pPr>
        <w:jc w:val="right"/>
      </w:pPr>
      <w:r>
        <w:t>تو کچھ بولا میں تو ہر آدمی کچھ نہ کچھ بولنے لگا۔</w:t>
      </w:r>
    </w:p>
    <w:p>
      <w:r>
        <w:rPr>
          <w:b/>
        </w:rPr>
        <w:t xml:space="preserve">[17:53] </w:t>
      </w:r>
      <w:r>
        <w:t>ek aadmi the ke woh kuch bole nahi, un ka naam shayad hafeez sahib tha ya kya tha,</w:t>
      </w:r>
    </w:p>
    <w:p>
      <w:pPr>
        <w:jc w:val="right"/>
      </w:pPr>
      <w:r>
        <w:t>ایک آدمی تھے کہ وہ کچھ بولے نہیں، ان کا نام شاید حفیظ صاحب تھا یا کیا تھا،</w:t>
      </w:r>
    </w:p>
    <w:p>
      <w:r>
        <w:rPr>
          <w:b/>
        </w:rPr>
        <w:t xml:space="preserve">[18:01] </w:t>
      </w:r>
      <w:r>
        <w:t>mujhe theek yaad nahi, woh business karte the computer ke business.</w:t>
      </w:r>
    </w:p>
    <w:p>
      <w:pPr>
        <w:jc w:val="right"/>
      </w:pPr>
      <w:r>
        <w:t>مجھے ٹھیک یاد نہیں، وہ بزنس کرتے تھے کمپیوٹر کے بزنس۔</w:t>
      </w:r>
    </w:p>
    <w:p>
      <w:r>
        <w:rPr>
          <w:b/>
        </w:rPr>
        <w:t xml:space="preserve">[18:09] </w:t>
      </w:r>
      <w:r>
        <w:t>to woh kuch bole nahi.</w:t>
      </w:r>
    </w:p>
    <w:p>
      <w:pPr>
        <w:jc w:val="right"/>
      </w:pPr>
      <w:r>
        <w:t>تو وہ کچھ بولے نہیں۔</w:t>
      </w:r>
    </w:p>
    <w:p>
      <w:r>
        <w:rPr>
          <w:b/>
        </w:rPr>
        <w:t xml:space="preserve">[18:17] </w:t>
      </w:r>
      <w:r>
        <w:t>to aakhir mein maine poocha ke aur sab log to bole, aap kuch bole nahi.</w:t>
      </w:r>
    </w:p>
    <w:p>
      <w:pPr>
        <w:jc w:val="right"/>
      </w:pPr>
      <w:r>
        <w:t>تو آخر میں میں نے پوچھا کہ اور سب لوگ تو بولے، آپ کچھ بولے نہیں۔</w:t>
      </w:r>
    </w:p>
    <w:p>
      <w:r>
        <w:rPr>
          <w:b/>
        </w:rPr>
        <w:t xml:space="preserve">[18:25] </w:t>
      </w:r>
      <w:r>
        <w:t>تو انہوں نے صرف ایک جملہ بولے، کہا تھا میرے جواب میں کہ "When I am speaking, I</w:t>
      </w:r>
    </w:p>
    <w:p>
      <w:pPr>
        <w:jc w:val="right"/>
      </w:pPr>
      <w:r>
        <w:t>تو انہوں نے صرف ایک جملہ بولے، کہا تھا میرے جواب میں کہ "وین آئی ایم اسپیکنگ، آئی</w:t>
      </w:r>
    </w:p>
    <w:p>
      <w:r>
        <w:rPr>
          <w:b/>
        </w:rPr>
        <w:t xml:space="preserve">[18:32] </w:t>
      </w:r>
      <w:r>
        <w:t>i am not thinking.</w:t>
      </w:r>
    </w:p>
    <w:p>
      <w:pPr>
        <w:jc w:val="right"/>
      </w:pPr>
      <w:r>
        <w:t>ایم ناٹ تھنکنگ"۔</w:t>
      </w:r>
    </w:p>
    <w:p>
      <w:r>
        <w:rPr>
          <w:b/>
        </w:rPr>
        <w:t xml:space="preserve">[18:40] </w:t>
      </w:r>
      <w:r>
        <w:t>wohi aadmi is jo is majlis mein jo log aaye the, sab se zyada kamyab abdullah bhai tha,</w:t>
      </w:r>
    </w:p>
    <w:p>
      <w:pPr>
        <w:jc w:val="right"/>
      </w:pPr>
      <w:r>
        <w:t>وہی آدمی اس جو اس مجلس میں جو لوگ آئے تھے، سب سے زیادہ کامیاب عبداللہ بھائی تھا،</w:t>
      </w:r>
    </w:p>
    <w:p>
      <w:r>
        <w:rPr>
          <w:b/>
        </w:rPr>
        <w:t xml:space="preserve">[18:48] </w:t>
      </w:r>
      <w:r>
        <w:t>bahut bahut acha business is ka tha.</w:t>
      </w:r>
    </w:p>
    <w:p>
      <w:pPr>
        <w:jc w:val="right"/>
      </w:pPr>
      <w:r>
        <w:t>بہت بہت اچھا بزنس اس کا تھا۔</w:t>
      </w:r>
    </w:p>
    <w:p>
      <w:r>
        <w:rPr>
          <w:b/>
        </w:rPr>
        <w:t xml:space="preserve">[18:55] </w:t>
      </w:r>
      <w:r>
        <w:t>تو اس نے کہا تھا کہ "When I am speaking, I am not thinking"۔</w:t>
      </w:r>
    </w:p>
    <w:p>
      <w:pPr>
        <w:jc w:val="right"/>
      </w:pPr>
      <w:r>
        <w:t>تو اس نے کہا تھا کہ "وین آئی ایم اسپیکنگ، آئی ایم ناٹ تھنکنگ"۔</w:t>
      </w:r>
    </w:p>
    <w:p>
      <w:r>
        <w:rPr>
          <w:b/>
        </w:rPr>
        <w:t xml:space="preserve">[19:03] </w:t>
      </w:r>
      <w:r>
        <w:t>تو چپ ہونا کوئی سادہ بات نہیں ہے، کیونکہ دیکھیں، آپ کو mind جو ہے، mind جو ہے،</w:t>
      </w:r>
    </w:p>
    <w:p>
      <w:pPr>
        <w:jc w:val="right"/>
      </w:pPr>
      <w:r>
        <w:t>تو چپ ہونا کوئی سادہ بات نہیں ہے، کیونکہ دیکھیں، آپ کو مائنڈ جو ہے، مائنڈ جو ہے،</w:t>
      </w:r>
    </w:p>
    <w:p>
      <w:r>
        <w:rPr>
          <w:b/>
        </w:rPr>
        <w:t xml:space="preserve">[19:10] </w:t>
      </w:r>
      <w:r>
        <w:t>kabhi bhi chup nahi rehta,</w:t>
      </w:r>
    </w:p>
    <w:p>
      <w:pPr>
        <w:jc w:val="right"/>
      </w:pPr>
      <w:r>
        <w:t>کبھی بھی چپ نہیں رہتا،</w:t>
      </w:r>
    </w:p>
    <w:p>
      <w:r>
        <w:rPr>
          <w:b/>
        </w:rPr>
        <w:t xml:space="preserve">[19:18] </w:t>
      </w:r>
      <w:r>
        <w:t>Mind always work karta hai, sochta hai.</w:t>
      </w:r>
    </w:p>
    <w:p>
      <w:pPr>
        <w:jc w:val="right"/>
      </w:pPr>
      <w:r>
        <w:t>مائنڈ ہمیشہ ورک کرتا ہے، سوچتا ہے۔</w:t>
      </w:r>
    </w:p>
    <w:p>
      <w:r>
        <w:rPr>
          <w:b/>
        </w:rPr>
        <w:t xml:space="preserve">[19:26] </w:t>
      </w:r>
      <w:r>
        <w:t>to to is liye jab aap chup rehte hain to aap sochte hain, aap jab sochte hain to</w:t>
      </w:r>
    </w:p>
    <w:p>
      <w:pPr>
        <w:jc w:val="right"/>
      </w:pPr>
      <w:r>
        <w:t>تو تو اس لیے جب آپ چپ رہتے ہیں تو آپ سوچتے ہیں، آپ جب سوچتے ہیں تو</w:t>
      </w:r>
    </w:p>
    <w:p>
      <w:r>
        <w:rPr>
          <w:b/>
        </w:rPr>
        <w:t xml:space="preserve">[19:34] </w:t>
      </w:r>
      <w:r>
        <w:t>naji baat aap ke zehen mein aati hai.</w:t>
      </w:r>
    </w:p>
    <w:p>
      <w:pPr>
        <w:jc w:val="right"/>
      </w:pPr>
      <w:r>
        <w:t>نجی بات آپ کے ذہن میں آتی ہے۔</w:t>
      </w:r>
    </w:p>
    <w:p>
      <w:r>
        <w:rPr>
          <w:b/>
        </w:rPr>
        <w:t xml:space="preserve">[19:41] </w:t>
      </w:r>
      <w:r>
        <w:t>تو میں سمجھتا ہوں کہ ہاں جی، only</w:t>
      </w:r>
    </w:p>
    <w:p>
      <w:pPr>
        <w:jc w:val="right"/>
      </w:pPr>
      <w:r>
        <w:t>تو میں سمجھتا ہوں کہ ہاں جی، اونلی</w:t>
      </w:r>
    </w:p>
    <w:p>
      <w:r>
        <w:rPr>
          <w:b/>
        </w:rPr>
        <w:t xml:space="preserve">[19:49] </w:t>
      </w:r>
      <w:r>
        <w:t>یہ صرف پیپرڈ مائنڈ ہی ایسا کر سکتا ہے جیسے امریکہ، وہ وہ ایک prepared mind تھا، یہ</w:t>
      </w:r>
    </w:p>
    <w:p>
      <w:pPr>
        <w:jc w:val="right"/>
      </w:pPr>
      <w:r>
        <w:t>یہ صرف پیپرڈ مائنڈ ہی ایسا کر سکتا ہے جیسے امریکہ، وہ وہ ایک پیپرڈ مائنڈ تھا، یہ</w:t>
      </w:r>
    </w:p>
    <w:p>
      <w:r>
        <w:rPr>
          <w:b/>
        </w:rPr>
        <w:t xml:space="preserve">[19:57] </w:t>
      </w:r>
      <w:r>
        <w:t>jab aisa kar saka to hum ko bhi apne aap ko prepared banana hoga.</w:t>
      </w:r>
    </w:p>
    <w:p>
      <w:pPr>
        <w:jc w:val="right"/>
      </w:pPr>
      <w:r>
        <w:t>جب ایسا کر سکا تو ہم کو بھی اپنے آپ کو پیپرڈ بنانا ہوگا۔</w:t>
      </w:r>
    </w:p>
    <w:p>
      <w:r>
        <w:rPr>
          <w:b/>
        </w:rPr>
        <w:t xml:space="preserve">[20:04] </w:t>
      </w:r>
      <w:r>
        <w:t>haan, dekhein, jis aap ne kaha tha chup rehne ke liye baat, to mein ise poore poora agreement</w:t>
      </w:r>
    </w:p>
    <w:p>
      <w:pPr>
        <w:jc w:val="right"/>
      </w:pPr>
      <w:r>
        <w:t>ہاں، دیکھیں، جس آپ نے کہا تھا چپ رہنے کے لیے بات، تو میں اسے پورے پورا ایگریمنٹ</w:t>
      </w:r>
    </w:p>
    <w:p>
      <w:r>
        <w:rPr>
          <w:b/>
        </w:rPr>
        <w:t xml:space="preserve">[20:12] </w:t>
      </w:r>
      <w:r>
        <w:t>mera nahi hai, aadha hai.</w:t>
      </w:r>
    </w:p>
    <w:p>
      <w:pPr>
        <w:jc w:val="right"/>
      </w:pPr>
      <w:r>
        <w:t>میرا نہیں ہے، ادھا ہے۔</w:t>
      </w:r>
    </w:p>
    <w:p>
      <w:r>
        <w:rPr>
          <w:b/>
        </w:rPr>
        <w:t xml:space="preserve">[20:19] </w:t>
      </w:r>
      <w:r>
        <w:t>chup rehne ko main absolute status mein acha nahi manta.</w:t>
      </w:r>
    </w:p>
    <w:p>
      <w:pPr>
        <w:jc w:val="right"/>
      </w:pPr>
      <w:r>
        <w:t>چپ رہنے کو میں ایبسولیوٹ سٹیٹس میں اچھا نہیں مانتا۔</w:t>
      </w:r>
    </w:p>
    <w:p>
      <w:r>
        <w:rPr>
          <w:b/>
        </w:rPr>
        <w:t xml:space="preserve">[20:27] </w:t>
      </w:r>
      <w:r>
        <w:t>acha, is liye ke aap chup zyada rahen ge to aap share nahi kar paen ge, lekin share</w:t>
      </w:r>
    </w:p>
    <w:p>
      <w:pPr>
        <w:jc w:val="right"/>
      </w:pPr>
      <w:r>
        <w:t>اچھا، اس لیے کہ آپ چپ زیادہ رہیں گے تو آپ شیئر نہیں کر پائیں گے، لیکن شیئر</w:t>
      </w:r>
    </w:p>
    <w:p>
      <w:r>
        <w:rPr>
          <w:b/>
        </w:rPr>
        <w:t xml:space="preserve">[20:34] </w:t>
      </w:r>
      <w:r>
        <w:t>karna, yaani mutual learning, mutual learning chup rehne se bari hai.</w:t>
      </w:r>
    </w:p>
    <w:p>
      <w:pPr>
        <w:jc w:val="right"/>
      </w:pPr>
      <w:r>
        <w:t>کرنا، یعنی میوچول لرننگ، میوچول لرننگ چپ رہنے سے بڑی ہے۔</w:t>
      </w:r>
    </w:p>
    <w:p>
      <w:r>
        <w:rPr>
          <w:b/>
        </w:rPr>
        <w:t xml:space="preserve">[20:42] </w:t>
      </w:r>
      <w:r>
        <w:t>mutual learning jo hai, chup rehne</w:t>
      </w:r>
    </w:p>
    <w:p>
      <w:pPr>
        <w:jc w:val="right"/>
      </w:pPr>
      <w:r>
        <w:t>میوچول لرننگ جو ہے، چپ رہنے</w:t>
      </w:r>
    </w:p>
    <w:p>
      <w:r>
        <w:rPr>
          <w:b/>
        </w:rPr>
        <w:t xml:space="preserve">[20:49] </w:t>
      </w:r>
      <w:r>
        <w:t>se bari hai.</w:t>
      </w:r>
    </w:p>
    <w:p>
      <w:pPr>
        <w:jc w:val="right"/>
      </w:pPr>
      <w:r>
        <w:t>سے بڑی ہے۔</w:t>
      </w:r>
    </w:p>
    <w:p>
      <w:r>
        <w:rPr>
          <w:b/>
        </w:rPr>
        <w:t xml:space="preserve">[20:55] </w:t>
      </w:r>
      <w:r>
        <w:t>to unhon ne jo baat kahi thi, wo absolute status mein sahi nahi thi, kyunke hum ko seekhna</w:t>
      </w:r>
    </w:p>
    <w:p>
      <w:pPr>
        <w:jc w:val="right"/>
      </w:pPr>
      <w:r>
        <w:t>تو انہوں نے جو بات کہی تھی، وہ ایبسولیوٹ سٹیٹس میں صحیح نہیں تھی، کیونکہ ہم کو سیکھنا</w:t>
      </w:r>
    </w:p>
    <w:p>
      <w:r>
        <w:rPr>
          <w:b/>
        </w:rPr>
        <w:t xml:space="preserve">[21:01] </w:t>
      </w:r>
      <w:r>
        <w:t>hai, seekhna hai, seekhna hai, aur akele aap kitna seekhen ge? Akele aap nahi seekh sakte, aap ko</w:t>
      </w:r>
    </w:p>
    <w:p>
      <w:pPr>
        <w:jc w:val="right"/>
      </w:pPr>
      <w:r>
        <w:t>ہے، سیکھنا ہے، سیکھنا ہے، اور اکیلے آپ کتنا سیکھیں گے؟ اکیلے آپ نہیں سیکھ سکتے، آپ کو</w:t>
      </w:r>
    </w:p>
    <w:p>
      <w:r>
        <w:rPr>
          <w:b/>
        </w:rPr>
        <w:t xml:space="preserve">[21:07] </w:t>
      </w:r>
      <w:r>
        <w:t>ek partner chahiye.</w:t>
      </w:r>
    </w:p>
    <w:p>
      <w:pPr>
        <w:jc w:val="right"/>
      </w:pPr>
      <w:r>
        <w:t>ایک پارٹنر چاہیے۔</w:t>
      </w:r>
    </w:p>
    <w:p>
      <w:r>
        <w:rPr>
          <w:b/>
        </w:rPr>
        <w:t xml:space="preserve">[21:13] </w:t>
      </w:r>
      <w:r>
        <w:t>ek partner bachta hai ke aap ko learning aati ho, art of learning aati</w:t>
      </w:r>
    </w:p>
    <w:p>
      <w:pPr>
        <w:jc w:val="right"/>
      </w:pPr>
      <w:r>
        <w:t>ایک پارٹنر بچتا ہے کہ آپ کو لرننگ آتی ہو، آرٹ آف لرننگ آتی</w:t>
      </w:r>
    </w:p>
    <w:p>
      <w:r>
        <w:rPr>
          <w:b/>
        </w:rPr>
        <w:t xml:space="preserve">[21:19] </w:t>
      </w:r>
      <w:r>
        <w:t>ho, tab wo partner aap ke liye partner banega. Meditation to mere list mein to hai nahi, meditation mere list mein hai nahi, kyunke wo wo stop, wo is wo base karta hai ke aap apni</w:t>
      </w:r>
    </w:p>
    <w:p>
      <w:pPr>
        <w:jc w:val="right"/>
      </w:pPr>
      <w:r>
        <w:t>ہو، تب وہ پارٹنر آپ کے لیے پارٹنر بنے گا۔ میڈیٹیشن تو میرے بے لسٹ میں تو ہے نہیں، میڈیٹیشن میرے لسٹ میں ہے نہیں، کیونکہ وہ وہ اسٹاپ، وہ اس وہ بیس کرتا ہے کہ آپ اپنی</w:t>
      </w:r>
    </w:p>
    <w:p>
      <w:r>
        <w:rPr>
          <w:b/>
        </w:rPr>
        <w:t xml:space="preserve">[21:49] </w:t>
      </w:r>
      <w:r>
        <w:t>thinking ko stop kar dein.</w:t>
      </w:r>
    </w:p>
    <w:p>
      <w:pPr>
        <w:jc w:val="right"/>
      </w:pPr>
      <w:r>
        <w:t>تھنکنگ کو اسٹاپ کر دیں۔</w:t>
      </w:r>
    </w:p>
    <w:p>
      <w:r>
        <w:rPr>
          <w:b/>
        </w:rPr>
        <w:t xml:space="preserve">[21:57] </w:t>
      </w:r>
      <w:r>
        <w:t>to mat is ko aaj tak main samjha nahi ke thinking ko stop karna koi acha kaam hai,</w:t>
      </w:r>
    </w:p>
    <w:p>
      <w:pPr>
        <w:jc w:val="right"/>
      </w:pPr>
      <w:r>
        <w:t>تو مت اس کو آج تک میں سمجھا نہیں کہ تھنکنگ کو اسٹاپ کرنا کوئی اچھا کام ہے،</w:t>
      </w:r>
    </w:p>
    <w:p>
      <w:r>
        <w:rPr>
          <w:b/>
        </w:rPr>
        <w:t xml:space="preserve">[22:05] </w:t>
      </w:r>
      <w:r>
        <w:t>ye ye meri list mein nahi hai.</w:t>
      </w:r>
    </w:p>
    <w:p>
      <w:pPr>
        <w:jc w:val="right"/>
      </w:pPr>
      <w:r>
        <w:t>یہ یہ میری لسٹ میں نہیں ہے۔</w:t>
      </w:r>
    </w:p>
    <w:p>
      <w:r>
        <w:rPr>
          <w:b/>
        </w:rPr>
        <w:t xml:space="preserve">[22:12] </w:t>
      </w:r>
      <w:r>
        <w:t>ye main ek aur cheez ko zyada important manta hoon, wo challenge, yaani wo help, help nahi,</w:t>
      </w:r>
    </w:p>
    <w:p>
      <w:pPr>
        <w:jc w:val="right"/>
      </w:pPr>
      <w:r>
        <w:t>یہ میں ایک اور چیز کو زیادہ امپورٹنٹ مانتا ہوں، وہ چیلنج، یعنی وہ ہیلپ، ہیلپ نہیں،</w:t>
      </w:r>
    </w:p>
    <w:p>
      <w:r>
        <w:rPr>
          <w:b/>
        </w:rPr>
        <w:t xml:space="preserve">[22:20] </w:t>
      </w:r>
      <w:r>
        <w:t>challenge ke aap logon ko help karen, help karen, help karen.</w:t>
      </w:r>
    </w:p>
    <w:p>
      <w:pPr>
        <w:jc w:val="right"/>
      </w:pPr>
      <w:r>
        <w:t>چیلنج کہ آپ لوگوں کو ہیلپ کریں، ہیلپ کریں، ہیلپ کریں۔</w:t>
      </w:r>
    </w:p>
    <w:p>
      <w:r>
        <w:rPr>
          <w:b/>
        </w:rPr>
        <w:t xml:space="preserve">[22:28] </w:t>
      </w:r>
      <w:r>
        <w:t>to is se un ke andar koi ab apna kuch jaage ga nahi, nahi jaage ga.</w:t>
      </w:r>
    </w:p>
    <w:p>
      <w:pPr>
        <w:jc w:val="right"/>
      </w:pPr>
      <w:r>
        <w:t>تو اس سے ان کے اندر کوئی اب اپنا کچھ جاگے گا نہیں، نہیں جاگے گا۔</w:t>
      </w:r>
    </w:p>
    <w:p>
      <w:r>
        <w:rPr>
          <w:b/>
        </w:rPr>
        <w:t xml:space="preserve">[22:35] </w:t>
      </w:r>
      <w:r>
        <w:t>is liye main is ko manta hoon ke aadmi ko mauqa de ke wo ab apna is ka</w:t>
      </w:r>
    </w:p>
    <w:p>
      <w:pPr>
        <w:jc w:val="right"/>
      </w:pPr>
      <w:r>
        <w:t>اس لیے میں اس کو مانتا ہوں کہ آدمی کو موقع دیے کہ وہ اب اپنا اس کا</w:t>
      </w:r>
    </w:p>
    <w:p>
      <w:r>
        <w:rPr>
          <w:b/>
        </w:rPr>
        <w:t xml:space="preserve">[22:43] </w:t>
      </w:r>
      <w:r>
        <w:t>jagah jaage, wo challenge ke through hota hai.</w:t>
      </w:r>
    </w:p>
    <w:p>
      <w:pPr>
        <w:jc w:val="right"/>
      </w:pPr>
      <w:r>
        <w:t>جگہ جاگے، وہ چیلنج کے تھرو ہوتا ہے۔</w:t>
      </w:r>
    </w:p>
    <w:p>
      <w:r>
        <w:rPr>
          <w:b/>
        </w:rPr>
        <w:t xml:space="preserve">[22:51] </w:t>
      </w:r>
      <w:r>
        <w:t>challenge ke baghair kuch nahi ho sakta is duniya mein.</w:t>
      </w:r>
    </w:p>
    <w:p>
      <w:pPr>
        <w:jc w:val="right"/>
      </w:pPr>
      <w:r>
        <w:t>چیلنج کے بغیر کچھ نہیں ہو سکتا اس دنیا میں۔</w:t>
      </w:r>
    </w:p>
    <w:p>
      <w:r>
        <w:rPr>
          <w:b/>
        </w:rPr>
        <w:t xml:space="preserve">[22:57] </w:t>
      </w:r>
      <w:r>
        <w:t>is muamle mein mujhe pehle mera mind clear nahi tha, lekin jab main ne order time bhi ko</w:t>
      </w:r>
    </w:p>
    <w:p>
      <w:pPr>
        <w:jc w:val="right"/>
      </w:pPr>
      <w:r>
        <w:t>اس معاملے میں مجھے پہلے میرا مائنڈ کلیئر نہیں تھا، لیکن جب میں نے آرڈر ٹائم بھی کو</w:t>
      </w:r>
    </w:p>
    <w:p>
      <w:r>
        <w:rPr>
          <w:b/>
        </w:rPr>
        <w:t xml:space="preserve">[23:04] </w:t>
      </w:r>
      <w:r>
        <w:t>parha to mera mind clear ho gaya ke is kyunke is ne likha hai ke challenge response mechanism,</w:t>
      </w:r>
    </w:p>
    <w:p>
      <w:pPr>
        <w:jc w:val="right"/>
      </w:pPr>
      <w:r>
        <w:t>پڑھا تو میرا مائنڈ کلیئر ہو گیا کہ اس کیونکہ اس نے لکھا ہے کہ چیلنج ریسپانس میکنزم،</w:t>
      </w:r>
    </w:p>
    <w:p>
      <w:r>
        <w:rPr>
          <w:b/>
        </w:rPr>
        <w:t xml:space="preserve">[23:10] </w:t>
      </w:r>
      <w:r>
        <w:t>ye un ki term hai, challenge response mechanism par sari tarraqi hoti hai.</w:t>
      </w:r>
    </w:p>
    <w:p>
      <w:pPr>
        <w:jc w:val="right"/>
      </w:pPr>
      <w:r>
        <w:t>یہ ان کی ٹرم ہے، چیلنج ریسپانس میکنزم پر ساری ترقی ہوتی ہے۔</w:t>
      </w:r>
    </w:p>
    <w:p>
      <w:r>
        <w:rPr>
          <w:b/>
        </w:rPr>
        <w:t xml:space="preserve">[23:17] </w:t>
      </w:r>
      <w:r>
        <w:t>jab aap kisi ko,</w:t>
      </w:r>
    </w:p>
    <w:p>
      <w:pPr>
        <w:jc w:val="right"/>
      </w:pPr>
      <w:r>
        <w:t>جب آپ کسی کو،</w:t>
      </w:r>
    </w:p>
    <w:p>
      <w:r>
        <w:rPr>
          <w:b/>
        </w:rPr>
        <w:t xml:space="preserve">[23:23] </w:t>
      </w:r>
      <w:r>
        <w:t>yaani ye sochne ka mauqa hi na den ke mujhe karna hai, karna hai, karna hai, to is</w:t>
      </w:r>
    </w:p>
    <w:p>
      <w:pPr>
        <w:jc w:val="right"/>
      </w:pPr>
      <w:r>
        <w:t>یعنی یہ سوچنے کا موقع ہی نہ دیں کہ مجھے کرنا ہے، کرنا ہے، کرنا ہے، تو اس</w:t>
      </w:r>
    </w:p>
    <w:p>
      <w:r>
        <w:rPr>
          <w:b/>
        </w:rPr>
        <w:t xml:space="preserve">[23:29] </w:t>
      </w:r>
      <w:r>
        <w:t>ko challenge nahi hua, wo to apna aise rahe ga.</w:t>
      </w:r>
    </w:p>
    <w:p>
      <w:pPr>
        <w:jc w:val="right"/>
      </w:pPr>
      <w:r>
        <w:t>کو چیلنج نہیں ہوا، وہ تو اپنا ایسے رہے گا۔</w:t>
      </w:r>
    </w:p>
    <w:p>
      <w:r>
        <w:rPr>
          <w:b/>
        </w:rPr>
        <w:t xml:space="preserve">[23:35] </w:t>
      </w:r>
      <w:r>
        <w:t>lekin jab aap is ko ye sochne pare ke mujhe karna hai, mujhe karna hai, tab is ke</w:t>
      </w:r>
    </w:p>
    <w:p>
      <w:pPr>
        <w:jc w:val="right"/>
      </w:pPr>
      <w:r>
        <w:t>لیکن جب آپ اس کو یہ سوچنے پڑے کہ مجھے کرنا ہے، مجھے کرنا ہے، تب اس کے</w:t>
      </w:r>
    </w:p>
    <w:p>
      <w:r>
        <w:rPr>
          <w:b/>
        </w:rPr>
        <w:t xml:space="preserve">[23:41] </w:t>
      </w:r>
      <w:r>
        <w:t>baad koi challenge hua.</w:t>
      </w:r>
    </w:p>
    <w:p>
      <w:pPr>
        <w:jc w:val="right"/>
      </w:pPr>
      <w:r>
        <w:t>بعد کوئی چیلنج ہوا۔</w:t>
      </w:r>
    </w:p>
    <w:p>
      <w:r>
        <w:rPr>
          <w:b/>
        </w:rPr>
        <w:t xml:space="preserve">[23:47] </w:t>
      </w:r>
      <w:r>
        <w:t>to mere nazdeek challenge asal cheez hai zindagi mein. zindagi</w:t>
      </w:r>
    </w:p>
    <w:p>
      <w:pPr>
        <w:jc w:val="right"/>
      </w:pPr>
      <w:r>
        <w:t>تو میرے نزدیک چیلنج اصل چیز ہے زندگی میں۔ زندگی</w:t>
      </w:r>
    </w:p>
    <w:p>
      <w:r>
        <w:rPr>
          <w:b/>
        </w:rPr>
        <w:t xml:space="preserve">[23:53] </w:t>
      </w:r>
      <w:r>
        <w:t>mein asal cheez challenge hai, har cheez help karna nahi hai. ji.</w:t>
      </w:r>
    </w:p>
    <w:p>
      <w:pPr>
        <w:jc w:val="right"/>
      </w:pPr>
      <w:r>
        <w:t>میں اصل چیز چیلنج ہے، ہر چیز ہیلپ کرنا نہیں ہے۔ جی۔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