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Principle of Avoidance May 20, 2008</w:t>
      </w:r>
    </w:p>
    <w:p>
      <w:r>
        <w:t>https://www.youtube.com/watch?v=5ldJAS3P3Kg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 ala nabiyil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[00:21]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[00:26]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[00:34] </w:t>
      </w:r>
      <w:r>
        <w:t>is waqt mein</w:t>
      </w:r>
    </w:p>
    <w:p>
      <w:pPr>
        <w:jc w:val="right"/>
      </w:pPr>
      <w:r>
        <w:t>اس وقت میں</w:t>
      </w:r>
    </w:p>
    <w:p>
      <w:r>
        <w:rPr>
          <w:b/>
        </w:rPr>
        <w:t xml:space="preserve">[00:37] </w:t>
      </w:r>
      <w:r>
        <w:t>tolerance ke bare mein kuch kehna chahta hoon.</w:t>
      </w:r>
    </w:p>
    <w:p>
      <w:pPr>
        <w:jc w:val="right"/>
      </w:pPr>
      <w:r>
        <w:t>ٹالرنس کے بارے میں کچھ کہنا چاہتا ہوں۔</w:t>
      </w:r>
    </w:p>
    <w:p>
      <w:r>
        <w:rPr>
          <w:b/>
        </w:rPr>
        <w:t xml:space="preserve">[00:44] </w:t>
      </w:r>
      <w:r>
        <w:t>tolerance ko urdu ya arabi mein kehte hain araz.</w:t>
      </w:r>
    </w:p>
    <w:p>
      <w:pPr>
        <w:jc w:val="right"/>
      </w:pPr>
      <w:r>
        <w:t>ٹالرنس کو اردو یا عربی میں کہتے ہیں اعراض۔</w:t>
      </w:r>
    </w:p>
    <w:p>
      <w:r>
        <w:rPr>
          <w:b/>
        </w:rPr>
        <w:t xml:space="preserve">[00:52] </w:t>
      </w:r>
      <w:r>
        <w:t>e'raaz, e'raaz means tolerance ya ignore karna.</w:t>
      </w:r>
    </w:p>
    <w:p>
      <w:pPr>
        <w:jc w:val="right"/>
      </w:pPr>
      <w:r>
        <w:t>اعراض، اعراض means tolerance یا ignore کرنا۔</w:t>
      </w:r>
    </w:p>
    <w:p>
      <w:r>
        <w:rPr>
          <w:b/>
        </w:rPr>
        <w:t xml:space="preserve">[00:58] </w:t>
      </w:r>
      <w:r>
        <w:t>to yeh islam ki teaching mein se aik ahem, bohat important teaching hai,</w:t>
      </w:r>
    </w:p>
    <w:p>
      <w:pPr>
        <w:jc w:val="right"/>
      </w:pPr>
      <w:r>
        <w:t>تو یہ اسلام کی ٹیچنگ میں سے ایک اہم، بہت important teaching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