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God The Only Choice June 22, 2008</w:t>
      </w:r>
    </w:p>
    <w:p>
      <w:r>
        <w:t>https://youtu.be/zNSCqDANn1I</w:t>
      </w:r>
    </w:p>
    <w:p>
      <w:r>
        <w:rPr>
          <w:b/>
        </w:rPr>
        <w:t xml:space="preserve">[00:28] </w:t>
      </w:r>
      <w:r>
        <w:t>wahel uqdatan min lisani, yafqahu qawli.</w:t>
      </w:r>
    </w:p>
    <w:p>
      <w:pPr>
        <w:jc w:val="right"/>
      </w:pPr>
      <w:r>
        <w:t>واحل العقدۃ من لسانی، یفقہ قولی۔</w:t>
      </w:r>
    </w:p>
    <w:p>
      <w:r>
        <w:rPr>
          <w:b/>
        </w:rPr>
        <w:t xml:space="preserve">[00:39] </w:t>
      </w:r>
      <w:r>
        <w:t>aaj ka jo topic hai</w:t>
      </w:r>
    </w:p>
    <w:p>
      <w:pPr>
        <w:jc w:val="right"/>
      </w:pPr>
      <w:r>
        <w:t>آج کا جو ٹاپک ہے</w:t>
      </w:r>
    </w:p>
    <w:p>
      <w:r>
        <w:rPr>
          <w:b/>
        </w:rPr>
        <w:t xml:space="preserve">[00:45] </w:t>
      </w:r>
      <w:r>
        <w:t>wo hai "God the only choice".</w:t>
      </w:r>
    </w:p>
    <w:p>
      <w:pPr>
        <w:jc w:val="right"/>
      </w:pPr>
      <w:r>
        <w:t>وہ ہے "گاڈ دا اونلی چوائس"۔</w:t>
      </w:r>
    </w:p>
    <w:p>
      <w:r>
        <w:rPr>
          <w:b/>
        </w:rPr>
        <w:t xml:space="preserve">[00:56] </w:t>
      </w:r>
      <w:r>
        <w:t>God the only choice.</w:t>
      </w:r>
    </w:p>
    <w:p>
      <w:pPr>
        <w:jc w:val="right"/>
      </w:pPr>
      <w:r>
        <w:t>گاڈ دا اونلی چوائس۔</w:t>
      </w:r>
    </w:p>
    <w:p>
      <w:r>
        <w:rPr>
          <w:b/>
        </w:rPr>
        <w:t xml:space="preserve">[01:01] </w:t>
      </w:r>
      <w:r>
        <w:t>dekhiye, sari history mein jo insaan paida hue hain, sare insaanon ka ek hi nature raha hai.</w:t>
      </w:r>
    </w:p>
    <w:p>
      <w:pPr>
        <w:jc w:val="right"/>
      </w:pPr>
      <w:r>
        <w:t>دیکھیے، ساری ہسٹری میں جو انسان پیدا ہوئے ہیں، سارے انسانوں کا ایک ہی نیچر رہا ہے۔</w:t>
      </w:r>
    </w:p>
    <w:p>
      <w:r>
        <w:rPr>
          <w:b/>
        </w:rPr>
        <w:t xml:space="preserve">[01:13] </w:t>
      </w:r>
      <w:r>
        <w:t>kisi insaan ka ek nature ho, doosre ka doosra nature ho, aisa nahi hai. yeh cheez prove ho chuki hai anthropology mein jo studies ki gayi hain is se.</w:t>
      </w:r>
    </w:p>
    <w:p>
      <w:pPr>
        <w:jc w:val="right"/>
      </w:pPr>
      <w:r>
        <w:t>کسی انسان کا ایک نیچر ہو، دوسرے کا دوسرا نیچر ہو، ایسا نہیں ہے۔ یہ چیز پروف ہو چکی ہے انتھروپالوجی میں جو اسٹڈیز کی گئی ہیں اس سے۔</w:t>
      </w:r>
    </w:p>
    <w:p>
      <w:r>
        <w:rPr>
          <w:b/>
        </w:rPr>
        <w:t xml:space="preserve">[01:28] </w:t>
      </w:r>
      <w:r>
        <w:t>ab is mein koi doubt nahi hai ke sab insaanon ka nature ek hai. America mein ek professor the, professor watson, unhone yeh kaha ke insaan nurture se banta hai,</w:t>
      </w:r>
    </w:p>
    <w:p>
      <w:pPr>
        <w:jc w:val="right"/>
      </w:pPr>
      <w:r>
        <w:t>اب اس میں کوئی ڈاؤٹ نہیں ہے کہ سب انسانوں کا نیچر ایک ہے۔ امریکہ میں ایک پروفیسر تھے، پروفیسر واٹسن، انہوں نے یہ کہا کہ انسان نرچر سے بنتا ہے،</w:t>
      </w:r>
    </w:p>
    <w:p>
      <w:r>
        <w:rPr>
          <w:b/>
        </w:rPr>
        <w:t xml:space="preserve">[01:47] </w:t>
      </w:r>
      <w:r>
        <w:t>nature se nahi banta. magar yeh baat ab disprove ho chuki hai. ab koi is ko manne wala nahi hai. wo nature kya hai</w:t>
      </w:r>
    </w:p>
    <w:p>
      <w:pPr>
        <w:jc w:val="right"/>
      </w:pPr>
      <w:r>
        <w:t>نیچر سے نہیں بنتا۔ مگر یہ بات اب ڈسپروو ہو چکی ہے۔ اب کوئی اس کو ماننے والا نہیں ہے۔ وہ نیچر کیا ہے</w:t>
      </w:r>
    </w:p>
    <w:p>
      <w:r>
        <w:rPr>
          <w:b/>
        </w:rPr>
        <w:t xml:space="preserve">[01:58] </w:t>
      </w:r>
      <w:r>
        <w:t>? is nature ka ek bohat bara aspect yeh hai ke aadmi ke andar emotions bhare hue hain. full of emotions hai har aadmi.</w:t>
      </w:r>
    </w:p>
    <w:p>
      <w:pPr>
        <w:jc w:val="right"/>
      </w:pPr>
      <w:r>
        <w:t>؟ اس نیچر کا ایک بہت بڑا اسپیکٹ یہ ہے کہ آدمی کے اندر ایموشنز بھرے ہوئے ہیں۔ فل آف ایموشنز ہے ہر آدمی۔</w:t>
      </w:r>
    </w:p>
    <w:p>
      <w:r>
        <w:rPr>
          <w:b/>
        </w:rPr>
        <w:t xml:space="preserve">[02:11] </w:t>
      </w:r>
      <w:r>
        <w:t>aik robot aap bana sakte hain jo bilkul insan jaisa ho. dekhne mein woh insan lagay. Insan ki tarah utha baithay woh.</w:t>
      </w:r>
    </w:p>
    <w:p>
      <w:pPr>
        <w:jc w:val="right"/>
      </w:pPr>
      <w:r>
        <w:t>ایک روبوٹ آپ بنا سکتے ہیں جو بالکل انسان جیسا ہو۔ دیکھنے میں وہ انسان لگے۔ انسان کی طرح اٹھا بیٹھے وہ۔</w:t>
      </w:r>
    </w:p>
    <w:p>
      <w:r>
        <w:rPr>
          <w:b/>
        </w:rPr>
        <w:t xml:space="preserve">[02:20] </w:t>
      </w:r>
      <w:r>
        <w:t>bohat saare insan jaisay woh kaam karay. Lekin is ke andar emotions nahi hon gay.</w:t>
      </w:r>
    </w:p>
    <w:p>
      <w:pPr>
        <w:jc w:val="right"/>
      </w:pPr>
      <w:r>
        <w:t>بہت سارے انسان جیسے وہ کام کرے۔ لیکن اس کے اندر ایموشنز نہیں ہوں گے۔</w:t>
      </w:r>
    </w:p>
    <w:p>
      <w:r>
        <w:rPr>
          <w:b/>
        </w:rPr>
        <w:t xml:space="preserve">[02:30] </w:t>
      </w:r>
      <w:r>
        <w:t>na robot ke andar emotions hain aur na kisi aur suraj, chand, darya, pahaar, galaxy, solar system kisi ke andar nahi.</w:t>
      </w:r>
    </w:p>
    <w:p>
      <w:pPr>
        <w:jc w:val="right"/>
      </w:pPr>
      <w:r>
        <w:t>نہ روبوٹ کے اندر ایموشنز ہیں اور نہ کسی اور سورج، چاند، دریا، پہاڑ، گلیکسی، سولر سسٹم کسی کے اندر نہیں۔</w:t>
      </w:r>
    </w:p>
    <w:p>
      <w:r>
        <w:rPr>
          <w:b/>
        </w:rPr>
        <w:t xml:space="preserve">[02:44] </w:t>
      </w:r>
      <w:r>
        <w:t>to insan ki yeh speciality hai ke woh emotions ke sath paida hota hai. Ab aap jante hain ke emotions apna aik focus chahte hain.</w:t>
      </w:r>
    </w:p>
    <w:p>
      <w:pPr>
        <w:jc w:val="right"/>
      </w:pPr>
      <w:r>
        <w:t>تو انسان کی یہ اسپیشلٹی ہے کہ وہ ایموشنز کے ساتھ پیدا ہوتا ہے۔ اب آپ جانتے ہیں کہ ایموشنز اپنا ایک فوکس چاہتے ہیں۔</w:t>
      </w:r>
    </w:p>
    <w:p>
      <w:r>
        <w:rPr>
          <w:b/>
        </w:rPr>
        <w:t xml:space="preserve">[03:01] </w:t>
      </w:r>
      <w:r>
        <w:t>focus. To sari tareekh mein insan kisi na kisi cheez ko apna focus banaye hue raha hai.</w:t>
      </w:r>
    </w:p>
    <w:p>
      <w:pPr>
        <w:jc w:val="right"/>
      </w:pPr>
      <w:r>
        <w:t>فوکس۔ تو ساری تاریخ میں انسان کسی نہ کسی چیز کو اپنا فوکس بنائے ہوئے رہا ہے۔</w:t>
      </w:r>
    </w:p>
    <w:p>
      <w:r>
        <w:rPr>
          <w:b/>
        </w:rPr>
        <w:t xml:space="preserve">[03:12] </w:t>
      </w:r>
      <w:r>
        <w:t>lekin yeh bhi ajeeb baat hai ke</w:t>
      </w:r>
    </w:p>
    <w:p>
      <w:pPr>
        <w:jc w:val="right"/>
      </w:pPr>
      <w:r>
        <w:t>لیکن یہ بھی عجیب بات ہے کہ</w:t>
      </w:r>
    </w:p>
    <w:p>
      <w:r>
        <w:rPr>
          <w:b/>
        </w:rPr>
        <w:t xml:space="preserve">[03:18] </w:t>
      </w:r>
      <w:r>
        <w:t>majority insanon ki woh hai jo idhar udhar God ko apna focus banaye hue hain. Pehle bhi aur aaj bhi.</w:t>
      </w:r>
    </w:p>
    <w:p>
      <w:pPr>
        <w:jc w:val="right"/>
      </w:pPr>
      <w:r>
        <w:t>میجورٹی انسانوں کی وہ ہے جو ادر دھر گاڈ کو اپنا فوکس بنائے ہوئے ہیں۔ پہلے بھی اور آج بھی۔</w:t>
      </w:r>
    </w:p>
    <w:p>
      <w:r>
        <w:rPr>
          <w:b/>
        </w:rPr>
        <w:t xml:space="preserve">[03:27] </w:t>
      </w:r>
      <w:r>
        <w:t>in emotions ka focus sirf aik hai aur woh creator hai. Creator yani God.</w:t>
      </w:r>
    </w:p>
    <w:p>
      <w:pPr>
        <w:jc w:val="right"/>
      </w:pPr>
      <w:r>
        <w:t>ان ایموشنز کا فوکس صرف ایک ہے اور وہ کریٹر ہے۔ کریٹر یعنی گاڈ۔</w:t>
      </w:r>
    </w:p>
    <w:p>
      <w:r>
        <w:rPr>
          <w:b/>
        </w:rPr>
        <w:t xml:space="preserve">[03:37] </w:t>
      </w:r>
      <w:r>
        <w:t>is ke siwa jisko bhi aap banayenge apna, apna concern banayenge, jisko apna focus banayenge to woh galat hoga.</w:t>
      </w:r>
    </w:p>
    <w:p>
      <w:pPr>
        <w:jc w:val="right"/>
      </w:pPr>
      <w:r>
        <w:t>اس کے سوا جس کو بھی آپ بنائیں گے اپنا، اپنا کنسرن بنائیں گے، جس کو اپنا فوکس بنائیں گے تو وہ غلط ہوگا۔</w:t>
      </w:r>
    </w:p>
    <w:p>
      <w:r>
        <w:rPr>
          <w:b/>
        </w:rPr>
        <w:t xml:space="preserve">[03:49] </w:t>
      </w:r>
      <w:r>
        <w:t>woh sahi nahi hoga.</w:t>
      </w:r>
    </w:p>
    <w:p>
      <w:pPr>
        <w:jc w:val="right"/>
      </w:pPr>
      <w:r>
        <w:t>وہ صحیح نہیں ہوگا۔</w:t>
      </w:r>
    </w:p>
    <w:p>
      <w:r>
        <w:rPr>
          <w:b/>
        </w:rPr>
        <w:t xml:space="preserve">[03:53] </w:t>
      </w:r>
      <w:r>
        <w:t>isi ko Quran mein kaha gaya ke Quran mein Surah Yunus aap parhayen to is mein yeh bataya gaya hai ke Khuda ke baad jo kuch hai woh sab zalaal hai.</w:t>
      </w:r>
    </w:p>
    <w:p>
      <w:pPr>
        <w:jc w:val="right"/>
      </w:pPr>
      <w:r>
        <w:t>اسی کو قرآن میں کہا گیا کہ قرآن میں سورہ یونس آپ پڑھیں تو اس میں یہ بتایا گیا ہے کہ خدا کے بعد جو کچھ ہے وہ سب ذلال ہے۔</w:t>
      </w:r>
    </w:p>
    <w:p>
      <w:r>
        <w:rPr>
          <w:b/>
        </w:rPr>
        <w:t xml:space="preserve">[04:18] </w:t>
      </w:r>
      <w:r>
        <w:t>wa ma ba'dal haqqi illaz zalaal. Khuda hi insan ka Rab hai, Khuda hi insan ka Lord hai. Khuda ke siwa jisko bhi woh apna focus banata hai to woh zalaal hota hai.</w:t>
      </w:r>
    </w:p>
    <w:p>
      <w:pPr>
        <w:jc w:val="right"/>
      </w:pPr>
      <w:r>
        <w:t>وما بعد الحق الا الذلال۔ خدا ہی انسان کا رب ہے، خدا ہی انسان کا لارڈ ہے۔ خدا کے سوا جس کو بھی وہ اپنا فوکس بناتا ہے تو وہ ذلال ہوتا ہے۔</w:t>
      </w:r>
    </w:p>
    <w:p>
      <w:r>
        <w:rPr>
          <w:b/>
        </w:rPr>
        <w:t xml:space="preserve">[04:32] </w:t>
      </w:r>
      <w:r>
        <w:t>zalaal ke baad to hotay hain deviation, bhatkao.</w:t>
      </w:r>
    </w:p>
    <w:p>
      <w:pPr>
        <w:jc w:val="right"/>
      </w:pPr>
      <w:r>
        <w:t>ذلال کے بعد تو ہوتے ہیں ڈیوی ایشن، بھٹکاؤ۔</w:t>
      </w:r>
    </w:p>
    <w:p>
      <w:r>
        <w:rPr>
          <w:b/>
        </w:rPr>
        <w:t xml:space="preserve">[04:38] </w:t>
      </w:r>
      <w:r>
        <w:t>wa ma ba'dal haqqi illaz zalaal. Yeh ayat hai chapter number 10, verse number 32.</w:t>
      </w:r>
    </w:p>
    <w:p>
      <w:pPr>
        <w:jc w:val="right"/>
      </w:pPr>
      <w:r>
        <w:t>وما بعد الحق الا الذلال۔ یہ آیت ہے چیپٹر نمبر 10، ورس نمبر 32۔</w:t>
      </w:r>
    </w:p>
    <w:p>
      <w:r>
        <w:rPr>
          <w:b/>
        </w:rPr>
        <w:t xml:space="preserve">[04:48] </w:t>
      </w:r>
      <w:r>
        <w:t>is ko aap dekh sakte hain. To</w:t>
      </w:r>
    </w:p>
    <w:p>
      <w:pPr>
        <w:jc w:val="right"/>
      </w:pPr>
      <w:r>
        <w:t>اس کو آپ دیکھ سکتے ہیں۔ تو</w:t>
      </w:r>
    </w:p>
    <w:p>
      <w:r>
        <w:rPr>
          <w:b/>
        </w:rPr>
        <w:t xml:space="preserve">[04:55] </w:t>
      </w:r>
      <w:r>
        <w:t>Khuda ke siwa kisi aur ko apna focus banana is ko Quran ne bhatkao kaha hai.</w:t>
      </w:r>
    </w:p>
    <w:p>
      <w:pPr>
        <w:jc w:val="right"/>
      </w:pPr>
      <w:r>
        <w:t>خدا کے سوا کسی اور کو اپنا فوکس بنانا اس کو قرآن نے بھٹکاؤ کہا ہے۔</w:t>
      </w:r>
    </w:p>
    <w:p>
      <w:r>
        <w:rPr>
          <w:b/>
        </w:rPr>
        <w:t xml:space="preserve">[05:07] </w:t>
      </w:r>
      <w:r>
        <w:t>yani option for anything other than God is nothing but deviation.</w:t>
      </w:r>
    </w:p>
    <w:p>
      <w:pPr>
        <w:jc w:val="right"/>
      </w:pPr>
      <w:r>
        <w:t>یعنی آپشن فار اینی تھنگ ادر دین گاڈ از نتھنگ بٹ ڈیوی ایشن۔</w:t>
      </w:r>
    </w:p>
    <w:p>
      <w:r>
        <w:rPr>
          <w:b/>
        </w:rPr>
        <w:t xml:space="preserve">[05:16] </w:t>
      </w:r>
      <w:r>
        <w:t>yeh hai Quran ka statement. Yeh poori tareekh mein yeh sahi nikla hai.</w:t>
      </w:r>
    </w:p>
    <w:p>
      <w:pPr>
        <w:jc w:val="right"/>
      </w:pPr>
      <w:r>
        <w:t>یہ ہے قرآن کا اسٹیٹمنٹ۔ یہ پوری تاریخ میں یہ صحیح نکلا ہے۔</w:t>
      </w:r>
    </w:p>
    <w:p>
      <w:r>
        <w:rPr>
          <w:b/>
        </w:rPr>
        <w:t xml:space="preserve">[05:25] </w:t>
      </w:r>
      <w:r>
        <w:t>to yeh</w:t>
      </w:r>
    </w:p>
    <w:p>
      <w:pPr>
        <w:jc w:val="right"/>
      </w:pPr>
      <w:r>
        <w:t>تو یہ</w:t>
      </w:r>
    </w:p>
    <w:p>
      <w:r>
        <w:rPr>
          <w:b/>
        </w:rPr>
        <w:t xml:space="preserve">[05:29] </w:t>
      </w:r>
      <w:r>
        <w:t>aaj maine jo is topic ko liya to aisa hai ke mujhe abhi aik magazine mila kal.</w:t>
      </w:r>
    </w:p>
    <w:p>
      <w:pPr>
        <w:jc w:val="right"/>
      </w:pPr>
      <w:r>
        <w:t>آج میں نے جو اس ٹاپک کو لیا تو ایسا ہے کہ مجھے ابھی ایک میگزین ملا کل۔</w:t>
      </w:r>
    </w:p>
    <w:p>
      <w:r>
        <w:rPr>
          <w:b/>
        </w:rPr>
        <w:t xml:space="preserve">[05:38] </w:t>
      </w:r>
      <w:r>
        <w:t>yeh American magazine hai.</w:t>
      </w:r>
    </w:p>
    <w:p>
      <w:pPr>
        <w:jc w:val="right"/>
      </w:pPr>
      <w:r>
        <w:t>یہ امریکن میگزین ہے۔</w:t>
      </w:r>
    </w:p>
    <w:p>
      <w:r>
        <w:rPr>
          <w:b/>
        </w:rPr>
        <w:t xml:space="preserve">[05:43] </w:t>
      </w:r>
      <w:r>
        <w:t>by by monthly magazine hai. American. Is mein aik report chapai hai. 19 pages ki.</w:t>
      </w:r>
    </w:p>
    <w:p>
      <w:pPr>
        <w:jc w:val="right"/>
      </w:pPr>
      <w:r>
        <w:t>بائی بائی منتھلی میگزین ہے۔ امریکن۔ اس میں ایک رپورٹ چھپی ہے۔ 19 پیجز کی۔</w:t>
      </w:r>
    </w:p>
    <w:p>
      <w:r>
        <w:rPr>
          <w:b/>
        </w:rPr>
        <w:t xml:space="preserve">[05:55] </w:t>
      </w:r>
      <w:r>
        <w:t>kits par. 19 page yani 20 mein aik kam.</w:t>
      </w:r>
    </w:p>
    <w:p>
      <w:pPr>
        <w:jc w:val="right"/>
      </w:pPr>
      <w:r>
        <w:t>کٹس پر۔ 19 پیج یعنی 20 میں ایک کم۔</w:t>
      </w:r>
    </w:p>
    <w:p>
      <w:r>
        <w:rPr>
          <w:b/>
        </w:rPr>
        <w:t xml:space="preserve">[06:03] </w:t>
      </w:r>
      <w:r>
        <w:t>to is ka is report ka jo jo subject hai woh yeh hai ke why people love their pets.</w:t>
      </w:r>
    </w:p>
    <w:p>
      <w:pPr>
        <w:jc w:val="right"/>
      </w:pPr>
      <w:r>
        <w:t>تو اس کا اس رپورٹ کا جو جو سبجیکٹ ہے وہ یہ ہے کہ وائی پیپل لو دیر پٹس۔</w:t>
      </w:r>
    </w:p>
    <w:p>
      <w:r>
        <w:rPr>
          <w:b/>
        </w:rPr>
        <w:t xml:space="preserve">[06:20] </w:t>
      </w:r>
      <w:r>
        <w:t>why people love their pets. Log kyun apne paaltu janwaron se itna zyada mohabbat karte hain.</w:t>
      </w:r>
    </w:p>
    <w:p>
      <w:pPr>
        <w:jc w:val="right"/>
      </w:pPr>
      <w:r>
        <w:t>وائی پیپل لو دیر پٹس۔ لوگ کیوں اپنے پالتو جانوروں سے اتنا زیادہ محبت کرتے ہیں۔</w:t>
      </w:r>
    </w:p>
    <w:p>
      <w:r>
        <w:rPr>
          <w:b/>
        </w:rPr>
        <w:t xml:space="preserve">[06:30] </w:t>
      </w:r>
      <w:r>
        <w:t>is par yeh report hai.</w:t>
      </w:r>
    </w:p>
    <w:p>
      <w:pPr>
        <w:jc w:val="right"/>
      </w:pPr>
      <w:r>
        <w:t>اس پر یہ رپورٹ ہے۔</w:t>
      </w:r>
    </w:p>
    <w:p>
      <w:r>
        <w:rPr>
          <w:b/>
        </w:rPr>
        <w:t xml:space="preserve">[06:33] </w:t>
      </w:r>
      <w:r>
        <w:t>university society mein jo halat hai woh aap jante hain ke aaj kal log paaltu janwar rakhe rehte hain. maine khud kai bar dekha hai.</w:t>
      </w:r>
    </w:p>
    <w:p>
      <w:pPr>
        <w:jc w:val="right"/>
      </w:pPr>
      <w:r>
        <w:t>یونیورسٹی سوسائٹی میں جو حالت ہے وہ آپ جانتے ہیں کہ آج کل لوگ پالتو جانور رکھے رہتے ہیں۔ میں نے خود کئی بار دیکھا ہے۔</w:t>
      </w:r>
    </w:p>
    <w:p>
      <w:r>
        <w:rPr>
          <w:b/>
        </w:rPr>
        <w:t xml:space="preserve">[06:43] </w:t>
      </w:r>
      <w:r>
        <w:t>ek sahib ko dekha maine ke woh unke unke ghar mein koi nahi tha. biwi se talaq ho chuka tha, woh chali gayi. ladka tha, woh bhi chala gaya parh likh kar ke.</w:t>
      </w:r>
    </w:p>
    <w:p>
      <w:pPr>
        <w:jc w:val="right"/>
      </w:pPr>
      <w:r>
        <w:t>ایک صاحب کو دیکھا میں نے کہ وہ ان کے ان کے گھر میں کوئی نہیں تھا۔ بیوی سے طلاق ہو چکا تھا، وہ چلی گئی۔ لڑکا تھا، وہ بھی چلا گیا پڑھ لکھ کر کہیں۔</w:t>
      </w:r>
    </w:p>
    <w:p>
      <w:r>
        <w:rPr>
          <w:b/>
        </w:rPr>
        <w:t xml:space="preserve">[06:53] </w:t>
      </w:r>
      <w:r>
        <w:t>akele the woh.</w:t>
      </w:r>
    </w:p>
    <w:p>
      <w:pPr>
        <w:jc w:val="right"/>
      </w:pPr>
      <w:r>
        <w:t>اکیلے تھے وہ۔</w:t>
      </w:r>
    </w:p>
    <w:p>
      <w:r>
        <w:rPr>
          <w:b/>
        </w:rPr>
        <w:t xml:space="preserve">[06:56] </w:t>
      </w:r>
      <w:r>
        <w:t>to woh jate the jab office ya ate the to unke haan ek kutta tha, us ko kiss karte the. woh jate hue bhi kiss karte the, wapsi bhi kiss karte the.</w:t>
      </w:r>
    </w:p>
    <w:p>
      <w:pPr>
        <w:jc w:val="right"/>
      </w:pPr>
      <w:r>
        <w:t>تو وہ جاتے تھے جب آفس یا آتے تھے تو ان کے ہاں ایک کتا تھا، اس کو کس کرتے تھے۔ وہ جاتے ہوئے بھی کس کرتے تھے، واپسی بھی کس کرتے تھے۔</w:t>
      </w:r>
    </w:p>
    <w:p>
      <w:r>
        <w:rPr>
          <w:b/>
        </w:rPr>
        <w:t xml:space="preserve">[07:09] </w:t>
      </w:r>
      <w:r>
        <w:t>der tak, kafi der tak us ko le kar ke tab woh nikalte the aur ane ke baad bhi wahi karte the.</w:t>
      </w:r>
    </w:p>
    <w:p>
      <w:pPr>
        <w:jc w:val="right"/>
      </w:pPr>
      <w:r>
        <w:t>دیر تک، کافی دیر تک اس کو لے کر کے تب وہ نکلتے تھے اور آنے کے بعد بھی وہی کرتے تھے۔</w:t>
      </w:r>
    </w:p>
    <w:p>
      <w:r>
        <w:rPr>
          <w:b/>
        </w:rPr>
        <w:t xml:space="preserve">[07:17] </w:t>
      </w:r>
      <w:r>
        <w:t>to is mein yeh sab baatein batai gayi hain ke log kyun dog paalte hain, rabbit paalte hain aur parrot paalte hain.</w:t>
      </w:r>
    </w:p>
    <w:p>
      <w:pPr>
        <w:jc w:val="right"/>
      </w:pPr>
      <w:r>
        <w:t>تو اس میں یہ سب باتیں بتائی گئی ہیں کہ لوگ کیوں ڈاگ پالتے ہیں، رائبٹ پالتے ہیں اور پیرٹ پالتے ہیں۔</w:t>
      </w:r>
    </w:p>
    <w:p>
      <w:r>
        <w:rPr>
          <w:b/>
        </w:rPr>
        <w:t xml:space="preserve">[07:35] </w:t>
      </w:r>
      <w:r>
        <w:t>yani tota. to dog ka jo yani pets jo paalte hain aur bhi kai honge.</w:t>
      </w:r>
    </w:p>
    <w:p>
      <w:pPr>
        <w:jc w:val="right"/>
      </w:pPr>
      <w:r>
        <w:t>یعنی طوطا۔ تو ڈاگ کا جو یعنی پٹس جو پالتے ہیں اور بھی کئی ہوں گے۔</w:t>
      </w:r>
    </w:p>
    <w:p>
      <w:r>
        <w:rPr>
          <w:b/>
        </w:rPr>
        <w:t xml:space="preserve">[07:44] </w:t>
      </w:r>
      <w:r>
        <w:t>aam taur par jo zyada tar riwaj hai woh yahi hai ke kutta, billi, khargosh aur tota.</w:t>
      </w:r>
    </w:p>
    <w:p>
      <w:pPr>
        <w:jc w:val="right"/>
      </w:pPr>
      <w:r>
        <w:t>عام طور پر جو زیادہ تر رواج ہے وہ یہی ہے کہ کتا، بلی، خرگوش اور طوطا۔</w:t>
      </w:r>
    </w:p>
    <w:p>
      <w:r>
        <w:rPr>
          <w:b/>
        </w:rPr>
        <w:t xml:space="preserve">[07:56] </w:t>
      </w:r>
      <w:r>
        <w:t>dog, cats, rabbits aur parrot. to is se bepanah un ko mohabbat hoti hai.</w:t>
      </w:r>
    </w:p>
    <w:p>
      <w:pPr>
        <w:jc w:val="right"/>
      </w:pPr>
      <w:r>
        <w:t>ڈاگ، کیٹس، رائبٹس اور پیرٹ۔ تو اس سے بے پناہ ان کو محبت ہوتی ہے۔</w:t>
      </w:r>
    </w:p>
    <w:p>
      <w:r>
        <w:rPr>
          <w:b/>
        </w:rPr>
        <w:t xml:space="preserve">[08:10] </w:t>
      </w:r>
      <w:r>
        <w:t>to is report ka jo khulasa hai woh bohat hi dilchasp hai, bohat hi interesting hai.</w:t>
      </w:r>
    </w:p>
    <w:p>
      <w:pPr>
        <w:jc w:val="right"/>
      </w:pPr>
      <w:r>
        <w:t>تو اس رپورٹ کا جو خلاصہ ہے وہ بہت ہی دلچسپ ہے، بہت ہی انٹرسٹنگ ہے۔</w:t>
      </w:r>
    </w:p>
    <w:p>
      <w:r>
        <w:rPr>
          <w:b/>
        </w:rPr>
        <w:t xml:space="preserve">[08:18] </w:t>
      </w:r>
      <w:r>
        <w:t>is mein bataya gaya hai ke yani atharah so kitne mein ek waqia bataya ke ek bohat rich aadmi tha, ek hi lady thi is ghar mein, bohat bara ghar tha, ek hi lady is mein rehti thi.</w:t>
      </w:r>
    </w:p>
    <w:p>
      <w:pPr>
        <w:jc w:val="right"/>
      </w:pPr>
      <w:r>
        <w:t>اس میں بتایا گیا ہے کہ یعنی اٹھارہ سو کتنے میں ایک واقعہ بتایا کہ ایک بہت رچ آدمی تھا، ایک ہی لیڈی تھی اس گھر میں، بہت بڑا گھر تھا، ایک ہی لیڈی اس میں رہتی تھی۔</w:t>
      </w:r>
    </w:p>
    <w:p>
      <w:r>
        <w:rPr>
          <w:b/>
        </w:rPr>
        <w:t xml:space="preserve">[08:32] </w:t>
      </w:r>
      <w:r>
        <w:t>to aag lag gayi is mein. to jab bhage woh to is mein bohat sari thousand thousand cheezein theen. lekin jis liye ke bhage woh ek parrot tha, woh ek tota.</w:t>
      </w:r>
    </w:p>
    <w:p>
      <w:pPr>
        <w:jc w:val="right"/>
      </w:pPr>
      <w:r>
        <w:t>تو آگ لگ گئی اس میں۔ تو جب بھاگے وہ تو اس میں بہت ساری تھاؤزنڈ تھاؤزنڈ چیزیں تھیں۔ لیکن جس لیے کہ بھاگے وہ ایک پیرٹ تھا، وہ ایک طوطا۔</w:t>
      </w:r>
    </w:p>
    <w:p>
      <w:r>
        <w:rPr>
          <w:b/>
        </w:rPr>
        <w:t xml:space="preserve">[08:46] </w:t>
      </w:r>
      <w:r>
        <w:t>yeh hai un ko. to is mein parh kar ke jo baat nikalti hai woh bohat hi dilchasp hai. mujhe bataya gaya hai ke western society mein ab yeh halat hai ke log marriage karte hain, phir divorce ho jata hai, talaq ho jata hai.</w:t>
      </w:r>
    </w:p>
    <w:p>
      <w:pPr>
        <w:jc w:val="right"/>
      </w:pPr>
      <w:r>
        <w:t>یہ ہے ان کو۔ تو اس میں پڑھ کر کے جو بات نکلتی ہے وہ بہت ہی دلچسپ ہے۔ مجھے بتایا گیا ہے کہ ویسٹرن سوسائٹی میں اب یہ حالت ہے کہ لوگ میرج کرتے ہیں، پھر ڈائیورس ہو جاتا ہے، طلاق ہو جاتا ہے۔</w:t>
      </w:r>
    </w:p>
    <w:p>
      <w:r>
        <w:rPr>
          <w:b/>
        </w:rPr>
        <w:t xml:space="preserve">[09:09] </w:t>
      </w:r>
      <w:r>
        <w:t>yani marriage bohat hi kam aisa hota hai ke woh thehre der tak.</w:t>
      </w:r>
    </w:p>
    <w:p>
      <w:pPr>
        <w:jc w:val="right"/>
      </w:pPr>
      <w:r>
        <w:t>یعنی میرج بہت ہی کم ایسا ہوتا ہے کہ وہ ٹھہرے دیر تک۔</w:t>
      </w:r>
    </w:p>
    <w:p>
      <w:r>
        <w:rPr>
          <w:b/>
        </w:rPr>
        <w:t xml:space="preserve">[09:16] </w:t>
      </w:r>
      <w:r>
        <w:t>marriage hoti hai, zahir hai ke aap jante hain, love marriage hoti hai, phir bhi separation hota hai, woh alag, woh alag. acha, bachcha agar paida hota hai to uska bhi hal yeh hai ke jab tak chhota hai tab tak woh rehta hai apne maa baap ke sath.</w:t>
      </w:r>
    </w:p>
    <w:p>
      <w:pPr>
        <w:jc w:val="right"/>
      </w:pPr>
      <w:r>
        <w:t>میرج ہوتی ہے، ظاہر ہے کہ آپ جانتے ہیں، لو میرج ہوتی ہے، پھر بھی سیپریشن ہوتا ہے، وہ الگ، وہ الگ۔ اچھا، بچہ اگر پیدا ہوتا ہے تو اس کا بھی حال یہ ہے کہ جب تک چھوٹا ہے تب تک وہ رہتا ہے اپنے ماں باپ کے ساتھ۔</w:t>
      </w:r>
    </w:p>
    <w:p>
      <w:r>
        <w:rPr>
          <w:b/>
        </w:rPr>
        <w:t xml:space="preserve">[09:32] </w:t>
      </w:r>
      <w:r>
        <w:t>us ke baad wahi bhag jata hai. to log logon ka hal yeh hai ke jis ko kehte hain broken homes.</w:t>
      </w:r>
    </w:p>
    <w:p>
      <w:pPr>
        <w:jc w:val="right"/>
      </w:pPr>
      <w:r>
        <w:t>اس کے بعد وہی بھاگ جاتا ہے۔ تو لوگ لوگوں کا حال یہ ہے کہ جس کو کہتے ہیں بروکن ہومز۔</w:t>
      </w:r>
    </w:p>
    <w:p>
      <w:r>
        <w:rPr>
          <w:b/>
        </w:rPr>
        <w:t xml:space="preserve">[09:42] </w:t>
      </w:r>
      <w:r>
        <w:t>log log broken homes mein rehte hain.</w:t>
      </w:r>
    </w:p>
    <w:p>
      <w:pPr>
        <w:jc w:val="right"/>
      </w:pPr>
      <w:r>
        <w:t>لوگ لوگ بروکن ہومز میں رہتے ہیں۔</w:t>
      </w:r>
    </w:p>
    <w:p>
      <w:r>
        <w:rPr>
          <w:b/>
        </w:rPr>
        <w:t xml:space="preserve">[09:45] </w:t>
      </w:r>
      <w:r>
        <w:t>yani akeli aurat ya akeli mard, na beta, na beti. ab woh karein kya? to un ke jo andar jo jazbat hain, jo emotions hain, to koi chahiye un ko jis se woh mohabbat karein.</w:t>
      </w:r>
    </w:p>
    <w:p>
      <w:pPr>
        <w:jc w:val="right"/>
      </w:pPr>
      <w:r>
        <w:t>یعنی اکیلی عورت یا اکیلی مرد، نہ بیٹا، نہ بیٹی۔ اب وہ کریں کیا؟ تو ان کے جو اندر جو جذبات ہیں، جو ایموشنز ہیں، تو کوئی چاہیے ان کو جس سے وہ محبت کریں۔</w:t>
      </w:r>
    </w:p>
    <w:p>
      <w:r>
        <w:rPr>
          <w:b/>
        </w:rPr>
        <w:t xml:space="preserve">[10:01] </w:t>
      </w:r>
      <w:r>
        <w:t>to zahir hai ke woh living cheez chahte hain. woh deewar se ya furniture se mohabbat nahi kar sakte.</w:t>
      </w:r>
    </w:p>
    <w:p>
      <w:pPr>
        <w:jc w:val="right"/>
      </w:pPr>
      <w:r>
        <w:t>تو ظاہر ہے کہ وہ لیونگ چیز چاہتے ہیں۔ وہ دیوار سے یا فرنیچر سے محبت نہیں کر سکتے۔</w:t>
      </w:r>
    </w:p>
    <w:p>
      <w:r>
        <w:rPr>
          <w:b/>
        </w:rPr>
        <w:t xml:space="preserve">[10:10] </w:t>
      </w:r>
      <w:r>
        <w:t>koi living cheez chahiye, zinda cheez. to aap jis ghar mein jaiye, wahan par kutta hai, billi hai aur khargosh hai, tota hai, yahi sab cheezein hain.</w:t>
      </w:r>
    </w:p>
    <w:p>
      <w:pPr>
        <w:jc w:val="right"/>
      </w:pPr>
      <w:r>
        <w:t>کوئی لیونگ چیز چاہیے، زندہ چیز۔ تو آپ جس گھر میں جائیے، وہاں پر کتا ہے، بلی ہے اور خرگوش ہے، طوطا ہے، یہی سب چیزیں ہیں۔</w:t>
      </w:r>
    </w:p>
    <w:p>
      <w:r>
        <w:rPr>
          <w:b/>
        </w:rPr>
        <w:t xml:space="preserve">[10:24] </w:t>
      </w:r>
      <w:r>
        <w:t>kaisi ajeeb cheez hai.</w:t>
      </w:r>
    </w:p>
    <w:p>
      <w:pPr>
        <w:jc w:val="right"/>
      </w:pPr>
      <w:r>
        <w:t>کیسی عجیب چیز ہے۔</w:t>
      </w:r>
    </w:p>
    <w:p>
      <w:r>
        <w:rPr>
          <w:b/>
        </w:rPr>
        <w:t xml:space="preserve">[10:28] </w:t>
      </w:r>
      <w:r>
        <w:t>isi ko quran mein kaha gaya hai ke wa ma ba'da al-haqq illa al-dalal. ke khuda ko chhodoge to kya karoge? dog ko apna ma'bud banaoge.</w:t>
      </w:r>
    </w:p>
    <w:p>
      <w:pPr>
        <w:jc w:val="right"/>
      </w:pPr>
      <w:r>
        <w:t>اسی کو قرآن میں کہا گیا ہے کہ وما بعد الحق الا الذلال۔ کہ خدا کو چھوڑو گے تو کیا کرو گے؟ ڈاگ کو اپنا معبود بناؤ گے۔</w:t>
      </w:r>
    </w:p>
    <w:p>
      <w:r>
        <w:rPr>
          <w:b/>
        </w:rPr>
        <w:t xml:space="preserve">[10:41] </w:t>
      </w:r>
      <w:r>
        <w:t>khuda ko chhodne ke baad kya karoge? yahi karoge. ke dog keh de to replace karoge us cheez ko.</w:t>
      </w:r>
    </w:p>
    <w:p>
      <w:pPr>
        <w:jc w:val="right"/>
      </w:pPr>
      <w:r>
        <w:t>خدا کو چھوڑنے کے بعد کیا کرو گے؟ یہی کرو گے۔ کہ ڈاگ کہہ دے تو ریپلیس کرو گے اس چیز کو۔</w:t>
      </w:r>
    </w:p>
    <w:p>
      <w:r>
        <w:rPr>
          <w:b/>
        </w:rPr>
        <w:t xml:space="preserve">[10:50] </w:t>
      </w:r>
      <w:r>
        <w:t>yani kitna ajeeb anjam hua woh insan ka. yeh saada baat nahi hai, dekhiye. yeh saada baat nahi hai.</w:t>
      </w:r>
    </w:p>
    <w:p>
      <w:pPr>
        <w:jc w:val="right"/>
      </w:pPr>
      <w:r>
        <w:t>یعنی کتنا عجیب انجام ہوا وہ انسان کا۔ یہ سادہ بات نہیں ہے، دیکھیے۔ یہ سادہ بات نہیں ہے۔</w:t>
      </w:r>
    </w:p>
    <w:p>
      <w:r>
        <w:rPr>
          <w:b/>
        </w:rPr>
        <w:t xml:space="preserve">[11:03] </w:t>
      </w:r>
      <w:r>
        <w:t>quran mein hai is ke baray mein ke bes al zalimeen badla. yeh jo log aisa karte hain ke khuda ko chhod kar woh kisi aur cheez ko apne emotions ka markaz bana lete hain,</w:t>
      </w:r>
    </w:p>
    <w:p>
      <w:pPr>
        <w:jc w:val="right"/>
      </w:pPr>
      <w:r>
        <w:t>قرآن میں ہے اس کے بارے میں کہ بیس الظالمین بدلہ۔ یہ جو لوگ ایسا کرتے ہیں کہ خدا کو چھوڑ کر وہ کسی اور چیز کو اپنے ایموشنز کا مرکز بنا لیتے ہیں،</w:t>
      </w:r>
    </w:p>
    <w:p>
      <w:r>
        <w:rPr>
          <w:b/>
        </w:rPr>
        <w:t xml:space="preserve">[11:25] </w:t>
      </w:r>
      <w:r>
        <w:t>to un ke baray mein yeh ayat hai. yeh ayat hai surah kahf mein, yani chapter number 18, verse number 50.</w:t>
      </w:r>
    </w:p>
    <w:p>
      <w:pPr>
        <w:jc w:val="right"/>
      </w:pPr>
      <w:r>
        <w:t>تو ان کے بارے میں یہ آیت ہے۔ یہ آیت ہے سورہ کہف میں، یعنی چیپٹر نمبر 18، ورس نمبر 50۔</w:t>
      </w:r>
    </w:p>
    <w:p>
      <w:r>
        <w:rPr>
          <w:b/>
        </w:rPr>
        <w:t xml:space="preserve">[11:37] </w:t>
      </w:r>
      <w:r>
        <w:t>chapter number 18, verse number 50. bes al zalimeen badla.</w:t>
      </w:r>
    </w:p>
    <w:p>
      <w:pPr>
        <w:jc w:val="right"/>
      </w:pPr>
      <w:r>
        <w:t>چیپٹر نمبر 18، ورس نمبر 50۔ بیس الظالمین بدلہ۔</w:t>
      </w:r>
    </w:p>
    <w:p>
      <w:r>
        <w:rPr>
          <w:b/>
        </w:rPr>
        <w:t xml:space="preserve">[11:48] </w:t>
      </w:r>
      <w:r>
        <w:t>bes al zalimeen badla. how bad is their exchange?</w:t>
      </w:r>
    </w:p>
    <w:p>
      <w:pPr>
        <w:jc w:val="right"/>
      </w:pPr>
      <w:r>
        <w:t>بیس الظالمین بدلہ۔ ہاؤ بیڈ از دیر ایکسچینج؟</w:t>
      </w:r>
    </w:p>
    <w:p>
      <w:r>
        <w:rPr>
          <w:b/>
        </w:rPr>
        <w:t xml:space="preserve">[11:56] </w:t>
      </w:r>
      <w:r>
        <w:t>kitna bura hai in ka badal? yani khuda ko chhod kar kya liya?</w:t>
      </w:r>
    </w:p>
    <w:p>
      <w:pPr>
        <w:jc w:val="right"/>
      </w:pPr>
      <w:r>
        <w:t>کتنا برا ہے ان کا بدل؟ یعنی خدا کو چھوڑ کر کیا لیا؟</w:t>
      </w:r>
    </w:p>
    <w:p>
      <w:r>
        <w:rPr>
          <w:b/>
        </w:rPr>
        <w:t xml:space="preserve">[12:04] </w:t>
      </w:r>
      <w:r>
        <w:t>makhlooq se koi kamtar darjay ki cheez. to farmaya ke bes al zalimeen badla. how bad is their exchange?</w:t>
      </w:r>
    </w:p>
    <w:p>
      <w:pPr>
        <w:jc w:val="right"/>
      </w:pPr>
      <w:r>
        <w:t>مخلوق سے کوئی کمتر درجے کی چیز۔ تو فرمایا کہ بیس الظالمین بدلہ۔ ہاؤ بیڈ از دیر ایکسچینج؟</w:t>
      </w:r>
    </w:p>
    <w:p>
      <w:r>
        <w:rPr>
          <w:b/>
        </w:rPr>
        <w:t xml:space="preserve">[12:14] </w:t>
      </w:r>
      <w:r>
        <w:t>jis ko unhon ne alternative banaya, jis ko unhon ne is ki jagah par liya, to bohat hi bura tha yeh un ka exchange.</w:t>
      </w:r>
    </w:p>
    <w:p>
      <w:pPr>
        <w:jc w:val="right"/>
      </w:pPr>
      <w:r>
        <w:t>جس کو انہوں نے الٹرنیٹو بنایا، جس کو انہوں نے اس کی جگہ پر لیا، تو بہت ہی برا تھا یہ ان کا ایکسچینج۔</w:t>
      </w:r>
    </w:p>
    <w:p>
      <w:r>
        <w:rPr>
          <w:b/>
        </w:rPr>
        <w:t xml:space="preserve">[12:29] </w:t>
      </w:r>
      <w:r>
        <w:t>mein ne is par ghor kiya ke is waqt bura kyun tha? yeh saada baat nahi hai, yaad rakhiye. yeh saada baat nahi hai.</w:t>
      </w:r>
    </w:p>
    <w:p>
      <w:pPr>
        <w:jc w:val="right"/>
      </w:pPr>
      <w:r>
        <w:t>میں نے اس پر غور کیا کہ اس وقت برا کیوں تھا؟ یہ سادہ بات نہیں ہے، یاد رکھیے۔ یہ سادہ بات نہیں ہے۔</w:t>
      </w:r>
    </w:p>
    <w:p>
      <w:r>
        <w:rPr>
          <w:b/>
        </w:rPr>
        <w:t xml:space="preserve">[12:39] </w:t>
      </w:r>
      <w:r>
        <w:t>is liye ke insaan jo hai, yeh emotion jo is ke andar hain, to woh chahta hai ke doosra aadmi bhi is ko kuch response kare.</w:t>
      </w:r>
    </w:p>
    <w:p>
      <w:pPr>
        <w:jc w:val="right"/>
      </w:pPr>
      <w:r>
        <w:t>اس لیے کہ انسان جو ہے، یہ ایموشن جو اس کے اندر ہیں، تو وہ چاہتا ہے کہ دوسرا آدمی بھی اس کو کچھ رسپانس کرے۔</w:t>
      </w:r>
    </w:p>
    <w:p>
      <w:r>
        <w:rPr>
          <w:b/>
        </w:rPr>
        <w:t xml:space="preserve">[12:55] </w:t>
      </w:r>
      <w:r>
        <w:t>yani aap aik totay se, aik billi se ya dog se, yani literally aap is se love kar sakte hain yak tarf</w:t>
      </w:r>
    </w:p>
    <w:p>
      <w:pPr>
        <w:jc w:val="right"/>
      </w:pPr>
      <w:r>
        <w:t>یعنی آپ ایک طوطے سے، ایک بلی سے یا ڈاگ سے، یعنی لیٹرلی آپ اس سے لو کر سکتے ہیں یکطرف</w:t>
      </w:r>
    </w:p>
    <w:p>
      <w:r>
        <w:rPr>
          <w:b/>
        </w:rPr>
        <w:t xml:space="preserve">[13:03] </w:t>
      </w:r>
      <w:r>
        <w:t>ho tor par. idhar se to koi response mile ga nahi. kyunke aap ka dog se exchange nahi hota. billi se aap ka exchange nahi hota.</w:t>
      </w:r>
    </w:p>
    <w:p>
      <w:pPr>
        <w:jc w:val="right"/>
      </w:pPr>
      <w:r>
        <w:t>ہ طور پر۔ ادھر سے تو کوئی رسپانس ملے گا نہیں۔ کیونکہ آپ کا ڈاگ سے ایکسچینج نہیں ہوتا۔ بلی سے آپ کا ایکسچینج نہیں ہوتا۔</w:t>
      </w:r>
    </w:p>
    <w:p>
      <w:r>
        <w:rPr>
          <w:b/>
        </w:rPr>
        <w:t xml:space="preserve">[13:13] </w:t>
      </w:r>
      <w:r>
        <w:t>to jab idhar se exchange na ho to kya hoga? jab khuda ko apna aap banate hain, yani center banate hain apna, khuda ko apna concern banate hain, to kya hota hai?</w:t>
      </w:r>
    </w:p>
    <w:p>
      <w:pPr>
        <w:jc w:val="right"/>
      </w:pPr>
      <w:r>
        <w:t>تو جب ادھر سے ایکسچینج نہ ہو تو کیا ہوگا؟ جب خدا کو اپنا آپ بناتے ہیں، یعنی سینٹر بناتے ہیں اپنا، خدا کو اپنا کنسرن بناتے ہیں، تو کیا ہوتا ہے؟</w:t>
      </w:r>
    </w:p>
    <w:p>
      <w:r>
        <w:rPr>
          <w:b/>
        </w:rPr>
        <w:t xml:space="preserve">[13:30] </w:t>
      </w:r>
      <w:r>
        <w:t>idhar se inspiration aata hai.</w:t>
      </w:r>
    </w:p>
    <w:p>
      <w:pPr>
        <w:jc w:val="right"/>
      </w:pPr>
      <w:r>
        <w:t>ادھر سے انسپیریشن آتا ہے۔</w:t>
      </w:r>
    </w:p>
    <w:p>
      <w:r>
        <w:rPr>
          <w:b/>
        </w:rPr>
        <w:t xml:space="preserve">[13:34] </w:t>
      </w:r>
      <w:r>
        <w:t>yeh bi lateral communion hota hai. bi lateral. jaise hadees mein hai ke yoonhi rab ke bande aur khuda ke beech mein whisper hota hai, whisper sargoshi.</w:t>
      </w:r>
    </w:p>
    <w:p>
      <w:pPr>
        <w:jc w:val="right"/>
      </w:pPr>
      <w:r>
        <w:t>یہ بائی لیٹرل کمیونین ہوتا ہے۔ بائی لیٹرل۔ جیسے حدیث میں ہے کہ یونیجی رب کہ بندے اور خدا کے بیچ میں وسپر ہوتا ہے، وسپر سرگوشی۔</w:t>
      </w:r>
    </w:p>
    <w:p>
      <w:r>
        <w:rPr>
          <w:b/>
        </w:rPr>
        <w:t xml:space="preserve">[13:50] </w:t>
      </w:r>
      <w:r>
        <w:t>to jab aap khuda ko banayein apna concern to woh hota hai bi lateral relationship, is mein qaim hota hai. yani aap ne kaha khuda se aap ko response mila, inspiration mila,</w:t>
      </w:r>
    </w:p>
    <w:p>
      <w:pPr>
        <w:jc w:val="right"/>
      </w:pPr>
      <w:r>
        <w:t>تو جب آپ خدا کو بنائیں اپنا کنسرن تو وہ ہوتا ہے بائی لیٹرل ریلیشن شپ، اس میں قائم ہوتا ہے۔ یعنی آپ نے کہا خدا سے آپ کو رسپانس ملا، انسپیریشن ملا،</w:t>
      </w:r>
    </w:p>
    <w:p>
      <w:r>
        <w:rPr>
          <w:b/>
        </w:rPr>
        <w:t xml:space="preserve">[14:03] </w:t>
      </w:r>
      <w:r>
        <w:t>lekin jab aap dog ko aur rabbit ko aur cat ko banate hain apna to idhar se koi response nahi aata. to kya hota hai?</w:t>
      </w:r>
    </w:p>
    <w:p>
      <w:pPr>
        <w:jc w:val="right"/>
      </w:pPr>
      <w:r>
        <w:t>لیکن جب آپ ڈاگ کو اور ریبٹ کو اور کیٹ کو بناتے ہیں اپنا تو ادھر سے کوئی رسپانس نہیں آتا۔ تو کیا ہوتا ہے؟</w:t>
      </w:r>
    </w:p>
    <w:p>
      <w:r>
        <w:rPr>
          <w:b/>
        </w:rPr>
        <w:t xml:space="preserve">[14:13] </w:t>
      </w:r>
      <w:r>
        <w:t>phir bhi frustration.</w:t>
      </w:r>
    </w:p>
    <w:p>
      <w:pPr>
        <w:jc w:val="right"/>
      </w:pPr>
      <w:r>
        <w:t>پھر بھی فرسٹریشن۔</w:t>
      </w:r>
    </w:p>
    <w:p>
      <w:r>
        <w:rPr>
          <w:b/>
        </w:rPr>
        <w:t xml:space="preserve">[14:16] </w:t>
      </w:r>
      <w:r>
        <w:t>mein ne aise log dekhe hain jo apne haan pet paale hue hain aur khoob is ko kiss karte hain, khoob is ko apne bistar par sulate hain, kursi pe bithate hain, lekin mein ne khud dekha hai ke woh sleeping pills kha ke sote hain.</w:t>
      </w:r>
    </w:p>
    <w:p>
      <w:pPr>
        <w:jc w:val="right"/>
      </w:pPr>
      <w:r>
        <w:t>میں نے ایسے لوگ دیکھے ہیں جو اپنے ہاں پٹ پالے ہوئے ہیں اور خوب اس کو کس کرتے ہیں، خوب اس کو اپنے بستر پر سلاتے ہیں، کرسی پہ بٹھاتے ہیں، لیکن میں نے خود دیکھا ہے کہ وہ سلیپنگ پلس کھا کے سوتے ہیں۔</w:t>
      </w:r>
    </w:p>
    <w:p>
      <w:r>
        <w:rPr>
          <w:b/>
        </w:rPr>
        <w:t xml:space="preserve">[14:36] </w:t>
      </w:r>
      <w:r>
        <w:t>yeh khud mein ne dekha hai. aise log kuch gharon mein raha hoon, mein thehra hoon aur sleeping pills kha ke sote hain.</w:t>
      </w:r>
    </w:p>
    <w:p>
      <w:pPr>
        <w:jc w:val="right"/>
      </w:pPr>
      <w:r>
        <w:t>یہ خود میں نے دیکھا ہے۔ ایسے لوگ کچھ گھروں میں رہا ہوں، میں ٹھہرا ہوں اور سلیپنگ پلس کھا کے سوتے ہیں۔</w:t>
      </w:r>
    </w:p>
    <w:p>
      <w:r>
        <w:rPr>
          <w:b/>
        </w:rPr>
        <w:t xml:space="preserve">[14:46] </w:t>
      </w:r>
      <w:r>
        <w:t>ab bataiye ke agar in se in ko in ko in ko solace mile, solace to sleeping pill khane ki kya zaroorat hai? mein to kabhi sleeping pills kha ke nahi sota.</w:t>
      </w:r>
    </w:p>
    <w:p>
      <w:pPr>
        <w:jc w:val="right"/>
      </w:pPr>
      <w:r>
        <w:t>اب بتائیے کہ اگر ان سے ان کو ان کو ان کو سولس ملے، سولس تو سلیپنگ پل کھانے کی کیا ضرورت ہے؟ میں تو کبھی سلیپنگ پلز کھا کے نہیں سوتا۔</w:t>
      </w:r>
    </w:p>
    <w:p>
      <w:r>
        <w:rPr>
          <w:b/>
        </w:rPr>
        <w:t xml:space="preserve">[14:58] </w:t>
      </w:r>
      <w:r>
        <w:t>yeh saare logon ka haal yahi hai.</w:t>
      </w:r>
    </w:p>
    <w:p>
      <w:pPr>
        <w:jc w:val="right"/>
      </w:pPr>
      <w:r>
        <w:t>یہ سارے لوگوں کا حال یہی ہے۔</w:t>
      </w:r>
    </w:p>
    <w:p>
      <w:r>
        <w:rPr>
          <w:b/>
        </w:rPr>
        <w:t xml:space="preserve">[15:04] </w:t>
      </w:r>
      <w:r>
        <w:t>saare logon ka haal yahi hai.</w:t>
      </w:r>
    </w:p>
    <w:p>
      <w:pPr>
        <w:jc w:val="right"/>
      </w:pPr>
      <w:r>
        <w:t>سارے لوگوں کا حال یہی ہے۔</w:t>
      </w:r>
    </w:p>
    <w:p>
      <w:r>
        <w:rPr>
          <w:b/>
        </w:rPr>
        <w:t xml:space="preserve">[15:08] </w:t>
      </w:r>
      <w:r>
        <w:t>to isi liye farmaya ke bes al zalimeen badla. how bad is their exchange?</w:t>
      </w:r>
    </w:p>
    <w:p>
      <w:pPr>
        <w:jc w:val="right"/>
      </w:pPr>
      <w:r>
        <w:t>تو اسی لیے فرمایا کہ بیس الظالمین بدلہ۔ ہاؤ بیڈ از دیر ایکسچینج؟</w:t>
      </w:r>
    </w:p>
    <w:p>
      <w:r>
        <w:rPr>
          <w:b/>
        </w:rPr>
        <w:t xml:space="preserve">[15:17] </w:t>
      </w:r>
      <w:r>
        <w:t>khuda ko chhod kar ke jis cheez ko unhon ne apna concern banaya, is se unhein kuch milne wala nahi tha. kuch bhi nahi milne wala tha.</w:t>
      </w:r>
    </w:p>
    <w:p>
      <w:pPr>
        <w:jc w:val="right"/>
      </w:pPr>
      <w:r>
        <w:t>خدا کو چھوڑ کر کے جس چیز کو انہوں نے اپنا کنسرن بنایا، اس سے انہیں کچھ ملنے والا نہیں تھا۔ کچھ بھی نہیں ملنے والا تھا۔</w:t>
      </w:r>
    </w:p>
    <w:p>
      <w:r>
        <w:rPr>
          <w:b/>
        </w:rPr>
        <w:t xml:space="preserve">[15:28] </w:t>
      </w:r>
      <w:r>
        <w:t>mein aap ko to to illustrate this point, i want to go some examples. yani real example, tum</w:t>
      </w:r>
    </w:p>
    <w:p>
      <w:pPr>
        <w:jc w:val="right"/>
      </w:pPr>
      <w:r>
        <w:t>میں آپ کو ٹو ٹو ایسٹریٹ دس پوائنٹ، آئی وانٹ ٹو گو سم ایگزامپلز۔ یعنی ریل ایگزامپل، تم</w:t>
      </w:r>
    </w:p>
    <w:p>
      <w:r>
        <w:rPr>
          <w:b/>
        </w:rPr>
        <w:t xml:space="preserve">[15:39] </w:t>
      </w:r>
      <w:r>
        <w:t>theel nahin. aap jante hain ke main kabhi sameli ki zaban mein baat nahin karta, metaphor ki zaban mein baat nahin karta.</w:t>
      </w:r>
    </w:p>
    <w:p>
      <w:pPr>
        <w:jc w:val="right"/>
      </w:pPr>
      <w:r>
        <w:t>ثیل نہیں۔ آپ جانتے ہیں کہ میں کبھی سمیلی کی زبان میں بات نہیں کرتا، میٹافر کی زبان میں بات نہیں کرتا۔</w:t>
      </w:r>
    </w:p>
    <w:p>
      <w:r>
        <w:rPr>
          <w:b/>
        </w:rPr>
        <w:t xml:space="preserve">[15:48] </w:t>
      </w:r>
      <w:r>
        <w:t>main hamesha real example pesh karta hoon. yani deen-e-gair ko apna apne jazbat ka focus banane se kya hota hai, woh main pesh karta hoon aap ko misaal.</w:t>
      </w:r>
    </w:p>
    <w:p>
      <w:pPr>
        <w:jc w:val="right"/>
      </w:pPr>
      <w:r>
        <w:t>میں ہمیشہ ریل ایگزامپل پیش کرتا ہوں۔ یعنی ادر دین گاڈ کو اپنا اپنے جذبات کا فوکس بنانے سے کیا ہوتا ہے، وہ میں پیش کرتا ہوں آپ کو مثال۔</w:t>
      </w:r>
    </w:p>
    <w:p>
      <w:r>
        <w:rPr>
          <w:b/>
        </w:rPr>
        <w:t xml:space="preserve">[16:03] </w:t>
      </w:r>
      <w:r>
        <w:t>ek sahab jo London mein rehte hain, ek Muslim, to woh dargahon mein bohat believe karte hain, rehte hain London mein, lekin dargahon mein aaj kal haal yeh hai ke majority logon ki dargahon mein believe karti hai, qabron mein.</w:t>
      </w:r>
    </w:p>
    <w:p>
      <w:pPr>
        <w:jc w:val="right"/>
      </w:pPr>
      <w:r>
        <w:t>ایک صاحب جو لندن میں رہتے ہیں، ایک مسلم، تو وہ درگاہوں میں بہت بیلیو کرتے ہیں، رہتے ہیں لندن میں، لیکن درگاہوں میں آج کل حال یہ ہے کہ میجورٹی لوگوں کی درگاہوں میں بیلیو کرتی ہے، قبروں میں۔</w:t>
      </w:r>
    </w:p>
    <w:p>
      <w:r>
        <w:rPr>
          <w:b/>
        </w:rPr>
        <w:t xml:space="preserve">[16:21] </w:t>
      </w:r>
      <w:r>
        <w:t>to</w:t>
      </w:r>
    </w:p>
    <w:p>
      <w:pPr>
        <w:jc w:val="right"/>
      </w:pPr>
      <w:r>
        <w:t>تو</w:t>
      </w:r>
    </w:p>
    <w:p>
      <w:r>
        <w:rPr>
          <w:b/>
        </w:rPr>
        <w:t xml:space="preserve">[16:24] </w:t>
      </w:r>
      <w:r>
        <w:t>wahan se woh aaye,</w:t>
      </w:r>
    </w:p>
    <w:p>
      <w:pPr>
        <w:jc w:val="right"/>
      </w:pPr>
      <w:r>
        <w:t>وہاں سے وہ آئے،</w:t>
      </w:r>
    </w:p>
    <w:p>
      <w:r>
        <w:rPr>
          <w:b/>
        </w:rPr>
        <w:t xml:space="preserve">[16:30] </w:t>
      </w:r>
      <w:r>
        <w:t>woh Delhi aaye aur</w:t>
      </w:r>
    </w:p>
    <w:p>
      <w:pPr>
        <w:jc w:val="right"/>
      </w:pPr>
      <w:r>
        <w:t>وہ دلی آئے اور</w:t>
      </w:r>
    </w:p>
    <w:p>
      <w:r>
        <w:rPr>
          <w:b/>
        </w:rPr>
        <w:t xml:space="preserve">[16:33] </w:t>
      </w:r>
      <w:r>
        <w:t>barson se un ke dil mein tamanna thi ke falan sahab ke qabar par jayenge, falan buzurg ke qabar par jayenge, falan dargah mein jayenge. to wahan gaye, woh to main eye witness ka bayan aap ko bata raha hoon.</w:t>
      </w:r>
    </w:p>
    <w:p>
      <w:pPr>
        <w:jc w:val="right"/>
      </w:pPr>
      <w:r>
        <w:t>برسوں سے ان کے دل میں تمنا تھی کہ فلاں صاحب کے قبر پر جائیں گے، فلاں بزرگ کے قبر پر جائیں گے، فلاں درگاہ میں جائیں گے۔ تو وہاں گئے، وہ تو میں آئی وٹنس کا بیان آپ کو بتا رہا ہوں۔</w:t>
      </w:r>
    </w:p>
    <w:p>
      <w:r>
        <w:rPr>
          <w:b/>
        </w:rPr>
        <w:t xml:space="preserve">[16:50] </w:t>
      </w:r>
      <w:r>
        <w:t>to jab wahan gaye aur qabar ke paas pohanche to aap ko shayad yeh maloom ho ke jo log qabar par jaate hain, wahan paisa, kafi paisa dete hain, un se special treatment hota hai.</w:t>
      </w:r>
    </w:p>
    <w:p>
      <w:pPr>
        <w:jc w:val="right"/>
      </w:pPr>
      <w:r>
        <w:t>تو جب وہاں گئے اور قبر کے پاس پہنچے تو آپ کو شاید یہ معلوم ہو کہ جو لوگ قبر پر جاتے ہیں، وہاں پیسہ، کافی پیسہ دیتے ہیں، ان سے اسپیشل ٹریٹمنٹ ہوتا ہے۔</w:t>
      </w:r>
    </w:p>
    <w:p>
      <w:r>
        <w:rPr>
          <w:b/>
        </w:rPr>
        <w:t xml:space="preserve">[17:03] </w:t>
      </w:r>
      <w:r>
        <w:t>to woh London se aaye the, to woh kafi paisa le ke aaye the, apna bhi, doosron ka bhi ke hamari taraf se de dena wahan. to kafi paisa laye the, woh to unhon ne diya.</w:t>
      </w:r>
    </w:p>
    <w:p>
      <w:pPr>
        <w:jc w:val="right"/>
      </w:pPr>
      <w:r>
        <w:t>تو وہ لندن سے آئے تھے، تو وہ کافی پیسہ لے کے آئے تھے، اپنا بھی، دوسروں کا بھی کہ ہماری طرف سے دے دینا وہاں۔ تو کافی پیسہ لائے تھے، وہ تو انہوں نے دیا۔</w:t>
      </w:r>
    </w:p>
    <w:p>
      <w:r>
        <w:rPr>
          <w:b/>
        </w:rPr>
        <w:t xml:space="preserve">[17:12] </w:t>
      </w:r>
      <w:r>
        <w:t>to dargah walon ne un ko special treatment diya. special treatment ka ek part yeh hota hai ke qabron par chadar charhai jati hai.</w:t>
      </w:r>
    </w:p>
    <w:p>
      <w:pPr>
        <w:jc w:val="right"/>
      </w:pPr>
      <w:r>
        <w:t>تو درگاہ والوں نے ان کو اسپیشل ٹریٹمنٹ دیا۔ اسپیشل ٹریٹمنٹ کا ایک پارٹ یہ ہوتا ہے کہ قبروں پر چادر چڑھائی جاتی ہے۔</w:t>
      </w:r>
    </w:p>
    <w:p>
      <w:r>
        <w:rPr>
          <w:b/>
        </w:rPr>
        <w:t xml:space="preserve">[17:23] </w:t>
      </w:r>
      <w:r>
        <w:t>is chadar ko bohat hi secret samajhte hain, bohat hi muqaddas, bohat mysterious is ke andar samajhte hain. quality aa jati hai qabar par dalne se.</w:t>
      </w:r>
    </w:p>
    <w:p>
      <w:pPr>
        <w:jc w:val="right"/>
      </w:pPr>
      <w:r>
        <w:t>اس چادر کو بہت ہی سیکرٹ سمجھتے ہیں، بہت ہی مقدس، بہت مسٹیریس اس کے اندر سمجھتے ہیں۔ کوالٹی آ جاتی ہے قبر پر ڈالنے سے۔</w:t>
      </w:r>
    </w:p>
    <w:p>
      <w:r>
        <w:rPr>
          <w:b/>
        </w:rPr>
        <w:t xml:space="preserve">[17:35] </w:t>
      </w:r>
      <w:r>
        <w:t>to woh jab gaye wahan par to paisa diya, khoob unhon ne to un se to qabar ki chadar utha kar ke un ke sar par</w:t>
      </w:r>
    </w:p>
    <w:p>
      <w:pPr>
        <w:jc w:val="right"/>
      </w:pPr>
      <w:r>
        <w:t>تو وہ جب گئے وہاں پر تو پیسہ دیا، خوب انہوں نے تو ان سے تو قبر کی چادر اٹھا کر کے ان کے سر پر</w:t>
      </w:r>
    </w:p>
    <w:p>
      <w:r>
        <w:rPr>
          <w:b/>
        </w:rPr>
        <w:t xml:space="preserve">[17:48] </w:t>
      </w:r>
      <w:r>
        <w:t>rakhi gayi. yeh bohat hi special treatment yeh hota hai ke qabar pe jo chadar pari hui hai, to us ko sar par rakha jaye.</w:t>
      </w:r>
    </w:p>
    <w:p>
      <w:pPr>
        <w:jc w:val="right"/>
      </w:pPr>
      <w:r>
        <w:t>رکھی گئی۔ یہ بہت ہی اسپیشل ٹریٹمنٹ یہ ہوتا ہے کہ قبر پہ جو چادر پڑی ہوئی ہے، تو اس کو سر پر رکھا جائے۔</w:t>
      </w:r>
    </w:p>
    <w:p>
      <w:r>
        <w:rPr>
          <w:b/>
        </w:rPr>
        <w:t xml:space="preserve">[17:58] </w:t>
      </w:r>
      <w:r>
        <w:t>to eye witness ne bataya mujhe ke jaise hi chadar rakhi gayi un ke un ke sar sar par, to be-behsa roone lage, woh ankhon se aansu behne lage.</w:t>
      </w:r>
    </w:p>
    <w:p>
      <w:pPr>
        <w:jc w:val="right"/>
      </w:pPr>
      <w:r>
        <w:t>تو آئی وٹنس نے بتایا مجھے کہ جیسے ہی چادر رکھی گئی ان کے ان کے سر سر پر، تو بے تحاشہ رونے لگے، وہ آنکھوں سے آنسو بہنے لگے۔</w:t>
      </w:r>
    </w:p>
    <w:p>
      <w:r>
        <w:rPr>
          <w:b/>
        </w:rPr>
        <w:t xml:space="preserve">[18:09] </w:t>
      </w:r>
      <w:r>
        <w:t>is pe maine ghor kiya aur inhi ka yahan main t</w:t>
      </w:r>
    </w:p>
    <w:p>
      <w:pPr>
        <w:jc w:val="right"/>
      </w:pPr>
      <w:r>
        <w:t>اس پہ میں نے غور کیا اور انہی کا یہاں میں ٹ</w:t>
      </w:r>
    </w:p>
    <w:p>
      <w:r>
        <w:rPr>
          <w:b/>
        </w:rPr>
        <w:t xml:space="preserve">[18:17] </w:t>
      </w:r>
      <w:r>
        <w:t>ehra hoon, main janta hoon ke un ko koi zindagi mein tension mein jeete hain. woh to ab maine socha ke yeh aansu kyun nikle?</w:t>
      </w:r>
    </w:p>
    <w:p>
      <w:pPr>
        <w:jc w:val="right"/>
      </w:pPr>
      <w:r>
        <w:t>ھہرا ہوں، میں جانتا ہوں کہ ان کو کوئی زندگی میں ٹینشن میں جیتے ہیں۔ وہ تو اب میں نے سوچا کہ یہ آنسو کیوں نکلے؟</w:t>
      </w:r>
    </w:p>
    <w:p>
      <w:r>
        <w:rPr>
          <w:b/>
        </w:rPr>
        <w:t xml:space="preserve">[18:29] </w:t>
      </w:r>
      <w:r>
        <w:t>to cheez kya hai? barson se un ko ek romantic idea tha ke woh buzurg kahan jayenge, qabar par pahunchenge, un ki ziyarat karenge, un ka darshan karenge.</w:t>
      </w:r>
    </w:p>
    <w:p>
      <w:pPr>
        <w:jc w:val="right"/>
      </w:pPr>
      <w:r>
        <w:t>تو چیز کیا ہے؟ برسوں سے ان کو ایک رومینٹک آئیڈیا تھا کہ وہ بزرگ کہاں جائیں گے، قبر پر پہنچیں گے، ان کی زیارت کریں گے، ان کا درشن کریں گے۔</w:t>
      </w:r>
    </w:p>
    <w:p>
      <w:r>
        <w:rPr>
          <w:b/>
        </w:rPr>
        <w:t xml:space="preserve">[18:40] </w:t>
      </w:r>
      <w:r>
        <w:t>to barson ki tamanna poori hui, woh aaye wahan par aur phir woh woh jo yani muqaddas chadar jo thi, un ke sar par rakhi gayi.</w:t>
      </w:r>
    </w:p>
    <w:p>
      <w:pPr>
        <w:jc w:val="right"/>
      </w:pPr>
      <w:r>
        <w:t>تو برسوں کی تمنا پوری ہوئی، وہ آئے وہاں پر اور پھر وہ وہ جو یعنی مقدس چادر جو تھی، ان کے سر پر رکھی گئی۔</w:t>
      </w:r>
    </w:p>
    <w:p>
      <w:r>
        <w:rPr>
          <w:b/>
        </w:rPr>
        <w:t xml:space="preserve">[18:51] </w:t>
      </w:r>
      <w:r>
        <w:t>to jis ko angrezi mein kehte hain "pent up", "pent up" emotions. to "pent up" emotions se woh release kiya, unhon ne "pent up" emotions jo hain, woh beh pade.</w:t>
      </w:r>
    </w:p>
    <w:p>
      <w:pPr>
        <w:jc w:val="right"/>
      </w:pPr>
      <w:r>
        <w:t>تو جس کو انگریزی میں کہتے ہیں "پینٹ اپ"، "پینٹ اپ" ایموشنز۔ تو "پینٹ اپ" ایموشنز سے وہ ریلیز کیا، انہوں نے "پینٹ اپ" ایموشنز جو ہیں، وہ بہہ پڑے۔</w:t>
      </w:r>
    </w:p>
    <w:p>
      <w:r>
        <w:rPr>
          <w:b/>
        </w:rPr>
        <w:t xml:space="preserve">[19:05] </w:t>
      </w:r>
      <w:r>
        <w:t>lekin jab yahan se lote to phir wohi tension.</w:t>
      </w:r>
    </w:p>
    <w:p>
      <w:pPr>
        <w:jc w:val="right"/>
      </w:pPr>
      <w:r>
        <w:t>لیکن جب یہاں سے لوٹے تو پھر وہی ٹینشن۔</w:t>
      </w:r>
    </w:p>
    <w:p>
      <w:r>
        <w:rPr>
          <w:b/>
        </w:rPr>
        <w:t xml:space="preserve">[19:09] </w:t>
      </w:r>
      <w:r>
        <w:t>is par maine ghor kiya to mujhe laga ke</w:t>
      </w:r>
    </w:p>
    <w:p>
      <w:pPr>
        <w:jc w:val="right"/>
      </w:pPr>
      <w:r>
        <w:t>اس پر میں نے غور کیا تو مجھے لگا کہ</w:t>
      </w:r>
    </w:p>
    <w:p>
      <w:r>
        <w:rPr>
          <w:b/>
        </w:rPr>
        <w:t xml:space="preserve">[19:14] </w:t>
      </w:r>
      <w:r>
        <w:t>do cheezein alag alag hain. ek hai "pent up" emotions ka release hona aur ek hai "pent up" emotions ka yani fulfillment milna.</w:t>
      </w:r>
    </w:p>
    <w:p>
      <w:pPr>
        <w:jc w:val="right"/>
      </w:pPr>
      <w:r>
        <w:t>دو چیزیں الگ الگ ہیں۔ ایک ہے "پینٹ اپ" ایموشنز کا ریلیز ہونا اور ایک ہے "پینٹ اپ" ایموشنز کا یعنی فلفلمنٹ ملنا۔</w:t>
      </w:r>
    </w:p>
    <w:p>
      <w:r>
        <w:rPr>
          <w:b/>
        </w:rPr>
        <w:t xml:space="preserve">[19:27] </w:t>
      </w:r>
      <w:r>
        <w:t>fulfillment</w:t>
      </w:r>
    </w:p>
    <w:p>
      <w:pPr>
        <w:jc w:val="right"/>
      </w:pPr>
      <w:r>
        <w:t>فلفلمنٹ</w:t>
      </w:r>
    </w:p>
    <w:p>
      <w:r>
        <w:rPr>
          <w:b/>
        </w:rPr>
        <w:t xml:space="preserve">[19:30] </w:t>
      </w:r>
      <w:r>
        <w:t>yani hum hamare release hue, hamare emotions, lekin response jo mila idhar se, woh bhi hota hua hai, poora fulfillment milega.</w:t>
      </w:r>
    </w:p>
    <w:p>
      <w:pPr>
        <w:jc w:val="right"/>
      </w:pPr>
      <w:r>
        <w:t>یعنی ہم ہمارے ریلیز ہوئے، ہمارے ایموشنز، لیکن رسپانس جو ملا ادھر سے، وہ بھی ہوتا ہوا ہے، پورا فلفلمنٹ ملے گا۔</w:t>
      </w:r>
    </w:p>
    <w:p>
      <w:r>
        <w:rPr>
          <w:b/>
        </w:rPr>
        <w:t xml:space="preserve">[19:41] </w:t>
      </w:r>
      <w:r>
        <w:t>to is qism ke logon ko "pent up" emotions jo release hote hain, wahan jane se to samajhte hain ke bas bohat bari cheez mil gayi aur idhar se kuch milta nahin.</w:t>
      </w:r>
    </w:p>
    <w:p>
      <w:pPr>
        <w:jc w:val="right"/>
      </w:pPr>
      <w:r>
        <w:t>تو اس قسم کے لوگوں کو "پینٹ اپ" ایموشنز جو ریلیز ہوتے ہیں، وہاں جانے سے تو سمجھتے ہیں کہ بس بہت بڑی چیز مل گئی اور ادھر سے کچھ ملتا نہیں۔</w:t>
      </w:r>
    </w:p>
    <w:p>
      <w:r>
        <w:rPr>
          <w:b/>
        </w:rPr>
        <w:t xml:space="preserve">[19:53] </w:t>
      </w:r>
      <w:r>
        <w:t>wohan to hadiyan hain, wohan to koi hai nahi jo ke aap ko koi response de, koi inspiration de aap ko.</w:t>
      </w:r>
    </w:p>
    <w:p>
      <w:pPr>
        <w:jc w:val="right"/>
      </w:pPr>
      <w:r>
        <w:t>وہاں تو ہڈیاں ہیں، وہاں تو کوئی ہے نہیں جو کہ آپ کو کوئی رسپانس دے، کوئی انسپیریشن دے آپ کو۔</w:t>
      </w:r>
    </w:p>
    <w:p>
      <w:r>
        <w:rPr>
          <w:b/>
        </w:rPr>
        <w:t xml:space="preserve">[19:59] </w:t>
      </w:r>
      <w:r>
        <w:t>to yeh unilateral ho kar reh jata hai, unilateral ho kar reh jata hai. yani in ke jo "pent up" emotions thay, woh to release hue, idhar se kuch aya nahi, in ko idhar se kuch mila nahi.</w:t>
      </w:r>
    </w:p>
    <w:p>
      <w:pPr>
        <w:jc w:val="right"/>
      </w:pPr>
      <w:r>
        <w:t>تو یہ انلیٹرل ہو کر رہ جاتا ہے، انلیٹرل ہو کر رہ جاتا ہے۔ یعنی ان کے جو "پینٹ اپ" ایموشنز تھے، وہ تو ریلیز ہوئے، ادھر سے کچھ آیا نہیں، ان کو ادھر سے کچھ ملا نہیں۔</w:t>
      </w:r>
    </w:p>
    <w:p>
      <w:r>
        <w:rPr>
          <w:b/>
        </w:rPr>
        <w:t xml:space="preserve">[20:14] </w:t>
      </w:r>
      <w:r>
        <w:t>aise hi mein aik aur batata hoon aap ko, bilkul i witness ka qissa. hamare aik leader thay, political leader, un ka naam tha doctor carto.</w:t>
      </w:r>
    </w:p>
    <w:p>
      <w:pPr>
        <w:jc w:val="right"/>
      </w:pPr>
      <w:r>
        <w:t>ایسے ہی میں ایک اور بتاتا ہوں آپ کو، بالکل آئی وٹنس کا قصہ۔ ہمارے ایک لیڈر تھے، پولیٹیکل لیڈر، ان کا نام تھا ڈاکٹر کارٹجو۔</w:t>
      </w:r>
    </w:p>
    <w:p>
      <w:r>
        <w:rPr>
          <w:b/>
        </w:rPr>
        <w:t xml:space="preserve">[20:26] </w:t>
      </w:r>
      <w:r>
        <w:t>i witness ne bataya mujhe ke 15 august 1947 ko raat ko 12 baj kar aik minute par jab viceroy ne elaan kiya radio par, us waqt TV nahi hota tha,</w:t>
      </w:r>
    </w:p>
    <w:p>
      <w:pPr>
        <w:jc w:val="right"/>
      </w:pPr>
      <w:r>
        <w:t>آئی وٹنس نے بتایا مجھے کہ 15 اگست 1947 کو رات کو 12 بج کر ایک منٹ پر جب وائسران نے اعلان کیا ریڈیو پر، اس وقت ٹی وی نہیں ہوتا تھا،</w:t>
      </w:r>
    </w:p>
    <w:p>
      <w:r>
        <w:rPr>
          <w:b/>
        </w:rPr>
        <w:t xml:space="preserve">[20:43] </w:t>
      </w:r>
      <w:r>
        <w:t>"today india is free". "today india is free" to achaanak un ke aansu aansu behne lagay.</w:t>
      </w:r>
    </w:p>
    <w:p>
      <w:pPr>
        <w:jc w:val="right"/>
      </w:pPr>
      <w:r>
        <w:t>"ٹوڈے انڈیا از فری"۔ "ٹوڈے انڈیا از فری" تو اچانک ان کے آنسو آنسو بہنے لگے۔</w:t>
      </w:r>
    </w:p>
    <w:p>
      <w:r>
        <w:rPr>
          <w:b/>
        </w:rPr>
        <w:t xml:space="preserve">[20:52] </w:t>
      </w:r>
      <w:r>
        <w:t>khushi jis ko kehte hain, khushi ke aansu.</w:t>
      </w:r>
    </w:p>
    <w:p>
      <w:pPr>
        <w:jc w:val="right"/>
      </w:pPr>
      <w:r>
        <w:t>خوشی جس کو کہتے ہیں، خوشی کے آنسو۔</w:t>
      </w:r>
    </w:p>
    <w:p>
      <w:r>
        <w:rPr>
          <w:b/>
        </w:rPr>
        <w:t xml:space="preserve">[20:57] </w:t>
      </w:r>
      <w:r>
        <w:t>lekin wohi insan aakhir mein first hi na mara kyunke baad ko jab dekha unhon ne india ko to jo un ke jazbat thay ke india jab aazad hoga to yahan doodh ki nehren behngi, oshad ki nehren behngi, har taraf roshni, har taraf yeh hoga, har taraf woh hoga.</w:t>
      </w:r>
    </w:p>
    <w:p>
      <w:pPr>
        <w:jc w:val="right"/>
      </w:pPr>
      <w:r>
        <w:t>لیکن وہی انسان آخر میں فرسٹ ہی نہ مرا کیونکہ بعد کو جب دیکھا انہوں نے انڈیا کو تو جو ان کے جذبات تھے کہ انڈیا جب آزاد ہوگا تو یہاں دودھ کی نہریں بہیں گی، اوشاد کی نہریں بہیں گی، ہر طرف روشنی، ہر طرف یہ ہوگا، ہر طرف وہ ہوگا۔</w:t>
      </w:r>
    </w:p>
    <w:p>
      <w:r>
        <w:rPr>
          <w:b/>
        </w:rPr>
        <w:t xml:space="preserve">[21:14] </w:t>
      </w:r>
      <w:r>
        <w:t>yani khushiyon ka aik aik garden ban jayega. to woh sab hua nahi. yani free india jo hai, khushiyon ka garden nahi bana. to phir is ke baad kya hua?</w:t>
      </w:r>
    </w:p>
    <w:p>
      <w:pPr>
        <w:jc w:val="right"/>
      </w:pPr>
      <w:r>
        <w:t>یعنی خوشیوں کا ایک ایک گارڈن بن جائے گا۔ تو وہ سب ہوا نہیں۔ یعنی فری انڈیا جو ہے، خوشیوں کا گارڈن نہیں بنا۔ تو پھر اس کے بعد کیا ہوا؟</w:t>
      </w:r>
    </w:p>
    <w:p>
      <w:r>
        <w:rPr>
          <w:b/>
        </w:rPr>
        <w:t xml:space="preserve">[21:25] </w:t>
      </w:r>
      <w:r>
        <w:t>first maray woh</w:t>
      </w:r>
    </w:p>
    <w:p>
      <w:pPr>
        <w:jc w:val="right"/>
      </w:pPr>
      <w:r>
        <w:t>فرسٹ مرے وہ</w:t>
      </w:r>
    </w:p>
    <w:p>
      <w:r>
        <w:rPr>
          <w:b/>
        </w:rPr>
        <w:t xml:space="preserve">[21:27] </w:t>
      </w:r>
      <w:r>
        <w:t>to wahan bhi dekhiye ke in ke "pent up" emotions to release hue, is ke baad idhar se kuch mila nahi. in ko</w:t>
      </w:r>
    </w:p>
    <w:p>
      <w:pPr>
        <w:jc w:val="right"/>
      </w:pPr>
      <w:r>
        <w:t>تو وہاں بھی دیکھیے کہ ان کے "پینٹ اپ" ایموشنز تو ریلیز ہوئے، اس کے بعد ادھر سے کچھ ملا نہیں۔ ان کو</w:t>
      </w:r>
    </w:p>
    <w:p>
      <w:r>
        <w:rPr>
          <w:b/>
        </w:rPr>
        <w:t xml:space="preserve">[21:37] </w:t>
      </w:r>
      <w:r>
        <w:t>in ke "pent up" emotions jo thay, woh to release hue, idhar se kuch nahi mila. nateeja kya hua? ke woh tension waise ki waise hi raha.</w:t>
      </w:r>
    </w:p>
    <w:p>
      <w:pPr>
        <w:jc w:val="right"/>
      </w:pPr>
      <w:r>
        <w:t>ان کے "پینٹ اپ" ایموشنز جو تھے، وہ تو ریلیز ہوئے، ادھر سے کچھ نہیں ملا۔ نتیجہ کیا ہوا؟ کہ وہ ٹینشن ویسے کی ویسے ہی رہا۔</w:t>
      </w:r>
    </w:p>
    <w:p>
      <w:r>
        <w:rPr>
          <w:b/>
        </w:rPr>
        <w:t xml:space="preserve">[21:48] </w:t>
      </w:r>
      <w:r>
        <w:t>ab mein apna qissa batata hoon aap ko, mere sath kya hua.</w:t>
      </w:r>
    </w:p>
    <w:p>
      <w:pPr>
        <w:jc w:val="right"/>
      </w:pPr>
      <w:r>
        <w:t>اب میں اپنا قصہ بتاتا ہوں آپ کو، میرے ساتھ کیا ہوا۔</w:t>
      </w:r>
    </w:p>
    <w:p>
      <w:r>
        <w:rPr>
          <w:b/>
        </w:rPr>
        <w:t xml:space="preserve">[21:55] </w:t>
      </w:r>
      <w:r>
        <w:t>mein bhi, mera case bhi isi tarah ka tha, yani "pent up" emotions ka case ke jazbat bhare hue andar. to jab mein youth age mein tha to mein secretary ban gaya,</w:t>
      </w:r>
    </w:p>
    <w:p>
      <w:pPr>
        <w:jc w:val="right"/>
      </w:pPr>
      <w:r>
        <w:t>میں بھی، میرا کیس بھی اسی طرح کا تھا، یعنی "پینٹ اپ" ایموشنز کا کیس کہ جذبات بھرے ہوئے اندر۔ تو جب میں یوتھ ایج میں تھا تو میں سیکر بن گیا،</w:t>
      </w:r>
    </w:p>
    <w:p>
      <w:r>
        <w:rPr>
          <w:b/>
        </w:rPr>
        <w:t xml:space="preserve">[22:10] </w:t>
      </w:r>
      <w:r>
        <w:t>khuda ki talash, sachai ki talash. barson mein isi mein raha, barson tak raha. aik lambi kahani hai yeh ke barson tak mein inhi jazbat mein gum raha ke sachai mile mujhe, khuda mujhe milay.</w:t>
      </w:r>
    </w:p>
    <w:p>
      <w:pPr>
        <w:jc w:val="right"/>
      </w:pPr>
      <w:r>
        <w:t>خدا کی تلاش، سچائی کی تلاش۔ برسوں میں اسی میں رہا، برسوں تک رہا۔ ایک لمبی کہانی ہے یہ کہ برسوں تک میں انہی جذبات میں گم رہا کہ سچائی ملے مجھے، خدا مجھے ملے۔</w:t>
      </w:r>
    </w:p>
    <w:p>
      <w:r>
        <w:rPr>
          <w:b/>
        </w:rPr>
        <w:t xml:space="preserve">[22:28] </w:t>
      </w:r>
      <w:r>
        <w:t>to 1948 ko, 1948 ka aik din tha jab ke mujhe discovery hui, 1948 ka aik din tha.</w:t>
      </w:r>
    </w:p>
    <w:p>
      <w:pPr>
        <w:jc w:val="right"/>
      </w:pPr>
      <w:r>
        <w:t>تو 1948 کو، 1948 کا ایک دن تھا جب کہ مجھے ڈسکوری ہوئی، 1948 کا ایک دن تھا۔</w:t>
      </w:r>
    </w:p>
    <w:p>
      <w:r>
        <w:rPr>
          <w:b/>
        </w:rPr>
        <w:t xml:space="preserve">[22:39] </w:t>
      </w:r>
      <w:r>
        <w:t>aur jahan adampur mein tha, us waqt wahan ki jamia masjid mein</w:t>
      </w:r>
    </w:p>
    <w:p>
      <w:pPr>
        <w:jc w:val="right"/>
      </w:pPr>
      <w:r>
        <w:t>اور جہاں آدم گڑھ میں تھا، اس وقت وہاں کی جامع مسجد میں</w:t>
      </w:r>
    </w:p>
    <w:p>
      <w:r>
        <w:rPr>
          <w:b/>
        </w:rPr>
        <w:t xml:space="preserve">[22:45] </w:t>
      </w:r>
      <w:r>
        <w:t>exact date to mujhe yaad nahi hai, lekin saal jo tha, woh 1948 ka tha. woh saal us waqt mein apne kai sathiyon ke sath wahan tha</w:t>
      </w:r>
    </w:p>
    <w:p>
      <w:pPr>
        <w:jc w:val="right"/>
      </w:pPr>
      <w:r>
        <w:t>ایگزیکٹ ڈیٹ تو مجھے یاد نہیں ہے، لیکن سال جو تھا، وہ 1948 کا تھا۔ وہ سال اس وقت میں اپنے کئی ساتھیوں کے ساتھ وہاں تھا</w:t>
      </w:r>
    </w:p>
    <w:p>
      <w:r>
        <w:rPr>
          <w:b/>
        </w:rPr>
        <w:t xml:space="preserve">[22:57] </w:t>
      </w:r>
      <w:r>
        <w:t>to mein ne pehli baar, yani poore, yani poore, yani soch samajh ke sath, yani consciousness consciousness ke sath kaha: "ashhadu an la ilaha illallah wa ashhadu anna Muhammadan abduhu wa rasuluh".</w:t>
      </w:r>
    </w:p>
    <w:p>
      <w:pPr>
        <w:jc w:val="right"/>
      </w:pPr>
      <w:r>
        <w:t>تو میں نے پہلی بار، یعنی پورے، یعنی پورے، یعنی سوچ سمجھ کے ساتھ، یعنی کانشیس کانشیسنس کے ساتھ کہا: "اشھد ان لا الہ الا اللہ واشہد ان محمد عبدہ ورسولہ"۔</w:t>
      </w:r>
    </w:p>
    <w:p>
      <w:r>
        <w:rPr>
          <w:b/>
        </w:rPr>
        <w:t xml:space="preserve">[23:15] </w:t>
      </w:r>
      <w:r>
        <w:t>to behtasha aansu ankhon se nikal paray mere. wohi tha ke "pent up" emotions jo hain, woh release hue. barson se mein sachai ki talash mein tha</w:t>
      </w:r>
    </w:p>
    <w:p>
      <w:pPr>
        <w:jc w:val="right"/>
      </w:pPr>
      <w:r>
        <w:t>تو بے تحاشہ آنکھوں سے آنسو نکل پڑے میرے۔ وہی تھا کہ "پینٹ اپ" ایموشنز جو ہیں، وہ ریلیز ہوئے۔ برسوں سے میں سچائی کی تلاش میں تھا</w:t>
      </w:r>
    </w:p>
    <w:p>
      <w:r>
        <w:rPr>
          <w:b/>
        </w:rPr>
        <w:t xml:space="preserve">[23:26] </w:t>
      </w:r>
      <w:r>
        <w:t>to mere andar bhi jazbat bhare hue thay. to 1948 ko raat ka waqt tha, woh maghrib baad ka.</w:t>
      </w:r>
    </w:p>
    <w:p>
      <w:pPr>
        <w:jc w:val="right"/>
      </w:pPr>
      <w:r>
        <w:t>تو میرے اندر بھی جذبات بھرے ہوئے تھے۔ تو 1948 کو رات کا وقت تھا، وہ مغرب بعد کا۔</w:t>
      </w:r>
    </w:p>
    <w:p>
      <w:r>
        <w:rPr>
          <w:b/>
        </w:rPr>
        <w:t xml:space="preserve">[23:36] </w:t>
      </w:r>
      <w:r>
        <w:t>to jab mein ne yeh kaha ke "ashhadu an la ilaha illallah wa ashhadu anna Muhammadan abduhu wa rasuluh" to "pent up" emotions release hue aur mein behtasha rone laga.</w:t>
      </w:r>
    </w:p>
    <w:p>
      <w:pPr>
        <w:jc w:val="right"/>
      </w:pPr>
      <w:r>
        <w:t>تو جب میں نے یہ کہا کہ "اشھد ان لا الہ الا اللہ واشہد ان محمد عبدہ ورسولہ" تو "پینٹ اپ" ایموشنز ریلیز ہوئے اور میں بے تحاشہ رونے لگا۔</w:t>
      </w:r>
    </w:p>
    <w:p>
      <w:r>
        <w:rPr>
          <w:b/>
        </w:rPr>
        <w:t xml:space="preserve">[23:50] </w:t>
      </w:r>
      <w:r>
        <w:t>wohi mere sath bhi guzra. lekin aap dekhiye, is waqay ko 60 saal beet chukay hain, 60 baras, aur din ba din mere yaqeen mein barhta ja raha hai.</w:t>
      </w:r>
    </w:p>
    <w:p>
      <w:pPr>
        <w:jc w:val="right"/>
      </w:pPr>
      <w:r>
        <w:t>وہی میرے ساتھ بھی گزرا۔ لیکن آپ دیکھیے، اس واقعے کو 60 سال بیت چکے ہیں، 60 برس، اور دن بدن میرے یقین میں بڑھتا جا رہا ہے۔</w:t>
      </w:r>
    </w:p>
    <w:p>
      <w:r>
        <w:rPr>
          <w:b/>
        </w:rPr>
        <w:t xml:space="preserve">[24:01] </w:t>
      </w:r>
      <w:r>
        <w:t>mujhe kabhi tension nahi hua, kabhi stress nahi hua, kabhi mujhe sleeping pill le kar sona nahi para.</w:t>
      </w:r>
    </w:p>
    <w:p>
      <w:pPr>
        <w:jc w:val="right"/>
      </w:pPr>
      <w:r>
        <w:t>مجھے کبھی ٹینشن نہیں ہوا، کبھی اسٹریس نہیں ہوا، کبھی مجھے سلیپنگ پلس لے کر سونا نہیں پڑا۔</w:t>
      </w:r>
    </w:p>
    <w:p>
      <w:r>
        <w:rPr>
          <w:b/>
        </w:rPr>
        <w:t xml:space="preserve">[24:09] </w:t>
      </w:r>
      <w:r>
        <w:t>yani poore 60 baras beet gaye aur dobara mujhe is ka tajurba nahi hua ke mujhe koi mayoosi ho, mujhe woh mein despair mein par jaon aur frustration mein par jaon.</w:t>
      </w:r>
    </w:p>
    <w:p>
      <w:pPr>
        <w:jc w:val="right"/>
      </w:pPr>
      <w:r>
        <w:t>یعنی پورے 60 برس بیت گئے اور دوبارہ مجھے اس کا تجربہ نہیں ہوا کہ مجھے کوئی مائوسی ہو، مجھے وہ میں ڈسپیر میں پڑ جاؤں اور فرسٹریشن میں پڑ جاؤں۔</w:t>
      </w:r>
    </w:p>
    <w:p>
      <w:r>
        <w:rPr>
          <w:b/>
        </w:rPr>
        <w:t xml:space="preserve">[24:22] </w:t>
      </w:r>
      <w:r>
        <w:t>yeh kabhi nahi hua. kyun? do tarafah ho gaya yeh. yani khuda se mera contact ban gaya, khuda se mujh ko inspiration milne laga.</w:t>
      </w:r>
    </w:p>
    <w:p>
      <w:pPr>
        <w:jc w:val="right"/>
      </w:pPr>
      <w:r>
        <w:t>یہ کبھی نہیں ہوا۔ کیوں؟ دو طرفہ ہو گیا یہ۔ یعنی خدا سے میرا کنٹیکٹ بن گیا، خدا سے مجھ کو انسپیریشن ملنے لگا۔</w:t>
      </w:r>
    </w:p>
    <w:p>
      <w:r>
        <w:rPr>
          <w:b/>
        </w:rPr>
        <w:t xml:space="preserve">[24:35] </w:t>
      </w:r>
      <w:r>
        <w:t>jaise aaj ko batata hoon, main kal mujhe ek telephone aaya ke aaj ke liye ke aaj ka topic kya hoga. maine kaha mujhe nahi maloom kya hoga topic.</w:t>
      </w:r>
    </w:p>
    <w:p>
      <w:pPr>
        <w:jc w:val="right"/>
      </w:pPr>
      <w:r>
        <w:t>جیسے آج کو بتاتا ہوں، میں کل مجھے ایک ٹیلی فون آیا کہ آج کے لیے کہ آج کا ٹاپک کیا ہوگا۔ میں نے کہا مجھے نہیں معلوم کیا ہوگا ٹاپک۔</w:t>
      </w:r>
    </w:p>
    <w:p>
      <w:r>
        <w:rPr>
          <w:b/>
        </w:rPr>
        <w:t xml:space="preserve">[24:47] </w:t>
      </w:r>
      <w:r>
        <w:t>aaj subah ko achaanak mere mind mein aaya ke aaj topic hona chahiye "god the only choice". achaanak yeh tha inspiration.</w:t>
      </w:r>
    </w:p>
    <w:p>
      <w:pPr>
        <w:jc w:val="right"/>
      </w:pPr>
      <w:r>
        <w:t>آج صبح کو اچانک میرے مائنڈ میں آیا کہ آج ٹاپک ہونا چاہیے "گاڈ دا اونلی چوائس"۔ اچانک یہ تھا انسپیریشن۔</w:t>
      </w:r>
    </w:p>
    <w:p>
      <w:r>
        <w:rPr>
          <w:b/>
        </w:rPr>
        <w:t xml:space="preserve">[24:57] </w:t>
      </w:r>
      <w:r>
        <w:t>aaj hi ki baat batata hoon main aap ko ke kal mujhe telephone mila kisi ka aur poocha aaj ka topic ke sunday ko topic kya hoga.</w:t>
      </w:r>
    </w:p>
    <w:p>
      <w:pPr>
        <w:jc w:val="right"/>
      </w:pPr>
      <w:r>
        <w:t>آج ہی کی بات بتاتا ہوں میں آپ کو کہ کل مجھے ٹیلی فون ملا کسی کا اور پوچھا آج کا ٹاپک کہ سنڈے کو ٹاپک کیا ہوگا۔</w:t>
      </w:r>
    </w:p>
    <w:p>
      <w:r>
        <w:rPr>
          <w:b/>
        </w:rPr>
        <w:t xml:space="preserve">[25:06] </w:t>
      </w:r>
      <w:r>
        <w:t>to main us waqt tak koi decide nahi kar paya tha. aaj subah achaanak hi main apne ghar mein tha, yahan aanay se kuch pehle to achaanak yeh yeh sentence mere mind mein aa gaya:</w:t>
      </w:r>
    </w:p>
    <w:p>
      <w:pPr>
        <w:jc w:val="right"/>
      </w:pPr>
      <w:r>
        <w:t>تو میں اس وقت تک کوئی ڈیسائیڈ نہیں کر پایا تھا۔ آج صبح اچانک ہی میں اپنے گھر میں تھا، یہاں آنے سے کچھ پہلے تو اچانک یہ یہ سینٹنس میرے مائنڈ میں آ گیا:</w:t>
      </w:r>
    </w:p>
    <w:p>
      <w:r>
        <w:rPr>
          <w:b/>
        </w:rPr>
        <w:t xml:space="preserve">[25:20] </w:t>
      </w:r>
      <w:r>
        <w:t>"god the only choice". yeh hai inspiration. to jin logon ke "pent up" emotions is tarah release hue ke unhon ne to apne jazbaat ko nikaal diya</w:t>
      </w:r>
    </w:p>
    <w:p>
      <w:pPr>
        <w:jc w:val="right"/>
      </w:pPr>
      <w:r>
        <w:t>"گاڈ دا اونلی چوائس"۔ یہ ہے انسپیریشن۔ تو جن لوگوں کے "پینٹ اپ" ایموشنز اس طرح ریلیز ہوئے کہ انہوں نے تو اپنے جذبات کو نکال دیا</w:t>
      </w:r>
    </w:p>
    <w:p>
      <w:r>
        <w:rPr>
          <w:b/>
        </w:rPr>
        <w:t xml:space="preserve">[25:34] </w:t>
      </w:r>
      <w:r>
        <w:t>, idhar se koi nahi tha jo unhein respond kare. idhar se na to koi, idhar se kya tha?</w:t>
      </w:r>
    </w:p>
    <w:p>
      <w:pPr>
        <w:jc w:val="right"/>
      </w:pPr>
      <w:r>
        <w:t>، ادھر سے کوئی نہیں تھا جو انہیں ریسپانڈ کرے۔ ادھر سے نہ تو کوئی، ادھر سے کیا تھا؟</w:t>
      </w:r>
    </w:p>
    <w:p>
      <w:r>
        <w:rPr>
          <w:b/>
        </w:rPr>
        <w:t xml:space="preserve">[25:43] </w:t>
      </w:r>
      <w:r>
        <w:t>idhar eent pathar tha. qabar kya hai? woh eent pathar hai. haivan kya hain? woh un ko kuch bhi samajh nahi hai. dog aur aur cat aap ko respond nahi kar sakte.</w:t>
      </w:r>
    </w:p>
    <w:p>
      <w:pPr>
        <w:jc w:val="right"/>
      </w:pPr>
      <w:r>
        <w:t>ادھر اینٹ پتھر تھا۔ قبر کیا ہے؟ وہ اینٹ پتھر ہے۔ حیوان کیا ہیں؟ وہ ان کو کچھ بھی سمجھ نہیں ہے۔ ڈاگ اور اور کیٹ آپ کو ریسپانڈ نہیں کر سکتے۔</w:t>
      </w:r>
    </w:p>
    <w:p>
      <w:r>
        <w:rPr>
          <w:b/>
        </w:rPr>
        <w:t xml:space="preserve">[25:55] </w:t>
      </w:r>
      <w:r>
        <w:t>wahan bilateral relationship nahi qaim ho sakta aap ka.</w:t>
      </w:r>
    </w:p>
    <w:p>
      <w:pPr>
        <w:jc w:val="right"/>
      </w:pPr>
      <w:r>
        <w:t>وہاں بائی لیٹرل ریلیشن شپ نہیں قائم ہو سکتا آپ کا۔</w:t>
      </w:r>
    </w:p>
    <w:p>
      <w:r>
        <w:rPr>
          <w:b/>
        </w:rPr>
        <w:t xml:space="preserve">[25:59] </w:t>
      </w:r>
      <w:r>
        <w:t>to unhon ne un ka mamla yeh hai ke ek tarfa tor par un ke jazbaat to release hotay hain, idhar se kuch inspiration nahi milta.</w:t>
      </w:r>
    </w:p>
    <w:p>
      <w:pPr>
        <w:jc w:val="right"/>
      </w:pPr>
      <w:r>
        <w:t>تو انہوں نے ان کا معاملہ یہ ہے کہ ایک طرفہ طور پر ان کے جذبات تو ریلیز ہوتے ہیں، ادھر سے کچھ انسپیریشن نہیں ملتا۔</w:t>
      </w:r>
    </w:p>
    <w:p>
      <w:r>
        <w:rPr>
          <w:b/>
        </w:rPr>
        <w:t xml:space="preserve">[26:09] </w:t>
      </w:r>
      <w:r>
        <w:t>to jeetay hain phir bhi frustration mein, phir bhi tension mein. main Khuda ke fazl se 1948 ko jo main azaad hua tension se to aaj tak dobara mujhe tension ka shikaar nahi hua.</w:t>
      </w:r>
    </w:p>
    <w:p>
      <w:pPr>
        <w:jc w:val="right"/>
      </w:pPr>
      <w:r>
        <w:t>تو جیتے ہیں پھر بھی فرسٹریشن میں، پھر بھی ٹینشن میں۔ میں خدا کے فضل سے 1948 کو جو میں آزاد ہوا ٹینشن سے تو آج تک دوبارہ مجھے ٹینشن کا شکار نہیں ہوا۔</w:t>
      </w:r>
    </w:p>
    <w:p>
      <w:r>
        <w:rPr>
          <w:b/>
        </w:rPr>
        <w:t xml:space="preserve">[26:21] </w:t>
      </w:r>
      <w:r>
        <w:t>poore poore 60 baras beet gaye.</w:t>
      </w:r>
    </w:p>
    <w:p>
      <w:pPr>
        <w:jc w:val="right"/>
      </w:pPr>
      <w:r>
        <w:t>پورے پورے 60 برس بیت گئے۔</w:t>
      </w:r>
    </w:p>
    <w:p>
      <w:r>
        <w:rPr>
          <w:b/>
        </w:rPr>
        <w:t xml:space="preserve">[26:24] </w:t>
      </w:r>
      <w:r>
        <w:t>yeh hai jis ko liye main keh raha hoon ke "god is the only choice" ke aap jo chah rahe hain by nature ke koi ho jis ko main apna concern banaoon.</w:t>
      </w:r>
    </w:p>
    <w:p>
      <w:pPr>
        <w:jc w:val="right"/>
      </w:pPr>
      <w:r>
        <w:t>یہ ہے جس کو لیے میں کہہ رہا ہوں کہ "گاڈ از دا اونلی چوائس" کہ آپ جو چاہ رہے ہیں بائی نیچر کہ کوئی ہو جس کو میں اپنا کنسرن بناؤں۔</w:t>
      </w:r>
    </w:p>
    <w:p>
      <w:r>
        <w:rPr>
          <w:b/>
        </w:rPr>
        <w:t xml:space="preserve">[26:37] </w:t>
      </w:r>
      <w:r>
        <w:t>jaise aap dekhiye, aas paas har har taraf misaalain bikhri hui hongi, har taraf ke kisi ne banaya business ko apna concern. aakhir mein kya hua?</w:t>
      </w:r>
    </w:p>
    <w:p>
      <w:pPr>
        <w:jc w:val="right"/>
      </w:pPr>
      <w:r>
        <w:t>جیسے آپ دیکھیے، اس پاس ہر ہر طرف مثالیں بکھری ہوئی ہوں گی، ہر طرف کہ کسی نے بنایا بزنس کو اپنا کنسرن۔ آخر میں کیا ہوا؟</w:t>
      </w:r>
    </w:p>
    <w:p>
      <w:r>
        <w:rPr>
          <w:b/>
        </w:rPr>
        <w:t xml:space="preserve">[26:46] </w:t>
      </w:r>
      <w:r>
        <w:t>mara to frustration mara hua. mere paas ek sahib aatay hain,</w:t>
      </w:r>
    </w:p>
    <w:p>
      <w:pPr>
        <w:jc w:val="right"/>
      </w:pPr>
      <w:r>
        <w:t>مرا تو فرسٹریشن مرا ہوا۔ میرے پاس ایک صاحب آتے ہیں،</w:t>
      </w:r>
    </w:p>
    <w:p>
      <w:r>
        <w:rPr>
          <w:b/>
        </w:rPr>
        <w:t xml:space="preserve">[26:52] </w:t>
      </w:r>
      <w:r>
        <w:t>ek ek doctor hain, woh physiotherapy ke doctor hain. woh doctor, unhon ne kaha ke Dilli ke jo burg mein log hain, un sab se woh sab mere woh hain.</w:t>
      </w:r>
    </w:p>
    <w:p>
      <w:pPr>
        <w:jc w:val="right"/>
      </w:pPr>
      <w:r>
        <w:t>ایک ایک ڈاکٹر ہیں، وہ فزیوتھراپی کے ڈاکٹر ہیں۔ وہ ڈاکٹر، انہوں نے کہا کہ دلی کے جو برگ میں لوگ ہیں، ان سب سے وہ سب میرے وہ ہیں۔</w:t>
      </w:r>
    </w:p>
    <w:p>
      <w:r>
        <w:rPr>
          <w:b/>
        </w:rPr>
        <w:t xml:space="preserve">[27:03] </w:t>
      </w:r>
      <w:r>
        <w:t>un ko jaata hoon, jaana hota hai mujhe physiotherapy ke liye aur sab frustration mein jeetay hain. top ke log jinka paisa bhara hua hai gharon mein.</w:t>
      </w:r>
    </w:p>
    <w:p>
      <w:pPr>
        <w:jc w:val="right"/>
      </w:pPr>
      <w:r>
        <w:t>ان کو جاتا ہوں، جانا ہوتا ہے مجھے فزیوتھراپی کے لیے اور سب فرسٹریشن میں جیتے ہیں۔ ٹاپ کے لوگ جن کا پیسہ بھرا ہوا ہے گھروں میں۔</w:t>
      </w:r>
    </w:p>
    <w:p>
      <w:r>
        <w:rPr>
          <w:b/>
        </w:rPr>
        <w:t xml:space="preserve">[27:15] </w:t>
      </w:r>
      <w:r>
        <w:t>woh doctor kabhi hamare haan bhi aaye hain yahan par</w:t>
      </w:r>
    </w:p>
    <w:p>
      <w:pPr>
        <w:jc w:val="right"/>
      </w:pPr>
      <w:r>
        <w:t>وہ ڈاکٹر کبھی ہمارے ہاں بھی آئے ہیں یہاں پر</w:t>
      </w:r>
    </w:p>
    <w:p>
      <w:r>
        <w:rPr>
          <w:b/>
        </w:rPr>
        <w:t xml:space="preserve">[27:18] </w:t>
      </w:r>
      <w:r>
        <w:t>to unhon ne bataya ke Dilli ke jo top most jo rich log hain, wealthy log hain, un ke wahan jaana parta hai aur sab ke sab paisa bhara hua hai lekin un ki zindagi mein khushi nahi.</w:t>
      </w:r>
    </w:p>
    <w:p>
      <w:pPr>
        <w:jc w:val="right"/>
      </w:pPr>
      <w:r>
        <w:t>تو انہوں نے بتایا کہ دلی کے جو ٹاپ موسٹ جو رچ لوگ ہیں، ویلتھی لوگ ہیں، ان کے وہاں جانا پڑتا ہے اور سب کے سب پیسہ بھرا ہوا ہے لیکن ان کی زندگیوں میں خوشی نہیں۔</w:t>
      </w:r>
    </w:p>
    <w:p>
      <w:r>
        <w:rPr>
          <w:b/>
        </w:rPr>
        <w:t xml:space="preserve">[27:32] </w:t>
      </w:r>
      <w:r>
        <w:t>ek sahib aaye bataya unhon ne ke unhon ne pata nahi kitnay karor ka ghar banaya, bohat bara ghar. lekin aapas mein woh ek jhagda hota tha un ka biwi se.</w:t>
      </w:r>
    </w:p>
    <w:p>
      <w:pPr>
        <w:jc w:val="right"/>
      </w:pPr>
      <w:r>
        <w:t>ایک صاحب آئے بتایا انہوں نے کہ انہوں نے پتہ نہیں کتنے کروڑ کا گھر بنایا، بہت بڑا گھر۔ لیکن آپس میں وہ ایک جھگڑا ہوتا تھا ان کا بیوی سے۔</w:t>
      </w:r>
    </w:p>
    <w:p>
      <w:r>
        <w:rPr>
          <w:b/>
        </w:rPr>
        <w:t xml:space="preserve">[27:41] </w:t>
      </w:r>
      <w:r>
        <w:t>un ka to kisi ne bataya ke woh jo ek kiya kehtay hain</w:t>
      </w:r>
    </w:p>
    <w:p>
      <w:pPr>
        <w:jc w:val="right"/>
      </w:pPr>
      <w:r>
        <w:t>ان کا تو کسی نے بتایا کہ وہ جو ایک کیا کہتے ہیں</w:t>
      </w:r>
    </w:p>
    <w:p>
      <w:r>
        <w:rPr>
          <w:b/>
        </w:rPr>
        <w:t xml:space="preserve">[27:46] </w:t>
      </w:r>
      <w:r>
        <w:t>, is ko vastu, ek ka yani gharon ka is woh bana batatay hain ke idhar khirki ho, idhar yeh ho. kya lafz hai woh?</w:t>
      </w:r>
    </w:p>
    <w:p>
      <w:pPr>
        <w:jc w:val="right"/>
      </w:pPr>
      <w:r>
        <w:t>، اس کو واستو، ایک کا یعنی گھروں کا اس وہ بنا بتاتے ہیں کہ ادھر کھڑکی ہو، ادھر یہ ہو۔ کیا لفظ ہے وہ؟</w:t>
      </w:r>
    </w:p>
    <w:p>
      <w:r>
        <w:rPr>
          <w:b/>
        </w:rPr>
        <w:t xml:space="preserve">[27:54] </w:t>
      </w:r>
      <w:r>
        <w:t>vastu. to us ne kaha ke yeh khirki badlo aur yeh darwaza badlo. unhon ne deid karor rupiya dobara kharch kar ke woh ghar ka saara orientation badla.</w:t>
      </w:r>
    </w:p>
    <w:p>
      <w:pPr>
        <w:jc w:val="right"/>
      </w:pPr>
      <w:r>
        <w:t>واستو۔ تو اس نے کہا کہ یہ کھڑکی بدلو اور یہ دروازہ بدلو۔ انہوں نے ڈیڑھ کروڑ روپیہ دوبارہ خرچ کر کے وہ گھر کا سارا اورینٹیشن بدلا۔</w:t>
      </w:r>
    </w:p>
    <w:p>
      <w:r>
        <w:rPr>
          <w:b/>
        </w:rPr>
        <w:t xml:space="preserve">[28:07] </w:t>
      </w:r>
      <w:r>
        <w:t>lekin woh bataya unhon ne ke phir bhi wahi jhagda hai, baqi hai ghar mein, woh khatam nahi hua. yeh sab ka haal hai.</w:t>
      </w:r>
    </w:p>
    <w:p>
      <w:pPr>
        <w:jc w:val="right"/>
      </w:pPr>
      <w:r>
        <w:t>لیکن وہ بتایا انہوں نے کہ پھر بھی وہی جھگڑا ہے، باقی ہے گھر میں، وہ ختم نہیں ہوا۔ یہ سب کا حال ہے۔</w:t>
      </w:r>
    </w:p>
    <w:p>
      <w:r>
        <w:rPr>
          <w:b/>
        </w:rPr>
        <w:t xml:space="preserve">[28:15] </w:t>
      </w:r>
      <w:r>
        <w:t>to jis ko bhi aap dekhiye, jis ne apna supreme concern banaya business ko, paisay ko, apni family ko, bohat se log family ko sab se oonchi cheez samajh letay hain.</w:t>
      </w:r>
    </w:p>
    <w:p>
      <w:pPr>
        <w:jc w:val="right"/>
      </w:pPr>
      <w:r>
        <w:t>تو جس کو بھی آپ دیکھیے، جس نے اپنا سپریم کنسرن بنایا بزنس کو، پیسے کو، اپنی فیملی کو، بہت سے لوگ فیملی کو سب سے اونچی چیز سمجھ لیتے ہیں۔</w:t>
      </w:r>
    </w:p>
    <w:p>
      <w:r>
        <w:rPr>
          <w:b/>
        </w:rPr>
        <w:t xml:space="preserve">[28:27] </w:t>
      </w:r>
      <w:r>
        <w:t>aakhir mein kya hota hai? family se dunya bhar ki shikayatein, jhagray.</w:t>
      </w:r>
    </w:p>
    <w:p>
      <w:pPr>
        <w:jc w:val="right"/>
      </w:pPr>
      <w:r>
        <w:t>آخر میں کیا ہوتا ہے؟ فیملی سے دنیا بھر کی شکایتیں، جھگڑے۔</w:t>
      </w:r>
    </w:p>
    <w:p>
      <w:r>
        <w:rPr>
          <w:b/>
        </w:rPr>
        <w:t xml:space="preserve">[28:34] </w:t>
      </w:r>
      <w:r>
        <w:t>main ne kitne saare log, main ne khud dekhe hain ke apni family ko supreme samajh liya, bas family ke liye jeete the woh.</w:t>
      </w:r>
    </w:p>
    <w:p>
      <w:pPr>
        <w:jc w:val="right"/>
      </w:pPr>
      <w:r>
        <w:t>میں نے کتنے سارے لوگ، میں نے خود دیکھے ہیں کہ اپنی فیملی کو سپریم سمجھ لیا، بس فیملی کے لیے جیتے تھے وہ۔</w:t>
      </w:r>
    </w:p>
    <w:p>
      <w:r>
        <w:rPr>
          <w:b/>
        </w:rPr>
        <w:t xml:space="preserve">[28:41] </w:t>
      </w:r>
      <w:r>
        <w:t>lekin aakhir mein isi family se unhein shikayatein huin aur woh bhi tension mein maray. to Khuda ke siwa aap dekhenge, kisi ne family ko banaya, apna concern shohrat, political power ko banaya,</w:t>
      </w:r>
    </w:p>
    <w:p>
      <w:pPr>
        <w:jc w:val="right"/>
      </w:pPr>
      <w:r>
        <w:t>لیکن آخر میں اسی فیملی سے انہیں شکایتیں ہوئیں اور وہ بھی ٹینشن میں مرے۔ تو خدا کے سوا آپ دیکھیں گے، کسی نے فیم کو بنایا، اپنا کنسرن شہرت، پولیٹیکل پاور کو بنایا،</w:t>
      </w:r>
    </w:p>
    <w:p>
      <w:r>
        <w:rPr>
          <w:b/>
        </w:rPr>
        <w:t xml:space="preserve">[28:59] </w:t>
      </w:r>
      <w:r>
        <w:t>kisi ne paise ko banaya, kisi ne business ko banaya, kisi ne family ko banaya. har aas paas misalein bikhri hui hain.</w:t>
      </w:r>
    </w:p>
    <w:p>
      <w:pPr>
        <w:jc w:val="right"/>
      </w:pPr>
      <w:r>
        <w:t>کسی نے پیسے کو بنایا، کسی نے بزنس کو بنایا، کسی نے فیملی کو بنایا۔ ہر اس پاس مثالیں بکھری ہوئی ہیں۔</w:t>
      </w:r>
    </w:p>
    <w:p>
      <w:r>
        <w:rPr>
          <w:b/>
        </w:rPr>
        <w:t xml:space="preserve">[29:09] </w:t>
      </w:r>
      <w:r>
        <w:t>lekin aap dekhiye ke aakhir mein is ka kya hua? last mein main ne paya hai ke kisi ko bhi sahi maano mein satisfaction nahi hota, satisfaction, satisfaction nahi milta.</w:t>
      </w:r>
    </w:p>
    <w:p>
      <w:pPr>
        <w:jc w:val="right"/>
      </w:pPr>
      <w:r>
        <w:t>لیکن آپ دیکھیے کہ آخر میں اس کا کیا ہوا؟ لاسٹ میں میں نے پایا ہے کہ کسی کو بھی صحیح معنوں میں سیٹسفیکشن نہیں ہوتا، سیٹسفیکشن، سیٹسفیکشن نہیں ملتا۔</w:t>
      </w:r>
    </w:p>
    <w:p>
      <w:r>
        <w:rPr>
          <w:b/>
        </w:rPr>
        <w:t xml:space="preserve">[29:21] </w:t>
      </w:r>
      <w:r>
        <w:t>kyun? "Allah bizikrillah tatmain al quloob". satisfaction to milega Khuda se. "Allah bizikrillah tatmain al quloob".</w:t>
      </w:r>
    </w:p>
    <w:p>
      <w:pPr>
        <w:jc w:val="right"/>
      </w:pPr>
      <w:r>
        <w:t>کیوں؟ "اللہ بذکر اللہ تطمئن القلوب"۔ سیٹسفیکشن تو ملے گا خدا سے۔ "اللہ بذکر اللہ تطمئن القلوب"۔</w:t>
      </w:r>
    </w:p>
    <w:p>
      <w:r>
        <w:rPr>
          <w:b/>
        </w:rPr>
        <w:t xml:space="preserve">[29:38] </w:t>
      </w:r>
      <w:r>
        <w:t>yeh dekhiye, main jo baat arz kar raha hoon, yeh koi saada baat nahi hai. poore poore history isi par trace hoti ho rahi hai. poore poore history mein yeh hua hai.</w:t>
      </w:r>
    </w:p>
    <w:p>
      <w:pPr>
        <w:jc w:val="right"/>
      </w:pPr>
      <w:r>
        <w:t>یہ دیکھیے، میں جو بات عرض کر رہا ہوں، یہ کوئی سادہ بات نہیں ہے۔ پورے پورے ہسٹری اسی پر ٹریس ہوتی ہو رہی ہے۔ پورے پورے ہسٹری میں یہ ہوا ہے۔</w:t>
      </w:r>
    </w:p>
    <w:p>
      <w:r>
        <w:rPr>
          <w:b/>
        </w:rPr>
        <w:t xml:space="preserve">[29:49] </w:t>
      </w:r>
      <w:r>
        <w:t>is par main ghor karne laga, sochne laga to mujhe samajh mein aaya ke sab se pehle insaan ne kya kiya? nature ko apna supreme banaya.</w:t>
      </w:r>
    </w:p>
    <w:p>
      <w:pPr>
        <w:jc w:val="right"/>
      </w:pPr>
      <w:r>
        <w:t>اس پر میں غور کرنے لگا، سوچنے لگا تو مجھے سمجھ میں آیا کہ سب سے پہلے انسان نے کیا کیا؟ نیچر کو اپنا سپریم بنایا۔</w:t>
      </w:r>
    </w:p>
    <w:p>
      <w:r>
        <w:rPr>
          <w:b/>
        </w:rPr>
        <w:t xml:space="preserve">[30:00] </w:t>
      </w:r>
      <w:r>
        <w:t>nature yaani dekha ke oonche jo pahaad khade hue hain to samjha ke yahi God hai.</w:t>
      </w:r>
    </w:p>
    <w:p>
      <w:pPr>
        <w:jc w:val="right"/>
      </w:pPr>
      <w:r>
        <w:t>نیچر یعنی دیکھا کہ اونچے جو پہاڑ کھڑے ہوئے ہیں تو سمجھا کہ یہی گاڈ ہے۔</w:t>
      </w:r>
    </w:p>
    <w:p>
      <w:r>
        <w:rPr>
          <w:b/>
        </w:rPr>
        <w:t xml:space="preserve">[30:08] </w:t>
      </w:r>
      <w:r>
        <w:t>dekha ke ab daryayein beh rahi hain to samjha yeh God hai. sun aur moon ko dekha to yeh samjha ke yahi God hai. isi ko nature kaha jata hai.</w:t>
      </w:r>
    </w:p>
    <w:p>
      <w:pPr>
        <w:jc w:val="right"/>
      </w:pPr>
      <w:r>
        <w:t>دیکھا کہ اب دریائیں بہہ رہی ہیں تو سمجھا یہ گاڈ ہے۔ سن اور مون کو دیکھا تو یہ سمجھا کہ یہی گاڈ ہے۔ اسی کو نیچر کہا جاتا ہے۔</w:t>
      </w:r>
    </w:p>
    <w:p>
      <w:r>
        <w:rPr>
          <w:b/>
        </w:rPr>
        <w:t xml:space="preserve">[30:20] </w:t>
      </w:r>
      <w:r>
        <w:t>hazaron saal tak insaan jo hai, nature worship mein raha. nature worship hazaron saal tak. lekin kya hua?</w:t>
      </w:r>
    </w:p>
    <w:p>
      <w:pPr>
        <w:jc w:val="right"/>
      </w:pPr>
      <w:r>
        <w:t>ہزاروں سال تک انسان جو ہے، نیچر ورشپ میں رہا۔ نیچر ورشپ ہزاروں سال تک۔ لیکن کیا ہوا؟</w:t>
      </w:r>
    </w:p>
    <w:p>
      <w:r>
        <w:rPr>
          <w:b/>
        </w:rPr>
        <w:t xml:space="preserve">[30:32] </w:t>
      </w:r>
      <w:r>
        <w:t>iske paas science aayi. science ne explore kiya.</w:t>
      </w:r>
    </w:p>
    <w:p>
      <w:pPr>
        <w:jc w:val="right"/>
      </w:pPr>
      <w:r>
        <w:t>اس کے پاس سائنس آئی۔ سائنس نے ایکسپلور کیا۔</w:t>
      </w:r>
    </w:p>
    <w:p>
      <w:r>
        <w:rPr>
          <w:b/>
        </w:rPr>
        <w:t xml:space="preserve">[30:38] </w:t>
      </w:r>
      <w:r>
        <w:t>yeh kai so saal ki kahani hai. iske baad kya hua? science ne discover kiya ke nature mein koi divinity nahi hai.</w:t>
      </w:r>
    </w:p>
    <w:p>
      <w:pPr>
        <w:jc w:val="right"/>
      </w:pPr>
      <w:r>
        <w:t>یہ کئی سو سال کی کہانی ہے۔ اس کے بعد کیا ہوا؟ سائنس نے ڈسکور کیا کہ نیچر میں کوئی ڈیوینیٹی نہیں ہے۔</w:t>
      </w:r>
    </w:p>
    <w:p>
      <w:r>
        <w:rPr>
          <w:b/>
        </w:rPr>
        <w:t xml:space="preserve">[30:48] </w:t>
      </w:r>
      <w:r>
        <w:t>nature is nature.</w:t>
      </w:r>
    </w:p>
    <w:p>
      <w:pPr>
        <w:jc w:val="right"/>
      </w:pPr>
      <w:r>
        <w:t>نیچر از نیچر۔</w:t>
      </w:r>
    </w:p>
    <w:p>
      <w:r>
        <w:rPr>
          <w:b/>
        </w:rPr>
        <w:t xml:space="preserve">[30:53] </w:t>
      </w:r>
      <w:r>
        <w:t>nature is nature. nature mein koi divinity nahi hai. yahan tak ke chand par insaan ne qadam rakh diya to poora nature jis ko insaan poojta tha, jis ko kaha jata hai nature worship,</w:t>
      </w:r>
    </w:p>
    <w:p>
      <w:pPr>
        <w:jc w:val="right"/>
      </w:pPr>
      <w:r>
        <w:t>نیچر از نیچر۔ نیچر میں کوئی ڈیوینیٹی نہیں ہے۔ یہاں تک کہ چاند پر انسان نے قدم رکھ دیا تو پورا نیچر جس کو انسان پوچھتا تھا، جس کو کہا جاتا ہے نیچر ورشپ،</w:t>
      </w:r>
    </w:p>
    <w:p>
      <w:r>
        <w:rPr>
          <w:b/>
        </w:rPr>
        <w:t xml:space="preserve">[31:09] </w:t>
      </w:r>
      <w:r>
        <w:t>woh sab ka sab maloom hua ke woh to kuch bhi divinity us ke andar nahi hai. God wali quality us ke andar kuch bhi nahi hai. woh to simply nature hai bas.</w:t>
      </w:r>
    </w:p>
    <w:p>
      <w:pPr>
        <w:jc w:val="right"/>
      </w:pPr>
      <w:r>
        <w:t>وہ سب کا سب معلوم ہوا کہ وہ تو کچھ بھی ڈیوینیٹی اس کے اندر نہیں ہے۔ گاڈ والی کوالٹی اس کے اندر کچھ بھی نہیں ہے۔ وہ تو سمپلی نیچر ہے بس۔</w:t>
      </w:r>
    </w:p>
    <w:p>
      <w:r>
        <w:rPr>
          <w:b/>
        </w:rPr>
        <w:t xml:space="preserve">[31:19] </w:t>
      </w:r>
      <w:r>
        <w:t>to saara edifice jo tha, edifice nature worship ka, edifice dharram se gir pada.</w:t>
      </w:r>
    </w:p>
    <w:p>
      <w:pPr>
        <w:jc w:val="right"/>
      </w:pPr>
      <w:r>
        <w:t>تو سارا ایڈیفس جو تھا، ایڈیفس نیچر ورشپ کا، ایڈیفس دھڑام سے گر پڑا۔</w:t>
      </w:r>
    </w:p>
    <w:p>
      <w:r>
        <w:rPr>
          <w:b/>
        </w:rPr>
        <w:t xml:space="preserve">[31:27] </w:t>
      </w:r>
      <w:r>
        <w:t>woh jo edifice tha nature worship ka, jis ke naam par log badshahi karte thay.</w:t>
      </w:r>
    </w:p>
    <w:p>
      <w:pPr>
        <w:jc w:val="right"/>
      </w:pPr>
      <w:r>
        <w:t>وہ جو ایڈیفس تھا نیچر ورشپ کا، جس کے نام پر لوگ بادشاہی کرتے تھے۔</w:t>
      </w:r>
    </w:p>
    <w:p>
      <w:r>
        <w:rPr>
          <w:b/>
        </w:rPr>
        <w:t xml:space="preserve">[31:36] </w:t>
      </w:r>
      <w:r>
        <w:t>aap jante hain ke pehle jo badshah woh karte thay, Chandravanshi aur Suryavanshi aur kya kya, apne ko batate thay ke hum sun God ke ko represent karte hain, moon God ka hum represent karte hain.</w:t>
      </w:r>
    </w:p>
    <w:p>
      <w:pPr>
        <w:jc w:val="right"/>
      </w:pPr>
      <w:r>
        <w:t>آپ جانتے ہیں کہ پہلے جو بادشاہ وہ کرتے تھے، چندرونشی اور سورجونشی اور کیا کیا، اپنے کو بتاتے تھے کہ ہم سن گاڈ کے کو ریپریزنٹ کرتے ہیں، مون گاڈ کا ہم ریپریزنٹ کرتے ہیں۔</w:t>
      </w:r>
    </w:p>
    <w:p>
      <w:r>
        <w:rPr>
          <w:b/>
        </w:rPr>
        <w:t xml:space="preserve">[31:50] </w:t>
      </w:r>
      <w:r>
        <w:t>yaani is God ke naam par duniya mein king bane hue thay. aap jante hain ke Chandravanshi aur Suryavanshi hua karte thay.</w:t>
      </w:r>
    </w:p>
    <w:p>
      <w:pPr>
        <w:jc w:val="right"/>
      </w:pPr>
      <w:r>
        <w:t>یعنی اس گاڈ کے نام پر دنیا میں کنگ بنے ہوئے تھے۔ آپ جانتے ہیں کہ چندرونشی اور سورجونشی ہوا کرتے تھے۔</w:t>
      </w:r>
    </w:p>
    <w:p>
      <w:r>
        <w:rPr>
          <w:b/>
        </w:rPr>
        <w:t xml:space="preserve">[31:59] </w:t>
      </w:r>
      <w:r>
        <w:t>pehlay</w:t>
      </w:r>
    </w:p>
    <w:p>
      <w:pPr>
        <w:jc w:val="right"/>
      </w:pPr>
      <w:r>
        <w:t>پہلے</w:t>
      </w:r>
    </w:p>
    <w:p>
      <w:r>
        <w:rPr>
          <w:b/>
        </w:rPr>
        <w:t xml:space="preserve">[32:00] </w:t>
      </w:r>
      <w:r>
        <w:t>Egypt ka jo Firon tha, woh apne ko Khuda ka batata tha, representative. main sun God ko main represent kar raha hoon, jo Firon jo kaha jata hai, Pharaoh Egypt ka.</w:t>
      </w:r>
    </w:p>
    <w:p>
      <w:pPr>
        <w:jc w:val="right"/>
      </w:pPr>
      <w:r>
        <w:t>ایجپٹ کا جو فرعون تھا، وہ اپنے کو خدا کا بتاتا تھا، ریپریزنٹیٹیو۔ میں سن گاڈ کو میں ریپریزنٹ کر رہا ہوں، جو فرعون جو کہا جاتا ہے، فیرو ایجپٹ کا۔</w:t>
      </w:r>
    </w:p>
    <w:p>
      <w:r>
        <w:rPr>
          <w:b/>
        </w:rPr>
        <w:t xml:space="preserve">[32:16] </w:t>
      </w:r>
      <w:r>
        <w:t>to to sun ka sun ko God mante thay log us zamane mein. to us ne kaha ke main sun jo hai, jo God jis ko tum mante ho, usi ko main represent kar raha hoon.</w:t>
      </w:r>
    </w:p>
    <w:p>
      <w:pPr>
        <w:jc w:val="right"/>
      </w:pPr>
      <w:r>
        <w:t>تو تو سن کا سن کو گاڈ مانتے تھے لوگ اس زمانے میں۔ تو اس نے کہا کہ میں سن جو ہے، جو گاڈ جس کو تم مانتے ہو، اسی کو میں ریپریزنٹ کر رہا ہوں۔</w:t>
      </w:r>
    </w:p>
    <w:p>
      <w:r>
        <w:rPr>
          <w:b/>
        </w:rPr>
        <w:t xml:space="preserve">[32:29] </w:t>
      </w:r>
      <w:r>
        <w:t>to un ke naam par God ban gaya woh. to poori history mein dekhiye, insaan nature worship mein pada raha, nature ko God samajhta raha.</w:t>
      </w:r>
    </w:p>
    <w:p>
      <w:pPr>
        <w:jc w:val="right"/>
      </w:pPr>
      <w:r>
        <w:t>تو ان کے نام پر گاڈ بن گیا وہ۔ تو پوری ہسٹری میں دیکھیے، انسان نیچر ورشپ میں پڑھا رہا، نیچر کو گاڈ سمجھتا رہا۔</w:t>
      </w:r>
    </w:p>
    <w:p>
      <w:r>
        <w:rPr>
          <w:b/>
        </w:rPr>
        <w:t xml:space="preserve">[32:39] </w:t>
      </w:r>
      <w:r>
        <w:t>lekin science ne jab explore, exploration kiya, is ka</w:t>
      </w:r>
    </w:p>
    <w:p>
      <w:pPr>
        <w:jc w:val="right"/>
      </w:pPr>
      <w:r>
        <w:t>لیکن سائنس نے جب ایکسپلور، ایکسپلوریشن کیا، اس کا</w:t>
      </w:r>
    </w:p>
    <w:p>
      <w:r>
        <w:rPr>
          <w:b/>
        </w:rPr>
        <w:t xml:space="preserve">[32:47] </w:t>
      </w:r>
      <w:r>
        <w:t>bohat door tak dekha, us ko to pata chala ke yeh to divinity wahan hai hi nahi, kuch to kuch bhi nahi hai.</w:t>
      </w:r>
    </w:p>
    <w:p>
      <w:pPr>
        <w:jc w:val="right"/>
      </w:pPr>
      <w:r>
        <w:t>بہت دور تک دیکھا، اس کو تو پتہ چلا کہ یہ تو ڈیوینیٹی وہاں ہے ہی نہیں، کچھ تو کچھ بھی نہیں ہے۔</w:t>
      </w:r>
    </w:p>
    <w:p>
      <w:r>
        <w:rPr>
          <w:b/>
        </w:rPr>
        <w:t xml:space="preserve">[33:01] </w:t>
      </w:r>
      <w:r>
        <w:t>to nature worship ka jo edifice tha, woh dharam se gir pada, bas khatam ho gaya. to jab nature mein divinity na ho aur aap us ko pooj rahe hain to yeh poojna unilateral hoga.</w:t>
      </w:r>
    </w:p>
    <w:p>
      <w:pPr>
        <w:jc w:val="right"/>
      </w:pPr>
      <w:r>
        <w:t>تو نیچر ورشپ کا جو ایڈیفس تھا، وہ دھڑام سے گر پڑا، بس ختم ہو گیا۔ تو جب نیچر میں ڈیوینیٹی نہ ہو اور آپ اس کو پوج رہے ہیں تو یہ پوجنا یونی لیٹرل ہوگا۔</w:t>
      </w:r>
    </w:p>
    <w:p>
      <w:r>
        <w:rPr>
          <w:b/>
        </w:rPr>
        <w:t xml:space="preserve">[33:16] </w:t>
      </w:r>
      <w:r>
        <w:t>idhar se kuch response nahi milega aap ko, na kisi ko mila. jis nature ko aap pooj rahe hain, us ke andar koi to na life hai, na divinity hai, kuch bhi nahi hai.</w:t>
      </w:r>
    </w:p>
    <w:p>
      <w:pPr>
        <w:jc w:val="right"/>
      </w:pPr>
      <w:r>
        <w:t>ادھر سے کچھ رسپانس نہیں ملے گا آپ کو، نہ کسی کو ملا۔ جس نیچر کو آپ پوج رہے ہیں، اس کے اندر کوئی تو نہ لائف ہے، نہ ڈیوینیٹی ہے، کچھ بھی نہیں ہے۔</w:t>
      </w:r>
    </w:p>
    <w:p>
      <w:r>
        <w:rPr>
          <w:b/>
        </w:rPr>
        <w:t xml:space="preserve">[33:31] </w:t>
      </w:r>
      <w:r>
        <w:t>aap pooj rahe hain to yeh yeh aap ka poojna unilateral rahega, ek tarfa rahega. idhar se kuch aap ko milega nahi, koi inspiration nahi aayega aap ko idhar se.</w:t>
      </w:r>
    </w:p>
    <w:p>
      <w:pPr>
        <w:jc w:val="right"/>
      </w:pPr>
      <w:r>
        <w:t>آپ پوج رہے ہیں تو یہ یہ آپ کا پوجنا یونی لیٹرل رہے گا، ایک طرفہ رہے گا۔ ادھر سے کچھ آپ کو ملے گا نہیں، کوئی انسپیریشن نہیں آئے گا آپ کو ادھر سے۔</w:t>
      </w:r>
    </w:p>
    <w:p>
      <w:r>
        <w:rPr>
          <w:b/>
        </w:rPr>
        <w:t xml:space="preserve">[33:41] </w:t>
      </w:r>
      <w:r>
        <w:t>to kya hoga? aap ko fulfillment nahi milega. apne emotions ko aap release karte rahenge, idhar se kuch aap ko nahi aayega.</w:t>
      </w:r>
    </w:p>
    <w:p>
      <w:pPr>
        <w:jc w:val="right"/>
      </w:pPr>
      <w:r>
        <w:t>تو کیا ہوگا؟ آپ کو فلفلمنٹ نہیں ملے گا۔ اپنے ایموشنز کو آپ ریلیز کرتے رہیں گے، ادھر سے کچھ آپ کو نہیں آئے گا۔</w:t>
      </w:r>
    </w:p>
    <w:p>
      <w:r>
        <w:rPr>
          <w:b/>
        </w:rPr>
        <w:t xml:space="preserve">[33:50] </w:t>
      </w:r>
      <w:r>
        <w:t>to fulfillment kaise mil sakta hai aap ko? isi tarah dekhiye, is zamane mein ek naya khuda zahir hua, ek naya god.</w:t>
      </w:r>
    </w:p>
    <w:p>
      <w:pPr>
        <w:jc w:val="right"/>
      </w:pPr>
      <w:r>
        <w:t>تو فلفلمنٹ کیسے مل سکتا ہے آپ کو؟ اسی طرح دیکھیے، اس زمانے میں ایک نیا خدا ظاہر ہوا، ایک نیا گاڈ۔</w:t>
      </w:r>
    </w:p>
    <w:p>
      <w:r>
        <w:rPr>
          <w:b/>
        </w:rPr>
        <w:t xml:space="preserve">[34:00] </w:t>
      </w:r>
      <w:r>
        <w:t>yeh god kaun tha? yeh tha civilization, industrial civilization. yeh modern god tha.</w:t>
      </w:r>
    </w:p>
    <w:p>
      <w:pPr>
        <w:jc w:val="right"/>
      </w:pPr>
      <w:r>
        <w:t>یہ گاڈ کون تھا؟ یہ تھا سویلائزیشن، انڈسٹریل سویلائزیشن۔ یہ ماڈرن گاڈ تھا۔</w:t>
      </w:r>
    </w:p>
    <w:p>
      <w:r>
        <w:rPr>
          <w:b/>
        </w:rPr>
        <w:t xml:space="preserve">[34:11] </w:t>
      </w:r>
      <w:r>
        <w:t>badi badi book likhi gayi hain is par ke koi modern civilization jo us ne replace kar diya khuda ko. kitabein likhi gayi bahut sari.</w:t>
      </w:r>
    </w:p>
    <w:p>
      <w:pPr>
        <w:jc w:val="right"/>
      </w:pPr>
      <w:r>
        <w:t>بڑی بڑی بک لکھی گئی ہیں اس پر کہ کوئی ماڈرن سویلائزیشن جو اس نے ریپلیس کر دیا خدا کو۔ کتابیں لکھی گئی بہت ساری۔</w:t>
      </w:r>
    </w:p>
    <w:p>
      <w:r>
        <w:rPr>
          <w:b/>
        </w:rPr>
        <w:t xml:space="preserve">[34:21] </w:t>
      </w:r>
      <w:r>
        <w:t>misal ke taur par Julian Huxley, Julian Huxley ki kitab, Julian Huxley ki kitab</w:t>
      </w:r>
    </w:p>
    <w:p>
      <w:pPr>
        <w:jc w:val="right"/>
      </w:pPr>
      <w:r>
        <w:t>مثال کے طور پر جولین ہکس، جولین ہکسلی کی کتاب، جولین ہکسلے کی کتاب</w:t>
      </w:r>
    </w:p>
    <w:p>
      <w:r>
        <w:rPr>
          <w:b/>
        </w:rPr>
        <w:t xml:space="preserve">[34:28] </w:t>
      </w:r>
      <w:r>
        <w:t>, "Man Stands Alone". "Man Stands Alone" matlab yeh jo hamari industrial civilization hai, yeh god ko replace kar rahi hai.</w:t>
      </w:r>
    </w:p>
    <w:p>
      <w:pPr>
        <w:jc w:val="right"/>
      </w:pPr>
      <w:r>
        <w:t>، "مین اسٹینڈز الون"۔ "مین اسٹینڈز الون" مطلب یہ جو ہماری انڈسٹریل سویلائزیشن ہے، یہ گاڈ کو ریپلیس کر رہی ہے۔</w:t>
      </w:r>
    </w:p>
    <w:p>
      <w:r>
        <w:rPr>
          <w:b/>
        </w:rPr>
        <w:t xml:space="preserve">[34:39] </w:t>
      </w:r>
      <w:r>
        <w:t>bas ab hamein god ki zaroorat kya hai? sab kuch hamein is se mil raha hai. lekin aap dekhiye kya hua?</w:t>
      </w:r>
    </w:p>
    <w:p>
      <w:pPr>
        <w:jc w:val="right"/>
      </w:pPr>
      <w:r>
        <w:t>بس اب ہمیں گاڈ کی ضرورت کیا ہے؟ سب کچھ ہمیں اس سے مل رہا ہے۔ لیکن آپ دیکھیے کیا ہوا؟</w:t>
      </w:r>
    </w:p>
    <w:p>
      <w:r>
        <w:rPr>
          <w:b/>
        </w:rPr>
        <w:t xml:space="preserve">[34:50] </w:t>
      </w:r>
      <w:r>
        <w:t>yahan bhi wahi pesh aaya. yeh poori civilization base karti thi industry par.</w:t>
      </w:r>
    </w:p>
    <w:p>
      <w:pPr>
        <w:jc w:val="right"/>
      </w:pPr>
      <w:r>
        <w:t>یہاں بھی وہی پیش آیا۔ یہ پوری سویلائزیشن بیس کرتی تھی انڈسٹری پر۔</w:t>
      </w:r>
    </w:p>
    <w:p>
      <w:r>
        <w:rPr>
          <w:b/>
        </w:rPr>
        <w:t xml:space="preserve">[34:58] </w:t>
      </w:r>
      <w:r>
        <w:t>jis cheez ko hum civilization kehte hain, woh base karti hai industry par. aur industry inherently is mein ek evil chupi hui thi.</w:t>
      </w:r>
    </w:p>
    <w:p>
      <w:pPr>
        <w:jc w:val="right"/>
      </w:pPr>
      <w:r>
        <w:t>جس چیز کو ہم سویلائزیشن کہتے ہیں، وہ بیس کرتی ہے انڈسٹری پر۔ اور انڈسٹری انہیرنٹلی اس میں ایک ایول چھپی ہوئی تھی۔</w:t>
      </w:r>
    </w:p>
    <w:p>
      <w:r>
        <w:rPr>
          <w:b/>
        </w:rPr>
        <w:t xml:space="preserve">[35:08] </w:t>
      </w:r>
      <w:r>
        <w:t>inherently woh kya? pollution. pollution. energy ko istemal kar ke industry chalti hai.</w:t>
      </w:r>
    </w:p>
    <w:p>
      <w:pPr>
        <w:jc w:val="right"/>
      </w:pPr>
      <w:r>
        <w:t>انہیرنٹلی وہ کیا؟ پولیوشن۔ پولیوشن۔ انرجی کو استعمال کر کے انڈسٹری چلتی ہے۔</w:t>
      </w:r>
    </w:p>
    <w:p>
      <w:r>
        <w:rPr>
          <w:b/>
        </w:rPr>
        <w:t xml:space="preserve">[35:18] </w:t>
      </w:r>
      <w:r>
        <w:t>aur energy polluter se se carbon niklta hai, carbon emission. to</w:t>
      </w:r>
    </w:p>
    <w:p>
      <w:pPr>
        <w:jc w:val="right"/>
      </w:pPr>
      <w:r>
        <w:t>اور انرجی پلوٹ سے سے کاربن نکلتا ہے، کاربن ایمیشن۔ تو</w:t>
      </w:r>
    </w:p>
    <w:p>
      <w:r>
        <w:rPr>
          <w:b/>
        </w:rPr>
        <w:t xml:space="preserve">[35:25] </w:t>
      </w:r>
      <w:r>
        <w:t>maloom hua ke modern civilization jo hai, jis industry base karti hai, us industry ki limitations hain. ek had tak to laga ke industry hum ko yeh cheez de rahi hai, woh cheez de rahi hai.</w:t>
      </w:r>
    </w:p>
    <w:p>
      <w:pPr>
        <w:jc w:val="right"/>
      </w:pPr>
      <w:r>
        <w:t>معلوم ہوا کہ ماڈرن سویلائزیشن جو ہے، جس انڈسٹری بیس کرتی ہے، اس انڈسٹری کی لیمیٹیشنز ہیں۔ ایک حد تک تو لگا کہ انڈسٹری ہم کو یہ چیز دے رہی ہے، وہ چیز دے رہی ہے۔</w:t>
      </w:r>
    </w:p>
    <w:p>
      <w:r>
        <w:rPr>
          <w:b/>
        </w:rPr>
        <w:t xml:space="preserve">[35:38] </w:t>
      </w:r>
      <w:r>
        <w:t>us ke baad kya hua? ke woh to industry sare fida carbon se bhar rahi hai, yani harmful gason se bhar rahi hai.</w:t>
      </w:r>
    </w:p>
    <w:p>
      <w:pPr>
        <w:jc w:val="right"/>
      </w:pPr>
      <w:r>
        <w:t>اس کے بعد کیا ہوا؟ کہ وہ تو انڈسٹری سارے فدا کاربن سے بھر رہی ہے، یعنی ہارم فل گیسوں سے بھر رہی ہے۔</w:t>
      </w:r>
    </w:p>
    <w:p>
      <w:r>
        <w:rPr>
          <w:b/>
        </w:rPr>
        <w:t xml:space="preserve">[35:48] </w:t>
      </w:r>
      <w:r>
        <w:t>yeh tak ke aap samandar jo hai, samandar 95 percent samandaron mein, yani water pollution ke shikar ho chuke hain. yeh samandar jo hai, jis mein pani bhara hua hai, jo hamare planet Earth ke three fourth par hai,</w:t>
      </w:r>
    </w:p>
    <w:p>
      <w:pPr>
        <w:jc w:val="right"/>
      </w:pPr>
      <w:r>
        <w:t>یہاں تک کہ آپ سمندر جو ہے، سمندر 95 پرسنٹ سمندروں میں، یعنی واٹر پولیوشن کے شکار ہو چکے ہیں۔ یہ سمندر جو ہے، جس میں پانی بھرا ہوا ہے، جو ہمارے پلینٹ ارتھ کے تھری فورتھ پر ہے،</w:t>
      </w:r>
    </w:p>
    <w:p>
      <w:r>
        <w:rPr>
          <w:b/>
        </w:rPr>
        <w:t xml:space="preserve">[36:07] </w:t>
      </w:r>
      <w:r>
        <w:t>woh sab kyunke raat din, raat din ship daudte hain is mein. aur ship mein tarah tarah ki cheezein hoti hain.</w:t>
      </w:r>
    </w:p>
    <w:p>
      <w:pPr>
        <w:jc w:val="right"/>
      </w:pPr>
      <w:r>
        <w:t>وہ سب کیونکہ رات دن، رات دن شپ دوڑتے ہیں اس میں۔ اور شپ میں طرح طرح کے چیزیں ہوتی ہیں۔</w:t>
      </w:r>
    </w:p>
    <w:p>
      <w:r>
        <w:rPr>
          <w:b/>
        </w:rPr>
        <w:t xml:space="preserve">[36:18] </w:t>
      </w:r>
      <w:r>
        <w:t>misalan ek tanker hoga, us mein bahut petrol bhara hua hoga, aur koi accident hoga, aur sara petrol chala jayega pani mein.</w:t>
      </w:r>
    </w:p>
    <w:p>
      <w:pPr>
        <w:jc w:val="right"/>
      </w:pPr>
      <w:r>
        <w:t>مثلاً ایک ٹینکر ہوگا، اس میں بہت پٹرول بھرا ہوا ہوگا، اور کوئی ایکسیڈنٹ ہوگا، اور سارا پٹرول چلا جائے گا پانی میں۔</w:t>
      </w:r>
    </w:p>
    <w:p>
      <w:r>
        <w:rPr>
          <w:b/>
        </w:rPr>
        <w:t xml:space="preserve">[36:28] </w:t>
      </w:r>
      <w:r>
        <w:t>aur pani, aur aap jante hain ke petrol aur pani dono woh nahi hote, assimilate nahi hote. yani hamesha ke liye petrol alag rehta hai, pani alag rehta hai.</w:t>
      </w:r>
    </w:p>
    <w:p>
      <w:pPr>
        <w:jc w:val="right"/>
      </w:pPr>
      <w:r>
        <w:t>اور پانی، اور آپ جانتے ہیں کہ پٹرول اور پانی دونوں وہ نہیں ہوتے، اسیملیٹ نہیں ہوتے۔ یعنی ہمیشہ کے لیے پٹرول الگ رہتا ہے، پانی الگ رہتا ہے۔</w:t>
      </w:r>
    </w:p>
    <w:p>
      <w:r>
        <w:rPr>
          <w:b/>
        </w:rPr>
        <w:t xml:space="preserve">[36:38] </w:t>
      </w:r>
      <w:r>
        <w:t>agar aap pani mein dalen, farz kijiye mitti, to mitti woh mil jayega dono, lekin petrol nahi milta hai.</w:t>
      </w:r>
    </w:p>
    <w:p>
      <w:pPr>
        <w:jc w:val="right"/>
      </w:pPr>
      <w:r>
        <w:t>اگر آپ پانی میں ڈالیں، فرض کیجئے مٹی، تو مٹی وہ مل جائے گا دونوں، لیکن پٹرول نہیں ملتا ہے۔</w:t>
      </w:r>
    </w:p>
    <w:p>
      <w:r>
        <w:rPr>
          <w:b/>
        </w:rPr>
        <w:t xml:space="preserve">[36:48] </w:t>
      </w:r>
      <w:r>
        <w:t>to tarah tarah ke leakage, tarah tarah ke gases, tarah tarah ke woh jo kach, jo koi nikalta hai, industrial waste, sab roz aur raat din is mein chala ja raha hai samandaron mein.</w:t>
      </w:r>
    </w:p>
    <w:p>
      <w:pPr>
        <w:jc w:val="right"/>
      </w:pPr>
      <w:r>
        <w:t>تو طرح طرح کے ریکیج، طرح طرح کے گیسز، طرح طرح کے وہ جو کچ، جو کوئی نکلتا ہے، انڈسٹریل ویسٹ، سب روز اور رات دن اس میں چلا جا رہا ہے سمندروں میں۔</w:t>
      </w:r>
    </w:p>
    <w:p>
      <w:r>
        <w:rPr>
          <w:b/>
        </w:rPr>
        <w:t xml:space="preserve">[37:05] </w:t>
      </w:r>
      <w:r>
        <w:t>to samandar 95 percent tak samandaron ke pani jo hai, pollute ho chuke hain. to is ka matlab kya hua? ke jis industry ko hum ne samjha tha ke yeh god ko replace kar rahi hai,</w:t>
      </w:r>
    </w:p>
    <w:p>
      <w:pPr>
        <w:jc w:val="right"/>
      </w:pPr>
      <w:r>
        <w:t>تو سمندر 95 پرسنٹ تک سمندروں کے پانی جو ہے، پلوٹ ہو چکے ہیں۔ تو اس کا معنی کیا ہوا؟ کہ جس انڈسٹری کو ہم نے سمجھا تھا کہ یہ خدا کو ریپلیس کر رہی ہے،</w:t>
      </w:r>
    </w:p>
    <w:p>
      <w:r>
        <w:rPr>
          <w:b/>
        </w:rPr>
        <w:t xml:space="preserve">[37:16] </w:t>
      </w:r>
      <w:r>
        <w:t>woh industry to evil, evil industry thi. evil industry. aap jante hain, aap ke global warming ka masla paida ho gaya.</w:t>
      </w:r>
    </w:p>
    <w:p>
      <w:pPr>
        <w:jc w:val="right"/>
      </w:pPr>
      <w:r>
        <w:t>وہ انڈسٹری تو ایول، ایول انڈسٹری تھی۔ ایول انڈسٹری۔ آپ جانتے ہیں، آپ کے گلوبل وارمنگ کا مسئلہ پیدا ہو گیا۔</w:t>
      </w:r>
    </w:p>
    <w:p>
      <w:r>
        <w:rPr>
          <w:b/>
        </w:rPr>
        <w:t xml:space="preserve">[37:28] </w:t>
      </w:r>
      <w:r>
        <w:t>to aisi industry, aisi, aisi yani civilization god ko replace kar sakti hai jo khud evil industry ho.</w:t>
      </w:r>
    </w:p>
    <w:p>
      <w:pPr>
        <w:jc w:val="right"/>
      </w:pPr>
      <w:r>
        <w:t>تو ایسی انڈسٹری، ایسی، ایسی یعنی سویلائزیشن گاڈ کو ریپلیس کر سکتی ہے جو خود ایول انڈسٹری ہو۔</w:t>
      </w:r>
    </w:p>
    <w:p>
      <w:r>
        <w:rPr>
          <w:b/>
        </w:rPr>
        <w:t xml:space="preserve">[37:42] </w:t>
      </w:r>
      <w:r>
        <w:t>kesi ajeeb baat hai!</w:t>
      </w:r>
    </w:p>
    <w:p>
      <w:pPr>
        <w:jc w:val="right"/>
      </w:pPr>
      <w:r>
        <w:t>کیسی عجیب بات ہے!</w:t>
      </w:r>
    </w:p>
    <w:p>
      <w:r>
        <w:rPr>
          <w:b/>
        </w:rPr>
        <w:t xml:space="preserve">[37:47] </w:t>
      </w:r>
      <w:r>
        <w:t>main ne aap ko yeh baat yaad hui ke yani jo developed industry, developed countries hain, un mein kafi log hain jo bhagte hain idhar udhar, mislan nature mein jate hain.</w:t>
      </w:r>
    </w:p>
    <w:p>
      <w:pPr>
        <w:jc w:val="right"/>
      </w:pPr>
      <w:r>
        <w:t>میں نے آپ کو یہ بات یاد ہوئی کہ یعنی جو ڈیولپڈ انڈسٹری، ڈیولپڈ کنٹریز ہیں، ان میں کافی لوگ ہیں جو بھاگتے ہیں ادھر ادھر، مثلاً نیچر میں جاتے ہیں۔</w:t>
      </w:r>
    </w:p>
    <w:p>
      <w:r>
        <w:rPr>
          <w:b/>
        </w:rPr>
        <w:t xml:space="preserve">[38:02] </w:t>
      </w:r>
      <w:r>
        <w:t>main kai baar gaya jo yeh jo rishikesh mein, aur baaz jagahon par himalaya ke tarai mein bohat se guru log rehte hain, is jangalon mein.</w:t>
      </w:r>
    </w:p>
    <w:p>
      <w:pPr>
        <w:jc w:val="right"/>
      </w:pPr>
      <w:r>
        <w:t>میں کئی بار گیا جو یہ جو رشی کیش میں، اور بعض جگہوں پر ہمالیہ کے ترائی میں بہت سے گرو لوگ رہتے ہیں، اس جنگلوں میں۔</w:t>
      </w:r>
    </w:p>
    <w:p>
      <w:r>
        <w:rPr>
          <w:b/>
        </w:rPr>
        <w:t xml:space="preserve">[38:13] </w:t>
      </w:r>
      <w:r>
        <w:t>to Europe, America ke log bhag bhag ke wahan ate hain kyunke thori dair nature mein reh kar ke woh un ko peace milta hai. Aur wahan jo dunya hai, un ko yani industrial world, is mein un ki rooh ko suffocation hota hai.</w:t>
      </w:r>
    </w:p>
    <w:p>
      <w:pPr>
        <w:jc w:val="right"/>
      </w:pPr>
      <w:r>
        <w:t>تو یورپ، امریکہ کے لوگ بھاگ بھاگ کے وہاں آتے ہیں کیونکہ تھوڑی دیر نیچر میں رہ کر کے وہ ان کو پیس ملتا ہے۔ اور وہاں جو دنیا ہے، ان کو یعنی انڈسٹریل ورلڈ، اس میں ان کی روح کو سفوکیشن ہوتا ہے۔</w:t>
      </w:r>
    </w:p>
    <w:p>
      <w:r>
        <w:rPr>
          <w:b/>
        </w:rPr>
        <w:t xml:space="preserve">[38:28] </w:t>
      </w:r>
      <w:r>
        <w:t>aise hi main ne ek qissa bataya tha, agar aap ko yaad ho is se pehle ke ek, ek, ek nojawan mujhe mila to woh aise hi chal raha tha, nangay paon, mamooli kapra, lekin shakal se pata lagta tha ke yeh koi bahir ka aadmi hai, foreigner hai.</w:t>
      </w:r>
    </w:p>
    <w:p>
      <w:pPr>
        <w:jc w:val="right"/>
      </w:pPr>
      <w:r>
        <w:t>ایسے ہی میں نے ایک قصہ بتایا تھا، اگر آپ کو یاد ہو اس سے پہلے کہ ایک، ایک، ایک نوجوان مجھے ملا تو وہ ایسے ہی چل رہا تھا، ننگے پاؤں، معمولی کپڑا، لیکن شکل سے پتہ لگتا تھا کہ یہ کوئی باہر کا آدمی ہے، فارنر ہے۔</w:t>
      </w:r>
    </w:p>
    <w:p>
      <w:r>
        <w:rPr>
          <w:b/>
        </w:rPr>
        <w:t xml:space="preserve">[38:47] </w:t>
      </w:r>
      <w:r>
        <w:t>to poocha to us ne bataya ke main Canada ka hoon, Canada. To us ke paas Canada mein bataya ke mere paas woh sab kuch tha, sab kuch.</w:t>
      </w:r>
    </w:p>
    <w:p>
      <w:pPr>
        <w:jc w:val="right"/>
      </w:pPr>
      <w:r>
        <w:t>تو پوچھا تو اس نے بتایا کہ میں کینیڈا کا ہوں، کینیڈا۔ تو اس کے پاس کینیڈا میں بتایا کہ میرے پاس وہ سب کچھ تھا، سب کچھ۔</w:t>
      </w:r>
    </w:p>
    <w:p>
      <w:r>
        <w:rPr>
          <w:b/>
        </w:rPr>
        <w:t xml:space="preserve">[38:58] </w:t>
      </w:r>
      <w:r>
        <w:t>main chhod kar ke yahan aaya hoon. To is se poocha gaya ke aap yahan kyun aaye hain? To bohat hi seriously us ne kaha tha, bohat hi seriously.</w:t>
      </w:r>
    </w:p>
    <w:p>
      <w:pPr>
        <w:jc w:val="right"/>
      </w:pPr>
      <w:r>
        <w:t>میں چھوڑ کر کے یہاں آیا ہوں۔ تو اس سے پوچھا گیا کہ آپ یہاں کیوں آئے ہیں؟ تو بہت ہی سیریسلی اس نے کہا تھا، بہت ہی سیریسلی۔</w:t>
      </w:r>
    </w:p>
    <w:p>
      <w:r>
        <w:rPr>
          <w:b/>
        </w:rPr>
        <w:t xml:space="preserve">[39:07] </w:t>
      </w:r>
      <w:r>
        <w:t>here i am comfortable physically, here i comfortable spiritually. Yeh hai modern industrial civilization, jis ko samajh lijiye ga tha ke Khuda ko replace kare gi.</w:t>
      </w:r>
    </w:p>
    <w:p>
      <w:pPr>
        <w:jc w:val="right"/>
      </w:pPr>
      <w:r>
        <w:t>دیر آئی واٹ کمفرٹیبل فزیکلی، ہیر آئی کمفرٹیبل سپریچولی۔ یہ ہے ماڈرن انڈسٹریل سویلائزیشن، جس کو سمجھ لیجئے گا تھا کہ خدا کو ریپلیس کرے گی۔</w:t>
      </w:r>
    </w:p>
    <w:p>
      <w:r>
        <w:rPr>
          <w:b/>
        </w:rPr>
        <w:t xml:space="preserve">[39:22] </w:t>
      </w:r>
      <w:r>
        <w:t>"main stand alone"</w:t>
      </w:r>
    </w:p>
    <w:p>
      <w:pPr>
        <w:jc w:val="right"/>
      </w:pPr>
      <w:r>
        <w:t>"مین اسٹینڈ الون"</w:t>
      </w:r>
    </w:p>
    <w:p>
      <w:r>
        <w:rPr>
          <w:b/>
        </w:rPr>
        <w:t xml:space="preserve">[39:25] </w:t>
      </w:r>
      <w:r>
        <w:t>. To gharaiz hai ke yeh industry bhi evil industry nikli. Aap jante hain ke yeh jo nature hai, yani jo barish barasti hai, darakhton ka sara is mein photosynthesis hota hai, aur kya kya hota hai, sab woh bhi industry hai.</w:t>
      </w:r>
    </w:p>
    <w:p>
      <w:pPr>
        <w:jc w:val="right"/>
      </w:pPr>
      <w:r>
        <w:t>۔ تو غرض ہے کہ یہ انڈسٹری بھی ایول انڈسٹری نکلی۔ آپ جانتے ہیں کہ یہ جو نیچر ہے، یعنی جو بارش برستی ہے، درختوں کا سارا اس میں فوٹو سنتھیسز ہوتا ہے، اور کیا کیا ہوتا ہے، سب وہ بھی انڈسٹری ہے۔</w:t>
      </w:r>
    </w:p>
    <w:p>
      <w:r>
        <w:rPr>
          <w:b/>
        </w:rPr>
        <w:t xml:space="preserve">[39:47] </w:t>
      </w:r>
      <w:r>
        <w:t>lekin wahan par koi shor nahi hota, koi pollution nahi hota.</w:t>
      </w:r>
    </w:p>
    <w:p>
      <w:pPr>
        <w:jc w:val="right"/>
      </w:pPr>
      <w:r>
        <w:t>لیکن وہاں پر کوئی شور نہیں ہوتا، کوئی پولیوشن نہیں ہوتا۔</w:t>
      </w:r>
    </w:p>
    <w:p>
      <w:r>
        <w:rPr>
          <w:b/>
        </w:rPr>
        <w:t xml:space="preserve">[39:51] </w:t>
      </w:r>
      <w:r>
        <w:t>lekin jo hamari industry jo hai, to hamein chahiye ek pollution free industry, woh hum bana nahi sakte.</w:t>
      </w:r>
    </w:p>
    <w:p>
      <w:pPr>
        <w:jc w:val="right"/>
      </w:pPr>
      <w:r>
        <w:t>لیکن جو ہماری انڈسٹری جو ہے، تو ہمیں چاہیے ایک پولیوشن فری انڈسٹری، وہ ہم بنا نہیں سکتے۔</w:t>
      </w:r>
    </w:p>
    <w:p>
      <w:r>
        <w:rPr>
          <w:b/>
        </w:rPr>
        <w:t xml:space="preserve">[40:02] </w:t>
      </w:r>
      <w:r>
        <w:t>aisi industry abhi tak hamare bas mein nahi hai jo pollution free industry ho. To hamari industry ne, jis se hum ne apni civilization banai thi, us ne dunya ko pollution se bhar diya hai.</w:t>
      </w:r>
    </w:p>
    <w:p>
      <w:pPr>
        <w:jc w:val="right"/>
      </w:pPr>
      <w:r>
        <w:t>ایسی انڈسٹری ابھی تک ہمارے بس میں نہیں ہے جو پولیوشن فری انڈسٹری ہو۔ تو ہماری انڈسٹری نے، جس سے ہم نے اپنی سویلائزیشن بنائی تھی، اس نے دنیا کو پولیوشن سے بھر دیا ہے۔</w:t>
      </w:r>
    </w:p>
    <w:p>
      <w:r>
        <w:rPr>
          <w:b/>
        </w:rPr>
        <w:t xml:space="preserve">[40:18] </w:t>
      </w:r>
      <w:r>
        <w:t>yani air pollution, noise pollution, aur water pollution, yeh sab naye words hain. Pehle hum jante bhi nahi the, hamare bachpan tak bhi yeh words nahi bolay atay thay.</w:t>
      </w:r>
    </w:p>
    <w:p>
      <w:pPr>
        <w:jc w:val="right"/>
      </w:pPr>
      <w:r>
        <w:t>یعنی ایئر پولیوشن، نوائز پولیوشن، اور واٹر پولیوشن، یہ سب نئے ورڈ ہیں۔ پہلے ہم جانتے بھی نہیں تھے، ہمارے بچپن تک بھی یہ ورڈ نہیں بولے آتے تھے۔</w:t>
      </w:r>
    </w:p>
    <w:p>
      <w:r>
        <w:rPr>
          <w:b/>
        </w:rPr>
        <w:t xml:space="preserve">[40:29] </w:t>
      </w:r>
      <w:r>
        <w:t>hamare apne bachpan mein water pollution, aur noise pollution, aur air pollution, yeh sab industrial age mein paida hui hain.</w:t>
      </w:r>
    </w:p>
    <w:p>
      <w:pPr>
        <w:jc w:val="right"/>
      </w:pPr>
      <w:r>
        <w:t>ہمارے اپنے بچپن میں واٹر پولیوشن، اور نوائز پولیوشن، اور ایئر پولیوشن، یہ سب انڈسٹریل ایج میں پیدا ہوئی ہیں۔</w:t>
      </w:r>
    </w:p>
    <w:p>
      <w:r>
        <w:rPr>
          <w:b/>
        </w:rPr>
        <w:t xml:space="preserve">[40:39] </w:t>
      </w:r>
      <w:r>
        <w:t>yeh sab words to yahan bhi wahi baat hai ke "wa ma ba'da al haqqi illa al dalal"</w:t>
      </w:r>
    </w:p>
    <w:p>
      <w:pPr>
        <w:jc w:val="right"/>
      </w:pPr>
      <w:r>
        <w:t>یہ سب ورڈ تو یہاں بھی وہی بات ہے کہ "وما بعد الحق الا الضلال"</w:t>
      </w:r>
    </w:p>
    <w:p>
      <w:r>
        <w:rPr>
          <w:b/>
        </w:rPr>
        <w:t xml:space="preserve">[40:46] </w:t>
      </w:r>
      <w:r>
        <w:t>ke Khuda ko chhod kar jis ko tum banaoge apna concern ya apna maabood, woh ek ek bura badal hoga.</w:t>
      </w:r>
    </w:p>
    <w:p>
      <w:pPr>
        <w:jc w:val="right"/>
      </w:pPr>
      <w:r>
        <w:t>کہ خدا کو چھوڑ کر جس کو تم بناؤ گے اپنا کنسرن یا اپنا معبود، وہ ایک ایک برا بدل ہوگا۔</w:t>
      </w:r>
    </w:p>
    <w:p>
      <w:r>
        <w:rPr>
          <w:b/>
        </w:rPr>
        <w:t xml:space="preserve">[40:57] </w:t>
      </w:r>
      <w:r>
        <w:t>woh woh bohat hi bura exchange hoga kyunke is se tum ko kuch milne wala nahi hai,</w:t>
      </w:r>
    </w:p>
    <w:p>
      <w:pPr>
        <w:jc w:val="right"/>
      </w:pPr>
      <w:r>
        <w:t>وہ وہ بہت ہی برا ایکسچینج ہوگا کیونکہ اس سے تم کو کچھ ملنے والا نہیں ہے،</w:t>
      </w:r>
    </w:p>
    <w:p>
      <w:r>
        <w:rPr>
          <w:b/>
        </w:rPr>
        <w:t xml:space="preserve">[41:07] </w:t>
      </w:r>
      <w:r>
        <w:t>is se tum ko kuch milne wala nahi hai.</w:t>
      </w:r>
    </w:p>
    <w:p>
      <w:pPr>
        <w:jc w:val="right"/>
      </w:pPr>
      <w:r>
        <w:t>اس سے تم کو کچھ ملنے والا نہیں ہے۔</w:t>
      </w:r>
    </w:p>
    <w:p>
      <w:r>
        <w:rPr>
          <w:b/>
        </w:rPr>
        <w:t xml:space="preserve">[41:11] </w:t>
      </w:r>
      <w:r>
        <w:t>ab aaj kal mein samajhta hoon ke ek ek naya aaya hai dunya mein ke self ko replace karna chahte hain.</w:t>
      </w:r>
    </w:p>
    <w:p>
      <w:pPr>
        <w:jc w:val="right"/>
      </w:pPr>
      <w:r>
        <w:t>اب آج کل میں سمجھتا ہوں کہ ایک ایک نیا آیا ہے دنیا میں کہ سیلف کو ریپلیس کرنا چاہتے ہیں۔</w:t>
      </w:r>
    </w:p>
    <w:p>
      <w:r>
        <w:rPr>
          <w:b/>
        </w:rPr>
        <w:t xml:space="preserve">[41:21] </w:t>
      </w:r>
      <w:r>
        <w:t>self yani khud mein, jis ko Hindi mein "pran pran" kehte hain. Self to</w:t>
      </w:r>
    </w:p>
    <w:p>
      <w:pPr>
        <w:jc w:val="right"/>
      </w:pPr>
      <w:r>
        <w:t>سیلف یعنی خود میں، جس کو ہندی میں "پران پران" کہتے ہیں۔ سیلف تو</w:t>
      </w:r>
    </w:p>
    <w:p>
      <w:r>
        <w:rPr>
          <w:b/>
        </w:rPr>
        <w:t xml:space="preserve">[41:33] </w:t>
      </w:r>
      <w:r>
        <w:t>ek kitab main ne dekhi, "no god but no god but god".</w:t>
      </w:r>
    </w:p>
    <w:p>
      <w:pPr>
        <w:jc w:val="right"/>
      </w:pPr>
      <w:r>
        <w:t>ایک کتاب میں نے دیکھی، "نو گاڈ بٹ نو گاڈ بٹ گاڈ"۔</w:t>
      </w:r>
    </w:p>
    <w:p>
      <w:r>
        <w:rPr>
          <w:b/>
        </w:rPr>
        <w:t xml:space="preserve">[41:40] </w:t>
      </w:r>
      <w:r>
        <w:t>to ab yeh naya nikla hai ke "no god but self". To yeh yeh jo theory hai, woh yeh hai ke insan ke apne andar hi sab kuch hai.</w:t>
      </w:r>
    </w:p>
    <w:p>
      <w:pPr>
        <w:jc w:val="right"/>
      </w:pPr>
      <w:r>
        <w:t>تو اب یہ نیا نکلا ہے کہ "نو گاڈ بٹ سیلف"۔ تو یہ یہ جو تھیوری ہے، وہ یہ ہے کہ انسان کے اپنے اندر ہی سب کچھ ہے۔</w:t>
      </w:r>
    </w:p>
    <w:p>
      <w:r>
        <w:rPr>
          <w:b/>
        </w:rPr>
        <w:t xml:space="preserve">[41:52] </w:t>
      </w:r>
      <w:r>
        <w:t>hamein apne aap ko unfold karna hai, sab kuch yahi hai. Hamein apne aap ko unfold karna hai.</w:t>
      </w:r>
    </w:p>
    <w:p>
      <w:pPr>
        <w:jc w:val="right"/>
      </w:pPr>
      <w:r>
        <w:t>ہمیں اپنے آپ کو ان فولڈ کرنا ہے، سب کچھ یہی ہے۔ ہمیں اپنے آپ کو ان فولڈ کرنا ہے۔</w:t>
      </w:r>
    </w:p>
    <w:p>
      <w:r>
        <w:rPr>
          <w:b/>
        </w:rPr>
        <w:t xml:space="preserve">[42:09] </w:t>
      </w:r>
      <w:r>
        <w:t>to hum sab kuch isi se pa lenge. Lekin yeh kya hai? Insan ke andar koi is ka scientific proof nahi hai ke sab kuch mere andar hai.</w:t>
      </w:r>
    </w:p>
    <w:p>
      <w:pPr>
        <w:jc w:val="right"/>
      </w:pPr>
      <w:r>
        <w:t>تو ہم سب کچھ اسی سے پا لیں گے۔ لیکن یہ کیا ہے؟ انسان کے اندر کوئی اس کا سائنٹیفک پروف نہیں ہے کہ سب کچھ میرے اندر ہے۔</w:t>
      </w:r>
    </w:p>
    <w:p>
      <w:r>
        <w:rPr>
          <w:b/>
        </w:rPr>
        <w:t xml:space="preserve">[42:19] </w:t>
      </w:r>
      <w:r>
        <w:t>is ki koi proof nahi hai. yeh sari theories jo hain, kis par metaphor par base karti hain? sari theory.</w:t>
      </w:r>
    </w:p>
    <w:p>
      <w:pPr>
        <w:jc w:val="right"/>
      </w:pPr>
      <w:r>
        <w:t>اس کی کوئی پروف نہیں ہے۔ یہ ساری تھیوریز جو ہیں، کس پر میٹافر پر بیس کرتی ہیں؟ ساری تھیوری۔</w:t>
      </w:r>
    </w:p>
    <w:p>
      <w:r>
        <w:rPr>
          <w:b/>
        </w:rPr>
        <w:t xml:space="preserve">[42:28] </w:t>
      </w:r>
      <w:r>
        <w:t>aur sab se bari baat yeh hai, dekhiye ke agar sab kuch mere andar hai aur mera haal kya hai?</w:t>
      </w:r>
    </w:p>
    <w:p>
      <w:pPr>
        <w:jc w:val="right"/>
      </w:pPr>
      <w:r>
        <w:t>اور سب سے بڑی بات یہ ہے، دیکھیے کہ اگر سب کچھ میرے اندر ہے اور میرا حال کیا ہے؟</w:t>
      </w:r>
    </w:p>
    <w:p>
      <w:r>
        <w:rPr>
          <w:b/>
        </w:rPr>
        <w:t xml:space="preserve">[42:38] </w:t>
      </w:r>
      <w:r>
        <w:t>ke 50, 60, 70 saal jeene ke baad mera khatma, mera khatma ho gaya ho jata hai. to jis self par death aati ho, jo self jo hai, woh death ka subject ho, woh to woh to kuch bhi nahi hai.</w:t>
      </w:r>
    </w:p>
    <w:p>
      <w:pPr>
        <w:jc w:val="right"/>
      </w:pPr>
      <w:r>
        <w:t>کہ 50، 60، 70 سال جینے کے بعد میرا خاتمہ، میرا خاتمہ ہو گیا ہو جاتا ہے۔ تو جس سیلف پر ڈیتھ آتی ہو، جو سیلف جو ہے، وہ ڈیتھ کا سبجیکٹ ہو، وہ تو وہ تو کچھ بھی نہیں ہے۔</w:t>
      </w:r>
    </w:p>
    <w:p>
      <w:r>
        <w:rPr>
          <w:b/>
        </w:rPr>
        <w:t xml:space="preserve">[42:56] </w:t>
      </w:r>
      <w:r>
        <w:t>woh god kaise ban sakta hai?</w:t>
      </w:r>
    </w:p>
    <w:p>
      <w:pPr>
        <w:jc w:val="right"/>
      </w:pPr>
      <w:r>
        <w:t>وہ گاڈ کیسے بن سکتا ہے؟</w:t>
      </w:r>
    </w:p>
    <w:p>
      <w:r>
        <w:rPr>
          <w:b/>
        </w:rPr>
        <w:t xml:space="preserve">[42:59] </w:t>
      </w:r>
      <w:r>
        <w:t>hamare ek sahab the, bohat hi bohat hi well known, aap jante hain un ko, un ka naam tha rajneesh. to sab se pehle rajneesh ke taur par shuru hui hai.</w:t>
      </w:r>
    </w:p>
    <w:p>
      <w:pPr>
        <w:jc w:val="right"/>
      </w:pPr>
      <w:r>
        <w:t>ہمارے ایک صاحب تھے، بہت ہی بہت ہی ویل نونڈ، آپ جانتے ہیں ان کو، ان کا نام تھا رجنیش۔ تو سب سے پہلے رجنیش کے طور پر شروع ہوئی ہے۔</w:t>
      </w:r>
    </w:p>
    <w:p>
      <w:r>
        <w:rPr>
          <w:b/>
        </w:rPr>
        <w:t xml:space="preserve">[43:09] </w:t>
      </w:r>
      <w:r>
        <w:t>woh is ke baad kya hua? woh bhagwan kahe jaane lage. bhagwan rajneesh, rajneesh se bhagwan rajneesh hue. phir apni zindagi mein unhon ne bhagwan chhod diya aur phir osho kahe jaane lage.</w:t>
      </w:r>
    </w:p>
    <w:p>
      <w:pPr>
        <w:jc w:val="right"/>
      </w:pPr>
      <w:r>
        <w:t>وہ اس کے بعد کیا ہوا؟ وہ بھگوان کہے جانے لگے۔ بھگوان رجنیش، رجنیش سے بھگوان رجنیش ہوئے۔ پھر اپنی زندگی میں انہوں نے بھگوان چھوڑ دیا اور پھر اوشو کہے جانے لگے۔</w:t>
      </w:r>
    </w:p>
    <w:p>
      <w:r>
        <w:rPr>
          <w:b/>
        </w:rPr>
        <w:t xml:space="preserve">[43:22] </w:t>
      </w:r>
      <w:r>
        <w:t>osho ko koi matlab hi nahi hai, kuch matlab nothing. pehle rajneesh the, phir bhagwan hue, phir nothing ho gaye.</w:t>
      </w:r>
    </w:p>
    <w:p>
      <w:pPr>
        <w:jc w:val="right"/>
      </w:pPr>
      <w:r>
        <w:t>اوشو کو کوئی مطلب ہی نہیں ہے، کچھ مطلب نتھنگ۔ پہلے رجنیش تھے، پھر بھگوان ہوئے، پھر نتھنگ ہو گئے۔</w:t>
      </w:r>
    </w:p>
    <w:p>
      <w:r>
        <w:rPr>
          <w:b/>
        </w:rPr>
        <w:t xml:space="preserve">[43:33] </w:t>
      </w:r>
      <w:r>
        <w:t>osho koi matlab nahi hota hai. osho ka matlab hota hai nothing. yeh hai jo jo logon ne self ko banaya, yani concern, aur yeh kaha ke hamein khuda ki zaroorat nahi hai, hamara self jo hai, wahi kafi hai.</w:t>
      </w:r>
    </w:p>
    <w:p>
      <w:pPr>
        <w:jc w:val="right"/>
      </w:pPr>
      <w:r>
        <w:t>اوشو کوئی مطلب نہیں ہوتا ہے۔ اوشو کا مطلب ہوتا ہے نتھنگ۔ یہ ہے جو جو لوگوں نے سیلف کو بنایا، یعنی کنسرن، اور یہ کہا کہ ہمیں خدا کی ضرورت نہیں ہے، ہمارا سیلف جو ہے، وہی کافی ہے۔</w:t>
      </w:r>
    </w:p>
    <w:p>
      <w:r>
        <w:rPr>
          <w:b/>
        </w:rPr>
        <w:t xml:space="preserve">[43:50] </w:t>
      </w:r>
      <w:r>
        <w:t>to pata chala ke self to bohat limitations ka shikar hai. hamari limitations hain, hamara disadvantage hai, hum accident hota hai. hum ko</w:t>
      </w:r>
    </w:p>
    <w:p>
      <w:pPr>
        <w:jc w:val="right"/>
      </w:pPr>
      <w:r>
        <w:t>تو پتہ چلا کہ سیلف تو بہت لیمیٹیشنز کا شکار ہے۔ ہماری لیمیٹیشنز ہیں، ہمارا ڈس ایڈوانٹیج ہے، ہم ایکسیڈنٹ ہوتا ہے۔ ہم کو</w:t>
      </w:r>
    </w:p>
    <w:p>
      <w:r>
        <w:rPr>
          <w:b/>
        </w:rPr>
        <w:t xml:space="preserve">[44:02] </w:t>
      </w:r>
      <w:r>
        <w:t>inhi ke bare mein maine padha, yani jo osho ban gaye aakhir mein ke unhon ne khud ek interview mein kaha tha ke maine itna zyada enjoy kiya life ko, itna enjoy kiya ke 20 saal mein maine 200 saal ko, main woh kiya,</w:t>
      </w:r>
    </w:p>
    <w:p>
      <w:pPr>
        <w:jc w:val="right"/>
      </w:pPr>
      <w:r>
        <w:t>انہی کے بارے میں میں نے پڑھا، یعنی جو اوشو بن گئے آخر میں کہ انہوں نے خود ایک انٹرویو میں کہا تھا کہ میں نے اتنا زیادہ انجوائے کیا لائف کو، اتنا انجوائے کیا کہ 20 سال میں میں نے 200 سال کو، میں وہ کیا،</w:t>
      </w:r>
    </w:p>
    <w:p>
      <w:r>
        <w:rPr>
          <w:b/>
        </w:rPr>
        <w:t xml:space="preserve">[44:25] </w:t>
      </w:r>
      <w:r>
        <w:t>yani 20 saal mein itna enjoy kiya jitna koi 200 saal mein karega. aur aakhir mein bed ridden ho gaye. woh</w:t>
      </w:r>
    </w:p>
    <w:p>
      <w:pPr>
        <w:jc w:val="right"/>
      </w:pPr>
      <w:r>
        <w:t>یعنی 20 سال میں اتنا انجوائے کیا جتنا کوئی 200 سال میں کرے گا۔ اور آخر میں بیڈ ریٹن ہو گئے۔ وہ</w:t>
      </w:r>
    </w:p>
    <w:p>
      <w:r>
        <w:rPr>
          <w:b/>
        </w:rPr>
        <w:t xml:space="preserve">[44:33] </w:t>
      </w:r>
      <w:r>
        <w:t>enjoy karne ke qabil hi nahi rahe. woh yeh hai self ka haal. to aadmi jo hai, us ki limitations hain, us ke disadvantage hain, us par death aati hai, us par accident ka woh hota hai us ke sath.</w:t>
      </w:r>
    </w:p>
    <w:p>
      <w:pPr>
        <w:jc w:val="right"/>
      </w:pPr>
      <w:r>
        <w:t>انجوائے کرنے کے قابل ہی نہیں رہے۔ وہ یہ ہے سیلف کا حال۔ تو آدمی جو ہے، اس کی لیمیٹیشنز ہیں، اس کے ڈس ایڈوانٹیج ہیں، اس پر ڈیتھ آتی ہے، اس پر ایکسیڈنٹ کا وہ ہوتا ہے اس کے ساتھ۔</w:t>
      </w:r>
    </w:p>
    <w:p>
      <w:r>
        <w:rPr>
          <w:b/>
        </w:rPr>
        <w:t xml:space="preserve">[44:49] </w:t>
      </w:r>
      <w:r>
        <w:t>to woh, woh, woh khuda ko replace kaise kar sakta hai? to phir bhi kya hota hai ke aadmi frustration mein jeeta hai. yahi sahab jo hain, frustration mein mare hain.</w:t>
      </w:r>
    </w:p>
    <w:p>
      <w:pPr>
        <w:jc w:val="right"/>
      </w:pPr>
      <w:r>
        <w:t>تو وہ، وہ، وہ خدا کو ریپلیس کیسے کر سکتا ہے؟ تو پھر بھی کیا ہوتا ہے کہ آدمی فریشن میں جیتا ہے۔ یہی صاحب جو ہیں، فریشن میں مرے ہیں۔</w:t>
      </w:r>
    </w:p>
    <w:p>
      <w:r>
        <w:rPr>
          <w:b/>
        </w:rPr>
        <w:t xml:space="preserve">[44:59] </w:t>
      </w:r>
      <w:r>
        <w:t>yeh agar aap ko un ki kahani maloom ho to</w:t>
      </w:r>
    </w:p>
    <w:p>
      <w:pPr>
        <w:jc w:val="right"/>
      </w:pPr>
      <w:r>
        <w:t>یہ اگر آپ کو ان کی کہانی معلوم ہو تو</w:t>
      </w:r>
    </w:p>
    <w:p>
      <w:r>
        <w:rPr>
          <w:b/>
        </w:rPr>
        <w:t xml:space="preserve">[45:02] </w:t>
      </w:r>
      <w:r>
        <w:t>aise hi sab ka haal hai.</w:t>
      </w:r>
    </w:p>
    <w:p>
      <w:pPr>
        <w:jc w:val="right"/>
      </w:pPr>
      <w:r>
        <w:t>ایسے ہی سب کا حال ہے۔</w:t>
      </w:r>
    </w:p>
    <w:p>
      <w:r>
        <w:rPr>
          <w:b/>
        </w:rPr>
        <w:t xml:space="preserve">[45:07] </w:t>
      </w:r>
      <w:r>
        <w:t>jin logon ne self ko kaha ke self hi sab kuch hai, usi ko unfold karo, to aakhir mein kya hua? woh bhi frustration mein mare. woh kyun?</w:t>
      </w:r>
    </w:p>
    <w:p>
      <w:pPr>
        <w:jc w:val="right"/>
      </w:pPr>
      <w:r>
        <w:t>جن لوگوں نے سیلف کو کہا کہ سیلف ہی سب کچھ ہے، اسی کو ان فولڈ کرو، تو آخر میں کیا ہوا؟ وہ بھی فریسٹریشن میں مرے۔ وہ کیوں؟</w:t>
      </w:r>
    </w:p>
    <w:p>
      <w:r>
        <w:rPr>
          <w:b/>
        </w:rPr>
        <w:t xml:space="preserve">[45:17] </w:t>
      </w:r>
      <w:r>
        <w:t>jaisa ke maine arz kiya, dekhiye, jab tak yani bilateral relationship qaim na ho, us waqt tak aap ko fulfill ban nahi hoga.</w:t>
      </w:r>
    </w:p>
    <w:p>
      <w:pPr>
        <w:jc w:val="right"/>
      </w:pPr>
      <w:r>
        <w:t>جیسا کہ میں نے عرض کیا، دیکھیے، جب تک یعنی بائی لیٹرل ریلیشن شپ قائم نہ ہو، اس وقت تک آپ کو فل فل بن نہیں ہوگا۔</w:t>
      </w:r>
    </w:p>
    <w:p>
      <w:r>
        <w:rPr>
          <w:b/>
        </w:rPr>
        <w:t xml:space="preserve">[45:30] </w:t>
      </w:r>
      <w:r>
        <w:t>aap ke pent up emotions to aap release kar paenge, aur thori der ke liye lagega aap ko ke main kuch ho raha hai, kuch idhar se kuch nahi milega.</w:t>
      </w:r>
    </w:p>
    <w:p>
      <w:pPr>
        <w:jc w:val="right"/>
      </w:pPr>
      <w:r>
        <w:t>آپ کے پنٹ اپ ایموشنز تو آپ ریلیز کر پائیں گے، اور تھوڑی دیر کے لیے لگے گا آپ کو کہ میں کچھ ہو رہا ہے، کچھ ادھر سے کچھ نہیں ملے گا۔</w:t>
      </w:r>
    </w:p>
    <w:p>
      <w:r>
        <w:rPr>
          <w:b/>
        </w:rPr>
        <w:t xml:space="preserve">[45:41] </w:t>
      </w:r>
      <w:r>
        <w:t>to idhar se jo dene wala hai, woh to khuda hai, aur khuda se aap ka taluq bana hi nahi.</w:t>
      </w:r>
    </w:p>
    <w:p>
      <w:pPr>
        <w:jc w:val="right"/>
      </w:pPr>
      <w:r>
        <w:t>تو ادھر سے جو دینے والا ہے، وہ تو خدا ہے، اور خدا سے آپ کا تعلق بنا ہی نہیں۔</w:t>
      </w:r>
    </w:p>
    <w:p>
      <w:r>
        <w:rPr>
          <w:b/>
        </w:rPr>
        <w:t xml:space="preserve">[45:54] </w:t>
      </w:r>
      <w:r>
        <w:t>khuda se aap ka taluq bana hi nahi.</w:t>
      </w:r>
    </w:p>
    <w:p>
      <w:pPr>
        <w:jc w:val="right"/>
      </w:pPr>
      <w:r>
        <w:t>خدا سے آپ کا تعلق بنا ہی نہیں۔</w:t>
      </w:r>
    </w:p>
    <w:p>
      <w:r>
        <w:rPr>
          <w:b/>
        </w:rPr>
        <w:t xml:space="preserve">[46:04] </w:t>
      </w:r>
      <w:r>
        <w:t>ek cheez mein yeh kahunga ke hum khuda ko kyun chahte hain?</w:t>
      </w:r>
    </w:p>
    <w:p>
      <w:pPr>
        <w:jc w:val="right"/>
      </w:pPr>
      <w:r>
        <w:t>ایک چیز میں یہ کہوں گا کہ ہم خدا کو کیوں چاہتے ہیں؟</w:t>
      </w:r>
    </w:p>
    <w:p>
      <w:r>
        <w:rPr>
          <w:b/>
        </w:rPr>
        <w:t xml:space="preserve">[46:13] </w:t>
      </w:r>
      <w:r>
        <w:t>khuda kyun hamari zaroorat hai? ke hum kyun aisa kar rahe hain? hum god is the only option. kyun? to is ke bohat sare reasons hain.</w:t>
      </w:r>
    </w:p>
    <w:p>
      <w:pPr>
        <w:jc w:val="right"/>
      </w:pPr>
      <w:r>
        <w:t>خدا کیوں ہماری ضرورت ہے؟ کہ ہم کیوں ایسا کر رہے ہیں؟ ہم گاڈ از دا اونلی آپشن۔ کیوں؟ تو اس کے بہت سارے ریزنز ہیں۔</w:t>
      </w:r>
    </w:p>
    <w:p>
      <w:r>
        <w:rPr>
          <w:b/>
        </w:rPr>
        <w:t xml:space="preserve">[46:27] </w:t>
      </w:r>
      <w:r>
        <w:t>ek yeh ke aap dekhiye, khuda ne hamein create kiya hai.</w:t>
      </w:r>
    </w:p>
    <w:p>
      <w:pPr>
        <w:jc w:val="right"/>
      </w:pPr>
      <w:r>
        <w:t>ایک یہ کہ آپ دیکھیے، خدا نے ہمیں کریٹ کیا ہے۔</w:t>
      </w:r>
    </w:p>
    <w:p>
      <w:r>
        <w:rPr>
          <w:b/>
        </w:rPr>
        <w:t xml:space="preserve">[46:33] </w:t>
      </w:r>
      <w:r>
        <w:t>khuda ne hamein create kiya hai, woh hamare creator hain. to yeh apne aap mein yeh chahta hai ke hum khuda ko, koi khuda ko manen, us ko apna supreme concern banayen apne aap mein.</w:t>
      </w:r>
    </w:p>
    <w:p>
      <w:pPr>
        <w:jc w:val="right"/>
      </w:pPr>
      <w:r>
        <w:t>خدا نے ہمیں کریٹ کیا ہے، وہ ہمارے کریٹر ہیں۔ تو یہ اپنے آپ میں یہ چاہتا ہے کہ ہم خدا کو، کوئی خدا کو مانیں، اس کو اپنا سپریم کنسرن بنائیں اپنے آپ میں۔</w:t>
      </w:r>
    </w:p>
    <w:p>
      <w:r>
        <w:rPr>
          <w:b/>
        </w:rPr>
        <w:t xml:space="preserve">[46:50] </w:t>
      </w:r>
      <w:r>
        <w:t>phir hamare jitne bhi hamare jo nature hai, woh sirf khuda hi se hamein response milta hai, wahi se inspiration milta hai.</w:t>
      </w:r>
    </w:p>
    <w:p>
      <w:pPr>
        <w:jc w:val="right"/>
      </w:pPr>
      <w:r>
        <w:t>پھر ہمارے جتنے بھی ہمارے جو نیچر ہے، وہ صرف خدا ہی سے ہمیں رسپانس ملتا ہے، وہی سے انسپیریشن ملتا ہے۔</w:t>
      </w:r>
    </w:p>
    <w:p>
      <w:r>
        <w:rPr>
          <w:b/>
        </w:rPr>
        <w:t xml:space="preserve">[46:59] </w:t>
      </w:r>
      <w:r>
        <w:t>khuda ke siwa koi nahi jo hamein inspiration de,</w:t>
      </w:r>
    </w:p>
    <w:p>
      <w:pPr>
        <w:jc w:val="right"/>
      </w:pPr>
      <w:r>
        <w:t>خدا کے سوا کوئی نہیں جو ہمیں انسپیریشن دے،</w:t>
      </w:r>
    </w:p>
    <w:p>
      <w:r>
        <w:rPr>
          <w:b/>
        </w:rPr>
        <w:t xml:space="preserve">[47:03] </w:t>
      </w:r>
      <w:r>
        <w:t>kyunke wahi bhandar hai sare cheezon ka. is par main soch raha tha to mujhe yeh samajh mein aayi ek baat ke is duniya mein hamein bar bar aisa hota hai hamare sath ke hum kisi problem ko face karte hain.</w:t>
      </w:r>
    </w:p>
    <w:p>
      <w:pPr>
        <w:jc w:val="right"/>
      </w:pPr>
      <w:r>
        <w:t>کیونکہ وہی بھنڈار ہے سارے چیزوں کا۔ اس پر میں سوچ رہا تھا تو مجھے یہ سمجھ میں آئی ایک بات کہ اس دنیا میں ہمیں بار بار ایسا ہوتا ہے ہمارے ساتھ کہ ہم کسی پرابلم کو فیس کرتے ہیں۔</w:t>
      </w:r>
    </w:p>
    <w:p>
      <w:r>
        <w:rPr>
          <w:b/>
        </w:rPr>
        <w:t xml:space="preserve">[47:23] </w:t>
      </w:r>
      <w:r>
        <w:t>wo problem hum bohat bara dikhai padne lagta hai, wo problem ke kaise kya hoga, kaise kya hoga.</w:t>
      </w:r>
    </w:p>
    <w:p>
      <w:pPr>
        <w:jc w:val="right"/>
      </w:pPr>
      <w:r>
        <w:t>وہ پرابلم ہم بہت بڑا دکھائی پڑنے لگتا ہے، وہ پرابلم کہ کیسے کیا ہوگا، کیسے کیا ہوگا۔</w:t>
      </w:r>
    </w:p>
    <w:p>
      <w:r>
        <w:rPr>
          <w:b/>
        </w:rPr>
        <w:t xml:space="preserve">[47:29] </w:t>
      </w:r>
      <w:r>
        <w:t>to aap ko ek aisi cheez chahiye jo is problem se bhi bari ho, jis ke aage har lakeer choti ho jaye, har line choti ho jaye.</w:t>
      </w:r>
    </w:p>
    <w:p>
      <w:pPr>
        <w:jc w:val="right"/>
      </w:pPr>
      <w:r>
        <w:t>تو آپ کو ایک ایسی چیز چاہیے جو اس پرابلم سے بھی بڑی ہو، جس کے آگے ہر لکیر چھوٹی ہو جائے، ہر لائن چھوٹی ہو جائے۔</w:t>
      </w:r>
    </w:p>
    <w:p>
      <w:r>
        <w:rPr>
          <w:b/>
        </w:rPr>
        <w:t xml:space="preserve">[47:40] </w:t>
      </w:r>
      <w:r>
        <w:t>yani koi aisa chahiye aap ko jo har har ek har cheez ko chota bana de.</w:t>
      </w:r>
    </w:p>
    <w:p>
      <w:pPr>
        <w:jc w:val="right"/>
      </w:pPr>
      <w:r>
        <w:t>یعنی کوئی ایسا چاہیے آپ کو جو ہر ہر ایک ہر چیز کو چھوٹا بنا دے۔</w:t>
      </w:r>
    </w:p>
    <w:p>
      <w:r>
        <w:rPr>
          <w:b/>
        </w:rPr>
        <w:t xml:space="preserve">[47:50] </w:t>
      </w:r>
      <w:r>
        <w:t>chota banane ka matlab kya hai? mere is ko mein misaal deta hoon aap ko</w:t>
      </w:r>
    </w:p>
    <w:p>
      <w:pPr>
        <w:jc w:val="right"/>
      </w:pPr>
      <w:r>
        <w:t>چھوٹا بنانے کا مطلب کیا ہے؟ میرے اس کو میں مثال دیتا ہوں آپ کو</w:t>
      </w:r>
    </w:p>
    <w:p>
      <w:r>
        <w:rPr>
          <w:b/>
        </w:rPr>
        <w:t xml:space="preserve">[47:54] </w:t>
      </w:r>
      <w:r>
        <w:t>. prophet of islam, aap jante hain ke seventh century ke first quarter mein makka mein aap ne mission shuru kiya. wahan aap 13 saal tak aap ka mission wahan par chala.</w:t>
      </w:r>
    </w:p>
    <w:p>
      <w:pPr>
        <w:jc w:val="right"/>
      </w:pPr>
      <w:r>
        <w:t>۔ پرافٹ آف اسلام، آپ جانتے ہیں کہ سیونتھ سینچری کے فرسٹ کوارٹر میں مکہ میں آپ نے مشن شروع کیا۔ وہاں آپ 13 سال تک آپ کا مشن وہاں پر چلا۔</w:t>
      </w:r>
    </w:p>
    <w:p>
      <w:r>
        <w:rPr>
          <w:b/>
        </w:rPr>
        <w:t xml:space="preserve">[48:07] </w:t>
      </w:r>
      <w:r>
        <w:t>aap ka phir wahan halaat aise hue ke wahan aap ko makka chhodna pada aur aap madina gaye. to log aap ko maar dalna chahte the.</w:t>
      </w:r>
    </w:p>
    <w:p>
      <w:pPr>
        <w:jc w:val="right"/>
      </w:pPr>
      <w:r>
        <w:t>آپ کا پھر وہاں حالات ایسے ہوئے کہ وہاں آپ کو مکہ چھوڑنا پڑا اور آپ مدینہ گئے۔ تو لوگ آپ کو مار ڈالنا چاہتے تھے۔</w:t>
      </w:r>
    </w:p>
    <w:p>
      <w:r>
        <w:rPr>
          <w:b/>
        </w:rPr>
        <w:t xml:space="preserve">[48:17] </w:t>
      </w:r>
      <w:r>
        <w:t>makka ke log</w:t>
      </w:r>
    </w:p>
    <w:p>
      <w:pPr>
        <w:jc w:val="right"/>
      </w:pPr>
      <w:r>
        <w:t>مکہ کے لوگ</w:t>
      </w:r>
    </w:p>
    <w:p>
      <w:r>
        <w:rPr>
          <w:b/>
        </w:rPr>
        <w:t xml:space="preserve">[48:19] </w:t>
      </w:r>
      <w:r>
        <w:t>, makka ke jo sardar log the, wo aap ka peecha kar rahe the. to aap raste mein ek jagah chhup gaye.</w:t>
      </w:r>
    </w:p>
    <w:p>
      <w:pPr>
        <w:jc w:val="right"/>
      </w:pPr>
      <w:r>
        <w:t>، مکہ کے جو سردار لوگ تھے، وہ آپ کا پیچھا کر رہے تھے۔ تو آپ راستے میں ایک جگہ چھپ گئے۔</w:t>
      </w:r>
    </w:p>
    <w:p>
      <w:r>
        <w:rPr>
          <w:b/>
        </w:rPr>
        <w:t xml:space="preserve">[48:28] </w:t>
      </w:r>
      <w:r>
        <w:t>ek tha mountain thor. thor wahan ke kho mein, yani cave mein chhup gaye.</w:t>
      </w:r>
    </w:p>
    <w:p>
      <w:pPr>
        <w:jc w:val="right"/>
      </w:pPr>
      <w:r>
        <w:t>ایک تھا ماؤنٹین ثور۔ ثور وہاں کے کھو میں، یعنی کیو میں چھپ گئے۔</w:t>
      </w:r>
    </w:p>
    <w:p>
      <w:r>
        <w:rPr>
          <w:b/>
        </w:rPr>
        <w:t xml:space="preserve">[48:40] </w:t>
      </w:r>
      <w:r>
        <w:t>to yahan par wo log idhar udhar hamein dhoondh rahe honge, yahan nahi payenge hum ko to chale jayenge.</w:t>
      </w:r>
    </w:p>
    <w:p>
      <w:pPr>
        <w:jc w:val="right"/>
      </w:pPr>
      <w:r>
        <w:t>تو یہاں پر وہ لوگ ادھر ادھر ہمیں ڈھونڈ رہے ہوں گے، یہاں نہیں پائیں گے ہم کو تو چلے جائیں گے۔</w:t>
      </w:r>
    </w:p>
    <w:p>
      <w:r>
        <w:rPr>
          <w:b/>
        </w:rPr>
        <w:t xml:space="preserve">[48:47] </w:t>
      </w:r>
      <w:r>
        <w:t>phir hum aage badhenge. lekin wo log dhoondhte dhoondhte wahan hi pahunch gaye. is waqt aap ke sath sirf abubakar the, sirf aur koi nahi tha.</w:t>
      </w:r>
    </w:p>
    <w:p>
      <w:pPr>
        <w:jc w:val="right"/>
      </w:pPr>
      <w:r>
        <w:t>پھر ہم آگے بڑھیں گے۔ لیکن وہ لوگ ڈھونڈتے ڈھونڈتے وہاں ہی پہنچ گئے۔ اس وقت آپ کے ساتھ صرف ابوبکر تھے، صرف اور کوئی نہیں تھا۔</w:t>
      </w:r>
    </w:p>
    <w:p>
      <w:r>
        <w:rPr>
          <w:b/>
        </w:rPr>
        <w:t xml:space="preserve">[48:58] </w:t>
      </w:r>
      <w:r>
        <w:t>sirf do hi aadmi goya ke the aur aap ke paas koi hathiyar nahi tha, aap kuch bhi nahi tha. ab wo logon ke paas talwar le kar pahunch gaye, wo log.</w:t>
      </w:r>
    </w:p>
    <w:p>
      <w:pPr>
        <w:jc w:val="right"/>
      </w:pPr>
      <w:r>
        <w:t>صرف دو ہی آدمی گویا کہ تھے اور آپ کے پاس کوئی ہتھیار نہیں تھا، آپ کچھ بھی نہیں تھا۔ اب وہ لوگوں کے پاس تلوار لے کر پہنچ گئے، وہ لوگ۔</w:t>
      </w:r>
    </w:p>
    <w:p>
      <w:r>
        <w:rPr>
          <w:b/>
        </w:rPr>
        <w:t xml:space="preserve">[49:10] </w:t>
      </w:r>
      <w:r>
        <w:t>to jab is is pahad tak pahunch gaye, wo aur aur abubakar jo aap ke saathi the, un ko dikhai diya ke wo to yahan bhi aa gaye.</w:t>
      </w:r>
    </w:p>
    <w:p>
      <w:pPr>
        <w:jc w:val="right"/>
      </w:pPr>
      <w:r>
        <w:t>تو جب اس اس پہاڑ تک پہنچ گئے، وہ اور اور ابوبکر جو آپ کے ساتھی تھے، ان کو دکھائی دیا کہ وہ تو یہاں بھی آ گئے۔</w:t>
      </w:r>
    </w:p>
    <w:p>
      <w:r>
        <w:rPr>
          <w:b/>
        </w:rPr>
        <w:t xml:space="preserve">[49:18] </w:t>
      </w:r>
      <w:r>
        <w:t>to unhone kaha ke yeh to yahan bhi aa gaye.</w:t>
      </w:r>
    </w:p>
    <w:p>
      <w:pPr>
        <w:jc w:val="right"/>
      </w:pPr>
      <w:r>
        <w:t>تو انہوں نے کہا کہ یہ تو یہاں بھی آ گئے۔</w:t>
      </w:r>
    </w:p>
    <w:p>
      <w:r>
        <w:rPr>
          <w:b/>
        </w:rPr>
        <w:t xml:space="preserve">[49:23] </w:t>
      </w:r>
      <w:r>
        <w:t>is waqt aap ne farmaya jo quran majeed mein hai likha hua ke "la tahzan innallaha ma'ana". "la tahzan innallaha ma'ana" yani chenta mat karo,</w:t>
      </w:r>
    </w:p>
    <w:p>
      <w:pPr>
        <w:jc w:val="right"/>
      </w:pPr>
      <w:r>
        <w:t>اس وقت آپ نے فرمایا جو قرآن مجید میں ہے لکھا ہوا کہ "لا تحزن ان اللہ معنا"۔ "لا تحزن ان اللہ معنا" یعنی چینتہ مت کرو،</w:t>
      </w:r>
    </w:p>
    <w:p>
      <w:r>
        <w:rPr>
          <w:b/>
        </w:rPr>
        <w:t xml:space="preserve">[49:38] </w:t>
      </w:r>
      <w:r>
        <w:t>khuda hamare sath hai,</w:t>
      </w:r>
    </w:p>
    <w:p>
      <w:pPr>
        <w:jc w:val="right"/>
      </w:pPr>
      <w:r>
        <w:t>خدا ہمارے ساتھ ہے،</w:t>
      </w:r>
    </w:p>
    <w:p>
      <w:r>
        <w:rPr>
          <w:b/>
        </w:rPr>
        <w:t xml:space="preserve">[49:44] </w:t>
      </w:r>
      <w:r>
        <w:t>gham na karo, khuda hamare sath hai. ya</w:t>
      </w:r>
    </w:p>
    <w:p>
      <w:pPr>
        <w:jc w:val="right"/>
      </w:pPr>
      <w:r>
        <w:t>غم نہ کرو، خدا ہمارے ساتھ ہے۔ یع</w:t>
      </w:r>
    </w:p>
    <w:p>
      <w:r>
        <w:rPr>
          <w:b/>
        </w:rPr>
        <w:t xml:space="preserve">[49:46] </w:t>
      </w:r>
      <w:r>
        <w:t>ani is se bhi bara ek hamare hamein mila hua hai, yeh agar bare hain to is se bhi bara khuda hai. to aap ne ek aur bare ko pa liya, discover kar liya ke wo log jo wahan aaye the, talwar le le kar ke,</w:t>
      </w:r>
    </w:p>
    <w:p>
      <w:pPr>
        <w:jc w:val="right"/>
      </w:pPr>
      <w:r>
        <w:t>نی اس سے بھی بڑا ایک ہمارے ہمیں ملا ہوا ہے، یہ اگر بڑے ہیں تو اس سے بھی بڑا خدا ہے۔ تو آپ نے ایک اور بڑے کو پا لیا، ڈسکور کر لیا کہ وہ لوگ جو وہاں آئے تھے، تلوار لے لے کر کے،</w:t>
      </w:r>
    </w:p>
    <w:p>
      <w:r>
        <w:rPr>
          <w:b/>
        </w:rPr>
        <w:t xml:space="preserve">[50:04] </w:t>
      </w:r>
      <w:r>
        <w:t>to is se bhi bara ek tha, wo khuda tha. to unhone kaha "la tahzan innallaha ma'ana". mat daro, gham mat karo, chenta mat karo,</w:t>
      </w:r>
    </w:p>
    <w:p>
      <w:pPr>
        <w:jc w:val="right"/>
      </w:pPr>
      <w:r>
        <w:t>تو اس سے بھی بڑا ایک تھا، وہ خدا تھا۔ تو انہوں نے کہا "لا تحزن ان اللہ معنا"۔ مت ڈرو، غم مت کرو، چینتہ مت کرو،</w:t>
      </w:r>
    </w:p>
    <w:p>
      <w:r>
        <w:rPr>
          <w:b/>
        </w:rPr>
        <w:t xml:space="preserve">[50:14] </w:t>
      </w:r>
      <w:r>
        <w:t>zyada bara jo hai wo hamare sath hai, khuda hamare sath hai.</w:t>
      </w:r>
    </w:p>
    <w:p>
      <w:pPr>
        <w:jc w:val="right"/>
      </w:pPr>
      <w:r>
        <w:t>زیادہ بڑا جو ہے وہ ہمارے ساتھ ہے، خدا ہمارے ساتھ ہے۔</w:t>
      </w:r>
    </w:p>
    <w:p>
      <w:r>
        <w:rPr>
          <w:b/>
        </w:rPr>
        <w:t xml:space="preserve">[50:23] </w:t>
      </w:r>
      <w:r>
        <w:t>isi ko ek ek shayar, ek ek persian mein ek ek isi par saying bani hai aur bohat hi mujhe pasand hai.</w:t>
      </w:r>
    </w:p>
    <w:p>
      <w:pPr>
        <w:jc w:val="right"/>
      </w:pPr>
      <w:r>
        <w:t>اسی کو ایک ایک شاعر، ایک ایک پرشین میں ایک ایک اسی پر سینگ بنی ہے اور بہت ہی مجھے پسند ہے۔</w:t>
      </w:r>
    </w:p>
    <w:p>
      <w:r>
        <w:rPr>
          <w:b/>
        </w:rPr>
        <w:t xml:space="preserve">[50:36] </w:t>
      </w:r>
      <w:r>
        <w:t>wo mein aap ko ek formula deta hoon har crisis ka.</w:t>
      </w:r>
    </w:p>
    <w:p>
      <w:pPr>
        <w:jc w:val="right"/>
      </w:pPr>
      <w:r>
        <w:t>وہ میں آپ کو ایک فارمولا دیتا ہوں ہر کرائسز کا۔</w:t>
      </w:r>
    </w:p>
    <w:p>
      <w:r>
        <w:rPr>
          <w:b/>
        </w:rPr>
        <w:t xml:space="preserve">[50:42] </w:t>
      </w:r>
      <w:r>
        <w:t>ek sahab ka mere paas telephone aaya, do char din hue ke aap crisis management ki baat karte hain to mujhe koi formula bataiye, "how to manage all this".</w:t>
      </w:r>
    </w:p>
    <w:p>
      <w:pPr>
        <w:jc w:val="right"/>
      </w:pPr>
      <w:r>
        <w:t>ایک صاحب کا میرے پاس ٹیلی فون آیا، دو چار دن ہوئے کہ آپ کرائسز مینجمنٹ کی بات کرتے ہیں تو مجھے کوئی فارمولا بتائیے، "ہاؤ ٹو مینج ال دس"۔</w:t>
      </w:r>
    </w:p>
    <w:p>
      <w:r>
        <w:rPr>
          <w:b/>
        </w:rPr>
        <w:t xml:space="preserve">[50:55] </w:t>
      </w:r>
      <w:r>
        <w:t>"haoo to manage a crisis"</w:t>
      </w:r>
    </w:p>
    <w:p>
      <w:pPr>
        <w:jc w:val="right"/>
      </w:pPr>
      <w:r>
        <w:t>"ہاؤ ٹو مینج ا کرائسز"</w:t>
      </w:r>
    </w:p>
    <w:p>
      <w:r>
        <w:rPr>
          <w:b/>
        </w:rPr>
        <w:t xml:space="preserve">[51:00] </w:t>
      </w:r>
      <w:r>
        <w:t>yeh unhon ne telephone par poocha mujhe. unhon ne to mein ne kaha is ka formula aik persian saying mein yeh hai, isi ko aap pakar lijiye, aap logon ke batata hoon, mein</w:t>
      </w:r>
    </w:p>
    <w:p>
      <w:pPr>
        <w:jc w:val="right"/>
      </w:pPr>
      <w:r>
        <w:t>یہ انہوں نے ٹیلی فون پر پوچھا مجھے۔ انہوں نے تو میں نے کہا اس کا فارمولا ایک پرشین سینگ میں یہ ہے، اسی کو آپ پکڑ لیجئے، آپ لوگوں کے بتاتا ہوں، میں</w:t>
      </w:r>
    </w:p>
    <w:p>
      <w:r>
        <w:rPr>
          <w:b/>
        </w:rPr>
        <w:t xml:space="preserve">[51:11] </w:t>
      </w:r>
      <w:r>
        <w:t>aik hi formula pakar lijiye, aap bas kafi ho jaye ga aap ki poori zindagi ke liye. woh formula yeh hai ke "dushman agar qawist, nigahan qawi tarast".</w:t>
      </w:r>
    </w:p>
    <w:p>
      <w:pPr>
        <w:jc w:val="right"/>
      </w:pPr>
      <w:r>
        <w:t>ایک ہی فارمولا پکڑ لیجئے، آپ بس کافی ہو جائے گا آپ کی پوری زندگی کے لیے۔ وہ فارمولا یہ ہے کہ "دشمن اگر قویست، نگاہاں قوی ترست"۔</w:t>
      </w:r>
    </w:p>
    <w:p>
      <w:r>
        <w:rPr>
          <w:b/>
        </w:rPr>
        <w:t xml:space="preserve">[51:26] </w:t>
      </w:r>
      <w:r>
        <w:t>bas aik hi formula kafi hai aap ke liye poori life time ke liye. "dushman agar qawist, nigahan qawi tarast".</w:t>
      </w:r>
    </w:p>
    <w:p>
      <w:pPr>
        <w:jc w:val="right"/>
      </w:pPr>
      <w:r>
        <w:t>بس ایک ہی فارمولا کافی ہے آپ کے لیے پوری لائف ٹائم کے لیے۔ "دشمن اگر قویست، نگاہاں قوی ترست"۔</w:t>
      </w:r>
    </w:p>
    <w:p>
      <w:r>
        <w:rPr>
          <w:b/>
        </w:rPr>
        <w:t xml:space="preserve">[51:36] </w:t>
      </w:r>
      <w:r>
        <w:t>is ka matlab yeh hai ke "if enemy is strong, our savior is stronger".</w:t>
      </w:r>
    </w:p>
    <w:p>
      <w:pPr>
        <w:jc w:val="right"/>
      </w:pPr>
      <w:r>
        <w:t>اس کا مطلب یہ ہے کہ "اف اینمی از سٹرانگ، اور سیور از سٹرانگر"۔</w:t>
      </w:r>
    </w:p>
    <w:p>
      <w:r>
        <w:rPr>
          <w:b/>
        </w:rPr>
        <w:t xml:space="preserve">[51:46] </w:t>
      </w:r>
      <w:r>
        <w:t>"if the enemy is strong, our savior is stronger". dushman agar dushman agar strong hai to is se bhi zyada stronger, is se zyada woh hai stronger hai Khuda.</w:t>
      </w:r>
    </w:p>
    <w:p>
      <w:pPr>
        <w:jc w:val="right"/>
      </w:pPr>
      <w:r>
        <w:t>"اف دا اینمی از سٹرانگ، اور سیور از سٹرانگر"۔ دشمن اگر دشمن اگر اسٹرانگ ہے تو اس سے بھی زیادہ سٹرانگر، اس سے زیادہ وہ ہے اسٹرانگر ہے خدا۔</w:t>
      </w:r>
    </w:p>
    <w:p>
      <w:r>
        <w:rPr>
          <w:b/>
        </w:rPr>
        <w:t xml:space="preserve">[52:05] </w:t>
      </w:r>
      <w:r>
        <w:t>"if enemy is strong, our savior is stronger" yeh hai formula. jab bhi aap ko koi problem aaye, jab bhi aap ko koi crisis aaye to bas isi ko aap yaad kar lijiye,</w:t>
      </w:r>
    </w:p>
    <w:p>
      <w:pPr>
        <w:jc w:val="right"/>
      </w:pPr>
      <w:r>
        <w:t>"اف اینمی از سٹرانگ، اور سیور از سٹرانگر" یہ ہے فارمولا۔ جب بھی آپ کو کوئی پرابلم آئے، جب بھی آپ کو کوئی کرائسز آئے تو بس اسی کو آپ یاد کر لیجئے،</w:t>
      </w:r>
    </w:p>
    <w:p>
      <w:r>
        <w:rPr>
          <w:b/>
        </w:rPr>
        <w:t xml:space="preserve">[52:26] </w:t>
      </w:r>
      <w:r>
        <w:t>isi ko apne mind mein revive kijiye. to koi bhi cheez jo hogi woh sab Khuda se choti hogi.</w:t>
      </w:r>
    </w:p>
    <w:p>
      <w:pPr>
        <w:jc w:val="right"/>
      </w:pPr>
      <w:r>
        <w:t>اسی کو اپنے مائنڈ میں ریوائیو کیجئے۔ تو کوئی بھی چیز جو ہوگی وہ سب خدا سے چھوٹی ہوگی۔</w:t>
      </w:r>
    </w:p>
    <w:p>
      <w:r>
        <w:rPr>
          <w:b/>
        </w:rPr>
        <w:t xml:space="preserve">[52:36] </w:t>
      </w:r>
      <w:r>
        <w:t>koi bhi problem, koi bhi crisis baharhal Khuda se chota hoga.</w:t>
      </w:r>
    </w:p>
    <w:p>
      <w:pPr>
        <w:jc w:val="right"/>
      </w:pPr>
      <w:r>
        <w:t>کوئی بھی پرابلم، کوئی بھی کرائسز بہرحال خدا سے چھوٹا ہوگا۔</w:t>
      </w:r>
    </w:p>
    <w:p>
      <w:r>
        <w:rPr>
          <w:b/>
        </w:rPr>
        <w:t xml:space="preserve">[52:46] </w:t>
      </w:r>
      <w:r>
        <w:t>to jis tarah se mashhoor hai ke kisi line ko chota karna ho to is ke paas aik bari line kheench do.</w:t>
      </w:r>
    </w:p>
    <w:p>
      <w:pPr>
        <w:jc w:val="right"/>
      </w:pPr>
      <w:r>
        <w:t>تو جس طرح سے مشہور ہے کہ کسی لائن کو چھوٹا کرنا ہو تو اس کے پاس ایک بڑی لائن کھینچ دو۔</w:t>
      </w:r>
    </w:p>
    <w:p>
      <w:r>
        <w:rPr>
          <w:b/>
        </w:rPr>
        <w:t xml:space="preserve">[52:54] </w:t>
      </w:r>
      <w:r>
        <w:t>aik line jo hai chah inch ki hai, is ka do foot ki line kheench dein aap.</w:t>
      </w:r>
    </w:p>
    <w:p>
      <w:pPr>
        <w:jc w:val="right"/>
      </w:pPr>
      <w:r>
        <w:t>ایک لائن جو ہے چھ انچ کی ہے، اس کا دو فٹ کی لائن کھینچ دیں آپ۔</w:t>
      </w:r>
    </w:p>
    <w:p>
      <w:r>
        <w:rPr>
          <w:b/>
        </w:rPr>
        <w:t xml:space="preserve">[53:00] </w:t>
      </w:r>
      <w:r>
        <w:t>to mashhoor hai aap jante hain ke kisi line ko chota karna ho to is ke paas aik bari line kheench do to apne aap woh choti ho jaye gi.</w:t>
      </w:r>
    </w:p>
    <w:p>
      <w:pPr>
        <w:jc w:val="right"/>
      </w:pPr>
      <w:r>
        <w:t>تو مشہور ہے آپ جانتے ہیں کہ کسی لائن کو چھوٹا کرنا ہو تو اس کے پاس ایک بڑی لائن کھینچ دو تو اپنے آپ وہ چھوٹی ہو جائے گی۔</w:t>
      </w:r>
    </w:p>
    <w:p>
      <w:r>
        <w:rPr>
          <w:b/>
        </w:rPr>
        <w:t xml:space="preserve">[53:11] </w:t>
      </w:r>
      <w:r>
        <w:t>to kisi bhi crisis mein aap hon, koi bhi problem aap ko ho to bas yeh yaad kar lijiye, "dushman agar qawist, nigahan qawi tarast".</w:t>
      </w:r>
    </w:p>
    <w:p>
      <w:pPr>
        <w:jc w:val="right"/>
      </w:pPr>
      <w:r>
        <w:t>تو کسی بھی کرائسز میں آپ ہوں، کوئی بھی پرابلم آپ کو ہو تو بس یہ یاد کر لیجئے، "دشمن اگر قویست، نگاہاں قوی ترست"۔</w:t>
      </w:r>
    </w:p>
    <w:p>
      <w:r>
        <w:rPr>
          <w:b/>
        </w:rPr>
        <w:t xml:space="preserve">[53:22] </w:t>
      </w:r>
      <w:r>
        <w:t>enemy agar strong hai to jo savior hai woh is se bhi zyada strong hai.</w:t>
      </w:r>
    </w:p>
    <w:p>
      <w:pPr>
        <w:jc w:val="right"/>
      </w:pPr>
      <w:r>
        <w:t>اینمی اگر اسٹرانگ ہے تو جو سیویئر ہے وہ اس سے بھی زیادہ سٹرانگ ہے۔</w:t>
      </w:r>
    </w:p>
    <w:p>
      <w:r>
        <w:rPr>
          <w:b/>
        </w:rPr>
        <w:t xml:space="preserve">[53:28] </w:t>
      </w:r>
      <w:r>
        <w:t>to phir kya pareshani kya hai?</w:t>
      </w:r>
    </w:p>
    <w:p>
      <w:pPr>
        <w:jc w:val="right"/>
      </w:pPr>
      <w:r>
        <w:t>تو پھر کیا پریشانی کیا ہے؟</w:t>
      </w:r>
    </w:p>
    <w:p>
      <w:r>
        <w:rPr>
          <w:b/>
        </w:rPr>
        <w:t xml:space="preserve">[53:35] </w:t>
      </w:r>
      <w:r>
        <w:t>mein aap ko aik misaal aur deta hoon. aap jante hain Rasool Allah ke sath in logon ne bohat zulm kiya jo wahan ke log thay aur kai ladaiyan cheri unhon ne.</w:t>
      </w:r>
    </w:p>
    <w:p>
      <w:pPr>
        <w:jc w:val="right"/>
      </w:pPr>
      <w:r>
        <w:t>میں آپ کو ایک مثال اور دیتا ہوں۔ آپ جانتے ہیں رسول اللہ کے ساتھ ان لوگوں نے بہت ظلم کیا جو وہاں کے لوگ تھے اور کئی لڑائیاں چھڑی انہوں نے۔</w:t>
      </w:r>
    </w:p>
    <w:p>
      <w:r>
        <w:rPr>
          <w:b/>
        </w:rPr>
        <w:t xml:space="preserve">[53:48] </w:t>
      </w:r>
      <w:r>
        <w:t>to is mein se ek ladai thi jis ko kehte hain "uhud, battle of uhud".</w:t>
      </w:r>
    </w:p>
    <w:p>
      <w:pPr>
        <w:jc w:val="right"/>
      </w:pPr>
      <w:r>
        <w:t>تو اس میں سے ایک لڑائی تھی جس کو کہتے ہیں "احد، بیٹل اف احد"۔</w:t>
      </w:r>
    </w:p>
    <w:p>
      <w:r>
        <w:rPr>
          <w:b/>
        </w:rPr>
        <w:t xml:space="preserve">[53:51] </w:t>
      </w:r>
      <w:r>
        <w:t>"uhud, uhud".</w:t>
      </w:r>
    </w:p>
    <w:p>
      <w:pPr>
        <w:jc w:val="right"/>
      </w:pPr>
      <w:r>
        <w:t>"احد، یو ایچ یو ڈی"۔</w:t>
      </w:r>
    </w:p>
    <w:p>
      <w:r>
        <w:rPr>
          <w:b/>
        </w:rPr>
        <w:t xml:space="preserve">[53:57] </w:t>
      </w:r>
      <w:r>
        <w:t>"battle of uhud"</w:t>
      </w:r>
    </w:p>
    <w:p>
      <w:pPr>
        <w:jc w:val="right"/>
      </w:pPr>
      <w:r>
        <w:t>"بیٹل اف احد"</w:t>
      </w:r>
    </w:p>
    <w:p>
      <w:r>
        <w:rPr>
          <w:b/>
        </w:rPr>
        <w:t xml:space="preserve">[54:00] </w:t>
      </w:r>
      <w:r>
        <w:t>to battle of uhud mein usman kamzor paray thay aur jo</w:t>
      </w:r>
    </w:p>
    <w:p>
      <w:pPr>
        <w:jc w:val="right"/>
      </w:pPr>
      <w:r>
        <w:t>تو بیٹل اف احد میں عثمان کمزور پڑے تھے اور جو</w:t>
      </w:r>
    </w:p>
    <w:p>
      <w:r>
        <w:rPr>
          <w:b/>
        </w:rPr>
        <w:t xml:space="preserve">[54:06] </w:t>
      </w:r>
      <w:r>
        <w:t>jo doosri party thi woh is ko,</w:t>
      </w:r>
    </w:p>
    <w:p>
      <w:pPr>
        <w:jc w:val="right"/>
      </w:pPr>
      <w:r>
        <w:t>جو دوسری پارٹی تھی وہ اس کو،</w:t>
      </w:r>
    </w:p>
    <w:p>
      <w:r>
        <w:rPr>
          <w:b/>
        </w:rPr>
        <w:t xml:space="preserve">[54:09] </w:t>
      </w:r>
      <w:r>
        <w:t>is ko yani jeet hui thi aur bohat se musalman is mein</w:t>
      </w:r>
    </w:p>
    <w:p>
      <w:pPr>
        <w:jc w:val="right"/>
      </w:pPr>
      <w:r>
        <w:t>اس کو یعنی جیت ہوئی تھی اور بہت سے مسلمان اس میں</w:t>
      </w:r>
    </w:p>
    <w:p>
      <w:r>
        <w:rPr>
          <w:b/>
        </w:rPr>
        <w:t xml:space="preserve">[54:16] </w:t>
      </w:r>
      <w:r>
        <w:t>maray bhi gaye thay.</w:t>
      </w:r>
    </w:p>
    <w:p>
      <w:pPr>
        <w:jc w:val="right"/>
      </w:pPr>
      <w:r>
        <w:t>مارے بھی گئے تھے۔</w:t>
      </w:r>
    </w:p>
    <w:p>
      <w:r>
        <w:rPr>
          <w:b/>
        </w:rPr>
        <w:t xml:space="preserve">[54:18] </w:t>
      </w:r>
      <w:r>
        <w:t>to aakhir mein baharhal Musalmanon ko haar hui aur un ko jeet hui.</w:t>
      </w:r>
    </w:p>
    <w:p>
      <w:pPr>
        <w:jc w:val="right"/>
      </w:pPr>
      <w:r>
        <w:t>تو آخر میں بہرحال مسلمانوں کو ہار ہوئی اور ان کو جیت ہوئی۔</w:t>
      </w:r>
    </w:p>
    <w:p>
      <w:r>
        <w:rPr>
          <w:b/>
        </w:rPr>
        <w:t xml:space="preserve">[54:25] </w:t>
      </w:r>
      <w:r>
        <w:t>to us waqt jo hai jo doosri party ka jo leader thay, jo unhon ne narah lagaya wahan idhar se doosri party ki taraf se ke "lana uzza wala uzza alaikum".</w:t>
      </w:r>
    </w:p>
    <w:p>
      <w:pPr>
        <w:jc w:val="right"/>
      </w:pPr>
      <w:r>
        <w:t>تو اس وقت جو ہے جو دوسری پارٹی کا جو لیڈر تھے، جو انہوں نے نعرہ لگایا وہاں ادھر سے دوسری پارٹی کی طرف سے کہ "لنا عزہ ولا عزہ علیکم"۔</w:t>
      </w:r>
    </w:p>
    <w:p>
      <w:r>
        <w:rPr>
          <w:b/>
        </w:rPr>
        <w:t xml:space="preserve">[54:40] </w:t>
      </w:r>
      <w:r>
        <w:t>un ke haan aik but hota tha, is ka naam tha "uzza". "uzza" ka matlab hota hai izzat wala, taqat wala.</w:t>
      </w:r>
    </w:p>
    <w:p>
      <w:pPr>
        <w:jc w:val="right"/>
      </w:pPr>
      <w:r>
        <w:t>ان کے ہاں ایک بت ہوتا تھا، اس کا نام تھا "عزہ"۔ "عزہ" کا مطلب ہوتا ہے عزت والا، طاقت والا۔</w:t>
      </w:r>
    </w:p>
    <w:p>
      <w:r>
        <w:rPr>
          <w:b/>
        </w:rPr>
        <w:t xml:space="preserve">[54:48] </w:t>
      </w:r>
      <w:r>
        <w:t>to woh samajhte thay ke yeh but jo hai hamein izzat deta hai, hamein taqat deta hai. to idhar ka jo sardar thay, idhar doosri taraf ke, unhon ne kaha ke "lana uzza wala uzza alaikum".</w:t>
      </w:r>
    </w:p>
    <w:p>
      <w:pPr>
        <w:jc w:val="right"/>
      </w:pPr>
      <w:r>
        <w:t>تو وہ سمجھتے تھے کہ یہ بت جو ہے ہمیں عزت دیتا ہے، ہمیں طاقت دیتا ہے۔ تو ادھر کا جو سردار تھے، ادھر دوسری طرف کے، انہوں نے کہا کہ "لنا عزہ ولا عزہ علیکم"۔</w:t>
      </w:r>
    </w:p>
    <w:p>
      <w:r>
        <w:rPr>
          <w:b/>
        </w:rPr>
        <w:t xml:space="preserve">[55:00] </w:t>
      </w:r>
      <w:r>
        <w:t>hamare paas uzza hai, tumhare paas koi uzza nahi. koi matlab woh but jo izzat wala aur taqat wala hai, woh hamare sath hai.</w:t>
      </w:r>
    </w:p>
    <w:p>
      <w:pPr>
        <w:jc w:val="right"/>
      </w:pPr>
      <w:r>
        <w:t>ہمارے پاس عزہ ہے، تمہارے پاس کوئی عزہ نہیں۔ کوئی مطلب وہ بت جو عزت والا اور طاقت والا ہے، وہ ہمارے ساتھ ہے۔</w:t>
      </w:r>
    </w:p>
    <w:p>
      <w:r>
        <w:rPr>
          <w:b/>
        </w:rPr>
        <w:t xml:space="preserve">[55:10] </w:t>
      </w:r>
      <w:r>
        <w:t>to Rasool Allah ne kaha Sahaba se ke tum bolo "Allah maula</w:t>
      </w:r>
    </w:p>
    <w:p>
      <w:pPr>
        <w:jc w:val="right"/>
      </w:pPr>
      <w:r>
        <w:t>تو رسول اللہ نے کہا صحابہ سے کہ تم بولو "اللہ مولانا</w:t>
      </w:r>
    </w:p>
    <w:p>
      <w:r>
        <w:rPr>
          <w:b/>
        </w:rPr>
        <w:t xml:space="preserve">[55:19] </w:t>
      </w:r>
      <w:r>
        <w:t>wala maula alaikum".</w:t>
      </w:r>
    </w:p>
    <w:p>
      <w:pPr>
        <w:jc w:val="right"/>
      </w:pPr>
      <w:r>
        <w:t>ولا مولا علیکم"۔</w:t>
      </w:r>
    </w:p>
    <w:p>
      <w:r>
        <w:rPr>
          <w:b/>
        </w:rPr>
        <w:t xml:space="preserve">[55:24] </w:t>
      </w:r>
      <w:r>
        <w:t>zara tasawwur kijiye is is is scene ko jab ke Madine ke bahar aik pahar tha "uhud". wahan woh log aa kar ke yani jama hue.</w:t>
      </w:r>
    </w:p>
    <w:p>
      <w:pPr>
        <w:jc w:val="right"/>
      </w:pPr>
      <w:r>
        <w:t>ذرا تصور کیجئے اس اس اس سین کو جب کہ مدینے کے باہر ایک پہاڑ تھا "احد"۔ وہاں وہ لوگ آ کر کے یعنی جمع ہوئے۔</w:t>
      </w:r>
    </w:p>
    <w:p>
      <w:r>
        <w:rPr>
          <w:b/>
        </w:rPr>
        <w:t xml:space="preserve">[55:37] </w:t>
      </w:r>
      <w:r>
        <w:t>phir in logon ko nikalna para, wahan par larai hui aur phir shikast hui.</w:t>
      </w:r>
    </w:p>
    <w:p>
      <w:pPr>
        <w:jc w:val="right"/>
      </w:pPr>
      <w:r>
        <w:t>پھر ان لوگوں کو نکلنا پڑا، وہاں پر لڑائی ہوئی اور پھر شکست ہوئی۔</w:t>
      </w:r>
    </w:p>
    <w:p>
      <w:r>
        <w:rPr>
          <w:b/>
        </w:rPr>
        <w:t xml:space="preserve">[55:44] </w:t>
      </w:r>
      <w:r>
        <w:t>aur is ke baad jo jo jeete thay, jo log woh naarah laga rahay hain ke "la uzza wa la uzza alaikum"۔ yahan se kaha gaya hai ke "Allah maulana wa la maula alaikum"۔</w:t>
      </w:r>
    </w:p>
    <w:p>
      <w:pPr>
        <w:jc w:val="right"/>
      </w:pPr>
      <w:r>
        <w:t>اور اس کے بعد جو جو جیتے تھے، جو لوگ وہ نعرہ لگا رہے ہیں کہ "لا عزہ ولا عزہ علیکم"۔ یہاں سے کہا گیا ہے کہ "اللہ مولانا ولا مولا علیکم"۔</w:t>
      </w:r>
    </w:p>
    <w:p>
      <w:r>
        <w:rPr>
          <w:b/>
        </w:rPr>
        <w:t xml:space="preserve">[55:56] </w:t>
      </w:r>
      <w:r>
        <w:t>khuda hamara saathi hai, khuda hamara madad kar, madad madad karne wala hai aur tumhare paas koi khuda nahin۔</w:t>
      </w:r>
    </w:p>
    <w:p>
      <w:pPr>
        <w:jc w:val="right"/>
      </w:pPr>
      <w:r>
        <w:t>خدا ہمارا ساتھی ہے، خدا ہمارا مدد کر، مدد مدد کرنے والا ہے اور تمہارے پاس کوئی خدا نہیں۔</w:t>
      </w:r>
    </w:p>
    <w:p>
      <w:r>
        <w:rPr>
          <w:b/>
        </w:rPr>
        <w:t xml:space="preserve">[56:07] </w:t>
      </w:r>
      <w:r>
        <w:t>is se unhon ne jo jo jo un ke yaqeen hasil hua, yaqeen woh ghalati hai. kya hua ke aakhir mein shikast inhi ko hui, musalmanon ko fateh hui, poora arab musalmanon ke paas aa gaya, makkah fateh hua۔</w:t>
      </w:r>
    </w:p>
    <w:p>
      <w:pPr>
        <w:jc w:val="right"/>
      </w:pPr>
      <w:r>
        <w:t>اس سے انہوں نے جو جو جو ان کے یقین حاصل ہوا، یقین وہ غلطی ہے۔ کیا ہوا کہ آخر میں شکست انہی کو ہوئی، مسلمانوں کو فتح ہوئی، پورا عرب مسلمانوں کے پاس آ گیا، مکہ فتح ہوا۔</w:t>
      </w:r>
    </w:p>
    <w:p>
      <w:r>
        <w:rPr>
          <w:b/>
        </w:rPr>
        <w:t xml:space="preserve">[56:21] </w:t>
      </w:r>
      <w:r>
        <w:t>is ke baad hi yeh sab waqeat hue۔</w:t>
      </w:r>
    </w:p>
    <w:p>
      <w:pPr>
        <w:jc w:val="right"/>
      </w:pPr>
      <w:r>
        <w:t>اس کے بعد ہی یہ سب واقعات ہوئے۔</w:t>
      </w:r>
    </w:p>
    <w:p>
      <w:r>
        <w:rPr>
          <w:b/>
        </w:rPr>
        <w:t xml:space="preserve">[56:24] </w:t>
      </w:r>
      <w:r>
        <w:t>to jis waqt koi bhi crisis ho, koi bhi problem ho to aap ke paas yeh formula hona chahiye ke khuda hamare sath hai aur khuda se bara koi nahin۔</w:t>
      </w:r>
    </w:p>
    <w:p>
      <w:pPr>
        <w:jc w:val="right"/>
      </w:pPr>
      <w:r>
        <w:t>تو جس وقت کوئی بھی کرائسز ہو، کوئی بھی پرابلم ہو تو آپ کے پاس یہ فارمولا ہونا چاہیے کہ خدا ہمارے ساتھ ہے اور خدا سے بڑا کوئی نہیں۔</w:t>
      </w:r>
    </w:p>
    <w:p>
      <w:r>
        <w:rPr>
          <w:b/>
        </w:rPr>
        <w:t xml:space="preserve">[56:41] </w:t>
      </w:r>
      <w:r>
        <w:t>yahi formula hai aur koi doosra formula nahin۔</w:t>
      </w:r>
    </w:p>
    <w:p>
      <w:pPr>
        <w:jc w:val="right"/>
      </w:pPr>
      <w:r>
        <w:t>یہی فارمولا ہے اور کوئی دوسرا فارمولا نہیں۔</w:t>
      </w:r>
    </w:p>
    <w:p>
      <w:r>
        <w:rPr>
          <w:b/>
        </w:rPr>
        <w:t xml:space="preserve">[56:52] </w:t>
      </w:r>
      <w:r>
        <w:t>to mera mein ne jo kaha is ka khulasa yeh hai ke is dunya mein hamein bar bar problem paish atay hain۔</w:t>
      </w:r>
    </w:p>
    <w:p>
      <w:pPr>
        <w:jc w:val="right"/>
      </w:pPr>
      <w:r>
        <w:t>تو میرا میں نے جو کہا اس کا خلاصہ یہ ہے کہ اس دنیا میں ہمیں بار بار پرابلم پیش آتے ہیں۔</w:t>
      </w:r>
    </w:p>
    <w:p>
      <w:r>
        <w:rPr>
          <w:b/>
        </w:rPr>
        <w:t xml:space="preserve">[57:02] </w:t>
      </w:r>
      <w:r>
        <w:t>is dunya mein hamein apne emotions ka aik ke liye aik focus chahiye. yeh hamari insan honay ke aitbar se hamari zaroorat hai۔</w:t>
      </w:r>
    </w:p>
    <w:p>
      <w:pPr>
        <w:jc w:val="right"/>
      </w:pPr>
      <w:r>
        <w:t>اس دنیا میں ہمیں اپنے ایموشنز کا ایک کے لیے ایک فوکس چاہیے۔ یہ ہماری انسان ہونے کے اعتبار سے ہماری ضرورت ہے۔</w:t>
      </w:r>
    </w:p>
    <w:p>
      <w:r>
        <w:rPr>
          <w:b/>
        </w:rPr>
        <w:t xml:space="preserve">[57:13] </w:t>
      </w:r>
      <w:r>
        <w:t>to is baat ka aik hi sahi jawab hai, woh hai khuda ko apna khuda banana۔</w:t>
      </w:r>
    </w:p>
    <w:p>
      <w:pPr>
        <w:jc w:val="right"/>
      </w:pPr>
      <w:r>
        <w:t>تو اس بات کا ایک ہی صحیح جواب ہے، وہ ہے خدا کو اپنا خدا بنانا۔</w:t>
      </w:r>
    </w:p>
    <w:p>
      <w:r>
        <w:rPr>
          <w:b/>
        </w:rPr>
        <w:t xml:space="preserve">[57:21] </w:t>
      </w:r>
      <w:r>
        <w:t>khuda ke siwa doosri kisi cheez ko apna aap concern banayein ge to is siwa nakami ke aur kuch bhi nahin۔</w:t>
      </w:r>
    </w:p>
    <w:p>
      <w:pPr>
        <w:jc w:val="right"/>
      </w:pPr>
      <w:r>
        <w:t>خدا کے سوا دوسری کسی چیز کو اپنا آپ کنسرن بنائیں گے تو اس سوا ناکامی کے اور کچھ بھی نہیں۔</w:t>
      </w:r>
    </w:p>
    <w:p>
      <w:r>
        <w:rPr>
          <w:b/>
        </w:rPr>
        <w:t xml:space="preserve">[57:31] </w:t>
      </w:r>
      <w:r>
        <w:t>aqool qawli haza wastaghfirullaha li walakum ajmaeen۔</w:t>
      </w:r>
    </w:p>
    <w:p>
      <w:pPr>
        <w:jc w:val="right"/>
      </w:pPr>
      <w:r>
        <w:t>اقول قولیھذا واستغفراللہ لیولکم اجمعین۔</w:t>
      </w:r>
    </w:p>
    <w:p>
      <w:r>
        <w:rPr>
          <w:b/>
        </w:rPr>
        <w:t xml:space="preserve">[57:45] </w:t>
      </w:r>
      <w:r>
        <w:t>ah, das question is from mr adam shafi۔</w:t>
      </w:r>
    </w:p>
    <w:p>
      <w:pPr>
        <w:jc w:val="right"/>
      </w:pPr>
      <w:r>
        <w:t>اہ، دس کوئسچن از فرام مسٹر آدم شفیع۔</w:t>
      </w:r>
    </w:p>
    <w:p>
      <w:r>
        <w:rPr>
          <w:b/>
        </w:rPr>
        <w:t xml:space="preserve">[57:49] </w:t>
      </w:r>
      <w:r>
        <w:t>while god is singular, why he himself addresses in quran as we in plural؟</w:t>
      </w:r>
    </w:p>
    <w:p>
      <w:pPr>
        <w:jc w:val="right"/>
      </w:pPr>
      <w:r>
        <w:t>وائل گاڈ از سنگولر، وائی ہی ہم سیلف ایڈریسز ان قرآن ایز وی ان پلورل؟</w:t>
      </w:r>
    </w:p>
    <w:p>
      <w:r>
        <w:rPr>
          <w:b/>
        </w:rPr>
        <w:t xml:space="preserve">[57:58] </w:t>
      </w:r>
      <w:r>
        <w:t>can you kindly explain؟</w:t>
      </w:r>
    </w:p>
    <w:p>
      <w:pPr>
        <w:jc w:val="right"/>
      </w:pPr>
      <w:r>
        <w:t>کین یو کائنڈلی ایکسپلین؟</w:t>
      </w:r>
    </w:p>
    <w:p>
      <w:r>
        <w:rPr>
          <w:b/>
        </w:rPr>
        <w:t xml:space="preserve">[58:08] </w:t>
      </w:r>
      <w:r>
        <w:t>dekhein, is tarah question koi question nahin hota, yeh yani confusion hota hai. you have to differentiate between question and confusion۔</w:t>
      </w:r>
    </w:p>
    <w:p>
      <w:pPr>
        <w:jc w:val="right"/>
      </w:pPr>
      <w:r>
        <w:t>دیکھیں، اس طرح کوئسچن کوئی کوئسچن نہیں ہوتا، یہ یعنی کنفیوژن ہوتا ہے۔ یو ہیو ٹو ڈیفرنشیٹ بٹوین کوئسچن اینڈ کنفیوژن۔</w:t>
      </w:r>
    </w:p>
    <w:p>
      <w:r>
        <w:rPr>
          <w:b/>
        </w:rPr>
        <w:t xml:space="preserve">[58:21] </w:t>
      </w:r>
      <w:r>
        <w:t>yeh kon se kabhi hum hi kabhi mein ki zaban mein bolte hain, kabhi hum ki zaban mein bolte hain. is mein kya hai? yani yani jo kehte hain "here is splitting"۔</w:t>
      </w:r>
    </w:p>
    <w:p>
      <w:pPr>
        <w:jc w:val="right"/>
      </w:pPr>
      <w:r>
        <w:t>یہ کون سے کبھی ہم ہی کبھی میں کی زبان میں بولتے ہیں، کبھی ہم کی زبان میں بولتے ہیں۔ اس میں کیا ہے؟ یعنی یعنی جو کہتے ہیں "ہیر از سپلٹنگ"۔</w:t>
      </w:r>
    </w:p>
    <w:p>
      <w:r>
        <w:rPr>
          <w:b/>
        </w:rPr>
        <w:t xml:space="preserve">[58:32] </w:t>
      </w:r>
      <w:r>
        <w:t>dekhein, "here is splitting" jo hai woh hamesha buri hoti hai, chahe khuda ke mamle ho ya insanon ke mamle mein ho. yeh koi singular hai ya plural؟</w:t>
      </w:r>
    </w:p>
    <w:p>
      <w:pPr>
        <w:jc w:val="right"/>
      </w:pPr>
      <w:r>
        <w:t>دیکھیں، "ہیر از سپلٹنگ" جو ہے وہ ہمیشہ بری ہوتی ہے، چاہے خدا کے معاملے ہو یا انسانوں کے معاملے میں ہو۔ یہ کوئی سنگولر ہے یا پلورل؟</w:t>
      </w:r>
    </w:p>
    <w:p>
      <w:r>
        <w:rPr>
          <w:b/>
        </w:rPr>
        <w:t xml:space="preserve">[58:42] </w:t>
      </w:r>
      <w:r>
        <w:t>hum aap bhi kabhi mein bolte thay, kabhi hum bolte hain. aise khuda bhi kabhi mein bolta hai, kabhi hum bolte hain۔</w:t>
      </w:r>
    </w:p>
    <w:p>
      <w:pPr>
        <w:jc w:val="right"/>
      </w:pPr>
      <w:r>
        <w:t>ہم آپ بھی کبھی میں بولتے تھے، کبھی ہم بولتے ہیں۔ ایسے خدا بھی کبھی میں بولتا ہے، کبھی ہم بولتے ہیں۔</w:t>
      </w:r>
    </w:p>
    <w:p>
      <w:r>
        <w:rPr>
          <w:b/>
        </w:rPr>
        <w:t xml:space="preserve">[58:49] </w:t>
      </w:r>
      <w:r>
        <w:t>khuda bas aik hai aur kuch nahin hai. this question is from mr muhammad sirajuddin. in contrast to the theory of evolution, don't you think that it is more probable that man was in the full light of deen right from the beginning؟</w:t>
      </w:r>
    </w:p>
    <w:p>
      <w:pPr>
        <w:jc w:val="right"/>
      </w:pPr>
      <w:r>
        <w:t>خدا بس ایک ہے اور کچھ نہیں ہے۔ دس کوئسچن از فرام مسٹر محمد سراج الدین۔ ان کنٹراسٹ ٹو دا تھیوری اف ایولوشن، ڈونٹ یو تھنک دیٹ اٹ از مور پروبیبل دیٹ مین واز ان دا فل لائٹ اف دین رائٹ فرام دا بگننگ؟</w:t>
      </w:r>
    </w:p>
    <w:p>
      <w:r>
        <w:rPr>
          <w:b/>
        </w:rPr>
        <w:t xml:space="preserve">[59:11] </w:t>
      </w:r>
      <w:r>
        <w:t>and only degeneration and regeneration must have occurred in cycles till this ti</w:t>
      </w:r>
    </w:p>
    <w:p>
      <w:pPr>
        <w:jc w:val="right"/>
      </w:pPr>
      <w:r>
        <w:t>اینڈ اونلی ڈی جنریشن اینڈ ری جنریشن مسٹ ہیو اکرڈ ان سائیکلز ٹل دس ٹائ</w:t>
      </w:r>
    </w:p>
    <w:p>
      <w:r>
        <w:rPr>
          <w:b/>
        </w:rPr>
        <w:t xml:space="preserve">[59:18] </w:t>
      </w:r>
      <w:r>
        <w:t>m? hum to yahi kehte hain, hum evolution ko nahin mante. theory of evolution mein bar bar keh chuka hoon ke yeh mahaz aik theory hai, koi fact nahin hai۔</w:t>
      </w:r>
    </w:p>
    <w:p>
      <w:pPr>
        <w:jc w:val="right"/>
      </w:pPr>
      <w:r>
        <w:t>م؟ ہم تو یہی کہتے ہیں، ہم ایولوشن کو نہیں مانتے۔ تھیوری اف ایولوشن میں بار بار کہہ چکا ہوں کہ یہ محض ایک تھیوری ہے، کوئی فیکٹ نہیں ہے۔</w:t>
      </w:r>
    </w:p>
    <w:p>
      <w:r>
        <w:rPr>
          <w:b/>
        </w:rPr>
        <w:t xml:space="preserve">[59:33] </w:t>
      </w:r>
      <w:r>
        <w:t>aur hamara manna yeh hai ke khuda ne jo material world hai, is ko to khuda ne gradual tareeqa banaya ke pehle yeh sabaye zameen jo hai, pehle aag ka gola thi, phir thandi hui, phir pani aaya, phir rab, phir plant ugay۔</w:t>
      </w:r>
    </w:p>
    <w:p>
      <w:pPr>
        <w:jc w:val="right"/>
      </w:pPr>
      <w:r>
        <w:t>اور ہمارا ماننا یہ ہے کہ خدا نے جو مٹیریل ورلڈ ہے، اس کو تو خدا نے گریجول طریقہ بنایا کہ پہلے یہ سبائے زمین جو ہے، پہلے اگ کا گولا تھی، پھر ٹھنڈی ہوئی، پھر پانی آیا، پھر رب، پھر پلانٹ اگے۔</w:t>
      </w:r>
    </w:p>
    <w:p>
      <w:r>
        <w:rPr>
          <w:b/>
        </w:rPr>
        <w:t xml:space="preserve">[59:52] </w:t>
      </w:r>
      <w:r>
        <w:t>yeh hum mante hain ke yahan par gradual tareeqay se hua yeh sab, yani quran ke mutabiq six period mein۔</w:t>
      </w:r>
    </w:p>
    <w:p>
      <w:pPr>
        <w:jc w:val="right"/>
      </w:pPr>
      <w:r>
        <w:t>یہ ہم مانتے ہیں کہ یہاں پر گریجول طریقے سے ہوا یہ سب، یعنی قرآن کے مطابق سکس پیریڈ میں۔</w:t>
      </w:r>
    </w:p>
    <w:p>
      <w:r>
        <w:rPr>
          <w:b/>
        </w:rPr>
        <w:t xml:space="preserve">[1:00:01] </w:t>
      </w:r>
      <w:r>
        <w:t>ke jahan tak insan ki baat hai, pehla insan bhi itna hi complete tha jaise ke aaj ka insan, yani adam mein aur aristotle mein koi difference nahin tha۔</w:t>
      </w:r>
    </w:p>
    <w:p>
      <w:pPr>
        <w:jc w:val="right"/>
      </w:pPr>
      <w:r>
        <w:t>کہ جہاں تک انسان کی بات ہے، پہلا انسان بھی اتنا ہی کمپلیٹ تھا جیسے کہ آج کا انسان، یعنی آدم میں اور ارسٹارٹل میں کوئی ڈیفرنس نہیں تھا۔</w:t>
      </w:r>
    </w:p>
    <w:p>
      <w:r>
        <w:rPr>
          <w:b/>
        </w:rPr>
        <w:t xml:space="preserve">[1:00:13] </w:t>
      </w:r>
      <w:r>
        <w:t>adam mein newton mein koi difference nahi tha. woh sari capabilities jo aaj ke insan mein hain, wahi adam mein bhi theen.</w:t>
      </w:r>
    </w:p>
    <w:p>
      <w:pPr>
        <w:jc w:val="right"/>
      </w:pPr>
      <w:r>
        <w:t>آدم میں نیوٹن میں کوئی ڈیفرنس نہیں تھا۔ وہ ساری کیپیبلٹیز جو آج کے انسان میں ہیں، وہی آدم میں بھی تھیں۔</w:t>
      </w:r>
    </w:p>
    <w:p>
      <w:r>
        <w:rPr>
          <w:b/>
        </w:rPr>
        <w:t xml:space="preserve">[1:00:23] </w:t>
      </w:r>
      <w:r>
        <w:t>to aur khuda ne adam hi ko nabi bhi banaya tha.</w:t>
      </w:r>
    </w:p>
    <w:p>
      <w:pPr>
        <w:jc w:val="right"/>
      </w:pPr>
      <w:r>
        <w:t>تو اور خدا نے آدم ہی کو نبی بھی بنایا تھا۔</w:t>
      </w:r>
    </w:p>
    <w:p>
      <w:r>
        <w:rPr>
          <w:b/>
        </w:rPr>
        <w:t xml:space="preserve">[1:00:28] </w:t>
      </w:r>
      <w:r>
        <w:t>isi waqt se deen bhi shuru hua aur deen mein bhi koi kamil, koi naqis nahi hai. deen hamesha hi kamil raha hai, adam ka ho, chahe baad ka ho.</w:t>
      </w:r>
    </w:p>
    <w:p>
      <w:pPr>
        <w:jc w:val="right"/>
      </w:pPr>
      <w:r>
        <w:t>اسی وقت سے دین بھی شروع ہوا اور دین میں بھی کوئی کامل، کوئی ناقص نہیں ہے۔ دین ہمیشہ ہی کامل رہا ہے، آدم کا ہو، چاہے بعد کا ہو۔</w:t>
      </w:r>
    </w:p>
    <w:p>
      <w:r>
        <w:rPr>
          <w:b/>
        </w:rPr>
        <w:t xml:space="preserve">[1:00:41] </w:t>
      </w:r>
      <w:r>
        <w:t>albata wahi aap ne sahi kaha ke degeneration hota hai, yani ek ek, yani ek prophet aata hai, apne contemporaries ko woh batata hai, in logon ke deconditioning karta hai,</w:t>
      </w:r>
    </w:p>
    <w:p>
      <w:pPr>
        <w:jc w:val="right"/>
      </w:pPr>
      <w:r>
        <w:t>البتہ وہی آپ نے صحیح کہا کہ ڈی جنریشن ہوتا ہے، یعنی ایک ایک، یعنی ایک پرافٹ آتا ہے، اپنے کنٹیمپریز کو وہ بتاتا ہے، ان لوگوں کے ڈی کنڈیشن کرتا ہے،</w:t>
      </w:r>
    </w:p>
    <w:p>
      <w:r>
        <w:rPr>
          <w:b/>
        </w:rPr>
        <w:t xml:space="preserve">[1:00:58] </w:t>
      </w:r>
      <w:r>
        <w:t>in ko sachai milti hai. lekin agli nasal jo hai, un ke bete aur pote, phir un mein bigaad aa jata hai.</w:t>
      </w:r>
    </w:p>
    <w:p>
      <w:pPr>
        <w:jc w:val="right"/>
      </w:pPr>
      <w:r>
        <w:t>ان کو سچائی ملتی ہے۔ لیکن اگلی نسل جو ہے، ان کے بیٹے اور پوتے، پھر ان میں بگاڑ آ جاتا ہے۔</w:t>
      </w:r>
    </w:p>
    <w:p>
      <w:r>
        <w:rPr>
          <w:b/>
        </w:rPr>
        <w:t xml:space="preserve">[1:01:06] </w:t>
      </w:r>
      <w:r>
        <w:t>yeh bar bar hota raha hai, bar bar hota raha hai aur aaj bhi yahi process jari hai. to kabhi bhi chounke insan aisa nahi hai ke pahaar ki tarah se hai, woh khada hua hai hamesha ke liye.</w:t>
      </w:r>
    </w:p>
    <w:p>
      <w:pPr>
        <w:jc w:val="right"/>
      </w:pPr>
      <w:r>
        <w:t>یہ بار بار ہوتا رہا ہے، بار بار ہوتا رہا ہے اور آج بھی یہی پراسیس جاری ہے۔ تو کبھی بھی چونکہ انسان ایسا نہیں ہے کہ پہاڑ کی طرح سے ہے، وہ کھڑا ہوا ہے ہمیشہ کے لیے۔</w:t>
      </w:r>
    </w:p>
    <w:p>
      <w:r>
        <w:rPr>
          <w:b/>
        </w:rPr>
        <w:t xml:space="preserve">[1:01:19] </w:t>
      </w:r>
      <w:r>
        <w:t>insan to marta hai, phir nai generation aati hai. to har nai generation mein hamein revival ka kaam karna parta hai. is liye pehle prophet the, ab ab mujaddid hote hain,</w:t>
      </w:r>
    </w:p>
    <w:p>
      <w:pPr>
        <w:jc w:val="right"/>
      </w:pPr>
      <w:r>
        <w:t>انسان تو مرتا ہے، پھر نئی جنریشن آتی ہے۔ تو ہر نئی جنریشن میں ہمیں ریوائیول کا کام کرنا پڑتا ہے۔ اس لیے پہلے پرافٹ تھے، اب اب مجدد ہوتے ہیں،</w:t>
      </w:r>
    </w:p>
    <w:p>
      <w:r>
        <w:rPr>
          <w:b/>
        </w:rPr>
        <w:t xml:space="preserve">[1:01:33] </w:t>
      </w:r>
      <w:r>
        <w:t>isi liye. to yeh baat aap ki theek hai.</w:t>
      </w:r>
    </w:p>
    <w:p>
      <w:pPr>
        <w:jc w:val="right"/>
      </w:pPr>
      <w:r>
        <w:t>اسی لیے۔ تو یہ بات آپ کی ٹھیک ہے۔</w:t>
      </w:r>
    </w:p>
    <w:p>
      <w:r>
        <w:rPr>
          <w:b/>
        </w:rPr>
        <w:t xml:space="preserve">[1:01:41] </w:t>
      </w:r>
      <w:r>
        <w:t>ah, das question is from mr idrees. what is the view of islam on dua for sick persons cure and long life?</w:t>
      </w:r>
    </w:p>
    <w:p>
      <w:pPr>
        <w:jc w:val="right"/>
      </w:pPr>
      <w:r>
        <w:t>اہ، دس کوئسچن از فرام مسٹر ادریس۔ واٹ از دا ویو اف اسلام ان دعا فار سکھ پرسنز کیور اینڈ لانگ لائف؟</w:t>
      </w:r>
    </w:p>
    <w:p>
      <w:r>
        <w:rPr>
          <w:b/>
        </w:rPr>
        <w:t xml:space="preserve">[1:01:54] </w:t>
      </w:r>
      <w:r>
        <w:t>dekhein, dua jo hai, woh koi mantra nahi hai, apne aap mein effective ho, aisa nahi hai ke log samajhte hain kuch words hote hain, woh words apne aap mein effective hote hain,</w:t>
      </w:r>
    </w:p>
    <w:p>
      <w:pPr>
        <w:jc w:val="right"/>
      </w:pPr>
      <w:r>
        <w:t>دیکھیں، دعا جو ہے، وہ کوئی منتر نہیں ہے، اپنے آپ میں ایفیکٹیو ہو، ایسا نہیں ہے کہ لوگ سمجھتے ہیں کچھ शब्द ہوتے ہیں، وہ शब्द اپنے آپ میں ایفیکٹیو ہوتے ہیں،</w:t>
      </w:r>
    </w:p>
    <w:p>
      <w:r>
        <w:rPr>
          <w:b/>
        </w:rPr>
        <w:t xml:space="preserve">[1:02:08] </w:t>
      </w:r>
      <w:r>
        <w:t>jis ko mantra kehte hain.</w:t>
      </w:r>
    </w:p>
    <w:p>
      <w:pPr>
        <w:jc w:val="right"/>
      </w:pPr>
      <w:r>
        <w:t>جس کو منتر کہتے ہیں۔</w:t>
      </w:r>
    </w:p>
    <w:p>
      <w:r>
        <w:rPr>
          <w:b/>
        </w:rPr>
        <w:t xml:space="preserve">[1:02:09] </w:t>
      </w:r>
      <w:r>
        <w:t>mantra ka jo concept hai, woh yahi hai ke mantra se apne aap mein hi kuch in mein mischievous quality hoti hai. to aisa dua, dua ka concept yeh nahi hai.</w:t>
      </w:r>
    </w:p>
    <w:p>
      <w:pPr>
        <w:jc w:val="right"/>
      </w:pPr>
      <w:r>
        <w:t>منتر کا جو کانسیپٹ ہے، وہ یہی ہے کہ منتر سے اپنے آپ میں ہی کچھ ان میں مسچیس کوالٹی ہوتی ہے۔ تو ایسا دعا، دعا کا کانسیپٹ یہ نہیں ہے۔</w:t>
      </w:r>
    </w:p>
    <w:p>
      <w:r>
        <w:rPr>
          <w:b/>
        </w:rPr>
        <w:t xml:space="preserve">[1:02:20] </w:t>
      </w:r>
      <w:r>
        <w:t>islam mein dua to dua ke mani hain pukarna. hum khuda ko pukarte hain, khuda chahega to acha kar dega, khuda chahega to nahi acha hoga.</w:t>
      </w:r>
    </w:p>
    <w:p>
      <w:pPr>
        <w:jc w:val="right"/>
      </w:pPr>
      <w:r>
        <w:t>اسلام میں دعا تو دعا کے معنی ہیں پکارنا۔ ہم خدا کو پکارتے ہیں، خدا چاہے گا تو اچھا کر دے گا، خدا چاہے گا تو نہیں اچھا ہوگا۔</w:t>
      </w:r>
    </w:p>
    <w:p>
      <w:r>
        <w:rPr>
          <w:b/>
        </w:rPr>
        <w:t xml:space="preserve">[1:02:34] </w:t>
      </w:r>
      <w:r>
        <w:t>to islam mein dua concept jo hai, woh yahi hai ke hum kuch bol kar ke urdu mein bolen ya arabi ko bolen ya kisi aur language mein bolen, to woh jo words hum bolte hain, un words mein koi mysterious cheez ho, aisa nahi hai.</w:t>
      </w:r>
    </w:p>
    <w:p>
      <w:pPr>
        <w:jc w:val="right"/>
      </w:pPr>
      <w:r>
        <w:t>تو اسلام میں دعا کانسیپٹ جو ہے، وہ یہی ہے کہ ہم کچھ بول کر کے اردو میں بولیں یا عربی کو بولیں یا کسی اور لینگویج میں بولیں، تو وہ جو शब्द ہم بولتے ہیں، ان शब्दوں میں کوئی مسیرس چیز ہو، ایسا نہیں ہے۔</w:t>
      </w:r>
    </w:p>
    <w:p>
      <w:r>
        <w:rPr>
          <w:b/>
        </w:rPr>
        <w:t xml:space="preserve">[1:02:57] </w:t>
      </w:r>
      <w:r>
        <w:t>bas yahi ke hum khuda ko dua karte hain. khuda ne agar sun liya to agar us ne acha kar diya to acha ho jayega. aadmi</w:t>
      </w:r>
    </w:p>
    <w:p>
      <w:pPr>
        <w:jc w:val="right"/>
      </w:pPr>
      <w:r>
        <w:t>بس یہی کہ ہم خدا کو دعا کرتے ہیں۔ خدا نے اگر سن لیا تو اگر اس نے اچھا کر دیا تو اچھا ہو جائے گا۔ آدمی</w:t>
      </w:r>
    </w:p>
    <w:p>
      <w:r>
        <w:rPr>
          <w:b/>
        </w:rPr>
        <w:t xml:space="preserve">[1:03:08] </w:t>
      </w:r>
      <w:r>
        <w:t>it depends upon god. yeh hai concept dua ka islam mein. das question is from ramish.</w:t>
      </w:r>
    </w:p>
    <w:p>
      <w:pPr>
        <w:jc w:val="right"/>
      </w:pPr>
      <w:r>
        <w:t>اٹ ڈیپینڈز اپون گاڈ۔ یہ ہے کانسیپٹ دعا کا اسلام میں۔ دس کوئسچن از فرام رامش۔</w:t>
      </w:r>
    </w:p>
    <w:p>
      <w:r>
        <w:rPr>
          <w:b/>
        </w:rPr>
        <w:t xml:space="preserve">[1:03:19] </w:t>
      </w:r>
      <w:r>
        <w:t>what is the significance of friday prayers?</w:t>
      </w:r>
    </w:p>
    <w:p>
      <w:pPr>
        <w:jc w:val="right"/>
      </w:pPr>
      <w:r>
        <w:t>واٹ از دا سگنیفیکنس اف فرائیڈے پریئرز؟</w:t>
      </w:r>
    </w:p>
    <w:p>
      <w:r>
        <w:rPr>
          <w:b/>
        </w:rPr>
        <w:t xml:space="preserve">[1:03:22] </w:t>
      </w:r>
      <w:r>
        <w:t>why do muslims generally consider it more important to offer these prayers when they might not be offering the five times prayer regularly?</w:t>
      </w:r>
    </w:p>
    <w:p>
      <w:pPr>
        <w:jc w:val="right"/>
      </w:pPr>
      <w:r>
        <w:t>وائی ڈو مسلمز جنرلی کنسیڈر اٹ مور امپورٹنٹ ٹو افر دیز پریئرز وین دے مائٹ ناٹ بی افرنگ دا فائیو ٹائمز پریئر ریگولرلی؟</w:t>
      </w:r>
    </w:p>
    <w:p>
      <w:r>
        <w:rPr>
          <w:b/>
        </w:rPr>
        <w:t xml:space="preserve">[1:03:33] </w:t>
      </w:r>
      <w:r>
        <w:t>jo log farq karte hain juma mein aur doosri namazon mein, yeh sahi nahi hai. aisa nahi hai ke juma ko parh liya to baqi namazein parhne ki zaroorat nahi hai.</w:t>
      </w:r>
    </w:p>
    <w:p>
      <w:pPr>
        <w:jc w:val="right"/>
      </w:pPr>
      <w:r>
        <w:t>جو لوگ فرق کرتے ہیں جمعہ میں اور دوسری نمازوں میں، یہ صحیح نہیں ہے۔ ایسا نہیں ہے کہ جمعہ کو پڑھ لیا تو باقی نمازیں پڑھنے کی ضرورت نہیں ہے۔</w:t>
      </w:r>
    </w:p>
    <w:p>
      <w:r>
        <w:rPr>
          <w:b/>
        </w:rPr>
        <w:t xml:space="preserve">[1:03:44] </w:t>
      </w:r>
      <w:r>
        <w:t>aisa kuch bhi nahi hai, kuch bhi aisa nahi hai.</w:t>
      </w:r>
    </w:p>
    <w:p>
      <w:pPr>
        <w:jc w:val="right"/>
      </w:pPr>
      <w:r>
        <w:t>ایسا کچھ بھی نہیں ہے، کچھ بھی ایسا نہیں ہے۔</w:t>
      </w:r>
    </w:p>
    <w:p>
      <w:r>
        <w:rPr>
          <w:b/>
        </w:rPr>
        <w:t xml:space="preserve">[1:03:50] </w:t>
      </w:r>
      <w:r>
        <w:t>to balkeh yani hadith se to maloom hota hai ke jo log panch waqt namazein na parhein aur sirf juma parhein, to woh khuda ke haan acceptable nahi hai.</w:t>
      </w:r>
    </w:p>
    <w:p>
      <w:pPr>
        <w:jc w:val="right"/>
      </w:pPr>
      <w:r>
        <w:t>تو بلکہ یعنی حدیث سے تو معلوم ہوتا ہے کہ جو لوگ پانچ وقت نمازیں نہ پڑھیں اور صرف جمعہ پڑھیں، تو وہ خدا کے ہاں ایکسیپٹیبل نہیں ہے۔</w:t>
      </w:r>
    </w:p>
    <w:p>
      <w:r>
        <w:rPr>
          <w:b/>
        </w:rPr>
        <w:t xml:space="preserve">[1:04:00] </w:t>
      </w:r>
      <w:r>
        <w:t>woh panch waqt ki namaz ke baad hi juma khuda ko accept hota hai. aur doosri baat yeh hai ke juma ki namaz koi koi koi mysterious cheez nahi hai, woh bas woh congregational prayer hai.</w:t>
      </w:r>
    </w:p>
    <w:p>
      <w:pPr>
        <w:jc w:val="right"/>
      </w:pPr>
      <w:r>
        <w:t>وہ پانچ وقت کی نماز کے بعد ہی جمعہ خدا کو ایکسیپٹ ہوتا ہے۔ اور دوسری بات یہ ہے کہ جمعہ کی نماز کوئی کوئی کوئی مسٹیریس چیز نہیں ہے، وہ بس وہ کانگریگیشنل پریئر ہے۔</w:t>
      </w:r>
    </w:p>
    <w:p>
      <w:r>
        <w:rPr>
          <w:b/>
        </w:rPr>
        <w:t xml:space="preserve">[1:04:16] </w:t>
      </w:r>
      <w:r>
        <w:t>jis tarah panch waqt ki namaz jo hai jamaat ke sath, woh bhi congregational prayer hoti hai, woh zyada bada congregation hota hai. bas jo kuch importance hai juma ki, woh congregation ke aitbar se hai.</w:t>
      </w:r>
    </w:p>
    <w:p>
      <w:pPr>
        <w:jc w:val="right"/>
      </w:pPr>
      <w:r>
        <w:t>جس طرح پانچ وقت کی نماز جو ہے جماعت کے ساتھ، وہ بھی کانگریگیشنل پریئر ہوتی ہے، وہ زیادہ بڑا کانگریگیشن ہوتا ہے۔ بس جو کچھ امپورٹنس ہے جمعہ کی، وہ کانگریگیشن کے اعتبار سے ہے۔</w:t>
      </w:r>
    </w:p>
    <w:p>
      <w:r>
        <w:rPr>
          <w:b/>
        </w:rPr>
        <w:t xml:space="preserve">[1:04:30] </w:t>
      </w:r>
      <w:r>
        <w:t>yeh nahi ke woh kuch mein juma ka din hai to is mein koi khaas baat hai. yeh yeh yeh concept islam mein nahi hai.</w:t>
      </w:r>
    </w:p>
    <w:p>
      <w:pPr>
        <w:jc w:val="right"/>
      </w:pPr>
      <w:r>
        <w:t>یہ نہیں کہ وہ کچھ میں جمعہ کا دن ہے تو اس میں کوئی خاص بات ہے۔ یہ یہ یہ کانسیپٹ اسلام میں نہیں ہے۔</w:t>
      </w:r>
    </w:p>
    <w:p>
      <w:r>
        <w:rPr>
          <w:b/>
        </w:rPr>
        <w:t xml:space="preserve">[1:04:43] </w:t>
      </w:r>
      <w:r>
        <w:t>das question is from dr farida khanum.</w:t>
      </w:r>
    </w:p>
    <w:p>
      <w:pPr>
        <w:jc w:val="right"/>
      </w:pPr>
      <w:r>
        <w:t>دس کوئسچن از فرام ڈاکٹر فریدہ خانم۔</w:t>
      </w:r>
    </w:p>
    <w:p>
      <w:r>
        <w:rPr>
          <w:b/>
        </w:rPr>
        <w:t xml:space="preserve">[1:04:46] </w:t>
      </w:r>
      <w:r>
        <w:t>can a prayer be a substitute to true action?</w:t>
      </w:r>
    </w:p>
    <w:p>
      <w:pPr>
        <w:jc w:val="right"/>
      </w:pPr>
      <w:r>
        <w:t>کین ا پریئر بی ا سبسٹیٹیوٹ ٹو ٹرو ایکشن؟</w:t>
      </w:r>
    </w:p>
    <w:p>
      <w:r>
        <w:rPr>
          <w:b/>
        </w:rPr>
        <w:t xml:space="preserve">[1:04:57] </w:t>
      </w:r>
      <w:r>
        <w:t>dekhen, is ke bare mein jahan tak maine samjha hai, action jo hai</w:t>
      </w:r>
    </w:p>
    <w:p>
      <w:pPr>
        <w:jc w:val="right"/>
      </w:pPr>
      <w:r>
        <w:t>دیکھیں، اس کے بارے میں جہاں تک میں نے سمجھا ہے، ایکشن جو ہے</w:t>
      </w:r>
    </w:p>
    <w:p>
      <w:r>
        <w:rPr>
          <w:b/>
        </w:rPr>
        <w:t xml:space="preserve">[1:05:08] </w:t>
      </w:r>
      <w:r>
        <w:t>50 percent aur dua 50 percent.</w:t>
      </w:r>
    </w:p>
    <w:p>
      <w:pPr>
        <w:jc w:val="right"/>
      </w:pPr>
      <w:r>
        <w:t>50 پرسنٹ اور دعا 50 پرسنٹ۔</w:t>
      </w:r>
    </w:p>
    <w:p>
      <w:r>
        <w:rPr>
          <w:b/>
        </w:rPr>
        <w:t xml:space="preserve">[1:05:14] </w:t>
      </w:r>
      <w:r>
        <w:t>ek hadith mein hai ke ek ek sahabi ne rasool Allah se poocha,</w:t>
      </w:r>
    </w:p>
    <w:p>
      <w:pPr>
        <w:jc w:val="right"/>
      </w:pPr>
      <w:r>
        <w:t>ایک حدیث میں ہے کہ ایک ایک صحابی نے رسول اللہ سے پوچھا،</w:t>
      </w:r>
    </w:p>
    <w:p>
      <w:r>
        <w:rPr>
          <w:b/>
        </w:rPr>
        <w:t xml:space="preserve">[1:05:23] </w:t>
      </w:r>
      <w:r>
        <w:t>is ko kehte hain tokal, kehte hain is ko tokal. Maine Khuda par bharosa karna ke bas hum Khuda par bharosa kar len, baqi sab hota rahega ke tokal hi kafi hai aur kuch karna nahi hai.</w:t>
      </w:r>
    </w:p>
    <w:p>
      <w:pPr>
        <w:jc w:val="right"/>
      </w:pPr>
      <w:r>
        <w:t>اس کو کہتے ہیں توکل، کہتے ہیں اس کو توکل۔ میں نے خدا پر بھروسہ کرنا کہ بس ہم خدا پر بھروسہ کر لیں، باقی سب ہوتا رہے گا کہ توکل ہی کافی ہے اور کچھ کرنا نہیں ہے۔</w:t>
      </w:r>
    </w:p>
    <w:p>
      <w:r>
        <w:rPr>
          <w:b/>
        </w:rPr>
        <w:t xml:space="preserve">[1:05:39] </w:t>
      </w:r>
      <w:r>
        <w:t>to unhon ne poocha ke main oont ko le kar poocha, unhon ne ke main oont ko bandh kar tokal karoon?</w:t>
      </w:r>
    </w:p>
    <w:p>
      <w:pPr>
        <w:jc w:val="right"/>
      </w:pPr>
      <w:r>
        <w:t>تو انہوں نے پوچھا کہ میں اونٹ کو لے کر پوچھا، انہوں نے کہ میں اونٹ کو باندھ کر توکل کروں؟</w:t>
      </w:r>
    </w:p>
    <w:p>
      <w:r>
        <w:rPr>
          <w:b/>
        </w:rPr>
        <w:t xml:space="preserve">[1:05:47] </w:t>
      </w:r>
      <w:r>
        <w:t>tokal matlab Khuda par bharosa, trust.</w:t>
      </w:r>
    </w:p>
    <w:p>
      <w:pPr>
        <w:jc w:val="right"/>
      </w:pPr>
      <w:r>
        <w:t>توکل مطلب خدا پر بھروسہ، ٹرسٹ۔</w:t>
      </w:r>
    </w:p>
    <w:p>
      <w:r>
        <w:rPr>
          <w:b/>
        </w:rPr>
        <w:t xml:space="preserve">[1:05:51] </w:t>
      </w:r>
      <w:r>
        <w:t>to main oont ko bandh kar tokal karoon ya oont ko chhod kar tokal karoon ke chhod doon aur aur samhoon Khuda jo hai wo us ko le aayega mere paas dobara?</w:t>
      </w:r>
    </w:p>
    <w:p>
      <w:pPr>
        <w:jc w:val="right"/>
      </w:pPr>
      <w:r>
        <w:t>تو میں اونٹ کو باندھ کر توکل کروں یا اونٹ کو چھوڑ کر توکل کروں کہ چھوڑ دوں اور اور سمجھوں خدا جو ہے وہ اس کو لے آئے گا میرے پاس دوبارہ؟</w:t>
      </w:r>
    </w:p>
    <w:p>
      <w:r>
        <w:rPr>
          <w:b/>
        </w:rPr>
        <w:t xml:space="preserve">[1:06:02] </w:t>
      </w:r>
      <w:r>
        <w:t>to aap ne farmaya ke aqiluh fatawakkal, pehle bandho oont ko, phir Khuda par bharosa karo.</w:t>
      </w:r>
    </w:p>
    <w:p>
      <w:pPr>
        <w:jc w:val="right"/>
      </w:pPr>
      <w:r>
        <w:t>تو آپ نے فرمایا کہ اقلہ فتوکل، پہلے باندھو اونٹ کو، پھر خدا پر بھروسہ کرو۔</w:t>
      </w:r>
    </w:p>
    <w:p>
      <w:r>
        <w:rPr>
          <w:b/>
        </w:rPr>
        <w:t xml:space="preserve">[1:06:13] </w:t>
      </w:r>
      <w:r>
        <w:t>to asal cheez yeh hai ke yeh mamla 50 fifty ka hai,</w:t>
      </w:r>
    </w:p>
    <w:p>
      <w:pPr>
        <w:jc w:val="right"/>
      </w:pPr>
      <w:r>
        <w:t>تو اصل چیز یہ ہے کہ یہ معاملہ 50 فٹی کا ہے،</w:t>
      </w:r>
    </w:p>
    <w:p>
      <w:r>
        <w:rPr>
          <w:b/>
        </w:rPr>
        <w:t xml:space="preserve">[1:06:16] </w:t>
      </w:r>
      <w:r>
        <w:t>kyunki dunya mein hum test par hain, to hum ko to yani yeh bhi test hai.</w:t>
      </w:r>
    </w:p>
    <w:p>
      <w:pPr>
        <w:jc w:val="right"/>
      </w:pPr>
      <w:r>
        <w:t>کیونکہ دنیا میں ہم ٹیسٹ پر ہیں، تو ہم کو تو یعنی یہ بھی ٹیسٹ ہے۔</w:t>
      </w:r>
    </w:p>
    <w:p>
      <w:r>
        <w:rPr>
          <w:b/>
        </w:rPr>
        <w:t xml:space="preserve">[1:06:26] </w:t>
      </w:r>
      <w:r>
        <w:t>to dunya mein dekhen, yani jo jo asbab hain, yani jo</w:t>
      </w:r>
    </w:p>
    <w:p>
      <w:pPr>
        <w:jc w:val="right"/>
      </w:pPr>
      <w:r>
        <w:t>تو دنیا میں دیکھیں، یعنی جو جو اسباب ہیں، یعنی جو</w:t>
      </w:r>
    </w:p>
    <w:p>
      <w:r>
        <w:rPr>
          <w:b/>
        </w:rPr>
        <w:t xml:space="preserve">[1:06:38] </w:t>
      </w:r>
      <w:r>
        <w:t>jo factors kaam kar rahe hain, wo apne wo kaam karte rahenge. Wo</w:t>
      </w:r>
    </w:p>
    <w:p>
      <w:pPr>
        <w:jc w:val="right"/>
      </w:pPr>
      <w:r>
        <w:t>جو فیکٹرز کام کر رہے ہیں، وہ اپنے وہ کام کرتے رہیں گے۔ وہ</w:t>
      </w:r>
    </w:p>
    <w:p>
      <w:r>
        <w:rPr>
          <w:b/>
        </w:rPr>
        <w:t xml:space="preserve">[1:06:43] </w:t>
      </w:r>
      <w:r>
        <w:t>albata hamein koshish jo hai karna hai, isi koshish par hamein Allah taala ka, yani Allah taala ke hum ya to credit milega ya discredit kiye jayenge.</w:t>
      </w:r>
    </w:p>
    <w:p>
      <w:pPr>
        <w:jc w:val="right"/>
      </w:pPr>
      <w:r>
        <w:t>البتہ ہمیں کوشش جو ہے کرنا ہے، اسی کوشش پر ہمیں اللہ تعالی کا، یعنی اللہ تعالی کے ہم یا تو کریڈٹ ملے گا یا ڈسکریڈٹ کیے جائیں گے۔</w:t>
      </w:r>
    </w:p>
    <w:p>
      <w:r>
        <w:rPr>
          <w:b/>
        </w:rPr>
        <w:t xml:space="preserve">[1:06:56] </w:t>
      </w:r>
      <w:r>
        <w:t>yani 50 percent jo kaam kar rahe hain, deegar factors, wo us par hamari pakad nahi hai. Hum jo karenge, us par hamari pakad hai.</w:t>
      </w:r>
    </w:p>
    <w:p>
      <w:pPr>
        <w:jc w:val="right"/>
      </w:pPr>
      <w:r>
        <w:t>یعنی 50 پرسنٹ جو کام کر رہے ہیں، دیگر فیکٹرز، وہ اس پر ہماری پکڑ نہیں ہے۔ ہم جو کریں گے، اس پر ہماری پکڑ ہے۔</w:t>
      </w:r>
    </w:p>
    <w:p>
      <w:r>
        <w:rPr>
          <w:b/>
        </w:rPr>
        <w:t xml:space="preserve">[1:07:06] </w:t>
      </w:r>
      <w:r>
        <w:t>to main samjhta hoon ke hamein Khuda par poora bharosa karna hai, lekin yeh nahi samjhna ke bas hum ne agar yani sab, yani apni sari is koshish kar dali to bas nateeja zaroor niklega.</w:t>
      </w:r>
    </w:p>
    <w:p>
      <w:pPr>
        <w:jc w:val="right"/>
      </w:pPr>
      <w:r>
        <w:t>تو میں سمجھتا ہوں کہ ہمیں خدا پر پورا بھروسہ کرنا ہے، لیکن یہ نہیں سمجھنا کہ بس ہم نے اگر یعنی سب، یعنی اپنی ساری اس کوشش کر ڈالی تو بس نتیجہ ضرور نکلے گا۔</w:t>
      </w:r>
    </w:p>
    <w:p>
      <w:r>
        <w:rPr>
          <w:b/>
        </w:rPr>
        <w:t xml:space="preserve">[1:07:23] </w:t>
      </w:r>
      <w:r>
        <w:t>yani hamari koshish ke bawajood nateeja jab niklega, jab ke Khuda ki yani wo shamil ho, Khuda ki marzi shamil ho, to us waqt 50 percent yeh hai, 50 percent wo hai.</w:t>
      </w:r>
    </w:p>
    <w:p>
      <w:pPr>
        <w:jc w:val="right"/>
      </w:pPr>
      <w:r>
        <w:t>یعنی ہماری کوشش کے باوجود نتیجہ جب نکلے گا، جب کہ خدا کی یعنی وہ شامل ہو، خدا کی مرضی شامل ہو، تو اس وقت 50 پرسنٹ یہ ہے، 50 پرسنٹ وہ ہے۔</w:t>
      </w:r>
    </w:p>
    <w:p>
      <w:r>
        <w:rPr>
          <w:b/>
        </w:rPr>
        <w:t xml:space="preserve">[1:07:36] </w:t>
      </w:r>
      <w:r>
        <w:t>yeh baat samajh paya hoon is mamle mein. Wo is hadith se nikalta hai ke aqiluh fatawakkal, oont ko pehle bandho, phir Khuda par trust karo. To bandhna bhi hai aur trust bhi karna hai.</w:t>
      </w:r>
    </w:p>
    <w:p>
      <w:pPr>
        <w:jc w:val="right"/>
      </w:pPr>
      <w:r>
        <w:t>یہ بات سمجھ پایا ہوں اس معاملے میں۔ وہ اس حدیث سے نکلتا ہے کہ اقلہ فتوکل، اونٹ کو پہلے باندھو، پھر خدا پر ٹرسٹ کرو۔ تو باندھنا بھی ہے اور ٹرسٹ بھی کرنا ہے۔</w:t>
      </w:r>
    </w:p>
    <w:p>
      <w:r>
        <w:rPr>
          <w:b/>
        </w:rPr>
        <w:t xml:space="preserve">[1:07:46] </w:t>
      </w:r>
      <w:r>
        <w:t>to 50 percent bandhna hai, 50 percent trust karna hai.</w:t>
      </w:r>
    </w:p>
    <w:p>
      <w:pPr>
        <w:jc w:val="right"/>
      </w:pPr>
      <w:r>
        <w:t>تو 50 پرسنٹ باندھنا ہے، 50 پرسنٹ ٹرسٹ کرنا ہے۔</w:t>
      </w:r>
    </w:p>
    <w:p>
      <w:r>
        <w:rPr>
          <w:b/>
        </w:rPr>
        <w:t xml:space="preserve">[1:07:54] </w:t>
      </w:r>
      <w:r>
        <w:t>the question is from Aisha. Maulana, kindly say a few words on importance of time?</w:t>
      </w:r>
    </w:p>
    <w:p>
      <w:pPr>
        <w:jc w:val="right"/>
      </w:pPr>
      <w:r>
        <w:t>دس کوئسچن از فرام عائشہ۔ مولانا، کائنڈلی سے ا فیو ورڈز ان امپورٹنس اف ٹائم؟</w:t>
      </w:r>
    </w:p>
    <w:p>
      <w:r>
        <w:rPr>
          <w:b/>
        </w:rPr>
        <w:t xml:space="preserve">[1:08:07] </w:t>
      </w:r>
      <w:r>
        <w:t>dekhen, time to bilkul sahi kaha gaya hai ke time is money, balki time is everything.</w:t>
      </w:r>
    </w:p>
    <w:p>
      <w:pPr>
        <w:jc w:val="right"/>
      </w:pPr>
      <w:r>
        <w:t>دیکھیں، ٹائم تو بالکل صحیح کہا گیا ہے کہ ٹائم از منی، بلکہ ٹائم از ایوری تھنگ۔</w:t>
      </w:r>
    </w:p>
    <w:p>
      <w:r>
        <w:rPr>
          <w:b/>
        </w:rPr>
        <w:t xml:space="preserve">[1:08:17] </w:t>
      </w:r>
      <w:r>
        <w:t>kisi time hi ke andar to hum kaam karte hain. Time gaya to phir aap kahan kaam karenge? Time ke baghair kahan kaam karenge?</w:t>
      </w:r>
    </w:p>
    <w:p>
      <w:pPr>
        <w:jc w:val="right"/>
      </w:pPr>
      <w:r>
        <w:t>کسی ٹائم ہی کے اندر تو ہم کام کرتے ہیں۔ ٹائم گیا تو پھر آپ کہاں کام کریں گے؟ ٹائم کے بغیر کہاں کام کریں گے؟</w:t>
      </w:r>
    </w:p>
    <w:p>
      <w:r>
        <w:rPr>
          <w:b/>
        </w:rPr>
        <w:t xml:space="preserve">[1:08:25] </w:t>
      </w:r>
      <w:r>
        <w:t>hum subah hui to hamein ek barah ghante ka time mila. Us ko agar hum ne avail nahi kiya to phir khatam.</w:t>
      </w:r>
    </w:p>
    <w:p>
      <w:pPr>
        <w:jc w:val="right"/>
      </w:pPr>
      <w:r>
        <w:t>ہم صبح ہوئی تو ہمیں ایک بارہ گھنٹے کا ٹائم ملا۔ اس کو اگر ہم نے اویل نہیں کیا تو پھر ختم۔</w:t>
      </w:r>
    </w:p>
    <w:p>
      <w:r>
        <w:rPr>
          <w:b/>
        </w:rPr>
        <w:t xml:space="preserve">[1:08:35] </w:t>
      </w:r>
      <w:r>
        <w:t>kisi ne sahi kaha hai ke gaya waqt, phir hath aata nahi. To main samjhta hoon ke time management Islam mein farz ke darje mein hai.</w:t>
      </w:r>
    </w:p>
    <w:p>
      <w:pPr>
        <w:jc w:val="right"/>
      </w:pPr>
      <w:r>
        <w:t>کسی نے صحیح کہا ہے کہ گیا وقت، پھر ہاتھ آتا نہیں۔ تو میں سمجھتا ہوں کہ ٹائم مینجمنٹ اسلام میں فرض کے درجے میں ہے۔</w:t>
      </w:r>
    </w:p>
    <w:p>
      <w:r>
        <w:rPr>
          <w:b/>
        </w:rPr>
        <w:t xml:space="preserve">[1:08:46] </w:t>
      </w:r>
      <w:r>
        <w:t>aisa main is liye kehta hoon ke Quran mein namaz ke bare mein kaha gaya hai ke inna salata kanat alal momineen kitaba mauquta ke namaz faithful logon par time time ke sath farz ki gayi hai.</w:t>
      </w:r>
    </w:p>
    <w:p>
      <w:pPr>
        <w:jc w:val="right"/>
      </w:pPr>
      <w:r>
        <w:t>ایسا میں اس لیے کہتا ہوں کہ قرآن میں نماز کے بارے میں کہا گیا ہے کہ ان الصلاۃ کانت علی المومنین کتاب موقوتہ کہ نماز فیتھ فل لوگوں پر ٹائم ٹائم کے ساتھ فرض کی گئی ہے۔</w:t>
      </w:r>
    </w:p>
    <w:p>
      <w:r>
        <w:rPr>
          <w:b/>
        </w:rPr>
        <w:t xml:space="preserve">[1:09:00] </w:t>
      </w:r>
      <w:r>
        <w:t>time yani namaz ko time ke sath, aisa nahi ke jab chahe parh lo. is ka time fix kiya gaya hai. to namaz jo hai, wo sirf prayer nahi hai, wo poori zindagi ki training hai.</w:t>
      </w:r>
    </w:p>
    <w:p>
      <w:pPr>
        <w:jc w:val="right"/>
      </w:pPr>
      <w:r>
        <w:t>ٹائم یعنی نماز کو ٹائم کے ساتھ، ایسا نہیں کہ جب چاہے پڑھ لو۔ اس کا ٹائم فکس کیا گیا ہے۔ تو نماز جو ہے، وہ صرف پریئر نہیں ہے، وہ پوری زندگی کی ٹریننگ ہے۔</w:t>
      </w:r>
    </w:p>
    <w:p>
      <w:r>
        <w:rPr>
          <w:b/>
        </w:rPr>
        <w:t xml:space="preserve">[1:09:15] </w:t>
      </w:r>
      <w:r>
        <w:t>prayer ke liye</w:t>
      </w:r>
    </w:p>
    <w:p>
      <w:pPr>
        <w:jc w:val="right"/>
      </w:pPr>
      <w:r>
        <w:t>پریئر کے لیے</w:t>
      </w:r>
    </w:p>
    <w:p>
      <w:r>
        <w:rPr>
          <w:b/>
        </w:rPr>
        <w:t xml:space="preserve">[1:09:19] </w:t>
      </w:r>
      <w:r>
        <w:t>yani prayer ko time bound banana is baat ka lesson hai ke tum poori zindagi ko time time ke mutabiq guzaro</w:t>
      </w:r>
    </w:p>
    <w:p>
      <w:pPr>
        <w:jc w:val="right"/>
      </w:pPr>
      <w:r>
        <w:t>یعنی پریئر کو ٹائم باؤنڈ بنانا اس بات کا لیسن ہے کہ تم پوری زندگی کو ٹائم ٹائم کے مطابق گزار</w:t>
      </w:r>
    </w:p>
    <w:p>
      <w:r>
        <w:rPr>
          <w:b/>
        </w:rPr>
        <w:t xml:space="preserve">[1:09:29] </w:t>
      </w:r>
      <w:r>
        <w:t>wo. main samajhta hoon ke namaz jo hai, art of time management ka ka wo hai ke training hai.</w:t>
      </w:r>
    </w:p>
    <w:p>
      <w:pPr>
        <w:jc w:val="right"/>
      </w:pPr>
      <w:r>
        <w:t>و۔ میں سمجھتا ہوں کہ نماز جو ہے، ارٹ اف ٹائم مینجمنٹ کا کا وہ ہے کہ ٹریننگ ہے۔</w:t>
      </w:r>
    </w:p>
    <w:p>
      <w:r>
        <w:rPr>
          <w:b/>
        </w:rPr>
        <w:t xml:space="preserve">[1:09:39] </w:t>
      </w:r>
      <w:r>
        <w:t>namaz ek aitbar se prayer hai, doosre aitbar se wo art of time management ka sabak hai.</w:t>
      </w:r>
    </w:p>
    <w:p>
      <w:pPr>
        <w:jc w:val="right"/>
      </w:pPr>
      <w:r>
        <w:t>نماز ایک اعتبار سے پریئر ہے، دوسرے اعتبار سے وہ ارٹ اف ٹائم مینجمنٹ کا سبق ہے۔</w:t>
      </w:r>
    </w:p>
    <w:p>
      <w:r>
        <w:rPr>
          <w:b/>
        </w:rPr>
        <w:t xml:space="preserve">[1:09:51] </w:t>
      </w:r>
      <w:r>
        <w:t>this question is from mr idrees</w:t>
      </w:r>
    </w:p>
    <w:p>
      <w:pPr>
        <w:jc w:val="right"/>
      </w:pPr>
      <w:r>
        <w:t>دس کوئسچن از فرام مسٹر ادریس</w:t>
      </w:r>
    </w:p>
    <w:p>
      <w:r>
        <w:rPr>
          <w:b/>
        </w:rPr>
        <w:t xml:space="preserve">[1:09:54] </w:t>
      </w:r>
      <w:r>
        <w:t>if there is a problem, should one accept it as a will of god, and that there may be some good hidden in it, or should one try to overcome it by effort and dua?</w:t>
      </w:r>
    </w:p>
    <w:p>
      <w:pPr>
        <w:jc w:val="right"/>
      </w:pPr>
      <w:r>
        <w:t>۔ اف دیر از ا پرابلم، شوڈ ون ایکسیپٹ اٹ ایز ا ول اف گاڈ، اینڈ دیٹ دیر می بی سم گڈ ہڈن ان اٹ، اور شوڈ ون ٹرائی ٹو اوورکم اٹ بائے ایفرٹ اینڈ دعا؟</w:t>
      </w:r>
    </w:p>
    <w:p>
      <w:r>
        <w:rPr>
          <w:b/>
        </w:rPr>
        <w:t xml:space="preserve">[1:10:08] </w:t>
      </w:r>
      <w:r>
        <w:t>please guide what should be the criteria to decide to either accept it as a problem or struggle against it?</w:t>
      </w:r>
    </w:p>
    <w:p>
      <w:pPr>
        <w:jc w:val="right"/>
      </w:pPr>
      <w:r>
        <w:t>پلیز گائیڈ واٹ شوڈ بی دا کرائٹیریا ٹو ڈیسائیڈ ٹو ایدر ایکسیپٹ اٹ ایز ا پرابلم اور سٹرگل اگینسٹ اٹ؟</w:t>
      </w:r>
    </w:p>
    <w:p>
      <w:r>
        <w:rPr>
          <w:b/>
        </w:rPr>
        <w:t xml:space="preserve">[1:10:18] </w:t>
      </w:r>
      <w:r>
        <w:t>dekhen, problem ko</w:t>
      </w:r>
    </w:p>
    <w:p>
      <w:pPr>
        <w:jc w:val="right"/>
      </w:pPr>
      <w:r>
        <w:t>دیکھیں، پرابلم کو</w:t>
      </w:r>
    </w:p>
    <w:p>
      <w:r>
        <w:rPr>
          <w:b/>
        </w:rPr>
        <w:t xml:space="preserve">[1:10:23] </w:t>
      </w:r>
      <w:r>
        <w:t>waise hi chhod dein, yeh to yeh to yeh to bilkul sahi nahi hai. aap problem ko solve karne ki koshish to karni hai, aap ko baqi yeh hai ke problem solve hoga ya nahi hoga,</w:t>
      </w:r>
    </w:p>
    <w:p>
      <w:pPr>
        <w:jc w:val="right"/>
      </w:pPr>
      <w:r>
        <w:t>ویسے ہی چھوڑ دیں، یہ تو یہ تو یہ تو بالکل صحیح نہیں ہے۔ آپ پرابلم کو سالو کرنے کی کوشش تو کرنی کرنا ہے، آپ کو باقی یہ ہے کہ پرابلم سالو ہوگا یا نہیں ہوگا،</w:t>
      </w:r>
    </w:p>
    <w:p>
      <w:r>
        <w:rPr>
          <w:b/>
        </w:rPr>
        <w:t xml:space="preserve">[1:10:39] </w:t>
      </w:r>
      <w:r>
        <w:t>it depends on other factors. dono soortein mumkin hain.</w:t>
      </w:r>
    </w:p>
    <w:p>
      <w:pPr>
        <w:jc w:val="right"/>
      </w:pPr>
      <w:r>
        <w:t>اٹ ڈیپینڈز ان ادر فیکٹرز۔ دونوں صورتیں ممکن ہیں۔</w:t>
      </w:r>
    </w:p>
    <w:p>
      <w:r>
        <w:rPr>
          <w:b/>
        </w:rPr>
        <w:t xml:space="preserve">[1:10:43] </w:t>
      </w:r>
      <w:r>
        <w:t>to agar aap ki koshish ke mutabiq problem solve ho gaya to aap samajh jayen ke khuda ki marzi yeh thi ke wo solve ho, aur agar wo solve nahi hua, tab bhi samajh jayen ke khuda ki marzi yeh thi ke wo solve na ho, kyunke is mein bhi koi na koi khair chupa hoga.</w:t>
      </w:r>
    </w:p>
    <w:p>
      <w:pPr>
        <w:jc w:val="right"/>
      </w:pPr>
      <w:r>
        <w:t>تو اگر آپ کی کوشش کے مطابق پرابلم سالو ہو گیا تو آپ سمجھ جائیں کہ خدا کی مرضی یہ تھی کہ وہ سالو ہو، اور اگر وہ سالو نہیں ہوا، تب بھی سمجھ جائیں کہ خدا کی مرضی یہ تھی کہ وہ سالو نہ ہو، کیونکہ اس میں بھی کوئی نہ کوئی خیر چھپا ہوگا۔</w:t>
      </w:r>
    </w:p>
    <w:p>
      <w:r>
        <w:rPr>
          <w:b/>
        </w:rPr>
        <w:t xml:space="preserve">[1:10:58] </w:t>
      </w:r>
      <w:r>
        <w:t>jaisa ke hazrat ali ne farmaya tha ke al khair fima waqa, jo hua wahi behtar tha. to life is a struggle, hamein koshish to karni hai.</w:t>
      </w:r>
    </w:p>
    <w:p>
      <w:pPr>
        <w:jc w:val="right"/>
      </w:pPr>
      <w:r>
        <w:t>جیسا کہ حضرت علی نے فرمایا تھا کہ الخیر فیما وقا، جو ہوا وہی بہتر تھا۔ تو لائف از ا سٹرگل، ہمیں کوشش تو کرنی کرنا ہے۔</w:t>
      </w:r>
    </w:p>
    <w:p>
      <w:r>
        <w:rPr>
          <w:b/>
        </w:rPr>
        <w:t xml:space="preserve">[1:11:10] </w:t>
      </w:r>
      <w:r>
        <w:t>agar hum problem ko solve kar lete hain to there is our gain, aur solve nahi kar pate to tab bhi hamein ek cheez milti hai, wo hai experience.</w:t>
      </w:r>
    </w:p>
    <w:p>
      <w:pPr>
        <w:jc w:val="right"/>
      </w:pPr>
      <w:r>
        <w:t>اگر ہم پرابلم کو سالو کر لیتے ہیں تو دیر از اور گین، اور سالو نہیں کر پاتے تو تب بھی ہمیں ایک چیز ملتی ہے، وہ ہے ایکسپیرینس۔</w:t>
      </w:r>
    </w:p>
    <w:p>
      <w:r>
        <w:rPr>
          <w:b/>
        </w:rPr>
        <w:t xml:space="preserve">[1:11:21] </w:t>
      </w:r>
      <w:r>
        <w:t>experience to problem solve karwaaye kar paye hum, tab bhi hum jeete, kyunke hum ne gain kiya. agar solve nahi kar paye, tab bhi hum jeete, kyunke hum ko experience mila.</w:t>
      </w:r>
    </w:p>
    <w:p>
      <w:pPr>
        <w:jc w:val="right"/>
      </w:pPr>
      <w:r>
        <w:t>ایکسپیرینس تو پرابلم سالو کلوائے کر پائے ہم، تب بھی ہم جیتے، کیونکہ ہم نے گین کیا۔ اگر سالو نہیں کر پائے، تب بھی ہم جیتے، کیونکہ ہم کو ایکسپیرینس ملا۔</w:t>
      </w:r>
    </w:p>
    <w:p>
      <w:r>
        <w:rPr>
          <w:b/>
        </w:rPr>
        <w:t xml:space="preserve">[1:11:35] </w:t>
      </w:r>
      <w:r>
        <w:t>isi ko quran mein kaha gaya eid al hasanain. eid al hasanain yani yani believer ko do mein se ek achhi cheez milti hai ke agar gain hui to gain, nahi to experience,</w:t>
      </w:r>
    </w:p>
    <w:p>
      <w:pPr>
        <w:jc w:val="right"/>
      </w:pPr>
      <w:r>
        <w:t>اسی کو قرآن میں کہا گیا عید الحسنین۔ عید الحسنین یعنی یعنی بیلیور کو دو میں سے ایک اچھی چیز ملتی ہے کہ اگر گین ہوئی تو گین، نہیں تو ایکسپیرینس،</w:t>
      </w:r>
    </w:p>
    <w:p>
      <w:r>
        <w:rPr>
          <w:b/>
        </w:rPr>
        <w:t xml:space="preserve">[1:11:51] </w:t>
      </w:r>
      <w:r>
        <w:t>ya to gain ya experience. to hamein yeh yaqeen rakhna hai ke dono halaton hamare liye behtar hain, aur agar hum problem hum solve na kar payen to hamein yeh samajh kar ke yeh khuda ki marzi yahi thi,</w:t>
      </w:r>
    </w:p>
    <w:p>
      <w:pPr>
        <w:jc w:val="right"/>
      </w:pPr>
      <w:r>
        <w:t>یا تو گین یا ایکسپیرینس۔ تو ہمیں یہ یقین رکھنا ہے کہ دونوں حالتوں ہمارے لیے بہتر ہیں، اور اگر ہم پرابلم ہم سالو نہ کر پائیں تو ہمیں یہ سمجھ کر کہ یہ خدا کی مرضی یہی تھی،</w:t>
      </w:r>
    </w:p>
    <w:p>
      <w:r>
        <w:rPr>
          <w:b/>
        </w:rPr>
        <w:t xml:space="preserve">[1:12:07] </w:t>
      </w:r>
      <w:r>
        <w:t>aur is ke aur hamein koi aur aur shakal aaney wali hai hamare liye.</w:t>
      </w:r>
    </w:p>
    <w:p>
      <w:pPr>
        <w:jc w:val="right"/>
      </w:pPr>
      <w:r>
        <w:t>اور اس کے اور ہمیں کوئی اور اور شکل آنے والی ہے ہمارے لیے۔</w:t>
      </w:r>
    </w:p>
    <w:p>
      <w:r>
        <w:rPr>
          <w:b/>
        </w:rPr>
        <w:t xml:space="preserve">[1:12:12] </w:t>
      </w:r>
      <w:r>
        <w:t>to best formula hai al khair fima waqa, jo hua wahi behtar tha. is ko pakad lena chahiye.</w:t>
      </w:r>
    </w:p>
    <w:p>
      <w:pPr>
        <w:jc w:val="right"/>
      </w:pPr>
      <w:r>
        <w:t>تو بیسٹ فارمولا ہے الخیر فیما وقا، جو ہوا وہی بہتر تھا۔ اس کو پکڑ لینا چاہیے۔</w:t>
      </w:r>
    </w:p>
    <w:p>
      <w:r>
        <w:rPr>
          <w:b/>
        </w:rPr>
        <w:t xml:space="preserve">[1:12:22] </w:t>
      </w:r>
      <w:r>
        <w:t>main to main to isi ko pakde hue hamesha main is ko yaad karta rehta hoon, al khair fima waqa, jo hua wahi behtar tha.</w:t>
      </w:r>
    </w:p>
    <w:p>
      <w:pPr>
        <w:jc w:val="right"/>
      </w:pPr>
      <w:r>
        <w:t>میں تو میں تو اسی کو پکڑے ہوئے ہمیشہ میں اس کو یاد کرتا رہتا ہوں، الخیر فیما وقا، جو ہوا وہی بہتر تھا۔</w:t>
      </w:r>
    </w:p>
    <w:p>
      <w:r>
        <w:rPr>
          <w:b/>
        </w:rPr>
        <w:t xml:space="preserve">[1:12:32] </w:t>
      </w:r>
      <w:r>
        <w:t>yani koshish ke bawajood jo hua, wahi behtar tha.</w:t>
      </w:r>
    </w:p>
    <w:p>
      <w:pPr>
        <w:jc w:val="right"/>
      </w:pPr>
      <w:r>
        <w:t>یعنی کوشش کے باوجود جو ہوا، وہی بہتر تھا۔</w:t>
      </w:r>
    </w:p>
    <w:p>
      <w:r>
        <w:rPr>
          <w:b/>
        </w:rPr>
        <w:t xml:space="preserve">[1:12:40] </w:t>
      </w:r>
      <w:r>
        <w:t>this question is from miss raziya. people today have made their children and other family responsibilities as the center of their life.</w:t>
      </w:r>
    </w:p>
    <w:p>
      <w:pPr>
        <w:jc w:val="right"/>
      </w:pPr>
      <w:r>
        <w:t>دس کوئسچن از فرام مس راضیہ۔ پیپل ٹوڈے ہیو میڈ دیر چلڈرن اینڈ ادر فیملی ریسپانسبیلٹیز ایز دا سینٹر اف دیر لائف۔</w:t>
      </w:r>
    </w:p>
    <w:p>
      <w:r>
        <w:rPr>
          <w:b/>
        </w:rPr>
        <w:t xml:space="preserve">[1:12:51] </w:t>
      </w:r>
      <w:r>
        <w:t>they see the discharge of this duty as source of happiness. is this happiness real?</w:t>
      </w:r>
    </w:p>
    <w:p>
      <w:pPr>
        <w:jc w:val="right"/>
      </w:pPr>
      <w:r>
        <w:t>دے سی دا ڈسچارج اف دس ڈیوٹی ایز سورس اف ہیپینس۔ از دس ہیپینس ریئل؟</w:t>
      </w:r>
    </w:p>
    <w:p>
      <w:r>
        <w:rPr>
          <w:b/>
        </w:rPr>
        <w:t xml:space="preserve">[1:13:00] </w:t>
      </w:r>
      <w:r>
        <w:t>if not, what is true happiness? and how can it be explained to such pe</w:t>
      </w:r>
    </w:p>
    <w:p>
      <w:pPr>
        <w:jc w:val="right"/>
      </w:pPr>
      <w:r>
        <w:t>اف ناٹ، واٹ از ٹرو ہیپینس؟ اینڈ ہاؤ کین اٹ بی ایکسپلینڈ ٹو سچ پی</w:t>
      </w:r>
    </w:p>
    <w:p>
      <w:r>
        <w:rPr>
          <w:b/>
        </w:rPr>
        <w:t xml:space="preserve">[1:13:07] </w:t>
      </w:r>
      <w:r>
        <w:t>ople? dekhen, quran mein hai ke inma amwalukum wa awladukum fitna. maal aur aulad dono ko quran mein fitna bataya gaya hai.</w:t>
      </w:r>
    </w:p>
    <w:p>
      <w:pPr>
        <w:jc w:val="right"/>
      </w:pPr>
      <w:r>
        <w:t>پل؟ دیکھیں، قرآن میں ہے کہ انما اموالکم واولادکم فتنہ۔ مال اور اولاد دونوں کو قرآن میں فتنہ بتایا گیا ہے۔</w:t>
      </w:r>
    </w:p>
    <w:p>
      <w:r>
        <w:rPr>
          <w:b/>
        </w:rPr>
        <w:t xml:space="preserve">[1:13:18] </w:t>
      </w:r>
      <w:r>
        <w:t>fitnay kay maani kya hue? test paper. maal aap kay paas hai, tab bhi woh test paper hai. aulaad aap kay paas hai, tab bhi woh test paper hai.</w:t>
      </w:r>
    </w:p>
    <w:p>
      <w:pPr>
        <w:jc w:val="right"/>
      </w:pPr>
      <w:r>
        <w:t>فتنہ کے معنی کیا ہوئے؟ ٹیسٹ پیپر۔ مال آپ کے پاس ہے، تب بھی وہ ٹیسٹ پیپر ہے۔ اولاد آپ کے پاس ہے، تب بھی وہ ٹیسٹ پیپر ہے۔</w:t>
      </w:r>
    </w:p>
    <w:p>
      <w:r>
        <w:rPr>
          <w:b/>
        </w:rPr>
        <w:t xml:space="preserve">[1:13:29] </w:t>
      </w:r>
      <w:r>
        <w:t>is ka happiness say koi talluq nahi hai.</w:t>
      </w:r>
    </w:p>
    <w:p>
      <w:pPr>
        <w:jc w:val="right"/>
      </w:pPr>
      <w:r>
        <w:t>اس کا ہیپینس سے کوئی تعلق نہیں ہے۔</w:t>
      </w:r>
    </w:p>
    <w:p>
      <w:r>
        <w:rPr>
          <w:b/>
        </w:rPr>
        <w:t xml:space="preserve">[1:13:35] </w:t>
      </w:r>
      <w:r>
        <w:t>happiness say koi talluq is ka nahi hai.</w:t>
      </w:r>
    </w:p>
    <w:p>
      <w:pPr>
        <w:jc w:val="right"/>
      </w:pPr>
      <w:r>
        <w:t>ہیپینس سے کوئی تعلق اس کا نہیں ہے۔</w:t>
      </w:r>
    </w:p>
    <w:p>
      <w:r>
        <w:rPr>
          <w:b/>
        </w:rPr>
        <w:t xml:space="preserve">[1:13:38] </w:t>
      </w:r>
      <w:r>
        <w:t>aap ko koi bhi cheez milay, political power milay, maal milay, aulaad milay, to sab ko aap test paper kay tor par lain.</w:t>
      </w:r>
    </w:p>
    <w:p>
      <w:pPr>
        <w:jc w:val="right"/>
      </w:pPr>
      <w:r>
        <w:t>آپ کو کوئی بھی چیز ملے، پولیٹیکل پاور ملے، مال ملے، اولاد ملے، تو سب کو آپ ٹیسٹ پیپر کے طور پر لیں۔</w:t>
      </w:r>
    </w:p>
    <w:p>
      <w:r>
        <w:rPr>
          <w:b/>
        </w:rPr>
        <w:t xml:space="preserve">[1:13:47] </w:t>
      </w:r>
      <w:r>
        <w:t>yani sochney ka jo aap ka hona chahiye, framework woh yeh hona chahiye kay yeh mujhe Khuda nay test kay liye yeh cheez di hai, to main is test pe kaisay poora utroon, yeh sochna hai.</w:t>
      </w:r>
    </w:p>
    <w:p>
      <w:pPr>
        <w:jc w:val="right"/>
      </w:pPr>
      <w:r>
        <w:t>یعنی سوچنے کا جو آپ کا ہونا چاہیے، فریم ورک وہ یہ ہونا چاہیے کہ یہ مجھے خدا نے ٹیسٹ کے لیے یہ چیز دی ہے، تو میں اس ٹیسٹ پہ کیسے پورا اتروں، یہ سوچنا ہے۔</w:t>
      </w:r>
    </w:p>
    <w:p>
      <w:r>
        <w:rPr>
          <w:b/>
        </w:rPr>
        <w:t xml:space="preserve">[1:14:01] </w:t>
      </w:r>
      <w:r>
        <w:t>yani happiness ko lay kar nahi sochna chahiye, balkay test ko lay kar sochna chahiye.</w:t>
      </w:r>
    </w:p>
    <w:p>
      <w:pPr>
        <w:jc w:val="right"/>
      </w:pPr>
      <w:r>
        <w:t>یعنی ہیپینس کو لے کر نہیں سوچنا چاہیے، بلکہ ٹیسٹ کو لے کر سوچنا چاہیے۔</w:t>
      </w:r>
    </w:p>
    <w:p>
      <w:r>
        <w:rPr>
          <w:b/>
        </w:rPr>
        <w:t xml:space="preserve">[1:14:09] </w:t>
      </w:r>
      <w:r>
        <w:t>awladi ki baat nahi hai, har cheez test paper hai is dunya mein. hayati aulaad na ho, tab bhi woh test hi aap ka hai. agar aulaad na ho, jaisay Rasool Allah sal Allah alayhi wasallam ko koi beta nahi tha, aik beta paida hua, woh dhai saal ka tha, to mar gaya.</w:t>
      </w:r>
    </w:p>
    <w:p>
      <w:pPr>
        <w:jc w:val="right"/>
      </w:pPr>
      <w:r>
        <w:t>اولادی کی بات نہیں ہے، ہر چیز ٹیسٹ پیپر ہے اس دنیا میں۔ حیاتی اولاد نہ ہو، تب بھی وہ ٹیسٹ ہی آپ کا ہے۔ اگر اولاد نہ ہو، جیسے رسول اللہ صلی اللہ علیہ وسلم کو کوئی بیٹا نہیں تھا، ایک بیٹا پیدا ہوا، وہ ڈھائی سال کا تھا، تو مر گیا۔</w:t>
      </w:r>
    </w:p>
    <w:p>
      <w:r>
        <w:rPr>
          <w:b/>
        </w:rPr>
        <w:t xml:space="preserve">[1:14:28] </w:t>
      </w:r>
      <w:r>
        <w:t>to aap aulaad nahi thi aap ki. wahan log kehtay thay kay woh abtar hain. abtar aisay logon ko kaha jata tha.</w:t>
      </w:r>
    </w:p>
    <w:p>
      <w:pPr>
        <w:jc w:val="right"/>
      </w:pPr>
      <w:r>
        <w:t>تو آپ اولاد نہیں تھی آپ کی۔ وہاں لوگ کہتے تھے کہ وہ ابتر ہیں۔ ابتر ایسے لوگوں کو کہا جاتا تھا۔</w:t>
      </w:r>
    </w:p>
    <w:p>
      <w:r>
        <w:rPr>
          <w:b/>
        </w:rPr>
        <w:t xml:space="preserve">[1:14:38] </w:t>
      </w:r>
      <w:r>
        <w:t>to Rasool Allah ka test yeh tha kay bay aulaad woh kaisay dunya mein rahain. to aulaad na ho, tab bhi test hai. aulaad ho, tab bhi test hai.</w:t>
      </w:r>
    </w:p>
    <w:p>
      <w:pPr>
        <w:jc w:val="right"/>
      </w:pPr>
      <w:r>
        <w:t>تو رسول اللہ کا ٹیسٹ یہ تھا کہ بے اولاد وہ کیسے دنیا میں رہیں۔ تو اولاد نہ ہو، تب بھی ٹیسٹ ہے۔ اولاد ہو، تب بھی ٹیسٹ ہے۔</w:t>
      </w:r>
    </w:p>
    <w:p>
      <w:r>
        <w:rPr>
          <w:b/>
        </w:rPr>
        <w:t xml:space="preserve">[1:14:49] </w:t>
      </w:r>
      <w:r>
        <w:t>maal ho, tab bhi test hai. maal na ho, tab bhi test hai. aap ko political power milay, tab bhi test hai. political power na milay, tab bhi test hai.</w:t>
      </w:r>
    </w:p>
    <w:p>
      <w:pPr>
        <w:jc w:val="right"/>
      </w:pPr>
      <w:r>
        <w:t>مال ہو، تب بھی ٹیسٹ ہے۔ مال نہ ہو، تب بھی ٹیسٹ ہے۔ آپ کو پولیٹیکل پاور ملے، تب بھی ٹیسٹ ہے۔ پولیٹیکل پاور نہ ملے، تب بھی ٹیسٹ ہے۔</w:t>
      </w:r>
    </w:p>
    <w:p>
      <w:r>
        <w:rPr>
          <w:b/>
        </w:rPr>
        <w:t xml:space="preserve">[1:15:00] </w:t>
      </w:r>
      <w:r>
        <w:t>to is dunya mein yaad rakhiye, har cheez test hai, bas aur kuch bhi nahi hai.</w:t>
      </w:r>
    </w:p>
    <w:p>
      <w:pPr>
        <w:jc w:val="right"/>
      </w:pPr>
      <w:r>
        <w:t>تو اس دنیا میں یاد رکھیے، ہر چیز ٹیسٹ ہے، بس اور کچھ بھی نہیں ہے۔</w:t>
      </w:r>
    </w:p>
    <w:p>
      <w:r>
        <w:rPr>
          <w:b/>
        </w:rPr>
        <w:t xml:space="preserve">[1:15:08] </w:t>
      </w:r>
      <w:r>
        <w:t>das question is from doctor Fareeda Khanum. why do people fail to make God as their sole concern?</w:t>
      </w:r>
    </w:p>
    <w:p>
      <w:pPr>
        <w:jc w:val="right"/>
      </w:pPr>
      <w:r>
        <w:t>دس کوئسچن از فرام ڈاکٹر فریدہ خانم۔ وائی ڈو پیپل فیل ٹو میک گاڈ ایز دیر سول کنسرن؟</w:t>
      </w:r>
    </w:p>
    <w:p>
      <w:r>
        <w:rPr>
          <w:b/>
        </w:rPr>
        <w:t xml:space="preserve">[1:15:32] </w:t>
      </w:r>
      <w:r>
        <w:t>Quran ki aik ayat hai: "Allah ka yahi bar al ajilah yom thaqilah". log immediate gain ko</w:t>
      </w:r>
    </w:p>
    <w:p>
      <w:pPr>
        <w:jc w:val="right"/>
      </w:pPr>
      <w:r>
        <w:t>قرآن کی ایک آیت ہے: "اللہ کا یہی بر العاجلہ یوم ثقیلہ"۔ لوگ امیڈیٹ گین کو</w:t>
      </w:r>
    </w:p>
    <w:p>
      <w:r>
        <w:rPr>
          <w:b/>
        </w:rPr>
        <w:t xml:space="preserve">[1:15:47] </w:t>
      </w:r>
      <w:r>
        <w:t>ki taraf dorrtay hain, immediate gain, aur baad ko jo milnay wala hai, us ko bhool jatay hain. main samajhta hoon kay bari wajah yahi hai kay Khuda ko agar hum supreme banain to Khuda ka reward milay ga akhirat mein,</w:t>
      </w:r>
    </w:p>
    <w:p>
      <w:pPr>
        <w:jc w:val="right"/>
      </w:pPr>
      <w:r>
        <w:t>کی طرف دوڑتے ہیں، امیڈیٹ گین، اور بعد کو جو ملنے والا ہے، اس کو بھول جاتے ہیں۔ میں سمجھتا ہوں کہ بڑی وجہ یہی ہے کہ خدا کو اگر ہم سپریم بنائیں تو خدا کا ریوارڈ ملے گا آخرت میں،</w:t>
      </w:r>
    </w:p>
    <w:p>
      <w:r>
        <w:rPr>
          <w:b/>
        </w:rPr>
        <w:t xml:space="preserve">[1:16:00] </w:t>
      </w:r>
      <w:r>
        <w:t>maut kay baad, aur kisi aur ko banain to abhi woh humain deta hai reward. to yeh sara mamla yeh hai kay immediate gain mein jeetay hain log,</w:t>
      </w:r>
    </w:p>
    <w:p>
      <w:pPr>
        <w:jc w:val="right"/>
      </w:pPr>
      <w:r>
        <w:t>موت کے بعد، اور کسی اور کو بنائیں تو ابھی وہ ہمیں دیتا ہے ریوارڈ۔ تو یہ سارا معاملہ یہ ہے کہ امیڈیٹ گین میں جیتے ہیں لوگ،</w:t>
      </w:r>
    </w:p>
    <w:p>
      <w:r>
        <w:rPr>
          <w:b/>
        </w:rPr>
        <w:t xml:space="preserve">[1:16:15] </w:t>
      </w:r>
      <w:r>
        <w:t>aur maut kay baad jo paradise milnay wali hai, us mein nahi jeetay. jaisay Firon ki biwi jo thay, jo kay bohat believer thi, usay dua kiya tha kay "rabbij al jannah"</w:t>
      </w:r>
    </w:p>
    <w:p>
      <w:pPr>
        <w:jc w:val="right"/>
      </w:pPr>
      <w:r>
        <w:t>اور موت کے بعد جو پارڈائز ملنے والی ہے، اس میں نہیں جیتے۔ جیسے فرعون کی بیوی جو تھے، جو کہ بہت بیلیور تھی، اسے دعا کیا تھا کہ "بابا الجنہ"</w:t>
      </w:r>
    </w:p>
    <w:p>
      <w:r>
        <w:rPr>
          <w:b/>
        </w:rPr>
        <w:t xml:space="preserve">[1:16:31] </w:t>
      </w:r>
      <w:r>
        <w:t>kay Khuda ya mujhe jannat mein aik apnay paas aik ghar day day, apnay paros mein. to woh yani badshah ki biwi thi, woh to badshah ki biwi mahal mein rehti thi, zahir hai woh palace mein rehti thi.</w:t>
      </w:r>
    </w:p>
    <w:p>
      <w:pPr>
        <w:jc w:val="right"/>
      </w:pPr>
      <w:r>
        <w:t>کہ خدایا مجھے جنت میں ایک اپنے پاس ایک گھر دے دے، اپنے پڑوس میں۔ تو وہ یعنی بادشاہ کی بیوی تھی، وہ تو بادشاہ کی بیوی محل میں رہتی تھی، ظاہر ہے وہ پیلس میں رہتی تھی۔</w:t>
      </w:r>
    </w:p>
    <w:p>
      <w:r>
        <w:rPr>
          <w:b/>
        </w:rPr>
        <w:t xml:space="preserve">[1:16:45] </w:t>
      </w:r>
      <w:r>
        <w:t>woh woh palace us ko choot raha tha us say, kyunkay woh badshah us say ghussa ho gaya tha.</w:t>
      </w:r>
    </w:p>
    <w:p>
      <w:pPr>
        <w:jc w:val="right"/>
      </w:pPr>
      <w:r>
        <w:t>وہ وہ پیلس اس کو چھوٹ رہا تھا اس سے، کیونکہ وہ بادشاہ اس سے غصہ ہو گیا تھا۔</w:t>
      </w:r>
    </w:p>
    <w:p>
      <w:r>
        <w:rPr>
          <w:b/>
        </w:rPr>
        <w:t xml:space="preserve">[1:16:52] </w:t>
      </w:r>
      <w:r>
        <w:t>to to us ko yeh yaqeen kay agar main Khuda ko maantay huay meri jaan jaye gi to khwah Khuda mujhe apnay paros mein jagah day ga.</w:t>
      </w:r>
    </w:p>
    <w:p>
      <w:pPr>
        <w:jc w:val="right"/>
      </w:pPr>
      <w:r>
        <w:t>تو تو اس کو یہ یقین کہ اگر میں خدا کو مانتے ہوئے میری جان جائے گی تو خواہ خدا مجھے اپنے پڑوس میں جگہ دے گا۔</w:t>
      </w:r>
    </w:p>
    <w:p>
      <w:r>
        <w:rPr>
          <w:b/>
        </w:rPr>
        <w:t xml:space="preserve">[1:17:03] </w:t>
      </w:r>
      <w:r>
        <w:t>mujhe is liye woh us nay badshah say keh diya kay tum jo chahe karo, main to chorhnay wala nahi hoon.</w:t>
      </w:r>
    </w:p>
    <w:p>
      <w:pPr>
        <w:jc w:val="right"/>
      </w:pPr>
      <w:r>
        <w:t>مجھے اس لیے وہ اس نے بادشاہ سے کہہ دیا کہ تم جو چاہے کرو، میں تو چھوڑنے والا نہیں ہوں۔</w:t>
      </w:r>
    </w:p>
    <w:p>
      <w:r>
        <w:rPr>
          <w:b/>
        </w:rPr>
        <w:t xml:space="preserve">[1:17:13] </w:t>
      </w:r>
      <w:r>
        <w:t>to asal cheez meray khayal say yahi hai kay kay immediate gain say aadmi oopar uth nahi pata.</w:t>
      </w:r>
    </w:p>
    <w:p>
      <w:pPr>
        <w:jc w:val="right"/>
      </w:pPr>
      <w:r>
        <w:t>تو اصل چیز میرے خیال سے یہی ہے کہ کہ امیڈیٹ گین سے آدمی اوپر اٹھ نہیں پاتا۔</w:t>
      </w:r>
    </w:p>
    <w:p>
      <w:r>
        <w:rPr>
          <w:b/>
        </w:rPr>
        <w:t xml:space="preserve">[1:17:22] </w:t>
      </w:r>
      <w:r>
        <w:t>asal raaz yahi hai, immediate gain samnay hai, dikhai deta hai, aur world hereafter mein jo gain hai, woh dikhai nahi deta.</w:t>
      </w:r>
    </w:p>
    <w:p>
      <w:pPr>
        <w:jc w:val="right"/>
      </w:pPr>
      <w:r>
        <w:t>اصل راز یہی ہے، امیڈیٹ گین سامنے ہے، دکھائی دیتا ہے، اور ورلڈ ہیر افٹر میں جو گین ہے، وہ دکھائی نہیں دیتا۔</w:t>
      </w:r>
    </w:p>
    <w:p>
      <w:r>
        <w:rPr>
          <w:b/>
        </w:rPr>
        <w:t xml:space="preserve">[1:17:35] </w:t>
      </w:r>
      <w:r>
        <w:t>to log us ko yani ziyada importance nahi day paatay. main to yahi samajhta hoon.</w:t>
      </w:r>
    </w:p>
    <w:p>
      <w:pPr>
        <w:jc w:val="right"/>
      </w:pPr>
      <w:r>
        <w:t>تو لوگ اس کو یعنی زیادہ امپورٹنٹ امپورٹنس نہیں دے پاتے۔ میں تو یہی سمجھتا ہوں۔</w:t>
      </w:r>
    </w:p>
    <w:p>
      <w:r>
        <w:rPr>
          <w:b/>
        </w:rPr>
        <w:t xml:space="preserve">[1:17:46] </w:t>
      </w:r>
      <w:r>
        <w:t>das question is from Mr Shah Imran Hasan.</w:t>
      </w:r>
    </w:p>
    <w:p>
      <w:pPr>
        <w:jc w:val="right"/>
      </w:pPr>
      <w:r>
        <w:t>دس کوئسچن از فرام مسٹر شاہ عمران حسن۔</w:t>
      </w:r>
    </w:p>
    <w:p>
      <w:r>
        <w:rPr>
          <w:b/>
        </w:rPr>
        <w:t xml:space="preserve">[1:17:50] </w:t>
      </w:r>
      <w:r>
        <w:t>how should a muslim spend his daily life? kindly comment. aik sahabi say Rasool Allah nay farmaya tha kay "qul fid dunya kaannaka ghareeb wa aamir sabil" kay dunya mein tum is tarah raho, jaisay kay tum musafir ho, traveler ho,</w:t>
      </w:r>
    </w:p>
    <w:p>
      <w:pPr>
        <w:jc w:val="right"/>
      </w:pPr>
      <w:r>
        <w:t>ہاؤ شوڈ ا مسلم سپینڈ ہز ڈیلی لائف؟ کائنڈلی کمنٹ۔ ایک صحابی سے رسول اللہ نے فرمایا تھا کہ "قل فی الدنیا کانک غریب و عامر سبیل" کہ دنیا میں تم اس طرح رہو، جیسے کہ تم مسافر ہو، ٹریولر ہو،</w:t>
      </w:r>
    </w:p>
    <w:p>
      <w:r>
        <w:rPr>
          <w:b/>
        </w:rPr>
        <w:t xml:space="preserve">[1:18:12] </w:t>
      </w:r>
      <w:r>
        <w:t>is tarah raho ke hum travel kar rahe hain, hum safar kar rahe</w:t>
      </w:r>
    </w:p>
    <w:p>
      <w:pPr>
        <w:jc w:val="right"/>
      </w:pPr>
      <w:r>
        <w:t>اس طرح رہو کہ ہم ٹریول کر رہے ہیں، ہم سفر کر رہے</w:t>
      </w:r>
    </w:p>
    <w:p>
      <w:r>
        <w:rPr>
          <w:b/>
        </w:rPr>
        <w:t xml:space="preserve">[1:18:16] </w:t>
      </w:r>
      <w:r>
        <w:t>hain. yeh dunya hamari jo hai, yeh yahi jo hai asal nahi hai. main samajhta hoon ke yeh agar ehsas ho ke dunya mein hum musafir ke taur par hain,</w:t>
      </w:r>
    </w:p>
    <w:p>
      <w:pPr>
        <w:jc w:val="right"/>
      </w:pPr>
      <w:r>
        <w:t>ہیں۔ یہ دنیا ہماری جو ہے، یہ یہی جو ہے اصل نہیں ہے۔ میں سمجھتا ہوں کہ یہ اگر احساس ہو کہ دنیا میں ہم مسافر کے طور پر ہیں،</w:t>
      </w:r>
    </w:p>
    <w:p>
      <w:r>
        <w:rPr>
          <w:b/>
        </w:rPr>
        <w:t xml:space="preserve">[1:18:32] </w:t>
      </w:r>
      <w:r>
        <w:t>isi se sab kuch theek ho jayega. yani jo destination hai, jo manzil hai, woh toh akhirat mein hai. yeh dunya mein toh hum safar kar rahe hain, safar kar rahe hain taake wahan pohnchein.</w:t>
      </w:r>
    </w:p>
    <w:p>
      <w:pPr>
        <w:jc w:val="right"/>
      </w:pPr>
      <w:r>
        <w:t>اسی سے سب کچھ ٹھیک ہو جائے گا۔ یعنی جو ڈیسٹینیشن ہے، جو منزل ہے، وہ تو آخرت میں ہے۔ یہ دنیا میں تو ہم سفر کر رہے ہیں، سفر کر رہے ہیں تاکہ وہاں پہنچیں۔</w:t>
      </w:r>
    </w:p>
    <w:p>
      <w:r>
        <w:rPr>
          <w:b/>
        </w:rPr>
        <w:t xml:space="preserve">[1:18:45] </w:t>
      </w:r>
      <w:r>
        <w:t>yeh soch agar aa jati hai sahi sahi toh bas yeh soch is ke liye regulator ban jayegi, is sari activities ko regulate karegi.</w:t>
      </w:r>
    </w:p>
    <w:p>
      <w:pPr>
        <w:jc w:val="right"/>
      </w:pPr>
      <w:r>
        <w:t>یہ سوچ اگر آ جاتی ہے صحیح صحیح تو بس یہ سوچ اس کے لیے ریگولیٹر بن جائے گی، اس ساری ایکٹیویٹیز کو ریگولیٹ کرے گی۔</w:t>
      </w:r>
    </w:p>
    <w:p>
      <w:r>
        <w:rPr>
          <w:b/>
        </w:rPr>
        <w:t xml:space="preserve">[1:18:58] </w:t>
      </w:r>
      <w:r>
        <w:t>mera khayal toh aisa hi hai.</w:t>
      </w:r>
    </w:p>
    <w:p>
      <w:pPr>
        <w:jc w:val="right"/>
      </w:pPr>
      <w:r>
        <w:t>میرا خیال تو ایسا ہی ہے۔</w:t>
      </w:r>
    </w:p>
    <w:p>
      <w:r>
        <w:rPr>
          <w:b/>
        </w:rPr>
        <w:t xml:space="preserve">[1:19:03] </w:t>
      </w:r>
      <w:r>
        <w:t>das question is from Maulana Zikwan. what is the definition of true dua and true aamal?</w:t>
      </w:r>
    </w:p>
    <w:p>
      <w:pPr>
        <w:jc w:val="right"/>
      </w:pPr>
      <w:r>
        <w:t>دس کوئسچن از فرام مولانا زکوان۔ واٹ از دا ڈیفینیشن اف ٹرو دعا اینڈ ٹرو اعمال؟</w:t>
      </w:r>
    </w:p>
    <w:p>
      <w:r>
        <w:rPr>
          <w:b/>
        </w:rPr>
        <w:t xml:space="preserve">[1:19:12] </w:t>
      </w:r>
      <w:r>
        <w:t>kindly explain.</w:t>
      </w:r>
    </w:p>
    <w:p>
      <w:pPr>
        <w:jc w:val="right"/>
      </w:pPr>
      <w:r>
        <w:t>کائنڈلی ایکسپلین۔</w:t>
      </w:r>
    </w:p>
    <w:p>
      <w:r>
        <w:rPr>
          <w:b/>
        </w:rPr>
        <w:t xml:space="preserve">[1:19:24] </w:t>
      </w:r>
      <w:r>
        <w:t>quran par ghor karte hue ek baat mujhe samajh mein aayi hai ke Khuda ke haan do mein se koi ek cheez acceptable hogi: sachcha amal ya sachchi dua.</w:t>
      </w:r>
    </w:p>
    <w:p>
      <w:pPr>
        <w:jc w:val="right"/>
      </w:pPr>
      <w:r>
        <w:t>قرآن پر غور کرتے ہوئے ایک بات مجھے سمجھ میں آئی ہے کہ خدا کے ہاں دو میں سے کوئی ایک چیز ایکسیپٹیبل ہوگی: سچا عمل یا سچی دعا۔</w:t>
      </w:r>
    </w:p>
    <w:p>
      <w:r>
        <w:rPr>
          <w:b/>
        </w:rPr>
        <w:t xml:space="preserve">[1:19:37] </w:t>
      </w:r>
      <w:r>
        <w:t>bas koi teesri cheez nahi. yani maut ke baad jab Khuda ke samne hum pesh honge toh do mein se koi koi ek cheez hamare paas honi chahiye: ya toh sachcha amal ya sachchi dua.</w:t>
      </w:r>
    </w:p>
    <w:p>
      <w:pPr>
        <w:jc w:val="right"/>
      </w:pPr>
      <w:r>
        <w:t>بس کوئی تیسری چیز نہیں۔ یعنی موت کے بعد جب خدا کے سامنے ہم پیش ہوں گے تو دو میں سے کوئی کوئی ایک چیز ہمارے پاس ہونی چاہیے: یا تو سچا عمل یا سچی دعا۔</w:t>
      </w:r>
    </w:p>
    <w:p>
      <w:r>
        <w:rPr>
          <w:b/>
        </w:rPr>
        <w:t xml:space="preserve">[1:19:55] </w:t>
      </w:r>
      <w:r>
        <w:t>yahan tak ke maine samjha hai ke sachchi dua nikalti hai</w:t>
      </w:r>
    </w:p>
    <w:p>
      <w:pPr>
        <w:jc w:val="right"/>
      </w:pPr>
      <w:r>
        <w:t>یہاں تک کہ میں نے سمجھا ہے کہ سچی دعا نکلتی ہے</w:t>
      </w:r>
    </w:p>
    <w:p>
      <w:r>
        <w:rPr>
          <w:b/>
        </w:rPr>
        <w:t xml:space="preserve">[1:20:06] </w:t>
      </w:r>
      <w:r>
        <w:t>yani</w:t>
      </w:r>
    </w:p>
    <w:p>
      <w:pPr>
        <w:jc w:val="right"/>
      </w:pPr>
      <w:r>
        <w:t>یعنی</w:t>
      </w:r>
    </w:p>
    <w:p>
      <w:r>
        <w:rPr>
          <w:b/>
        </w:rPr>
        <w:t xml:space="preserve">[1:20:10] </w:t>
      </w:r>
      <w:r>
        <w:t>helplessness ki,</w:t>
      </w:r>
    </w:p>
    <w:p>
      <w:pPr>
        <w:jc w:val="right"/>
      </w:pPr>
      <w:r>
        <w:t>ہیلپ لیسنس کی،</w:t>
      </w:r>
    </w:p>
    <w:p>
      <w:r>
        <w:rPr>
          <w:b/>
        </w:rPr>
        <w:t xml:space="preserve">[1:20:16] </w:t>
      </w:r>
      <w:r>
        <w:t>yani helpless, help, helplessness ka jisko kehte hain ajz. yani ajz se nikalti hai sachchi dua. help ajz ka matlab hota hai helplessness.</w:t>
      </w:r>
    </w:p>
    <w:p>
      <w:pPr>
        <w:jc w:val="right"/>
      </w:pPr>
      <w:r>
        <w:t>یعنی ہیلپ لیس، ہیلپ، ہیلپ لیسنس کا جس کو کہتے ہیں عجز۔ یعنی عجز سے نکلتی ہے سچی دعا۔ ہیلپ عجز کا مطلب ہوتا ہے ہیلپ لیسنس۔</w:t>
      </w:r>
    </w:p>
    <w:p>
      <w:r>
        <w:rPr>
          <w:b/>
        </w:rPr>
        <w:t xml:space="preserve">[1:20:27] </w:t>
      </w:r>
      <w:r>
        <w:t>yani is extent par pahunch jaye aadmi jahan mehsoos kare ke main toh sirf receiving end par hoon, dene wala toh Khuda hai.</w:t>
      </w:r>
    </w:p>
    <w:p>
      <w:pPr>
        <w:jc w:val="right"/>
      </w:pPr>
      <w:r>
        <w:t>یعنی اس ایکسٹینٹ پر پہنچ جائے آدمی جہاں محسوس کرے کہ میں تو صرف ریسیونگ اینڈ پر ہوں، دینے والا تو خدا ہے۔</w:t>
      </w:r>
    </w:p>
    <w:p>
      <w:r>
        <w:rPr>
          <w:b/>
        </w:rPr>
        <w:t xml:space="preserve">[1:20:38] </w:t>
      </w:r>
      <w:r>
        <w:t>yani bilkul extremist sense mein, extremist sense mein agar yeh aadmi ka ehsas ho jaye ke main receiving end par hoon,</w:t>
      </w:r>
    </w:p>
    <w:p>
      <w:pPr>
        <w:jc w:val="right"/>
      </w:pPr>
      <w:r>
        <w:t>یعنی بالکل ایکسٹریمسٹ سینس میں، ایکسٹریمسٹ سینس میں اگر یہ آدمی کا احساس ہو جائے کہ میں ریسیونگ اینڈ پر ہوں،</w:t>
      </w:r>
    </w:p>
    <w:p>
      <w:r>
        <w:rPr>
          <w:b/>
        </w:rPr>
        <w:t xml:space="preserve">[1:20:52] </w:t>
      </w:r>
      <w:r>
        <w:t>Khuda dega toh milega, nahi milega. jab itna zyada aadmi apne ko mehsoos karne karne lage helpless ya ajiz toh wahan par dua qabool ho jati hai.</w:t>
      </w:r>
    </w:p>
    <w:p>
      <w:pPr>
        <w:jc w:val="right"/>
      </w:pPr>
      <w:r>
        <w:t>خدا دے گا تو ملے گا، نہیں ملے گا۔ جب اتنا زیادہ آدمی اپنے کو محسوس کرنے کرنے لگے ہیلپ لیس یا عاجز تو وہاں پر دعا قبول ہو جاتی ہے۔</w:t>
      </w:r>
    </w:p>
    <w:p>
      <w:r>
        <w:rPr>
          <w:b/>
        </w:rPr>
        <w:t xml:space="preserve">[1:21:10] </w:t>
      </w:r>
      <w:r>
        <w:t>phir wahan dua qabool qabool ho jati hai. isi ko main sachchi dua keh raha hoon. sachchi dua ka matlab yahi hai ke aap hundred percent apne aap ko receiving end par paein.</w:t>
      </w:r>
    </w:p>
    <w:p>
      <w:pPr>
        <w:jc w:val="right"/>
      </w:pPr>
      <w:r>
        <w:t>پھر وہاں دعا قبول قبول ہو جاتی ہے۔ اسی کو میں سچی دعا کہہ رہا ہوں۔ سچی دعا کا مطلب یہی ہے کہ آپ ہنڈرڈ پرسنٹ اپنے آپ کو ریسیونگ اینڈ پر پائیں۔</w:t>
      </w:r>
    </w:p>
    <w:p>
      <w:r>
        <w:rPr>
          <w:b/>
        </w:rPr>
        <w:t xml:space="preserve">[1:21:21] </w:t>
      </w:r>
      <w:r>
        <w:t>yani aap ka ehsas, aap ki soch, poora andar ka jo feeling aap ki hai, aisa lage ke aap toh receiving end par hain.</w:t>
      </w:r>
    </w:p>
    <w:p>
      <w:pPr>
        <w:jc w:val="right"/>
      </w:pPr>
      <w:r>
        <w:t>یعنی آپ کا احساس، آپ کی سوچ، پورا اندر کا جو فیلنگ آپ کی ہے، ایسا لگے کہ آپ تو ریسیونگ اینڈ پر ہیں۔</w:t>
      </w:r>
    </w:p>
    <w:p>
      <w:r>
        <w:rPr>
          <w:b/>
        </w:rPr>
        <w:t xml:space="preserve">[1:21:31] </w:t>
      </w:r>
      <w:r>
        <w:t>hundred percent Khuda hi se milega toh milega.</w:t>
      </w:r>
    </w:p>
    <w:p>
      <w:pPr>
        <w:jc w:val="right"/>
      </w:pPr>
      <w:r>
        <w:t>ہنڈرڈ پرسنٹ خدا ہی سے ملے گا تو ملے گا۔</w:t>
      </w:r>
    </w:p>
    <w:p>
      <w:r>
        <w:rPr>
          <w:b/>
        </w:rPr>
        <w:t xml:space="preserve">[1:21:37] </w:t>
      </w:r>
      <w:r>
        <w:t>jab is is yeh halat jab aap yeh ehsas aap ke upar aa jaye, aap ke andar, aur is ehsas ko le kar aap jab dua karein toh wahi hai sachchi dua.</w:t>
      </w:r>
    </w:p>
    <w:p>
      <w:pPr>
        <w:jc w:val="right"/>
      </w:pPr>
      <w:r>
        <w:t>جب اس اس یہ حالت جب آپ یہ احساس آپ کے اوپر آ جائے، آپ کے اندر، اور اس احساس کو لے کر آپ جب دعا کریں تو وہی ہے سچی دعا۔</w:t>
      </w:r>
    </w:p>
    <w:p>
      <w:r>
        <w:rPr>
          <w:b/>
        </w:rPr>
        <w:t xml:space="preserve">[1:21:52] </w:t>
      </w:r>
      <w:r>
        <w:t>aur sachcha amal jo hai, iska criteria jahan tak main samjha hoon, woh yeh hai quran ke mutabiq ke "ibtigha ridwan Allah", "for the sake of God".</w:t>
      </w:r>
    </w:p>
    <w:p>
      <w:pPr>
        <w:jc w:val="right"/>
      </w:pPr>
      <w:r>
        <w:t>اور سچا عمل جو ہے، اس کا کرائٹیریا جہاں تک میں سمجھا ہوں، وہ یہ ہے قرآن کے مطابق کہ "ابتغار رضوان اللہ"، "فد السیک اف گاڈ"۔</w:t>
      </w:r>
    </w:p>
    <w:p>
      <w:r>
        <w:rPr>
          <w:b/>
        </w:rPr>
        <w:t xml:space="preserve">[1:22:04] </w:t>
      </w:r>
      <w:r>
        <w:t>yeh woh amal jo sach much hi "for the sake of God" ho.</w:t>
      </w:r>
    </w:p>
    <w:p>
      <w:pPr>
        <w:jc w:val="right"/>
      </w:pPr>
      <w:r>
        <w:t>یہ وہ عمل جو سچ مچ ہی "فد السیک اف گاڈ" ہو۔</w:t>
      </w:r>
    </w:p>
    <w:p>
      <w:r>
        <w:rPr>
          <w:b/>
        </w:rPr>
        <w:t xml:space="preserve">[1:22:07] </w:t>
      </w:r>
      <w:r>
        <w:t>yeh nahi ke aap lift service ke taur par keh dein ke main "for the sake of God"</w:t>
      </w:r>
    </w:p>
    <w:p>
      <w:pPr>
        <w:jc w:val="right"/>
      </w:pPr>
      <w:r>
        <w:t>یہ نہیں کہ آپ لفٹ سروس کے طور پر کہہ دیں کہ میں "فد السیک اف گاڈ"</w:t>
      </w:r>
    </w:p>
    <w:p>
      <w:r>
        <w:rPr>
          <w:b/>
        </w:rPr>
        <w:t xml:space="preserve">[1:22:14] </w:t>
      </w:r>
      <w:r>
        <w:t>poore maano mein jo "for the sake of God" wali spirit jiske andar ho, jis amal mein ke sach much hi Khuda ke liye aap ne kiya ho, toh woh hai sachcha amal.</w:t>
      </w:r>
    </w:p>
    <w:p>
      <w:pPr>
        <w:jc w:val="right"/>
      </w:pPr>
      <w:r>
        <w:t>پورے معنوں میں جو "فد السیک اف گاڈ" والی اسپرٹ جس کے اندر ہو، جس عمل میں کہ سچ مچ ہی خدا کے لیے آپ نے کیا ہو، تو وہ ہے سچا عمل۔</w:t>
      </w:r>
    </w:p>
    <w:p>
      <w:r>
        <w:rPr>
          <w:b/>
        </w:rPr>
        <w:t xml:space="preserve">[1:22:27] </w:t>
      </w:r>
      <w:r>
        <w:t>toh ya toh sachcha amal wahan kaam aayega ya sachchi dua kaam aayegi.</w:t>
      </w:r>
    </w:p>
    <w:p>
      <w:pPr>
        <w:jc w:val="right"/>
      </w:pPr>
      <w:r>
        <w:t>تو یا تو سچا عمل وہاں کام آئے گا یا سچی دعا کام آئے گی۔</w:t>
      </w:r>
    </w:p>
    <w:p>
      <w:r>
        <w:rPr>
          <w:b/>
        </w:rPr>
        <w:t xml:space="preserve">[1:22:33] </w:t>
      </w:r>
      <w:r>
        <w:t>is par sochte hue jis cheez se mujhe aik aik woh milti hai, yaani guidance, woh Quran mein hai ke "wa ma sa'ala fala tanhar".</w:t>
      </w:r>
    </w:p>
    <w:p>
      <w:pPr>
        <w:jc w:val="right"/>
      </w:pPr>
      <w:r>
        <w:t>اس پر سوچتے ہوئے جس چیز سے مجھے ایک ایک وہ ملتی ہے، یعنی گائیڈنس، وہ قرآن میں ہے کہ "وَمَا سَائَلَ فَلَا تَنْهَرَ"۔</w:t>
      </w:r>
    </w:p>
    <w:p>
      <w:r>
        <w:rPr>
          <w:b/>
        </w:rPr>
        <w:t xml:space="preserve">[1:22:49] </w:t>
      </w:r>
      <w:r>
        <w:t>"wa ma sa'ala fala tanhar" insaan se Khuda keh raha hai ke maangne walon ko jhaRke mat.</w:t>
      </w:r>
    </w:p>
    <w:p>
      <w:pPr>
        <w:jc w:val="right"/>
      </w:pPr>
      <w:r>
        <w:t>"وَمَا سَائَلَ فَلَا تَنْهَرَ" انسان سے خدا کہہ رہا ہے کہ مانگنے والوں کو جھڑکے مت۔</w:t>
      </w:r>
    </w:p>
    <w:p>
      <w:r>
        <w:rPr>
          <w:b/>
        </w:rPr>
        <w:t xml:space="preserve">[1:23:00] </w:t>
      </w:r>
      <w:r>
        <w:t>sa'il mani maangne wala, tanhar ke mani jhaRko mat. to sa'il ko, yaani Khuda jab insaan ko yeh bata raha hai ke agar koi aadmi, koi aadmi sa'il ban kar tumhare saamne aata hai to tum us ko jhaRka jhaRko mat,</w:t>
      </w:r>
    </w:p>
    <w:p>
      <w:pPr>
        <w:jc w:val="right"/>
      </w:pPr>
      <w:r>
        <w:t>سائل معنی مانگنے والا، تنہر کے معنی جھڑکو مت۔ تو سائل کو، یعنی خدا جب انسان کو یہ بتا رہا ہے کہ اگر کوئی آدمی، کوئی آدمی سائل بن کر تمہارے سامنے آتا ہے تو تم اس کو جھڑک جھڑکو مت،</w:t>
      </w:r>
    </w:p>
    <w:p>
      <w:r>
        <w:rPr>
          <w:b/>
        </w:rPr>
        <w:t xml:space="preserve">[1:23:19] </w:t>
      </w:r>
      <w:r>
        <w:t>is ke sawal ko poora karo.</w:t>
      </w:r>
    </w:p>
    <w:p>
      <w:pPr>
        <w:jc w:val="right"/>
      </w:pPr>
      <w:r>
        <w:t>اس کے سوال کو پورا کرو۔</w:t>
      </w:r>
    </w:p>
    <w:p>
      <w:r>
        <w:rPr>
          <w:b/>
        </w:rPr>
        <w:t xml:space="preserve">[1:23:21] </w:t>
      </w:r>
      <w:r>
        <w:t>to yahan se main sochta hoon ke Khuda ne agar insaan se aisa kaha hai ke to apne liye bhi Khuda ka yahi darqeen hoga.</w:t>
      </w:r>
    </w:p>
    <w:p>
      <w:pPr>
        <w:jc w:val="right"/>
      </w:pPr>
      <w:r>
        <w:t>تو یہاں سے میں سوچتا ہوں کہ خدا نے اگر انسان سے ایسا کہا ہے کہ تو اپنے لیے بھی خدا کا یہی دارقین ہوگا۔</w:t>
      </w:r>
    </w:p>
    <w:p>
      <w:r>
        <w:rPr>
          <w:b/>
        </w:rPr>
        <w:t xml:space="preserve">[1:23:33] </w:t>
      </w:r>
      <w:r>
        <w:t>sawai jo sa'il ban jaye, woh bhi kuch bana. ya to aadmi aamil bane ya sa'il bane. aamil bane karne wala, sa'il mani maangne wala.</w:t>
      </w:r>
    </w:p>
    <w:p>
      <w:pPr>
        <w:jc w:val="right"/>
      </w:pPr>
      <w:r>
        <w:t>سوائی جو سائل بن جائے، وہ بھی کچھ بنا۔ یا تو آدمی عامل بنے یا سائل بنے۔ عامل بنے کرنے والا، سائل معنی مانگنے والا۔</w:t>
      </w:r>
    </w:p>
    <w:p>
      <w:r>
        <w:rPr>
          <w:b/>
        </w:rPr>
        <w:t xml:space="preserve">[1:23:48] </w:t>
      </w:r>
      <w:r>
        <w:t>to ya to aadmi sach much hi aamil ban jaye, abhi is sense mein nahi ke woh yaani sach much is ne "fada fadas" ka up guard kiya ho, woh kaam aur kuch bhi nahi.</w:t>
      </w:r>
    </w:p>
    <w:p>
      <w:pPr>
        <w:jc w:val="right"/>
      </w:pPr>
      <w:r>
        <w:t>تو یا تو آدمی سچ مچ ہی عامل بن جائے، ابھی اس سینس میں نہیں کہ وہ یعنی سچ مچ اس نے "فد فدس" کا اپ گارڈ کیا ہو، وہ کام اور کچھ بھی نہیں۔</w:t>
      </w:r>
    </w:p>
    <w:p>
      <w:r>
        <w:rPr>
          <w:b/>
        </w:rPr>
        <w:t xml:space="preserve">[1:24:02] </w:t>
      </w:r>
      <w:r>
        <w:t>aur sach much sa'il ban jaye ke woh apne aap ko receiving end par paye.</w:t>
      </w:r>
    </w:p>
    <w:p>
      <w:pPr>
        <w:jc w:val="right"/>
      </w:pPr>
      <w:r>
        <w:t>اور سچ مچ سائل بن جائے کہ وہ اپنے آپ کو ریسیونگ اینڈ پر پائے۔</w:t>
      </w:r>
    </w:p>
    <w:p>
      <w:r>
        <w:rPr>
          <w:b/>
        </w:rPr>
        <w:t xml:space="preserve">[1:24:13] </w:t>
      </w:r>
      <w:r>
        <w:t>to jab insaan se Khuda chahta hai ke woh sa'il ko de to Khuda khud kya is se apne ko alag rakhega? insaan se chahega ke sa'il ko bhi tumhein dena hai, sa'il ka bhi to woh haq hai.</w:t>
      </w:r>
    </w:p>
    <w:p>
      <w:pPr>
        <w:jc w:val="right"/>
      </w:pPr>
      <w:r>
        <w:t>تو جب انسان سے خدا چاہتا ہے کہ وہ سائل کو دے تو خدا خود کیا اس سے اپنے کو الگ رکھے گا؟ انسان سے چاہے گا کہ سائل کو بھی تمہیں دینا ہے، سائل کا بھی تو وہ حق ہے۔</w:t>
      </w:r>
    </w:p>
    <w:p>
      <w:r>
        <w:rPr>
          <w:b/>
        </w:rPr>
        <w:t xml:space="preserve">[1:24:29] </w:t>
      </w:r>
      <w:r>
        <w:t>"lis sa'il wal mahroom" yaani kisi ajeeb baat hai Quran majeed mein. Quran mein aik bohat hi ajeeb ayat yeh hai:</w:t>
      </w:r>
    </w:p>
    <w:p>
      <w:pPr>
        <w:jc w:val="right"/>
      </w:pPr>
      <w:r>
        <w:t>"لسائل والمحروم" یعنی کسی عجیب بات ہے قرآن مجید میں۔ قرآن میں ایک بہت ہی عجیب آیت یہ ہے:</w:t>
      </w:r>
    </w:p>
    <w:p>
      <w:r>
        <w:rPr>
          <w:b/>
        </w:rPr>
        <w:t xml:space="preserve">[1:24:39] </w:t>
      </w:r>
      <w:r>
        <w:t>"wa fi amwalihim haqq us sa'il wal mahroom". is ko aap ghor kijiye: "wa fi amwalihim haqq us sa'il wal mahroom" yaani believers ke bare mein kaha gaya hai ke un ke paas jo maal hai,</w:t>
      </w:r>
    </w:p>
    <w:p>
      <w:pPr>
        <w:jc w:val="right"/>
      </w:pPr>
      <w:r>
        <w:t>"وفی اموالہم حق السائل والمحروم"۔ اس کو آپ غور کیجئے: "وفی اموالہم حق السائل والمحروم" یعنی بیلیورز کے بارے میں کہا گیا ہے کہ ان کے پاس جو مال ہے،</w:t>
      </w:r>
    </w:p>
    <w:p>
      <w:r>
        <w:rPr>
          <w:b/>
        </w:rPr>
        <w:t xml:space="preserve">[1:24:55] </w:t>
      </w:r>
      <w:r>
        <w:t>maal mein haq hai, right hai mahroom ka aur sa'il ka. mahroom ka aur sa'il ka.</w:t>
      </w:r>
    </w:p>
    <w:p>
      <w:pPr>
        <w:jc w:val="right"/>
      </w:pPr>
      <w:r>
        <w:t>مال میں حق ہے، رائٹ ہے محروم کا اور سائل کا۔ محروم کا اور سائل کا۔</w:t>
      </w:r>
    </w:p>
    <w:p>
      <w:r>
        <w:rPr>
          <w:b/>
        </w:rPr>
        <w:t xml:space="preserve">[1:25:04] </w:t>
      </w:r>
      <w:r>
        <w:t>to yeh main kehta hoon ke Khuda ke paas jannat hai</w:t>
      </w:r>
    </w:p>
    <w:p>
      <w:pPr>
        <w:jc w:val="right"/>
      </w:pPr>
      <w:r>
        <w:t>تو یہ میں کہتا ہوں کہ خدا کے پاس جنت ہے</w:t>
      </w:r>
    </w:p>
    <w:p>
      <w:r>
        <w:rPr>
          <w:b/>
        </w:rPr>
        <w:t xml:space="preserve">[1:25:07] </w:t>
      </w:r>
      <w:r>
        <w:t>to jannat bhi</w:t>
      </w:r>
    </w:p>
    <w:p>
      <w:pPr>
        <w:jc w:val="right"/>
      </w:pPr>
      <w:r>
        <w:t>تو جنت بھی</w:t>
      </w:r>
    </w:p>
    <w:p>
      <w:r>
        <w:rPr>
          <w:b/>
        </w:rPr>
        <w:t xml:space="preserve">[1:25:13] </w:t>
      </w:r>
      <w:r>
        <w:t>is sachay sa'il ka bhi woh haq ban jata hai ke us ko jannat di jaye.</w:t>
      </w:r>
    </w:p>
    <w:p>
      <w:pPr>
        <w:jc w:val="right"/>
      </w:pPr>
      <w:r>
        <w:t>اس سچے سائل کا بھی وہ حق بن جاتا ہے کہ اس کو جنت دی جائے۔</w:t>
      </w:r>
    </w:p>
    <w:p>
      <w:r>
        <w:rPr>
          <w:b/>
        </w:rPr>
        <w:t xml:space="preserve">[1:25:20] </w:t>
      </w:r>
      <w:r>
        <w:t>"wa fi amwalihim haqq us sa'il wal mahroom" insaan ke liye Khuda ne agar yeh bataya hai</w:t>
      </w:r>
    </w:p>
    <w:p>
      <w:pPr>
        <w:jc w:val="right"/>
      </w:pPr>
      <w:r>
        <w:t>"وفی اموالہم حق السائل والمحروم" انسان کے لیے خدا نے اگر یہ بتایا ہے</w:t>
      </w:r>
    </w:p>
    <w:p>
      <w:r>
        <w:rPr>
          <w:b/>
        </w:rPr>
        <w:t xml:space="preserve">[1:25:30] </w:t>
      </w:r>
      <w:r>
        <w:t>ke tumhara yaani sa'il bhi tumhare upar haq rakhta hai</w:t>
      </w:r>
    </w:p>
    <w:p>
      <w:pPr>
        <w:jc w:val="right"/>
      </w:pPr>
      <w:r>
        <w:t>کہ تمہارا یعنی سائل بھی تمہارے اوپر حق رکھتا ہے</w:t>
      </w:r>
    </w:p>
    <w:p>
      <w:r>
        <w:rPr>
          <w:b/>
        </w:rPr>
        <w:t xml:space="preserve">[1:25:35] </w:t>
      </w:r>
      <w:r>
        <w:t>to main samajhta hoon ke Khuda apne liye bhi yahi karega ke sa'il ke liye bhi Khuda jannat mein jagah de ga. lekin jo sachha sa'il ho,</w:t>
      </w:r>
    </w:p>
    <w:p>
      <w:pPr>
        <w:jc w:val="right"/>
      </w:pPr>
      <w:r>
        <w:t>تو میں سمجھتا ہوں کہ خدا اپنے لیے بھی یہی کرے گا کہ سائل کے لیے بھی خدا جنت میں جگہ دے گا۔ لیکن جو سچا سائل ہو،</w:t>
      </w:r>
    </w:p>
    <w:p>
      <w:r>
        <w:rPr>
          <w:b/>
        </w:rPr>
        <w:t xml:space="preserve">[1:25:47] </w:t>
      </w:r>
      <w:r>
        <w:t>main aksar yeh kaha karta hoon ke aaj kal ka haal logon ka yeh hai ke na unhein jahannum ka dar hai na unhein jannat ki talab hai. kisi ko bhi main nahi pata ke sach much woh jannat ka talib ho ya sach much jahannum se darta ho</w:t>
      </w:r>
    </w:p>
    <w:p>
      <w:pPr>
        <w:jc w:val="right"/>
      </w:pPr>
      <w:r>
        <w:t>میں اکثر یہ کہا کرتا ہوں کہ آج کل کا حال لوگوں کا یہ ہے کہ نہ انہیں جہنم کا ڈر ہے نہ انہیں جنت کی طلب ہے۔ کسی کو بھی میں نہیں پاتا کہ سچ مچ وہ جنت کا طالب ہو یا سچ مچ جہنم سے ڈرتا ہو</w:t>
      </w:r>
    </w:p>
    <w:p>
      <w:r>
        <w:rPr>
          <w:b/>
        </w:rPr>
        <w:t xml:space="preserve">[1:26:03] </w:t>
      </w:r>
      <w:r>
        <w:t>. dar bhi ghayab hai aur talab bhi ghayab hai. to is aise log sa'il kaise banenge? to yaad rakhiye, do mein se aik ka maut se pehle pehle aap ko saboot dena hai.</w:t>
      </w:r>
    </w:p>
    <w:p>
      <w:pPr>
        <w:jc w:val="right"/>
      </w:pPr>
      <w:r>
        <w:t>۔ ڈر بھی غائب ہے اور طلب بھی غائب ہے۔ تو اس ایسے لوگ سائل کیسے بنیں گے؟ تو یاد رکھیے، دو میں سے ایک کا موت سے پہلے پہلے آپ کو ثبوت دینا ہے۔</w:t>
      </w:r>
    </w:p>
    <w:p>
      <w:r>
        <w:rPr>
          <w:b/>
        </w:rPr>
        <w:t xml:space="preserve">[1:26:19] </w:t>
      </w:r>
      <w:r>
        <w:t>ya to aap Khuda ki jannat ke sachay sa'il ban jaye</w:t>
      </w:r>
    </w:p>
    <w:p>
      <w:pPr>
        <w:jc w:val="right"/>
      </w:pPr>
      <w:r>
        <w:t>یا تو آپ خدا کی جنت کے سچے سائل بن جائیں</w:t>
      </w:r>
    </w:p>
    <w:p>
      <w:r>
        <w:rPr>
          <w:b/>
        </w:rPr>
        <w:t xml:space="preserve">[1:26:29] </w:t>
      </w:r>
      <w:r>
        <w:t>ya aap sachay ma'non mein aamil ban jaye</w:t>
      </w:r>
    </w:p>
    <w:p>
      <w:pPr>
        <w:jc w:val="right"/>
      </w:pPr>
      <w:r>
        <w:t>یا آپ سچے معنوں میں عامل بن جائ</w:t>
      </w:r>
    </w:p>
    <w:p>
      <w:r>
        <w:rPr>
          <w:b/>
        </w:rPr>
        <w:t xml:space="preserve">[1:26:32] </w:t>
      </w:r>
      <w:r>
        <w:t>in. aamil is sense mein ke jo kuch aap ne kiya hai, woh sach much Khuda ke liye kiya ho, "fada sik af god" kiya ho, sach much real sense mein.</w:t>
      </w:r>
    </w:p>
    <w:p>
      <w:pPr>
        <w:jc w:val="right"/>
      </w:pPr>
      <w:r>
        <w:t>یں۔ عامل اس سینس میں کہ جو کچھ آپ نے کیا ہے، وہ سچ مچ خدا کے لیے کیا ہو، "فد السیک اف گاڈ" کیا ہو، سچ مچ ریئل سینس میں۔</w:t>
      </w:r>
    </w:p>
    <w:p>
      <w:r>
        <w:rPr>
          <w:b/>
        </w:rPr>
        <w:t xml:space="preserve">[1:26:45] </w:t>
      </w:r>
      <w:r>
        <w:t>to ya to real sense mein aadmi sa'il bane, real sense mein aamil bane. bas koi teesri category nahi hai, yeh do category hain.</w:t>
      </w:r>
    </w:p>
    <w:p>
      <w:pPr>
        <w:jc w:val="right"/>
      </w:pPr>
      <w:r>
        <w:t>تو یا تو ریئل سینس میں آدمی سائل بنے، ریئل سینس میں عامل بنے۔ بس کوئی تیسری کیٹگری نہیں ہے، یہ دو کیٹگری ہیں۔</w:t>
      </w:r>
    </w:p>
    <w:p>
      <w:r>
        <w:rPr>
          <w:b/>
        </w:rPr>
        <w:t xml:space="preserve">[1:26:56] </w:t>
      </w:r>
      <w:r>
        <w:t>das question is from Mr. Shah Imran Hasan.</w:t>
      </w:r>
    </w:p>
    <w:p>
      <w:pPr>
        <w:jc w:val="right"/>
      </w:pPr>
      <w:r>
        <w:t>دس کوئسچن از فرام مسٹر شاہ عمران حسن۔</w:t>
      </w:r>
    </w:p>
    <w:p>
      <w:r>
        <w:rPr>
          <w:b/>
        </w:rPr>
        <w:t xml:space="preserve">[1:27:01] </w:t>
      </w:r>
      <w:r>
        <w:t>aulad ko hadith mein "mujhla" kaha gaya hai, is ka kya matlab hai? dekhen, "mujhla" jo hai, woh jahal se hai.</w:t>
      </w:r>
    </w:p>
    <w:p>
      <w:pPr>
        <w:jc w:val="right"/>
      </w:pPr>
      <w:r>
        <w:t>اولاد کو حدیث میں "مجھلہ" کہا گیا ہے، اس کا کیا مطلب ہے؟ دیکھیں، "مجھلہ" جو ہے، وہ جہل سے ہے۔</w:t>
      </w:r>
    </w:p>
    <w:p>
      <w:r>
        <w:rPr>
          <w:b/>
        </w:rPr>
        <w:t xml:space="preserve">[1:27:10] </w:t>
      </w:r>
      <w:r>
        <w:t>"mujhla" ka matlab hota hai "ma yahluk ala al-jahl" yani jahal ka matlab hota hai ke matlab jahalat nahi hai, yani stability jo tum ko stable banate hain,</w:t>
      </w:r>
    </w:p>
    <w:p>
      <w:pPr>
        <w:jc w:val="right"/>
      </w:pPr>
      <w:r>
        <w:t>"مجھلہ" کا مطلب ہوتا ہے "ما یحملک علی الجہل" یعنی جہل کا مطلب ہوتا ہے کہ مطلب جہالت نہیں ہے، یعنی اسٹیبلٹی جو تم کو اسٹیبل بناتے ہیں،</w:t>
      </w:r>
    </w:p>
    <w:p>
      <w:r>
        <w:rPr>
          <w:b/>
        </w:rPr>
        <w:t xml:space="preserve">[1:27:28] </w:t>
      </w:r>
      <w:r>
        <w:t>jo stable banate hain. "al-walad mujhlat"</w:t>
      </w:r>
    </w:p>
    <w:p>
      <w:pPr>
        <w:jc w:val="right"/>
      </w:pPr>
      <w:r>
        <w:t>جو اسٹیبل بناتے ہیں۔ "الولد مجھلت"</w:t>
      </w:r>
    </w:p>
    <w:p>
      <w:r>
        <w:rPr>
          <w:b/>
        </w:rPr>
        <w:t xml:space="preserve">[1:27:35] </w:t>
      </w:r>
      <w:r>
        <w:t>teen word aaye hain: "al-walad mujh bint mujhlat mujh bint" ke aulad jo hai, woh aadmi ko bazdil banati hai,</w:t>
      </w:r>
    </w:p>
    <w:p>
      <w:pPr>
        <w:jc w:val="right"/>
      </w:pPr>
      <w:r>
        <w:t>تین ورڈ آئے ہیں: "الولد مجھ بنت مجھلت مجھ بنت" کہ اولاد جو ہے، وہ آدمی کو بزدل بناتی ہے،</w:t>
      </w:r>
    </w:p>
    <w:p>
      <w:r>
        <w:rPr>
          <w:b/>
        </w:rPr>
        <w:t xml:space="preserve">[1:27:49] </w:t>
      </w:r>
      <w:r>
        <w:t>aadmi ko bakheel banati hai, aadmi ko stable banati hai. bohat ajeeb cheez hai yeh, bohat ajeeb cheez hai.</w:t>
      </w:r>
    </w:p>
    <w:p>
      <w:pPr>
        <w:jc w:val="right"/>
      </w:pPr>
      <w:r>
        <w:t>آدمی کو بخیل بناتی ہے، آدمی کو اسٹیبل بناتی ہے۔ بہت عجیب چیز ہے یہ، بہت عجیب چیز ہے۔</w:t>
      </w:r>
    </w:p>
    <w:p>
      <w:r>
        <w:rPr>
          <w:b/>
        </w:rPr>
        <w:t xml:space="preserve">[1:27:59] </w:t>
      </w:r>
      <w:r>
        <w:t>"al-walad mujh bint mubhlat mujhlat"</w:t>
      </w:r>
    </w:p>
    <w:p>
      <w:pPr>
        <w:jc w:val="right"/>
      </w:pPr>
      <w:r>
        <w:t>"الولد مجھ بنت مبخلت مجھلت"</w:t>
      </w:r>
    </w:p>
    <w:p>
      <w:r>
        <w:rPr>
          <w:b/>
        </w:rPr>
        <w:t xml:space="preserve">[1:28:06] </w:t>
      </w:r>
      <w:r>
        <w:t>ke aulad aadmi ko bakheel banati hai, yani paisa sameta hai, sameta hai aulad ke liye</w:t>
      </w:r>
    </w:p>
    <w:p>
      <w:pPr>
        <w:jc w:val="right"/>
      </w:pPr>
      <w:r>
        <w:t>کہ اولاد آدمی کو بخیل بناتی ہے، یعنی پیسہ سمیٹتا ہے، سمیٹتا ہے اولاد کے لیے</w:t>
      </w:r>
    </w:p>
    <w:p>
      <w:r>
        <w:rPr>
          <w:b/>
        </w:rPr>
        <w:t xml:space="preserve">[1:28:18] </w:t>
      </w:r>
      <w:r>
        <w:t>aur bazdil banati hai ke darta hai ke agar mein aisa kiya, vaisa kiya to kahin mera beta use zid zid mein na aa jaye, pakad mein na aa jaye mera beta.</w:t>
      </w:r>
    </w:p>
    <w:p>
      <w:pPr>
        <w:jc w:val="right"/>
      </w:pPr>
      <w:r>
        <w:t>اور بزدل بناتی ہے کہ ڈرتا ہے کہ اگر میں ایسا کیا، ویسا کیا تو کہیں میرا بیٹا اسے زد زد میں نہ آ جائے، پکڑ میں نہ آ جائے میرا بیٹا۔</w:t>
      </w:r>
    </w:p>
    <w:p>
      <w:r>
        <w:rPr>
          <w:b/>
        </w:rPr>
        <w:t xml:space="preserve">[1:28:29] </w:t>
      </w:r>
      <w:r>
        <w:t>aur stabilt ban jati hai, yani bete ke mamle mein ajeeb baat hai ke mein aaj se bohat pehle jab ke mein ne hadith padhi nahi thi, us waqt meri zuban se yeh jumla nikla tha kisi se baat karte hue ke har baap apne bete ke haq mein bewakoof hota hai.</w:t>
      </w:r>
    </w:p>
    <w:p>
      <w:pPr>
        <w:jc w:val="right"/>
      </w:pPr>
      <w:r>
        <w:t>اور اسٹیبلٹ بن جاتی ہے، یعنی بیٹے کے معاملے میں عجیب بات ہے کہ میں آج سے بہت پہلے جب کہ میں نے حدیث پڑھی نہیں تھی، اس وقت میری زبان سے یہ جملہ نکلا تھا کسی سے بات کرتے ہوئے کہ ہر باپ اپنے بیٹے کے حق میں بیوقوف ہوتا ہے۔</w:t>
      </w:r>
    </w:p>
    <w:p>
      <w:r>
        <w:rPr>
          <w:b/>
        </w:rPr>
        <w:t xml:space="preserve">[1:28:47] </w:t>
      </w:r>
      <w:r>
        <w:t>bohat pehle ki baat hai, mein samajhta hoon ke yani 50 baras shayad ho gaye hon, har baap apne bete ke haq mein bewakoof hota hai.</w:t>
      </w:r>
    </w:p>
    <w:p>
      <w:pPr>
        <w:jc w:val="right"/>
      </w:pPr>
      <w:r>
        <w:t>بہت پہلے کی بات ہے، میں سمجھتا ہوں کہ یعنی 50 برس شاید ہو گئے ہوں، ہر باپ اپنے بیٹے کے حق میں بیوقوف ہوتا ہے۔</w:t>
      </w:r>
    </w:p>
    <w:p>
      <w:r>
        <w:rPr>
          <w:b/>
        </w:rPr>
        <w:t xml:space="preserve">[1:28:56] </w:t>
      </w:r>
      <w:r>
        <w:t>wohi wahan hai "mujhlat" yani aadmi stabilt ban jata hai bete ke mamle mein. kyun?</w:t>
      </w:r>
    </w:p>
    <w:p>
      <w:pPr>
        <w:jc w:val="right"/>
      </w:pPr>
      <w:r>
        <w:t>وہی وہاں ہے "مجھلت" یعنی آدمی اسٹیبلٹ بن جاتا ہے بیٹے کے معاملے میں۔ کیوں؟</w:t>
      </w:r>
    </w:p>
    <w:p>
      <w:r>
        <w:rPr>
          <w:b/>
        </w:rPr>
        <w:t xml:space="preserve">[1:29:02] </w:t>
      </w:r>
      <w:r>
        <w:t>bas woh jo woh kare, wahi theek hai, jo woh kare, wahi theek hai. yani doosre ke actions ko woh judge karta hai kisi principle se aur bete ke us ko principle judge nahi karta.</w:t>
      </w:r>
    </w:p>
    <w:p>
      <w:pPr>
        <w:jc w:val="right"/>
      </w:pPr>
      <w:r>
        <w:t>بس وہ جو وہ کرے، وہی ٹھیک ہے، جو وہ کرے، وہی ٹھیک ہے۔ یعنی دوسرے کے ایکشنز کو وہ جج کرتا ہے کسی پرنسپل سے اور بیٹے کے اس کو پرنسپل جج نہیں کرتا۔</w:t>
      </w:r>
    </w:p>
    <w:p>
      <w:r>
        <w:rPr>
          <w:b/>
        </w:rPr>
        <w:t xml:space="preserve">[1:29:15] </w:t>
      </w:r>
      <w:r>
        <w:t>ek martaba mein ek dilchasp qissa mujhe bataoon aap ko, sacha qissa. ek sahab ke paas mein gaya, woh apne ek woh ek building thi, us ke upar rehte the, woh chhat par to ghar wahan mile mile the.</w:t>
      </w:r>
    </w:p>
    <w:p>
      <w:pPr>
        <w:jc w:val="right"/>
      </w:pPr>
      <w:r>
        <w:t>ایک مرتبہ میں ایک دلچسپ قصہ مجھے بتاؤں آپ کو، سچا قصہ۔ ایک صاحب کے پاس میں گیا، وہ اپنے ایک وہ ایک بلڈنگ تھی، اس کے اوپر رہتے تھے، وہ چھت پر تو گھر وہاں ملے ملے تھے۔</w:t>
      </w:r>
    </w:p>
    <w:p>
      <w:r>
        <w:rPr>
          <w:b/>
        </w:rPr>
        <w:t xml:space="preserve">[1:29:29] </w:t>
      </w:r>
      <w:r>
        <w:t>to ek naujawan ladka jo hai, patang urata hua daud raha tha. to ab aap jante ho ke patang jo hai, us ko patang wale kya kya karte hain, woh daudte hain idhar udhar pakadne ke liye, shayad kya karne ke liye.</w:t>
      </w:r>
    </w:p>
    <w:p>
      <w:pPr>
        <w:jc w:val="right"/>
      </w:pPr>
      <w:r>
        <w:t>تو ایک نوجوان لڑکا جو ہے، پتنگ اڑاتا ہوا دوڑ رہا تھا۔ تو اب آپ جانتے ہو کہ پتنگ جو ہے، اس کو پتنگ والے کیا کیا کرتے ہیں، وہ دوڑتے ہیں ادھر ادھر پکڑنے کے لیے، شاید کیا کرنے کے لیے۔</w:t>
      </w:r>
    </w:p>
    <w:p>
      <w:r>
        <w:rPr>
          <w:b/>
        </w:rPr>
        <w:t xml:space="preserve">[1:29:45] </w:t>
      </w:r>
      <w:r>
        <w:t>to woh un ki chhat ke upar, yani uchalte kudte, un ki chhat par aa gaya. to bohat ghussa hue woh ke patang urate ho, tumhein sharm nahi aati?</w:t>
      </w:r>
    </w:p>
    <w:p>
      <w:pPr>
        <w:jc w:val="right"/>
      </w:pPr>
      <w:r>
        <w:t>تو وہ ان کی چھت کے اوپر، یعنی اچھلتے کودتے، ان کی چھت پر آ گیا۔ تو بہت غصہ ہوئے وہ کہ پتنگ اڑاتے ہو، تمہیں شرم نہیں آتی؟</w:t>
      </w:r>
    </w:p>
    <w:p>
      <w:r>
        <w:rPr>
          <w:b/>
        </w:rPr>
        <w:t xml:space="preserve">[1:29:58] </w:t>
      </w:r>
      <w:r>
        <w:t>to padhna chahiye.</w:t>
      </w:r>
    </w:p>
    <w:p>
      <w:pPr>
        <w:jc w:val="right"/>
      </w:pPr>
      <w:r>
        <w:t>تو پڑھنا چاہیے۔</w:t>
      </w:r>
    </w:p>
    <w:p>
      <w:r>
        <w:rPr>
          <w:b/>
        </w:rPr>
        <w:t xml:space="preserve">[1:30:00] </w:t>
      </w:r>
      <w:r>
        <w:t>yani doosre ka ladka patang ura raha tha aur us ko ghussa hue woh. phir kya? un ka apna ek beta tha, woh kahin gaya tha, bahar se aaya to mein ne dekha ke nihayat ehtimam se woh aaya hai,</w:t>
      </w:r>
    </w:p>
    <w:p>
      <w:pPr>
        <w:jc w:val="right"/>
      </w:pPr>
      <w:r>
        <w:t>یعنی دوسرے کا لڑکا پتنگ اڑا رہا تھا اور اس کو غصہ ہوئے وہ۔ پھر کیا؟ ان کا اپنا ایک بیٹا تھا، وہ کہیں گیا تھا، باہر سے آیا تو میں نے دیکھا کہ نہایت اہتمام سے وہ آیا ہے،</w:t>
      </w:r>
    </w:p>
    <w:p>
      <w:r>
        <w:rPr>
          <w:b/>
        </w:rPr>
        <w:t xml:space="preserve">[1:30:14] </w:t>
      </w:r>
      <w:r>
        <w:t>un ke kamre mein gaya hai, wahan par corner mein ek patang rakha hua tha, us ko nikala us ne, inhi ke samne urane laga. woh ab dekh dekh ke khush ho rahe hain,</w:t>
      </w:r>
    </w:p>
    <w:p>
      <w:pPr>
        <w:jc w:val="right"/>
      </w:pPr>
      <w:r>
        <w:t>ان کے کمرے میں گیا ہے، وہاں پر کارنر میں ایک پتنگ رکھا ہوا تھا، اس کو نکالا اس نے، انہی کے سامنے اڑانے لگا۔ وہ اب دیکھ دیکھ کے خوش ہو رہے ہیں،</w:t>
      </w:r>
    </w:p>
    <w:p>
      <w:r>
        <w:rPr>
          <w:b/>
        </w:rPr>
        <w:t xml:space="preserve">[1:30:25] </w:t>
      </w:r>
      <w:r>
        <w:t>ek hi insan ke doosre ke bete ne ko patang urate hue dekha to ghussa ho rahe the, apna beta patang ura raha hai to khush ho rahe hain. to yeh yeh hai ke apne bete ke liye aadmi stabilt ban jata hai.</w:t>
      </w:r>
    </w:p>
    <w:p>
      <w:pPr>
        <w:jc w:val="right"/>
      </w:pPr>
      <w:r>
        <w:t>ایک ہی انسان کہ دوسرے کے بیٹے نے کو پتنگ اڑاتے ہوئے دیکھا تو غصہ ہو رہے تھے، اپنا بیٹا پتنگ اڑا رہا ہے تو خوش ہو رہے ہیں۔ تو یہ یہ ہے کہ اپنے بیٹے کے لیے آدمی اسٹیبلٹ بن جاتا ہے۔</w:t>
      </w:r>
    </w:p>
    <w:p>
      <w:r>
        <w:rPr>
          <w:b/>
        </w:rPr>
        <w:t xml:space="preserve">[1:30:43] </w:t>
      </w:r>
      <w:r>
        <w:t>to yeh yahi hai, isi liye kaha gaya ke aulad jo hai, woh test paper hai, test paper.</w:t>
      </w:r>
    </w:p>
    <w:p>
      <w:pPr>
        <w:jc w:val="right"/>
      </w:pPr>
      <w:r>
        <w:t>تو یہ یہی ہے، اسی لیے کہا گیا کہ اولاد جو ہے، وہ ٹیسٹ پیپر ہے، ٹیسٹ پیپر۔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