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Al-Risala, May 2018</w:t>
      </w:r>
    </w:p>
    <w:p>
      <w:r>
        <w:t>https://www.youtube.com/watch?v=VsVaccpm1ug</w:t>
      </w:r>
    </w:p>
    <w:p>
      <w:r>
        <w:rPr>
          <w:b/>
        </w:rPr>
        <w:t xml:space="preserve">[00:00] </w:t>
      </w:r>
      <w:r>
        <w:t>arsala, may 2018.</w:t>
      </w:r>
    </w:p>
    <w:p>
      <w:pPr>
        <w:jc w:val="right"/>
      </w:pPr>
      <w:r>
        <w:t>ارسالہ، مئی 2018۔</w:t>
      </w:r>
    </w:p>
    <w:p>
      <w:r>
        <w:rPr>
          <w:b/>
        </w:rPr>
        <w:t xml:space="preserve">[00:11] </w:t>
      </w:r>
      <w:r>
        <w:t>roza baraye tark. roze ke baray mein aik hadith qudsi aayi hai, is ka tarjuma yeh hai: "roza, saum, mere liye hai, aur mein hi is ka ajar doon ga." rozedar mere liye apni shahwat ko chorta hai, woh mere liye apna khana aur apna pani chorta hai.</w:t>
      </w:r>
    </w:p>
    <w:p>
      <w:pPr>
        <w:jc w:val="right"/>
      </w:pPr>
      <w:r>
        <w:t>روزہ برائے ترک۔ روزے کے بارے میں ایک حدیث قدسی آئی ہے، اس کا ترجمہ یہ ہے: "روزہ، صوم، میرے لیے ہے، اور میں ہی اس کا اجر دوں گا۔" روزے دار میرے لیے اپنی شہوت کو چھوڑتا ہے، وہ میرے لیے اپنا کھانا اور اپنا پانی چھوڑتا ہے۔</w:t>
      </w:r>
    </w:p>
    <w:p>
      <w:r>
        <w:rPr>
          <w:b/>
        </w:rPr>
        <w:t xml:space="preserve">[00:33] </w:t>
      </w:r>
      <w:r>
        <w:t>aur roza dhal hai, aur rozedar ke liye do khushiyan hain: aik khushi jab ke woh roza kholta hai, aur doosri khushi jab ke woh apne rab se mile ga.</w:t>
      </w:r>
    </w:p>
    <w:p>
      <w:pPr>
        <w:jc w:val="right"/>
      </w:pPr>
      <w:r>
        <w:t>اور روزہ ڈھال ہے، اور روزے دار کے لیے دو خوشیاں ہیں: ایک خوشی جب کہ وہ روزہ کھولتا ہے، اور دوسری خوشی جب کہ وہ اپنے رب سے ملے گا۔</w:t>
      </w:r>
    </w:p>
    <w:p>
      <w:r>
        <w:rPr>
          <w:b/>
        </w:rPr>
        <w:t xml:space="preserve">[00:45] </w:t>
      </w:r>
      <w:r>
        <w:t>sahih bukhari. roze ki asal ahmiyat is ki spirit mein hai, na ke is ke form mein. roze ki haqeeqat tark ya chhodna hai.</w:t>
      </w:r>
    </w:p>
    <w:p>
      <w:pPr>
        <w:jc w:val="right"/>
      </w:pPr>
      <w:r>
        <w:t>صحیح بخاری۔ روزے کی اصل اہمیت اس کی سپرٹ میں ہے، نہ کہ اس کے فارم میں۔ روزے کی حقیقت ترک یا چھوڑنا ہے۔</w:t>
      </w:r>
    </w:p>
    <w:p>
      <w:r>
        <w:rPr>
          <w:b/>
        </w:rPr>
        <w:t xml:space="preserve">[00:57] </w:t>
      </w:r>
      <w:r>
        <w:t>roze mein rozedar yeh karta hai ke woh makhsoos auqat mein aarzi tor par khana aur pani chhod deta hai. is chhodne ke amal ka Allah ke haan bohat bara darja hai,</w:t>
      </w:r>
    </w:p>
    <w:p>
      <w:pPr>
        <w:jc w:val="right"/>
      </w:pPr>
      <w:r>
        <w:t>روزے میں روزے دار یہ کرتا ہے کہ وہ مخصوص اوقات میں عارضی طور پر کھانا اور پانی چھوڑ دیتا ہے۔ اس چھوڑنے کے عمل کا اللہ کے ہاں بہت بڑا درجہ ہے،</w:t>
      </w:r>
    </w:p>
    <w:p>
      <w:r>
        <w:rPr>
          <w:b/>
        </w:rPr>
        <w:t xml:space="preserve">[01:11] </w:t>
      </w:r>
      <w:r>
        <w:t>bashart ke yeh chhodna khalis Allah ke liye ho. roze mein khane aur peene ka tark alamati tark hai.</w:t>
      </w:r>
    </w:p>
    <w:p>
      <w:pPr>
        <w:jc w:val="right"/>
      </w:pPr>
      <w:r>
        <w:t>بشرط کہ یہ چھوڑنا خالص اللہ کے لیے ہو۔ روزے میں کھانے اور پینے کا ترک علامتی ترک ہے۔</w:t>
      </w:r>
    </w:p>
    <w:p>
      <w:r>
        <w:rPr>
          <w:b/>
        </w:rPr>
        <w:t xml:space="preserve">[01:20] </w:t>
      </w:r>
      <w:r>
        <w:t>is ki asal haqeeqat yeh hai ke rozedar apni aadat ko ya apni kisi mehboob cheez ko Allah ke khilaf samajh kar chhod de.</w:t>
      </w:r>
    </w:p>
    <w:p>
      <w:pPr>
        <w:jc w:val="right"/>
      </w:pPr>
      <w:r>
        <w:t>اس کی اصل حقیقت یہ ہے کہ روزے دار اپنی عادت کو یا اپنی کسی محبوب چیز کو اللہ کے خلاف سمجھ کر چھوڑ دے۔</w:t>
      </w:r>
    </w:p>
    <w:p>
      <w:r>
        <w:rPr>
          <w:b/>
        </w:rPr>
        <w:t xml:space="preserve">[01:32] </w:t>
      </w:r>
      <w:r>
        <w:t>sacha rozedar woh hai jo ramzan ke mahine mein yeh tay kare ke woh apni qabil tark adaton ko daryaft kare ga, aur har din kam az kam aik adat ko Allah ke liye chhod de ga.</w:t>
      </w:r>
    </w:p>
    <w:p>
      <w:pPr>
        <w:jc w:val="right"/>
      </w:pPr>
      <w:r>
        <w:t>سچا روزے دار وہ ہے جو رمضان کے مہینے میں یہ طے کرے کہ وہ اپنی قابل ترک عادتوں کو دریافت کرے گا، اور ہر دن کم از کم ایک عادت کو اللہ کے لیے چھوڑ دے گا۔</w:t>
      </w:r>
    </w:p>
    <w:p>
      <w:r>
        <w:rPr>
          <w:b/>
        </w:rPr>
        <w:t xml:space="preserve">[01:47] </w:t>
      </w:r>
      <w:r>
        <w:t>yeh goya Allah ke liye aik khud inzibati ya self discipline ka maamla hai. is khud inzibati ke amal mein chhodne ki bohat si cheezain hain, maslan aik suni hui baat ko bila tehqeeq doosron se bayan karna,</w:t>
      </w:r>
    </w:p>
    <w:p>
      <w:pPr>
        <w:jc w:val="right"/>
      </w:pPr>
      <w:r>
        <w:t>یہ گویا اللہ کے لیے ایک خود انضباطی یا سیلف ڈسپلن کا معاملہ ہے۔ اس خود انضباطی کے عمل میں چھوڑنے کی بہت سی چیزیں ہیں، مثلاً ایک سنی ہوئی بات کو بلا تحقیق دوسروں سے بیان کرنا،</w:t>
      </w:r>
    </w:p>
    <w:p>
      <w:r>
        <w:rPr>
          <w:b/>
        </w:rPr>
        <w:t xml:space="preserve">[02:05] </w:t>
      </w:r>
      <w:r>
        <w:t>majlis mein hansna aur mazaaq urana, ek aadmi bol raha ho to us ki baat khatm hone se pehle bolna, waada karne ke baad us ko poora na karna, ghair sanjeeda guftagu karna, manfi ravaiyya ikhtiyar karna,</w:t>
      </w:r>
    </w:p>
    <w:p>
      <w:pPr>
        <w:jc w:val="right"/>
      </w:pPr>
      <w:r>
        <w:t>مجلس میں ہنسنا اور مذاق اڑانا، ایک آدمی بول رہا ہو تو اس کی بات ختم ہونے سے پہلے بولنا، وعدہ کرنے کے بعد اس کو پورا نہ کرنا، غیر سنجیدہ گفتگو کرنا، منفی رویہ اختیار کرنا،</w:t>
      </w:r>
    </w:p>
    <w:p>
      <w:r>
        <w:rPr>
          <w:b/>
        </w:rPr>
        <w:t xml:space="preserve">[02:23] </w:t>
      </w:r>
      <w:r>
        <w:t>ek doosre par fakhr karna, baat cheet mein be ehtiyati ka andaaz ikhtiyar karna, dasterkhwan par khana aur pani chhodna, takalluf ka tareeqa ikhtiyar karna, dhakka de kar aage badhna, daleel ke bajaye aib joi ki zabaan bolna,</w:t>
      </w:r>
    </w:p>
    <w:p>
      <w:pPr>
        <w:jc w:val="right"/>
      </w:pPr>
      <w:r>
        <w:t>ایک دوسرے پر فخر کرنا، بات چیت میں بے احتیاطی کا انداز اختیار کرنا، دسترخوان پر کھانا اور پانی چھوڑنا، تکلف کا طریقہ اختیار کرنا، دھکا دے کر آگے بڑھنا، دلیل کے بجائے عیب جوئی کی زبان بولنا،</w:t>
      </w:r>
    </w:p>
    <w:p>
      <w:r>
        <w:rPr>
          <w:b/>
        </w:rPr>
        <w:t xml:space="preserve">[02:44] </w:t>
      </w:r>
      <w:r>
        <w:t>zyada bolna ya zor zor se bolna waghera.</w:t>
      </w:r>
    </w:p>
    <w:p>
      <w:pPr>
        <w:jc w:val="right"/>
      </w:pPr>
      <w:r>
        <w:t>زیادہ بولنا یا زور زور سے بولنا وغیرہ۔</w:t>
      </w:r>
    </w:p>
    <w:p>
      <w:r>
        <w:rPr>
          <w:b/>
        </w:rPr>
        <w:t xml:space="preserve">[02:57] </w:t>
      </w:r>
      <w:r>
        <w:t>rizq plus. Quran mein roze ka hukum surah baqarah ki ayat 183 ta 187 mein aaya hai.</w:t>
      </w:r>
    </w:p>
    <w:p>
      <w:pPr>
        <w:jc w:val="right"/>
      </w:pPr>
      <w:r>
        <w:t>رزق پلس۔ قرآن میں روزے کا حکم سورہ بقرہ کی آیت 183 تا 187 میں آیا ہے۔</w:t>
      </w:r>
    </w:p>
    <w:p>
      <w:r>
        <w:rPr>
          <w:b/>
        </w:rPr>
        <w:t xml:space="preserve">[03:06] </w:t>
      </w:r>
      <w:r>
        <w:t>hadees ki kitabon mein roze ke bare mein bohat si riwayatein aayi hain, maslan mishkat al masabeeh mein kitab al sawm ke tehat jo hadeesein aayi hain un ki tadad 152 hai, aur abubakar al farayabi ki kitab al siyam mein aisi ahadees ki tadad 192 hai.</w:t>
      </w:r>
    </w:p>
    <w:p>
      <w:pPr>
        <w:jc w:val="right"/>
      </w:pPr>
      <w:r>
        <w:t>حدیث کی کتابوں میں روزے کے بارے میں بہت سی روایتیں آئی ہیں، مثلاً مشکات المصابیح میں کتاب الصوم کے تحت جو حدیثیں آئی ہیں ان کی تعداد 152 ہے، اور ابوبکر الفریابی کی کتاب الصیام میں ایسی احادیث کی تعداد 192 ہے۔</w:t>
      </w:r>
    </w:p>
    <w:p>
      <w:r>
        <w:rPr>
          <w:b/>
        </w:rPr>
        <w:t xml:space="preserve">[03:29] </w:t>
      </w:r>
      <w:r>
        <w:t>ramzan ke roze ke bare mein ek lambi riwayat hadees ki kitabon mein aayi hai, is riwayat ka ek juz yeh hai: "wa shahr yuzdad fihi rizq al momin" saheeh ibn khuzaimah hadees number 1887.</w:t>
      </w:r>
    </w:p>
    <w:p>
      <w:pPr>
        <w:jc w:val="right"/>
      </w:pPr>
      <w:r>
        <w:t>رمضان کے روزوں کے بارے میں ایک طویل روایت حدیث کی کتابوں میں آئی ہے، اس روایت کا ایک جز یہ ہے: "وشہر یزداد فیہ رزق المومن" صحیح ابن خزیمہ حدیث نمبر 1887۔</w:t>
      </w:r>
    </w:p>
    <w:p>
      <w:r>
        <w:rPr>
          <w:b/>
        </w:rPr>
        <w:t xml:space="preserve">[03:47] </w:t>
      </w:r>
      <w:r>
        <w:t>yani is mahine mein momin ka rizq badha diya jata hai. rizq badhane se murad maadi rizq badhana nahi hai balke roohani rizq ya spiritual food badha dena hai.</w:t>
      </w:r>
    </w:p>
    <w:p>
      <w:pPr>
        <w:jc w:val="right"/>
      </w:pPr>
      <w:r>
        <w:t>یعنی اس مہینے میں مومن کا رزق بڑھا دیا جاتا ہے۔ رزق بڑھانے سے مراد مادی رزق بڑھانا نہیں ہے بلکہ روحانی رزق یا سپرچول فوڈ بڑھا دینا ہے۔</w:t>
      </w:r>
    </w:p>
    <w:p>
      <w:r>
        <w:rPr>
          <w:b/>
        </w:rPr>
        <w:t xml:space="preserve">[04:01] </w:t>
      </w:r>
      <w:r>
        <w:t>ramzan mein momin wohi rizq leta hai jo rizq woh aam mahinon mein leta hai, lekin nafsiyati aitbar se ramzan ka rizq momin ke liye rizq plus ban jata hai.</w:t>
      </w:r>
    </w:p>
    <w:p>
      <w:pPr>
        <w:jc w:val="right"/>
      </w:pPr>
      <w:r>
        <w:t>رمضان میں مومن وہی رزق لیتا ہے جو رزق وہ عام مہینوں میں لیتا ہے، لیکن نفسیاتی اعتبار سے رمضان کا رزق مومن کے لیے رزق پلس بن جاتا ہے۔</w:t>
      </w:r>
    </w:p>
    <w:p>
      <w:r>
        <w:rPr>
          <w:b/>
        </w:rPr>
        <w:t xml:space="preserve">[04:14] </w:t>
      </w:r>
      <w:r>
        <w:t>hazrat maryam ke jis rizq par hazrat zakariya ko taajjub hua tha woh yahi rizq plus tha. yani bazahir hazrat maryam ka rizq wohi tha jo doosre tamam logon ko milta hai, lekin hazrat maryam ki roohani taraqqi ya spiritual development ki bana par un ka rizq rizq plus ban jata tha.</w:t>
      </w:r>
    </w:p>
    <w:p>
      <w:pPr>
        <w:jc w:val="right"/>
      </w:pPr>
      <w:r>
        <w:t>حضرت مریم کے جس رزق پر حضرت زکریا کو تعجب ہوا تھا وہ یہی رزق پلس تھا۔ یعنی بظاہر حضرت مریم کا رزق وہی تھا جو دوسرے تمام لوگوں کو ملتا ہے، لیکن حضرت مریم کی روحانی ترقی یا سپرچول ڈیویلپمنٹ کی بنا پر ان کا رزق رزق پلس بن جاتا تھا۔</w:t>
      </w:r>
    </w:p>
    <w:p>
      <w:r>
        <w:rPr>
          <w:b/>
        </w:rPr>
        <w:t xml:space="preserve">[04:37] </w:t>
      </w:r>
      <w:r>
        <w:t>yani rizq ko lete hue un ke andar rabbani khayalat jaagte the, shukr ilahi ke naye naye item un ke zehan mein paida hote the, is bana par un ki zabaan se zikr aur dua ke naye naye kalmat ada hote the.</w:t>
      </w:r>
    </w:p>
    <w:p>
      <w:pPr>
        <w:jc w:val="right"/>
      </w:pPr>
      <w:r>
        <w:t>یعنی رزق کو لیتے ہوئے ان کے اندر ربانی خیالات جاگتے تھے، شکر الہی کے نئے نئے آئٹم ان کے ذہن میں پیدا ہوتے تھے، اس بنا پر ان کی زبان سے ذکر اور دعا کے نئے نئے کلمات ادا ہوتے تھے۔</w:t>
      </w:r>
    </w:p>
    <w:p>
      <w:r>
        <w:rPr>
          <w:b/>
        </w:rPr>
        <w:t xml:space="preserve">[04:54] </w:t>
      </w:r>
      <w:r>
        <w:t>is haqeeqat ko na samajhne ki wajah se kuch logon ne is ki tafseer yeh kar di ke mausam sarma mein mausam garma ke phal aur mausam garma mein mausam sarma ke phal.</w:t>
      </w:r>
    </w:p>
    <w:p>
      <w:pPr>
        <w:jc w:val="right"/>
      </w:pPr>
      <w:r>
        <w:t>اس حقیقت کو نہ سمجھنے کی وجہ سے کچھ لوگوں نے اس کی تفسیر یہ کر دی کہ موسم سرما میں موسم گرما کے پھل اور موسم گرما میں موسم سرما کے پھل۔</w:t>
      </w:r>
    </w:p>
    <w:p>
      <w:r>
        <w:rPr>
          <w:b/>
        </w:rPr>
        <w:t xml:space="preserve">[05:08] </w:t>
      </w:r>
      <w:r>
        <w:t>ramzan ka rizq aise insaan ke liye rizq plus ban jata hai jo ramzan se pehle Allah ki yaad aur Allah ke shukr mein jeeta ho.</w:t>
      </w:r>
    </w:p>
    <w:p>
      <w:pPr>
        <w:jc w:val="right"/>
      </w:pPr>
      <w:r>
        <w:t>رمضان کا رزق ایسے انسان کے لیے رزق پلس بن جاتا ہے جو رمضان سے پہلے اللہ کی یاد اور اللہ کے شکر میں جیتا ہو۔</w:t>
      </w:r>
    </w:p>
    <w:p>
      <w:r>
        <w:rPr>
          <w:b/>
        </w:rPr>
        <w:t xml:space="preserve">[05:20] </w:t>
      </w:r>
      <w:r>
        <w:t>aisa aadmi goya bedaar aadmi hai, us ki bedari us ke liye ramzan ke rizq mein naye rabbani pehlu ka izafa kar deti hai.</w:t>
      </w:r>
    </w:p>
    <w:p>
      <w:pPr>
        <w:jc w:val="right"/>
      </w:pPr>
      <w:r>
        <w:t>ایسا آدمی گویا بیدار آدمی ہے، اس کی بیداری اس کے لیے رمضان کے رزق میں نئے ربانی پہلو کا اضافہ کر دیتی ہے۔</w:t>
      </w:r>
    </w:p>
    <w:p>
      <w:r>
        <w:rPr>
          <w:b/>
        </w:rPr>
        <w:t xml:space="preserve">[05:31] </w:t>
      </w:r>
      <w:r>
        <w:t>yahi matlab hai rizq ke rizq plus hone ka.</w:t>
      </w:r>
    </w:p>
    <w:p>
      <w:pPr>
        <w:jc w:val="right"/>
      </w:pPr>
      <w:r>
        <w:t>یہی مطلب ہے رزق کے رزق پلس ہونے کا۔</w:t>
      </w:r>
    </w:p>
    <w:p>
      <w:r>
        <w:rPr>
          <w:b/>
        </w:rPr>
        <w:t xml:space="preserve">[05:44] </w:t>
      </w:r>
      <w:r>
        <w:t>tazkeer bil Quran. Quran ki ek ayat in alfaaz mein aayi hai: "fa dhakkir bil qurani man yakhaf wa'eed" yani pas tum Quran ke zariye us shakhs ko naseehat karo jo meri wa'eed se dare.</w:t>
      </w:r>
    </w:p>
    <w:p>
      <w:pPr>
        <w:jc w:val="right"/>
      </w:pPr>
      <w:r>
        <w:t>تذکیر بالقرآن۔ قرآن کی ایک آیت ان الفاظ میں آئی ہے: "فذکر بالقرآن من یخاف وعید" یعنی پس تم قرآن کے ذریعے اس شخص کو نصیحت کرو جو میری وعید سے ڈرے۔</w:t>
      </w:r>
    </w:p>
    <w:p>
      <w:r>
        <w:rPr>
          <w:b/>
        </w:rPr>
        <w:t xml:space="preserve">[06:02] </w:t>
      </w:r>
      <w:r>
        <w:t>is ayat se maloom hua ke Quran se tazkeer yeh hai ke logon ko Allah ki wa'eed yaad dila kar unhein mutanabbih kiya jaye aur is ke mutabiq un ko zimmedarana zindagi guzarne par tayyar kiya jaye.</w:t>
      </w:r>
    </w:p>
    <w:p>
      <w:pPr>
        <w:jc w:val="right"/>
      </w:pPr>
      <w:r>
        <w:t>اس آیت سے معلوم ہوا کہ قرآن سے تذکیر یہ ہے کہ لوگوں کو اللہ کی وعید یاد دلا کر انہیں متنبہ کیا جائے اور اس کے مطابق ان کو ذمہ دارانہ زندگی گزارنے پر تیار کیا جائے۔</w:t>
      </w:r>
    </w:p>
    <w:p>
      <w:r>
        <w:rPr>
          <w:b/>
        </w:rPr>
        <w:t xml:space="preserve">[06:18] </w:t>
      </w:r>
      <w:r>
        <w:t>wa'eed ka lafzi matlab hai darrwa ya warning. yeh darrwa kya hai? Quran ke mutale se maloom hota hai ke woh darrwa yeh hai ke logon ko bataya jaye ke khalq ne is dunya mein insaan ko jo nematein di hain us ke sath ek lazmi zimmedari wabasta hai.</w:t>
      </w:r>
    </w:p>
    <w:p>
      <w:pPr>
        <w:jc w:val="right"/>
      </w:pPr>
      <w:r>
        <w:t>وعید کا لفظی مطلب ہے ڈراوا یا وارننگ۔ یہ ڈراوا کیا ہے؟ قرآن کے مطالعے سے معلوم ہوتا ہے کہ وہ ڈراوا یہ ہے کہ لوگوں کو بتایا جائے کہ خالق نے اس دنیا میں انسان کو جو نعمتیں دی ہیں اس کے ساتھ ایک لازمی ذمہ داری وابستہ ہے۔</w:t>
      </w:r>
    </w:p>
    <w:p>
      <w:r>
        <w:rPr>
          <w:b/>
        </w:rPr>
        <w:t xml:space="preserve">[06:39] </w:t>
      </w:r>
      <w:r>
        <w:t>woh yeh ke aakhirat mein insaan se yeh poocha jaye ga ke tum ne zindagi mein mili nematon ka etraf kiya ya tum ne be etrafi ki zindagi guzari.</w:t>
      </w:r>
    </w:p>
    <w:p>
      <w:pPr>
        <w:jc w:val="right"/>
      </w:pPr>
      <w:r>
        <w:t>وہ یہ کہ آخرت میں انسان سے یہ پوچھا جائے کہ تم نے زندگی میں ملی نعمتوں کا اعتراف کیا یا تم نے بے اعترافی کی زندگی گزاری۔</w:t>
      </w:r>
    </w:p>
    <w:p>
      <w:r>
        <w:rPr>
          <w:b/>
        </w:rPr>
        <w:t xml:space="preserve">[06:51] </w:t>
      </w:r>
      <w:r>
        <w:t>yeh haqeeqat Quran ki ayat se maloom hoti hai: "thumma latusalunna yawma'in 'anin na'eem".</w:t>
      </w:r>
    </w:p>
    <w:p>
      <w:pPr>
        <w:jc w:val="right"/>
      </w:pPr>
      <w:r>
        <w:t>یہ حقیقت قرآن کی آیت سے معلوم ہوتی ہے: "ثم لتسعلن یومن عن النعیم"۔</w:t>
      </w:r>
    </w:p>
    <w:p>
      <w:r>
        <w:rPr>
          <w:b/>
        </w:rPr>
        <w:t xml:space="preserve">[07:01] </w:t>
      </w:r>
      <w:r>
        <w:t>insaan ek aisi dunya mein paida hota hai jo us ke liye custom made world hai. paida hote hi insaan ko woh tamam cheezein milne lagti hain jin par us ki zindagi ka inhisaar hai, maslan pani, ghiza, roshni, oxygen, kashish arz, gravitational pull waghera.</w:t>
      </w:r>
    </w:p>
    <w:p>
      <w:pPr>
        <w:jc w:val="right"/>
      </w:pPr>
      <w:r>
        <w:t>انسان ایک ایسی دنیا میں پیدا ہوتا ہے جو اس کے لیے کسٹم میڈ ورلڈ ہے۔ پیدا ہوتے ہی انسان کو وہ تمام چیزیں ملنے لگتی ہیں جن پر اس کی زندگی کا انحصار ہے، مثلاً پانی، غذا، روشنی، اکسیجن، کشش عرض، گریویٹیشنل پل وغیرہ۔</w:t>
      </w:r>
    </w:p>
    <w:p>
      <w:r>
        <w:rPr>
          <w:b/>
        </w:rPr>
        <w:t xml:space="preserve">[07:24] </w:t>
      </w:r>
      <w:r>
        <w:t>is tarah ki beshumar cheezein hain jo insaan ki zindagi ke liye lazmi taur par zaroori hain aur woh sab peshgi taur par zameen ke upar muhiya kar di gayi hain.</w:t>
      </w:r>
    </w:p>
    <w:p>
      <w:pPr>
        <w:jc w:val="right"/>
      </w:pPr>
      <w:r>
        <w:t>اس طرح کی بے شمار چیزیں ہیں جو انسان کی زندگی کے لیے لازمی طور پر ضروری ہیں اور وہ سب پیشگی طور پر زمین کے اوپر مہیا کر دی گئی ہیں۔</w:t>
      </w:r>
    </w:p>
    <w:p>
      <w:r>
        <w:rPr>
          <w:b/>
        </w:rPr>
        <w:t xml:space="preserve">[07:36] </w:t>
      </w:r>
      <w:r>
        <w:t>insaan par lazim hai ke woh in nematon ko pehchane, woh in nematon ko sho'oor ki satah par daryaft kare, woh in nematon ka etraf ya acknowledge kare.</w:t>
      </w:r>
    </w:p>
    <w:p>
      <w:pPr>
        <w:jc w:val="right"/>
      </w:pPr>
      <w:r>
        <w:t>انسان پر لازم ہے کہ وہ ان نعمتوں کو پہچانے، وہ ان نعمتوں کو شعور کی سطح پر دریافت کرے، وہ ان نعمتوں کا اعتراف یا ایکنالج کرے۔</w:t>
      </w:r>
    </w:p>
    <w:p>
      <w:r>
        <w:rPr>
          <w:b/>
        </w:rPr>
        <w:t xml:space="preserve">[07:49] </w:t>
      </w:r>
      <w:r>
        <w:t>in nematon ke bare mein Quran mein yeh alfaaz aaye hain: "wa man yashkur fa innama yashkuru li nafsihi wa man kafara fa innallaha ghaniyun hameed".</w:t>
      </w:r>
    </w:p>
    <w:p>
      <w:pPr>
        <w:jc w:val="right"/>
      </w:pPr>
      <w:r>
        <w:t>ان نعمتوں کے بارے میں قرآن میں یہ الفاظ آئے ہیں: "ومن یشکر فانما یشکر لنفسہ ومن کفر فان اللہ غنی حمید"۔</w:t>
      </w:r>
    </w:p>
    <w:p>
      <w:r>
        <w:rPr>
          <w:b/>
        </w:rPr>
        <w:t xml:space="preserve">[08:03] </w:t>
      </w:r>
      <w:r>
        <w:t>nematon ke etraf ke liye insaan majboor nahi hai, lekin etraf ya be etraf dono ka anjaam yaksaan nahi ho sakta.</w:t>
      </w:r>
    </w:p>
    <w:p>
      <w:pPr>
        <w:jc w:val="right"/>
      </w:pPr>
      <w:r>
        <w:t>نعمتوں کے اعتراف کے لیے انسان مجبور نہیں ہے، لیکن اعتراف یا بے اعترافی دونوں کا انجام یکساں نہیں ہو سکتا۔</w:t>
      </w:r>
    </w:p>
    <w:p>
      <w:r>
        <w:rPr>
          <w:b/>
        </w:rPr>
        <w:t xml:space="preserve">[08:13] </w:t>
      </w:r>
      <w:r>
        <w:t>yani etraf par inaam hai aur be etraf par shadeed pakad. is haqeeqat ko Quran ke zariye se kholne ka naam tazkeer bil Quran hai.</w:t>
      </w:r>
    </w:p>
    <w:p>
      <w:pPr>
        <w:jc w:val="right"/>
      </w:pPr>
      <w:r>
        <w:t>یعنی اعتراف پر انعام ہے اور بے اعترافی پر شدید پکڑ۔ اس حقیقت کو قرآن کے ذریعے سے کھولنے کا نام تذکیر بالقرآن ہے۔</w:t>
      </w:r>
    </w:p>
    <w:p>
      <w:r>
        <w:rPr>
          <w:b/>
        </w:rPr>
        <w:t xml:space="preserve">[08:34] </w:t>
      </w:r>
      <w:r>
        <w:t>aasaan baraye zikr. quran ki aik aayat in alfaaz mein aayi hai: "walqad yassarnal qurana liz zikri fahal mim mudda kar" yaani hum ne quran ko naseehat ke liye aasaan kar diya to kiya koi hai naseehat haasil karne wala?</w:t>
      </w:r>
    </w:p>
    <w:p>
      <w:pPr>
        <w:jc w:val="right"/>
      </w:pPr>
      <w:r>
        <w:t>آسان برائے ذکر۔ قرآن کی ایک آیت ان الفاظ میں آئی ہے: "ولقد یسرنا القرآن للذکر فہل من مدکر" یعنی ہم نے قرآن کو نصیحت کے لیے آسان کر دیا تو کیا کوئی ہے نصیحت حاصل کرنے والا؟</w:t>
      </w:r>
    </w:p>
    <w:p>
      <w:r>
        <w:rPr>
          <w:b/>
        </w:rPr>
        <w:t xml:space="preserve">[08:55] </w:t>
      </w:r>
      <w:r>
        <w:t>quran ki is aayat ko samajhne ke liye is ki tafseer aise andaaz mein ki jaani chahiye jo intehai had tak aam feham ho.</w:t>
      </w:r>
    </w:p>
    <w:p>
      <w:pPr>
        <w:jc w:val="right"/>
      </w:pPr>
      <w:r>
        <w:t>قرآن کی اس آیت کو سمجھنے کے لیے اس کی تفسیر ایسے انداز میں کی جانی چاہیے جو انتہائی حد تک عام فہم ہو۔</w:t>
      </w:r>
    </w:p>
    <w:p>
      <w:r>
        <w:rPr>
          <w:b/>
        </w:rPr>
        <w:t xml:space="preserve">[09:06] </w:t>
      </w:r>
      <w:r>
        <w:t>is ka qadr mushtarak yeh ho ke quran se har insaan ba aasani naseehat le sake. haqeeqat yeh hai ke quran ki tafseer jo bhi ki jaaye us ke andar kamaal darje mein wuzuh ya clarity paayi jaati ho.</w:t>
      </w:r>
    </w:p>
    <w:p>
      <w:pPr>
        <w:jc w:val="right"/>
      </w:pPr>
      <w:r>
        <w:t>اس کا قدر مشترک یہ ہو کہ قرآن سے ہر انسان با آسانی نصیحت لے سکے۔ حقیقت یہ ہے کہ قرآن کی تفسیر جو بھی کی جائے اس کے اندر کمال درجے میں وضوح یا کلیرٹی پائی جاتی ہو۔</w:t>
      </w:r>
    </w:p>
    <w:p>
      <w:r>
        <w:rPr>
          <w:b/>
        </w:rPr>
        <w:t xml:space="preserve">[09:23] </w:t>
      </w:r>
      <w:r>
        <w:t>misalan quran ki is aayat ko aap padhein aur is mein ghore karein: "walkhaila wal bighala wal humaira litarkabooha wazeenatan wayakhluqu ma la ta'lamoon" yaani aur us ne ghore aur makhur aur gadhe paida kiye taake tum un par sawar ho aur zeenat ke liye bhi, aur woh aisi cheezein paida karta hai jo tum nahi jaante.</w:t>
      </w:r>
    </w:p>
    <w:p>
      <w:pPr>
        <w:jc w:val="right"/>
      </w:pPr>
      <w:r>
        <w:t>مثلاً قرآن کی اس آیت کو آپ پڑھیں اور اس میں غور کریں: "والخیل والبغال والحمیرا لترکبوہا وزینۃ ويخلق مالا تعلمون" یعنی اور اس نے گھوڑے اور خچر اور گدھے پیدا کیے تاکہ تم ان پر سوار ہو اور زینت کے لیے بھی، اور وہ ایسی چیزیں پیدا کرتا ہے جو تم نہیں جانتے۔</w:t>
      </w:r>
    </w:p>
    <w:p>
      <w:r>
        <w:rPr>
          <w:b/>
        </w:rPr>
        <w:t xml:space="preserve">[09:50] </w:t>
      </w:r>
      <w:r>
        <w:t>quran ke tasawwur tafseer ke mutabiq aap ghore karein to is mein aap ko naseehat ka yeh bilkul aasaan pehlu milega ke khaliq ne pehle daur mein insaan ko fitrat ki sawariyan dein, misalan ghora, makhur aur gadha.</w:t>
      </w:r>
    </w:p>
    <w:p>
      <w:pPr>
        <w:jc w:val="right"/>
      </w:pPr>
      <w:r>
        <w:t>قرآن کے تصور تفسیر کے مطابق آپ غور کریں تو اس میں آپ کو نصیحت کا یہ بالکل آسان پہلو ملے گا کہ خالق نے پہلے دور میں انسان کو فطرت کی سواریاں دیں، مثلاً گھوڑا، خچر اور گدھا۔</w:t>
      </w:r>
    </w:p>
    <w:p>
      <w:r>
        <w:rPr>
          <w:b/>
        </w:rPr>
        <w:t xml:space="preserve">[10:09] </w:t>
      </w:r>
      <w:r>
        <w:t>phir fitrat ya nature mein aisi technology rakh di jis ko daryaft kar ke aadmi motor car aur hawai jahaz jaisi mashini sawariyan banaye aur us ke zariye is ke liye ziyada tez raftaar safar mumkin ho sake.</w:t>
      </w:r>
    </w:p>
    <w:p>
      <w:pPr>
        <w:jc w:val="right"/>
      </w:pPr>
      <w:r>
        <w:t>پھر فطرت یا نیچر میں ایسی ٹیکنالوجی رکھ دی جس کو دریافت کر کے آدمی موٹر کار اور ہوائی جہاز جیسی مشینی سواریاں بنائے اور اس کے ذریعے اس کے لیے زیادہ تیز رفتار سفر ممکن ہو جائے۔</w:t>
      </w:r>
    </w:p>
    <w:p>
      <w:r>
        <w:rPr>
          <w:b/>
        </w:rPr>
        <w:t xml:space="preserve">[10:26] </w:t>
      </w:r>
      <w:r>
        <w:t>yeh tafseer mabni bar tafseer ki aik misaal hai. yeh tafseer har aadmi ke liye qabil feham hai. is tafseer mein har aurat aur har mard ke liye shukr ka samaan hai.</w:t>
      </w:r>
    </w:p>
    <w:p>
      <w:pPr>
        <w:jc w:val="right"/>
      </w:pPr>
      <w:r>
        <w:t>یہ تفسیر مبنی بر تفسیر کی ایک مثال ہے۔ یہ تفسیر ہر آدمی کے لیے قابل فہم ہے۔ اس تفسیر میں ہر عورت اور ہر مرد کے لیے شکر کا سامان ہے۔</w:t>
      </w:r>
    </w:p>
    <w:p>
      <w:r>
        <w:rPr>
          <w:b/>
        </w:rPr>
        <w:t xml:space="preserve">[10:40] </w:t>
      </w:r>
      <w:r>
        <w:t>jo shakhs is tafseer ko le kar sochega us ke andar rabbani shakhsiyat parwarish paayegi. quran ki sadaqat par is ka yaqeen badhega.</w:t>
      </w:r>
    </w:p>
    <w:p>
      <w:pPr>
        <w:jc w:val="right"/>
      </w:pPr>
      <w:r>
        <w:t>جو شخص اس تفسیر کو لے کر سوچے گا اس کے اندر ربانی شخصیت پرورش پائے گی۔ قرآن کی صداقت پر اس کا یقین بڑھے گا۔</w:t>
      </w:r>
    </w:p>
    <w:p>
      <w:r>
        <w:rPr>
          <w:b/>
        </w:rPr>
        <w:t xml:space="preserve">[10:52] </w:t>
      </w:r>
      <w:r>
        <w:t>us ke andar takhleeqi tarz fikr ya creative thinking bedaar hogi. Allah ke wajood ke baray mein is ka yaqeen bohat badh jayega.</w:t>
      </w:r>
    </w:p>
    <w:p>
      <w:pPr>
        <w:jc w:val="right"/>
      </w:pPr>
      <w:r>
        <w:t>اس کے اندر تخلیقی طرز فکر یا کریٹیو تھنکنگ بیدار ہوگی۔ اللہ کے وجود کے بارے میں اس کا یقین بہت بڑھ جائے گا۔</w:t>
      </w:r>
    </w:p>
    <w:p>
      <w:r>
        <w:rPr>
          <w:b/>
        </w:rPr>
        <w:t xml:space="preserve">[11:04] </w:t>
      </w:r>
      <w:r>
        <w:t>inhein sifaat ka naam zikr ya naseehat hai.</w:t>
      </w:r>
    </w:p>
    <w:p>
      <w:pPr>
        <w:jc w:val="right"/>
      </w:pPr>
      <w:r>
        <w:t>انہیں صفات کا نام ذکر یا نصیحت ہے۔</w:t>
      </w:r>
    </w:p>
    <w:p>
      <w:r>
        <w:rPr>
          <w:b/>
        </w:rPr>
        <w:t xml:space="preserve">[11:08] </w:t>
      </w:r>
      <w:r>
        <w:t>yehi woh sifaat hain jo kisi insaan ke andar imaan ka woh drakht ugati hain jis ke baray</w:t>
      </w:r>
    </w:p>
    <w:p>
      <w:pPr>
        <w:jc w:val="right"/>
      </w:pPr>
      <w:r>
        <w:t>یہی وہ صفات ہیں جو کسی انسان کے اندر ایمان کا وہ درخت اگاتی ہیں جس کے بارے</w:t>
      </w:r>
    </w:p>
    <w:p>
      <w:r>
        <w:rPr>
          <w:b/>
        </w:rPr>
        <w:t xml:space="preserve">[11:15] </w:t>
      </w:r>
      <w:r>
        <w:t>mein quran mein aaya hai: "asluha thabit wa faruha fis samai" jis ki jar zameen mein jami hui hai</w:t>
      </w:r>
    </w:p>
    <w:p>
      <w:pPr>
        <w:jc w:val="right"/>
      </w:pPr>
      <w:r>
        <w:t>میں قرآن میں آیا ہے: "اصلہا ثابت وفرعوہا فی السمائی" جس کی جڑ زمین میں جمی ہوئی ہے</w:t>
      </w:r>
    </w:p>
    <w:p>
      <w:r>
        <w:rPr>
          <w:b/>
        </w:rPr>
        <w:t xml:space="preserve">[11:25] </w:t>
      </w:r>
      <w:r>
        <w:t>aur jis ki shakhain aasman tak pohnchi hui hain.</w:t>
      </w:r>
    </w:p>
    <w:p>
      <w:pPr>
        <w:jc w:val="right"/>
      </w:pPr>
      <w:r>
        <w:t>اور جس کی شاخیں آسمان تک پہنچی ہوئی ہیں۔</w:t>
      </w:r>
    </w:p>
    <w:p>
      <w:r>
        <w:rPr>
          <w:b/>
        </w:rPr>
        <w:t xml:space="preserve">[11:38] </w:t>
      </w:r>
      <w:r>
        <w:t>hujjat ka daur. hadith ki mukhtalif kitabon mein aik riwayat aayi hai jis mein bataya gaya hai ke baad ke zamane mein aik bara fitna zahir hoga.</w:t>
      </w:r>
    </w:p>
    <w:p>
      <w:pPr>
        <w:jc w:val="right"/>
      </w:pPr>
      <w:r>
        <w:t>حجت کا دور۔ حدیث کی مختلف کتابوں میں ایک روایت آئی ہے جس میں بتایا گیا ہے کہ بعد کے زمانے میں ایک بڑا فتنہ ظاہر ہوگا۔</w:t>
      </w:r>
    </w:p>
    <w:p>
      <w:r>
        <w:rPr>
          <w:b/>
        </w:rPr>
        <w:t xml:space="preserve">[11:51] </w:t>
      </w:r>
      <w:r>
        <w:t>is ke qaaid ko hadees mein dajjal ka naam diya gaya hai.</w:t>
      </w:r>
    </w:p>
    <w:p>
      <w:pPr>
        <w:jc w:val="right"/>
      </w:pPr>
      <w:r>
        <w:t>اس کے قائد کو حدیث میں دجال کا نام دیا گیا ہے۔</w:t>
      </w:r>
    </w:p>
    <w:p>
      <w:r>
        <w:rPr>
          <w:b/>
        </w:rPr>
        <w:t xml:space="preserve">[11:56] </w:t>
      </w:r>
      <w:r>
        <w:t>mulaahiza ho: sahih muslim hadees number 2937,</w:t>
      </w:r>
    </w:p>
    <w:p>
      <w:pPr>
        <w:jc w:val="right"/>
      </w:pPr>
      <w:r>
        <w:t>ملاحظہ ہو: صحیح مسلم حدیث نمبر 2937،</w:t>
      </w:r>
    </w:p>
    <w:p>
      <w:r>
        <w:rPr>
          <w:b/>
        </w:rPr>
        <w:t xml:space="preserve">[12:02] </w:t>
      </w:r>
      <w:r>
        <w:t>abu dawud hadees number 4321,</w:t>
      </w:r>
    </w:p>
    <w:p>
      <w:pPr>
        <w:jc w:val="right"/>
      </w:pPr>
      <w:r>
        <w:t>ابو داؤد حدیث نمبر 4321،</w:t>
      </w:r>
    </w:p>
    <w:p>
      <w:r>
        <w:rPr>
          <w:b/>
        </w:rPr>
        <w:t xml:space="preserve">[12:06] </w:t>
      </w:r>
      <w:r>
        <w:t>sunan al tirmidhi hadees number 2240,</w:t>
      </w:r>
    </w:p>
    <w:p>
      <w:pPr>
        <w:jc w:val="right"/>
      </w:pPr>
      <w:r>
        <w:t>سنن الترمذی حدیث نمبر 2240،</w:t>
      </w:r>
    </w:p>
    <w:p>
      <w:r>
        <w:rPr>
          <w:b/>
        </w:rPr>
        <w:t xml:space="preserve">[12:10] </w:t>
      </w:r>
      <w:r>
        <w:t>sunan al nasai al kubra hadees number 10717,</w:t>
      </w:r>
    </w:p>
    <w:p>
      <w:pPr>
        <w:jc w:val="right"/>
      </w:pPr>
      <w:r>
        <w:t>سنن النسائی الکبری حدیث نمبر 10717،</w:t>
      </w:r>
    </w:p>
    <w:p>
      <w:r>
        <w:rPr>
          <w:b/>
        </w:rPr>
        <w:t xml:space="preserve">[12:16] </w:t>
      </w:r>
      <w:r>
        <w:t>sunan ibn majah hadees number 4075,</w:t>
      </w:r>
    </w:p>
    <w:p>
      <w:pPr>
        <w:jc w:val="right"/>
      </w:pPr>
      <w:r>
        <w:t>سنن ابن ماجہ حدیث نمبر 4075،</w:t>
      </w:r>
    </w:p>
    <w:p>
      <w:r>
        <w:rPr>
          <w:b/>
        </w:rPr>
        <w:t xml:space="preserve">[12:21] </w:t>
      </w:r>
      <w:r>
        <w:t>musnad ahmad hadees number 17629,</w:t>
      </w:r>
    </w:p>
    <w:p>
      <w:pPr>
        <w:jc w:val="right"/>
      </w:pPr>
      <w:r>
        <w:t>مسند احمد حدیث نمبر 17629،</w:t>
      </w:r>
    </w:p>
    <w:p>
      <w:r>
        <w:rPr>
          <w:b/>
        </w:rPr>
        <w:t xml:space="preserve">[12:26] </w:t>
      </w:r>
      <w:r>
        <w:t>al mu'jam al kabir lil tabarani hadith number 7644 waghera. aik riwayat mein dajjal ka zikr in alfaaz mein aaya hai: "an yakhruja wa ana feekum fa ana hajeejuhu doonakum wa an yakhruja wa lastu feekum fa amruhajeoju nafsih" sahih muslim hadith number 2937.</w:t>
      </w:r>
    </w:p>
    <w:p>
      <w:pPr>
        <w:jc w:val="right"/>
      </w:pPr>
      <w:r>
        <w:t>المعجم الکبیر للطبرانی حدیث نمبر 7644 وغیرہ۔ ایک روایت میں دجال کا ذکر ان الفاظ میں آیا ہے: "ان یخرج وانا فیکم فانا حجیجہ دونکم وان یخرج ولستو فیکم فامر حجیج نفسہ" صحیح مسلم حدیث نمبر 2937۔</w:t>
      </w:r>
    </w:p>
    <w:p>
      <w:r>
        <w:rPr>
          <w:b/>
        </w:rPr>
        <w:t xml:space="preserve">[12:50] </w:t>
      </w:r>
      <w:r>
        <w:t>in riwayaton mein kaha gaya hai ke dajjal ka muqabla hajeej karega. agar dajjal rasool Allah ke zamane mein zahir hoga to khud rasool Allah sallallahu alaihi wasallam is ke muqable mein hajeej honge, aur agar woh baad ke zamane mein zahir hoga to ummat ka koi fard is ke muqable mein hajeej hoga aur dajjal ko hujjat ki satah par maghloob karega.</w:t>
      </w:r>
    </w:p>
    <w:p>
      <w:pPr>
        <w:jc w:val="right"/>
      </w:pPr>
      <w:r>
        <w:t>ان روایتوں میں کہا گیا ہے کہ دجال کا مقابلہ حجیج کرے گا۔ اگر دجال رسول اللہ کے زمانے میں ظاہر ہوگا تو خود رسول اللہ صلی اللہ علیہ وسلم اس کے مقابلے میں حجیج ہوں گے، اور اگر وہ بعد کے زمانے میں ظاہر ہوگا تو امت کا کوئی فرد اس کے مقابلے میں حجیج ہوگا اور دجال کو حجت کی سطح پر مغلوب کرے گا۔</w:t>
      </w:r>
    </w:p>
    <w:p>
      <w:r>
        <w:rPr>
          <w:b/>
        </w:rPr>
        <w:t xml:space="preserve">[13:14] </w:t>
      </w:r>
      <w:r>
        <w:t>hajjah yahiju ka ma'ni hai hujjat se ghalib aana. is ka ism fa'il hai hajeej. is ka matlab hota hai hujjat mein ghalib aane wala.</w:t>
      </w:r>
    </w:p>
    <w:p>
      <w:pPr>
        <w:jc w:val="right"/>
      </w:pPr>
      <w:r>
        <w:t>حجہ یہج کا معنی ہے حجت سے غالب آنا۔ اس کا اسم فاعل ہے حجیج۔ اس کا مطلب ہوتا ہے حجت میں غالب آنے والا۔</w:t>
      </w:r>
    </w:p>
    <w:p>
      <w:r>
        <w:rPr>
          <w:b/>
        </w:rPr>
        <w:t xml:space="preserve">[13:24] </w:t>
      </w:r>
      <w:r>
        <w:t>is se maloom hota hai ke dajjal daur-e-hujjat ya age of reason mein zahir hoga. dajjal daur-e-saif ya age of sword ka fitna nahi hoga balkeh woh daur-e-hujjat ya age of reason ka fitna hoga.</w:t>
      </w:r>
    </w:p>
    <w:p>
      <w:pPr>
        <w:jc w:val="right"/>
      </w:pPr>
      <w:r>
        <w:t>اس سے معلوم ہوتا ہے کہ دجال دور حجت یا ایج آف ریزن میں ظاہر ہوگا۔ دجال دور سیف یا ایج آف سورڈ کا فتنہ نہیں ہوگا بلکہ وہ دور حجت یا ایج آف ریزن کا فتنہ ہوگا۔</w:t>
      </w:r>
    </w:p>
    <w:p>
      <w:r>
        <w:rPr>
          <w:b/>
        </w:rPr>
        <w:t xml:space="preserve">[13:38] </w:t>
      </w:r>
      <w:r>
        <w:t>dajjal ke baray mein jo riwayatein hain woh ziyada tar tamseel ki zaban mein hain. un riwayaton ko samajhne ke liye zaroorat hai ke tamseel ki zaban ko ta'een ki zaban mein badla jaye.</w:t>
      </w:r>
    </w:p>
    <w:p>
      <w:pPr>
        <w:jc w:val="right"/>
      </w:pPr>
      <w:r>
        <w:t>دجال کے بارے میں جو روایتیں ہیں وہ زیادہ تر تمثیل کی زبان میں ہیں۔ ان روایتوں کو سمجھنے کے لیے ضرورت ہے کہ تمثیل کی زبان کو تعین کی زبان میں بدلا جائے۔</w:t>
      </w:r>
    </w:p>
    <w:p>
      <w:r>
        <w:rPr>
          <w:b/>
        </w:rPr>
        <w:t xml:space="preserve">[13:49] </w:t>
      </w:r>
      <w:r>
        <w:t>is kaam ka usool kiya hoga? woh usool yeh hoga ke daur-e-hujjat ka mutala kiya jaye aur daur-e-hujjat ke ahwal ke aitbar se ahadees ki tashreeh ki jaye.</w:t>
      </w:r>
    </w:p>
    <w:p>
      <w:pPr>
        <w:jc w:val="right"/>
      </w:pPr>
      <w:r>
        <w:t>اس کام کا اصول کیا ہوگا؟ وہ اصول یہ ہوگا کہ دور حجت کا مطالعہ کیا جائے اور دور حجت کے احوال کے اعتبار سے احادیث کی تشریح کی جائے۔</w:t>
      </w:r>
    </w:p>
    <w:p>
      <w:r>
        <w:rPr>
          <w:b/>
        </w:rPr>
        <w:t xml:space="preserve">[14:01] </w:t>
      </w:r>
      <w:r>
        <w:t>misalan dajjal ke baray mein ahadees mein aaya hai ke woh a'war hoga. a'war ka lafzi matlab hota hai yak chashm yaani aik aankh wala, one eyed.</w:t>
      </w:r>
    </w:p>
    <w:p>
      <w:pPr>
        <w:jc w:val="right"/>
      </w:pPr>
      <w:r>
        <w:t>مثلاً دجال کے بارے میں احادیث میں آیا ہے کہ وہ اعور ہوگا۔ اعور کا لفظی مطلب ہوتا ہے یک چشم یعنی ایک آنکھ والا، ون آئیڈ۔</w:t>
      </w:r>
    </w:p>
    <w:p>
      <w:r>
        <w:rPr>
          <w:b/>
        </w:rPr>
        <w:t xml:space="preserve">[14:12] </w:t>
      </w:r>
      <w:r>
        <w:t>lekin is se murad woh insaan hai jo logon ko buri rehnumai de. is se maloom hota hai ke dajjal ki asal sifat yeh hogi ke woh logon ke sath galat rehnumai ya mis lead ka mamla karega.</w:t>
      </w:r>
    </w:p>
    <w:p>
      <w:pPr>
        <w:jc w:val="right"/>
      </w:pPr>
      <w:r>
        <w:t>لیکن اس سے مراد وہ انسان ہے جو لوگوں کو بری رہنمائی دے۔ اس سے معلوم ہوتا ہے کہ دجال کی اصل صفت یہ ہوگی کہ وہ لوگوں کے ساتھ غلط رہنمائی یا مس لیڈ کا معاملہ کرے گا۔</w:t>
      </w:r>
    </w:p>
    <w:p>
      <w:r>
        <w:rPr>
          <w:b/>
        </w:rPr>
        <w:t xml:space="preserve">[14:26] </w:t>
      </w:r>
      <w:r>
        <w:t>chunki galat rehnumai ka amal woh nihayat hoshiyari ke andaaz mein anjaam dega, log us ki galat rehnumai ko sahih rehnumai samajh lenge.</w:t>
      </w:r>
    </w:p>
    <w:p>
      <w:pPr>
        <w:jc w:val="right"/>
      </w:pPr>
      <w:r>
        <w:t>چونکہ غلط رہنمائی کا عمل وہ نہایت ہوشیاری کے انداز میں انجام دے گا، لوگ اس کی غلط رہنمائی کو صحیح رہنمائی سمجھ لیں گے۔</w:t>
      </w:r>
    </w:p>
    <w:p>
      <w:r>
        <w:rPr>
          <w:b/>
        </w:rPr>
        <w:t xml:space="preserve">[14:36] </w:t>
      </w:r>
      <w:r>
        <w:t>is liye is ko hadith mein dajjal the great deceiver kaha gaya hai. yeh baat ke dajjal ka zahoor daur-e-hujjat mein hoga, is mein un logon ke liye rehnumai hai jo dajjal ke muqable ke liye niklein.</w:t>
      </w:r>
    </w:p>
    <w:p>
      <w:pPr>
        <w:jc w:val="right"/>
      </w:pPr>
      <w:r>
        <w:t>اس لیے اس کو حدیث میں دجال دا گریٹ ڈیسیور کہا گیا ہے۔ یہ بات کہ دجال کا ظہور دور حجت میں ہوگا، اس میں ان لوگوں کے لیے رہنمائی ہے جو دجال کے مقابلے کے لیے نکلیں۔</w:t>
      </w:r>
    </w:p>
    <w:p>
      <w:r>
        <w:rPr>
          <w:b/>
        </w:rPr>
        <w:t xml:space="preserve">[14:50] </w:t>
      </w:r>
      <w:r>
        <w:t>un ko jaanna chahiye ke dajjal ka muqabla na talwar se hoga aur na banduq ya gun se hoga. bambari ya khudkush bambari ya suicide bombing bhi dajjal ke muqable ke liye bilkul kar aamad na hogi.</w:t>
      </w:r>
    </w:p>
    <w:p>
      <w:pPr>
        <w:jc w:val="right"/>
      </w:pPr>
      <w:r>
        <w:t>ان کو جاننا چاہیے کہ دجال کا مقابلہ نہ تلوار سے ہوگا اور نہ بندوق یا گن سے ہوگا۔ بمباری یا خودکش بمباری یا سویسائیڈ بمبنگ بھی دجال کے مقابلے کے لیے بالکل کارآمد نہ ہوگی۔</w:t>
      </w:r>
    </w:p>
    <w:p>
      <w:r>
        <w:rPr>
          <w:b/>
        </w:rPr>
        <w:t xml:space="preserve">[15:05] </w:t>
      </w:r>
      <w:r>
        <w:t>dajjal ka kamyab muqabla karne ke liye zaroori hoga ke us zamane ke log hujjat ki zaban seekhein taake woh isi zaban mein dajjal ka muqabla kar saken jis zaban mein dajjal logon ko gumrah kar raha hoga.</w:t>
      </w:r>
    </w:p>
    <w:p>
      <w:pPr>
        <w:jc w:val="right"/>
      </w:pPr>
      <w:r>
        <w:t>دجال کا کامیاب مقابلہ کرنے کے لیے ضروری ہوگا کہ اس زمانے کے لوگ حجت کی زبان سیکھیں تاکہ وہ اسی زبان میں دجال کا مقابلہ کر سکیں جس زبان میں دجال لوگوں کو گمراہ کر رہا ہوگا۔</w:t>
      </w:r>
    </w:p>
    <w:p>
      <w:r>
        <w:rPr>
          <w:b/>
        </w:rPr>
        <w:t xml:space="preserve">[15:20] </w:t>
      </w:r>
      <w:r>
        <w:t>tareekh ke doosre fitnon ke muqable mein yeh aik mukhtalif fitna hoga. qadeem daur ke tamam fitne tashaddud ya violence ke fitne the.</w:t>
      </w:r>
    </w:p>
    <w:p>
      <w:pPr>
        <w:jc w:val="right"/>
      </w:pPr>
      <w:r>
        <w:t>تاریخ کے دوسرے فتنوں کے مقابلے میں یہ ایک مختلف فتنہ ہوگا۔ قدیم دور کے تمام فتنے تشدد یا وائلنس کے فتنے تھے۔</w:t>
      </w:r>
    </w:p>
    <w:p>
      <w:r>
        <w:rPr>
          <w:b/>
        </w:rPr>
        <w:t xml:space="preserve">[15:30] </w:t>
      </w:r>
      <w:r>
        <w:t>qadeem daur ke arbab-e-fitna tashaddud ke hathyar ke zariye logon ko magloob karte the. lekin baad ke zamane mein zahir hone wala yeh fitna hujjat ya reason ke zariye gumrah karega.</w:t>
      </w:r>
    </w:p>
    <w:p>
      <w:pPr>
        <w:jc w:val="right"/>
      </w:pPr>
      <w:r>
        <w:t>قدیم دور کے ارباب فتنہ تشدد کے ہتھیار کے ذریعے لوگوں کو مغلوب کرتے تھے۔ لیکن بعد کے زمانے میں ظاہر ہونے والا یہ فتنہ حجت یا ریزن کے ذریعے گمراہ کرے گا۔</w:t>
      </w:r>
    </w:p>
    <w:p>
      <w:r>
        <w:rPr>
          <w:b/>
        </w:rPr>
        <w:t xml:space="preserve">[15:44] </w:t>
      </w:r>
      <w:r>
        <w:t>aisi halat mein jo log hujjat ke zariye dajjal ke fareb mein mubtala hon, un ko dajali fareb se nikalne ke liye dobara hujjat yaani aqli istidlal ka tareeqa istemal karna hoga.</w:t>
      </w:r>
    </w:p>
    <w:p>
      <w:pPr>
        <w:jc w:val="right"/>
      </w:pPr>
      <w:r>
        <w:t>ایسی حالت میں جو لوگ حجت کے ذریعے دجال کے فریب میں مبتلا ہوں، ان کو دجالی فریب سے نکالنے کے لیے دوبارہ حجت یعنی عقلی استدلال کا طریقہ استعمال کرنا ہوگا۔</w:t>
      </w:r>
    </w:p>
    <w:p>
      <w:r>
        <w:rPr>
          <w:b/>
        </w:rPr>
        <w:t xml:space="preserve">[15:59] </w:t>
      </w:r>
      <w:r>
        <w:t>Allah ki yeh sunnat hai ke woh un logon ki khasoosi madad karta hai jo Allah ke deen ki madad ke liye uthein. Allah ki yeh madad yaqeenan is nisbat se aati hai jis nisbat se amal mutalub hai.</w:t>
      </w:r>
    </w:p>
    <w:p>
      <w:pPr>
        <w:jc w:val="right"/>
      </w:pPr>
      <w:r>
        <w:t>اللہ کی یہ سنت ہے کہ وہ ان لوگوں کی خصوصی مدد کرتا ہے جو اللہ کے دین کی مدد کے لیے اٹھیں۔ اللہ کی یہ مدد یقینی طور پر اس نسبت سے آتی ہے جس نسبت سے عمل مطلوب ہے۔</w:t>
      </w:r>
    </w:p>
    <w:p>
      <w:r>
        <w:rPr>
          <w:b/>
        </w:rPr>
        <w:t xml:space="preserve">[16:14] </w:t>
      </w:r>
      <w:r>
        <w:t>is aitbar se ghaur kiya jaye to dajali fitne ke zamane mein jo muqabla hoga woh mabni bar aql ya reason based muqabla hoga.</w:t>
      </w:r>
    </w:p>
    <w:p>
      <w:pPr>
        <w:jc w:val="right"/>
      </w:pPr>
      <w:r>
        <w:t>اس اعتبار سے غور کیا جائے تو دجالی فتنے کے زمانے میں جو مقابلہ ہوگا وہ مبنی بر عقل یا ریزن بیسڈ مقابلہ ہوگا۔</w:t>
      </w:r>
    </w:p>
    <w:p>
      <w:r>
        <w:rPr>
          <w:b/>
        </w:rPr>
        <w:t xml:space="preserve">[16:24] </w:t>
      </w:r>
      <w:r>
        <w:t>is liye yeh amal yaqeen hai ke dajali fitne ke zamane mein Allah taala aise dalail-e-aqli ka zahur farmaye jis ki madad se ahle iman dajali fitne ka kamil khatma kar sakein.</w:t>
      </w:r>
    </w:p>
    <w:p>
      <w:pPr>
        <w:jc w:val="right"/>
      </w:pPr>
      <w:r>
        <w:t>اس لیے یہ عمل یقینی ہے کہ دجالی فتنے کے زمانے میں اللہ تعالی ایسے دلائل عقلی کا ظہور فرمائے جس کی مدد سے اہل ایمان دجالی فتنے کا کامل خاتمہ کر سکیں۔</w:t>
      </w:r>
    </w:p>
    <w:p>
      <w:r>
        <w:rPr>
          <w:b/>
        </w:rPr>
        <w:t xml:space="preserve">[16:47] </w:t>
      </w:r>
      <w:r>
        <w:t>dawat kya hai? dawat ka matlab bazahir yeh hai ke Quran o Hadees mein jo sachai bayan ki gayi hai, us ko doosron tak pahunchana.</w:t>
      </w:r>
    </w:p>
    <w:p>
      <w:pPr>
        <w:jc w:val="right"/>
      </w:pPr>
      <w:r>
        <w:t>دعوت کیا ہے؟ دعوت کا مطلب بظاہر یہ ہے کہ قرآن و حدیث میں جو سچائی بیان کی گئی ہے، اس کو دوسروں تک پہنچانا۔</w:t>
      </w:r>
    </w:p>
    <w:p>
      <w:r>
        <w:rPr>
          <w:b/>
        </w:rPr>
        <w:t xml:space="preserve">[16:59] </w:t>
      </w:r>
      <w:r>
        <w:t>magar pahunchane ka matlab sirf pahunchana nahi hai, balkeh yeh hai ke jo baat kahi jaye, woh mukhateb ke zehan ko address karne wali ho.</w:t>
      </w:r>
    </w:p>
    <w:p>
      <w:pPr>
        <w:jc w:val="right"/>
      </w:pPr>
      <w:r>
        <w:t>مگر پہنچانے کا مطلب صرف پہنچانا نہیں ہے، بلکہ یہ ہے کہ جو بات کہی جائے، وہ مخاطب کے ذہن کو ایڈریس کرنے والی ہو۔</w:t>
      </w:r>
    </w:p>
    <w:p>
      <w:r>
        <w:rPr>
          <w:b/>
        </w:rPr>
        <w:t xml:space="preserve">[17:11] </w:t>
      </w:r>
      <w:r>
        <w:t>jaisa ke Quran mein aaya hai: "wa qul fi anfusihim qawlan baligha" yaani un ko is tarah baat kaho jo un ke dilo mein utar jaye.</w:t>
      </w:r>
    </w:p>
    <w:p>
      <w:pPr>
        <w:jc w:val="right"/>
      </w:pPr>
      <w:r>
        <w:t>جیسا کہ قرآن میں آیا ہے: "وقل فی انفسہم قولا بلیغا" یعنی ان کو اس طرح بات کہو جو ان کے دلوں میں اتر جائے۔</w:t>
      </w:r>
    </w:p>
    <w:p>
      <w:r>
        <w:rPr>
          <w:b/>
        </w:rPr>
        <w:t xml:space="preserve">[17:23] </w:t>
      </w:r>
      <w:r>
        <w:t>is tarah dawat mein ek aur anasar shamil ho jata hai aur woh hai madu ke zehan ki riayat. agar aap dawat ka kaam is tarah karein ke Quran o Hadees mein jo baat kahi gayi hai,</w:t>
      </w:r>
    </w:p>
    <w:p>
      <w:pPr>
        <w:jc w:val="right"/>
      </w:pPr>
      <w:r>
        <w:t>اس طرح دعوت میں ایک اور عنصر شامل ہو جاتا ہے اور وہ ہے مدعو کے ذہن کی رعایت۔ اگر آپ دعوت کا کام اس طرح کریں کہ قرآن و حدیث میں جو بات کہی گئی ہے،</w:t>
      </w:r>
    </w:p>
    <w:p>
      <w:r>
        <w:rPr>
          <w:b/>
        </w:rPr>
        <w:t xml:space="preserve">[17:37] </w:t>
      </w:r>
      <w:r>
        <w:t>khud apne zehan ke mutabiq is ki sharah kar dein to yeh haqeeqi maanon mein dawat ka kaam</w:t>
      </w:r>
    </w:p>
    <w:p>
      <w:pPr>
        <w:jc w:val="right"/>
      </w:pPr>
      <w:r>
        <w:t>خود اپنے ذہن کے مطابق اس کی شرح کر دیں تو یہ حقیقی معنوں میں دعوت کا کام</w:t>
      </w:r>
    </w:p>
    <w:p>
      <w:r>
        <w:rPr>
          <w:b/>
        </w:rPr>
        <w:t xml:space="preserve">[17:44] </w:t>
      </w:r>
      <w:r>
        <w:t>nahin hoga. koi kalam is waqt dawat banta hai jabke aap apni dawat mein do taqazon ko poora</w:t>
      </w:r>
    </w:p>
    <w:p>
      <w:pPr>
        <w:jc w:val="right"/>
      </w:pPr>
      <w:r>
        <w:t>نہیں ہوگا۔ کوئی کلام اس وقت دعوت بنتا ہے جبکہ آپ اپنی دعوت میں دو تقاضوں کو پورا</w:t>
      </w:r>
    </w:p>
    <w:p>
      <w:r>
        <w:rPr>
          <w:b/>
        </w:rPr>
        <w:t xml:space="preserve">[17:53] </w:t>
      </w:r>
      <w:r>
        <w:t>karein: aik yeh ke aap quran o sunnat ka mutalia ghair mutasir zehan ke sath karein aur is</w:t>
      </w:r>
    </w:p>
    <w:p>
      <w:pPr>
        <w:jc w:val="right"/>
      </w:pPr>
      <w:r>
        <w:t>کریں: ایک یہ کہ آپ قرآن و سنت کا مطالعہ غیر متاثر ذہن کے ساتھ کریں اور اس</w:t>
      </w:r>
    </w:p>
    <w:p>
      <w:r>
        <w:rPr>
          <w:b/>
        </w:rPr>
        <w:t xml:space="preserve">[18:01] </w:t>
      </w:r>
      <w:r>
        <w:t>ka mudda be kam o kaast andaaz mein janane ki koshish karein, aur phir is ko taqreer ya</w:t>
      </w:r>
    </w:p>
    <w:p>
      <w:pPr>
        <w:jc w:val="right"/>
      </w:pPr>
      <w:r>
        <w:t>کا مدعا بے کم و کاست انداز میں جاننے کی کوشش کریں، اور پھر اس کو تقریر یا</w:t>
      </w:r>
    </w:p>
    <w:p>
      <w:r>
        <w:rPr>
          <w:b/>
        </w:rPr>
        <w:t xml:space="preserve">[18:09] </w:t>
      </w:r>
      <w:r>
        <w:t>tahreer ke zariye mukhatib ke samne bayan karein.</w:t>
      </w:r>
    </w:p>
    <w:p>
      <w:pPr>
        <w:jc w:val="right"/>
      </w:pPr>
      <w:r>
        <w:t>تحریر کے ذریعے مخاطب کے سامنے بیان کریں۔</w:t>
      </w:r>
    </w:p>
    <w:p>
      <w:r>
        <w:rPr>
          <w:b/>
        </w:rPr>
        <w:t xml:space="preserve">[18:14] </w:t>
      </w:r>
      <w:r>
        <w:t>magar mutalub dawat ke liye sirf itna kafi nahi hai. mutalub dawat woh hai jis mein dai ghair jazbati andaaz mein madu ke zehan ko samajhne ki koshish kare, aur phir madu ke zehan ko address karne wale andaaz mein khairkhawana tor par us ko apna mukhateb banaye.</w:t>
      </w:r>
    </w:p>
    <w:p>
      <w:pPr>
        <w:jc w:val="right"/>
      </w:pPr>
      <w:r>
        <w:t>مگر مطلوب دعوت کے لیے صرف اتنا کافی نہیں ہے۔ مطلوب دعوت وہ ہے جس میں داعی غیر جذباتی انداز میں مدعو کے ذہن کو سمجھنے کی کوشش کرے، اور پھر مدعو کے ذہن کو ایڈریس کرنے والے انداز میں خیرخواہانہ طور پر اس کو اپنا مخاطب بنائے۔</w:t>
      </w:r>
    </w:p>
    <w:p>
      <w:r>
        <w:rPr>
          <w:b/>
        </w:rPr>
        <w:t xml:space="preserve">[18:38] </w:t>
      </w:r>
      <w:r>
        <w:t>dawat apni zahiri surat ke aitbar se doosri tehreekon ki tarah ek tehreek hai, magar dawat aur doosri tehreekon mein ek buniyadi farq hai.</w:t>
      </w:r>
    </w:p>
    <w:p>
      <w:pPr>
        <w:jc w:val="right"/>
      </w:pPr>
      <w:r>
        <w:t>دعوت اپنی ظاہری صورت کے اعتبار سے دوسری تحریکوں کی طرح ایک تحریک ہے، مگر دعوت اور دوسری تحریکوں میں ایک بنیادی فرق ہے۔</w:t>
      </w:r>
    </w:p>
    <w:p>
      <w:r>
        <w:rPr>
          <w:b/>
        </w:rPr>
        <w:t xml:space="preserve">[18:50] </w:t>
      </w:r>
      <w:r>
        <w:t>woh yeh ke doosri tehreekein aam taur par rad-e-amal ke zehan ke tehat chalai jati hain. yaani samaj mein koi cheez nazar aayi jo dekhne walon ke liye bazahir galat thi, us par dekhne walon ne apne rad-e-amal ka izhar kiya aur yeh rad-e-amal dheere dheere ek tehreek ban gaya.</w:t>
      </w:r>
    </w:p>
    <w:p>
      <w:pPr>
        <w:jc w:val="right"/>
      </w:pPr>
      <w:r>
        <w:t>وہ یہ کہ دوسری تحریکیں عام طور پر ردعمل کے ذہن کے تحت چلائی جاتی ہیں۔ یعنی سماج میں کوئی چیز نظر آئی جو دیکھنے والوں کے لیے بظاہر غلط تھی، اس پر دیکھنے والوں نے اپنے ردعمل کا اظہار کیا اور یہ ردعمل دھیرے دھیرے ایک تحریک بن گیا۔</w:t>
      </w:r>
    </w:p>
    <w:p>
      <w:r>
        <w:rPr>
          <w:b/>
        </w:rPr>
        <w:t xml:space="preserve">[19:13] </w:t>
      </w:r>
      <w:r>
        <w:t>is aitbar se dekhiye to tamam tehreekein amalan rad-e-amal ki tehreekein hoti hain, lekin dawat ki tehreek kisi bhi darje mein rad-e-amal ki tehreek nahi hai.</w:t>
      </w:r>
    </w:p>
    <w:p>
      <w:pPr>
        <w:jc w:val="right"/>
      </w:pPr>
      <w:r>
        <w:t>اس اعتبار سے دیکھیے تو تمام تحریکیں عملاً ردعمل کی تحریکیں ہوتی ہیں، لیکن دعوت کی تحریک کسی بھی درجے میں ردعمل کی تحریک نہیں ہے۔</w:t>
      </w:r>
    </w:p>
    <w:p>
      <w:r>
        <w:rPr>
          <w:b/>
        </w:rPr>
        <w:t xml:space="preserve">[19:27] </w:t>
      </w:r>
      <w:r>
        <w:t>dawat dai ki taraf se nasih ya well wishing ka izhar hai aur bas.</w:t>
      </w:r>
    </w:p>
    <w:p>
      <w:pPr>
        <w:jc w:val="right"/>
      </w:pPr>
      <w:r>
        <w:t>دعوت داعی کی طرف سے نصح یا ویل وشنگ کا اظہار ہے اور بس۔</w:t>
      </w:r>
    </w:p>
    <w:p>
      <w:r>
        <w:rPr>
          <w:b/>
        </w:rPr>
        <w:t xml:space="preserve">[19:42] </w:t>
      </w:r>
      <w:r>
        <w:t>ummat ka role. Quran mein ek ayat in alfaaz mein aayi hai: "tabarakalladhi nazzala al-furqana ala abdhi li yakuna lil alamin nadhira" yaani badi babarkat hai woh zaat jis ne apne bande par Furqan yaani Quran utara taake woh sare alam ke liye khabardar karne wala bane.</w:t>
      </w:r>
    </w:p>
    <w:p>
      <w:pPr>
        <w:jc w:val="right"/>
      </w:pPr>
      <w:r>
        <w:t>امت کا رول۔ قرآن میں ایک آیت ان الفاظ میں آئی ہے: "تبارک الذی نزل الفرقان علی عبدہ لیکون للعالمین نذیرا" یعنی بڑی بابرکت ہے وہ ذات جس نے اپنے بندے پر فرقان یعنی قرآن اتارا تاکہ وہ سارے عالم کے لیے خبردار کرنے والا بنے۔</w:t>
      </w:r>
    </w:p>
    <w:p>
      <w:r>
        <w:rPr>
          <w:b/>
        </w:rPr>
        <w:t xml:space="preserve">[20:09] </w:t>
      </w:r>
      <w:r>
        <w:t>Quran saatvi sadi isvi ke rub-e-awwal mein utra. us waqt peshangoi ya prediction ki zaban mein yeh aelan kiya gaya ke Quran sare alam mein phelega, yahan tak ke is ka paigham zameen par basne wale har mard aur har aurat tak pahunch jayega.</w:t>
      </w:r>
    </w:p>
    <w:p>
      <w:pPr>
        <w:jc w:val="right"/>
      </w:pPr>
      <w:r>
        <w:t>قرآن ساتویں صدی عیسوی کے ربع اول میں اترا۔ اس وقت پیشنگوئی یا پریڈکشن کی زبان میں یہ اعلان کیا گیا کہ قرآن سارے عالم میں پھیلے گا، یہاں تک کہ اس کا پیغام زمین پر بسنے والے ہر مرد اور ہر عورت تک پہنچ جائے گا۔</w:t>
      </w:r>
    </w:p>
    <w:p>
      <w:r>
        <w:rPr>
          <w:b/>
        </w:rPr>
        <w:t xml:space="preserve">[20:29] </w:t>
      </w:r>
      <w:r>
        <w:t>yahi baat Hadees-e-Rasool mein is tarah bayan ki gayi hai: "la yabqa ala zahril ardi baitun madrin wa la wabarin illa adkhalallahu kalimatal islami bi izzi azizin aw dhilli dhaleelin" Musnad Ahmad.</w:t>
      </w:r>
    </w:p>
    <w:p>
      <w:pPr>
        <w:jc w:val="right"/>
      </w:pPr>
      <w:r>
        <w:t>یہی بات حدیث رسول میں اس طرح بیان کی گئی ہے: "لا یبق علی ظہر الارض بیت مدر ولا وبر الا ادخلہ اللہ کلمۃ الاسلام بعز عزیز او ذلی ذلیل" مسند احمد۔</w:t>
      </w:r>
    </w:p>
    <w:p>
      <w:r>
        <w:rPr>
          <w:b/>
        </w:rPr>
        <w:t xml:space="preserve">[20:49] </w:t>
      </w:r>
      <w:r>
        <w:t>yaani zameen par koi chota ya bada ghar nahi bachega magar Allah is ke andar Islam ka kalma dakhil kar dega.</w:t>
      </w:r>
    </w:p>
    <w:p>
      <w:pPr>
        <w:jc w:val="right"/>
      </w:pPr>
      <w:r>
        <w:t>یعنی زمین پر کوئی چھوٹا یا بڑا گھر نہیں بچے گا مگر اللہ اس کے اندر اسلام کا کلمہ داخل کر دے گا۔</w:t>
      </w:r>
    </w:p>
    <w:p>
      <w:r>
        <w:rPr>
          <w:b/>
        </w:rPr>
        <w:t xml:space="preserve">[20:59] </w:t>
      </w:r>
      <w:r>
        <w:t>izzat wale ko izzat ke sath, zillat wale ko zillat ke sath. yaani Islam ka paigham manane walon tak bhi aur na manne walon tak bhi.</w:t>
      </w:r>
    </w:p>
    <w:p>
      <w:pPr>
        <w:jc w:val="right"/>
      </w:pPr>
      <w:r>
        <w:t>عزت والے کو عزت کے ساتھ، ذلت والے کو ذلت کے ساتھ۔ یعنی اسلام کا پیغام ماننے والوں تک بھی اور نہ ماننے والوں تک بھی۔</w:t>
      </w:r>
    </w:p>
    <w:p>
      <w:r>
        <w:rPr>
          <w:b/>
        </w:rPr>
        <w:t xml:space="preserve">[21:10] </w:t>
      </w:r>
      <w:r>
        <w:t>yeh Hadees-e-Rasool peshagi khabar ki zaban mein yeh bata rahi hai ke aakhri daur mein ummat ka final role kya hoga.</w:t>
      </w:r>
    </w:p>
    <w:p>
      <w:pPr>
        <w:jc w:val="right"/>
      </w:pPr>
      <w:r>
        <w:t>یہ حدیث رسول پیشگی خبر کی زبان میں یہ بتا رہی ہے کہ آخری دور میں امت کا فائنل رول کیا ہوگا۔</w:t>
      </w:r>
    </w:p>
    <w:p>
      <w:r>
        <w:rPr>
          <w:b/>
        </w:rPr>
        <w:t xml:space="preserve">[21:20] </w:t>
      </w:r>
      <w:r>
        <w:t>woh role yeh hoga ke ummat apne zamane ke mawaqe ko istemal karte hue Allah ke kalam ya word of God ko dunya ke har goshe mein pahuncha de, yahan tak ke koi aurat ya mard is se bekhabar na rahe.</w:t>
      </w:r>
    </w:p>
    <w:p>
      <w:pPr>
        <w:jc w:val="right"/>
      </w:pPr>
      <w:r>
        <w:t>وہ رول یہ ہوگا کہ امت اپنے زمانے کے مواقع کو استعمال کرتے ہوئے اللہ کے کلام یا ورڈ آف گاڈ کو دنیا کے ہر گوشے میں پہنچا دے، یہاں تک کہ کوئی عورت یا مرد اس سے بے خبر نہ رہے۔</w:t>
      </w:r>
    </w:p>
    <w:p>
      <w:r>
        <w:rPr>
          <w:b/>
        </w:rPr>
        <w:t xml:space="preserve">[21:39] </w:t>
      </w:r>
      <w:r>
        <w:t>is Hadees mein kalmatul Islam se murad Quran hai. Quran ko har insan tak pahunchana kisi paresarar tareeqe par nahi hoga, balkeh woh doosre waqeyat ki tarah asbab ke zariye hoga.</w:t>
      </w:r>
    </w:p>
    <w:p>
      <w:pPr>
        <w:jc w:val="right"/>
      </w:pPr>
      <w:r>
        <w:t>اس حدیث میں کلمۃ الاسلام سے مراد قرآن ہے۔ قرآن کو ہر انسان تک پہنچانا کسی پراصرار طریقے پر نہیں ہوگا، بلکہ وہ دوسرے واقعات کی طرح اسباب کے ذریعے ہوگا۔</w:t>
      </w:r>
    </w:p>
    <w:p>
      <w:r>
        <w:rPr>
          <w:b/>
        </w:rPr>
        <w:t xml:space="preserve">[21:54] </w:t>
      </w:r>
      <w:r>
        <w:t>baad ke daur mein aise asbab insan ki dastaras mein aayenge jin ko istemal kar ke ummat Khuda ki kitab ko tamam insano tak pahuncha de.</w:t>
      </w:r>
    </w:p>
    <w:p>
      <w:pPr>
        <w:jc w:val="right"/>
      </w:pPr>
      <w:r>
        <w:t>بعد کے دور میں ایسے اسباب انسان کی دسترس میں آئیں گے جن کو استعمال کر کے امت خدا کی کتاب کو تمام انسانوں تک پہنچا دے۔</w:t>
      </w:r>
    </w:p>
    <w:p>
      <w:r>
        <w:rPr>
          <w:b/>
        </w:rPr>
        <w:t xml:space="preserve">[22:07] </w:t>
      </w:r>
      <w:r>
        <w:t>Quran ko sare alam tak pahunchana ek aisa kaam hai jo ummat-e-muslima mahaz apni taqat se nahi kar sakti.</w:t>
      </w:r>
    </w:p>
    <w:p>
      <w:pPr>
        <w:jc w:val="right"/>
      </w:pPr>
      <w:r>
        <w:t>قرآن کو سارے عالم تک پہنچانا ایک ایسا کام ہے جو امت مسلمہ محض اپنی طاقت سے نہیں کر سکتی۔</w:t>
      </w:r>
    </w:p>
    <w:p>
      <w:r>
        <w:rPr>
          <w:b/>
        </w:rPr>
        <w:t xml:space="preserve">[22:17] </w:t>
      </w:r>
      <w:r>
        <w:t>is liye Allah ne tareekh ko is tarah manage kiya hai ke doosri qaumein bhi is tareekhi kaam mein taayidi role ya supporting role ada karein.</w:t>
      </w:r>
    </w:p>
    <w:p>
      <w:pPr>
        <w:jc w:val="right"/>
      </w:pPr>
      <w:r>
        <w:t>اس لیے اللہ نے تاریخ کو اس طرح مینج کیا ہے کہ دوسری قومیں بھی اس تاریخی کام میں تائیدی رول یا سپورٹنگ رول ادا کریں۔</w:t>
      </w:r>
    </w:p>
    <w:p>
      <w:r>
        <w:rPr>
          <w:b/>
        </w:rPr>
        <w:t xml:space="preserve">[22:28] </w:t>
      </w:r>
      <w:r>
        <w:t>yahi baat hadith rasool mein is tarah bayan ki gayi hai: "innallaha yueyyidul deena birrajulil faajir" sahih bukhari.</w:t>
      </w:r>
    </w:p>
    <w:p>
      <w:pPr>
        <w:jc w:val="right"/>
      </w:pPr>
      <w:r>
        <w:t>یہی بات حدیث رسول میں اس طرح بیان کی گئی ہے: "ان اللہ الدین بالرجل الفاجر" صحیح بخاری۔</w:t>
      </w:r>
    </w:p>
    <w:p>
      <w:r>
        <w:rPr>
          <w:b/>
        </w:rPr>
        <w:t xml:space="preserve">[22:40] </w:t>
      </w:r>
      <w:r>
        <w:t>Allah zaroor is deen ki taayid faajir insaan ke zariye bhi karega. is hadith mein faajir insaan se muraad secular insaan hai.</w:t>
      </w:r>
    </w:p>
    <w:p>
      <w:pPr>
        <w:jc w:val="right"/>
      </w:pPr>
      <w:r>
        <w:t>اللہ ضرور اس دین کی تائید فاجر انسان کے ذریعے بھی کرے گا۔ اس حدیث میں فاجر انسان سے مراد سیکولر انسان ہے۔</w:t>
      </w:r>
    </w:p>
    <w:p>
      <w:r>
        <w:rPr>
          <w:b/>
        </w:rPr>
        <w:t xml:space="preserve">[22:53] </w:t>
      </w:r>
      <w:r>
        <w:t>yaani mustaqbil mein aise log uthenge jo bazahir apne maadi maqasid ke liye asbab paida karenge, magar yeh asbab amalan ahle deen ke liye support ban jayenge.</w:t>
      </w:r>
    </w:p>
    <w:p>
      <w:pPr>
        <w:jc w:val="right"/>
      </w:pPr>
      <w:r>
        <w:t>یعنی مستقبل میں ایسے لوگ اٹھیں گے جو بظاہر اپنے مادی مقاصد کے لیے اسباب پیدا کریں گے، مگر یہ اسباب عملاً اہل دین کے لیے سپورٹ بن جائیں گے۔</w:t>
      </w:r>
    </w:p>
    <w:p>
      <w:r>
        <w:rPr>
          <w:b/>
        </w:rPr>
        <w:t xml:space="preserve">[23:07] </w:t>
      </w:r>
      <w:r>
        <w:t>is hadith mein secular mu'eed ya secular supporter se muraad wahi cheez hai jisko maujooda zamane mein maghribi tehzeeb ya western civilization kaha jata hai.</w:t>
      </w:r>
    </w:p>
    <w:p>
      <w:pPr>
        <w:jc w:val="right"/>
      </w:pPr>
      <w:r>
        <w:t>اس حدیث میں سیکولر معید یا سیکولر سپورٹر سے مراد وہی چیز ہے جس کو موجودہ زمانے میں مغربی تہذیب یا ویسٹرن سویلائزیشن کہا جاتا ہے۔</w:t>
      </w:r>
    </w:p>
    <w:p>
      <w:r>
        <w:rPr>
          <w:b/>
        </w:rPr>
        <w:t xml:space="preserve">[23:20] </w:t>
      </w:r>
      <w:r>
        <w:t>yeh ek waqia hai ke maghribi tehzeeb ek maadi tehzeeb hai. isne apne maadi maqasid ke liye bohat se naye asbab paida kiye, magar yeh asbab amalan quran ki aalmi isha'at ka zariya bane.</w:t>
      </w:r>
    </w:p>
    <w:p>
      <w:pPr>
        <w:jc w:val="right"/>
      </w:pPr>
      <w:r>
        <w:t>یہ ایک واقعہ ہے کہ مغربی تہذیب ایک مادی تہذیب ہے۔ اس نے اپنے مادی مقاصد کے لیے بہت سے نئے اسباب پیدا کیے، مگر یہ اسباب عملاً قرآن کی عالمی اشاعت کا ذریعہ بن گئے۔</w:t>
      </w:r>
    </w:p>
    <w:p>
      <w:r>
        <w:rPr>
          <w:b/>
        </w:rPr>
        <w:t xml:space="preserve">[23:37] </w:t>
      </w:r>
      <w:r>
        <w:t>maghribi tehzeeb ne pehli baar dunya ke geography ko poori tarah ek maloom waqia bana diya. mazhabi azadi maujooda zamane mein insaan ka ek musallama haq ya accepted right ban gayi.</w:t>
      </w:r>
    </w:p>
    <w:p>
      <w:pPr>
        <w:jc w:val="right"/>
      </w:pPr>
      <w:r>
        <w:t>مغربی تہذیب نے پہلی بار دنیا کے جغرافیہ کو پوری طرح ایک معلوم واقعہ بنا دیا۔ مذہبی آزادی موجودہ زمانے میں انسان کا ایک مسلمہ حق یا ایکسیپٹڈ رائٹ بن گئی۔</w:t>
      </w:r>
    </w:p>
    <w:p>
      <w:r>
        <w:rPr>
          <w:b/>
        </w:rPr>
        <w:t xml:space="preserve">[23:53] </w:t>
      </w:r>
      <w:r>
        <w:t>maujooda zamane mein printing press aur electronic communication jaisi cheezein wajood mein aayin jin ke zariye pehli baar aalmi ablagh ya global communication mumkin ho gaya.</w:t>
      </w:r>
    </w:p>
    <w:p>
      <w:pPr>
        <w:jc w:val="right"/>
      </w:pPr>
      <w:r>
        <w:t>موجودہ زمانے میں پرنٹنگ پریس اور الیکٹرانک کمیونیکیشن جیسی چیزیں وجود میں آئیں جن کے ذریعے پہلی بار عالمی ابلاغ یا گلوبل کمیونیکیشن ممکن ہو گیا۔</w:t>
      </w:r>
    </w:p>
    <w:p>
      <w:r>
        <w:rPr>
          <w:b/>
        </w:rPr>
        <w:t xml:space="preserve">[24:07] </w:t>
      </w:r>
      <w:r>
        <w:t>library culture aakhri had tak aam ho gaya hai. siyahat ya tourism ka zahira wajood mein aaya jis ki soorat mein goya mad'u khud da'i ke darwaze tak pahunch gaya.</w:t>
      </w:r>
    </w:p>
    <w:p>
      <w:pPr>
        <w:jc w:val="right"/>
      </w:pPr>
      <w:r>
        <w:t>لائبریری کلچر آخری حد تک عام ہو گیا ہے۔ سیاحت یا ٹورزم کا ظاہرہ وجود میں آیا جس کی صورت میں گویا مدعو خود داعی کے دروازے تک پہنچ گیا۔</w:t>
      </w:r>
    </w:p>
    <w:p>
      <w:r>
        <w:rPr>
          <w:b/>
        </w:rPr>
        <w:t xml:space="preserve">[24:22] </w:t>
      </w:r>
      <w:r>
        <w:t>logon mein khula pan ya openness ka mizaj paida hua jis ki bina par log ghair muta'assibana andaaz mein mukhtalif mazahib ka mutala karne lage waghera waghera.</w:t>
      </w:r>
    </w:p>
    <w:p>
      <w:pPr>
        <w:jc w:val="right"/>
      </w:pPr>
      <w:r>
        <w:t>لوگوں میں کھلا پن یا اوپننس کا مزاج پیدا ہوا جس کی بنا پر لوگ غیر متعصبانہ انداز میں مختلف مذاہب کا مطالعہ کرنے لگے وغیرہ وغیرہ۔</w:t>
      </w:r>
    </w:p>
    <w:p>
      <w:r>
        <w:rPr>
          <w:b/>
        </w:rPr>
        <w:t xml:space="preserve">[24:35] </w:t>
      </w:r>
      <w:r>
        <w:t>is tarah ke asbab ahle deen ke liye taayid ya support ki hesiyat rakhte hain. in ki wajah se tareekh mein pehli baar yeh mumkin hua hai ke ahle deen in ko istemal kar ke quran ke ailaan aur paighambar e islam ki peshangoi ko waqia bana dein.</w:t>
      </w:r>
    </w:p>
    <w:p>
      <w:pPr>
        <w:jc w:val="right"/>
      </w:pPr>
      <w:r>
        <w:t>اس طرح کے اسباب اہل دین کے لیے تائید یا سپورٹ کی حیثیت رکھتے ہیں۔ ان کی وجہ سے تاریخ میں پہلی بار یہ ممکن ہوا ہے کہ اہل دین ان کو استعمال کر کے قرآن کے اعلان اور پیغمبر اسلام کی پیشنگوئی کو واقعہ بنا دیں۔</w:t>
      </w:r>
    </w:p>
    <w:p>
      <w:r>
        <w:rPr>
          <w:b/>
        </w:rPr>
        <w:t xml:space="preserve">[24:55] </w:t>
      </w:r>
      <w:r>
        <w:t>ab aakhri waqt aa gaya hai ke ahle deen uthein aur quran ko tamam insanon tak pahuncha dein taake insaan is khudai hidayat se rehnumai le kar apni dunya aur aakhirat ko kamyab bana sake.</w:t>
      </w:r>
    </w:p>
    <w:p>
      <w:pPr>
        <w:jc w:val="right"/>
      </w:pPr>
      <w:r>
        <w:t>اب آخری وقت آگیا ہے کہ اہل دین اٹھیں اور قرآن کو تمام انسانوں تک پہنچا دیں تاکہ انسان اس خدائی ہدایت سے رہنمائی لے کر اپنی دنیا اور آخرت کو کامیاب بنا سکے۔</w:t>
      </w:r>
    </w:p>
    <w:p>
      <w:r>
        <w:rPr>
          <w:b/>
        </w:rPr>
        <w:t xml:space="preserve">[25:13] </w:t>
      </w:r>
      <w:r>
        <w:t>ikkiswi sadi mein quran ki aalmi tablegh aakhri had tak mumkin ho chuki hai. is imkan ko waqia banane ki shart sirf yeh hai ke ummat e muslema nafrat aur tashaddud ke culture ko mukammal taur par khatm kar de.</w:t>
      </w:r>
    </w:p>
    <w:p>
      <w:pPr>
        <w:jc w:val="right"/>
      </w:pPr>
      <w:r>
        <w:t>اکیسویں صدی میں قرآن کی عالمی تبلیغ آخری حد تک ممکن ہو چکی ہے۔ اس امکان کو واقعہ بنانے کی شرط صرف یہ ہے کہ امت مسلمہ نفرت اور تشدد کے کلچر کو مکمل طور پر ختم کر دے۔</w:t>
      </w:r>
    </w:p>
    <w:p>
      <w:r>
        <w:rPr>
          <w:b/>
        </w:rPr>
        <w:t xml:space="preserve">[25:32] </w:t>
      </w:r>
      <w:r>
        <w:t>woh aman pasand zaraye ko istemal karte hue tamam qaumon tak quran ka paigham pahuncha de. har insaan paida'ishi taur par haq ka mutallashi hai.</w:t>
      </w:r>
    </w:p>
    <w:p>
      <w:pPr>
        <w:jc w:val="right"/>
      </w:pPr>
      <w:r>
        <w:t>وہ پرامن ذرائع کو استعمال کرتے ہوئے تمام قوموں تک قرآن کا پیغام پہنچا دے۔ ہر انسان پیدائشی طور پر حق کا متلاشی ہے۔</w:t>
      </w:r>
    </w:p>
    <w:p>
      <w:r>
        <w:rPr>
          <w:b/>
        </w:rPr>
        <w:t xml:space="preserve">[25:44] </w:t>
      </w:r>
      <w:r>
        <w:t>har insaan apni fitrat ke zor par haq ka talib bana hua hai. lekin maujooda zamane mein musalman apni galat soch ke tehat nafrat aur tashaddud ke culture mein mubtala ho gaye hain.</w:t>
      </w:r>
    </w:p>
    <w:p>
      <w:pPr>
        <w:jc w:val="right"/>
      </w:pPr>
      <w:r>
        <w:t>ہر انسان اپنی فطرت کے زور پر حق کا طالب بنا ہوا ہے۔ لیکن موجودہ زمانے میں مسلمان اپنی غلط سوچ کے تحت نفرت اور تشدد کے کلچر میں مبتلا ہو گئے ہیں۔</w:t>
      </w:r>
    </w:p>
    <w:p>
      <w:r>
        <w:rPr>
          <w:b/>
        </w:rPr>
        <w:t xml:space="preserve">[26:01] </w:t>
      </w:r>
      <w:r>
        <w:t>is culture ne da'i aur mad'u ke darmiyan doori ka mahol qaim kar diya hai. ummat e muslema par farz ke darje mein zaroori hai ke woh yak tarfa taur par nafrat aur tashaddud ke maujooda culture ko khatm kar de aur poori tarah aman ka mahol qaim kar de.</w:t>
      </w:r>
    </w:p>
    <w:p>
      <w:pPr>
        <w:jc w:val="right"/>
      </w:pPr>
      <w:r>
        <w:t>اس کلچر نے داعی اور مدعو کے درمیان دوری کا ماحول قائم کر دیا ہے۔ امت مسلمہ پر فرض کے درجے میں ضروری ہے کہ وہ یکطرفہ طور پر نفرت اور تشدد کے موجودہ کلچر کو ختم کر دے اور پوری طرح امن کا ماحول قائم کر دے۔</w:t>
      </w:r>
    </w:p>
    <w:p>
      <w:r>
        <w:rPr>
          <w:b/>
        </w:rPr>
        <w:t xml:space="preserve">[26:23] </w:t>
      </w:r>
      <w:r>
        <w:t>is ke baad fitri taur par aisa hoga ke quran ka paigham har jagah pahunche lagega. aaj ummat e muslema ko yeh karna hai ke woh nafrat aur tashaddud ke culture ko khatm kar ke aman culture ko apnaye aur dawat ki aman pasand planning ya peaceful planning kare aur khalis aman andaaz mein sare alam tak Allah ke paigham ko pahuncha de.</w:t>
      </w:r>
    </w:p>
    <w:p>
      <w:pPr>
        <w:jc w:val="right"/>
      </w:pPr>
      <w:r>
        <w:t>اس کے بعد فطری طور پر ایسا ہوگا کہ قرآن کا پیغام ہر جگہ پہنچنے لگے گا۔ آج امت مسلمہ کو یہ کرنا ہے کہ وہ نفرت اور تشدد کے کلچر کو ختم کر کے امن کلچر کو اپنائے اور دعوت کی پرامن پلاننگ یا پیس فل پلاننگ کرے اور خالص پرامن انداز میں سارے عالم تک اللہ کے پیغام کو پہنچا دے۔</w:t>
      </w:r>
    </w:p>
    <w:p>
      <w:r>
        <w:rPr>
          <w:b/>
        </w:rPr>
        <w:t xml:space="preserve">[26:50] </w:t>
      </w:r>
      <w:r>
        <w:t>yahi ummat e muslema ka final role hoga. isi role ki adaiygi ke nateeje mein ummat e muslema ko dobara woh sarfarazi hasil hogi jis ka tareekh ko intezar hai.</w:t>
      </w:r>
    </w:p>
    <w:p>
      <w:pPr>
        <w:jc w:val="right"/>
      </w:pPr>
      <w:r>
        <w:t>یہی امت مسلمہ کا فائنل رول ہوگا۔ اسی رول کی ادائیگی کے نتیجے میں امت مسلمہ کو دوبارہ وہ سرفرازی حاصل ہوگی جس کا تاریخ کو انتظار ہے۔</w:t>
      </w:r>
    </w:p>
    <w:p>
      <w:r>
        <w:rPr>
          <w:b/>
        </w:rPr>
        <w:t xml:space="preserve">[27:03] </w:t>
      </w:r>
      <w:r>
        <w:t>dawat ki is aalmi muhim ke liye doosre maroof tareeqon ke ilawa yeh bhi zaroori hai ke khalis musbat zehn ke tehat aala mayar ka ek TV channel qaim kiya jaye.</w:t>
      </w:r>
    </w:p>
    <w:p>
      <w:pPr>
        <w:jc w:val="right"/>
      </w:pPr>
      <w:r>
        <w:t>دعوت کی اس عالمی مہم کے لیے دوسرے معروف طریقوں کے علاوہ یہ بھی ضروری ہے کہ خالص مثبت ذہن کے تحت اعلیٰ معیار کا ایک ٹی وی چینل قائم کیا جائے۔</w:t>
      </w:r>
    </w:p>
    <w:p>
      <w:r>
        <w:rPr>
          <w:b/>
        </w:rPr>
        <w:t xml:space="preserve">[27:16] </w:t>
      </w:r>
      <w:r>
        <w:t>is ke zariye tamam badi badi zubanon mein da'wati program nashar kiye jayen. yeh kaam mukammal taur par aman pasand dawat ke tasawwur ke tehat kiya jaye.</w:t>
      </w:r>
    </w:p>
    <w:p>
      <w:pPr>
        <w:jc w:val="right"/>
      </w:pPr>
      <w:r>
        <w:t>اس کے ذریعے تمام بڑی بڑی زبانوں میں دعوتی پروگرام نشر کیے جائیں۔ یہ کام مکمل طور پر پرامن دعوت کے تصور کے تحت کیا جائے۔</w:t>
      </w:r>
    </w:p>
    <w:p>
      <w:r>
        <w:rPr>
          <w:b/>
        </w:rPr>
        <w:t xml:space="preserve">[27:29] </w:t>
      </w:r>
      <w:r>
        <w:t>is mein na musalmanon ki mafroodha mazloomiyat ki dastan ka zikr ho aur na musalman fakhr ka tazkira kiya jaye.</w:t>
      </w:r>
    </w:p>
    <w:p>
      <w:pPr>
        <w:jc w:val="right"/>
      </w:pPr>
      <w:r>
        <w:t>اس میں نہ مسلمانوں کی مفروضہ مظلومیت کی داستان کا ذکر ہو اور نہ مسلم فخر کا تذکرہ کیا جائے۔</w:t>
      </w:r>
    </w:p>
    <w:p>
      <w:r>
        <w:rPr>
          <w:b/>
        </w:rPr>
        <w:t xml:space="preserve">[27:39] </w:t>
      </w:r>
      <w:r>
        <w:t>is TV ki nashriyat tamam tar dawat ilallah ke usool par mabni hon. yeh bhi zaroori hai ke is ki nashriyat lazmi taur par asr e hazir ke usloob mein hon taake woh aaj ke insaan ke zehn ko address kar saken.</w:t>
      </w:r>
    </w:p>
    <w:p>
      <w:pPr>
        <w:jc w:val="right"/>
      </w:pPr>
      <w:r>
        <w:t>اس ٹی وی کی نشریات تمام تر دعوت الی اللہ کے اصول پر مبنی ہوں۔ یہ بھی ضروری ہے کہ اس کی نشریات لازمی طور پر عصر حاضر کے اسلوب میں ہوں تاکہ وہ آج کے انسان کے ذہن کو ایڈریس کر سکیں۔</w:t>
      </w:r>
    </w:p>
    <w:p>
      <w:r>
        <w:rPr>
          <w:b/>
        </w:rPr>
        <w:t xml:space="preserve">[27:58] </w:t>
      </w:r>
      <w:r>
        <w:t>jadeed technology ne is baat ko poori tarah mumkin bana diya hai ke Khawand Rab ul Alameen ka paigham har ghar mein aur har insaan tak pahunch jaye.</w:t>
      </w:r>
    </w:p>
    <w:p>
      <w:pPr>
        <w:jc w:val="right"/>
      </w:pPr>
      <w:r>
        <w:t>جدید ٹیکنالوجی نے اس بات کو پوری طرح ممکن بنا دیا ہے کہ خداوند رب العالمین کا پیغام ہر گھر میں اور ہر انسان تک پہنچ جائے۔</w:t>
      </w:r>
    </w:p>
    <w:p>
      <w:r>
        <w:rPr>
          <w:b/>
        </w:rPr>
        <w:t xml:space="preserve">[28:10] </w:t>
      </w:r>
      <w:r>
        <w:t>aalmi dawat ka yahi woh waqia hai jis ko hadith mein shahadat e a'zam kaha gaya hai: "hadha a'zamun nas shaahadatan 'inda rabbil 'alameen" sahih muslim.</w:t>
      </w:r>
    </w:p>
    <w:p>
      <w:pPr>
        <w:jc w:val="right"/>
      </w:pPr>
      <w:r>
        <w:t>عالمی دعوت کا یہی وہ واقعہ ہے جس کو حدیث میں شہادت اعظم کہا گیا ہے: "ھذا اعظم الناس شہادتا عند رب العالمین" صحیح مسلم۔</w:t>
      </w:r>
    </w:p>
    <w:p>
      <w:r>
        <w:rPr>
          <w:b/>
        </w:rPr>
        <w:t xml:space="preserve">[28:34] </w:t>
      </w:r>
      <w:r>
        <w:t>nabiyon ka model. har zamane mein aur har maqam par Allah ke paighambar insaan ki hidayat ke liye aaye.</w:t>
      </w:r>
    </w:p>
    <w:p>
      <w:pPr>
        <w:jc w:val="right"/>
      </w:pPr>
      <w:r>
        <w:t>نبیوں کا ماڈل۔ ہر زمانے میں اور ہر مقام پر اللہ کے پیغمبر انسان کی ہدایت کے لیے آئے۔</w:t>
      </w:r>
    </w:p>
    <w:p>
      <w:r>
        <w:rPr>
          <w:b/>
        </w:rPr>
        <w:t xml:space="preserve">[28:44] </w:t>
      </w:r>
      <w:r>
        <w:t>aik rivayat ke mutabiq in nabiyon ki majmoi tadad aik lakh bees hazar se zyada thi. sahih ibn hibban.</w:t>
      </w:r>
    </w:p>
    <w:p>
      <w:pPr>
        <w:jc w:val="right"/>
      </w:pPr>
      <w:r>
        <w:t>ایک روایت کے مطابق ان نبیوں کی مجموعی تعداد ایک لاکھ بیس ہزار سے زیادہ تھی۔ صحیح ابن حبان۔</w:t>
      </w:r>
    </w:p>
    <w:p>
      <w:r>
        <w:rPr>
          <w:b/>
        </w:rPr>
        <w:t xml:space="preserve">[28:53] </w:t>
      </w:r>
      <w:r>
        <w:t>in tamam peghambaron ka model buniyadi taur par aik tha. peghambaron ne is rabbani model ko apne halaat ke lihaz se apne zamane mein ikhtiyar kiya.</w:t>
      </w:r>
    </w:p>
    <w:p>
      <w:pPr>
        <w:jc w:val="right"/>
      </w:pPr>
      <w:r>
        <w:t>ان تمام پیغمبروں کا ماڈل بنیادی طور پر ایک تھا۔ پیغمبروں نے اس ربانی ماڈل کو اپنے حالات کے لحاظ سے اپنے زمانے میں اختیار کیا۔</w:t>
      </w:r>
    </w:p>
    <w:p>
      <w:r>
        <w:rPr>
          <w:b/>
        </w:rPr>
        <w:t xml:space="preserve">[29:05] </w:t>
      </w:r>
      <w:r>
        <w:t>is silsile mein quran ki kuch ayaton ka tarjuma yahan naqal kiya jata hai: "yeh hai hamari dalil jo hum ne ibrahim alaihissalam ko us ki qaum ke muqable mein di.</w:t>
      </w:r>
    </w:p>
    <w:p>
      <w:pPr>
        <w:jc w:val="right"/>
      </w:pPr>
      <w:r>
        <w:t>اس سلسلے میں قرآن کی کچھ آیتوں کا ترجمہ یہاں نقل کیا جاتا ہے: "یہ ہے ہماری دلیل جو ہم نے ابراہیم علیہ السلام کو اس کی قوم کے مقابلے میں دی۔</w:t>
      </w:r>
    </w:p>
    <w:p>
      <w:r>
        <w:rPr>
          <w:b/>
        </w:rPr>
        <w:t xml:space="preserve">[29:16] </w:t>
      </w:r>
      <w:r>
        <w:t>hum jiske darje chahte hain buland kar dete hain. beshak tumhara rab hakim aur aleem hai." aur hum ne ibrahim ko ishaq aur yaqoob ata kiye.</w:t>
      </w:r>
    </w:p>
    <w:p>
      <w:pPr>
        <w:jc w:val="right"/>
      </w:pPr>
      <w:r>
        <w:t>ہم جس کے درجے چاہتے ہیں بلند کر دیتے ہیں۔ بے شک تمہارا رب حکیم اور علیم ہے۔" اور ہم نے ابراہیم کو اسحاق اور یعقوب عطا کیے۔</w:t>
      </w:r>
    </w:p>
    <w:p>
      <w:r>
        <w:rPr>
          <w:b/>
        </w:rPr>
        <w:t xml:space="preserve">[29:27] </w:t>
      </w:r>
      <w:r>
        <w:t>har aik ko hum ne hidayat di aur nooh alaihissalam ko bhi hum ne hidayat di is se pehle aur us ki nasal mein se dawood aur sulaiman aur ayyub aur yusuf aur musa aur haroon alaihissalam ko bhi.</w:t>
      </w:r>
    </w:p>
    <w:p>
      <w:pPr>
        <w:jc w:val="right"/>
      </w:pPr>
      <w:r>
        <w:t>ہر ایک کو ہم نے ہدایت دی اور نوح علیہ السلام کو بھی ہم نے ہدایت دی اس سے پہلے اور اس کی نسل میں سے داؤد اور سلیمان اور ایوب اور یوسف اور موسیٰ اور ہارون علیہ السلام کو بھی۔</w:t>
      </w:r>
    </w:p>
    <w:p>
      <w:r>
        <w:rPr>
          <w:b/>
        </w:rPr>
        <w:t xml:space="preserve">[29:41] </w:t>
      </w:r>
      <w:r>
        <w:t>aur hum naikoon ko isi tarah badla dete hain aur zakariya aur yahya aur isa aur ilyas alaihissalam ko bhi.</w:t>
      </w:r>
    </w:p>
    <w:p>
      <w:pPr>
        <w:jc w:val="right"/>
      </w:pPr>
      <w:r>
        <w:t>اور ہم نیکوں کو اسی طرح بدلہ دیتے ہیں اور زکریا اور یحییٰ اور عیسیٰ اور الیاس علیہ السلام کو بھی۔</w:t>
      </w:r>
    </w:p>
    <w:p>
      <w:r>
        <w:rPr>
          <w:b/>
        </w:rPr>
        <w:t xml:space="preserve">[29:49] </w:t>
      </w:r>
      <w:r>
        <w:t>in mein se har ek salih tha aur ismail, alyasa aur yunus aur lut alaihissalam ko bhi. aur in mein se har ek ko hum ne dunya walon par fazilat ata ki aur un ke bap dadon aur un ki aulad aur un ke bhaiyon mein se bhi.</w:t>
      </w:r>
    </w:p>
    <w:p>
      <w:pPr>
        <w:jc w:val="right"/>
      </w:pPr>
      <w:r>
        <w:t>ان میں سے ہر ایک صالح تھا اور اسماعیل، الیسع اور یونس اور لوط علیہ السلام کو بھی۔ اور ان میں سے ہر ایک کو ہم نے دنیا والوں پر فضیلت عطا کی اور ان کے باپ دادوں اور ان کی اولاد اور ان کے بھائیوں میں سے بھی۔</w:t>
      </w:r>
    </w:p>
    <w:p>
      <w:r>
        <w:rPr>
          <w:b/>
        </w:rPr>
        <w:t xml:space="preserve">[30:06] </w:t>
      </w:r>
      <w:r>
        <w:t>aur un ko hum ne chun liya aur hum ne seedhe raste ki taraf un ki rehnumai ki. yeh allah ki hidayat hai. woh is se sarfaraz karta hai apne bondon mein se jisko chahta hai.</w:t>
      </w:r>
    </w:p>
    <w:p>
      <w:pPr>
        <w:jc w:val="right"/>
      </w:pPr>
      <w:r>
        <w:t>اور ان کو ہم نے چن لیا اور ہم نے سیدھے راستے کی طرف ان کی رہنمائی کی۔ یہ اللہ کی ہدایت ہے۔ وہ اس سے سرفراز کرتا ہے اپنے بندوں میں سے جس کو چاہتا ہے۔</w:t>
      </w:r>
    </w:p>
    <w:p>
      <w:r>
        <w:rPr>
          <w:b/>
        </w:rPr>
        <w:t xml:space="preserve">[30:18] </w:t>
      </w:r>
      <w:r>
        <w:t>aur agar woh shirk karte to zaya ho jata jo kuch unhone kiya tha. yeh log hain jin ko hum ne kitab aur hikmat aur nabuwat ata ki.</w:t>
      </w:r>
    </w:p>
    <w:p>
      <w:pPr>
        <w:jc w:val="right"/>
      </w:pPr>
      <w:r>
        <w:t>اور اگر وہ شرک کرتے تو ضائع ہو جاتا جو کچھ انہوں نے کیا تھا۔ یہ لوگ ہیں جن کو ہم نے کتاب اور حکمت اور نبوت عطا کی۔</w:t>
      </w:r>
    </w:p>
    <w:p>
      <w:r>
        <w:rPr>
          <w:b/>
        </w:rPr>
        <w:t xml:space="preserve">[30:29] </w:t>
      </w:r>
      <w:r>
        <w:t>pas agar yeh makke wale is ka inkar kar dein to hum ne is ke liye aise log muqarrar kar diye hain jo is ke munkir nahi hain.</w:t>
      </w:r>
    </w:p>
    <w:p>
      <w:pPr>
        <w:jc w:val="right"/>
      </w:pPr>
      <w:r>
        <w:t>پس اگر یہ مکہ والے اس کا انکار کر دیں تو ہم نے اس کے لیے ایسے لوگ مقرر کر دیے ہیں جو اس کے منکر نہیں ہیں۔</w:t>
      </w:r>
    </w:p>
    <w:p>
      <w:r>
        <w:rPr>
          <w:b/>
        </w:rPr>
        <w:t xml:space="preserve">[30:39] </w:t>
      </w:r>
      <w:r>
        <w:t>yahi log hain jin ko allah ne hidayat bakhshi. pas tum bhi un ke tareeqe par chalo. keh do: "main is par tum se koi muawza nahi mangta." yeh to bas aik naseehat hai dunya walon ke liye.</w:t>
      </w:r>
    </w:p>
    <w:p>
      <w:pPr>
        <w:jc w:val="right"/>
      </w:pPr>
      <w:r>
        <w:t>یہی لوگ ہیں جن کو اللہ نے ہدایت بخشی۔ پس تم بھی ان کے طریقے پر چلو۔ کہہ دو: "میں اس پر تم سے کوئی معاوضہ نہیں مانگتا۔" یہ تو بس ایک نصیحت ہے دنیا والوں کے لیے۔</w:t>
      </w:r>
    </w:p>
    <w:p>
      <w:r>
        <w:rPr>
          <w:b/>
        </w:rPr>
        <w:t xml:space="preserve">[30:53] </w:t>
      </w:r>
      <w:r>
        <w:t>yeh rabbani model buniyadi taur par do usoolon par mushtamil tha: tauheed ki puraman dawat, radd se kamil parhez.</w:t>
      </w:r>
    </w:p>
    <w:p>
      <w:pPr>
        <w:jc w:val="right"/>
      </w:pPr>
      <w:r>
        <w:t>یہ ربانی ماڈل بنیادی طور پر دو اصولوں پر مشتمل تھا: توحید کی پرامن دعوت، رد سے کامل پرہیز۔</w:t>
      </w:r>
    </w:p>
    <w:p>
      <w:r>
        <w:rPr>
          <w:b/>
        </w:rPr>
        <w:t xml:space="preserve">[31:04] </w:t>
      </w:r>
      <w:r>
        <w:t>har peghambar ne buniyadi taur par isi model ki pairwi ki. albattah halaat ke aitbar se har ek ka intibaq ya application mukhtalif tha.</w:t>
      </w:r>
    </w:p>
    <w:p>
      <w:pPr>
        <w:jc w:val="right"/>
      </w:pPr>
      <w:r>
        <w:t>ہر پیغمبر نے بنیادی طور پر اسی ماڈل کی پیروی کی۔ البتہ حالات کے اعتبار سے ہر ایک کا انطباق یا ایپلیکیشن مختلف تھا۔</w:t>
      </w:r>
    </w:p>
    <w:p>
      <w:r>
        <w:rPr>
          <w:b/>
        </w:rPr>
        <w:t xml:space="preserve">[31:16] </w:t>
      </w:r>
      <w:r>
        <w:t>un ke darmiyan zahiri farq ko nazar andaz kiya jaye to har peghambar ka model usooli taur par aik nazar ayega. raddas ka lafzi matlab gandagi ya dirt hai.</w:t>
      </w:r>
    </w:p>
    <w:p>
      <w:pPr>
        <w:jc w:val="right"/>
      </w:pPr>
      <w:r>
        <w:t>ان کے درمیان ظاہری فرق کو نظر انداز کیا جائے تو ہر پیغمبر کا ماڈل اصولی طور پر ایک نظر آئے گا۔ ردس کا لفظی مطلب گندگی یا ڈرٹ ہے۔</w:t>
      </w:r>
    </w:p>
    <w:p>
      <w:r>
        <w:rPr>
          <w:b/>
        </w:rPr>
        <w:t xml:space="preserve">[31:28] </w:t>
      </w:r>
      <w:r>
        <w:t>raddas ka lafz yahan mission ki nisbat se aya hai. is aitbar se ghaur kiya jaye to yahan tark raddas ka matlab yeh hai ke nazai tareeqa ya confrontational method se parhez karo aur apne kaam ke silsile mein hamesha ghair nazai tareeqa ya non confrontational method ikhtiyar karo.</w:t>
      </w:r>
    </w:p>
    <w:p>
      <w:pPr>
        <w:jc w:val="right"/>
      </w:pPr>
      <w:r>
        <w:t>ردس کا لفظ یہاں مشن کی نسبت سے آیا ہے۔ اس اعتبار سے غور کیا جائے تو یہاں ترک ردس کا مطلب یہ ہے کہ نظائی طریقہ یا کنفرنٹیشنل میتھڈ سے پرہیز کرو اور اپنے کام کے سلسلے میں ہمیشہ غیر نظائی طریقہ یا نان کنفرنٹیشنل میتھڈ اختیار کرو۔</w:t>
      </w:r>
    </w:p>
    <w:p>
      <w:r>
        <w:rPr>
          <w:b/>
        </w:rPr>
        <w:t xml:space="preserve">[31:50] </w:t>
      </w:r>
      <w:r>
        <w:t>raddas ka yeh mafhoom aik rivayat par ghaur karne se samajh mein ata hai. aik rivayat mein aap ke bare mein bataya gaya hai: "ma khair rasool allah sallallahu alaihi wasallam bain amrain ahaduhuma aysar min al-akhar ila-ikhtar aysarahuma" sahih muslim.</w:t>
      </w:r>
    </w:p>
    <w:p>
      <w:pPr>
        <w:jc w:val="right"/>
      </w:pPr>
      <w:r>
        <w:t>ردس کا یہ مفہوم ایک روایت پر غور کرنے سے سمجھ میں آتا ہے۔ ایک روایت میں آپ کے بارے میں بتایا گیا ہے: "ما خیر رسول اللہ صلی اللہ علیہ وسلم بین امرین احدہما ایسرو من الاخر الاختار ایسرہما" صحیح مسلم۔</w:t>
      </w:r>
    </w:p>
    <w:p>
      <w:r>
        <w:rPr>
          <w:b/>
        </w:rPr>
        <w:t xml:space="preserve">[32:12] </w:t>
      </w:r>
      <w:r>
        <w:t>yani rasool allah sallallahu alaihi wasallam ko jab bhi do mamle mein se aik ke intikhab ka ikhtiyar diya gaya jin mein se aik doosre se asan hota to aap ne asan tareeqa chuna.</w:t>
      </w:r>
    </w:p>
    <w:p>
      <w:pPr>
        <w:jc w:val="right"/>
      </w:pPr>
      <w:r>
        <w:t>یعنی رسول اللہ صلی اللہ علیہ وسلم کو جب بھی دو معاملے میں سے ایک کے انتخاب کا اختیار دیا گیا جن میں سے ایک دوسرے سے آسان ہوتا تو آپ نے آسان طریقہ چنا۔</w:t>
      </w:r>
    </w:p>
    <w:p>
      <w:r>
        <w:rPr>
          <w:b/>
        </w:rPr>
        <w:t xml:space="preserve">[32:25] </w:t>
      </w:r>
      <w:r>
        <w:t>asan tareeqa kya hai aur mushkil tareeqa kya hai? asan tareeqa woh hai jo masle ko masle tak mehdood rakhe. is ke muqable mein mushkil tareeqa woh hai jo asal masle mein doosre masle ka izafa kar de.</w:t>
      </w:r>
    </w:p>
    <w:p>
      <w:pPr>
        <w:jc w:val="right"/>
      </w:pPr>
      <w:r>
        <w:t>آسان طریقہ کیا ہے اور مشکل طریقہ کیا ہے؟ آسان طریقہ وہ ہے جو مسئلے کو مسئلے تک محدود رکھے۔ اس کے مقابلے میں مشکل طریقہ وہ ہے جو اصل مسئلے میں دوسرے مسئلے کا اضافہ کر دے۔</w:t>
      </w:r>
    </w:p>
    <w:p>
      <w:r>
        <w:rPr>
          <w:b/>
        </w:rPr>
        <w:t xml:space="preserve">[32:41] </w:t>
      </w:r>
      <w:r>
        <w:t>misal ke taur par yeh baat wazeh hai ke tauheed ka dawi agar dawat ke sath takrao ka tareeqa shamil kar le to yaqeenan baat badhegi.</w:t>
      </w:r>
    </w:p>
    <w:p>
      <w:pPr>
        <w:jc w:val="right"/>
      </w:pPr>
      <w:r>
        <w:t>مثلاً یہ بات واضح ہے کہ توحید کا داعی اگر دعوت کے ساتھ ٹکراؤ کا طریقہ شامل کر لے تو یقیناً بات بڑھے گی۔</w:t>
      </w:r>
    </w:p>
    <w:p>
      <w:r>
        <w:rPr>
          <w:b/>
        </w:rPr>
        <w:t xml:space="preserve">[32:51] </w:t>
      </w:r>
      <w:r>
        <w:t>ab peaceful guft o shuneed ke sath takrao aur tashaddud ki sooraten shuru ho jayengi. is tarah puraman mission derail ho kar aise raston par chal padega jahan asal maqsad gum ho jayega aur taameer ke bajaye takhreeb ki soorat paida ho jayegi.</w:t>
      </w:r>
    </w:p>
    <w:p>
      <w:pPr>
        <w:jc w:val="right"/>
      </w:pPr>
      <w:r>
        <w:t>اب پیس فل گفت و شنید کے ساتھ ٹکراؤ اور تشدد کی صورتیں شروع ہو جائیں گی۔ اس طرح پرامن مشن ڈیریل ہو کر ایسے راستوں پر چل پڑے گا جہاں اصل مقصد گم ہو جائے گا اور تعمیر کے بجائے تخریب کی صورت پیدا ہو جائے گی۔</w:t>
      </w:r>
    </w:p>
    <w:p>
      <w:r>
        <w:rPr>
          <w:b/>
        </w:rPr>
        <w:t xml:space="preserve">[33:10] </w:t>
      </w:r>
      <w:r>
        <w:t>peghambar e islam sallallahu alaihi wasallam aur doosre peghambaron ke halaat quran o hadith se maloom hote hain. is se is usool ki tasdeeq hoti hai.</w:t>
      </w:r>
    </w:p>
    <w:p>
      <w:pPr>
        <w:jc w:val="right"/>
      </w:pPr>
      <w:r>
        <w:t>پیغمبر اسلام صلی اللہ علیہ وسلم اور دوسرے پیغمبروں کے حالات قرآن و حدیث سے معلوم ہوتے ہیں۔ اس سے اس اصول کی تصدیق ہوتی ہے۔</w:t>
      </w:r>
    </w:p>
    <w:p>
      <w:r>
        <w:rPr>
          <w:b/>
        </w:rPr>
        <w:t xml:space="preserve">[33:24] </w:t>
      </w:r>
      <w:r>
        <w:t>paighambar ka namuna quran mein bataya gaya hai ke jitne bhi paighambar aaye un sab ka mission aik</w:t>
      </w:r>
    </w:p>
    <w:p>
      <w:pPr>
        <w:jc w:val="right"/>
      </w:pPr>
      <w:r>
        <w:t>پیغمبر کا نمونہ قرآن میں بتایا گیا ہے کہ جتنے بھی پیغمبر آئے ان سب کا مشن ایک</w:t>
      </w:r>
    </w:p>
    <w:p>
      <w:r>
        <w:rPr>
          <w:b/>
        </w:rPr>
        <w:t xml:space="preserve">[33:30] </w:t>
      </w:r>
      <w:r>
        <w:t>tha. is silsilay mein quran ki aik ayat yeh hai: "wa ma arsalna min qablika min rasoolin illa nooh</w:t>
      </w:r>
    </w:p>
    <w:p>
      <w:pPr>
        <w:jc w:val="right"/>
      </w:pPr>
      <w:r>
        <w:t>تھا۔ اس سلسلے میں قرآن کی ایک آیت یہ ہے: "وما ارسلنا من قبلک من رسول الا نوح</w:t>
      </w:r>
    </w:p>
    <w:p>
      <w:r>
        <w:rPr>
          <w:b/>
        </w:rPr>
        <w:t xml:space="preserve">[33:40] </w:t>
      </w:r>
      <w:r>
        <w:t>ilaihi annahu la ilaha illa ana fa'budun" yeh tamam maqamat jahan Allah ke paighambar aaye un mein se</w:t>
      </w:r>
    </w:p>
    <w:p>
      <w:pPr>
        <w:jc w:val="right"/>
      </w:pPr>
      <w:r>
        <w:t>الیہ انہ لا الہ الا انا فعبدون" یہ تمام مقامات جہاں اللہ کے پیغمبر آئے ان میں سے</w:t>
      </w:r>
    </w:p>
    <w:p>
      <w:r>
        <w:rPr>
          <w:b/>
        </w:rPr>
        <w:t xml:space="preserve">[33:50] </w:t>
      </w:r>
      <w:r>
        <w:t>har aik maqam mein shirk ke markaz but khanon ki soorat mein maujood thay.</w:t>
      </w:r>
    </w:p>
    <w:p>
      <w:pPr>
        <w:jc w:val="right"/>
      </w:pPr>
      <w:r>
        <w:t>ہر ایک مقام میں شرک کے مراکز بت خانوں کی صورت میں موجود تھے۔</w:t>
      </w:r>
    </w:p>
    <w:p>
      <w:r>
        <w:rPr>
          <w:b/>
        </w:rPr>
        <w:t xml:space="preserve">[33:56] </w:t>
      </w:r>
      <w:r>
        <w:t>lekin tamam peghambaron ne do cheezon mein farq kiya. unhone har jagah logon ko puraman tor par tauheed ki usooli dawat pesh ki.</w:t>
      </w:r>
    </w:p>
    <w:p>
      <w:pPr>
        <w:jc w:val="right"/>
      </w:pPr>
      <w:r>
        <w:t>لیکن تمام پیغمبروں نے دو چیزوں میں فرق کیا۔ انہوں نے ہر جگہ لوگوں کو پرامن طور پر توحید کی اصولی دعوت پیش کی۔</w:t>
      </w:r>
    </w:p>
    <w:p>
      <w:r>
        <w:rPr>
          <w:b/>
        </w:rPr>
        <w:t xml:space="preserve">[34:08] </w:t>
      </w:r>
      <w:r>
        <w:t>isi ke sath unhone shirk ke markaz ya centers of shirk ke sath amli takrao se kamil taur par parhez kiya.</w:t>
      </w:r>
    </w:p>
    <w:p>
      <w:pPr>
        <w:jc w:val="right"/>
      </w:pPr>
      <w:r>
        <w:t>اسی کے ساتھ انہوں نے شرک کے مراکز یا سینٹرز آف شرک کے ساتھ عملی ٹکراؤ سے کامل طور پر پرہیز کیا۔</w:t>
      </w:r>
    </w:p>
    <w:p>
      <w:r>
        <w:rPr>
          <w:b/>
        </w:rPr>
        <w:t xml:space="preserve">[34:18] </w:t>
      </w:r>
      <w:r>
        <w:t>yeh goya delinking ki policy thi. yani tauheed ki taraf logon ko puraman andaaz mein bulana aur isi ke sath ahl-e-ikhtiyar se adam-e-takrao ki policy par shiddat ke sath qaim rehna.</w:t>
      </w:r>
    </w:p>
    <w:p>
      <w:pPr>
        <w:jc w:val="right"/>
      </w:pPr>
      <w:r>
        <w:t>یہ گویا ڈی لنکنگ کی پالیسی تھی۔ یعنی توحید کی طرف لوگوں کو پرامن انداز میں بلانا اور اسی کے ساتھ اہل اقتدار سے عدم ٹکراؤ کی پالیسی پر شدت کے ساتھ قائم رہنا۔</w:t>
      </w:r>
    </w:p>
    <w:p>
      <w:r>
        <w:rPr>
          <w:b/>
        </w:rPr>
        <w:t xml:space="preserve">[34:33] </w:t>
      </w:r>
      <w:r>
        <w:t>yahi tareeqa peghambar e islam salallaho alaihi wasallam ka bhi tha. aap ki ba'sat saatveen sadi eesvi ke rub' e awwal mein hui.</w:t>
      </w:r>
    </w:p>
    <w:p>
      <w:pPr>
        <w:jc w:val="right"/>
      </w:pPr>
      <w:r>
        <w:t>یہی طریقہ پیغمبر اسلام صلی اللہ علیہ وسلم کا بھی تھا۔ آپ کی بعثت ساتویں صدی عیسوی کے ربع اول میں ہوئی۔</w:t>
      </w:r>
    </w:p>
    <w:p>
      <w:r>
        <w:rPr>
          <w:b/>
        </w:rPr>
        <w:t xml:space="preserve">[34:43] </w:t>
      </w:r>
      <w:r>
        <w:t>is waqt makka ka yeh haal tha ke ka'aba ki imarat ko amalan but parasti ka markaz bana diya gaya tha aur is ka intezam qabaili parliament dar-un-nadwah ke tehat kiya jata tha.</w:t>
      </w:r>
    </w:p>
    <w:p>
      <w:pPr>
        <w:jc w:val="right"/>
      </w:pPr>
      <w:r>
        <w:t>اس وقت مکہ کا یہ حال تھا کہ کعبہ کی عمارت کو عملاً بت پرستی کا مرکز بنا دیا گیا تھا اور اس کا انتظام قبائلی پارلیمنٹ دارالندوہ کے تحت کیا جاتا تھا۔</w:t>
      </w:r>
    </w:p>
    <w:p>
      <w:r>
        <w:rPr>
          <w:b/>
        </w:rPr>
        <w:t xml:space="preserve">[34:57] </w:t>
      </w:r>
      <w:r>
        <w:t>peghambar e islam salallaho alaihi wasallam ne is manzar ko dekha magar is se amalan kamil i'iraz karte hue aap ne tawheed ki puraman dawat logon ke darmiyan shuru kar di.</w:t>
      </w:r>
    </w:p>
    <w:p>
      <w:pPr>
        <w:jc w:val="right"/>
      </w:pPr>
      <w:r>
        <w:t>پیغمبر اسلام صلی اللہ علیہ وسلم نے اس منظر کو دیکھا مگر اس سے عملی طور پر کامل اعراض کرتے ہوئے آپ نے توحید کی پرامن دعوت لوگوں کے درمیان شروع کر دی۔</w:t>
      </w:r>
    </w:p>
    <w:p>
      <w:r>
        <w:rPr>
          <w:b/>
        </w:rPr>
        <w:t xml:space="preserve">[35:20] </w:t>
      </w:r>
      <w:r>
        <w:t>ruds ko chodo. peghambar e islam salallaho alaihi wasallam ne 610 eesvi mein makka mein apna mission shuru kiya.</w:t>
      </w:r>
    </w:p>
    <w:p>
      <w:pPr>
        <w:jc w:val="right"/>
      </w:pPr>
      <w:r>
        <w:t>ردس کو چھوڑو۔ پیغمبر اسلام صلی اللہ علیہ وسلم نے 610 عیسوی میں مکہ میں اپنا مشن شروع کیا۔</w:t>
      </w:r>
    </w:p>
    <w:p>
      <w:r>
        <w:rPr>
          <w:b/>
        </w:rPr>
        <w:t xml:space="preserve">[35:32] </w:t>
      </w:r>
      <w:r>
        <w:t>is waqt aap ko ek buniyadi hidayat yeh di gayi: "ruds fahjur" yani ruds ko chhod de. ruds ka matlab gandagi hai.</w:t>
      </w:r>
    </w:p>
    <w:p>
      <w:pPr>
        <w:jc w:val="right"/>
      </w:pPr>
      <w:r>
        <w:t>اس وقت آپ کو ایک بنیادی ہدایت یہ دی گئی: "وردس فہجر" یعنی ردس کو چھوڑ دے۔ ردس کا مطلب گندگی ہے۔</w:t>
      </w:r>
    </w:p>
    <w:p>
      <w:r>
        <w:rPr>
          <w:b/>
        </w:rPr>
        <w:t xml:space="preserve">[35:43] </w:t>
      </w:r>
      <w:r>
        <w:t>wo ruds kya tha jis ko aap ne chhod kar apna mission chalaya? is ki tafseel aap ki seerat ke mutale se maloom hoti hai.</w:t>
      </w:r>
    </w:p>
    <w:p>
      <w:pPr>
        <w:jc w:val="right"/>
      </w:pPr>
      <w:r>
        <w:t>وہ ردس کیا تھا جس کو آپ نے چھوڑ کر اپنا مشن چلایا؟ اس کی تفصیل آپ کی سیرت کے مطالعے سے معلوم ہوتی ہے۔</w:t>
      </w:r>
    </w:p>
    <w:p>
      <w:r>
        <w:rPr>
          <w:b/>
        </w:rPr>
        <w:t xml:space="preserve">[35:54] </w:t>
      </w:r>
      <w:r>
        <w:t>is ka ta'alluq aap ke mission ke tareeqa kar ya method se tha. agar rasool Allah salallaho alaihi wasallam ki amali rawish ko le kar is ko samajhne ki koshish ki jaye to is ka jawab yeh hoga ke nazai tareeqa kar ya confrontational method ko chodo aur ghair nazai tareeqa kar ya non-confrontational method ko ikhtiyar karo.</w:t>
      </w:r>
    </w:p>
    <w:p>
      <w:pPr>
        <w:jc w:val="right"/>
      </w:pPr>
      <w:r>
        <w:t>اس کا تعلق آپ کے مشن کے طریقہ کار یا میتھڈ سے تھا۔ اگر رسول اللہ صلی اللہ علیہ وسلم کی عملی روش کو لے کر اس کو سمجھنے کی کوشش کی جائے تو اس کا جواب یہ ہوگا کہ نظائی طریقہ کار یا کنفرنٹیشنل میتھڈ کو چھوڑو اور غیر نظائی طریقہ کار یا نان کنفرنٹیشنل میتھڈ کو اختیار کرو۔</w:t>
      </w:r>
    </w:p>
    <w:p>
      <w:r>
        <w:rPr>
          <w:b/>
        </w:rPr>
        <w:t xml:space="preserve">[36:18] </w:t>
      </w:r>
      <w:r>
        <w:t>rasool Allah ki seerat ke mutale se maloom hota hai ke aap ne apna mission poori tarah ghair nazai usool par chalaya.</w:t>
      </w:r>
    </w:p>
    <w:p>
      <w:pPr>
        <w:jc w:val="right"/>
      </w:pPr>
      <w:r>
        <w:t>رسول اللہ کی سیرت کے مطالعے سے معلوم ہوتا ہے کہ آپ نے اپنا مشن پوری طرح غیر نظائی اصول پر چلایا۔</w:t>
      </w:r>
    </w:p>
    <w:p>
      <w:r>
        <w:rPr>
          <w:b/>
        </w:rPr>
        <w:t xml:space="preserve">[36:27] </w:t>
      </w:r>
      <w:r>
        <w:t>ka'aba mein is waqt ke logon ne 360 but rakh diye the magar aap ne is se takrao nahi kiya balkeh is se i'iraz ka tareeqa ikhtiyar kiya.</w:t>
      </w:r>
    </w:p>
    <w:p>
      <w:pPr>
        <w:jc w:val="right"/>
      </w:pPr>
      <w:r>
        <w:t>کعبہ میں اس وقت کے لوگوں نے 360 بت رکھ دیے تھے مگر آپ نے اس سے ٹکراؤ نہیں کیا بلکہ اس سے اعراض کا طریقہ اختیار کیا۔</w:t>
      </w:r>
    </w:p>
    <w:p>
      <w:r>
        <w:rPr>
          <w:b/>
        </w:rPr>
        <w:t xml:space="preserve">[36:40] </w:t>
      </w:r>
      <w:r>
        <w:t>makka mein dar-un-nadwah ya tribal parliament tha magar aap ne is mein qabza karne ki koshish nahi ki balkeh is se kamil taur par i'iraz karte hue apna mission ghair siyasi andaaz mein chalaya.</w:t>
      </w:r>
    </w:p>
    <w:p>
      <w:pPr>
        <w:jc w:val="right"/>
      </w:pPr>
      <w:r>
        <w:t>مکہ میں دارالندوہ یا ٹرائبل پارلیمنٹ تھا مگر آپ نے اس میں قبضہ کرنے کی کوشش نہیں کی بلکہ اس سے مکمل طور پر اعراض کرتے ہوئے اپنا مشن غیر سیاسی انداز میں چلایا۔</w:t>
      </w:r>
    </w:p>
    <w:p>
      <w:r>
        <w:rPr>
          <w:b/>
        </w:rPr>
        <w:t xml:space="preserve">[36:57] </w:t>
      </w:r>
      <w:r>
        <w:t>makka ke sardaron ne kaha ke aap makka chhod dijiye to aap ne un ke is faisle par koi takrao nahi kiya balkeh khamoshi ke sath makka chhod kar madina chale gaye.</w:t>
      </w:r>
    </w:p>
    <w:p>
      <w:pPr>
        <w:jc w:val="right"/>
      </w:pPr>
      <w:r>
        <w:t>مکہ کے سرداروں نے کہا کہ آپ مکہ چھوڑ دیجئے تو آپ نے ان کے اس فیصلے پر کوئی ٹکراؤ نہیں کیا بلکہ خاموشی کے ساتھ مکہ چھوڑ کر مدینہ چلے گئے۔</w:t>
      </w:r>
    </w:p>
    <w:p>
      <w:r>
        <w:rPr>
          <w:b/>
        </w:rPr>
        <w:t xml:space="preserve">[37:09] </w:t>
      </w:r>
      <w:r>
        <w:t>is waqe ki roshni mein ruds ko chhodne ka matlab yeh hoga ke har qism ke takrao ko chhodte hue apna mission jari rakha jaye.</w:t>
      </w:r>
    </w:p>
    <w:p>
      <w:pPr>
        <w:jc w:val="right"/>
      </w:pPr>
      <w:r>
        <w:t>اس واقعے کی روشنی میں ردس کو چھوڑنے کا مطلب یہ ہوگا کہ ہر قسم کے ٹکراؤ کو چھوڑتے ہوئے اپنا مشن جاری رکھا جائے۔</w:t>
      </w:r>
    </w:p>
    <w:p>
      <w:r>
        <w:rPr>
          <w:b/>
        </w:rPr>
        <w:t xml:space="preserve">[37:19] </w:t>
      </w:r>
      <w:r>
        <w:t>yani mazhabi takrao, siyasi takrao, qoumi takrao ya huqooq ka takrao waghera se kamil taur par ijtinab karte hue tawheed ka mission jari rakha jaye.</w:t>
      </w:r>
    </w:p>
    <w:p>
      <w:pPr>
        <w:jc w:val="right"/>
      </w:pPr>
      <w:r>
        <w:t>یعنی مذہبی ٹکراؤ، سیاسی ٹکراؤ، قومی ٹکراؤ یا حقوق کا ٹکراؤ وغیرہ سے مکمل طور پر اجتناب کرتے ہوئے توحید کا مشن جاری رکھا جائے۔</w:t>
      </w:r>
    </w:p>
    <w:p>
      <w:r>
        <w:rPr>
          <w:b/>
        </w:rPr>
        <w:t xml:space="preserve">[37:33] </w:t>
      </w:r>
      <w:r>
        <w:t>yahi tareeqa abadi taur par ahl e islam ka tareeqa hai. wo jis mulk ya jis zaman mein hon har jagah mein isi ghair nazai tareeqe ko ikhtiyar karna hai.</w:t>
      </w:r>
    </w:p>
    <w:p>
      <w:pPr>
        <w:jc w:val="right"/>
      </w:pPr>
      <w:r>
        <w:t>یہی طریقہ ابدی طور پر اہل اسلام کا طریقہ ہے۔ وہ جس ملک یا جس زمانے میں ہوں ہر جگہ میں اسی غیر نظائی طریقے کو اختیار کرنا ہے۔</w:t>
      </w:r>
    </w:p>
    <w:p>
      <w:r>
        <w:rPr>
          <w:b/>
        </w:rPr>
        <w:t xml:space="preserve">[37:46] </w:t>
      </w:r>
      <w:r>
        <w:t>yahi kamyabi ka wahid tareeqa hai. qanun e khudawandi ke mutabiq koi aur tareeqa kamyabi ka tareeqa nahi ho sakta.</w:t>
      </w:r>
    </w:p>
    <w:p>
      <w:pPr>
        <w:jc w:val="right"/>
      </w:pPr>
      <w:r>
        <w:t>یہی کامیابی کا واحد طریقہ ہے۔ قانون خداوندی کے مطابق کوئی اور طریقہ کامیابی کا طریقہ نہیں ہو سکتا۔</w:t>
      </w:r>
    </w:p>
    <w:p>
      <w:r>
        <w:rPr>
          <w:b/>
        </w:rPr>
        <w:t xml:space="preserve">[38:05] </w:t>
      </w:r>
      <w:r>
        <w:t>ahsan-ul-qisas ka a'adah. quran mein peghambar yusuf alaihis salam ke waqe ko ahsan-ul-qisas ya best story ka title diya gaya hai.</w:t>
      </w:r>
    </w:p>
    <w:p>
      <w:pPr>
        <w:jc w:val="right"/>
      </w:pPr>
      <w:r>
        <w:t>احسن القصص کا اعادہ۔ قرآن میں پیغمبر یوسف علیہ السلام کے واقعے کو احسن القصص یا بیسٹ سٹوری کا ٹائٹل دیا گیا ہے۔</w:t>
      </w:r>
    </w:p>
    <w:p>
      <w:r>
        <w:rPr>
          <w:b/>
        </w:rPr>
        <w:t xml:space="preserve">[38:16] </w:t>
      </w:r>
      <w:r>
        <w:t>soorah yusuf. ahsan-ul-qisas ka matlab hai behtareen tareeqa kar ya best method. Allah taala ne tareekh mein Hazrat Yusuf alaihis salam ke zariye ek amali misaal qaim ki aur is tarah har zaman ke ahl e iman ko yeh hidayat di ke tum apne halaat ke aitbar se is kamyab tareeqa kar ko ikhtiyar karo.</w:t>
      </w:r>
    </w:p>
    <w:p>
      <w:pPr>
        <w:jc w:val="right"/>
      </w:pPr>
      <w:r>
        <w:t>سورہ یوسف۔ احسن القصص کا مطلب ہے بہترین طریقہ کار یا بیسٹ میتھڈ۔ اللہ تعالی نے تاریخ میں حضرت یوسف علیہ السلام کے ذریعے ایک عملی مثال قائم کی اور اس طرح ہر زمانے کے اہل ایمان کو یہ ہدایت دی کہ تم اپنے حالات کے اعتبار سے اس کامیاب طریقہ کار کو اختیار کرو۔</w:t>
      </w:r>
    </w:p>
    <w:p>
      <w:r>
        <w:rPr>
          <w:b/>
        </w:rPr>
        <w:t xml:space="preserve">[38:41] </w:t>
      </w:r>
      <w:r>
        <w:t>is tareeqa kar ka khulasa tha: authority ke sath takrao na karna aur maujooda mawaqe ko puraman andaaz mein istemal karna.</w:t>
      </w:r>
    </w:p>
    <w:p>
      <w:pPr>
        <w:jc w:val="right"/>
      </w:pPr>
      <w:r>
        <w:t>اس طریقہ کار کا خلاصہ تھا: اتھارٹی کے ساتھ ٹکراؤ نہ کرنا اور موجودہ مواقع کو پرامن انداز میں استعمال کرنا۔</w:t>
      </w:r>
    </w:p>
    <w:p>
      <w:r>
        <w:rPr>
          <w:b/>
        </w:rPr>
        <w:t xml:space="preserve">[38:51] </w:t>
      </w:r>
      <w:r>
        <w:t>Hazrat Yusuf ke zaman mein yeh tareeqa kar misr ke ek badshah ke zaati zaoq ki bina par mumkin hua tha.</w:t>
      </w:r>
    </w:p>
    <w:p>
      <w:pPr>
        <w:jc w:val="right"/>
      </w:pPr>
      <w:r>
        <w:t>حضرت یوسف کے زمانے میں یہ طریقہ کار مصر کے ایک بادشاہ کے ذاتی ذوق کی بنا پر ممکن ہوا تھا۔</w:t>
      </w:r>
    </w:p>
    <w:p>
      <w:r>
        <w:rPr>
          <w:b/>
        </w:rPr>
        <w:t xml:space="preserve">[39:01] </w:t>
      </w:r>
      <w:r>
        <w:t>maujooda zaman mein insani tareekh ek naye daur mein pahunchi hai. ab jadeed daur ke musallamah usool ya accepted norm ke tehat yeh mumkin ho gaya hai ke ahsan-ul-qisas ka a'adah zyada waseeh peymane par kiya jaye aur dawat ko ahsan-ul-qisas ke usool par munazzam kar ke 'alami kamyabi hasil ki jaye.</w:t>
      </w:r>
    </w:p>
    <w:p>
      <w:pPr>
        <w:jc w:val="right"/>
      </w:pPr>
      <w:r>
        <w:t>موجودہ زمانے میں انسانی تاریخ ایک نئے دور میں پہنچی ہے۔ اب جدید دور کے مسلمہ اصول یا ایکسیپٹڈ نارم کے تحت یہ ممکن ہو گیا ہے کہ احسن القصص کا اعادہ زیادہ وسیع پیمانے پر کیا جائے اور دعوت کو احسن القصص کے اصول پر منظم کر کے عالمی کامیابی حاصل کی جائے۔</w:t>
      </w:r>
    </w:p>
    <w:p>
      <w:r>
        <w:rPr>
          <w:b/>
        </w:rPr>
        <w:t xml:space="preserve">[39:26] </w:t>
      </w:r>
      <w:r>
        <w:t>qadeem misr mein Hazrat Musa ke zaman mein jo badshah hukoomat karta tha wo ek jabir badshah ya despotic king tha.</w:t>
      </w:r>
    </w:p>
    <w:p>
      <w:pPr>
        <w:jc w:val="right"/>
      </w:pPr>
      <w:r>
        <w:t>قدیم مصر میں حضرت موسیٰ کے زمانے میں جو بادشاہ حکومت کرتا تھا وہ ایک جابر بادشاہ یا ڈسپوٹک کنگ تھا۔</w:t>
      </w:r>
    </w:p>
    <w:p>
      <w:r>
        <w:rPr>
          <w:b/>
        </w:rPr>
        <w:t xml:space="preserve">[39:35] </w:t>
      </w:r>
      <w:r>
        <w:t>us ke zaman mein peghambar ke liye yeh mauqa nahi tha ke wo ahsan-ul-qisas ke usool ko istemal karein. lekin is se pehle Hazrat Yusuf ke zaman mein misr mein ek aur badshah ki hukoomat qaim thi jo mukhtalif mizaj ka hamil tha.</w:t>
      </w:r>
    </w:p>
    <w:p>
      <w:pPr>
        <w:jc w:val="right"/>
      </w:pPr>
      <w:r>
        <w:t>اس کے زمانے میں پیغمبر کے لیے یہ موقع نہیں تھا کہ وہ احسن القصص کے اصول کو استعمال کریں۔ لیکن اس سے پہلے حضرت یوسف کے زمانے میں مصر میں ایک اور بادشاہ کی حکومت قائم تھی جو مختلف مزاج کا حامل تھا۔</w:t>
      </w:r>
    </w:p>
    <w:p>
      <w:r>
        <w:rPr>
          <w:b/>
        </w:rPr>
        <w:t xml:space="preserve">[39:52] </w:t>
      </w:r>
      <w:r>
        <w:t>us ke makhsoos mizaj ki bina par yeh mumkin hua ke Hazrat Yusuf alaihis salam ahsan-ul-qisas ke mutabiq wahan apna kaam karein.</w:t>
      </w:r>
    </w:p>
    <w:p>
      <w:pPr>
        <w:jc w:val="right"/>
      </w:pPr>
      <w:r>
        <w:t>اس کے مخصوص مزاج کی بنا پر یہ ممکن ہوا کہ حضرت یوسف علیہ السلام احسن القصص کے مطابق وہاں اپنا کام کریں۔</w:t>
      </w:r>
    </w:p>
    <w:p>
      <w:r>
        <w:rPr>
          <w:b/>
        </w:rPr>
        <w:t xml:space="preserve">[40:02] </w:t>
      </w:r>
      <w:r>
        <w:t>Hazrat Yusuf ke mo'asir badshah ne Hazrat Yusuf se keh diya ke tum misr ke iqtisadi nizam ko apni marzi ke mutabiq chalao.</w:t>
      </w:r>
    </w:p>
    <w:p>
      <w:pPr>
        <w:jc w:val="right"/>
      </w:pPr>
      <w:r>
        <w:t>حضرت یوسف کے معاصر بادشاہ نے حضرت یوسف سے کہہ دیا کہ تم مصر کے اقتصادی نظام کو اپنی مرضی کے مطابق چلاؤ۔</w:t>
      </w:r>
    </w:p>
    <w:p>
      <w:r>
        <w:rPr>
          <w:b/>
        </w:rPr>
        <w:t xml:space="preserve">[40:12] </w:t>
      </w:r>
      <w:r>
        <w:t>meri shart sirf yeh hai ke tum ko siyasi takht ke mamle mein mere sath takrao se i'iraz karna hai. only i am king will be greater than you.</w:t>
      </w:r>
    </w:p>
    <w:p>
      <w:pPr>
        <w:jc w:val="right"/>
      </w:pPr>
      <w:r>
        <w:t>میری شرط صرف یہ ہے کہ تم کو سیاسی تخت کے معاملے میں میرے ساتھ ٹکراؤ سے اعراض کرنا ہے۔ اونلی ائی ایز کنگ ول بی گریٹر دین یو۔</w:t>
      </w:r>
    </w:p>
    <w:p>
      <w:r>
        <w:rPr>
          <w:b/>
        </w:rPr>
        <w:t xml:space="preserve">[40:24] </w:t>
      </w:r>
      <w:r>
        <w:t>ab maujooda zamanay mein mumkin ho gaya hai ke is husn tadbeer ko ziyada kamyabi ke sath istemal</w:t>
      </w:r>
    </w:p>
    <w:p>
      <w:pPr>
        <w:jc w:val="right"/>
      </w:pPr>
      <w:r>
        <w:t>اب موجودہ زمانے میں ممکن ہو گیا ہے کہ اس حسن تدبیر کو زیادہ کامیابی کے ساتھ استعمال</w:t>
      </w:r>
    </w:p>
    <w:p>
      <w:r>
        <w:rPr>
          <w:b/>
        </w:rPr>
        <w:t xml:space="preserve">[40:31] </w:t>
      </w:r>
      <w:r>
        <w:t>kiya jae. shart sirf yeh hai ke aaj ke ahl-e-imaan hazrat yusuf alaihissalam ki tarah waqt</w:t>
      </w:r>
    </w:p>
    <w:p>
      <w:pPr>
        <w:jc w:val="right"/>
      </w:pPr>
      <w:r>
        <w:t>کیا جائے۔ شرط صرف یہ ہے کہ آج کے اہل ایمان حضرت یوسف علیہ السلام کی طرح وقت</w:t>
      </w:r>
    </w:p>
    <w:p>
      <w:r>
        <w:rPr>
          <w:b/>
        </w:rPr>
        <w:t xml:space="preserve">[40:39] </w:t>
      </w:r>
      <w:r>
        <w:t>ki political authority ke sath takrao se yak-tarfa taur par a'raz karen.</w:t>
      </w:r>
    </w:p>
    <w:p>
      <w:pPr>
        <w:jc w:val="right"/>
      </w:pPr>
      <w:r>
        <w:t>کی پولیٹیکل اتھارٹی کے ساتھ ٹکراؤ سے یکطرفہ طور پر اعراض کریں۔</w:t>
      </w:r>
    </w:p>
    <w:p>
      <w:r>
        <w:rPr>
          <w:b/>
        </w:rPr>
        <w:t xml:space="preserve">[40:54] </w:t>
      </w:r>
      <w:r>
        <w:t>Daur qadeem, daur jadeed. Daur qadeem aur daur jadeed asal mein yeh hai ke daur qadeem mabni bar aqeeda ilm par qaim tha aur daur jadeed mabni bar daryaft ilm par qaim hai.</w:t>
      </w:r>
    </w:p>
    <w:p>
      <w:pPr>
        <w:jc w:val="right"/>
      </w:pPr>
      <w:r>
        <w:t>دور قدیم، دور جدید۔ دور قدیم اور دور جدید اصلًا یہ ہے کہ دور قدیم مبنی بر عقیدہ علم پر قائم تھا اور دور جدید مبنی بر دریافت علم پر قائم ہے۔</w:t>
      </w:r>
    </w:p>
    <w:p>
      <w:r>
        <w:rPr>
          <w:b/>
        </w:rPr>
        <w:t xml:space="preserve">[41:10] </w:t>
      </w:r>
      <w:r>
        <w:t>Science isi ka naam hai ke uloom-e-fitrat ke mutale se jo cheez daryaft ho us ko man liya jae aur jo cheez fitrat ke mutale se daryaft na ho us ko intezar ke khane mein daal diya jae.</w:t>
      </w:r>
    </w:p>
    <w:p>
      <w:pPr>
        <w:jc w:val="right"/>
      </w:pPr>
      <w:r>
        <w:t>سائنس اسی کا نام ہے کہ علوم فطرت کے مطالعے سے جو چیز دریافت ہو اس کو مان لیا جائے اور جو چیز فطرت کے مطالعے سے دریافت نہ ہو اس کو انتظار کے خانے میں ڈال دیا جائے۔</w:t>
      </w:r>
    </w:p>
    <w:p>
      <w:r>
        <w:rPr>
          <w:b/>
        </w:rPr>
        <w:t xml:space="preserve">[41:24] </w:t>
      </w:r>
      <w:r>
        <w:t>Galileo ke zamanay mein jo nazariya tha woh yahi tha ke telescope ke mutale se yeh daryaft hua tha ke zameen Sooraj ke gird ghoom rahi hai.</w:t>
      </w:r>
    </w:p>
    <w:p>
      <w:pPr>
        <w:jc w:val="right"/>
      </w:pPr>
      <w:r>
        <w:t>گلیلیو کے زمانے میں جو نظریہ تھا وہ یہی تھا کہ ٹیلیسکوپ کے مطالعے سے یہ دریافت ہوا تھا کہ زمین سورج کے گرد گھوم رہی ہے۔</w:t>
      </w:r>
    </w:p>
    <w:p>
      <w:r>
        <w:rPr>
          <w:b/>
        </w:rPr>
        <w:t xml:space="preserve">[41:35] </w:t>
      </w:r>
      <w:r>
        <w:t>Yaani heliocentric theory na ke geocentric theory. Maseehi tabqa apne rawayati aqeede ke mutabiq is ke khilaf ho gaya.</w:t>
      </w:r>
    </w:p>
    <w:p>
      <w:pPr>
        <w:jc w:val="right"/>
      </w:pPr>
      <w:r>
        <w:t>یعنی ہیلیو سینٹرک تھیوری نہ کہ جیو سینٹرک تھیوری۔ مسیحی طبقہ اپنے روایتی عقیدے کے مطابق اس کے خلاف ہو گیا۔</w:t>
      </w:r>
    </w:p>
    <w:p>
      <w:r>
        <w:rPr>
          <w:b/>
        </w:rPr>
        <w:t xml:space="preserve">[41:44] </w:t>
      </w:r>
      <w:r>
        <w:t>Is liye dono ke darmiyan mutashaddidana nazariya qaim ho gaya. Ab maseehi tabqe ne scientific daryaft ko man liya hai.</w:t>
      </w:r>
    </w:p>
    <w:p>
      <w:pPr>
        <w:jc w:val="right"/>
      </w:pPr>
      <w:r>
        <w:t>اس لیے دونوں کے درمیان متشددانہ نظریہ قائم ہو گئی۔ اب مسیحی طبقے نے سائنسی دریافت کو مان لیا ہے۔</w:t>
      </w:r>
    </w:p>
    <w:p>
      <w:r>
        <w:rPr>
          <w:b/>
        </w:rPr>
        <w:t xml:space="preserve">[41:53] </w:t>
      </w:r>
      <w:r>
        <w:t>Is liye ab yeh nazariya bhi khatam ho gaya. Science ka ilm na mawafeq mazhab ilm hai aur na mukhale mazhab ilm. Scientific ilm darasal mawafeq fitrat ya pro-nature knowledge ka naam hai.</w:t>
      </w:r>
    </w:p>
    <w:p>
      <w:pPr>
        <w:jc w:val="right"/>
      </w:pPr>
      <w:r>
        <w:t>اس لیے اب یہ نظریہ بھی ختم ہو گئی۔ سائنس کا علم نہ موافق مذہب علم ہے اور نہ مخالف مذہب علم۔ سائنسی علم دراصل موافق فطرت یا پرو نیچر نالج کا نام ہے۔</w:t>
      </w:r>
    </w:p>
    <w:p>
      <w:r>
        <w:rPr>
          <w:b/>
        </w:rPr>
        <w:t xml:space="preserve">[42:08] </w:t>
      </w:r>
      <w:r>
        <w:t>Science se nazariya karna ek ghair zarori kaam hai kyun ke science ka mauqaf kisi nazariye se mutayyan nahi hoga balkeh sirf is haqeeqat se mutayyan hoga ke fitrat ke mutale se kya baat durust sabit hui hai.</w:t>
      </w:r>
    </w:p>
    <w:p>
      <w:pPr>
        <w:jc w:val="right"/>
      </w:pPr>
      <w:r>
        <w:t>سائنس سے نظریہ کرنا ایک غیر ضروری کام ہے کیونکہ سائنس کا موقف کسی نظریہ سے متعین نہیں ہوگا بلکہ صرف اس حقیقت سے متعین ہوگا کہ فطرت کے مطالعے سے کیا بات درست ثابت ہوئی ہے۔</w:t>
      </w:r>
    </w:p>
    <w:p>
      <w:r>
        <w:rPr>
          <w:b/>
        </w:rPr>
        <w:t xml:space="preserve">[42:24] </w:t>
      </w:r>
      <w:r>
        <w:t>Ahl-e-Islam ke liye is mamle mein yeh sabaq yeh hai ke woh maseehi giroh ki ghalti ko na dohraen. Scientific daryafton ko woh mazhabi aqeede se na jaanchen balkeh is ki waqeyat ko fitrat ke daryaft shuda qanoon ki roshni mein jaanch kar dekhen.</w:t>
      </w:r>
    </w:p>
    <w:p>
      <w:pPr>
        <w:jc w:val="right"/>
      </w:pPr>
      <w:r>
        <w:t>اہل اسلام کے لیے اس معاملے میں یہ سبق یہ ہے کہ وہ مسیحی گروہ کی غلطی کو نہ دہرائیں۔ سائنسی دریافتوں کو وہ مذہبی عقیدے سے نہ جانچیں بلکہ اس کی واقعیت کو فطرت کے دریافت شدہ قانون کی روشنی میں جانچ کر دیکھیں۔</w:t>
      </w:r>
    </w:p>
    <w:p>
      <w:r>
        <w:rPr>
          <w:b/>
        </w:rPr>
        <w:t xml:space="preserve">[42:42] </w:t>
      </w:r>
      <w:r>
        <w:t>Is silsile mein doosri baat yeh hai ke woh maghribi science aur maghribi culture mein farq karen. Maghribi science mabni bar daryaft ilm ka naam hai.</w:t>
      </w:r>
    </w:p>
    <w:p>
      <w:pPr>
        <w:jc w:val="right"/>
      </w:pPr>
      <w:r>
        <w:t>اس سلسلے میں دوسری بات یہ ہے کہ وہ مغربی سائنس اور مغربی کلچر میں فرق کریں۔ مغربی سائنس مبنی بر دریافت علم کا نام ہے۔</w:t>
      </w:r>
    </w:p>
    <w:p>
      <w:r>
        <w:rPr>
          <w:b/>
        </w:rPr>
        <w:t xml:space="preserve">[42:53] </w:t>
      </w:r>
      <w:r>
        <w:t>Is ke baraks maghribi culture maghribi society ka hissa hai. Woh ek samajhi zahira hai na ke koi ilmi taur par daryaft shuda haqeeqat.</w:t>
      </w:r>
    </w:p>
    <w:p>
      <w:pPr>
        <w:jc w:val="right"/>
      </w:pPr>
      <w:r>
        <w:t>اس کے برعکس مغربی کلچر مغربی سوسائٹی کا حصہ ہے۔ وہ ایک سماجی ظاہرہ ہے نہ کہ کوئی علمی طور پر دریافت شدہ حقیقت۔</w:t>
      </w:r>
    </w:p>
    <w:p>
      <w:r>
        <w:rPr>
          <w:b/>
        </w:rPr>
        <w:t xml:space="preserve">[43:04] </w:t>
      </w:r>
      <w:r>
        <w:t>Science ka taluq hadith ke mutabiq baseerat-e-zamana se hai. Hadith ke alfaaz yeh hain: "Ala al-aqil an yakuna baseeran bi zamani" Sahih Ibn Hibban.</w:t>
      </w:r>
    </w:p>
    <w:p>
      <w:pPr>
        <w:jc w:val="right"/>
      </w:pPr>
      <w:r>
        <w:t>سائنس کا تعلق حدیث کے مطابق بصیرت زمانہ سے ہے۔ حدیث کے الفاظ یہ ہیں: "علی العاقل ان یکون بصیرا بزمانی" صحیح ابن حبان۔</w:t>
      </w:r>
    </w:p>
    <w:p>
      <w:r>
        <w:rPr>
          <w:b/>
        </w:rPr>
        <w:t xml:space="preserve">[43:17] </w:t>
      </w:r>
      <w:r>
        <w:t>Yaani momin aqil par zarori hai ke woh apne zamanay se ba-khabar ho.</w:t>
      </w:r>
    </w:p>
    <w:p>
      <w:pPr>
        <w:jc w:val="right"/>
      </w:pPr>
      <w:r>
        <w:t>یعنی مومن عاقل پر ضروری ہے کہ وہ اپنے زمانے سے باخبر ہو۔</w:t>
      </w:r>
    </w:p>
    <w:p>
      <w:r>
        <w:rPr>
          <w:b/>
        </w:rPr>
        <w:t xml:space="preserve">[43:32] </w:t>
      </w:r>
      <w:r>
        <w:t>Dua ki haqeeqat. Dua agar saleh dua ho to woh zaroor qabool hoti hai. Lekin bari bari duaen hamesha taakhir ke sath qabool hoti hain.</w:t>
      </w:r>
    </w:p>
    <w:p>
      <w:pPr>
        <w:jc w:val="right"/>
      </w:pPr>
      <w:r>
        <w:t>دعا کی حقیقت۔ دعا اگر صالح دعا ہو تو وہ ضرور قبول ہوتی ہے۔ لیکن بڑی بڑی دعائیں ہمیشہ تاخیر کے ساتھ قبول ہوتی ہیں۔</w:t>
      </w:r>
    </w:p>
    <w:p>
      <w:r>
        <w:rPr>
          <w:b/>
        </w:rPr>
        <w:t xml:space="preserve">[43:43] </w:t>
      </w:r>
      <w:r>
        <w:t>Is ki ek misal Hazrat Ibrahim (AS) ki dua hai. Hazrat Ibrahim (AS) ne taameer-e-Kaaba ke waqt ek aakhri paighambar ke zahoor ki dua ki thi: "Al-Baqarah".</w:t>
      </w:r>
    </w:p>
    <w:p>
      <w:pPr>
        <w:jc w:val="right"/>
      </w:pPr>
      <w:r>
        <w:t>اس کی ایک مثال حضرت ابراہیم علیہ السلام کی دعا ہے۔ حضرت ابراہیم علیہ السلام نے تعمیر کعبہ کے وقت ایک آخری پیغمبر کے ظہور کی دعا کی تھی: "البقرہ"۔</w:t>
      </w:r>
    </w:p>
    <w:p>
      <w:r>
        <w:rPr>
          <w:b/>
        </w:rPr>
        <w:t xml:space="preserve">[43:55] </w:t>
      </w:r>
      <w:r>
        <w:t>Yeh dua qabool hui lekin is paighambar ka zahoor amal mein dua ke taqreeban dhai hazar saal baad pesh aya.</w:t>
      </w:r>
    </w:p>
    <w:p>
      <w:pPr>
        <w:jc w:val="right"/>
      </w:pPr>
      <w:r>
        <w:t>یہ دعا قبول ہوئی لیکن اس پیغمبر کا ظہور عملاً دعا کے تقریباً ڈھائی ہزار سال بعد پیش آیا۔</w:t>
      </w:r>
    </w:p>
    <w:p>
      <w:r>
        <w:rPr>
          <w:b/>
        </w:rPr>
        <w:t xml:space="preserve">[44:05] </w:t>
      </w:r>
      <w:r>
        <w:t>Tareekh ke baray baray waqeyat hamesha isi tarah lambi muddat ke baad zahoor mein atay hain. Bari bari duaon ke liye poori tareekh ko manage karna parta hai.</w:t>
      </w:r>
    </w:p>
    <w:p>
      <w:pPr>
        <w:jc w:val="right"/>
      </w:pPr>
      <w:r>
        <w:t>تاریخ کے بڑے بڑے واقعات ہمیشہ اسی طرح لمبی مدت کے بعد ظہور میں آتے ہیں۔ بڑی بڑی دعاؤں کے لیے پوری تاریخ کو مینج کرنا پڑتا ہے۔</w:t>
      </w:r>
    </w:p>
    <w:p>
      <w:r>
        <w:rPr>
          <w:b/>
        </w:rPr>
        <w:t xml:space="preserve">[44:17] </w:t>
      </w:r>
      <w:r>
        <w:t>Insaan ki azadi ko barqarar rakhte hue halaat ko is ke mutabiq banana parta hai. Is liye qanoon-e-qudrat ke mutabiq kabhi koi bari dua kabhi is tarah qabool nahi hoti ke dua karne walay ne dua ki aur is ke foran baad is ki qabooliyat bhi samnay aa gai.</w:t>
      </w:r>
    </w:p>
    <w:p>
      <w:pPr>
        <w:jc w:val="right"/>
      </w:pPr>
      <w:r>
        <w:t>انسان کی آزادی کو برقرار رکھتے ہوئے حالات کو اس کے مطابق بنانا پڑتا ہے۔ اس لیے قانون قدرت کے مطابق کبھی کوئی بڑی دعا کبھی اس طرح قبول نہیں ہوتی کہ دعا کرنے والے نے دعا کی اور اس کے فوراً بعد اس کی قبولیت بھی سامنے آگئی۔</w:t>
      </w:r>
    </w:p>
    <w:p>
      <w:r>
        <w:rPr>
          <w:b/>
        </w:rPr>
        <w:t xml:space="preserve">[44:37] </w:t>
      </w:r>
      <w:r>
        <w:t>Dua ke baray mein Quran ki ek ayat in alfaaz mein aai hai: "Wa idha saalaka ibadi anni fa inni qareeb. Ujeebu da'wat ad-da'i fa'lyastajeebu li walyu'minu bi la'allahum yarsheedoon" Yaani aur jab mere bande tum se meri baabat poochen to main nazdeek hoon.</w:t>
      </w:r>
    </w:p>
    <w:p>
      <w:pPr>
        <w:jc w:val="right"/>
      </w:pPr>
      <w:r>
        <w:t>دعا کے بارے میں قرآن کی ایک آیت ان الفاظ میں آئی ہے: "وَإِذَا سَأَلَكَ عِبَادِي أَنِّي فَإِنِّي قَرِيبٌ أُجِيبُ دَعْوَةَ الدَّاعِيِ فَلْيَسْتَجِيبُوا لِي وَلْيُؤْمِنُوا بِي لَعَلَّهُمْ يَرْشُدُونَ" یعنی اور جب میرے بندے تم سے میری بابت پوچھیں تو میں نزدیک ہوں۔</w:t>
      </w:r>
    </w:p>
    <w:p>
      <w:r>
        <w:rPr>
          <w:b/>
        </w:rPr>
        <w:t xml:space="preserve">[45:01] </w:t>
      </w:r>
      <w:r>
        <w:t>Pukarnay walay ki pukar ka jawab deta hoon jabke woh mujhe pukarta hai. Pas un ko chahiye ke woh meri baat manen aur mujh par yaqeen karen taake woh hidayat paen.</w:t>
      </w:r>
    </w:p>
    <w:p>
      <w:pPr>
        <w:jc w:val="right"/>
      </w:pPr>
      <w:r>
        <w:t>پکارنے والے کی پکار کا جواب دیتا ہوں جبکہ وہ مجھے پکارتا ہے۔ پس ان کو چاہیے کہ وہ میری بات مانیں اور مجھ پر یقین کریں تاکہ وہ ہدایت پائیں۔</w:t>
      </w:r>
    </w:p>
    <w:p>
      <w:r>
        <w:rPr>
          <w:b/>
        </w:rPr>
        <w:t xml:space="preserve">[45:12] </w:t>
      </w:r>
      <w:r>
        <w:t>Is ayat mein bataya gaya hai ke Khuda bande ke qareeb hai aur woh bande ki dua ka jawab deta hai. Lekin jawab ki soorat kya hoti hai is ka zikr Quran ki is ayat mein maujood nahi.</w:t>
      </w:r>
    </w:p>
    <w:p>
      <w:pPr>
        <w:jc w:val="right"/>
      </w:pPr>
      <w:r>
        <w:t>اس آیت میں بتایا گیا ہے کہ خدا بندے کے قریب ہے اور وہ بندے کی دعا کا جواب دیتا ہے۔ لیکن جواب کی صورت کیا ہوتی ہے اس کا ذکر قرآن کی اس آیت میں موجود نہیں۔</w:t>
      </w:r>
    </w:p>
    <w:p>
      <w:r>
        <w:rPr>
          <w:b/>
        </w:rPr>
        <w:t xml:space="preserve">[45:26] </w:t>
      </w:r>
      <w:r>
        <w:t>"Ujeebu da'wat ad-da'i fa'lyastajeebu da'wat ad-da'i" ke foran baad jo alfaaz aayen hain woh yeh hain: "Fa'lyastajeebu li walyu'minu bi la'allahum yarsheedoon" Yaani un ko chahiye ke woh meri baat manen aur mujh par yaqeen karen.</w:t>
      </w:r>
    </w:p>
    <w:p>
      <w:pPr>
        <w:jc w:val="right"/>
      </w:pPr>
      <w:r>
        <w:t>"أُجِيبُ دَعْوَةَ الدَّاعِيِ فَلْيَسْتَجِيبُ دَعْوَةَ الدَّاعِيِ" کے فوراً بعد جو الفاظ آئے ہیں وہ یہ ہیں: "فَلْيَسْتَجِيبُوا لِي وَلْيُؤْمِنُوا بِي لَعَلَّهُمْ يَرْشُدُونَ" یعنی ان کو چاہیے کہ وہ میری بات مانیں اور مجھ پر یقین کریں۔</w:t>
      </w:r>
    </w:p>
    <w:p>
      <w:r>
        <w:rPr>
          <w:b/>
        </w:rPr>
        <w:t xml:space="preserve">[45:42] </w:t>
      </w:r>
      <w:r>
        <w:t>Isi mein un ki falah hai. Yahan dua ke baad jawab-e-dua ka zikr nahi. Yeh Quran ka ek khaas usloob hai ke is mein kisi baat ke ek pehlu ka zikr ek maqam par hota hai aur is ke doosre pehlu ka zikr doosre maqam par.</w:t>
      </w:r>
    </w:p>
    <w:p>
      <w:pPr>
        <w:jc w:val="right"/>
      </w:pPr>
      <w:r>
        <w:t>اسی میں ان کی فلاح ہے۔ یہاں دعا کے بعد جواب دعا کا ذکر نہیں۔ یہ قرآن کا ایک خاص اسلوب ہے کہ اس میں کسی بات کے ایک پہلو کا ذکر ایک مقام پر ہوتا ہے اور اس کے دوسرے پہلو کا ذکر دوسرے مقام پر۔</w:t>
      </w:r>
    </w:p>
    <w:p>
      <w:r>
        <w:rPr>
          <w:b/>
        </w:rPr>
        <w:t xml:space="preserve">[46:00] </w:t>
      </w:r>
      <w:r>
        <w:t>Misal ke taur par Quran mein qissa Adam (AS) ke tehat yeh bataya gaya hai ke Adam (AS) ne ghalti karne ke baad jab tauba ki to un ki tauba qabool hui aur dua ke alfaaz bhi un ko taleeq kiye gaye.</w:t>
      </w:r>
    </w:p>
    <w:p>
      <w:pPr>
        <w:jc w:val="right"/>
      </w:pPr>
      <w:r>
        <w:t>مثلاً قرآن میں قصہ آدم کے تحت یہ بتایا گیا ہے کہ آدم علیہ السلام نے غلطی کرنے کے بعد جب توبہ کی تو ان کی توبہ قبول ہوئی اور دعا کے الفاظ بھی ان کو تلقین کیے گئے۔</w:t>
      </w:r>
    </w:p>
    <w:p>
      <w:r>
        <w:rPr>
          <w:b/>
        </w:rPr>
        <w:t xml:space="preserve">[46:14] </w:t>
      </w:r>
      <w:r>
        <w:t>Magar yeh dono baat ek jagah maujood nahi. Misal ke taur par Surah Al-Baqarah ayat 37 mein tauba ka zikr hai lekin jahan tak alfaaz-e-dua ka taluq hai woh doosre maqam par Surah Al-Araf mein ayat 23 mein bataye gaye hain.</w:t>
      </w:r>
    </w:p>
    <w:p>
      <w:pPr>
        <w:jc w:val="right"/>
      </w:pPr>
      <w:r>
        <w:t>مگر یہ دونوں بات ایک جگہ موجود نہیں۔ مثلاً سورہ بقرہ آیت 37 میں توبہ کا ذکر ہے لیکن جہاں تک الفاظ دعا کا تعلق ہے وہ دوسرے مقام پر سورہ الاعراف میں آیت 23 میں بتائے گئے ہیں۔</w:t>
      </w:r>
    </w:p>
    <w:p>
      <w:r>
        <w:rPr>
          <w:b/>
        </w:rPr>
        <w:t xml:space="preserve">[46:30] </w:t>
      </w:r>
      <w:r>
        <w:t>yahi usloob quran ki mazkoora ayat mein bhi ikhtiyar kiya gaya hai. ghaur karne se maloom hota hai ke yeh jawab reeh ki soorat mein milta hai.</w:t>
      </w:r>
    </w:p>
    <w:p>
      <w:pPr>
        <w:jc w:val="right"/>
      </w:pPr>
      <w:r>
        <w:t>یہی اسلوب قرآن کی مذکورہ آیت میں بھی اختیار کیا گیا ہے۔ غور کرنے سے معلوم ہوتا ہے کہ یہ جواب ریح کی صورت میں ملتا ہے۔</w:t>
      </w:r>
    </w:p>
    <w:p>
      <w:r>
        <w:rPr>
          <w:b/>
        </w:rPr>
        <w:t xml:space="preserve">[46:40] </w:t>
      </w:r>
      <w:r>
        <w:t>reeh ke lafzi maani khushbu ya fragrance ke hain. yahan reeh ka lafz saada taur par mehak ke maani mein nahi hai balkeh is se murad achhi khabar ya good news hai.</w:t>
      </w:r>
    </w:p>
    <w:p>
      <w:pPr>
        <w:jc w:val="right"/>
      </w:pPr>
      <w:r>
        <w:t>ریح کے لفظی معنی خوشبو یا فریگرنس کے ہیں۔ یہاں ریح کا لفظ سادہ طور پر مہک کے معنی میں نہیں ہے بلکہ اس سے مراد اچھی خبر یا گڈ نیوز ہے۔</w:t>
      </w:r>
    </w:p>
    <w:p>
      <w:r>
        <w:rPr>
          <w:b/>
        </w:rPr>
        <w:t xml:space="preserve">[46:53] </w:t>
      </w:r>
      <w:r>
        <w:t>yeh hazrat yaqoob alaihissalam ko inspiration ki soorat mein aayi thi. yaani un ko yeh inspiration aata tha ke khuda un ki duaon ko zaya nahi karega balkeh yusuf alaihissalam ko kisi aala maqsad ke liye istemal karega.</w:t>
      </w:r>
    </w:p>
    <w:p>
      <w:pPr>
        <w:jc w:val="right"/>
      </w:pPr>
      <w:r>
        <w:t>یہ حضرت یعقوب علیہ السلام کو انسپیریشن کی صورت میں آئی تھی۔ یعنی ان کو یہ انسپیریشن آتا تھا کہ خدا ان کی دعاؤں کو ضائع نہیں کرے گا بلکہ یوسف علیہ السلام کو کسی اعلیٰ مقصد کے لیے استعمال کرے گا۔</w:t>
      </w:r>
    </w:p>
    <w:p>
      <w:r>
        <w:rPr>
          <w:b/>
        </w:rPr>
        <w:t xml:space="preserve">[47:10] </w:t>
      </w:r>
      <w:r>
        <w:t>yusuf alaihissalam ke bhaiyon ne yusuf ko andhe kuwein mein daal diya tha lekin allah ne un ko makhsoos intezam ke tehat misr ke takht par pahuncha diya.</w:t>
      </w:r>
    </w:p>
    <w:p>
      <w:pPr>
        <w:jc w:val="right"/>
      </w:pPr>
      <w:r>
        <w:t>یوسف علیہ السلام کے بھائیوں نے یوسف کو اندھے کنویں میں ڈال دیا تھا لیکن اللہ نے ان کو مخصوص انتظام کے تحت مصر کے تخت پر پہنچا دیا۔</w:t>
      </w:r>
    </w:p>
    <w:p>
      <w:r>
        <w:rPr>
          <w:b/>
        </w:rPr>
        <w:t xml:space="preserve">[47:20] </w:t>
      </w:r>
      <w:r>
        <w:t>dua ki yeh qubooliyat har insaan ke liye muqaddar ho sakti hai lekin is ki ek shart hai. woh shart quran mein in alfaz mein bayan ki gayi hai: "innah min yattaq wa yusbir fa inna allaha la yudai'u ajra al-muhsinin" yaani jo shakhs darta hai aur sabr karta hai to allah naik kaam karne walon ka ajr zaya nahi karta.</w:t>
      </w:r>
    </w:p>
    <w:p>
      <w:pPr>
        <w:jc w:val="right"/>
      </w:pPr>
      <w:r>
        <w:t>دعا کی یہ قبولیت ہر انسان کے لیے مقدر ہو سکتی ہے لیکن اس کی ایک شرط ہے۔ وہ شرط قرآن میں ان الفاظ میں بیان کی گئی ہے: "إنه من يتق ویسبر فإن الله لا يضيع أجر المحسنين" یعنی جو شخص ڈرتا ہے اور صبر کرتا ہے تو اللہ نیک کام کرنے والوں کا اجر ضائع نہیں کرتا۔</w:t>
      </w:r>
    </w:p>
    <w:p>
      <w:r>
        <w:rPr>
          <w:b/>
        </w:rPr>
        <w:t xml:space="preserve">[47:48] </w:t>
      </w:r>
      <w:r>
        <w:t>is ka matlab yeh hai ke allah ki yeh khususi nemmat us insaan ko milti hai jo ehsan ke darje mein is ka istehqaaq sabit kare.</w:t>
      </w:r>
    </w:p>
    <w:p>
      <w:pPr>
        <w:jc w:val="right"/>
      </w:pPr>
      <w:r>
        <w:t>اس کا مطلب یہ ہے کہ اللہ کی یہ خصوصی نعمت اس انسان کو ملتی ہے جو احسان کے درجے میں اس کا استحقاق ثابت کرے۔</w:t>
      </w:r>
    </w:p>
    <w:p>
      <w:r>
        <w:rPr>
          <w:b/>
        </w:rPr>
        <w:t xml:space="preserve">[47:58] </w:t>
      </w:r>
      <w:r>
        <w:t>yaani hamesha allah se purameed rahe aur har haal mein woh sabirana intezar ki rawish par qaim rahe. is maamle ki ek misaal paighambar e islam sallallahu alaihi wasallam ki zindagi mein milti hai.</w:t>
      </w:r>
    </w:p>
    <w:p>
      <w:pPr>
        <w:jc w:val="right"/>
      </w:pPr>
      <w:r>
        <w:t>یعنی ہمیشہ اللہ سے پرامید رہے اور ہر حال میں وہ صابرانہ انتظار کی روش پر قائم رہے۔ اس معاملے کی ایک مثال پیغمبر اسلام صلی اللہ علیہ وسلم کی زندگی میں ملتی ہے۔</w:t>
      </w:r>
    </w:p>
    <w:p>
      <w:r>
        <w:rPr>
          <w:b/>
        </w:rPr>
        <w:t xml:space="preserve">[48:13] </w:t>
      </w:r>
      <w:r>
        <w:t>paighambar e islam ne 610 isvi mein qadeem makka mein apna mission shuru kiya. wahan kuch logon ne aap ka saath diya lekin aksariyat aap ki mukhalif ban gayi.</w:t>
      </w:r>
    </w:p>
    <w:p>
      <w:pPr>
        <w:jc w:val="right"/>
      </w:pPr>
      <w:r>
        <w:t>پیغمبر اسلام نے 610 عیسوی میں قدیم مکہ میں اپنا مشن شروع کیا۔ وہاں کچھ لوگوں نے آپ کا ساتھ دیا لیکن اکثریت آپ کی مخالف بن گئی۔</w:t>
      </w:r>
    </w:p>
    <w:p>
      <w:r>
        <w:rPr>
          <w:b/>
        </w:rPr>
        <w:t xml:space="preserve">[48:24] </w:t>
      </w:r>
      <w:r>
        <w:t>Aakhir kar yeh wazeh ho gaya ke aap ko Makkah chhodna parega.</w:t>
      </w:r>
    </w:p>
    <w:p>
      <w:pPr>
        <w:jc w:val="right"/>
      </w:pPr>
      <w:r>
        <w:t>آخر کار یہ واضح ہو گیا کہ آپ کو مکہ چھوڑنا پڑے گا۔</w:t>
      </w:r>
    </w:p>
    <w:p>
      <w:r>
        <w:rPr>
          <w:b/>
        </w:rPr>
        <w:t xml:space="preserve">[48:29] </w:t>
      </w:r>
      <w:r>
        <w:t>Is zamane mein aap Allah se bohat ziyada duaen karte the.</w:t>
      </w:r>
    </w:p>
    <w:p>
      <w:pPr>
        <w:jc w:val="right"/>
      </w:pPr>
      <w:r>
        <w:t>اس زمانے میں آپ اللہ سے بہت زیادہ دعائیں کرتے تھے۔</w:t>
      </w:r>
    </w:p>
    <w:p>
      <w:r>
        <w:rPr>
          <w:b/>
        </w:rPr>
        <w:t xml:space="preserve">[48:33] </w:t>
      </w:r>
      <w:r>
        <w:t>Is ka saboot Quran ki is ayat mein milta hai: "Wa qul rabbi adkhilni mudkhal sidqin wa akhrijni mukhraj sidqin</w:t>
      </w:r>
    </w:p>
    <w:p>
      <w:pPr>
        <w:jc w:val="right"/>
      </w:pPr>
      <w:r>
        <w:t>اس کا ثبوت قرآن کی اس آیت میں ملتا ہے: "وَقُلْ رَبِّي أَدْخِلْنِي مُدْخَلَ صِدْقٍ وَأَخْرِجْنِي مُخْرَجَ صِدْقٍ</w:t>
      </w:r>
    </w:p>
    <w:p>
      <w:r>
        <w:rPr>
          <w:b/>
        </w:rPr>
        <w:t xml:space="preserve">[48:44] </w:t>
      </w:r>
      <w:r>
        <w:t>Waj'alni min ladunka sultanan naseera" yaani aur kaho ke aye mere Rab mujh ko dakhil kar sachcha dakhil</w:t>
      </w:r>
    </w:p>
    <w:p>
      <w:pPr>
        <w:jc w:val="right"/>
      </w:pPr>
      <w:r>
        <w:t>وَاجْعَلْنِي مِلَّةً كَا سُلْطَانًا نَصِيرًا" یعنی اور کہو کہ اے میرے رب مجھ کو داخل کر سچا داخل</w:t>
      </w:r>
    </w:p>
    <w:p>
      <w:r>
        <w:rPr>
          <w:b/>
        </w:rPr>
        <w:t xml:space="preserve">[48:52] </w:t>
      </w:r>
      <w:r>
        <w:t>karna aur mujh ko nikal sachcha nikalna aur mujh ko apne paas se madadgar quwwat ata kar.</w:t>
      </w:r>
    </w:p>
    <w:p>
      <w:pPr>
        <w:jc w:val="right"/>
      </w:pPr>
      <w:r>
        <w:t>کرنا اور مجھ کو نکال سچا نکالنا اور مجھ کو اپنے پاس سے مددگار قوت عطا کر۔</w:t>
      </w:r>
    </w:p>
    <w:p>
      <w:r>
        <w:rPr>
          <w:b/>
        </w:rPr>
        <w:t xml:space="preserve">[48:59] </w:t>
      </w:r>
      <w:r>
        <w:t>yeh dua qubool hui lekin alfaz ki soorat mein nahi balkeh waqeaat ki soorat mein. is zamane mein hijrat se taqreeban do mahine pehle woh waqea hua jo bait uqba saniyah ke naam se mashhoor hai.</w:t>
      </w:r>
    </w:p>
    <w:p>
      <w:pPr>
        <w:jc w:val="right"/>
      </w:pPr>
      <w:r>
        <w:t>یہ دعا قبول ہوئی لیکن الفاظ کی صورت میں نہیں بلکہ واقعات کی صورت میں۔ اس زمانے میں ہجرت سے تقریباً دو مہینے پہلے وہ واقعہ ہوا جو بیت عقبہ ثانیہ کے نام سے مشہور ہے۔</w:t>
      </w:r>
    </w:p>
    <w:p>
      <w:r>
        <w:rPr>
          <w:b/>
        </w:rPr>
        <w:t xml:space="preserve">[49:12] </w:t>
      </w:r>
      <w:r>
        <w:t>bait uqba saniyah ka waqea bazahir dua ke jawab ke taur par pesh nahi aaya magar yeh wohi cheez thi jis ko quran mein reeh kaha gaya hai.</w:t>
      </w:r>
    </w:p>
    <w:p>
      <w:pPr>
        <w:jc w:val="right"/>
      </w:pPr>
      <w:r>
        <w:t>بیت عقبہ ثانیہ کا واقعہ بظاہر دعا کے جواب کے طور پر پیش نہیں آیا مگر یہ وہی چیز تھی جس کو قرآن میں ریح کہا گیا ہے۔</w:t>
      </w:r>
    </w:p>
    <w:p>
      <w:r>
        <w:rPr>
          <w:b/>
        </w:rPr>
        <w:t xml:space="preserve">[49:22] </w:t>
      </w:r>
      <w:r>
        <w:t>yaani is mauqe par aap ko yeh inspiration mila ke tumhari dua nihayat aala soorat mein qubool hone wali hai. paighambar e islam ne mudkhal wa mukhraj ki duaen keen lekin isi ke sath aap khususi taur par taqwa aur sabirana rawish ke sath darja ehsan par qaim rahe.</w:t>
      </w:r>
    </w:p>
    <w:p>
      <w:pPr>
        <w:jc w:val="right"/>
      </w:pPr>
      <w:r>
        <w:t>یعنی اس موقع پر آپ کو یہ انسپیریشن ملا کہ تمہاری دعا نہایت اعلیٰ صورت میں قبول ہونے والی ہے۔ پیغمبر اسلام نے مدخل و مخرج کی دعائیں کیں لیکن اسی کے ساتھ آپ خصوصی طور پر تقویٰ اور صابرانہ روش کے ساتھ درجہ احسان پر قائم رہے۔</w:t>
      </w:r>
    </w:p>
    <w:p>
      <w:r>
        <w:rPr>
          <w:b/>
        </w:rPr>
        <w:t xml:space="preserve">[49:43] </w:t>
      </w:r>
      <w:r>
        <w:t>aap ne is maamle mein khudai reeh par bharosa kiya. yahan tak ke nubowat ke teharwein saal hijrat e madina ka waqea pesh aaya jo islam ki tareekh ke liye ek bada inqilabi marhala ya breakthrough sabit hua.</w:t>
      </w:r>
    </w:p>
    <w:p>
      <w:pPr>
        <w:jc w:val="right"/>
      </w:pPr>
      <w:r>
        <w:t>آپ نے اس معاملے میں خدائی ریح پر بھروسہ کیا۔ یہاں تک کہ نبوت کے تیرہویں سال ہجرت مدینہ کا واقعہ پیش آیا جو اسلام کی تاریخ کے لیے ایک بڑا انقلابی مرحلہ یا بریک تھرو ثابت ہوا۔</w:t>
      </w:r>
    </w:p>
    <w:p>
      <w:r>
        <w:rPr>
          <w:b/>
        </w:rPr>
        <w:t xml:space="preserve">[49:58] </w:t>
      </w:r>
      <w:r>
        <w:t>paighambar e islam sallallahu alaihi wasallam ne hijrat se kuch pehle is haqeeqat ko in alfaz mein bayan kiya: "umirtu bi qaryatin ta'kulu al-qura, yaquluna yatsrib wa hiya al-madinah" sahih bukhari.</w:t>
      </w:r>
    </w:p>
    <w:p>
      <w:pPr>
        <w:jc w:val="right"/>
      </w:pPr>
      <w:r>
        <w:t>پیغمبر اسلام صلی اللہ علیہ وسلم نے ہجرت سے کچھ پہلے اس حقیقت کو ان الفاظ میں بیان کیا: "عمرت بقریۃ تأکل القرى یقولون یثرب وهي المدينة" صحیح بخاری۔</w:t>
      </w:r>
    </w:p>
    <w:p>
      <w:r>
        <w:rPr>
          <w:b/>
        </w:rPr>
        <w:t xml:space="preserve">[50:14] </w:t>
      </w:r>
      <w:r>
        <w:t>yaani mujhe ek basti ka hukum diya gaya hai jo bastiyon ko kha jayegi. log is ko yatsrib kehte hain. woh madina hai. dua ke baray mein hadith mein aaya hai: "ad-du'a'u mukhkh al-'ibadah" sunan tirmidhi.</w:t>
      </w:r>
    </w:p>
    <w:p>
      <w:pPr>
        <w:jc w:val="right"/>
      </w:pPr>
      <w:r>
        <w:t>یعنی مجھے ایک بستی کا حکم دیا گیا ہے جو بستیوں کو کھا جائے گی۔ لوگ اس کو یسرب کہتے ہیں۔ وہ مدینہ ہے۔ دعا کے بارے میں حدیث میں آیا ہے: "الدعاء مخ العبادہ" سنن الترمذی۔</w:t>
      </w:r>
    </w:p>
    <w:p>
      <w:r>
        <w:rPr>
          <w:b/>
        </w:rPr>
        <w:t xml:space="preserve">[50:30] </w:t>
      </w:r>
      <w:r>
        <w:t>yaani dua ibadat ka magz hai. doosre alfaz mein yeh ke dua hikmat ya wisdom ka khazana hai. dua ka khazana, dua ka khazana allah ki doosri rehmaton ki tarah aam hai lekin is khazana dua ya is khazana rehmat se sirf us shakhs ko hissa milta hai jo muhsin ho.</w:t>
      </w:r>
    </w:p>
    <w:p>
      <w:pPr>
        <w:jc w:val="right"/>
      </w:pPr>
      <w:r>
        <w:t>یعنی دعا عبادت کا مغز ہے۔ دوسرے الفاظ میں یہ کہ دعا حکمت یا وزڈم کا خزانہ ہے۔ دعا کا خزانہ، دعا کا خزانہ خدا کی دوسری رحمتوں کی طرح عام ہے لیکن اس خزانہ دعا یا اس خزانہ رحمت سے صرف اس شخص کو حصہ ملتا ہے جو محسن ہو۔</w:t>
      </w:r>
    </w:p>
    <w:p>
      <w:r>
        <w:rPr>
          <w:b/>
        </w:rPr>
        <w:t xml:space="preserve">[50:51] </w:t>
      </w:r>
      <w:r>
        <w:t>yaani taqwa aur sabr ke matloob mayar par qaim rahe.</w:t>
      </w:r>
    </w:p>
    <w:p>
      <w:pPr>
        <w:jc w:val="right"/>
      </w:pPr>
      <w:r>
        <w:t>یعنی تقویٰ اور صبر کے مطلوب معیار پر قائم رہے۔</w:t>
      </w:r>
    </w:p>
    <w:p>
      <w:r>
        <w:rPr>
          <w:b/>
        </w:rPr>
        <w:t xml:space="preserve">[51:04] </w:t>
      </w:r>
      <w:r>
        <w:t>takreem bani adam. quran mein bataya gaya hai ke khaliq ne jab adam alaihissalam insaan e awwal ko paida kiya to us ko tamam asmaa ka ilm de diya: al-baqarah.</w:t>
      </w:r>
    </w:p>
    <w:p>
      <w:pPr>
        <w:jc w:val="right"/>
      </w:pPr>
      <w:r>
        <w:t>تکریم بنی آدم۔ قرآن میں بتایا گیا ہے کہ خالق نے جب آدم علیہ السلام انسان اول کو پیدا کیا تو اس کو تمام اسماء کا علم دے دیا: البقرہ۔</w:t>
      </w:r>
    </w:p>
    <w:p>
      <w:r>
        <w:rPr>
          <w:b/>
        </w:rPr>
        <w:t xml:space="preserve">[51:16] </w:t>
      </w:r>
      <w:r>
        <w:t>phir isi silsila e kalam mein aage aata hai: "thumma 'aradahum 'ala al-mala'ikah" pehle juz mein zamir ha wahid muannas istemal ki gayi hai.</w:t>
      </w:r>
    </w:p>
    <w:p>
      <w:pPr>
        <w:jc w:val="right"/>
      </w:pPr>
      <w:r>
        <w:t>پھر اسی سلسلہ کلام میں آگے آتا ہے: "ثم أَرَزَهُمْ عَلَى الْمَلَائِكَةِ" پہلے جز میں ضمیر ہا واحد مونث استعمال کی گئی ہے۔</w:t>
      </w:r>
    </w:p>
    <w:p>
      <w:r>
        <w:rPr>
          <w:b/>
        </w:rPr>
        <w:t xml:space="preserve">[51:27] </w:t>
      </w:r>
      <w:r>
        <w:t>is ke baad zamir hum jama muzakkar istemal hui hai. yeh farq kyun? is ka sabab yeh hai ke "allama adama al-asma'a kullaha" mein zamir ha se murad ilm e asmaa hai.</w:t>
      </w:r>
    </w:p>
    <w:p>
      <w:pPr>
        <w:jc w:val="right"/>
      </w:pPr>
      <w:r>
        <w:t>اس کے بعد ضمیر ہم جمع مذکر استعمال ہوئی ہے۔ یہ فرق کیوں؟ اس کا سبب یہ ہے کہ "علم آدم الاسماء کلہا" میں ضمیر ہا سے مراد علم اسماء ہے۔</w:t>
      </w:r>
    </w:p>
    <w:p>
      <w:r>
        <w:rPr>
          <w:b/>
        </w:rPr>
        <w:t xml:space="preserve">[51:41] </w:t>
      </w:r>
      <w:r>
        <w:t>is ke baraks "'aradahum" mein zamir hum se murad hamileen e ilm e asmaa hain. takhleeq ke hawale se quran mein teen lafz istemal kiye gaye hain.</w:t>
      </w:r>
    </w:p>
    <w:p>
      <w:pPr>
        <w:jc w:val="right"/>
      </w:pPr>
      <w:r>
        <w:t>اس کے برعکس "أَرَزَهُمْ" میں ضمیر ہم سے مراد حاملین علم اسماء ہیں۔ تخلیق کے حوالے سے قرآن میں تین الفاظ استعمال کیے گئے ہیں۔</w:t>
      </w:r>
    </w:p>
    <w:p>
      <w:r>
        <w:rPr>
          <w:b/>
        </w:rPr>
        <w:t xml:space="preserve">[51:54] </w:t>
      </w:r>
      <w:r>
        <w:t>pehla lafz "al-a'la" hai: ar-rahman. doosra lafz "ayat" surah yusuf hai. aur teesra lafz jo istemal hua hai woh "kalimat" surah luqman hai.</w:t>
      </w:r>
    </w:p>
    <w:p>
      <w:pPr>
        <w:jc w:val="right"/>
      </w:pPr>
      <w:r>
        <w:t>پہلا لفظ "الاعلیٰ" ہے: الرحمن۔ دوسرا لفظ "آیات" سورہ یوسف ہے۔ اور تیسرا لفظ جو استعمال ہوا ہے وہ "کلمات" سورہ لقمان ہے۔</w:t>
      </w:r>
    </w:p>
    <w:p>
      <w:r>
        <w:rPr>
          <w:b/>
        </w:rPr>
        <w:t xml:space="preserve">[52:07] </w:t>
      </w:r>
      <w:r>
        <w:t>"a'la" se murad takhleeqi karishma ya marvels of nature hai. "ayat" se murad takhleeq mein maujood hikmaten ya wisdom content hain.</w:t>
      </w:r>
    </w:p>
    <w:p>
      <w:pPr>
        <w:jc w:val="right"/>
      </w:pPr>
      <w:r>
        <w:t>"اعلیٰ" سے مراد تخلیقی کرشمہ یا مارولز آف نیچر ہے۔ "آیات" سے مراد تخلیق میں موجود حکمتیں یا وزڈم کنٹینٹ ہیں۔</w:t>
      </w:r>
    </w:p>
    <w:p>
      <w:r>
        <w:rPr>
          <w:b/>
        </w:rPr>
        <w:t xml:space="preserve">[52:17] </w:t>
      </w:r>
      <w:r>
        <w:t>"kalimat" se murad maloomat e takhleeq ya knowledge of creation hai. khaliq ne insaan ke andar bil quwa ya potential ke aitbar se sari takhleeqi maloomat rakh di hain jis ko "allama adama al-asma'a kullaha" mein bayan kiya gaya hai.</w:t>
      </w:r>
    </w:p>
    <w:p>
      <w:pPr>
        <w:jc w:val="right"/>
      </w:pPr>
      <w:r>
        <w:t>"کلمات" سے مراد معلومات تخلیق یا نالج آف کریشن ہے۔ خالق نے انسان کے اندر بالقوہ یا پوٹینشل کے اعتبار سے ساری تخلیقی معلومات رکھ دی ہیں جس کو "علم آدم الاسماء کلہا" میں بیان کیا گیا ہے۔</w:t>
      </w:r>
    </w:p>
    <w:p>
      <w:r>
        <w:rPr>
          <w:b/>
        </w:rPr>
        <w:t xml:space="preserve">[52:34] </w:t>
      </w:r>
      <w:r>
        <w:t>yeh maloomat goya kalimat allah hain. insaan ko yeh karna hai ke woh takhleeq ki hikmaton yaani a'la ko daryaft kare aur is tarah apni ma'rifat ko badhaye.</w:t>
      </w:r>
    </w:p>
    <w:p>
      <w:pPr>
        <w:jc w:val="right"/>
      </w:pPr>
      <w:r>
        <w:t>یہ معلومات گویا کلمات اللہ ہیں۔ انسان کو یہ کرنا ہے کہ وہ تخلیق کی حکمتوں یعنی اعلیٰ کو دریافت کرے اور اس طرح اپنی معرفت کو بڑھائے۔</w:t>
      </w:r>
    </w:p>
    <w:p>
      <w:r>
        <w:rPr>
          <w:b/>
        </w:rPr>
        <w:t xml:space="preserve">[52:46] </w:t>
      </w:r>
      <w:r>
        <w:t>insan agar is fikri amal ya intellectual process ko apne andar jaari karega to woh khud daryaft kardah marifat ya self-discored realization ke maqam tak pohnch jayega.</w:t>
      </w:r>
    </w:p>
    <w:p>
      <w:pPr>
        <w:jc w:val="right"/>
      </w:pPr>
      <w:r>
        <w:t>انسان اگر اس فکری عمل یا انٹلیکچول پروسیس کو اپنے اندر جاری کرے گا تو وہ خود دریافت کردہ معرفت یا سیلف ڈسکورڈ ریلائزیشن کے مقام تک پہنچ جائے گا۔</w:t>
      </w:r>
    </w:p>
    <w:p>
      <w:r>
        <w:rPr>
          <w:b/>
        </w:rPr>
        <w:t xml:space="preserve">[52:58] </w:t>
      </w:r>
      <w:r>
        <w:t>is tarah woh is qabil ho jayega ke woh apne andar aala rabbani shakhsiyat ki taameer kare. woh log jo apne andar aala rabbani shakhsiyat ki tashkeel karein wahi woh log hain jo jannat ke baghon mein dakhil karne ke liye muntakhib kiye jayenge aur phir woh abadi taur par wahan rahenge.</w:t>
      </w:r>
    </w:p>
    <w:p>
      <w:pPr>
        <w:jc w:val="right"/>
      </w:pPr>
      <w:r>
        <w:t>اس طرح وہ اس قابل ہو جائے گا کہ وہ اپنے اندر اعلیٰ ربانی شخصیت کی تعمیر کرے۔ وہ لوگ جو اپنے اندر اعلیٰ ربانی شخصیت کی تشکیل کریں وہی وہ لوگ ہیں جو جنت کے باغوں میں داخل کرنے کے لیے منتخب کیے جائیں گے اور پھر وہ ابدی طور پر وہاں رہیں گے۔</w:t>
      </w:r>
    </w:p>
    <w:p>
      <w:r>
        <w:rPr>
          <w:b/>
        </w:rPr>
        <w:t xml:space="preserve">[53:19] </w:t>
      </w:r>
      <w:r>
        <w:t>yeh sara amal tadabbur ka talib hai. tadabbur aala marifat tak pohnchne ka zeena hai aur aala marifat jannat mein dakhle ka istihqaaq paida karta hai.</w:t>
      </w:r>
    </w:p>
    <w:p>
      <w:pPr>
        <w:jc w:val="right"/>
      </w:pPr>
      <w:r>
        <w:t>یہ سارا عمل تدبر کا طالب ہے۔ تدبر اعلیٰ معرفت تک پہنچنے کا زینہ ہے اور اعلیٰ معرفت جنت میں داخلے کا استحقاق پیدا کرتا ہے۔</w:t>
      </w:r>
    </w:p>
    <w:p>
      <w:r>
        <w:rPr>
          <w:b/>
        </w:rPr>
        <w:t xml:space="preserve">[53:40] </w:t>
      </w:r>
      <w:r>
        <w:t>rehmat-e-khudawandi. quran mein ek haqeeqat ko in alfaaz mein bayan kiya gaya hai: "Qul ya ibadi allazina asrafu ala anfusihim la taqnatu min rahmatillah innallaha yaghfiruz-zunuba jami'a innahu huwal-ghafurur-rahim" yaani kaho ke aey mere bando jinhone apni janon par ziyadati ki hai Allah ki rehmat se mayoos na ho.</w:t>
      </w:r>
    </w:p>
    <w:p>
      <w:pPr>
        <w:jc w:val="right"/>
      </w:pPr>
      <w:r>
        <w:t>رحمت خداوندی۔ قرآن میں ایک حقیقت کو ان الفاظ میں بیان کیا گیا ہے: "قل یا عبادی الذین اصرف علی انفسہم لا تقنت من رحمت اللہ ان اللہ یغفر الذنوب جمیعا انہ الغفور الرحیم" یعنی کہو کہ اے میرے بندو جنہوں نے اپنی جانوں پر زیادتی کی ہے اللہ کی رحمت سے مایوس نہ ہو۔</w:t>
      </w:r>
    </w:p>
    <w:p>
      <w:r>
        <w:rPr>
          <w:b/>
        </w:rPr>
        <w:t xml:space="preserve">[54:10] </w:t>
      </w:r>
      <w:r>
        <w:t>beshak Allah tamam gunahon ko maaf kar deta hai. woh bada bakhshne wala, meherban hai. quran ka ek usool yeh hai ke quran mein badi badi baatein bil-wasta andaaz mein bayan ki jati hain taake insaan un baaton ko ghaur-o-fikr ke zariye daryaft kare.</w:t>
      </w:r>
    </w:p>
    <w:p>
      <w:pPr>
        <w:jc w:val="right"/>
      </w:pPr>
      <w:r>
        <w:t>بے شک اللہ تمام گناہوں کو معاف کر دیتا ہے۔ وہ بڑا بخشنے والا، مہربان ہے۔ قرآن کا ایک اصول یہ ہے کہ قرآن میں بڑی بڑی باتیں بالواسطہ انداز میں بیان کی جاتی ہیں تاکہ انسان ان باتوں کو غور و فکر کے ذریعے دریافت کرے۔</w:t>
      </w:r>
    </w:p>
    <w:p>
      <w:r>
        <w:rPr>
          <w:b/>
        </w:rPr>
        <w:t xml:space="preserve">[54:28] </w:t>
      </w:r>
      <w:r>
        <w:t>woh un baaton ko khud daryaft kardah marifat ke taur par jaane. yeh insaan ki nafsiyat hai ke jis baat ko woh khud daryaft kardah marifat ke taur par jaane woh aisi baaton ko nihayat gehrai ke sath akhz karta hai.</w:t>
      </w:r>
    </w:p>
    <w:p>
      <w:pPr>
        <w:jc w:val="right"/>
      </w:pPr>
      <w:r>
        <w:t>وہ ان باتوں کو خود دریافت کردہ معرفت کے طور پر جانے۔ یہ انسان کی نفسیات ہے کہ جس بات کو وہ خود دریافت کردہ معرفت کے طور پر جانے وہ ایسی باتوں کو نہایت گہرائی کے ساتھ اخذ کرتا ہے۔</w:t>
      </w:r>
    </w:p>
    <w:p>
      <w:r>
        <w:rPr>
          <w:b/>
        </w:rPr>
        <w:t xml:space="preserve">[54:45] </w:t>
      </w:r>
      <w:r>
        <w:t>quran ki is aayat mein insani soch ko direction ya way of thinking diya gaya hai. woh yeh ke insaan apni takhleeq ke aitbar se hamesha ghaltiyan karta hai.</w:t>
      </w:r>
    </w:p>
    <w:p>
      <w:pPr>
        <w:jc w:val="right"/>
      </w:pPr>
      <w:r>
        <w:t>قرآن کی اس آیت میں انسانی سوچ کو ڈائریکشن یا وے آف تھنکنگ دیا گیا ہے۔ وہ یہ کہ انسان اپنی تخلیق کے اعتبار سے ہمیشہ غلطیاں کرتا ہے۔</w:t>
      </w:r>
    </w:p>
    <w:p>
      <w:r>
        <w:rPr>
          <w:b/>
        </w:rPr>
        <w:t xml:space="preserve">[54:57] </w:t>
      </w:r>
      <w:r>
        <w:t>"to err is human" aise mauqe par insaan ko kya karna chahiye? isko qanutiyat ya na-umidi se bachna chahiye aur mabni bar-rehmat soch ko apnana chahiye.</w:t>
      </w:r>
    </w:p>
    <w:p>
      <w:pPr>
        <w:jc w:val="right"/>
      </w:pPr>
      <w:r>
        <w:t>"ٹو ایئر از ہیومن" ایسے موقع پر انسان کو کیا کرنا چاہیے؟ اس کو قنوتیت یا نا امیدی سے بچنا چاہیے اور مبنی بر رحمت سوچ کو اپنانا چاہیے۔</w:t>
      </w:r>
    </w:p>
    <w:p>
      <w:r>
        <w:rPr>
          <w:b/>
        </w:rPr>
        <w:t xml:space="preserve">[55:11] </w:t>
      </w:r>
      <w:r>
        <w:t>insaan jab is tarz-e-fikr ko ikhtiyar karega to woh takhleeq ke bare mein ek azeem haqeeqat ko daryaft karega. woh yeh ke insaan ke andar fitri taur par yeh salahiyat rakh di gayi hai ke iske andar har ghalti ya zum ke baad ehsas-e-nadamat ya repentance jagta hai.</w:t>
      </w:r>
    </w:p>
    <w:p>
      <w:pPr>
        <w:jc w:val="right"/>
      </w:pPr>
      <w:r>
        <w:t>انسان جب اس طرز فکر کو اختیار کرے گا تو وہ تخلیق کے بارے میں ایک عظیم حقیقت کو دریافت کرے گا۔ وہ یہ کہ انسان کے اندر فطری طور پر یہ صلاحیت رکھ دی گئی ہے کہ اس کے اندر ہر غلطی یا ذم کے بعد احساس ندامت یا ریپینٹنس جاگتا ہے۔</w:t>
      </w:r>
    </w:p>
    <w:p>
      <w:r>
        <w:rPr>
          <w:b/>
        </w:rPr>
        <w:t xml:space="preserve">[55:30] </w:t>
      </w:r>
      <w:r>
        <w:t>is ehsas ke tehat iske andar shadeed taur par rethinking ka jazba paida hota hai. yeh rethinking iske zehan ko jagati hai.</w:t>
      </w:r>
    </w:p>
    <w:p>
      <w:pPr>
        <w:jc w:val="right"/>
      </w:pPr>
      <w:r>
        <w:t>اس احساس کے تحت اس کے اندر شدید طور پر ری تھنکنگ کا جذبہ پیدا ہوتا ہے۔ یہ ری تھنکنگ اس کے ذہن کو جگاتی ہے۔</w:t>
      </w:r>
    </w:p>
    <w:p>
      <w:r>
        <w:rPr>
          <w:b/>
        </w:rPr>
        <w:t xml:space="preserve">[55:41] </w:t>
      </w:r>
      <w:r>
        <w:t>iska ehsas-e-nadamat iski shakhsiyat ke irteqa ya personality development ka zariya ban jata hai. is tarah iske andar ek aisa process jaari ho jata hai jo iski roohani taraqqi ko nai unchaiyon tak pohncha deta hai.</w:t>
      </w:r>
    </w:p>
    <w:p>
      <w:pPr>
        <w:jc w:val="right"/>
      </w:pPr>
      <w:r>
        <w:t>اس کا احساس ندامت اس کی شخصیت کے ارتقاء یا پرسنیلٹی ڈیویلپمنٹ کا ذریعہ بن جاتا ہے۔ اس طرح اس کے اندر ایک ایسا پروسیس جاری ہو جاتا ہے جو اس کی روحانی ترقی کو نئی اونچائیوں تک پہنچا دیتا ہے۔</w:t>
      </w:r>
    </w:p>
    <w:p>
      <w:r>
        <w:rPr>
          <w:b/>
        </w:rPr>
        <w:t xml:space="preserve">[55:57] </w:t>
      </w:r>
      <w:r>
        <w:t>woh aala darje mein ek mazqi insaan ban jata hai.</w:t>
      </w:r>
    </w:p>
    <w:p>
      <w:pPr>
        <w:jc w:val="right"/>
      </w:pPr>
      <w:r>
        <w:t>وہ اعلیٰ درجے میں ایک مزقہ انسان بن جاتا ہے۔</w:t>
      </w:r>
    </w:p>
    <w:p>
      <w:r>
        <w:rPr>
          <w:b/>
        </w:rPr>
        <w:t xml:space="preserve">[56:10] </w:t>
      </w:r>
      <w:r>
        <w:t>islami roohaniyat apni haqeeqat ke aitbar se takhleeqi roohaniyat ya creative spirituality ka naam hai. islami roohaniyat darasal aise momin ki zehni paidaawar hai jo musalsal tadabbur ke zariye is qabil ho gaya ho jo roohani item ya content of spirituality ko cheezon se daryaft kar sake aur is tarah apni roohaniyat ko taraqqi yafta roohaniyat bana sake.</w:t>
      </w:r>
    </w:p>
    <w:p>
      <w:pPr>
        <w:jc w:val="right"/>
      </w:pPr>
      <w:r>
        <w:t>اسلامی روحانیت اپنی حقیقت کے اعتبار سے تخلیقی روحانیت یا کریٹیو سپریچویلٹی کا نام ہے۔ اسلامی روحانیت دراصل ایسے مومن کی ذہنی پیداوار ہے جو مسلسل تدبر کے ذریعے اس قابل ہو گیا ہو جو روحانی آئٹم یا کنٹینٹ آف سپریچویلٹی کو چیزوں سے دریافت کر سکے اور اس طرح اپنی روحانیت کو ترقی یافتہ روحانیت بنائے۔</w:t>
      </w:r>
    </w:p>
    <w:p>
      <w:r>
        <w:rPr>
          <w:b/>
        </w:rPr>
        <w:t xml:space="preserve">[56:37] </w:t>
      </w:r>
      <w:r>
        <w:t>quran mein is amal ko shehad ki makkhi ke amal ki misaal se wazeh kiya gaya hai: "An-Nahl" shehad ki makkhi phoolon ke andar maujood nectar ko nikalti hai aur iske majmooe se woh anokhi cheez banati hai jis ko shehad kaha jata hai.</w:t>
      </w:r>
    </w:p>
    <w:p>
      <w:pPr>
        <w:jc w:val="right"/>
      </w:pPr>
      <w:r>
        <w:t>قرآن میں اس عمل کو شہد کی مکھی کے عمل کی مثال سے واضح کیا گیا ہے: "النحل" شہد کی مکھی پھولوں کے اندر موجود نیکٹر کو نکالتی ہے اور اس کے مجموعے سے وہ انوکھی چیز بناتی ہے جس کو شہد کہا جاتا ہے۔</w:t>
      </w:r>
    </w:p>
    <w:p>
      <w:r>
        <w:rPr>
          <w:b/>
        </w:rPr>
        <w:t xml:space="preserve">[56:56] </w:t>
      </w:r>
      <w:r>
        <w:t>yahi muamla taraqqi yafta insani zehan ka hai. is muamle ko quran mein in alfaaz mein bataya gaya hai: "Wa kam min ayatin fis-samawati wal-ardi yamurruna 'alayha wa hum 'anha mu'ridun" yaani aur aasmanon aur zameen mein kitni hi nishaniyan hain jin par unka guzar hota rehta hai aur woh un par dhyan nahi karte.</w:t>
      </w:r>
    </w:p>
    <w:p>
      <w:pPr>
        <w:jc w:val="right"/>
      </w:pPr>
      <w:r>
        <w:t>یہی معاملہ ترقی یافتہ انسانی ذہن کا ہے۔ اس معاملے کو قرآن میں ان الفاظ میں بتایا گیا ہے: "وکیم من آیت فی السماوات والارض یمرون علیہا وھم عنہا معرضون" یعنی اور آسمانوں اور زمین میں کتنی ہی نشانیاں ہیں جن پر ان کا گزر ہوتا رہتا ہے اور وہ ان پر دھیان نہیں کرتے۔</w:t>
      </w:r>
    </w:p>
    <w:p>
      <w:r>
        <w:rPr>
          <w:b/>
        </w:rPr>
        <w:t xml:space="preserve">[57:22] </w:t>
      </w:r>
      <w:r>
        <w:t>yahan quran mein ayat se murad roohani nectar ya nectar of spirituality hai. momin ka tayyar zehan jab zameen-o-asman ko dekhta hai to woh bar bar cheezon mein chhupe hue roohani nectar ko daryaft karta hai aur phir usko akhz kar ke apni fikri irteqa ka zariya banata hai.</w:t>
      </w:r>
    </w:p>
    <w:p>
      <w:pPr>
        <w:jc w:val="right"/>
      </w:pPr>
      <w:r>
        <w:t>یہاں قرآن میں آیت سے مراد روحانی نیکٹر یا نیکٹر آف سپریچویلٹی ہے۔ مومن کا تیار ذہن جب زمین و آسمان کو دیکھتا ہے تو وہ بار بار چیزوں میں چھپے ہوئے روحانی نیکٹر کو دریافت کرتا ہے اور پھر اس کو اخذ کر کے اپنی فکری ارتقاء کا ذریعہ بناتا ہے۔</w:t>
      </w:r>
    </w:p>
    <w:p>
      <w:r>
        <w:rPr>
          <w:b/>
        </w:rPr>
        <w:t xml:space="preserve">[57:43] </w:t>
      </w:r>
      <w:r>
        <w:t>is tarah iske andar ek roohani shakhsiyat jagti hai. is tarah iski soch taraqqi karte karte isko ek taraqqi yafta shakhsiyat ya developed personality bana deti hai.</w:t>
      </w:r>
    </w:p>
    <w:p>
      <w:pPr>
        <w:jc w:val="right"/>
      </w:pPr>
      <w:r>
        <w:t>اس طرح اس کے اندر ایک روحانی شخصیت جاگتی ہے۔ اس طرح اس کی سوچ ترقی کرتے کرتے اس کو ایک ترقی یافتہ شخصیت یا ڈیویلپڈ پرسنیلٹی بنا دیتی ہے۔</w:t>
      </w:r>
    </w:p>
    <w:p>
      <w:r>
        <w:rPr>
          <w:b/>
        </w:rPr>
        <w:t xml:space="preserve">[57:54] </w:t>
      </w:r>
      <w:r>
        <w:t>zameen-o-asman ke andar yeh roohani nectar madi surat mein nahi hai jaisa ke shehad ki misaal mein hota hai balkeh woh imkan ya potential ke roop mein hai jo daryaft ke zariye insaan ko hasil hota hai.</w:t>
      </w:r>
    </w:p>
    <w:p>
      <w:pPr>
        <w:jc w:val="right"/>
      </w:pPr>
      <w:r>
        <w:t>زمین و آسمان کے اندر یہ روحانی نیکٹر مادی صورت میں نہیں ہے جیسا کہ شہد کی مثال میں ہوتا ہے بلکہ وہ امکان یا پوٹینشل کے روپ میں ہے جو دریافت کے ذریعے انسان کو حاصل ہوتا ہے۔</w:t>
      </w:r>
    </w:p>
    <w:p>
      <w:r>
        <w:rPr>
          <w:b/>
        </w:rPr>
        <w:t xml:space="preserve">[58:10] </w:t>
      </w:r>
      <w:r>
        <w:t>shehad ki hesiyat madi nectar ki hai aur roohani item ki hesiyat tausim ke zariye akhz kardah spiritual wisdom ki.</w:t>
      </w:r>
    </w:p>
    <w:p>
      <w:pPr>
        <w:jc w:val="right"/>
      </w:pPr>
      <w:r>
        <w:t>شہد کی حیثیت مادی نیکٹر کی ہے اور روحانی آئٹم کی حیثیت توسم کے ذریعے اخذ کردہ سپریچول وزڈم کی۔</w:t>
      </w:r>
    </w:p>
    <w:p>
      <w:r>
        <w:rPr>
          <w:b/>
        </w:rPr>
        <w:t xml:space="preserve">[58:28] </w:t>
      </w:r>
      <w:r>
        <w:t>al-risala mission. Maulana Syed Iqbal Ahmed Umri Tamil Nadu se Maulana se ek sawal puchte hain.</w:t>
      </w:r>
    </w:p>
    <w:p>
      <w:pPr>
        <w:jc w:val="right"/>
      </w:pPr>
      <w:r>
        <w:t>الرسالہ مشن۔ مولانا سید اقبال احمد عمری تامل ناڈو سے مولانا سے ایک سوال پوچھتے ہیں۔</w:t>
      </w:r>
    </w:p>
    <w:p>
      <w:r>
        <w:rPr>
          <w:b/>
        </w:rPr>
        <w:t xml:space="preserve">[58:37] </w:t>
      </w:r>
      <w:r>
        <w:t>woh kehte hain ke al-risala mission ke talluq se maine ek sahab se poocha ke aap ke khayal mein al-risala mission ki sab se badi discovery kya hai?</w:t>
      </w:r>
    </w:p>
    <w:p>
      <w:pPr>
        <w:jc w:val="right"/>
      </w:pPr>
      <w:r>
        <w:t>وہ کہتے ہیں کہ الرسالہ مشن کے تعلق سے میں نے ایک صاحب سے پوچھا کہ آپ کے خیال میں الرسالہ مشن کی سب سے بڑی ڈسکوری کیا ہے؟</w:t>
      </w:r>
    </w:p>
    <w:p>
      <w:r>
        <w:rPr>
          <w:b/>
        </w:rPr>
        <w:t xml:space="preserve">[58:47] </w:t>
      </w:r>
      <w:r>
        <w:t>unhone jawab diya ke mind-based marifat aur peace-based activism. lekin mera khayal hai ke al-risala mission ki sab se badi discovery hai mansooba-e-takleeq ke mutabiq deen ki sahi ta'beer pesh karna.</w:t>
      </w:r>
    </w:p>
    <w:p>
      <w:pPr>
        <w:jc w:val="right"/>
      </w:pPr>
      <w:r>
        <w:t>انہوں نے جواب دیا کہ مائنڈ بیس معرفت اور پیس بیسڈ ایکٹیوزم۔ لیکن میرا خیال ہے کہ الرسالہ مشن کی سب سے بڑی ڈسکوری ہے منصوبہ تخلیق کے مطابق دین کی صحیح تعبیر پیش کرنا۔</w:t>
      </w:r>
    </w:p>
    <w:p>
      <w:r>
        <w:rPr>
          <w:b/>
        </w:rPr>
        <w:t xml:space="preserve">[59:03] </w:t>
      </w:r>
      <w:r>
        <w:t>pehli dono baatein iski amli shakal hain. iqdam ki duniya mein amli taur par yeh dono badi discovery hain. Maulana is par kuch tabsarah farmayein.</w:t>
      </w:r>
    </w:p>
    <w:p>
      <w:pPr>
        <w:jc w:val="right"/>
      </w:pPr>
      <w:r>
        <w:t>پہلی دونوں باتیں اس کی عملی شکل ہیں۔ اقدام کی دنیا میں عملی طور پر یہ دونوں بڑی ڈسکوری ہیں۔ مولانا اس پر کچھ تبصرہ فرمائیں۔</w:t>
      </w:r>
    </w:p>
    <w:p>
      <w:r>
        <w:rPr>
          <w:b/>
        </w:rPr>
        <w:t xml:space="preserve">[59:14] </w:t>
      </w:r>
      <w:r>
        <w:t>is ke jawab mein Maulana ne farmaya: "main kahunga ke meri sab se badi discovery Allah ki daryaft hai." Allah ki daryaft se murad Allah ko hayy-o-qayyum ki hesiyat se shu'oori taur par jaan lena.</w:t>
      </w:r>
    </w:p>
    <w:p>
      <w:pPr>
        <w:jc w:val="right"/>
      </w:pPr>
      <w:r>
        <w:t>اس کے جواب میں مولانا نے فرمایا: "میں کہوں گا کہ میری سب سے بڑی ڈسکوری اللہ کی دریافت ہے۔" اللہ کی دریافت سے مراد اللہ کو حی و قیوم کی حیثیت سے شعوری طور پر جان لینا۔</w:t>
      </w:r>
    </w:p>
    <w:p>
      <w:r>
        <w:rPr>
          <w:b/>
        </w:rPr>
        <w:t xml:space="preserve">[59:29] </w:t>
      </w:r>
      <w:r>
        <w:t>mere ilm ke mutabiq is discovery mein shayad main akela hoon. agar aap ko iska tajruba karna hai to aap duniya ke kisi bade aalim ki majlis mein ek ghanta baithiye aur dekhiye kya aap ko is majlis mein Khuda ka zinda tazkira milta hai ya phir kisi kutub khane mein ja kar talash kijiye ke kya kisi shakhs ne Allah Rabb-ul-Alameen ke wajood par koi qabil-e-zikr kitab likhi hai?</w:t>
      </w:r>
    </w:p>
    <w:p>
      <w:pPr>
        <w:jc w:val="right"/>
      </w:pPr>
      <w:r>
        <w:t>میرے علم کے مطابق اس ڈسکوری میں شاید میں اکیلا ہوں۔ اگر آپ کو اس کا تجربہ کرنا ہے تو آپ دنیا کے کسی بڑے عالم کی مجلس میں ایک گھنٹہ بیٹھیے اور دیکھیے کیا آپ کو اس مجلس میں خدا کا زندہ تذکرہ ملتا ہے یا پھر کسی کتب خانے میں جا کر تلاش کیجئے کہ کیا کسی شخص نے اللہ رب العالمین کے وجود پر کوئی قابل ذکر کتاب لکھی ہے؟</w:t>
      </w:r>
    </w:p>
    <w:p>
      <w:r>
        <w:rPr>
          <w:b/>
        </w:rPr>
        <w:t xml:space="preserve">[59:58] </w:t>
      </w:r>
      <w:r>
        <w:t>kya aap kisi aisi tehreek ko jante hain jis ka markaz o mahwar sirf Allah ho? mere ilm ke mutabiq log Allah par rasmi aqeedah to rakhte hain lekin unhon ne shoori taur par Allah rab ul alameen ko aik zindah haqeeqat ki hesiyat se daryaft nahi kiya.</w:t>
      </w:r>
    </w:p>
    <w:p>
      <w:pPr>
        <w:jc w:val="right"/>
      </w:pPr>
      <w:r>
        <w:t>کیا آپ کسی ایسی تحریک کو جانتے ہیں جس کا مرکز و محور صرف اللہ ہو؟ میرے علم کے مطابق لوگ اللہ پر رسمی عقیدہ تو رکھتے ہیں لیکن انہوں نے شعوری طور پر اللہ رب العالمین کو ایک زندہ حقیقت کی حیثیت سے دریافت نہیں کیا۔</w:t>
      </w:r>
    </w:p>
    <w:p>
      <w:r>
        <w:rPr>
          <w:b/>
        </w:rPr>
        <w:t xml:space="preserve">[1:00:20] </w:t>
      </w:r>
      <w:r>
        <w:t>Allah ki daryaft aik cheez ki daryaft nahi hai balkeh Allah ki daryaft tamam cheezon ki daryaft hai.</w:t>
      </w:r>
    </w:p>
    <w:p>
      <w:pPr>
        <w:jc w:val="right"/>
      </w:pPr>
      <w:r>
        <w:t>اللہ کی دریافت ایک چیز کی دریافت نہیں ہے بلکہ اللہ کی دریافت تمام چیزوں کی دریافت ہے۔</w:t>
      </w:r>
    </w:p>
    <w:p>
      <w:r>
        <w:rPr>
          <w:b/>
        </w:rPr>
        <w:t xml:space="preserve">[1:00:29] </w:t>
      </w:r>
      <w:r>
        <w:t>jis aadmi ko Allah ki daryaft ho jaye us ko zindagi ka sira mil jayega. woh zindagi ki haqeeqat ko gehrai ke sath jaan lega.</w:t>
      </w:r>
    </w:p>
    <w:p>
      <w:pPr>
        <w:jc w:val="right"/>
      </w:pPr>
      <w:r>
        <w:t>جس آدمی کو اللہ کی دریافت ہو جائے اس کو زندگی کا سرا مل جائے گا۔ وہ زندگی کی حقیقت کو گہرائی کے ساتھ جان لے گا۔</w:t>
      </w:r>
    </w:p>
    <w:p>
      <w:r>
        <w:rPr>
          <w:b/>
        </w:rPr>
        <w:t xml:space="preserve">[1:00:39] </w:t>
      </w:r>
      <w:r>
        <w:t>us ko zindagi ke aaghaz aur zindagi ke anjam ki marifat ho jayegi. woh har cheez ke baray mein sahih rai qaim karne ke qabil ho jayega.</w:t>
      </w:r>
    </w:p>
    <w:p>
      <w:pPr>
        <w:jc w:val="right"/>
      </w:pPr>
      <w:r>
        <w:t>اس کو زندگی کے آغاز اور زندگی کے انجام کی معرفت ہو جائے گی۔ وہ ہر چیز کے بارے میں صحیح رائے قائم کرنے کے قابل ہو جائے گا۔</w:t>
      </w:r>
    </w:p>
    <w:p>
      <w:r>
        <w:rPr>
          <w:b/>
        </w:rPr>
        <w:t xml:space="preserve">[1:00:51] </w:t>
      </w:r>
      <w:r>
        <w:t>us ko marifat ka woh sira mil jayega jis ki roshni mein woh tamam cheezon ko as it is dekhne ke qabil ho jayega.</w:t>
      </w:r>
    </w:p>
    <w:p>
      <w:pPr>
        <w:jc w:val="right"/>
      </w:pPr>
      <w:r>
        <w:t>اس کو معرفت کا وہ سرا مل جائے گا جس کی روشنی میں وہ تمام چیزوں کو ایز اٹ از دیکھنے کے قابل ہو جائے گا۔</w:t>
      </w:r>
    </w:p>
    <w:p>
      <w:r>
        <w:rPr>
          <w:b/>
        </w:rPr>
        <w:t xml:space="preserve">[1:01:00] </w:t>
      </w:r>
      <w:r>
        <w:t>Allah ki daryaft se pehle insan na apne aap ko haqeeqi taur par janta hai aur na baqi kainaat ko. woh na tareekh ko janta hai aur na taabeer ko.</w:t>
      </w:r>
    </w:p>
    <w:p>
      <w:pPr>
        <w:jc w:val="right"/>
      </w:pPr>
      <w:r>
        <w:t>اللہ کی دریافت سے پہلے انسان نہ اپنے آپ کو حقیقی طور پر جانتا ہے اور نہ بقیہ کائنات کو۔ وہ نہ تاریخ کو جانتا ہے اور نہ تعبیر کو۔</w:t>
      </w:r>
    </w:p>
    <w:p>
      <w:r>
        <w:rPr>
          <w:b/>
        </w:rPr>
        <w:t xml:space="preserve">[1:01:13] </w:t>
      </w:r>
      <w:r>
        <w:t>meri discovery kya hai? is ko samajhne ke liye main aik misaal deta hoon. sari dunya ke musalman yeh jante hain ke Allah ne apne peghambar ko rehmat ul alameen bana kar bheja hai.</w:t>
      </w:r>
    </w:p>
    <w:p>
      <w:pPr>
        <w:jc w:val="right"/>
      </w:pPr>
      <w:r>
        <w:t>میری ڈسکوری کیا ہے؟ اس کو سمجھنے کے لیے میں ایک مثال دیتا ہوں۔ ساری دنیا کے مسلمان یہ جانتے ہیں کہ اللہ نے اپنے پیغمبر کو رحمت اللعالمین بنا کر بھیجا ہے۔</w:t>
      </w:r>
    </w:p>
    <w:p>
      <w:r>
        <w:rPr>
          <w:b/>
        </w:rPr>
        <w:t xml:space="preserve">[1:01:27] </w:t>
      </w:r>
      <w:r>
        <w:t>is aqeeday ko le kar sari dunya ke musalman rasool Allah ki naat khwani kar rahe hain. nasr mein bhi aur nazm mein bhi.</w:t>
      </w:r>
    </w:p>
    <w:p>
      <w:pPr>
        <w:jc w:val="right"/>
      </w:pPr>
      <w:r>
        <w:t>اس عقیدے کو لے کر ساری دنیا کے مسلمان رسول اللہ کی نعت خوانی کر رہے ہیں۔ نصر میں بھی اور نظم میں بھی۔</w:t>
      </w:r>
    </w:p>
    <w:p>
      <w:r>
        <w:rPr>
          <w:b/>
        </w:rPr>
        <w:t xml:space="preserve">[1:01:36] </w:t>
      </w:r>
      <w:r>
        <w:t>quran mein jis cheez ko rehmat ul alameen kaha gaya hai us ko tamam dunya ke musalman shakhsi manqabat ke mani mein liye hue hain.</w:t>
      </w:r>
    </w:p>
    <w:p>
      <w:pPr>
        <w:jc w:val="right"/>
      </w:pPr>
      <w:r>
        <w:t>قرآن میں جس چیز کو رحمت اللعالمین کہا گیا ہے اس کو تمام دنیا کے مسلمان شخصی منقبت کے معنی میں لیے ہوئے ہیں۔</w:t>
      </w:r>
    </w:p>
    <w:p>
      <w:r>
        <w:rPr>
          <w:b/>
        </w:rPr>
        <w:t xml:space="preserve">[1:01:46] </w:t>
      </w:r>
      <w:r>
        <w:t>lekin quran ki is ayat mein aik bohat bari haqeeqat ka ailan hai. woh haqeeqat yeh hai ke Allah ne apne peghambar ke zariye tareekh mein aik inqilab barpa kiya jis ka hawala quran mein itmam e noor ke alfaaz mein milta hai.</w:t>
      </w:r>
    </w:p>
    <w:p>
      <w:pPr>
        <w:jc w:val="right"/>
      </w:pPr>
      <w:r>
        <w:t>لیکن قرآن کی اس آیت میں ایک بہت بڑی حقیقت کا اعلان ہے۔ وہ حقیقت یہ ہے کہ اللہ نے اپنے پیغمبر کے ذریعے تاریخ میں ایک انقلاب برپا کیا جس کا حوالہ قرآن میں اتمام نور کے الفاظ میں ملتا ہے۔</w:t>
      </w:r>
    </w:p>
    <w:p>
      <w:r>
        <w:rPr>
          <w:b/>
        </w:rPr>
        <w:t xml:space="preserve">[1:02:04] </w:t>
      </w:r>
      <w:r>
        <w:t>yeh itmam e noor kya tha? woh yeh tha ke peghambar e islam ke zariye tareekh mein aik عالمی inqilab barpa kiya jayega.</w:t>
      </w:r>
    </w:p>
    <w:p>
      <w:pPr>
        <w:jc w:val="right"/>
      </w:pPr>
      <w:r>
        <w:t>یہ اتمام نور کیا تھا؟ وہ یہ تھا کہ پیغمبر اسلام کے ذریعے تاریخ میں ایک عالمی انقلاب برپا کیا جائے گا۔</w:t>
      </w:r>
    </w:p>
    <w:p>
      <w:r>
        <w:rPr>
          <w:b/>
        </w:rPr>
        <w:t xml:space="preserve">[1:02:13] </w:t>
      </w:r>
      <w:r>
        <w:t>is inqilab ke nateejay mein aik bohat bara waqea pesh ayega. woh hai afaq o anfus ki ayat ka munkashif kiya jana.</w:t>
      </w:r>
    </w:p>
    <w:p>
      <w:pPr>
        <w:jc w:val="right"/>
      </w:pPr>
      <w:r>
        <w:t>اس انقلاب کے نتیجے میں ایک بہت بڑا واقعہ پیش آئے گا۔ وہ ہے افاق و انفس کی آیات کا منکشف کیا جانا۔</w:t>
      </w:r>
    </w:p>
    <w:p>
      <w:r>
        <w:rPr>
          <w:b/>
        </w:rPr>
        <w:t xml:space="preserve">[1:02:22] </w:t>
      </w:r>
      <w:r>
        <w:t>is amal ya process ke nuqta inteha ya culmination par woh azeem haqaiq zahir hue jin ko Allah rab ul alameen ki marifat ka kainaati khazana kaha ja sakta hai.</w:t>
      </w:r>
    </w:p>
    <w:p>
      <w:pPr>
        <w:jc w:val="right"/>
      </w:pPr>
      <w:r>
        <w:t>اس عمل یا پروسیس کے نقطہ انتہا یا کلمینیشن پر وہ عظیم حقائق ظاہر ہوئے جن کو اللہ رب العالمین کی معرفت کا کائناتی خزانہ کہا جا سکتا ہے۔</w:t>
      </w:r>
    </w:p>
    <w:p>
      <w:r>
        <w:rPr>
          <w:b/>
        </w:rPr>
        <w:t xml:space="preserve">[1:02:37] </w:t>
      </w:r>
      <w:r>
        <w:t>yeh inqilab wohi tha jis ko jadeed scientific inqilab kaha jata hai. is inqilab ke zariye tareekh mein pehli bar woh scientific framework insan ke ilm mein aya jo Allah rab ul alameen ki aala marifat ka daftar hai.</w:t>
      </w:r>
    </w:p>
    <w:p>
      <w:pPr>
        <w:jc w:val="right"/>
      </w:pPr>
      <w:r>
        <w:t>یہ انقلاب وہی تھا جس کو جدید سائنسی انقلاب کہا جاتا ہے۔ اس انقلاب کے ذریعے تاریخ میں پہلی بار وہ سائنٹیفک فریم ورک انسان کے علم میں آیا جو اللہ رب العالمین کی اعلیٰ معرفت کا دفتر ہے۔</w:t>
      </w:r>
    </w:p>
    <w:p>
      <w:r>
        <w:rPr>
          <w:b/>
        </w:rPr>
        <w:t xml:space="preserve">[1:02:56] </w:t>
      </w:r>
      <w:r>
        <w:t>main ne apne mutalay ke zariye is haqeeqat ko daryaft kiya aur scientific framework ko istemal karte hue Allah rab ul alameen ki aala marifat tak pohancha.</w:t>
      </w:r>
    </w:p>
    <w:p>
      <w:pPr>
        <w:jc w:val="right"/>
      </w:pPr>
      <w:r>
        <w:t>میں نے اپنے مطالعے کے ذریعے اس حقیقت کو دریافت کیا اور سائنسی فریم ورک کو استعمال کرتے ہوئے اللہ رب العالمین کی اعلیٰ معرفت تک پہنچا۔</w:t>
      </w:r>
    </w:p>
    <w:p>
      <w:r>
        <w:rPr>
          <w:b/>
        </w:rPr>
        <w:t xml:space="preserve">[1:03:08] </w:t>
      </w:r>
      <w:r>
        <w:t>yeh rabbani marifat bilashubah mera sab se bara سرمایہ hai. agar main is framework se bekhabar hota to shayad main aik andhay behray insan ki hesiyat se jeeta aur andhay behray insan ki hesiyat se marta.</w:t>
      </w:r>
    </w:p>
    <w:p>
      <w:pPr>
        <w:jc w:val="right"/>
      </w:pPr>
      <w:r>
        <w:t>یہ ربانی معرفت بلاشبہ میرا سب سے بڑا سرمایہ ہے۔ اگر میں اس فریم ورک سے بے خبر ہوتا تو شاید میں ایک اندھے بہرے انسان کی حیثیت سے جیتا اور اندھے بہرے انسان کی حیثیت سے مرتا۔</w:t>
      </w:r>
    </w:p>
    <w:p>
      <w:r>
        <w:rPr>
          <w:b/>
        </w:rPr>
        <w:t xml:space="preserve">[1:03:24] </w:t>
      </w:r>
      <w:r>
        <w:t>rasool Allah ke rehmat ul alameen hone ka aik na qabil e bayan pehlu yeh hai ke aap ke zariye woh inqilab aya jis ne Allah ki aala marifat tak rasai ko har insan ke liye mumkin bana diya aur bilashubah Allah ki aala marifat se ziyada bari koi cheez is dunya mein nahi.</w:t>
      </w:r>
    </w:p>
    <w:p>
      <w:pPr>
        <w:jc w:val="right"/>
      </w:pPr>
      <w:r>
        <w:t>رسول اللہ کے رحمت اللعالمین ہونے کا ایک ناقابل بیان پہلو یہ ہے کہ آپ کے ذریعے وہ انقلاب آیا جس نے اللہ کی اعلیٰ معرفت تک رسائی کو ہر انسان کے لیے ممکن بنا دیا اور بلاشبہ اللہ کی اعلیٰ معرفت سے زیادہ بڑی کوئی چیز اس دنیا میں نہیں۔</w:t>
      </w:r>
    </w:p>
    <w:p>
      <w:r>
        <w:rPr>
          <w:b/>
        </w:rPr>
        <w:t xml:space="preserve">[1:03:48] </w:t>
      </w:r>
      <w:r>
        <w:t>marifat sirf aik cheez nahi, woh tamam matloob cheezon ke husool ka wahid zariya hai.</w:t>
      </w:r>
    </w:p>
    <w:p>
      <w:pPr>
        <w:jc w:val="right"/>
      </w:pPr>
      <w:r>
        <w:t>معرفت صرف ایک چیز نہیں، وہ تمام مطلوب چیزوں کے حصول کا واحد ذریعہ ہے۔</w:t>
      </w:r>
    </w:p>
    <w:p>
      <w:r>
        <w:rPr>
          <w:b/>
        </w:rPr>
        <w:t xml:space="preserve">[1:04:04] </w:t>
      </w:r>
      <w:r>
        <w:t>Deen ke do darje.</w:t>
      </w:r>
    </w:p>
    <w:p>
      <w:pPr>
        <w:jc w:val="right"/>
      </w:pPr>
      <w:r>
        <w:t>دین کے دو درجے۔</w:t>
      </w:r>
    </w:p>
    <w:p>
      <w:r>
        <w:rPr>
          <w:b/>
        </w:rPr>
        <w:t xml:space="preserve">[1:04:08] </w:t>
      </w:r>
      <w:r>
        <w:t>Yahud ki tareekh ke bare mein ek ayat Quran mein in alfaz mein aayi hai: Masal alladhina humil</w:t>
      </w:r>
    </w:p>
    <w:p>
      <w:pPr>
        <w:jc w:val="right"/>
      </w:pPr>
      <w:r>
        <w:t>یہود کی تاریخ کے بارے میں ایک آیت قرآن میں ان الفاظ میں آئی ہے: مثل الذین حمل</w:t>
      </w:r>
    </w:p>
    <w:p>
      <w:r>
        <w:rPr>
          <w:b/>
        </w:rPr>
        <w:t xml:space="preserve">[1:04:16] </w:t>
      </w:r>
      <w:r>
        <w:t>al-Tawrata thumma lam yahmiluha kamathal al-himari yahmilu asfara ba'tha mithal al-qawmi alladhina kaththabu bi-ayat Allah wallahu la yahdi</w:t>
      </w:r>
    </w:p>
    <w:p>
      <w:pPr>
        <w:jc w:val="right"/>
      </w:pPr>
      <w:r>
        <w:t>التورات ثم لم یحملوها كمثل الحمار یحمل اسفارا بعثا مثل القوم الذین کذبوا بآیات اللہ واللہ لا یہدی</w:t>
      </w:r>
    </w:p>
    <w:p>
      <w:r>
        <w:rPr>
          <w:b/>
        </w:rPr>
        <w:t xml:space="preserve">[1:04:30] </w:t>
      </w:r>
      <w:r>
        <w:t>al-qawm al-zhalimin yaani jin logon ko Tawrat di gayi phir unhon ne is ko na uthaya, un ki</w:t>
      </w:r>
    </w:p>
    <w:p>
      <w:pPr>
        <w:jc w:val="right"/>
      </w:pPr>
      <w:r>
        <w:t>القوم الظالمین یعنی جن لوگوں کو تورات دی گئی پھر انہوں نے اس کو نہ اٹھایا، ان کی</w:t>
      </w:r>
    </w:p>
    <w:p>
      <w:r>
        <w:rPr>
          <w:b/>
        </w:rPr>
        <w:t xml:space="preserve">[1:04:37] </w:t>
      </w:r>
      <w:r>
        <w:t>misal us gadhe ki si hai jo kitabon ka bojh uthaye hue ho.</w:t>
      </w:r>
    </w:p>
    <w:p>
      <w:pPr>
        <w:jc w:val="right"/>
      </w:pPr>
      <w:r>
        <w:t>مثال اس گدھے کی سی ہے جو کتابوں کا بوجھ اٹھائے ہوئے ہو۔</w:t>
      </w:r>
    </w:p>
    <w:p>
      <w:r>
        <w:rPr>
          <w:b/>
        </w:rPr>
        <w:t xml:space="preserve">[1:04:43] </w:t>
      </w:r>
      <w:r>
        <w:t>kya hi buri misal hai un logon ki jinhon ne Allah ki ayat ko jhutlaya aur Allah zalim logon ko hidayat nahi deta.</w:t>
      </w:r>
    </w:p>
    <w:p>
      <w:pPr>
        <w:jc w:val="right"/>
      </w:pPr>
      <w:r>
        <w:t>کیا ہی بری مثال ہے ان لوگوں کی جنہوں نے اللہ کی آیتوں کو جھٹلایا اور اللہ ظالم لوگوں کو ہدایت نہیں دیتا۔</w:t>
      </w:r>
    </w:p>
    <w:p>
      <w:r>
        <w:rPr>
          <w:b/>
        </w:rPr>
        <w:t xml:space="preserve">[1:04:52] </w:t>
      </w:r>
      <w:r>
        <w:t>quran ki is ayat mein kisi ummat ke liye haml e kitab ke do darjay maloom hote hain: aik hai insani darjay ka haml ya bearing aur doosra hai hawani darjay ka haml.</w:t>
      </w:r>
    </w:p>
    <w:p>
      <w:pPr>
        <w:jc w:val="right"/>
      </w:pPr>
      <w:r>
        <w:t>قرآن کی اس آیت میں کسی امت کے لیے حمل کتاب کے دو درجے معلوم ہوتے ہیں: ایک ہے انسانی درجے کا حمل یا بیرنگ اور دوسرا ہے حیوانی درجے کا حمل۔</w:t>
      </w:r>
    </w:p>
    <w:p>
      <w:r>
        <w:rPr>
          <w:b/>
        </w:rPr>
        <w:t xml:space="preserve">[1:05:05] </w:t>
      </w:r>
      <w:r>
        <w:t>insani darjay ka haml woh hai jabkay ummat spirit ke aitbar se Khuda ki kitab ki hamil ho. yeh us waqt hota hai jabkay ummat aik zindah ummat ki hesiyat se baqi ho.</w:t>
      </w:r>
    </w:p>
    <w:p>
      <w:pPr>
        <w:jc w:val="right"/>
      </w:pPr>
      <w:r>
        <w:t>انسانی درجے کا حمل وہ ہے جبکہ امت سپرٹ کے اعتبار سے خدا کی کتاب کی حامل ہو۔ یہ اس وقت ہوتا ہے جبکہ امت ایک زندہ امت کی حیثیت سے باقی ہو۔</w:t>
      </w:r>
    </w:p>
    <w:p>
      <w:r>
        <w:rPr>
          <w:b/>
        </w:rPr>
        <w:t xml:space="preserve">[1:05:19] </w:t>
      </w:r>
      <w:r>
        <w:t>is ke baad jab ummat ki baad ki naslon mein zawal aa jaye to us waqt ummat haml hawani ke darjay mein aa jati hai.</w:t>
      </w:r>
    </w:p>
    <w:p>
      <w:pPr>
        <w:jc w:val="right"/>
      </w:pPr>
      <w:r>
        <w:t>اس کے بعد جب امت کی بعد کی نسلوں میں زوال آ جائے تو اس وقت امت حمل حیوانی کے درجے میں آ جاتی ہے۔</w:t>
      </w:r>
    </w:p>
    <w:p>
      <w:r>
        <w:rPr>
          <w:b/>
        </w:rPr>
        <w:t xml:space="preserve">[1:05:29] </w:t>
      </w:r>
      <w:r>
        <w:t>yani form to baqi rehta hai lekin us ki spirit ghayab ho jati hai. jab aisa hota hai to zahir mein log samajhte hain ke ummat deen par qaim hai, halankeh yeh qaim hona waisa hi hai jaise haiwan ki peeth par kitab laad di jaye.</w:t>
      </w:r>
    </w:p>
    <w:p>
      <w:pPr>
        <w:jc w:val="right"/>
      </w:pPr>
      <w:r>
        <w:t>یعنی فارم تو باقی رہتا ہے لیکن اس کی سپرٹ غائب ہو جاتی ہے۔ جب ایسا ہوتا ہے تو ظاہر میں لوگ سمجھتے ہیں کہ امت دین پر قائم ہے، حالانکہ یہ قائم ہونا ویسا ہی ہے جیسے حیوان کی پیٹھ پر کتاب لاد دی جائے۔</w:t>
      </w:r>
    </w:p>
    <w:p>
      <w:r>
        <w:rPr>
          <w:b/>
        </w:rPr>
        <w:t xml:space="preserve">[1:05:45] </w:t>
      </w:r>
      <w:r>
        <w:t>jab kisi ummat ka yeh haal ho jaye to us waqt karne ka kaam yeh nahi hota ke form ki dhoom machai jaye, balkeh us waqt karne ka kaam yeh hota hai ke ummat ke andar dobara spirit ko zindah kiya jaye, us ko dobara deen ke ma'navi pehlu par khara kiya jaye.</w:t>
      </w:r>
    </w:p>
    <w:p>
      <w:pPr>
        <w:jc w:val="right"/>
      </w:pPr>
      <w:r>
        <w:t>جب کسی امت کا یہ حال ہو جائے تو اس وقت کرنے کا کام یہ نہیں ہوتا کہ فارم کی دھوم مچائی جائے، بلکہ اس وقت کرنے کا کام یہ ہوتا ہے کہ امت کے اندر دوبارہ سپرٹ کو زندہ کیا جائے، اس کو دوبارہ دین کے معنوی پہلو پر کھڑا کیا جائے۔</w:t>
      </w:r>
    </w:p>
    <w:p>
      <w:r>
        <w:rPr>
          <w:b/>
        </w:rPr>
        <w:t xml:space="preserve">[1:06:05] </w:t>
      </w:r>
      <w:r>
        <w:t>kisi ummat mein deen kabhi kulli maanon mein khatm nahin hota. khatm hone ka matlab amalan yahi hai ke ummat ke afraad mein deen ka form to bazahir maujood ho magar deen ki spirit un ke andar se nikal gayi ho.</w:t>
      </w:r>
    </w:p>
    <w:p>
      <w:pPr>
        <w:jc w:val="right"/>
      </w:pPr>
      <w:r>
        <w:t>کسی امت میں دین کبھی کلی معنوں میں ختم نہیں ہوتا۔ ختم ہونے کا مطلب عملاً یہی ہے کہ امت کے افراد میں دین کا فارم تو بظاہر موجود ہو مگر دین کی سپرٹ ان کے اندر سے نکل گئی ہو۔</w:t>
      </w:r>
    </w:p>
    <w:p>
      <w:r>
        <w:rPr>
          <w:b/>
        </w:rPr>
        <w:t xml:space="preserve">[1:06:23] </w:t>
      </w:r>
      <w:r>
        <w:t>misalan nafrat wala deen to maujood ho lekin mohabbat wala deen maujood na ho. mabni bar tashaddud deen to maujood ho lekin mabni bar aman wala deen ghayab ho gaya.</w:t>
      </w:r>
    </w:p>
    <w:p>
      <w:pPr>
        <w:jc w:val="right"/>
      </w:pPr>
      <w:r>
        <w:t>مثلاً نفرت والا دین تو موجود ہو لیکن محبت والا دین موجود نہ ہو۔ مبنی بر تشدد دین تو موجود ہو لیکن مبنی بر امن والا دین غائب ہو گیا۔</w:t>
      </w:r>
    </w:p>
    <w:p>
      <w:r>
        <w:rPr>
          <w:b/>
        </w:rPr>
        <w:t xml:space="preserve">[1:06:35] </w:t>
      </w:r>
      <w:r>
        <w:t>mabni bar quomiyat wala deen to maujood ho lekin mabni bar dawat wala deen un ke andar paya na jaye waghera.</w:t>
      </w:r>
    </w:p>
    <w:p>
      <w:pPr>
        <w:jc w:val="right"/>
      </w:pPr>
      <w:r>
        <w:t>مبنی بر قومیت والا دین تو موجود ہو لیکن مبنی بر دعوت والا دین ان کے اندر پایا نہ جائے وغیرہ۔</w:t>
      </w:r>
    </w:p>
    <w:p>
      <w:r>
        <w:rPr>
          <w:b/>
        </w:rPr>
        <w:t xml:space="preserve">[1:06:53] </w:t>
      </w:r>
      <w:r>
        <w:t>maut ka waqia. paighambar e islam sallallahu alaihi wasallam ne farmaya: aksiru zikr hadim al-zati yani al-maut.</w:t>
      </w:r>
    </w:p>
    <w:p>
      <w:pPr>
        <w:jc w:val="right"/>
      </w:pPr>
      <w:r>
        <w:t>موت کا واقعہ۔ پیغمبر اسلام صلی اللہ علیہ وسلم نے فرمایا: اکثروا ذکر ہادم الذاتی یعنی الموت۔</w:t>
      </w:r>
    </w:p>
    <w:p>
      <w:r>
        <w:rPr>
          <w:b/>
        </w:rPr>
        <w:t xml:space="preserve">[1:07:04] </w:t>
      </w:r>
      <w:r>
        <w:t>sunan ibn majah. yani maut ko bohat zyada yaad karo jo lazzaton ko dha dene wali hai. is ki sharah in alfaaz mein ki gayi hai ke maut dunya ki lazzaton se aadmi ko poori tarah munqate kar deti hai.</w:t>
      </w:r>
    </w:p>
    <w:p>
      <w:pPr>
        <w:jc w:val="right"/>
      </w:pPr>
      <w:r>
        <w:t>سنن ابن ماجہ۔ یعنی موت کو بہت زیادہ یاد کرو جو لذتوں کو ڈھا دینے والی ہے۔ اس کی شرح ان الفاظ میں کی گئی ہے کہ موت دنیا کی لذتوں سے آدمی کو پوری طرح منقطع کر دیتی ہے۔</w:t>
      </w:r>
    </w:p>
    <w:p>
      <w:r>
        <w:rPr>
          <w:b/>
        </w:rPr>
        <w:t xml:space="preserve">[1:07:20] </w:t>
      </w:r>
      <w:r>
        <w:t>fa innahu yaqta'u ladhdhat al-dunya qat'an is hadith mein lazzat se murad dunyavi tamannayen ya worldly aspirations hain.</w:t>
      </w:r>
    </w:p>
    <w:p>
      <w:pPr>
        <w:jc w:val="right"/>
      </w:pPr>
      <w:r>
        <w:t>فإنه يقطع لذات الدنيا قطعا اس حدیث میں لذات سے مراد دنیاوی تمنائیں یا ورلڈلی ایسپیریشنز ہیں۔</w:t>
      </w:r>
    </w:p>
    <w:p>
      <w:r>
        <w:rPr>
          <w:b/>
        </w:rPr>
        <w:t xml:space="preserve">[1:07:30] </w:t>
      </w:r>
      <w:r>
        <w:t>yahan jis cheez ko hadim al-lazzat kaha gaya hai, is ko doosre lafzon mein is tarah kaha ja sakta hai ke aadmi ke andar agar maut ka zinda shaoor ho to is ka nateeja yeh hoga ke aadmi ki dunyavi wabastagi ya worldly attachment baqi na rahegi.</w:t>
      </w:r>
    </w:p>
    <w:p>
      <w:pPr>
        <w:jc w:val="right"/>
      </w:pPr>
      <w:r>
        <w:t>یہاں جس چیز کو ہادم اللذات کہا گیا ہے، اس کو دوسرے لفظوں میں اس طرح کہا جا سکتا ہے کہ آدمی کے اندر اگر موت کا زندہ شعور ہو تو اس کا نتیجہ یہ ہوگا کہ آدمی کی دنیاوی وابستگی یا ورلڈلی اٹیچمنٹ باقی نہ رہے گی۔</w:t>
      </w:r>
    </w:p>
    <w:p>
      <w:r>
        <w:rPr>
          <w:b/>
        </w:rPr>
        <w:t xml:space="preserve">[1:07:49] </w:t>
      </w:r>
      <w:r>
        <w:t>wo maut se pehle ki zindagi ke muqable mein maut ke baad ki zindagi ko zyada ahim samjhega. is ke baad us ki soch mukammal taur par akhirat rukh soch ya akhirat oriented thinking ban jayegi.</w:t>
      </w:r>
    </w:p>
    <w:p>
      <w:pPr>
        <w:jc w:val="right"/>
      </w:pPr>
      <w:r>
        <w:t>وہ موت سے پہلے کی زندگی کے مقابلے میں موت کے بعد کی زندگی کو زیادہ اہم سمجھے گا۔ اس کے بعد اس کی سوچ مکمل طور پر آخرت رخی سوچ یا آخرت اورینٹڈ تھنکنگ بن جائے گی۔</w:t>
      </w:r>
    </w:p>
    <w:p>
      <w:r>
        <w:rPr>
          <w:b/>
        </w:rPr>
        <w:t xml:space="preserve">[1:08:04] </w:t>
      </w:r>
      <w:r>
        <w:t>is soch ka asar yeh hoga ke aadmi ki amangen, aadmi ki daud bhaag, aadmi ki mansooba bandi sab akhirat rukh ho jayegi.</w:t>
      </w:r>
    </w:p>
    <w:p>
      <w:pPr>
        <w:jc w:val="right"/>
      </w:pPr>
      <w:r>
        <w:t>اس سوچ کا اثر یہ ہوگا کہ آدمی کی امنگیں، آدمی کی دوڑ بھاگ، آدمی کی منصوبہ بندی سب آخرت رخی ہو جائے گی۔</w:t>
      </w:r>
    </w:p>
    <w:p>
      <w:r>
        <w:rPr>
          <w:b/>
        </w:rPr>
        <w:t xml:space="preserve">[1:08:15] </w:t>
      </w:r>
      <w:r>
        <w:t>jo aadmi maut se ghafil ho, wo maujooda dunya ko sab kuch samajhne lagta hai. is ke zehan par maujooda dunya ka nuqsan aur faida chhaya rehta hai.</w:t>
      </w:r>
    </w:p>
    <w:p>
      <w:pPr>
        <w:jc w:val="right"/>
      </w:pPr>
      <w:r>
        <w:t>جو آدمی موت سے غافل ہو، وہ موجودہ دنیا کو سب کچھ سمجھنے لگتا ہے۔ اس کے ذہن پر موجودہ دنیا کا نقصان اور فائدہ چھایا رہتا ہے۔</w:t>
      </w:r>
    </w:p>
    <w:p>
      <w:r>
        <w:rPr>
          <w:b/>
        </w:rPr>
        <w:t xml:space="preserve">[1:08:26] </w:t>
      </w:r>
      <w:r>
        <w:t>wo ek dunya parast insan ban jata hai. lekin maut ek aisi haqeeqat hai jis ka zinda shaoor aadmi ko hasil ho jaye to is ke baad us ki zindagi mein ek inqilab aa jaye.</w:t>
      </w:r>
    </w:p>
    <w:p>
      <w:pPr>
        <w:jc w:val="right"/>
      </w:pPr>
      <w:r>
        <w:t>وہ ایک دنیا پرست انسان بن جاتا ہے۔ لیکن موت ایک ایسی حقیقت ہے جس کا زندہ شعور آدمی کو حاصل ہو جائے تو اس کے بعد اس کی زندگی میں ایک انقلاب آ جائے۔</w:t>
      </w:r>
    </w:p>
    <w:p>
      <w:r>
        <w:rPr>
          <w:b/>
        </w:rPr>
        <w:t xml:space="preserve">[1:08:39] </w:t>
      </w:r>
      <w:r>
        <w:t>ab wo sab se zyada is din ke bare mein sochega jabke log Rabb al-Alameen ke samne khade kiye jayenge. ab is ko sab se zyada is baat ki fikr ho jayegi ke wo akhirat mein Allah ki pakad se kisi tarah bach jaye.</w:t>
      </w:r>
    </w:p>
    <w:p>
      <w:pPr>
        <w:jc w:val="right"/>
      </w:pPr>
      <w:r>
        <w:t>اب وہ سب سے زیادہ اس دن کے بارے میں سوچے گا جبکہ لوگ رب العالمین کے سامنے کھڑے کیے جائیں گے۔ اب اس کو سب سے زیادہ اس بات کی فکر ہو جائے گی کہ وہ آخرت میں اللہ کی پکڑ سے کسی طرح بچ جائے۔</w:t>
      </w:r>
    </w:p>
    <w:p>
      <w:r>
        <w:rPr>
          <w:b/>
        </w:rPr>
        <w:t xml:space="preserve">[1:08:56] </w:t>
      </w:r>
      <w:r>
        <w:t>wo sab se zyada jahannum se darega aur sab se zyada jannat ka mushtaq ban jayega. us ke lazzat aur gham ke tasawwurat badal jayenge.</w:t>
      </w:r>
    </w:p>
    <w:p>
      <w:pPr>
        <w:jc w:val="right"/>
      </w:pPr>
      <w:r>
        <w:t>وہ سب سے زیادہ جہنم سے ڈرے گا اور سب سے زیادہ جنت کا مشتاق بن جائے گا۔ اس کے لذت اور غم کے تصورات بدل جائیں گے۔</w:t>
      </w:r>
    </w:p>
    <w:p>
      <w:r>
        <w:rPr>
          <w:b/>
        </w:rPr>
        <w:t xml:space="preserve">[1:09:07] </w:t>
      </w:r>
      <w:r>
        <w:t>us ke sochne ka tareeqa aur us ka amli sulook har cheez mein akhirat ka asar dikhai dene lagega.</w:t>
      </w:r>
    </w:p>
    <w:p>
      <w:pPr>
        <w:jc w:val="right"/>
      </w:pPr>
      <w:r>
        <w:t>اس کے سوچنے کا طریقہ اور اس کا عملی سلوک ہر چیز میں آخرت کا اثر دکھائی دینے لگے گا۔</w:t>
      </w:r>
    </w:p>
    <w:p>
      <w:r>
        <w:rPr>
          <w:b/>
        </w:rPr>
        <w:t xml:space="preserve">[1:09:24] </w:t>
      </w:r>
      <w:r>
        <w:t>aman ek qdam. islam mein jang difa ka mamla, issue of defense hai aur aman qdam ka issue, issue of advancement hai.</w:t>
      </w:r>
    </w:p>
    <w:p>
      <w:pPr>
        <w:jc w:val="right"/>
      </w:pPr>
      <w:r>
        <w:t>امن ایک اقدام۔ اسلام میں جنگ دفاع کا معاملہ، ایشو آف ڈیفنس ہے اور امن اقدام کا ایشو، ایشو آف ایڈوانسمنٹ ہے۔</w:t>
      </w:r>
    </w:p>
    <w:p>
      <w:r>
        <w:rPr>
          <w:b/>
        </w:rPr>
        <w:t xml:space="preserve">[1:09:35] </w:t>
      </w:r>
      <w:r>
        <w:t>islam mein ahl-e-iman ko ijazat nahin ke wo apni taraf se jang chheden. albatta jahan tak aman ka ta'alluq hai, ahl-e-iman ko yeh karna hai ke wo islam ki ishaat ke liye pur aman qdam ka mansooba banayen.</w:t>
      </w:r>
    </w:p>
    <w:p>
      <w:pPr>
        <w:jc w:val="right"/>
      </w:pPr>
      <w:r>
        <w:t>اسلام میں اہل ایمان کو اجازت نہیں کہ وہ اپنی طرف سے جنگ چھیڑیں۔ البتہ جہاں تک امن کا تعلق ہے، اہل ایمان کو یہ کرنا ہے کہ وہ اسلام کی اشاعت کے لیے پرامن اقدام کا منصوبہ بنائیں۔</w:t>
      </w:r>
    </w:p>
    <w:p>
      <w:r>
        <w:rPr>
          <w:b/>
        </w:rPr>
        <w:t xml:space="preserve">[1:09:51] </w:t>
      </w:r>
      <w:r>
        <w:t>islam ka yeh usool fitrat ke qanoon par mabni hai. fitrat ke qanoon ke mutabiq jang ke zariye kisi misbat nateeje ka hasool mumkin nahin kyunke jang se kisi baat ka faisla nahin hota,</w:t>
      </w:r>
    </w:p>
    <w:p>
      <w:pPr>
        <w:jc w:val="right"/>
      </w:pPr>
      <w:r>
        <w:t>اسلام کا یہ اصول فطرت کے قانون پر مبنی ہے۔ فطرت کے قانون کے مطابق جنگ کے ذریعے کسی مثبت نتیجے کا حصول ممکن نہیں کیونکہ جنگ سے کسی بات کا فیصلہ نہیں ہوتا،</w:t>
      </w:r>
    </w:p>
    <w:p>
      <w:r>
        <w:rPr>
          <w:b/>
        </w:rPr>
        <w:t xml:space="preserve">[1:10:05] </w:t>
      </w:r>
      <w:r>
        <w:t>na haarne ki soorat mein aur na jeetne ki soorat mein. jang mein agar fateh hasil ho tab bhi haarne wale fareeq ke dil mein intiqam ka jazba bhadak uthta hai.</w:t>
      </w:r>
    </w:p>
    <w:p>
      <w:pPr>
        <w:jc w:val="right"/>
      </w:pPr>
      <w:r>
        <w:t>نہ ہارنے کی صورت میں اور نہ جیتنے کی صورت میں۔ جنگ میں اگر فتح حاصل ہو تب بھی ہارنے والے فریق کے دل میں انتقام کا جذبہ بھڑک اٹھتا ہے۔</w:t>
      </w:r>
    </w:p>
    <w:p>
      <w:r>
        <w:rPr>
          <w:b/>
        </w:rPr>
        <w:t xml:space="preserve">[1:10:16] </w:t>
      </w:r>
      <w:r>
        <w:t>is liye jang mein fateh bhi ek nayi jang ka aaghaz ban jata hai. pur aman mansooba bandi hamesha apna kaam karti hai.</w:t>
      </w:r>
    </w:p>
    <w:p>
      <w:pPr>
        <w:jc w:val="right"/>
      </w:pPr>
      <w:r>
        <w:t>اس لیے جنگ میں فتح بھی ایک نئی جنگ کا آغاز بن جاتا ہے۔ پرامن منصوبہ بندی ہمیشہ اپنا کام کرتی ہے۔</w:t>
      </w:r>
    </w:p>
    <w:p>
      <w:r>
        <w:rPr>
          <w:b/>
        </w:rPr>
        <w:t xml:space="preserve">[1:10:26] </w:t>
      </w:r>
      <w:r>
        <w:t>pur aman mansooba bandi koi naya masla paida nahin karti, wo sirf masle ke hal ki taraf le jati hai. pur aman mansooba bandi ke tehat qdam karna ek aise anjam ki taraf le jata hai jahan jang ka khatma ho jaye aur logon ko pur aman sargharmiyon ke liye awqaf ya opportunities hasil ho jayen.</w:t>
      </w:r>
    </w:p>
    <w:p>
      <w:pPr>
        <w:jc w:val="right"/>
      </w:pPr>
      <w:r>
        <w:t>پرامن منصوبہ بندی کوئی نیا مسئلہ پیدا نہیں کرتی، وہ صرف مسئلے کے حل کی طرف لے جاتی ہے۔ پرامن منصوبہ بندی کے تحت اقدام کرنا ایک ایسے انجام کی طرف لے جاتا ہے جہاں جنگ کا خاتمہ ہو جائے اور لوگوں کو پرامن سرگرمیوں کے لیے مواقع یا اپرچونیٹیز حاصل ہو جائیں۔</w:t>
      </w:r>
    </w:p>
    <w:p>
      <w:r>
        <w:rPr>
          <w:b/>
        </w:rPr>
        <w:t xml:space="preserve">[1:10:47] </w:t>
      </w:r>
      <w:r>
        <w:t>islam ke daur-e-awwal ki tareekh is usool ki tasdeeq karti hai. paighambar e islam sallallahu alaihi wasallam ke zamane mein ahl-e-iman aur un ke mukhalifeen ke darmiyan kuch ladaiyan huin, misalan ghazwa badr, ghazwa uhud, ghazwa hunain waghera.</w:t>
      </w:r>
    </w:p>
    <w:p>
      <w:pPr>
        <w:jc w:val="right"/>
      </w:pPr>
      <w:r>
        <w:t>اسلام کے دور اول کی تاریخ اس اصول کی تصدیق کرتی ہے۔ پیغمبر اسلام صلی اللہ علیہ وسلم کے زمانے میں اہل ایمان اور ان کے مخالفین کے درمیان کچھ لڑائیاں ہوئیں، مثلاً غزوہ بدر، غزوہ احد، غزوہ حنین وغیرہ۔</w:t>
      </w:r>
    </w:p>
    <w:p>
      <w:r>
        <w:rPr>
          <w:b/>
        </w:rPr>
        <w:t xml:space="preserve">[1:11:07] </w:t>
      </w:r>
      <w:r>
        <w:t>magar in ladaiyon se takrao khatm nahin hua. takrao ka khatma us waqt hua jab aap ne yak tarfa taur par sulah ki.</w:t>
      </w:r>
    </w:p>
    <w:p>
      <w:pPr>
        <w:jc w:val="right"/>
      </w:pPr>
      <w:r>
        <w:t>مگر ان لڑائیوں سے ٹکراؤ ختم نہیں ہوا۔ ٹکراؤ کا خاتمہ اس وقت ہوا جب آپ نے یکطرفہ طور پر صلح کی۔</w:t>
      </w:r>
    </w:p>
    <w:p>
      <w:r>
        <w:rPr>
          <w:b/>
        </w:rPr>
        <w:t xml:space="preserve">[1:11:18] </w:t>
      </w:r>
      <w:r>
        <w:t>quran mein fateh ki ayat sirf sulah hudaybiyah ke baad nazil hui. is ayat mein fateh ka matlab hai takrao ka khatma aur pur aman sargharmiyon ke liye muwafiq mahol paida ho jana.</w:t>
      </w:r>
    </w:p>
    <w:p>
      <w:pPr>
        <w:jc w:val="right"/>
      </w:pPr>
      <w:r>
        <w:t>قرآن میں فتح کی آیت صرف صلح حدیبیہ کے بعد نازل ہوئی۔ اس آیت میں فتح کا مطلب ہے ٹکراؤ کا خاتمہ اور پرامن سرگرمیوں کے لیے موافق ماحول پیدا ہو جانا۔</w:t>
      </w:r>
    </w:p>
    <w:p>
      <w:r>
        <w:rPr>
          <w:b/>
        </w:rPr>
        <w:t xml:space="preserve">[1:11:31] </w:t>
      </w:r>
      <w:r>
        <w:t>kisi aur ghazwa ke baad fateh ki ayat nahin utri. hudaybiyah ka waqia chheh hijri mein paish aaya. is mauqe par fareeq-e-sani ki koshish sirf yeh thi ke rasool aur ashab-e-rasool makkah mein dakhil na hon aur umrah kiye baghair wapas madinah chale jayen.</w:t>
      </w:r>
    </w:p>
    <w:p>
      <w:pPr>
        <w:jc w:val="right"/>
      </w:pPr>
      <w:r>
        <w:t>کسی اور غزوہ کے بعد فتح کی آیت نہیں اتری۔ حدیبیہ کا واقعہ چھ ہجری میں پیش آیا۔ اس موقع پر فریق ثانی کی کوشش صرف یہ تھی کہ رسول اور اصحاب رسول مکہ میں داخل نہ ہوں اور عمرہ کیے بغیر واپس مدینہ چلے جائیں۔</w:t>
      </w:r>
    </w:p>
    <w:p>
      <w:r>
        <w:rPr>
          <w:b/>
        </w:rPr>
        <w:t xml:space="preserve">[1:11:49] </w:t>
      </w:r>
      <w:r>
        <w:t>magar paighambar e islam sallallahu alaihi wasallam ne khud apni taraf se aman ki baat cheet ya peace negotiation shuru ki. is mamle mein aap is aakhri had tak gaye ke fareeq-e-sani ki tamam sharton ko yak tarfa taur par manzoor kar liya, sirf is maqsad ke liye ke dono fareeqon ke darmiyan sulah ho jaye aur mu'tadil halaat qaim ho jayen taake khule taur par islam ke dawati mission ko jari kiya ja sake.</w:t>
      </w:r>
    </w:p>
    <w:p>
      <w:pPr>
        <w:jc w:val="right"/>
      </w:pPr>
      <w:r>
        <w:t>مگر پیغمبر اسلام صلی اللہ علیہ وسلم نے خود اپنی طرف سے امن کی بات چیت یا پیس نیگوشی ایشن شروع کی۔ اس معاملے میں آپ اس آخری حد تک گئے کہ فریق ثانی کی تمام شرطوں کو یکطرفہ طور پر منظور کر لیا، صرف اس مقصد کے لیے کہ دونوں فریقوں کے درمیان صلح ہو جائے اور معتدل حالات قائم ہو جائیں تاکہ کھلے طور پر اسلام کے دعوتی مشن کو جاری کیا جا سکے۔</w:t>
      </w:r>
    </w:p>
    <w:p>
      <w:r>
        <w:rPr>
          <w:b/>
        </w:rPr>
        <w:t xml:space="preserve">[1:12:19] </w:t>
      </w:r>
      <w:r>
        <w:t>paighambr-e-islam sallallaho alaihi wasallam ne jab is tarah fareeq-e-sani se yak-tarfa sharton par sulah kar li to is ke baad quran ki surat number 48 nazil hui.</w:t>
      </w:r>
    </w:p>
    <w:p>
      <w:pPr>
        <w:jc w:val="right"/>
      </w:pPr>
      <w:r>
        <w:t>پیغمبر اسلام صلی اللہ علیہ وسلم نے جب اس طرح فریق ثانی سے یکطرفہ شرطوں پر صلح کر لی تو اس کے بعد قرآن کی سورۃ نمبر 48 نازل ہوئی۔</w:t>
      </w:r>
    </w:p>
    <w:p>
      <w:r>
        <w:rPr>
          <w:b/>
        </w:rPr>
        <w:t xml:space="preserve">[1:12:31] </w:t>
      </w:r>
      <w:r>
        <w:t>is mein paishgi taur par yeh aelan kar diya gaya ke yeh puraman musalehat ba-e-tebar nateeja aik fateh-e-mubeen ya clear victory hai.</w:t>
      </w:r>
    </w:p>
    <w:p>
      <w:pPr>
        <w:jc w:val="right"/>
      </w:pPr>
      <w:r>
        <w:t>اس میں پیشگی طور پر یہ اعلان کر دیا گیا کہ یہ پرامن مصالحت باعتبار نتیجہ ایک فتح مبین یا کلیئر وکٹری ہے۔</w:t>
      </w:r>
    </w:p>
    <w:p>
      <w:r>
        <w:rPr>
          <w:b/>
        </w:rPr>
        <w:t xml:space="preserve">[1:12:42] </w:t>
      </w:r>
      <w:r>
        <w:t>quran ki yeh paishgi khabar sirf chand saalon mein waqea ban gai. Puraman iqdam ba-e-tebar nateeja fateh sabit hua.</w:t>
      </w:r>
    </w:p>
    <w:p>
      <w:pPr>
        <w:jc w:val="right"/>
      </w:pPr>
      <w:r>
        <w:t>قرآن کی یہ پیشگی خبر صرف چند سالوں میں واقعہ بن گئی۔ پرامن اقدام باعتبار نتیجہ فتح ثابت ہوا۔</w:t>
      </w:r>
    </w:p>
    <w:p>
      <w:r>
        <w:rPr>
          <w:b/>
        </w:rPr>
        <w:t xml:space="preserve">[1:12:52] </w:t>
      </w:r>
      <w:r>
        <w:t>islam mein jang majboori ke tehat waqti difa ke liye hoti hai. Is ke bar-aks puraman mansooba is liye hota hai ke samajh ke andar mustaqil taur par eitadal ki halat qaim ho jaye.</w:t>
      </w:r>
    </w:p>
    <w:p>
      <w:pPr>
        <w:jc w:val="right"/>
      </w:pPr>
      <w:r>
        <w:t>اسلام میں جنگ مجبوری کے تحت وقتی دفاع کے لیے ہوتی ہے۔ اس کے برعکس پرامن منصوبہ اس لیے ہوتا ہے کہ سماج کے اندر مستقل طور پر اعتدال کی حالت قائم ہو جائے۔</w:t>
      </w:r>
    </w:p>
    <w:p>
      <w:r>
        <w:rPr>
          <w:b/>
        </w:rPr>
        <w:t xml:space="preserve">[1:13:06] </w:t>
      </w:r>
      <w:r>
        <w:t>har fard ke liye taameeri sargarmiyon ke awqaat hasil ho jayen.</w:t>
      </w:r>
    </w:p>
    <w:p>
      <w:pPr>
        <w:jc w:val="right"/>
      </w:pPr>
      <w:r>
        <w:t>ہر فرد کے لیے تعمیری سرگرمیوں کے مواقع حاصل ہو جائیں۔</w:t>
      </w:r>
    </w:p>
    <w:p>
      <w:r>
        <w:rPr>
          <w:b/>
        </w:rPr>
        <w:t xml:space="preserve">[1:13:20] </w:t>
      </w:r>
      <w:r>
        <w:t>mohabbat-e-insani. Mohabbat-e-insani ke bare mein aik hadith-e-rasool in alfaaz mein aai hai: la yuminu ahadukum hatta yuhibba lil-nasi ma yuhibbu li-nafsihi. Musnad Ahmad.</w:t>
      </w:r>
    </w:p>
    <w:p>
      <w:pPr>
        <w:jc w:val="right"/>
      </w:pPr>
      <w:r>
        <w:t>محبت انسانی۔ محبت انسانی کے بارے میں ایک حدیث رسول ان الفاظ میں آئی ہے: لا یؤمن احدکم حتی یحب للناس ما یحب لنفسہ مسند احمد۔</w:t>
      </w:r>
    </w:p>
    <w:p>
      <w:r>
        <w:rPr>
          <w:b/>
        </w:rPr>
        <w:t xml:space="preserve">[1:13:36] </w:t>
      </w:r>
      <w:r>
        <w:t>yani tum mein se koi momin nahi ho sakta yahan tak ke woh doosron ke liye wahi pasand na kare jo apne liye pasand karta hai. Is baat ko farsi shair sheikh saadi ne in alfaaz mein bayan kiya hai:</w:t>
      </w:r>
    </w:p>
    <w:p>
      <w:pPr>
        <w:jc w:val="right"/>
      </w:pPr>
      <w:r>
        <w:t>یعنی تم میں سے کوئی مومن نہیں ہو سکتا یہاں تک کہ وہ دوسروں کے لیے وہی پسند نہ کرے جو اپنے لیے پسند کرتا ہو۔ اس بات کو فارسی شاعر شیخ سعدی نے ان الفاظ میں بیان کیا ہے:</w:t>
      </w:r>
    </w:p>
    <w:p>
      <w:r>
        <w:rPr>
          <w:b/>
        </w:rPr>
        <w:t xml:space="preserve">[1:13:50] </w:t>
      </w:r>
      <w:r>
        <w:t>har che bar khod khwish, bar deegar khwish. Jo cheez tum apne liye pasand nahi karte, us ko tum doosron ke liye bhi pasand na karo.</w:t>
      </w:r>
    </w:p>
    <w:p>
      <w:pPr>
        <w:jc w:val="right"/>
      </w:pPr>
      <w:r>
        <w:t>هرچه بر خود ما پسندی بر دیگر ما پسند جو چیز تم اپنے لیے پسند نہیں کرتے، اس کو تم دوسروں کے لیے بھی پسند نہ کرو۔</w:t>
      </w:r>
    </w:p>
    <w:p>
      <w:r>
        <w:rPr>
          <w:b/>
        </w:rPr>
        <w:t xml:space="preserve">[1:14:00] </w:t>
      </w:r>
      <w:r>
        <w:t>har insan se mohabbat karna mahaz aik samajhi ya akhlaqi taqaza nahi hai, balke woh khud apni shakhsiyat ke irteqa ki baat hai.</w:t>
      </w:r>
    </w:p>
    <w:p>
      <w:pPr>
        <w:jc w:val="right"/>
      </w:pPr>
      <w:r>
        <w:t>ہر انسان سے محبت کرنا محض ایک سماجی یا اخلاقی تقاضا نہیں ہے، بلکہ وہ خود اپنی شخصیت کے ارتقاء کی بات ہے۔</w:t>
      </w:r>
    </w:p>
    <w:p>
      <w:r>
        <w:rPr>
          <w:b/>
        </w:rPr>
        <w:t xml:space="preserve">[1:14:10] </w:t>
      </w:r>
      <w:r>
        <w:t>yeh insan ka khud apna interest hai ke woh doosron ke sath behtar sulook kare. Jo aadmi aisa na kare, woh apne aap ko jannat mein dakhle ke liye ghair mustahiq sabit kar raha hai.</w:t>
      </w:r>
    </w:p>
    <w:p>
      <w:pPr>
        <w:jc w:val="right"/>
      </w:pPr>
      <w:r>
        <w:t>یہ انسان کا خود اپنا انٹرسٹ ہے کہ وہ دوسروں کے ساتھ بہتر سلوک کرے۔ جو آدمی ایسا نہ کرے، وہ اپنے آپ کو جنت میں داخلے کے لیے غیر مستحق ثابت کر رہا ہے۔</w:t>
      </w:r>
    </w:p>
    <w:p>
      <w:r>
        <w:rPr>
          <w:b/>
        </w:rPr>
        <w:t xml:space="preserve">[1:14:24] </w:t>
      </w:r>
      <w:r>
        <w:t>quran mein jannat ke bare mein aik ayat in alfaaz mein aai hai: la yasmaoona fiha laghwan wa la tahseeman illa qeelan salaman salama. Yani is mein woh koi lagho aur gunah ki baat nahi sunenge, magar sirf salam salam ka bol.</w:t>
      </w:r>
    </w:p>
    <w:p>
      <w:pPr>
        <w:jc w:val="right"/>
      </w:pPr>
      <w:r>
        <w:t>قرآن میں جنت کے بارے میں ایک آیت ان الفاظ میں آئی ہے: لا یسمعون فیہا لغوا ولا تحثیما الا قیلا سلاما سلاما یعنی اس میں وہ کوئی لغو اور گناہ کی بات نہیں سنیں گے، مگر صرف سلام سلام کا بول۔</w:t>
      </w:r>
    </w:p>
    <w:p>
      <w:r>
        <w:rPr>
          <w:b/>
        </w:rPr>
        <w:t xml:space="preserve">[1:14:43] </w:t>
      </w:r>
      <w:r>
        <w:t>is se maloom hua ke jannat ki society aik aisi society hogi jahan har aadmi ke dil mein doosre ke liye salamat hogi, jahan har aadmi aala akhlaq ki pabandi karne wala hoga, jahan koi shakhs aisa kaam nahi karega jis se us ke parosi ko zara bhi koi takleef pahunche.</w:t>
      </w:r>
    </w:p>
    <w:p>
      <w:pPr>
        <w:jc w:val="right"/>
      </w:pPr>
      <w:r>
        <w:t>اس سے معلوم ہوا کہ جنت کی سوسائٹی ایک ایسی سوسائٹی ہوگی جہاں ہر آدمی کے دل میں دوسرے کے لیے سلامتی ہوگی، جہاں ہر آدمی اعلیٰ اخلاق کی پابندی کرنے والا ہوگا، جہاں کوئی شخص ایسا کام نہیں کرے گا جس سے اس کے پڑوسی کو ذرا بھی کوئی تکلیف پہنچے۔</w:t>
      </w:r>
    </w:p>
    <w:p>
      <w:r>
        <w:rPr>
          <w:b/>
        </w:rPr>
        <w:t xml:space="preserve">[1:15:05] </w:t>
      </w:r>
      <w:r>
        <w:t>jannat aise insaanon ka moashra hoga jahan har shakhs doosre insan ka kamil maano mein dost aur khairkhwah hoga.</w:t>
      </w:r>
    </w:p>
    <w:p>
      <w:pPr>
        <w:jc w:val="right"/>
      </w:pPr>
      <w:r>
        <w:t>جنت ایسے انسانوں کا معاشرہ ہوگا جہاں ہر شخص دوسرے انسان کا کامل معنوں میں دوست اور خیر خواہ ہوگا۔</w:t>
      </w:r>
    </w:p>
    <w:p>
      <w:r>
        <w:rPr>
          <w:b/>
        </w:rPr>
        <w:t xml:space="preserve">[1:15:14] </w:t>
      </w:r>
      <w:r>
        <w:t>is ka matlab yeh hai ke jannat ka aqeedah har insan ke liye husn-e-akhlaq ko us ke zaati interest ka mamla bana deta hai.</w:t>
      </w:r>
    </w:p>
    <w:p>
      <w:pPr>
        <w:jc w:val="right"/>
      </w:pPr>
      <w:r>
        <w:t>اس کا مطلب یہ ہے کہ جنت کا عقیدہ ہر انسان کے لیے حسن اخلاق کو اس کے ذاتی انٹرسٹ کا معاملہ بنا دیتا ہے۔</w:t>
      </w:r>
    </w:p>
    <w:p>
      <w:r>
        <w:rPr>
          <w:b/>
        </w:rPr>
        <w:t xml:space="preserve">[1:15:24] </w:t>
      </w:r>
      <w:r>
        <w:t>har aadmi akhlaq ke mamle mein had darje hassas ho jata hai kyunke agar woh akhlaq ke mamle mein aala mayar par qaim na ho to woh qanoon-e-qudrat ke mutabiq jannat mein dakhle ke liye nahil ho jayega.</w:t>
      </w:r>
    </w:p>
    <w:p>
      <w:pPr>
        <w:jc w:val="right"/>
      </w:pPr>
      <w:r>
        <w:t>ہر آدمی اخلاق کے معاملے میں حد درجے حساس ہو جاتا ہے کیونکہ اگر وہ اخلاق کے معاملے میں اعلیٰ معیار پر قائم نہ ہو تو وہ قانون قدرت کے مطابق جنت میں داخلے کے لیے نااہل ہو جائے گا۔</w:t>
      </w:r>
    </w:p>
    <w:p>
      <w:r>
        <w:rPr>
          <w:b/>
        </w:rPr>
        <w:t xml:space="preserve">[1:15:39] </w:t>
      </w:r>
      <w:r>
        <w:t>jannat ko manane wala koi shakhs is ka tahammul nahi kar sakta ke woh akhlaq ke aala mayar par poora na utre.</w:t>
      </w:r>
    </w:p>
    <w:p>
      <w:pPr>
        <w:jc w:val="right"/>
      </w:pPr>
      <w:r>
        <w:t>جنت کو ماننے والا کوئی شخص اس کا تحمل نہیں کر سکتا کہ وہ اخلاق کے اعلیٰ معیار پر پورا نہ اترے۔</w:t>
      </w:r>
    </w:p>
    <w:p>
      <w:r>
        <w:rPr>
          <w:b/>
        </w:rPr>
        <w:t xml:space="preserve">[1:15:57] </w:t>
      </w:r>
      <w:r>
        <w:t>Azab se nijat.</w:t>
      </w:r>
    </w:p>
    <w:p>
      <w:pPr>
        <w:jc w:val="right"/>
      </w:pPr>
      <w:r>
        <w:t>عذاب سے نجات۔</w:t>
      </w:r>
    </w:p>
    <w:p>
      <w:r>
        <w:rPr>
          <w:b/>
        </w:rPr>
        <w:t xml:space="preserve">[1:16:00] </w:t>
      </w:r>
      <w:r>
        <w:t>Quran mein Bani Israel ke hawale se ek ayat in alfaz mein aayi hai: Wa iz najjaynakum min al-i</w:t>
      </w:r>
    </w:p>
    <w:p>
      <w:pPr>
        <w:jc w:val="right"/>
      </w:pPr>
      <w:r>
        <w:t>قرآن میں بنی اسرائیل کے حوالے سے ایک آیت ان الفاظ میں آئی ہے: وَاِذْ نَجَّيْنَاكُمْ مِنْ آلِ</w:t>
      </w:r>
    </w:p>
    <w:p>
      <w:r>
        <w:rPr>
          <w:b/>
        </w:rPr>
        <w:t xml:space="preserve">[1:16:07] </w:t>
      </w:r>
      <w:r>
        <w:t>Fir'awna yasumunakum sua al-'adhabi yatabbehuna abna'akum wa yastahyuna nisa'akum wa fi dhalikum balau'un min Rabbikum 'azhimun yaani aur jab hum</w:t>
      </w:r>
    </w:p>
    <w:p>
      <w:pPr>
        <w:jc w:val="right"/>
      </w:pPr>
      <w:r>
        <w:t>فِرْعَوْنَا يَسُومُونَكُمْ سُوءَ الْعَذَابِ يُتَبِّحُونَ أَبْنَائَكُمْ وَيَسْتَحْيُونَ نِسَاءَكُمْ وَفِي ذَلِكُمْ بَلَاءٌ مِنْ رَبِّكُمْ عَظِيمٌ یعنی اور جب ہم</w:t>
      </w:r>
    </w:p>
    <w:p>
      <w:r>
        <w:rPr>
          <w:b/>
        </w:rPr>
        <w:t xml:space="preserve">[1:16:20] </w:t>
      </w:r>
      <w:r>
        <w:t>ne tum ko Fir'aun ke logon se nijat di, woh tum ko bari takleef dete the, tumhare beton</w:t>
      </w:r>
    </w:p>
    <w:p>
      <w:pPr>
        <w:jc w:val="right"/>
      </w:pPr>
      <w:r>
        <w:t>نے تم کو فرعون کے لوگوں سے نجات دی، وہ تم کو بڑی تکلیف دیتے تھے، تمہارے بیٹوں</w:t>
      </w:r>
    </w:p>
    <w:p>
      <w:r>
        <w:rPr>
          <w:b/>
        </w:rPr>
        <w:t xml:space="preserve">[1:16:26] </w:t>
      </w:r>
      <w:r>
        <w:t>ko zabah karte aur tumhari auraton ko zindah rakhte, aur is mein tumhare Rab ki taraf se bhari</w:t>
      </w:r>
    </w:p>
    <w:p>
      <w:pPr>
        <w:jc w:val="right"/>
      </w:pPr>
      <w:r>
        <w:t>کو ذبح کرتے اور تمہاری عورتوں کو زندہ رکھتے، اور اس میں تمہارے رب کی طرف سے بھاری</w:t>
      </w:r>
    </w:p>
    <w:p>
      <w:r>
        <w:rPr>
          <w:b/>
        </w:rPr>
        <w:t xml:space="preserve">[1:16:32] </w:t>
      </w:r>
      <w:r>
        <w:t>azmaish thi.</w:t>
      </w:r>
    </w:p>
    <w:p>
      <w:pPr>
        <w:jc w:val="right"/>
      </w:pPr>
      <w:r>
        <w:t>آزمائش تھی۔</w:t>
      </w:r>
    </w:p>
    <w:p>
      <w:r>
        <w:rPr>
          <w:b/>
        </w:rPr>
        <w:t xml:space="preserve">[1:16:33] </w:t>
      </w:r>
      <w:r>
        <w:t>yeh us waqe'a ka zikr hai jabke qadeem misr mein yahood ko fir'aun jaisay zalim badshah ke zulm ka samna tha, aur phir Allah ne is se nijat di.</w:t>
      </w:r>
    </w:p>
    <w:p>
      <w:pPr>
        <w:jc w:val="right"/>
      </w:pPr>
      <w:r>
        <w:t>یہ اس واقعے کا ذکر ہے جبکہ قدیم مصر میں یہود کو فرعون جیسے ظالم بادشاہ کے ظلم کا سامنا تھا، اور پھر اللہ نے اس سے نجات دی۔</w:t>
      </w:r>
    </w:p>
    <w:p>
      <w:r>
        <w:rPr>
          <w:b/>
        </w:rPr>
        <w:t xml:space="preserve">[1:16:44] </w:t>
      </w:r>
      <w:r>
        <w:t>mojooda zamane mein nijat ka yahi waqe'a ummat-e-muslima ke sath pesh aaya. Yahood ke sath qadeem azaab darasal mazhabi tehzeeb ya religious persecution ka waqe'a tha.</w:t>
      </w:r>
    </w:p>
    <w:p>
      <w:pPr>
        <w:jc w:val="right"/>
      </w:pPr>
      <w:r>
        <w:t>موجودہ زمانے میں نجات کا یہی واقعہ امت مسلمہ کے ساتھ پیش آیا۔ یہود کے ساتھ قدیم عذاب دراصل مذہبی تہذیب یا ریلیجیس پرسیکیوشن کا واقعہ تھا۔</w:t>
      </w:r>
    </w:p>
    <w:p>
      <w:r>
        <w:rPr>
          <w:b/>
        </w:rPr>
        <w:t xml:space="preserve">[1:16:58] </w:t>
      </w:r>
      <w:r>
        <w:t>mojooda zamane mein ummat-e-muslima ke sath bhi zamani farq ke sath isi qism ka tajruba pesh aaya. Yeh tajruba zyada tar siyasi jabr ya political persecution ki bina par tha.</w:t>
      </w:r>
    </w:p>
    <w:p>
      <w:pPr>
        <w:jc w:val="right"/>
      </w:pPr>
      <w:r>
        <w:t>موجودہ زمانے میں امت مسلمہ کے ساتھ بھی زمانی فرق کے ساتھ اسی قسم کا تجربہ پیش آیا۔ یہ تجربہ زیادہ تر سیاسی جبر یا پولیٹیکل پرسیکیوشن کی بنا پر تھا۔</w:t>
      </w:r>
    </w:p>
    <w:p>
      <w:r>
        <w:rPr>
          <w:b/>
        </w:rPr>
        <w:t xml:space="preserve">[1:17:13] </w:t>
      </w:r>
      <w:r>
        <w:t>Allah taala ne aise halaat paida kiye ke dunya se siyasi jabr ka nizam khatam ho gaya aur azadana jamhooriat ka nizam sari dunya mein qaim ho gaya.</w:t>
      </w:r>
    </w:p>
    <w:p>
      <w:pPr>
        <w:jc w:val="right"/>
      </w:pPr>
      <w:r>
        <w:t>اللہ تعالیٰ نے ایسے حالات پیدا کیے کہ دنیا سے سیاسی جبر کا نظام ختم ہو گیا اور آزادانہ جمہوریت کا نظام ساری دنیا میں قائم ہو گیا۔</w:t>
      </w:r>
    </w:p>
    <w:p>
      <w:r>
        <w:rPr>
          <w:b/>
        </w:rPr>
        <w:t xml:space="preserve">[1:17:25] </w:t>
      </w:r>
      <w:r>
        <w:t>1945 mein quwam-e-mutahidda ya UNO qaim hui, aur dunya ki tamam qomon ke ittifaq se yeh tay hua ke ab kisi bhi shakhs ya giroh par mazhab ki buniyad par kisi bhi qism ka jabr ya tashaddud nahi kiya jayega.</w:t>
      </w:r>
    </w:p>
    <w:p>
      <w:pPr>
        <w:jc w:val="right"/>
      </w:pPr>
      <w:r>
        <w:t>1945 میں اقوام متحدہ یا یو این او قائم ہوئی، اور دنیا کی تمام قوموں کے اتفاق سے یہ طے ہوا کہ اب کسی بھی شخص یا گروہ پر مذہب کی بنیاد پر کسی بھی قسم کا جبر یا تشدد نہیں کیا جائے گا۔</w:t>
      </w:r>
    </w:p>
    <w:p>
      <w:r>
        <w:rPr>
          <w:b/>
        </w:rPr>
        <w:t xml:space="preserve">[1:17:42] </w:t>
      </w:r>
      <w:r>
        <w:t>ab dunya kamil mazhabi azadi ke daur mein hai. Ab agar kisi giroh ko jabr ya tashaddud ka samna pesh aaye to woh khud is ki apni na-qabil-e-andeshana policy ki bina par hoga.</w:t>
      </w:r>
    </w:p>
    <w:p>
      <w:pPr>
        <w:jc w:val="right"/>
      </w:pPr>
      <w:r>
        <w:t>اب دنیا کامل مذہبی آزادی کے دور میں ہے۔ اب اگر کسی گروہ کو جبر یا تشدد کا سامنا پیش آئے تو وہ خود اس کی اپنی ناقابلِ اندیشانہ پالیسی کی بنا پر ہوگا۔</w:t>
      </w:r>
    </w:p>
    <w:p>
      <w:r>
        <w:rPr>
          <w:b/>
        </w:rPr>
        <w:t xml:space="preserve">[1:17:56] </w:t>
      </w:r>
      <w:r>
        <w:t>woh is liye hoga ke logon ne "abil mujhe mar" ki policy ikhtiyar ki. Mojooda zamane mein agar koi shakhs ya giroh haqeeqi maano mein puraman tareeqa kar ko ikhtiyar karte hue apna kaam karta hai to us ko harghiz kisi se kisi qism ke jabr ya tashaddud ka samna pesh nahi aayega.</w:t>
      </w:r>
    </w:p>
    <w:p>
      <w:pPr>
        <w:jc w:val="right"/>
      </w:pPr>
      <w:r>
        <w:t>وہ اس لیے ہوگا کہ لوگوں نے "ابیل مجھے مار" کی سیاست اختیار کی۔ موجودہ زمانے میں اگر کوئی شخص یا گروہ حقیقی معنوں میں پرامن طریقہ کار کو اختیار کرتے ہوئے اپنا کام کرتا ہے تو اس کو ہرگز کسی سے کسی قسم کے جبر یا تشدد کا سامنا پیش نہیں آئے گا۔</w:t>
      </w:r>
    </w:p>
    <w:p>
      <w:r>
        <w:rPr>
          <w:b/>
        </w:rPr>
        <w:t xml:space="preserve">[1:18:18] </w:t>
      </w:r>
      <w:r>
        <w:t>qadeem zamane mein yahood ko zulm se jo nijat mili thi, mojooda zamane mein is se bohat zyada bari nijat ahl-e-islam ko mil chuki hai.</w:t>
      </w:r>
    </w:p>
    <w:p>
      <w:pPr>
        <w:jc w:val="right"/>
      </w:pPr>
      <w:r>
        <w:t>قدیم زمانے میں یہود کو ظلم سے جو نجات ملی تھی، موجودہ زمانے میں اس سے بہت زیادہ بڑی نجات اہل اسلام کو مل چکی ہے۔</w:t>
      </w:r>
    </w:p>
    <w:p>
      <w:r>
        <w:rPr>
          <w:b/>
        </w:rPr>
        <w:t xml:space="preserve">[1:18:29] </w:t>
      </w:r>
      <w:r>
        <w:t>ab in ke liye shukr ka mauqa hai, na ke shikayat ka mauqa.</w:t>
      </w:r>
    </w:p>
    <w:p>
      <w:pPr>
        <w:jc w:val="right"/>
      </w:pPr>
      <w:r>
        <w:t>اب ان کے لیے شکر کا موقع ہے، نہ کہ شکایت کا موقع۔</w:t>
      </w:r>
    </w:p>
    <w:p>
      <w:r>
        <w:rPr>
          <w:b/>
        </w:rPr>
        <w:t xml:space="preserve">[1:18:42] </w:t>
      </w:r>
      <w:r>
        <w:t>anbiya ka namoona.</w:t>
      </w:r>
    </w:p>
    <w:p>
      <w:pPr>
        <w:jc w:val="right"/>
      </w:pPr>
      <w:r>
        <w:t>انبیاء کا نمونہ۔</w:t>
      </w:r>
    </w:p>
    <w:p>
      <w:r>
        <w:rPr>
          <w:b/>
        </w:rPr>
        <w:t xml:space="preserve">[1:18:47] </w:t>
      </w:r>
      <w:r>
        <w:t>quran mein anbiya ka zikr karte hue yeh aayat aayi hai: inna akhlasnahum bikhalisatin zikrad-dar yaani hum ne un peghambaron ko aik khaas mission yaani aakhirat ki yaad dehani ke liye chun liya tha.</w:t>
      </w:r>
    </w:p>
    <w:p>
      <w:pPr>
        <w:jc w:val="right"/>
      </w:pPr>
      <w:r>
        <w:t>قرآن میں انبیاء کا ذکر کرتے ہوئے یہ آیت آئی ہے: إِنَّا أَخْلَصْنَاهُمْ بِخَالِصَةٍ ذِكْرَى الدَّارِ یعنی ہم نے ان پیغمبروں کو ایک خاص مشن یعنی آخرت کی یاد دہانی کے لیے چن لیا تھا۔</w:t>
      </w:r>
    </w:p>
    <w:p>
      <w:r>
        <w:rPr>
          <w:b/>
        </w:rPr>
        <w:t xml:space="preserve">[1:19:04] </w:t>
      </w:r>
      <w:r>
        <w:t>is se maloom hua ke peghambaron ke liye Allah ki taraf se muqarrar kardah mission kya hai. peghambar ki ummat ko bhi har zamane mein isi mission ki pairwi karna chahiye.</w:t>
      </w:r>
    </w:p>
    <w:p>
      <w:pPr>
        <w:jc w:val="right"/>
      </w:pPr>
      <w:r>
        <w:t>اس سے معلوم ہوا کہ پیغمبروں کے لیے اللہ کی طرف سے مقرر کردہ مشن کیا ہے۔ پیغمبر کی امت کو بھی ہر زمانے میں اسی مشن کی پیروی کرنا چاہیے۔</w:t>
      </w:r>
    </w:p>
    <w:p>
      <w:r>
        <w:rPr>
          <w:b/>
        </w:rPr>
        <w:t xml:space="preserve">[1:19:17] </w:t>
      </w:r>
      <w:r>
        <w:t>ghor karne se maloom hota hai ke peghambaron ka mission aakhirat ka mission tha, magar yeh mission ittifaqan nahi banta.</w:t>
      </w:r>
    </w:p>
    <w:p>
      <w:pPr>
        <w:jc w:val="right"/>
      </w:pPr>
      <w:r>
        <w:t>غور کرنے سے معلوم ہوتا ہے کہ پیغمبروں کا مشن آخرت کا مشن تھا، مگر یہ مشن اتفاقاً نہیں بنتا۔</w:t>
      </w:r>
    </w:p>
    <w:p>
      <w:r>
        <w:rPr>
          <w:b/>
        </w:rPr>
        <w:t xml:space="preserve">[1:19:25] </w:t>
      </w:r>
      <w:r>
        <w:t>is ke liye peghambaron ko tayyar kiya jata hai. woh apna mission shuru karne se pehle ghor o fikr ki zindagi guzarte hain. woh yeh janne ki koshish karte hain ke insaan ki zindagi ka maqsad kya hai.</w:t>
      </w:r>
    </w:p>
    <w:p>
      <w:pPr>
        <w:jc w:val="right"/>
      </w:pPr>
      <w:r>
        <w:t>اس کے لیے پیغمبروں کو تیار کیا جاتا ہے۔ وہ اپنا مشن شروع کرنے سے پہلے غور و فکر کی زندگی گزارتے ہیں۔ وہ یہ جاننے کی کوشش کرتے ہیں کہ انسان کی زندگی کا مقصد کیا ہے۔</w:t>
      </w:r>
    </w:p>
    <w:p>
      <w:r>
        <w:rPr>
          <w:b/>
        </w:rPr>
        <w:t xml:space="preserve">[1:19:39] </w:t>
      </w:r>
      <w:r>
        <w:t>insaan ke khaliq ne in ko kis mansoobe ke tehat paida kiya hai. ghor o fikr ki is zindagi ke baad unhein Allah ki taraf se hidayat milti hai, aur phir woh faisla karte hain ke asal yeh hai ke insaan ki zindagi aakhirat rakhi ya aakhirat oriented life ho.</w:t>
      </w:r>
    </w:p>
    <w:p>
      <w:pPr>
        <w:jc w:val="right"/>
      </w:pPr>
      <w:r>
        <w:t>انسان کے خالق نے ان کو کس منصوبے کے تحت پیدا کیا ہے۔ غور و فکر کی اس زندگی کے بعد انہیں اللہ کی طرف سے ہدایت ملتی ہے، اور پھر وہ فیصلہ کرتے ہیں کہ اصل یہ ہے کہ انسان کی زندگی آخرت رخی یا آخرت اورینٹڈ لائف ہو۔</w:t>
      </w:r>
    </w:p>
    <w:p>
      <w:r>
        <w:rPr>
          <w:b/>
        </w:rPr>
        <w:t xml:space="preserve">[1:19:59] </w:t>
      </w:r>
      <w:r>
        <w:t>insaan ki soch ka markaz o mehwar aakhirat ho. woh apni zindagi is soch ke tehat guzarein ke dunya mein un ki jo shakhsiyat bane, woh aakhirat ke aitbaar se aik kaamyaab shakhsiyat ho.</w:t>
      </w:r>
    </w:p>
    <w:p>
      <w:pPr>
        <w:jc w:val="right"/>
      </w:pPr>
      <w:r>
        <w:t>انسان کی سوچ کا مرکز و محور آخرت ہو۔ وہ اپنی زندگی اس سوچ کے تحت گزاریں کہ دنیا میں ان کی جو شخصیت بنے، وہ آخرت کے اعتبار سے ایک کامیاب شخصیت ہو۔</w:t>
      </w:r>
    </w:p>
    <w:p>
      <w:r>
        <w:rPr>
          <w:b/>
        </w:rPr>
        <w:t xml:space="preserve">[1:20:12] </w:t>
      </w:r>
      <w:r>
        <w:t>peghambar is liye nahi aata ke woh milli work ya social work jaisa kaam kare ya koi siyasi program chalaye. peghambar ka mission yeh hota hai ke logon ko zindagi ke asal maqsad se aagah kare.</w:t>
      </w:r>
    </w:p>
    <w:p>
      <w:pPr>
        <w:jc w:val="right"/>
      </w:pPr>
      <w:r>
        <w:t>پیغمبر اس لیے نہیں آتا کہ وہ ملی ورک یا سوشل ورک جیسا کام کرے یا کوئی سیاسی پروگرام چلائے۔ پیغمبر کا مشن یہ ہوتا ہے کہ لوگوں کو زندگی کے اصل مقصد سے آگاہ کرے۔</w:t>
      </w:r>
    </w:p>
    <w:p>
      <w:r>
        <w:rPr>
          <w:b/>
        </w:rPr>
        <w:t xml:space="preserve">[1:20:27] </w:t>
      </w:r>
      <w:r>
        <w:t>woh logon ko bataye ke khaliq ke takhleeqi naqshe ke mutabiq un ke liye kamyabi kya hai aur nakami kya hai. woh dunya mein kis tarah zindagi guzarein ke maut ke baad jab woh aakhirat ki dunya mein pahunchein to woh Allah ke inaam ke mustahiq qarar paayein.</w:t>
      </w:r>
    </w:p>
    <w:p>
      <w:pPr>
        <w:jc w:val="right"/>
      </w:pPr>
      <w:r>
        <w:t>وہ لوگوں کو بتائے کہ خالق کے تخلیقی نقشے کے مطابق ان کے لیے کامیابی کیا ہے اور ناکامی کیا ہے۔ وہ دنیا میں کس طرح زندگی گزاریں کہ موت کے بعد جب وہ آخرت کی دنیا میں پہنچیں تو وہ اللہ کے انعام کے مستحق قرار پائیں۔</w:t>
      </w:r>
    </w:p>
    <w:p>
      <w:r>
        <w:rPr>
          <w:b/>
        </w:rPr>
        <w:t xml:space="preserve">[1:20:43] </w:t>
      </w:r>
      <w:r>
        <w:t>Allah ki taraf se peghambaron ko yeh hukum hota hai ke woh is maamle mein kisi jhukao ya tilt ka saboot na dein. woh kisi samjhote ke baghair Khuda ka asal paigham logon tak pahunchate rahein.</w:t>
      </w:r>
    </w:p>
    <w:p>
      <w:pPr>
        <w:jc w:val="right"/>
      </w:pPr>
      <w:r>
        <w:t>اللہ کی طرف سے پیغمبروں کو یہ حکم ہوتا ہے کہ وہ اس معاملے میں کسی جھکاؤ یا ٹلٹ کا ثبوت نہ دیں۔ وہ کسی سمجھوتے کے بغیر خدا کا اصل پیغام لوگوں تک پہنچاتے رہیں۔</w:t>
      </w:r>
    </w:p>
    <w:p>
      <w:r>
        <w:rPr>
          <w:b/>
        </w:rPr>
        <w:t xml:space="preserve">[1:20:57] </w:t>
      </w:r>
      <w:r>
        <w:t>is maamle mein woh kisi bhi uzr ko istemal na karein.</w:t>
      </w:r>
    </w:p>
    <w:p>
      <w:pPr>
        <w:jc w:val="right"/>
      </w:pPr>
      <w:r>
        <w:t>اس معاملے میں وہ کسی بھی عذر کو استعمال نہ کریں۔</w:t>
      </w:r>
    </w:p>
    <w:p>
      <w:r>
        <w:rPr>
          <w:b/>
        </w:rPr>
        <w:t xml:space="preserve">[1:21:09] </w:t>
      </w:r>
      <w:r>
        <w:t>dawat-e-haq ka istaqbal. aam taur par yeh khayal hai ke Islam ki dawat ka kaam agar kiya jaye to is ki sadaqat ka saboot yeh hai ke logon ki taraf se ya mukhatibeen ki taraf se daai ko pathar mara jaye.</w:t>
      </w:r>
    </w:p>
    <w:p>
      <w:pPr>
        <w:jc w:val="right"/>
      </w:pPr>
      <w:r>
        <w:t>دعوت حق کا استقبال۔ عام طور پر یہ خیال ہے کہ اسلام کی دعوت کا کام اگر کیا جائے تو اس کی صداقت کا ثبوت یہ ہے کہ لوگوں کی طرف سے یا مخاطبین کی طرف سے داعی کو پتھر مارا جائے۔</w:t>
      </w:r>
    </w:p>
    <w:p>
      <w:r>
        <w:rPr>
          <w:b/>
        </w:rPr>
        <w:t xml:space="preserve">[1:21:26] </w:t>
      </w:r>
      <w:r>
        <w:t>agar daai ka istaqbal pathar se na kiya jaye to yeh samjha jaye ga ke yeh dawat anbiya ke nahaj par nahi hai.</w:t>
      </w:r>
    </w:p>
    <w:p>
      <w:pPr>
        <w:jc w:val="right"/>
      </w:pPr>
      <w:r>
        <w:t>اگر داعی کا استقبال پتھر سے نہ کیا جائے تو یہ سمجھا جائے گا کہ یہ دعوت انبیاء کے نہج پر نہیں ہے۔</w:t>
      </w:r>
    </w:p>
    <w:p>
      <w:r>
        <w:rPr>
          <w:b/>
        </w:rPr>
        <w:t xml:space="preserve">[1:21:35] </w:t>
      </w:r>
      <w:r>
        <w:t>woh peghambarana dawat nahi hai, balkeh koi aur dawat hai. is soch ki koi daleel maujood nahi, balkeh jo daleel maujood hai, woh is ke khilaf shahadat deti hai.</w:t>
      </w:r>
    </w:p>
    <w:p>
      <w:pPr>
        <w:jc w:val="right"/>
      </w:pPr>
      <w:r>
        <w:t>وہ پیغمبرانہ دعوت نہیں ہے، بلکہ کوئی اور دعوت ہے۔ اس سوچ کی کوئی دلیل موجود نہیں، بلکہ جو دلیل موجود ہے، وہ اس کے خلاف شہادت دیتی ہے۔</w:t>
      </w:r>
    </w:p>
    <w:p>
      <w:r>
        <w:rPr>
          <w:b/>
        </w:rPr>
        <w:t xml:space="preserve">[1:21:48] </w:t>
      </w:r>
      <w:r>
        <w:t>quran mein bataya gaya hai ke rasool aur ashaab-e-rasool ne apne zamane mein Allah taala se yeh dua ki: rabbana wa la tahmil alayna isran kama hamaltahu alal-ladheena min qablina yaani aye hamare rab</w:t>
      </w:r>
    </w:p>
    <w:p>
      <w:pPr>
        <w:jc w:val="right"/>
      </w:pPr>
      <w:r>
        <w:t>قرآن میں بتایا گیا ہے کہ رسول اور اصحاب رسول نے اپنے زمانے میں اللہ تعالیٰ سے یہ دعا کی: رَبَّنَا وَلَا تَحْمِلْ عَلَيْنَا اِسْرًا كَمَا حَمَلْتَهُ عَلَى الَّذِينَ مِنْ قَبْلِنَا یعنی اے ہمارے رب</w:t>
      </w:r>
    </w:p>
    <w:p>
      <w:r>
        <w:rPr>
          <w:b/>
        </w:rPr>
        <w:t xml:space="preserve">[1:22:04] </w:t>
      </w:r>
      <w:r>
        <w:t>! hum par bojh na daal jaisa bojh tu ne dala tha hum se aglon par. hadith se bhi is ki taeed hoti hai ke baad ke daur mein dawat-e-deen ke kaam ke liye Allah ki taraf se tasheel ka maamla kiya jaye ga, jo pichle adwaar mein sakht mushkil kaam bana hua tha.</w:t>
      </w:r>
    </w:p>
    <w:p>
      <w:pPr>
        <w:jc w:val="right"/>
      </w:pPr>
      <w:r>
        <w:t>! ہم پر بوجھ نہ ڈال جیسا بوجھ تو نے ڈالا تھا ہم سے اگلوں پر۔ حدیث سے بھی اس کی تائید ہوتی ہے کہ بعد کے دور میں دعوت دین کے کام کے لیے اللہ کی طرف سے تسہیل کا معاملہ کیا جائے گا، جو پچھلے ادوار میں سخت مشکل کام بنا ہوا تھا۔</w:t>
      </w:r>
    </w:p>
    <w:p>
      <w:r>
        <w:rPr>
          <w:b/>
        </w:rPr>
        <w:t xml:space="preserve">[1:22:22] </w:t>
      </w:r>
      <w:r>
        <w:t>sahih bukhari. isi cheez ko aik aayat mein khatm-e-fitna ka zamana bataya gaya hai. quran o hadith ke bayanat ki roshni mein ghor kiya jaye to yeh baat aqeeday ke darjay</w:t>
      </w:r>
    </w:p>
    <w:p>
      <w:pPr>
        <w:jc w:val="right"/>
      </w:pPr>
      <w:r>
        <w:t>صحیح بخاری۔ اسی چیز کو ایک آیت میں ختم فتنہ کا زمانہ بتایا گیا ہے۔ قرآن و حدیث کے بیانات کی روشنی میں غور کیا جائے تو یہ بات عقیدے کے درجے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