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67-73, May 6, 2018</w:t>
      </w:r>
    </w:p>
    <w:p>
      <w:r>
        <w:t>https://www.youtube.com/watch?v=JAsg4SpiVDU</w:t>
      </w:r>
    </w:p>
    <w:p>
      <w:r>
        <w:rPr>
          <w:b/>
        </w:rPr>
        <w:t xml:space="preserve">[00:11] </w:t>
      </w:r>
      <w:r>
        <w:t>Bismillah hir Rahman nir Rahim, wa salla Allahu 'ala nabiyyi karim.</w:t>
      </w:r>
    </w:p>
    <w:p>
      <w:pPr>
        <w:jc w:val="right"/>
      </w:pPr>
      <w:r>
        <w:t>بسم اللہ الرحمن الرحیم، و صلی اللہ علی نبی کریم۔</w:t>
      </w:r>
    </w:p>
    <w:p>
      <w:r>
        <w:rPr>
          <w:b/>
        </w:rPr>
        <w:t xml:space="preserve">[00:20] </w:t>
      </w:r>
      <w:r>
        <w:t>Rab ishrah li sadri, wa yassir li amri, wah-lul 'uqdatam mil lisani, yafqahu qawli.</w:t>
      </w:r>
    </w:p>
    <w:p>
      <w:pPr>
        <w:jc w:val="right"/>
      </w:pPr>
      <w:r>
        <w:t>رب اشرح لی صدری، ویسر لی امری، واحل العقدۃ من لسانی، یفقہ قولی۔</w:t>
      </w:r>
    </w:p>
    <w:p>
      <w:r>
        <w:rPr>
          <w:b/>
        </w:rPr>
        <w:t xml:space="preserve">[00:38] </w:t>
      </w:r>
      <w:r>
        <w:t>6 May 2018.</w:t>
      </w:r>
    </w:p>
    <w:p>
      <w:pPr>
        <w:jc w:val="right"/>
      </w:pPr>
      <w:r>
        <w:t>6 مئی 2018۔</w:t>
      </w:r>
    </w:p>
    <w:p>
      <w:r>
        <w:rPr>
          <w:b/>
        </w:rPr>
        <w:t xml:space="preserve">[00:48] </w:t>
      </w:r>
      <w:r>
        <w:t>jaisa ke har Sunday ko hota hai, to aaj ki class mein pehle Quran ki kuch aayatein parhi jayengi,</w:t>
      </w:r>
    </w:p>
    <w:p>
      <w:pPr>
        <w:jc w:val="right"/>
      </w:pPr>
      <w:r>
        <w:t>جیسا کہ ہر سنڈے کو ہوتا ہے، تو آج کی کلاس میں پہلے قرآن کی کچھ آیتیں پڑھی جائیں گی،</w:t>
      </w:r>
    </w:p>
    <w:p>
      <w:r>
        <w:rPr>
          <w:b/>
        </w:rPr>
        <w:t xml:space="preserve">[01:07] </w:t>
      </w:r>
      <w:r>
        <w:t>phir us ki wazahat mein kuch baat ki jaye gi.</w:t>
      </w:r>
    </w:p>
    <w:p>
      <w:pPr>
        <w:jc w:val="right"/>
      </w:pPr>
      <w:r>
        <w:t>پھر اس کی وضاحت میں کچھ بات کی جائے گی۔</w:t>
      </w:r>
    </w:p>
    <w:p>
      <w:r>
        <w:rPr>
          <w:b/>
        </w:rPr>
        <w:t xml:space="preserve">[01:12] </w:t>
      </w:r>
      <w:r>
        <w:t>bismillah ir rehman ir rahim. wa iz qala moosa li qaumihi: innal laaha ya'murukum an tazbahu baqaratan, qalu atat takhizuna huzuwan?</w:t>
      </w:r>
    </w:p>
    <w:p>
      <w:pPr>
        <w:jc w:val="right"/>
      </w:pPr>
      <w:r>
        <w:t>بسم اللہ الرحمن الرحیم۔ وَإِذْ قَالَ مُوسَى لِقَوْمِهِ: إِنَّ اللَّهَ يَأْمُرُكُمْ أَنْ تَذْبَحُوا بَقَرَةً، قَالُوا أَتَتَّخِذُنَا هُزُوًا؟</w:t>
      </w:r>
    </w:p>
    <w:p>
      <w:r>
        <w:rPr>
          <w:b/>
        </w:rPr>
        <w:t xml:space="preserve">[01:24] </w:t>
      </w:r>
      <w:r>
        <w:t>qala: a'uzu billahi an akuna minal jahilin. qalu: ud'u lana rabbaka yubaiyin lana ma hiya. qala: innahu yaqulu innaha baqaratun la faridun wa la bikrun, 'awanun bain zaliika, faf'alu ma tu'marun.</w:t>
      </w:r>
    </w:p>
    <w:p>
      <w:pPr>
        <w:jc w:val="right"/>
      </w:pPr>
      <w:r>
        <w:t>قَالَ: أعوذ بالله أن أكون من الجاهلين. قَالُوا: ادْعُ لَنَا رَبَّكَ يَبَيِّنْ لَنَا مَا هِي. قَالَ: إِنَّهُ يَقُولُ إِنَّهَا بَقَرَةٌ لَّا فَارِضٌ وَلَا بِكْرٌ، عَوَانٌ بَيْنَ ذَلِكَ، فَافْعَلُوا مَا تُؤْمَرُونَ.</w:t>
      </w:r>
    </w:p>
    <w:p>
      <w:r>
        <w:rPr>
          <w:b/>
        </w:rPr>
        <w:t xml:space="preserve">[01:43] </w:t>
      </w:r>
      <w:r>
        <w:t>qalu: ud'u lana rabbaka yubaiyin lana ma lawnuha? qala: innahu yaqulu innaha baqatun safra'u faqi'un lawnuha tasurrun nazirin.</w:t>
      </w:r>
    </w:p>
    <w:p>
      <w:pPr>
        <w:jc w:val="right"/>
      </w:pPr>
      <w:r>
        <w:t>قَالُوا: ادْعُ لَنَا رَبَّكَ يَبَيِّنْ لَنَا مَا لَوْنُهَا؟ قَالَ: إِنَّهُ يَقُولُ إِنَّهَا بَقَرَةٌ صَفْرَاءٌ فَاقِعٌ لَوْنُهَا تَسُرُّ الناظرين.</w:t>
      </w:r>
    </w:p>
    <w:p>
      <w:r>
        <w:rPr>
          <w:b/>
        </w:rPr>
        <w:t xml:space="preserve">[01:54] </w:t>
      </w:r>
      <w:r>
        <w:t>qalu: ud'u lana rabbaka yubaiyin lana ma hiya innal baqarata shabaha 'alaina wa innaa in shaa'al laahu lamuhtadun.</w:t>
      </w:r>
    </w:p>
    <w:p>
      <w:pPr>
        <w:jc w:val="right"/>
      </w:pPr>
      <w:r>
        <w:t>قَالُوا: ادْعُ لَنَا رَبَّكَ يَبَيِّنْ لَنَا مَا هِيَ إِنَّ الْبَقَرَةَ شَابَهَ عَلَيْنَا وَإِنَّا إِنْ شَاءَ اللَّهُ لَمُهْتَدُونَ.</w:t>
      </w:r>
    </w:p>
    <w:p>
      <w:r>
        <w:rPr>
          <w:b/>
        </w:rPr>
        <w:t xml:space="preserve">[02:05] </w:t>
      </w:r>
      <w:r>
        <w:t>qala: innahu yaqulu innaha baqatun la zalulun tuthirul arda wa la tasqil hars, musallamatun la shiyata fiha qalu: al'aana ji'ta bilhaqq, fazabahu wa ma kadoo yaf'alun.</w:t>
      </w:r>
    </w:p>
    <w:p>
      <w:pPr>
        <w:jc w:val="right"/>
      </w:pPr>
      <w:r>
        <w:t>قَالَ: إِنَّهُ يَقُولُ إِنَّهَا بَقَرَةٌ لَّا ذَلُولٌ تُثِيرُ الْأَرْضَ وَلَا تَسْقِي الْحَرْصَ، مُسَلَّمَةٌ لَّا شِيَةَ فِيهَا قَالُوا: الآن جئت بالحق، فَذَبَحُوهَا وَمَا كَادُوا يَفَعَلُونَ.</w:t>
      </w:r>
    </w:p>
    <w:p>
      <w:r>
        <w:rPr>
          <w:b/>
        </w:rPr>
        <w:t xml:space="preserve">[02:20] </w:t>
      </w:r>
      <w:r>
        <w:t>wa iz qataltum nafsan faddara'tum fiha wallahu mukhrijun ma kuntum taktumuun. fa qulna adribuhu bib'adihaa kadhalika yuhyillahu almauta wa yurikum ayatihi la'allakum ta'qilun.</w:t>
      </w:r>
    </w:p>
    <w:p>
      <w:pPr>
        <w:jc w:val="right"/>
      </w:pPr>
      <w:r>
        <w:t>وَإِذْ قَتَلْتُمْ نَفْسًا فَادَّارَأْتُمْ فِيهَا وَاللَّهُ مُخْرِجٌ مَا كُنْتُمْ تَكْتُمُونَ. فَقُلْنَا اَضْرِبُوهُ بِبَعْذِهَا كَذَلِكَ يُحْيِي اللَّهُ الْمَوْتَى وَيُرِيكُمْ آيَاتِهِ لَعَلَّكُمْ تَعْقِلُونَ۔</w:t>
      </w:r>
    </w:p>
    <w:p>
      <w:r>
        <w:rPr>
          <w:b/>
        </w:rPr>
        <w:t xml:space="preserve">[02:35] </w:t>
      </w:r>
      <w:r>
        <w:t>surah al baqarah, chapter number two, verse number 67, 68, 69, 70, 71, 72, 73.</w:t>
      </w:r>
    </w:p>
    <w:p>
      <w:pPr>
        <w:jc w:val="right"/>
      </w:pPr>
      <w:r>
        <w:t>سورہ البقرہ، چیپٹر نمبر ٹو، ورس نمبر 67، 68، 69، 70، 71، 72، 73۔</w:t>
      </w:r>
    </w:p>
    <w:p>
      <w:r>
        <w:rPr>
          <w:b/>
        </w:rPr>
        <w:t xml:space="preserve">[02:47] </w:t>
      </w:r>
      <w:r>
        <w:t>aur jab moosa ne apni qaum se kaha ke Allah tum ko hukum deta hai ke tum ek bakra zabah karo, unhon ne kaha: kya tum hum se hansi kar rahe ho?</w:t>
      </w:r>
    </w:p>
    <w:p>
      <w:pPr>
        <w:jc w:val="right"/>
      </w:pPr>
      <w:r>
        <w:t>اور جب موسیٰ نے اپنی قوم سے کہا کہ اللہ تم کو حکم دیتا ہے کہ تم ایک بکرا ذبح کرو، انہوں نے کہا: کیا تم ہم سے ہنسی کر رہے ہو؟</w:t>
      </w:r>
    </w:p>
    <w:p>
      <w:r>
        <w:rPr>
          <w:b/>
        </w:rPr>
        <w:t xml:space="preserve">[02:58] </w:t>
      </w:r>
      <w:r>
        <w:t>moosa ne kaha ke main Allah ki panah chahta hoon ke main aisa nadan banu. unhon ne kaha: apne rab se darkhwast karo ke woh hum se bayan kare ke woh bakra kaisi ho.</w:t>
      </w:r>
    </w:p>
    <w:p>
      <w:pPr>
        <w:jc w:val="right"/>
      </w:pPr>
      <w:r>
        <w:t>موسیٰ نے کہا کہ میں اللہ کی پناہ چاہتا ہوں کہ میں ایسا نادان بنوں۔ انہوں نے کہا: اپنے رب سے درخواست کرو کہ وہ ہم سے بیان کرے کہ وہ بکرا کیسی ہو۔</w:t>
      </w:r>
    </w:p>
    <w:p>
      <w:r>
        <w:rPr>
          <w:b/>
        </w:rPr>
        <w:t xml:space="preserve">[03:11] </w:t>
      </w:r>
      <w:r>
        <w:t>moosa ne kaha: Allah fermata hai ke woh bakra na boodhi ho na bachah, in ke beech ki ho. ab kar dalo jo hukum tum ko mila hai.</w:t>
      </w:r>
    </w:p>
    <w:p>
      <w:pPr>
        <w:jc w:val="right"/>
      </w:pPr>
      <w:r>
        <w:t>موسیٰ نے کہا: اللہ فرماتا ہے کہ وہ بکرا نہ بوڑھی ہو نہ بچہ، ان کے بیچ کی ہو۔ اب کر ڈالو جو حکم تم کو ملا ہے۔</w:t>
      </w:r>
    </w:p>
    <w:p>
      <w:r>
        <w:rPr>
          <w:b/>
        </w:rPr>
        <w:t xml:space="preserve">[03:22] </w:t>
      </w:r>
      <w:r>
        <w:t>unhon ne kaha: apne rab se darkhwast karo ke woh bayan kare ke is ka rang kya ho. moosa ne kaha: Allah fermata hai ke woh gehre zard rang ki ho, dekhne walon ko achi maloom hoti ho.</w:t>
      </w:r>
    </w:p>
    <w:p>
      <w:pPr>
        <w:jc w:val="right"/>
      </w:pPr>
      <w:r>
        <w:t>انہوں نے کہا: اپنے رب سے درخواست کرو کہ وہ بیان کرے کہ اس کا رنگ کیا ہو۔ موسیٰ نے کہا: اللہ فرماتا ہے کہ وہ گہرے زرد رنگ کی ہو، دیکھنے والوں کو اچھی معلوم ہوتی ہو۔</w:t>
      </w:r>
    </w:p>
    <w:p>
      <w:r>
        <w:rPr>
          <w:b/>
        </w:rPr>
        <w:t xml:space="preserve">[03:37] </w:t>
      </w:r>
      <w:r>
        <w:t>unhon ne kaha: apne rab se darkhwast karo ke woh hum se bayan kar de ke woh kaisi ho, kyun ke bakra mein hum ko shubah par gaya hai aur Allah ne chaha to hum rah pa len ge.</w:t>
      </w:r>
    </w:p>
    <w:p>
      <w:pPr>
        <w:jc w:val="right"/>
      </w:pPr>
      <w:r>
        <w:t>انہوں نے کہا: اپنے رب سے درخواست کرو کہ وہ ہم سے بیان کر دے کہ وہ کیسی ہو، کیونکہ بکرا میں ہم کو شبہ پڑ گیا ہے اور اللہ نے چاہا تو ہم راہ پا لیں گے۔</w:t>
      </w:r>
    </w:p>
    <w:p>
      <w:r>
        <w:rPr>
          <w:b/>
        </w:rPr>
        <w:t xml:space="preserve">[03:50] </w:t>
      </w:r>
      <w:r>
        <w:t>moosa ne kaha: Allah fermata hai ke woh bakra aisi ho ke mehnat karne wali na ho, zameen ko jotne wali aur khetu ko pani dene wali na ho, woh sahi salim ho, is mein koi daagh na ho.</w:t>
      </w:r>
    </w:p>
    <w:p>
      <w:pPr>
        <w:jc w:val="right"/>
      </w:pPr>
      <w:r>
        <w:t>موسیٰ نے کہا: اللہ فرماتا ہے کہ وہ بکرا ایسی ہو کہ محنت کرنے والی نہ ہو، زمین کو جوتنے والی اور کھیتوں کو پانی دینے والی نہ ہو، وہ صحیح سالم ہو، اس میں کوئی داغ نہ ہو۔</w:t>
      </w:r>
    </w:p>
    <w:p>
      <w:r>
        <w:rPr>
          <w:b/>
        </w:rPr>
        <w:t xml:space="preserve">[04:06] </w:t>
      </w:r>
      <w:r>
        <w:t>unhon ne kaha: ab tum wazeh baat laye. phir unhon ne is ko zabah kiya aur woh zabah karte nazar na aate the. aur jab tum ne ek shakhs ko maar dala, phir ek doosre par is ka ilzam dalne lage, halanke Allah ko zahir karna manzoor tha jo kuch tum chupana chahte the.</w:t>
      </w:r>
    </w:p>
    <w:p>
      <w:pPr>
        <w:jc w:val="right"/>
      </w:pPr>
      <w:r>
        <w:t>انہوں نے کہا: اب تم واضح بات لائے۔ پھر انہوں نے اس کو ذبح کیا اور وہ ذبح کرتے نظر نہ آتے تھے۔ اور جب تم نے ایک شخص کو مار ڈالا، پھر ایک دوسرے پر اس کا الزام ڈالنے لگے، حالانکہ اللہ کو ظاہر کرنا منظور تھا جو کچھ تم چھپانا چاہتے تھے۔</w:t>
      </w:r>
    </w:p>
    <w:p>
      <w:r>
        <w:rPr>
          <w:b/>
        </w:rPr>
        <w:t xml:space="preserve">[04:27] </w:t>
      </w:r>
      <w:r>
        <w:t>pas hum ne hukum diya ke maro is murde ko is ke ek tukre se. isi tarah zindah karta hai Allah murdon ko aur woh tum ko apni nishaniyan dikhata hai ta ke tum samjho.</w:t>
      </w:r>
    </w:p>
    <w:p>
      <w:pPr>
        <w:jc w:val="right"/>
      </w:pPr>
      <w:r>
        <w:t>پس ہم نے حکم دیا کہ مارو اس مردے کو اس کے ایک ٹکڑے سے۔ اسی طرح زندہ کرتا ہے اللہ مردوں کو اور وہ تم کو اپنی نشانیاں دکھاتا ہے تاکہ تم سمجھو۔</w:t>
      </w:r>
    </w:p>
    <w:p>
      <w:r>
        <w:rPr>
          <w:b/>
        </w:rPr>
        <w:t xml:space="preserve">[04:41] </w:t>
      </w:r>
      <w:r>
        <w:t>dekhiye,</w:t>
      </w:r>
    </w:p>
    <w:p>
      <w:pPr>
        <w:jc w:val="right"/>
      </w:pPr>
      <w:r>
        <w:t>دیکھیے،</w:t>
      </w:r>
    </w:p>
    <w:p>
      <w:r>
        <w:rPr>
          <w:b/>
        </w:rPr>
        <w:t xml:space="preserve">[04:45] </w:t>
      </w:r>
      <w:r>
        <w:t>quran ki in ayaton mein yahud ki history ka ek waqia bayan hua hai jo hazrat moosa ke zamane mein pesh aya.</w:t>
      </w:r>
    </w:p>
    <w:p>
      <w:pPr>
        <w:jc w:val="right"/>
      </w:pPr>
      <w:r>
        <w:t>قرآن کی ان آیتوں میں یہود کی ہسٹری کا ایک واقعہ بیان ہوا ہے جو حضرت موسیٰ کے زمانے میں پیش آیا۔</w:t>
      </w:r>
    </w:p>
    <w:p>
      <w:r>
        <w:rPr>
          <w:b/>
        </w:rPr>
        <w:t xml:space="preserve">[05:00] </w:t>
      </w:r>
      <w:r>
        <w:t>hazrat moosa yahud ke paighambar the, woh baghair Islam salallahu alaihi wasallam se taqreeban do hazar saal pehle misr mein aaye.</w:t>
      </w:r>
    </w:p>
    <w:p>
      <w:pPr>
        <w:jc w:val="right"/>
      </w:pPr>
      <w:r>
        <w:t>حضرت موسیٰ یہود کے پیغمبر تھے، وہ بغیر اسلام صلی اللہ علیہ وسلم سے تقریباً دو ہزار سال پہلے مصر میں آئے۔</w:t>
      </w:r>
    </w:p>
    <w:p>
      <w:r>
        <w:rPr>
          <w:b/>
        </w:rPr>
        <w:t xml:space="preserve">[05:15] </w:t>
      </w:r>
      <w:r>
        <w:t>us waqt yahud misr mein hote the</w:t>
      </w:r>
    </w:p>
    <w:p>
      <w:pPr>
        <w:jc w:val="right"/>
      </w:pPr>
      <w:r>
        <w:t>اس وقت یہود مصر میں ہوتے تھے</w:t>
      </w:r>
    </w:p>
    <w:p>
      <w:r>
        <w:rPr>
          <w:b/>
        </w:rPr>
        <w:t xml:space="preserve">[05:21] </w:t>
      </w:r>
      <w:r>
        <w:t>to unhon ne us zamane mein yahud, us zamane mein misr mein baqarah ki pooja hoti thi.</w:t>
      </w:r>
    </w:p>
    <w:p>
      <w:pPr>
        <w:jc w:val="right"/>
      </w:pPr>
      <w:r>
        <w:t>تو انہوں نے اس زمانے میں یہود، اس زمانے میں مصر میں بقرہ کی پوجا ہوتی تھی۔</w:t>
      </w:r>
    </w:p>
    <w:p>
      <w:r>
        <w:rPr>
          <w:b/>
        </w:rPr>
        <w:t xml:space="preserve">[05:35] </w:t>
      </w:r>
      <w:r>
        <w:t>to wahan rehte rehte yahud bhi un ki pooja karne lag gaye. aage to hazrat moosa ne kaha ke tum baqarah ko zabah karo,</w:t>
      </w:r>
    </w:p>
    <w:p>
      <w:pPr>
        <w:jc w:val="right"/>
      </w:pPr>
      <w:r>
        <w:t>تو وہاں رہتے رہتے یہود بھی ان کی پوجا کرنے لگے۔ آگے تو حضرت موسیٰ نے کہا کہ تم بقرہ کو ذبح کرو،</w:t>
      </w:r>
    </w:p>
    <w:p>
      <w:r>
        <w:rPr>
          <w:b/>
        </w:rPr>
        <w:t xml:space="preserve">[05:49] </w:t>
      </w:r>
      <w:r>
        <w:t>yani is ki pooja ko khatam karo. dekhein, masla zabah ka nahi tha, baqarah ki pooja ko khatam karne ka tha.</w:t>
      </w:r>
    </w:p>
    <w:p>
      <w:pPr>
        <w:jc w:val="right"/>
      </w:pPr>
      <w:r>
        <w:t>یعنی اس کی پوجا کو ختم کرو۔ دیکھیں، مسئلہ ذبح کا نہیں تھا، بقرہ کی پوجا کو ختم کرنے کا تھا۔</w:t>
      </w:r>
    </w:p>
    <w:p>
      <w:r>
        <w:rPr>
          <w:b/>
        </w:rPr>
        <w:t xml:space="preserve">[06:05] </w:t>
      </w:r>
      <w:r>
        <w:t>is ko samjhiye, zabah karna kya hai? zabah to aap kuch bhi kar sakta hai aadmi, lekin yeh isi liye unhon ne bohat pooch gach ki.</w:t>
      </w:r>
    </w:p>
    <w:p>
      <w:pPr>
        <w:jc w:val="right"/>
      </w:pPr>
      <w:r>
        <w:t>اس کو سمجھیے، ذبح کرنا کیا ہے؟ ذبح تو آپ کچھ بھی کر سکتا ہے آدمی، لیکن یہ اسی لیے انہوں نے بہت پوچھ گچھ کی۔</w:t>
      </w:r>
    </w:p>
    <w:p>
      <w:r>
        <w:rPr>
          <w:b/>
        </w:rPr>
        <w:t xml:space="preserve">[06:17] </w:t>
      </w:r>
      <w:r>
        <w:t>yahud ne dekhi, karte sawalat kiye, is ka yeh kya hai, is ka woh kya hai, kyun ke is ko zabah karne mein un ko bohat record parti thi ke jis ko hum poochte rahe hain, us ko zabah kaise karein.</w:t>
      </w:r>
    </w:p>
    <w:p>
      <w:pPr>
        <w:jc w:val="right"/>
      </w:pPr>
      <w:r>
        <w:t>یہود نے دیکھی، کرتے سوالات کیے، اس کا یہ کیا ہے، اس کا وہ کیا ہے، کیونکہ اس کو ذبح کرنے میں ان کو بہت ریکارڈ پڑتی تھی کہ جس کو ہم پوچھتے رہے ہیں، اس کو ذبح کیسے کریں۔</w:t>
      </w:r>
    </w:p>
    <w:p>
      <w:r>
        <w:rPr>
          <w:b/>
        </w:rPr>
        <w:t xml:space="preserve">[06:35] </w:t>
      </w:r>
      <w:r>
        <w:t>bahut bahut pooch guchh ke baad raazi hue hue, lekin sab se zyada important baat is silsile mein jo hai, woh doosri hai. Dekhiye, ek hadith kitabon aksar kitabon mein aayi hai, ek riwayat hadith ki aksar kitabon mein aayi hai,</w:t>
      </w:r>
    </w:p>
    <w:p>
      <w:pPr>
        <w:jc w:val="right"/>
      </w:pPr>
      <w:r>
        <w:t>بہت بہت پوچھ گچھ کے بعد راضی ہوئے ہوئے، لیکن سب سے زیادہ امپورٹنٹ بات اس سلسلے میں جو ہے، وہ دوسری ہے۔ دیکھیے، ایک حدیث کتابوں اکثر کتابوں میں آئی ہے، ایک روایت حدیث کی اکثر کتابوں میں آئی ہے،</w:t>
      </w:r>
    </w:p>
    <w:p>
      <w:r>
        <w:rPr>
          <w:b/>
        </w:rPr>
        <w:t xml:space="preserve">[06:56] </w:t>
      </w:r>
      <w:r>
        <w:t>woh yeh ke: "latatba'unanna sunana man kana qablakum shibran bishibrin, dhira'an bidhira'in, hatta wa la dakhloo thababan ladakhaltumhu".</w:t>
      </w:r>
    </w:p>
    <w:p>
      <w:pPr>
        <w:jc w:val="right"/>
      </w:pPr>
      <w:r>
        <w:t>وہ یہ کہ: "لَتَتَّبَعُونَّ سُنَنَ مَنْ كَانَ قَبْلَكُمْ شِبْرًا بِشِبْرٍ، ذِرَعًا بِذِرَعٍ، حَتَّى وَلَا دَخْلُوا ذَبْبًا لَدَخَلْتُمْهُا"۔</w:t>
      </w:r>
    </w:p>
    <w:p>
      <w:r>
        <w:rPr>
          <w:b/>
        </w:rPr>
        <w:t xml:space="preserve">[07:14] </w:t>
      </w:r>
      <w:r>
        <w:t>bilkul yeh dekhiye, yeh hadith jo hai, woh sahih hadith hai. Is mein Rasool Allah ne farmaya</w:t>
      </w:r>
    </w:p>
    <w:p>
      <w:pPr>
        <w:jc w:val="right"/>
      </w:pPr>
      <w:r>
        <w:t>بالکل یہ دیکھیے، یہ حدیث جو ہے، وہ صحیح حدیث ہے۔ اس میں رسول اللہ نے فرمایا</w:t>
      </w:r>
    </w:p>
    <w:p>
      <w:r>
        <w:rPr>
          <w:b/>
        </w:rPr>
        <w:t xml:space="preserve">[07:23] </w:t>
      </w:r>
      <w:r>
        <w:t>taakeed ki zabaan mein ke tum zaroor</w:t>
      </w:r>
    </w:p>
    <w:p>
      <w:pPr>
        <w:jc w:val="right"/>
      </w:pPr>
      <w:r>
        <w:t>تاکید کی زبان میں کہ تم ضرور</w:t>
      </w:r>
    </w:p>
    <w:p>
      <w:r>
        <w:rPr>
          <w:b/>
        </w:rPr>
        <w:t xml:space="preserve">[07:30] </w:t>
      </w:r>
      <w:r>
        <w:t>follow karoge, tum zaroor follow karoge Yahood ke tareeqe ko. Jo jo Yahood ne kiya, woh woh sab tum zaroor karoge.</w:t>
      </w:r>
    </w:p>
    <w:p>
      <w:pPr>
        <w:jc w:val="right"/>
      </w:pPr>
      <w:r>
        <w:t>فالو کرو گے، تم ضرور فالو کرو گے یہود کے طریقے کو۔ جو جو یہود نے کیا، وہ وہ سب تم ضرور کرو گے۔</w:t>
      </w:r>
    </w:p>
    <w:p>
      <w:r>
        <w:rPr>
          <w:b/>
        </w:rPr>
        <w:t xml:space="preserve">[07:48] </w:t>
      </w:r>
      <w:r>
        <w:t>toh zahir hai ke Rasool Allah ki yeh baat ek peshangoi hai, woh peshangoi zaroor sahih honi chahiye, kyunke double taakeed hai.</w:t>
      </w:r>
    </w:p>
    <w:p>
      <w:pPr>
        <w:jc w:val="right"/>
      </w:pPr>
      <w:r>
        <w:t>تو ظاہر ہے کہ رسول اللہ کی یہ بات ایک پیشنگوئی ہے، وہ پیشنگوئی ضرور صحیح ہونی چاہیے، کیونکہ ڈبل تاکید ہے۔</w:t>
      </w:r>
    </w:p>
    <w:p>
      <w:r>
        <w:rPr>
          <w:b/>
        </w:rPr>
        <w:t xml:space="preserve">[08:00] </w:t>
      </w:r>
      <w:r>
        <w:t>Arabi mein jo log jaante hain, yahan par double taakeed hai: "la" hai, phir "ana" hai: "latatba'unanna sunana man kana qablakum".</w:t>
      </w:r>
    </w:p>
    <w:p>
      <w:pPr>
        <w:jc w:val="right"/>
      </w:pPr>
      <w:r>
        <w:t>عربی میں جو لوگ جانتے ہیں، یہاں پر ڈبل تاکید ہے: "لا" ہے، پھر "انا" ہے: "لَتَتَّبَعُونَّ سُنَنَ مَنْ كَانَ قَبْلَكُمْ"۔</w:t>
      </w:r>
    </w:p>
    <w:p>
      <w:r>
        <w:rPr>
          <w:b/>
        </w:rPr>
        <w:t xml:space="preserve">[08:13] </w:t>
      </w:r>
      <w:r>
        <w:t>toh "la" hai aur "ana" yaani double taakeed hai. Toh is peshangoi ko ya is prediction ko zaroor poora hona chahiye,</w:t>
      </w:r>
    </w:p>
    <w:p>
      <w:pPr>
        <w:jc w:val="right"/>
      </w:pPr>
      <w:r>
        <w:t>تو "لا" ہے اور "انا" یعنی ڈبل تاکید ہے۔ تو اس پیشنگوئی کو یا اس پریڈکشن کو ضرور پورا ہونا چاہیے،</w:t>
      </w:r>
    </w:p>
    <w:p>
      <w:r>
        <w:rPr>
          <w:b/>
        </w:rPr>
        <w:t xml:space="preserve">[08:28] </w:t>
      </w:r>
      <w:r>
        <w:t>zaroor poora hona chahiye, kyunke woh Allah ki taraf se hota hai. Ab aap dekhiye, ummat-e-muslima ki tareekh dekhiye.</w:t>
      </w:r>
    </w:p>
    <w:p>
      <w:pPr>
        <w:jc w:val="right"/>
      </w:pPr>
      <w:r>
        <w:t>ضرور پورا ہونا چاہیے، کیونکہ وہ اللہ کی طرف سے ہوتا ہے۔ اب آپ دیکھیے، امت مسلمہ کی تاریخ دیکھیے۔</w:t>
      </w:r>
    </w:p>
    <w:p>
      <w:r>
        <w:rPr>
          <w:b/>
        </w:rPr>
        <w:t xml:space="preserve">[08:40] </w:t>
      </w:r>
      <w:r>
        <w:t>Ummat-e-muslima ki tareekh pe chaudah sau saal beet chuke hain, chaudah sau saal, lekin is poori muddat mein koi waqea aisa nahi hua ke</w:t>
      </w:r>
    </w:p>
    <w:p>
      <w:pPr>
        <w:jc w:val="right"/>
      </w:pPr>
      <w:r>
        <w:t>امت مسلمہ کی تاریخ پہ چودہ سو سال بیت چکے ہیں، چودہ سو سال، لیکن اس پوری مدت میں کوئی واقعہ ایسا نہیں ہوا کہ</w:t>
      </w:r>
    </w:p>
    <w:p>
      <w:r>
        <w:rPr>
          <w:b/>
        </w:rPr>
        <w:t xml:space="preserve">[08:58] </w:t>
      </w:r>
      <w:r>
        <w:t>ummat-e-muslima ne baqra ki pooja ki ho aur zaroorat ho isko zabah karne ki. Chaudah sau saal beet gaye aur ummat-e-muslima ke liye is hadith ki peshangoi poori nahi utri.</w:t>
      </w:r>
    </w:p>
    <w:p>
      <w:pPr>
        <w:jc w:val="right"/>
      </w:pPr>
      <w:r>
        <w:t>امت مسلمہ نے بقرہ کی پوجا کی ہو اور ضرورت ہو اس کو ذبح کرنے کی۔ چودہ سو سال بیت گئے اور امت مسلمہ کے لیے اس حدیث کی پیشنگوئی پوری نہیں اتری۔</w:t>
      </w:r>
    </w:p>
    <w:p>
      <w:r>
        <w:rPr>
          <w:b/>
        </w:rPr>
        <w:t xml:space="preserve">[09:18] </w:t>
      </w:r>
      <w:r>
        <w:t>toh dekhiye, yeh namumkin hai, yeh namumkin hai ke Rasool Allah ki ek peshangoi jo Allah ki batai hui hoti hai, woh poori na utre.</w:t>
      </w:r>
    </w:p>
    <w:p>
      <w:pPr>
        <w:jc w:val="right"/>
      </w:pPr>
      <w:r>
        <w:t>تو دیکھیے، یہ ناممکن ہے، یہ ناممکن ہے کہ رسول اللہ کی ایک پیشنگوئی جو اللہ کی بتائی ہوئی ہوتی ہے، وہ پوری نہ اترے۔</w:t>
      </w:r>
    </w:p>
    <w:p>
      <w:r>
        <w:rPr>
          <w:b/>
        </w:rPr>
        <w:t xml:space="preserve">[09:32] </w:t>
      </w:r>
      <w:r>
        <w:t>Yaani ummat-e-muslima kabhi baqra ki ki pooja mein mubtala hui nahi, kabhi nahi, aaj bhi nahi, aaj bhi nahi.</w:t>
      </w:r>
    </w:p>
    <w:p>
      <w:pPr>
        <w:jc w:val="right"/>
      </w:pPr>
      <w:r>
        <w:t>یعنی امت مسلمہ کبھی بقرہ کی کی پوجا میں مبتلا ہوئی نہیں، کبھی نہیں، آج بھی نہیں، آج بھی نہیں۔</w:t>
      </w:r>
    </w:p>
    <w:p>
      <w:r>
        <w:rPr>
          <w:b/>
        </w:rPr>
        <w:t xml:space="preserve">[09:43] </w:t>
      </w:r>
      <w:r>
        <w:t>Is liye isne kabhi baqra ko zabah bhi nahi kiya. Toh phir kya matlab hai iska? Humein dhoondhna padega ke koi bada waqea jis tarah baqra ka waqea tha Yahood ki tareekh mein,</w:t>
      </w:r>
    </w:p>
    <w:p>
      <w:pPr>
        <w:jc w:val="right"/>
      </w:pPr>
      <w:r>
        <w:t>اس لیے اس نے کبھی بقرہ کو ذبح بھی نہیں کیا۔ تو پھر کیا مطلب ہے اس کا؟ ہمیں ڈھونڈنا پڑے گا کہ کوئی بڑا واقعہ جس طرح بقرہ کا واقعہ تھا یہود کی تاریخ میں،</w:t>
      </w:r>
    </w:p>
    <w:p>
      <w:r>
        <w:rPr>
          <w:b/>
        </w:rPr>
        <w:t xml:space="preserve">[10:00] </w:t>
      </w:r>
      <w:r>
        <w:t>aisa hi koi bada waqea ummat-e-muslima mein pesh aaye. Bada waqea.</w:t>
      </w:r>
    </w:p>
    <w:p>
      <w:pPr>
        <w:jc w:val="right"/>
      </w:pPr>
      <w:r>
        <w:t>ایسا ہی کوئی بڑا واقعہ امت مسلمہ میں پیش آئے۔ بڑا واقعہ۔</w:t>
      </w:r>
    </w:p>
    <w:p>
      <w:r>
        <w:rPr>
          <w:b/>
        </w:rPr>
        <w:t xml:space="preserve">[10:11] </w:t>
      </w:r>
      <w:r>
        <w:t>Is par maine bahut gaur kiya, is par maine bahut gaur kiya toh meri samajh mein aaya ke Dajjal ki jo riwayatein aayi hain, aap jaante hain ke Dajjal ki riwayat hadith ki taqreeban tamam kitabon mein aayi hai,</w:t>
      </w:r>
    </w:p>
    <w:p>
      <w:pPr>
        <w:jc w:val="right"/>
      </w:pPr>
      <w:r>
        <w:t>اس پر میں نے بہت غور کیا، اس پر میں نے بہت غور کیا تو میری سمجھ میں آیا کہ دجال کی جو روایتیں آئی ہیں، آپ جانتے ہیں کہ دجال کی روایت حدیث کی تقریباً تمام کتابوں میں آئی ہے،</w:t>
      </w:r>
    </w:p>
    <w:p>
      <w:r>
        <w:rPr>
          <w:b/>
        </w:rPr>
        <w:t xml:space="preserve">[10:31] </w:t>
      </w:r>
      <w:r>
        <w:t>hadith ki tamam kitabon mein aayi hai, Dajjal ki riwayat.</w:t>
      </w:r>
    </w:p>
    <w:p>
      <w:pPr>
        <w:jc w:val="right"/>
      </w:pPr>
      <w:r>
        <w:t>حدیث کی تمام کتابوں میں آئی ہے، دجال کی روایت۔</w:t>
      </w:r>
    </w:p>
    <w:p>
      <w:r>
        <w:rPr>
          <w:b/>
        </w:rPr>
        <w:t xml:space="preserve">[10:38] </w:t>
      </w:r>
      <w:r>
        <w:t>toh mere nazdeek is mein Dajjal se murad baqra hai aur Dajjal ke bare mein dekhiye, hadith mein aata hai ke woh aur hoga: "Al Ain Waw Ray".</w:t>
      </w:r>
    </w:p>
    <w:p>
      <w:pPr>
        <w:jc w:val="right"/>
      </w:pPr>
      <w:r>
        <w:t>تو میرے نزدیک اس میں دجال سے مراد بقرہ ہے اور دجال کے بارے میں دیکھیں، حدیث میں آتا ہے کہ وہ اور ہوگا: "الف عین واؤ رے"۔</w:t>
      </w:r>
    </w:p>
    <w:p>
      <w:r>
        <w:rPr>
          <w:b/>
        </w:rPr>
        <w:t xml:space="preserve">[10:50] </w:t>
      </w:r>
      <w:r>
        <w:t>Aur aur ka matlab hota hai</w:t>
      </w:r>
    </w:p>
    <w:p>
      <w:pPr>
        <w:jc w:val="right"/>
      </w:pPr>
      <w:r>
        <w:t>اور اور کا مطلب ہوتا ہے</w:t>
      </w:r>
    </w:p>
    <w:p>
      <w:r>
        <w:rPr>
          <w:b/>
        </w:rPr>
        <w:t xml:space="preserve">[10:57] </w:t>
      </w:r>
      <w:r>
        <w:t>single eyed, ek aankh wala,</w:t>
      </w:r>
    </w:p>
    <w:p>
      <w:pPr>
        <w:jc w:val="right"/>
      </w:pPr>
      <w:r>
        <w:t>سنگل آئیڈ، ایک آنکھ والا،</w:t>
      </w:r>
    </w:p>
    <w:p>
      <w:r>
        <w:rPr>
          <w:b/>
        </w:rPr>
        <w:t xml:space="preserve">[11:03] </w:t>
      </w:r>
      <w:r>
        <w:t>ek aankh wala jisko awami zabaan mein kehte hain "kana". Toh iska matlab hai ke</w:t>
      </w:r>
    </w:p>
    <w:p>
      <w:pPr>
        <w:jc w:val="right"/>
      </w:pPr>
      <w:r>
        <w:t>ایک آنکھ والا جس کو عوامی زبان میں کہتے ہیں "کانا"۔ تو اس کا معنی ہے کہ</w:t>
      </w:r>
    </w:p>
    <w:p>
      <w:r>
        <w:rPr>
          <w:b/>
        </w:rPr>
        <w:t xml:space="preserve">[11:16] </w:t>
      </w:r>
      <w:r>
        <w:t>koi bada waqea humein dhoondhna padega jisko saare log follow karne lage hon, jaise Yahood follow kar rahe the baqra ko.</w:t>
      </w:r>
    </w:p>
    <w:p>
      <w:pPr>
        <w:jc w:val="right"/>
      </w:pPr>
      <w:r>
        <w:t>کوئی بڑا واقعہ ہمیں ڈھونڈنا پڑے گا جس کو سارے لوگ فالو کرنے لگے ہوں، جیسے یہود فالو کر رہے تھے بقرہ کو۔</w:t>
      </w:r>
    </w:p>
    <w:p>
      <w:r>
        <w:rPr>
          <w:b/>
        </w:rPr>
        <w:t xml:space="preserve">[11:29] </w:t>
      </w:r>
      <w:r>
        <w:t>Phir zaroorat pade ke is is parastish ko chhoden woh. Toh poori chaudah sau saal ki tareekh mein mere nazdeek sab se bada waqea jo pesh aaya hai ummat-e-muslima ki tareekh mein,</w:t>
      </w:r>
    </w:p>
    <w:p>
      <w:pPr>
        <w:jc w:val="right"/>
      </w:pPr>
      <w:r>
        <w:t>پھر ضرورت پڑے کہ اس اس پرستش کو چھوڑیں وہ۔ تو پوری چودہ سو سال کی تاریخ میں میرے نزدیک سب سے بڑا واقعہ جو پیش آیا ہے امت مسلمہ کی تاریخ میں،</w:t>
      </w:r>
    </w:p>
    <w:p>
      <w:r>
        <w:rPr>
          <w:b/>
        </w:rPr>
        <w:t xml:space="preserve">[11:45] </w:t>
      </w:r>
      <w:r>
        <w:t>woh Dajjal ke fareb mein mubtala ho jaana. Dajjal maani kya hai?</w:t>
      </w:r>
    </w:p>
    <w:p>
      <w:pPr>
        <w:jc w:val="right"/>
      </w:pPr>
      <w:r>
        <w:t>وہ دجال کے فریب میں مبتلا ہو جانا۔ دجال معنی کیا ہے؟</w:t>
      </w:r>
    </w:p>
    <w:p>
      <w:r>
        <w:rPr>
          <w:b/>
        </w:rPr>
        <w:t xml:space="preserve">[11:54] </w:t>
      </w:r>
      <w:r>
        <w:t>Deceiver, great deceiver, great deceiver. Toh koi Dajjal jaisa koi zamana aayega jis mein saari hi ummat-e-muslima phans jayegi,</w:t>
      </w:r>
    </w:p>
    <w:p>
      <w:pPr>
        <w:jc w:val="right"/>
      </w:pPr>
      <w:r>
        <w:t>ڈیسیور، گریٹ ڈیسیور، گریٹ ڈیسیور۔ تو کوئی دجال جیسا کوئی زمانہ آئے گا جس میں ساری ہی امت مسلمہ پھنس جائے گی،</w:t>
      </w:r>
    </w:p>
    <w:p>
      <w:r>
        <w:rPr>
          <w:b/>
        </w:rPr>
        <w:t xml:space="preserve">[12:12] </w:t>
      </w:r>
      <w:r>
        <w:t>saari aur zaroorat hogi ke is se nikle, is ko zibah kar ke khatam karay.</w:t>
      </w:r>
    </w:p>
    <w:p>
      <w:pPr>
        <w:jc w:val="right"/>
      </w:pPr>
      <w:r>
        <w:t>ساری اور ضرورت ہوگی کہ اس سے نکلے، اس کو ذبح کر کے ختم کرے۔</w:t>
      </w:r>
    </w:p>
    <w:p>
      <w:r>
        <w:rPr>
          <w:b/>
        </w:rPr>
        <w:t xml:space="preserve">[12:24] </w:t>
      </w:r>
      <w:r>
        <w:t>to is par main ne socha to is ka jawab mujhe aur bhi nikla, aur keh dajjal aur hoga, dajjal aik aankh wala hoga.</w:t>
      </w:r>
    </w:p>
    <w:p>
      <w:pPr>
        <w:jc w:val="right"/>
      </w:pPr>
      <w:r>
        <w:t>تو اس پر میں نے سوچا تو اس کا جواب مجھے اور بھی نکلا، اور کہ دجال اور ہوگا، دجال ایک آنکھ والا ہوگا۔</w:t>
      </w:r>
    </w:p>
    <w:p>
      <w:r>
        <w:rPr>
          <w:b/>
        </w:rPr>
        <w:t xml:space="preserve">[12:36] </w:t>
      </w:r>
      <w:r>
        <w:t>acha dekhiye, is tarah ke jo prediction hain rasool Allah ki taraf se, woh ziyada tar tamseel ki zaban mein hain, allegorical language mein hain.</w:t>
      </w:r>
    </w:p>
    <w:p>
      <w:pPr>
        <w:jc w:val="right"/>
      </w:pPr>
      <w:r>
        <w:t>اچھا دیکھیے، اس طرح کے جو پریڈکشن ہیں رسول اللہ کی طرف سے، وہ زیادہ تر تمثیل کی زبان میں ہیں، ایلیگریکل لینگویج میں ہیں۔</w:t>
      </w:r>
    </w:p>
    <w:p>
      <w:r>
        <w:rPr>
          <w:b/>
        </w:rPr>
        <w:t xml:space="preserve">[12:49] </w:t>
      </w:r>
      <w:r>
        <w:t>yeh bhi mere nazdeek tamseel ki zaban mein hai, yani dajjal aik aankh wala hoga ke is ka kya hua?</w:t>
      </w:r>
    </w:p>
    <w:p>
      <w:pPr>
        <w:jc w:val="right"/>
      </w:pPr>
      <w:r>
        <w:t>یہ بھی میرے نزدیک تمثیل کی زبان میں ہے، یعنی دجال ایک آنکھ والا ہوگا کہ اس کا کیا ہوا؟</w:t>
      </w:r>
    </w:p>
    <w:p>
      <w:r>
        <w:rPr>
          <w:b/>
        </w:rPr>
        <w:t xml:space="preserve">[13:01] </w:t>
      </w:r>
      <w:r>
        <w:t>is ki thinking one sided hogi, is ki thinking one sided hogi.</w:t>
      </w:r>
    </w:p>
    <w:p>
      <w:pPr>
        <w:jc w:val="right"/>
      </w:pPr>
      <w:r>
        <w:t>اس کی تھنکنگ ون سائیڈڈ ہوگی، اس کی تھنکنگ ون سائیڈڈ ہوگی۔</w:t>
      </w:r>
    </w:p>
    <w:p>
      <w:r>
        <w:rPr>
          <w:b/>
        </w:rPr>
        <w:t xml:space="preserve">[13:10] </w:t>
      </w:r>
      <w:r>
        <w:t>to main apne tajrube ki roshni mein keh sakta hoon ke aaj ke musalman jo hain, saari dunya ke, in ka yahi, in ki yahi, yani weakness hai ke saare musalman taqreeban one sided ho gaye hain.</w:t>
      </w:r>
    </w:p>
    <w:p>
      <w:pPr>
        <w:jc w:val="right"/>
      </w:pPr>
      <w:r>
        <w:t>تو میں اپنے تجربے کی روشنی میں کہہ سکتا ہوں کہ آج کے مسلمان جو ہیں، ساری دنیا کے، ان کا یہی، ان کی یہی، یعنی ویکنس ہے کہ سارے مسلمان تقریباً ون سائیڈڈ ہو گئے ہیں۔</w:t>
      </w:r>
    </w:p>
    <w:p>
      <w:r>
        <w:rPr>
          <w:b/>
        </w:rPr>
        <w:t xml:space="preserve">[13:29] </w:t>
      </w:r>
      <w:r>
        <w:t>mislan one sided kya hai? mislan in ko dikhai parti hai yahood ka zulm, hindu ka zulm, america ka zulm, europe ka zulm, sab ka zulm dikhai deta hai.</w:t>
      </w:r>
    </w:p>
    <w:p>
      <w:pPr>
        <w:jc w:val="right"/>
      </w:pPr>
      <w:r>
        <w:t>مثلاً ون سائیڈڈ کیا ہے؟ مثلاً ان کو دکھائی پڑتی ہے یہود کا ظلم، ہندو کا ظلم، امریکہ کا ظلم، یورپ کا ظلم، سب کا ظلم دکھائی دیتا ہے۔</w:t>
      </w:r>
    </w:p>
    <w:p>
      <w:r>
        <w:rPr>
          <w:b/>
        </w:rPr>
        <w:t xml:space="preserve">[13:44] </w:t>
      </w:r>
      <w:r>
        <w:t>sirf aik cheez nahi dikhai deti, woh apni ghalti. apni ghalti in ko nahi dikhai nahi deti, sirf doosron ka zulm dikhai deta hai.</w:t>
      </w:r>
    </w:p>
    <w:p>
      <w:pPr>
        <w:jc w:val="right"/>
      </w:pPr>
      <w:r>
        <w:t>صرف ایک چیز نہیں دکھائی دیتی، وہ اپنی غلطی۔ اپنی غلطی ان کو نہیں دکھائی نہیں دیتی، صرف دوسروں کا ظلم دکھائی دیتا ہے۔</w:t>
      </w:r>
    </w:p>
    <w:p>
      <w:r>
        <w:rPr>
          <w:b/>
        </w:rPr>
        <w:t xml:space="preserve">[13:56] </w:t>
      </w:r>
      <w:r>
        <w:t>aap yahan se dunya mein safar kijiye, musalmanon se miliye, har musalman taqreeban isi par poora utre ga, yani one one sided thinking</w:t>
      </w:r>
    </w:p>
    <w:p>
      <w:pPr>
        <w:jc w:val="right"/>
      </w:pPr>
      <w:r>
        <w:t>آپ یہاں سے دنیا میں سفر کیجئے، مسلمانوں سے ملیے، ہر مسلمان تقریباً اسی پر پورا اترے گا، یعنی ون ون سائیڈڈ تھنکنگ</w:t>
      </w:r>
    </w:p>
    <w:p>
      <w:r>
        <w:rPr>
          <w:b/>
        </w:rPr>
        <w:t xml:space="preserve">[14:16] </w:t>
      </w:r>
      <w:r>
        <w:t>ke yahood israel ko bura kahen ge, apni ghalti nahi, in ko pata hogi. hindu ko bura karen ge, apni ghalti pata nahi hogi.</w:t>
      </w:r>
    </w:p>
    <w:p>
      <w:pPr>
        <w:jc w:val="right"/>
      </w:pPr>
      <w:r>
        <w:t>کہ یہود اسرائیل کو برا کہیں گے، اپنی غلطی نہیں، ان کو پتہ ہوگی۔ ہندو کو برا کریں گے، اپنی غلطی پتہ نہیں ہوگی۔</w:t>
      </w:r>
    </w:p>
    <w:p>
      <w:r>
        <w:rPr>
          <w:b/>
        </w:rPr>
        <w:t xml:space="preserve">[14:28] </w:t>
      </w:r>
      <w:r>
        <w:t>america ki ghalti batayen ge, apni ghalti ka pata nahi hoga. saari dunya ko zalim batayen ge, zalim apni ghalti ka pata nahi hoga.</w:t>
      </w:r>
    </w:p>
    <w:p>
      <w:pPr>
        <w:jc w:val="right"/>
      </w:pPr>
      <w:r>
        <w:t>امریکہ کی غلطی بتائیں گے، اپنی غلطی کا پتہ نہیں ہوگا۔ ساری دنیا کو ظالم بتائیں گے، ظالم اپنی غلطی کا پتہ نہیں ہوگا۔</w:t>
      </w:r>
    </w:p>
    <w:p>
      <w:r>
        <w:rPr>
          <w:b/>
        </w:rPr>
        <w:t xml:space="preserve">[14:41] </w:t>
      </w:r>
      <w:r>
        <w:t>to saari dunya in ke nazdeek zalim hai, muslim dushman hai, islam ke khilaf hai. jo kehte hain aaj kal aik lafz nikala musalmanon ne: "islamophobia".</w:t>
      </w:r>
    </w:p>
    <w:p>
      <w:pPr>
        <w:jc w:val="right"/>
      </w:pPr>
      <w:r>
        <w:t>تو ساری دنیا ان کے نزدیک ظالم ہے، مسلم دشمن ہے، اسلام کے خلاف ہے۔ جو کہتے ہیں آج کل ایک لفظ نکالا مسلمانوں نے: "اسلامو فوبیا"۔</w:t>
      </w:r>
    </w:p>
    <w:p>
      <w:r>
        <w:rPr>
          <w:b/>
        </w:rPr>
        <w:t xml:space="preserve">[14:53] </w:t>
      </w:r>
      <w:r>
        <w:t>islamophobia hi to hai, dajjal, dajjali soch, islamophobia nikaal rakha hai. saare log mante hain ke saara europe islamophobia mein mubtala hai.</w:t>
      </w:r>
    </w:p>
    <w:p>
      <w:pPr>
        <w:jc w:val="right"/>
      </w:pPr>
      <w:r>
        <w:t>اسلامو فوبیا ہی تو ہے، دجال، دجالی سوچ، اسلامو فوبیا نکال رکھا ہے۔ سارے لوگ مانتے ہیں کہ سارا یورپ اسلامو فوبیا میں مبتلا ہے۔</w:t>
      </w:r>
    </w:p>
    <w:p>
      <w:r>
        <w:rPr>
          <w:b/>
        </w:rPr>
        <w:t xml:space="preserve">[15:11] </w:t>
      </w:r>
      <w:r>
        <w:t>to main samajhta hoon ke is hadees ki roshni mein samjha jaye, is ayat ko, is ka matlab kya hoga?</w:t>
      </w:r>
    </w:p>
    <w:p>
      <w:pPr>
        <w:jc w:val="right"/>
      </w:pPr>
      <w:r>
        <w:t>تو میں سمجھتا ہوں کہ اس حدیث کی روشنی میں سمجھا جائے، اس آیت کو، اس کا مطلب کیا ہوگا؟</w:t>
      </w:r>
    </w:p>
    <w:p>
      <w:r>
        <w:rPr>
          <w:b/>
        </w:rPr>
        <w:t xml:space="preserve">[15:19] </w:t>
      </w:r>
      <w:r>
        <w:t>ke woh waqt aa gaya hai ke musalman apne zamanay ke dajjal ko zibah karen,</w:t>
      </w:r>
    </w:p>
    <w:p>
      <w:pPr>
        <w:jc w:val="right"/>
      </w:pPr>
      <w:r>
        <w:t>کہ وہ وقت آ گیا ہے کہ مسلمان اپنے زمانے کے دجال کو ذبح کریں،</w:t>
      </w:r>
    </w:p>
    <w:p>
      <w:r>
        <w:rPr>
          <w:b/>
        </w:rPr>
        <w:t xml:space="preserve">[15:29] </w:t>
      </w:r>
      <w:r>
        <w:t>apne zamanay ke islamophobia ko zibah karen, apni one sided fikr ko khatam karen.</w:t>
      </w:r>
    </w:p>
    <w:p>
      <w:pPr>
        <w:jc w:val="right"/>
      </w:pPr>
      <w:r>
        <w:t>اپنے زمانے کے اسلامو فوبیا کو ذبح کریں، اپنی ون سائیڈڈ فکر کو ختم کریں۔</w:t>
      </w:r>
    </w:p>
    <w:p>
      <w:r>
        <w:rPr>
          <w:b/>
        </w:rPr>
        <w:t xml:space="preserve">[15:39] </w:t>
      </w:r>
      <w:r>
        <w:t>yeh khatam karen ke dunya zalim hai, dunya islamophobia mein mubtala hai, dunya hamari dushman hai. mislan dekhiye, saari dunya mein kaha jata hai america ke baray mein:</w:t>
      </w:r>
    </w:p>
    <w:p>
      <w:pPr>
        <w:jc w:val="right"/>
      </w:pPr>
      <w:r>
        <w:t>یہ ختم کریں کہ دنیا ظالم ہے، دنیا اسلامو فوبیا میں مبتلا ہے، دنیا ہماری دشمن ہے۔ مثلاً دیکھیے، ساری دنیا میں کہا جاتا ہے امریکہ کے بارے میں:</w:t>
      </w:r>
    </w:p>
    <w:p>
      <w:r>
        <w:rPr>
          <w:b/>
        </w:rPr>
        <w:t xml:space="preserve">[15:54] </w:t>
      </w:r>
      <w:r>
        <w:t>"arab kahen ge america adu al islam raqam wahid". america adu al islam raqam wahid.</w:t>
      </w:r>
    </w:p>
    <w:p>
      <w:pPr>
        <w:jc w:val="right"/>
      </w:pPr>
      <w:r>
        <w:t>"عرب کہیں گے امریکہ عدو الاسلام رقم واحد"۔ امریکہ عدو الاسلام رقم واحد۔</w:t>
      </w:r>
    </w:p>
    <w:p>
      <w:r>
        <w:rPr>
          <w:b/>
        </w:rPr>
        <w:t xml:space="preserve">[16:06] </w:t>
      </w:r>
      <w:r>
        <w:t>baqi dunya mein kya kahen ge? "america is enemy number one of islam". yeh sab one sided thinking hai.</w:t>
      </w:r>
    </w:p>
    <w:p>
      <w:pPr>
        <w:jc w:val="right"/>
      </w:pPr>
      <w:r>
        <w:t>بقیہ دنیا میں کیا کہیں گے؟ "امریکہ از اینمی نمبر ون آف اسلام"۔ یہ سب ون سائیڈڈ تھنکنگ ہے۔</w:t>
      </w:r>
    </w:p>
    <w:p>
      <w:r>
        <w:rPr>
          <w:b/>
        </w:rPr>
        <w:t xml:space="preserve">[16:18] </w:t>
      </w:r>
      <w:r>
        <w:t>saari dunya is america se faida utha rahi hai.</w:t>
      </w:r>
    </w:p>
    <w:p>
      <w:pPr>
        <w:jc w:val="right"/>
      </w:pPr>
      <w:r>
        <w:t>ساری دنیا اس امریکہ سے فائدہ اٹھا رہی ہے۔</w:t>
      </w:r>
    </w:p>
    <w:p>
      <w:r>
        <w:rPr>
          <w:b/>
        </w:rPr>
        <w:t xml:space="preserve">[16:25] </w:t>
      </w:r>
      <w:r>
        <w:t>saare musalman, saari family ke kuch na kuch log america ja ke parhte hain, service karte hain, business karte hain, shandar ghar banate hain, khoob dollar kamate hain.</w:t>
      </w:r>
    </w:p>
    <w:p>
      <w:pPr>
        <w:jc w:val="right"/>
      </w:pPr>
      <w:r>
        <w:t>سارے مسلمان، ساری فیملی کے کچھ نہ کچھ لوگ امریکہ جا کے پڑھتے ہیں، سروس کرتے ہیں، بزنس کرتے ہیں، شاندار گھر بناتے ہیں، خوب ڈالر کماتے ہیں۔</w:t>
      </w:r>
    </w:p>
    <w:p>
      <w:r>
        <w:rPr>
          <w:b/>
        </w:rPr>
        <w:t xml:space="preserve">[16:37] </w:t>
      </w:r>
      <w:r>
        <w:t>lekin wohi log jo america jate hain, apne bachon ko bhi bhejte hain, wohi america ke khilaf bolte hain. yeh hai one sided, yani america ne jo kuch kiya, is ka zikr nahi.</w:t>
      </w:r>
    </w:p>
    <w:p>
      <w:pPr>
        <w:jc w:val="right"/>
      </w:pPr>
      <w:r>
        <w:t>لیکن وہی لوگ جو امریکہ جاتے ہیں، اپنے بچوں کو بھیجتے ہیں، وہی امریکہ کے خلاف بولتے ہیں۔ یہ ہے ون سائیڈڈ، یعنی امریکہ نے جو کچھ کیا، اس کا ذکر نہیں۔</w:t>
      </w:r>
    </w:p>
    <w:p>
      <w:r>
        <w:rPr>
          <w:b/>
        </w:rPr>
        <w:t xml:space="preserve">[16:51] </w:t>
      </w:r>
      <w:r>
        <w:t>aur kahin koi baat ho gayi to bas: "america dushman hai, america zalim hai, america bura hai".</w:t>
      </w:r>
    </w:p>
    <w:p>
      <w:pPr>
        <w:jc w:val="right"/>
      </w:pPr>
      <w:r>
        <w:t>اور کہیں کوئی بات ہو گئی تو بس: "امریکہ دشمن ہے، امریکہ ظالم ہے، امریکہ برا ہے"۔</w:t>
      </w:r>
    </w:p>
    <w:p>
      <w:r>
        <w:rPr>
          <w:b/>
        </w:rPr>
        <w:t xml:space="preserve">[16:59] </w:t>
      </w:r>
      <w:r>
        <w:t>india mein dekhiye, aap jis musalman ko soch poochiye to india ke baray mein negative hoga, woh</w:t>
      </w:r>
    </w:p>
    <w:p>
      <w:pPr>
        <w:jc w:val="right"/>
      </w:pPr>
      <w:r>
        <w:t>انڈیا میں دیکھیے، آپ جس مسلمان کو سوچ پوچھیے تو انڈیا کے بارے میں نیگیٹیو ہوگا، وہ</w:t>
      </w:r>
    </w:p>
    <w:p>
      <w:r>
        <w:rPr>
          <w:b/>
        </w:rPr>
        <w:t xml:space="preserve">[17:08] </w:t>
      </w:r>
      <w:r>
        <w:t>negative hoga. aik zamanay mein jab ke woh ram, woh doctor ram manohar lohiya thay, aur woh thay jeep aakash narayan.</w:t>
      </w:r>
    </w:p>
    <w:p>
      <w:pPr>
        <w:jc w:val="right"/>
      </w:pPr>
      <w:r>
        <w:t>نیگیٹیو ہوگا۔ ایک زمانے میں جب کہ وہ رام، وہ ڈاکٹر رام منر لہیہ تھے، اور وہ تھے جیپ آکاش نارائن۔</w:t>
      </w:r>
    </w:p>
    <w:p>
      <w:r>
        <w:rPr>
          <w:b/>
        </w:rPr>
        <w:t xml:space="preserve">[17:25] </w:t>
      </w:r>
      <w:r>
        <w:t>jeep aakash narain, doctor ram manar lahiya bohat mashhoor hue the. is zamane mein nan congressism, bas congress, congress ko, yaani is zamane mein karte the musalman: "congress ko hatao, congress ko mitao, nan congresses".</w:t>
      </w:r>
    </w:p>
    <w:p>
      <w:pPr>
        <w:jc w:val="right"/>
      </w:pPr>
      <w:r>
        <w:t>جیپ آکاش نارائن، ڈاکٹر رام منر لہیہ بہت مشہور ہوئے تھے۔ اس زمانے میں نان کانگرسزم، بس کانگریس، کانگریس کو، یعنی اس زمانے میں کرتے تھے مسلمان: "کانگریس کو ہٹاؤ، کانگریس کو مٹاؤ، نان کانگرسز"۔</w:t>
      </w:r>
    </w:p>
    <w:p>
      <w:r>
        <w:rPr>
          <w:b/>
        </w:rPr>
        <w:t xml:space="preserve">[17:44] </w:t>
      </w:r>
      <w:r>
        <w:t>phir aaya hai bjp, sab dushman hai, bjp ko hatana, bjp ko hatana. yeh soch hai, yahan soch hai bjp, bjp ke khilaf,</w:t>
      </w:r>
    </w:p>
    <w:p>
      <w:pPr>
        <w:jc w:val="right"/>
      </w:pPr>
      <w:r>
        <w:t>پھر آیا ہے بی جے پی، سب دشمن ہے، بی جے پی کو ہٹانا، بی جے پی کو ہٹانا۔ یہ سوچ ہے، یہاں سوچ ہے بی جے پی، بی جے پی کے خلاف،</w:t>
      </w:r>
    </w:p>
    <w:p>
      <w:r>
        <w:rPr>
          <w:b/>
        </w:rPr>
        <w:t xml:space="preserve">[17:57] </w:t>
      </w:r>
      <w:r>
        <w:t>congress ke khilaf, america mein america ke khilaf, aur falasteen mein yahood ke khilaf.</w:t>
      </w:r>
    </w:p>
    <w:p>
      <w:pPr>
        <w:jc w:val="right"/>
      </w:pPr>
      <w:r>
        <w:t>کانگریس کے خلاف، امریکہ میں امریکہ کے خلاف، اور فلسطین میں یہود کے خلاف۔</w:t>
      </w:r>
    </w:p>
    <w:p>
      <w:r>
        <w:rPr>
          <w:b/>
        </w:rPr>
        <w:t xml:space="preserve">[18:08] </w:t>
      </w:r>
      <w:r>
        <w:t>to yeh sari duniya mein musalmanon ki soch. achha dekhiye, is duniya mein yeh impossible hai ke koi shakhs international taur par kisi ke zulm ka shikar bane.</w:t>
      </w:r>
    </w:p>
    <w:p>
      <w:pPr>
        <w:jc w:val="right"/>
      </w:pPr>
      <w:r>
        <w:t>تو یہ ساری دنیا میں مسلمانوں کی سوچ۔ اچھا دیکھیے، اس دنیا میں یہ امپاسیبل ہے کہ کوئی شخص انٹرنیشنل طور پر کسی کے ظلم کا شکار بنے۔</w:t>
      </w:r>
    </w:p>
    <w:p>
      <w:r>
        <w:rPr>
          <w:b/>
        </w:rPr>
        <w:t xml:space="preserve">[18:20] </w:t>
      </w:r>
      <w:r>
        <w:t>kuch aap karte hain, phir kuch woh karta hai. yeh law of nature hai, yeh law of nature hai ke jab bhi aap ke sath kuch hoga to doosre ne kuch kiya hoga.</w:t>
      </w:r>
    </w:p>
    <w:p>
      <w:pPr>
        <w:jc w:val="right"/>
      </w:pPr>
      <w:r>
        <w:t>کچھ آپ کرتے ہیں، پھر کچھ وہ کرتا ہے۔ یہ لاء آف نیچر ہے، یہ لاء آف نیچر ہے کہ جب بھی آپ کے ساتھ کچھ ہوگا تو دوسرے نے کچھ کیا ہوگا۔</w:t>
      </w:r>
    </w:p>
    <w:p>
      <w:r>
        <w:rPr>
          <w:b/>
        </w:rPr>
        <w:t xml:space="preserve">[18:35] </w:t>
      </w:r>
      <w:r>
        <w:t>chahe family ho, chahe society ho, chahe mulk ho, international zulm ka koi wajood nahi duniya mein.</w:t>
      </w:r>
    </w:p>
    <w:p>
      <w:pPr>
        <w:jc w:val="right"/>
      </w:pPr>
      <w:r>
        <w:t>چاہے فیملی ہو، چاہے سوسائٹی ہو، چاہے ملک ہو، انٹرنیشنل ظلم کا کوئی وجود نہیں دنیا میں۔</w:t>
      </w:r>
    </w:p>
    <w:p>
      <w:r>
        <w:rPr>
          <w:b/>
        </w:rPr>
        <w:t xml:space="preserve">[18:45] </w:t>
      </w:r>
      <w:r>
        <w:t>yaad rakhiye, duniya mein yak tarfa zulm ka koi wajood nahi hai. kuch aap karte hain to phir retaliate karta hai woh.</w:t>
      </w:r>
    </w:p>
    <w:p>
      <w:pPr>
        <w:jc w:val="right"/>
      </w:pPr>
      <w:r>
        <w:t>یاد رکھیے، دنیا میں یکطرفہ ظلم کا کوئی وجود نہیں ہے۔ کچھ آپ کرتے ہیں تو پھر ریٹیلیٹ کرتا ہے وہ۔</w:t>
      </w:r>
    </w:p>
    <w:p>
      <w:r>
        <w:rPr>
          <w:b/>
        </w:rPr>
        <w:t xml:space="preserve">[18:56] </w:t>
      </w:r>
      <w:r>
        <w:t>to duniya mein jo wajood hai, woh retaliation hai, woh zulm hai hi nahi. les look aleyhim min sultan,</w:t>
      </w:r>
    </w:p>
    <w:p>
      <w:pPr>
        <w:jc w:val="right"/>
      </w:pPr>
      <w:r>
        <w:t>تو دنیا میں جو وجود ہے، وہ ریٹیلیشن ہے، وہ ظلم ہے ہی نہیں۔ لیس لک علیہم من سلطان،</w:t>
      </w:r>
    </w:p>
    <w:p>
      <w:r>
        <w:rPr>
          <w:b/>
        </w:rPr>
        <w:t xml:space="preserve">[19:06] </w:t>
      </w:r>
      <w:r>
        <w:t>les look aleyhim min sultan ka matlab yahi hai.</w:t>
      </w:r>
    </w:p>
    <w:p>
      <w:pPr>
        <w:jc w:val="right"/>
      </w:pPr>
      <w:r>
        <w:t>لیس لک علیہم من سلطان کا مطلب یہی ہے۔</w:t>
      </w:r>
    </w:p>
    <w:p>
      <w:r>
        <w:rPr>
          <w:b/>
        </w:rPr>
        <w:t xml:space="preserve">[19:12] </w:t>
      </w:r>
      <w:r>
        <w:t>les look aleyhim min sultan ka matlab yahi hai ke koi bhi, chahe woh shaitani kyun na ho, chahe bura insan kyun na ho, zalim kyun na ho, yak tarfa taur par bila kisi wajah ke aap par zulm nahi kar sakta.</w:t>
      </w:r>
    </w:p>
    <w:p>
      <w:pPr>
        <w:jc w:val="right"/>
      </w:pPr>
      <w:r>
        <w:t>لیس لک علیہم من سلطان کا مطلب یہی ہے کہ کوئی بھی، چاہے وہ شیطانی کیوں نہ ہو، چاہے برا انسان کیوں نہ ہو، ظالم کیوں نہ ہو، یکطرفہ طور پر بلا کسی وجہ کے آپ پر ظلم نہیں کر سکتا۔</w:t>
      </w:r>
    </w:p>
    <w:p>
      <w:r>
        <w:rPr>
          <w:b/>
        </w:rPr>
        <w:t xml:space="preserve">[19:30] </w:t>
      </w:r>
      <w:r>
        <w:t>uske hath bandhe hue hain. aap kuch karte hain, phir woh retaliate karta hai. to sara zulm, woh jis ko musalman sara zulm kehte hain, woh sab hai reaction.</w:t>
      </w:r>
    </w:p>
    <w:p>
      <w:pPr>
        <w:jc w:val="right"/>
      </w:pPr>
      <w:r>
        <w:t>اس کے ہاتھ بندھے ہوئے ہیں۔ آپ کچھ کرتے ہیں، پھر وہ ریٹیلیٹ کرتا ہے۔ تو سارا ظلم، وہ جس کو مسلمان سارا ظلم کہتے ہیں، وہ سب ہے ری ایکشن۔</w:t>
      </w:r>
    </w:p>
    <w:p>
      <w:r>
        <w:rPr>
          <w:b/>
        </w:rPr>
        <w:t xml:space="preserve">[19:47] </w:t>
      </w:r>
      <w:r>
        <w:t>koi bhi waqea aap bataiye to mein abhi inshallah usko tajeza kar ke bataunga ke zulm kahan hai. woh woh to reaction hai.</w:t>
      </w:r>
    </w:p>
    <w:p>
      <w:pPr>
        <w:jc w:val="right"/>
      </w:pPr>
      <w:r>
        <w:t>کوئی بھی واقعہ آپ بتائیے تو میں ابھی انشاءاللہ اس کو تجزیہ کر کے بتاؤں گا کہ ظلم کہاں ہے۔ وہ وہ تو ری ایکشن ہے۔</w:t>
      </w:r>
    </w:p>
    <w:p>
      <w:r>
        <w:rPr>
          <w:b/>
        </w:rPr>
        <w:t xml:space="preserve">[19:57] </w:t>
      </w:r>
      <w:r>
        <w:t>chahe india ho, chahe falasteen ho, chahe pakistan mein ho, chahe misr mein ho, chahe falasteen kahin bhi ho, jis ko bhi aap zulm batayenge, woh bilashuba reaction hoga.</w:t>
      </w:r>
    </w:p>
    <w:p>
      <w:pPr>
        <w:jc w:val="right"/>
      </w:pPr>
      <w:r>
        <w:t>چاہے انڈیا ہو، چاہے فلسطین ہو، چاہے پاکستان میں ہو، چاہے مصر میں ہو، چاہے فلسطین کہیں بھی ہو، جس کو بھی آپ ظلم بتائیں گے، وہ بلاشبہ ری ایکشن ہوگا۔</w:t>
      </w:r>
    </w:p>
    <w:p>
      <w:r>
        <w:rPr>
          <w:b/>
        </w:rPr>
        <w:t xml:space="preserve">[20:12] </w:t>
      </w:r>
      <w:r>
        <w:t>yaani yak one sided story, one sided, one sided.</w:t>
      </w:r>
    </w:p>
    <w:p>
      <w:pPr>
        <w:jc w:val="right"/>
      </w:pPr>
      <w:r>
        <w:t>یعنی یک ون سائیڈڈ اسٹوری، ون سائیڈڈ، ون سائیڈڈ۔</w:t>
      </w:r>
    </w:p>
    <w:p>
      <w:r>
        <w:rPr>
          <w:b/>
        </w:rPr>
        <w:t xml:space="preserve">[20:24] </w:t>
      </w:r>
      <w:r>
        <w:t>misalan dekhiye, sab se bada zulm jis ko musalman batate hain, woh hai falasteen par yahood ka qabza.</w:t>
      </w:r>
    </w:p>
    <w:p>
      <w:pPr>
        <w:jc w:val="right"/>
      </w:pPr>
      <w:r>
        <w:t>مثلاً دیکھیے، سب سے بڑا ظلم جس کو مسلمان بتاتے ہیں، وہ ہے فلسطین پر یہود کا قبضہ۔</w:t>
      </w:r>
    </w:p>
    <w:p>
      <w:r>
        <w:rPr>
          <w:b/>
        </w:rPr>
        <w:t xml:space="preserve">[20:34] </w:t>
      </w:r>
      <w:r>
        <w:t>sab se bada woh zulm kahan hai? to quran mein likha hua hai ke Allah ne falasteen ko yahood ke liye likh diya.</w:t>
      </w:r>
    </w:p>
    <w:p>
      <w:pPr>
        <w:jc w:val="right"/>
      </w:pPr>
      <w:r>
        <w:t>سب سے بڑا وہ ظلم کہاں ہے؟ تو قرآن میں لکھا ہوا ہے کہ اللہ نے فلسطین کو یہود کے لیے لکھ دیا۔</w:t>
      </w:r>
    </w:p>
    <w:p>
      <w:r>
        <w:rPr>
          <w:b/>
        </w:rPr>
        <w:t xml:space="preserve">[20:47] </w:t>
      </w:r>
      <w:r>
        <w:t>kya alfaaz hain? sab adkhal al-ard al-muqaddasah Allah, katab Allah aleykum. aap ghor karein, katab Allah aleykum.</w:t>
      </w:r>
    </w:p>
    <w:p>
      <w:pPr>
        <w:jc w:val="right"/>
      </w:pPr>
      <w:r>
        <w:t>کیا الفاظ ہیں؟ سب ادخل الارض المقدستۃ اللہ، کتب اللہ علیکم۔ آپ غور کریں، کتب اللہ علیکم۔</w:t>
      </w:r>
    </w:p>
    <w:p>
      <w:r>
        <w:rPr>
          <w:b/>
        </w:rPr>
        <w:t xml:space="preserve">[20:56] </w:t>
      </w:r>
      <w:r>
        <w:t>Allah ne likh diya hai tumhare liye. kya tarjuma iska hai? Allah ne likh diya hai isko tumhare liye. isko aap ghor kijiye, jab falasteen ko khud Allah ne likh diya hai yahood ke liye, is mein woh dakhil ho jate hain to kya galat karte hain?</w:t>
      </w:r>
    </w:p>
    <w:p>
      <w:pPr>
        <w:jc w:val="right"/>
      </w:pPr>
      <w:r>
        <w:t>اللہ نے لکھ دیا ہے تمہارے لیے۔ کیا ترجمہ اس کا ہے؟ اللہ نے لکھ دیا ہے اس کو تمہارے لیے۔ اس کو آپ غور کیجئے، جب فلسطین کو خود اللہ نے لکھ دیا ہے یہود کے لیے، اس میں وہ داخل ہو جاتے ہیں تو کیا غلط کرتے ہیں؟</w:t>
      </w:r>
    </w:p>
    <w:p>
      <w:r>
        <w:rPr>
          <w:b/>
        </w:rPr>
        <w:t xml:space="preserve">[21:12] </w:t>
      </w:r>
      <w:r>
        <w:t>yeh galati kya hai? yeh galati kya hai? bataiye, al-Ma'idah mein yeh likha hua hai ke Musa ne kaha ke dakhil ho jao falasteen mein, ard muqaddas mein,</w:t>
      </w:r>
    </w:p>
    <w:p>
      <w:pPr>
        <w:jc w:val="right"/>
      </w:pPr>
      <w:r>
        <w:t>یہ غلطی کیا ہے؟ یہ غلطی کیا ہے؟ بتائیے، المادہ میں یہ لکھا ہوا ہے کہ موسیٰ نے کہا کہ داخل ہو جاؤ فلسطین میں، ارض مقدس میں،</w:t>
      </w:r>
    </w:p>
    <w:p>
      <w:r>
        <w:rPr>
          <w:b/>
        </w:rPr>
        <w:t xml:space="preserve">[21:27] </w:t>
      </w:r>
      <w:r>
        <w:t>jis ko Allah ne likh diya hai tumhare liye. to jab khud Allah ne likh diya ho, jo creator hai, jab creator ne likh diya ho to dakhil honge?</w:t>
      </w:r>
    </w:p>
    <w:p>
      <w:pPr>
        <w:jc w:val="right"/>
      </w:pPr>
      <w:r>
        <w:t>جس کو اللہ نے لکھ دیا ہے تمہارے لیے۔ تو جب خود اللہ نے لکھ دیا ہو، جو کریٹر ہے، جب کریٹر نے لکھ دیا ہو تو داخل ہوں گے؟</w:t>
      </w:r>
    </w:p>
    <w:p>
      <w:r>
        <w:rPr>
          <w:b/>
        </w:rPr>
        <w:t xml:space="preserve">[21:37] </w:t>
      </w:r>
      <w:r>
        <w:t>woh kyun nahi dakhil honge? woh to zulm kahan hua? yeh zulm kahan hua? to sare musalman jo hain duniya ke, yak tarfa reporting ka case hain.</w:t>
      </w:r>
    </w:p>
    <w:p>
      <w:pPr>
        <w:jc w:val="right"/>
      </w:pPr>
      <w:r>
        <w:t>وہ کیوں نہیں داخل ہوں گے؟ وہ تو ظلم کہاں ہوا؟ یہ ظلم کہاں ہوا؟ تو سارے مسلمان جو ہیں دنیا کے، یکطرفہ رپورٹنگ کا کیس ہیں۔</w:t>
      </w:r>
    </w:p>
    <w:p>
      <w:r>
        <w:rPr>
          <w:b/>
        </w:rPr>
        <w:t xml:space="preserve">[21:54] </w:t>
      </w:r>
      <w:r>
        <w:t>one sided reporting, yaani apna na batana, unka batana,</w:t>
      </w:r>
    </w:p>
    <w:p>
      <w:pPr>
        <w:jc w:val="right"/>
      </w:pPr>
      <w:r>
        <w:t>ون سائیڈڈ رپورٹنگ، یعنی اپنا نہ بتانا، ان کا بتانا،</w:t>
      </w:r>
    </w:p>
    <w:p>
      <w:r>
        <w:rPr>
          <w:b/>
        </w:rPr>
        <w:t xml:space="preserve">[22:03] </w:t>
      </w:r>
      <w:r>
        <w:t>apna na batana, unka batana. mein sochta hoon ke kisi ek musalman ka is mein exception nahi hai.</w:t>
      </w:r>
    </w:p>
    <w:p>
      <w:pPr>
        <w:jc w:val="right"/>
      </w:pPr>
      <w:r>
        <w:t>اپنا نہ بتانا، ان کا بتانا۔ میں سوچتا ہوں کہ کسی ایک مسلمان کا اس میں ایکسیپشن نہیں ہے۔</w:t>
      </w:r>
    </w:p>
    <w:p>
      <w:r>
        <w:rPr>
          <w:b/>
        </w:rPr>
        <w:t xml:space="preserve">[22:15] </w:t>
      </w:r>
      <w:r>
        <w:t>jo kuch ho raha hai, woh reaction ho raha hai, retaliation ho raha hai. lekin batayenge kya? hamare upar zulm ho raha hai. that is one sided reporting,</w:t>
      </w:r>
    </w:p>
    <w:p>
      <w:pPr>
        <w:jc w:val="right"/>
      </w:pPr>
      <w:r>
        <w:t>جو کچھ ہو رہا ہے، وہ ری ایکشن ہو رہا ہے، ریٹیلیشن ہو رہا ہے۔ لیکن بتائیں گے کیا؟ ہمارے اوپر ظلم ہو رہا ہے۔ دیٹ از ون سائیڈڈ رپورٹنگ،</w:t>
      </w:r>
    </w:p>
    <w:p>
      <w:r>
        <w:rPr>
          <w:b/>
        </w:rPr>
        <w:t xml:space="preserve">[22:29] </w:t>
      </w:r>
      <w:r>
        <w:t>yak tarfa reporting. yahi dajjal hai, yahi dajjalit hai.</w:t>
      </w:r>
    </w:p>
    <w:p>
      <w:pPr>
        <w:jc w:val="right"/>
      </w:pPr>
      <w:r>
        <w:t>یکطرفہ رپورٹنگ۔ یہی دجال ہے، یہی دجالیت ہے۔</w:t>
      </w:r>
    </w:p>
    <w:p>
      <w:r>
        <w:rPr>
          <w:b/>
        </w:rPr>
        <w:t xml:space="preserve">[22:38] </w:t>
      </w:r>
      <w:r>
        <w:t>dajaliyat keh saray musalman dajaliyat ke shikar hain.</w:t>
      </w:r>
    </w:p>
    <w:p>
      <w:pPr>
        <w:jc w:val="right"/>
      </w:pPr>
      <w:r>
        <w:t>دجالیت کہ سارے مسلمان دجالیت کے شکار ہیں۔</w:t>
      </w:r>
    </w:p>
    <w:p>
      <w:r>
        <w:rPr>
          <w:b/>
        </w:rPr>
        <w:t xml:space="preserve">[22:47] </w:t>
      </w:r>
      <w:r>
        <w:t>saray musalman one two all dajaliyat ke shikar hain, yani one sided reporting. doosron ko batayen ge, apna nahi batayen ge.</w:t>
      </w:r>
    </w:p>
    <w:p>
      <w:pPr>
        <w:jc w:val="right"/>
      </w:pPr>
      <w:r>
        <w:t>سارے مسلمان ون ٹو آل دجالیت کے شکار ہیں، یعنی ون سائیڈڈ رپورٹنگ۔ جو دوسروں کو بتائیں گے، اپنا نہیں بتائیں گے۔</w:t>
      </w:r>
    </w:p>
    <w:p>
      <w:r>
        <w:rPr>
          <w:b/>
        </w:rPr>
        <w:t xml:space="preserve">[23:00] </w:t>
      </w:r>
      <w:r>
        <w:t>doosron ko batayen ge, apna nahi batayen ge. to ab dekhiye,</w:t>
      </w:r>
    </w:p>
    <w:p>
      <w:pPr>
        <w:jc w:val="right"/>
      </w:pPr>
      <w:r>
        <w:t>دوسروں کو بتائیں گے، اپنا نہیں بتائیں گے۔ تو اب دیکھیے،</w:t>
      </w:r>
    </w:p>
    <w:p>
      <w:r>
        <w:rPr>
          <w:b/>
        </w:rPr>
        <w:t xml:space="preserve">[23:09] </w:t>
      </w:r>
      <w:r>
        <w:t>jab rasool Allah ne yeh prediction kar diya hai taakeed ki zaban mein keh zaroor tum pervi karoge yahood ki, to phir kya karna hai?</w:t>
      </w:r>
    </w:p>
    <w:p>
      <w:pPr>
        <w:jc w:val="right"/>
      </w:pPr>
      <w:r>
        <w:t>جب رسول اللہ نے یہ پریڈکشن کر دیا ہے تاکید کی زبان میں کہ ضرور تم پیروی کرو گے یہود کی، تو پھر کیا کرنا ہے؟</w:t>
      </w:r>
    </w:p>
    <w:p>
      <w:r>
        <w:rPr>
          <w:b/>
        </w:rPr>
        <w:t xml:space="preserve">[23:23] </w:t>
      </w:r>
      <w:r>
        <w:t>is pervi ko khatam karna. jab musalman yahood ki pervi mein mubtala ho jayen to us waqt hamare musalmeen ka kya kaam hai?</w:t>
      </w:r>
    </w:p>
    <w:p>
      <w:pPr>
        <w:jc w:val="right"/>
      </w:pPr>
      <w:r>
        <w:t>اس پیروی کو ختم کرنا۔ جب مسلمان یہود کی پیروی میں مبتلا ہو جائیں تو اس وقت ہمارے مسلمین کا کیا کام ہے؟</w:t>
      </w:r>
    </w:p>
    <w:p>
      <w:r>
        <w:rPr>
          <w:b/>
        </w:rPr>
        <w:t xml:space="preserve">[23:33] </w:t>
      </w:r>
      <w:r>
        <w:t>musalmeen wohi bolay bolen jo Hazrat Musa bolay thay keh aik zibah karo us ko, us pervi yahood ko zibah karo.</w:t>
      </w:r>
    </w:p>
    <w:p>
      <w:pPr>
        <w:jc w:val="right"/>
      </w:pPr>
      <w:r>
        <w:t>مسلمین وہی بولے بولیں جو حضرت موسیٰ بولے تھے کہ ایک ذبح کرو اس کو، اس پیروی یہود کو ذبح کرو۔</w:t>
      </w:r>
    </w:p>
    <w:p>
      <w:r>
        <w:rPr>
          <w:b/>
        </w:rPr>
        <w:t xml:space="preserve">[23:44] </w:t>
      </w:r>
      <w:r>
        <w:t>kesi ajeeb baat hai</w:t>
      </w:r>
    </w:p>
    <w:p>
      <w:pPr>
        <w:jc w:val="right"/>
      </w:pPr>
      <w:r>
        <w:t>کیسی عجیب بات ہے</w:t>
      </w:r>
    </w:p>
    <w:p>
      <w:r>
        <w:rPr>
          <w:b/>
        </w:rPr>
        <w:t xml:space="preserve">[23:45] </w:t>
      </w:r>
      <w:r>
        <w:t>! ghor kijiye, is hadith mein kisi muhaddis ko shakk nahi hai, kisi aalim ko shakk nahi hai. saray ulama is hadith ko mante hain, saray ulama.</w:t>
      </w:r>
    </w:p>
    <w:p>
      <w:pPr>
        <w:jc w:val="right"/>
      </w:pPr>
      <w:r>
        <w:t>! غور کیجئے، اس حدیث میں کسی محدث کو شک نہیں ہے، کسی عالم کو شک نہیں ہے۔ سارے علماء اس حدیث کو مانتے ہیں، سارے علماء۔</w:t>
      </w:r>
    </w:p>
    <w:p>
      <w:r>
        <w:rPr>
          <w:b/>
        </w:rPr>
        <w:t xml:space="preserve">[24:00] </w:t>
      </w:r>
      <w:r>
        <w:t>to sawal hai keh jab yeh hadith sahih hai to is sahih hadith ko poora hona chahiye, kyunke woh prediction hai, prediction hai.</w:t>
      </w:r>
    </w:p>
    <w:p>
      <w:pPr>
        <w:jc w:val="right"/>
      </w:pPr>
      <w:r>
        <w:t>تو سوال ہے کہ جب یہ حدیث صحیح ہے تو اس صحیح حدیث کو پورا ہونا چاہیے، کیونکہ وہ پریڈکشن ہے، پریڈکشن ہے۔</w:t>
      </w:r>
    </w:p>
    <w:p>
      <w:r>
        <w:rPr>
          <w:b/>
        </w:rPr>
        <w:t xml:space="preserve">[24:13] </w:t>
      </w:r>
      <w:r>
        <w:t>to jab woh poora ho to karna kya hai? hum ko zibah baqra karna hai. zibah baqra ki tamseel ki zaban mein jab manen aap to is se murad hai zibah dajjal,</w:t>
      </w:r>
    </w:p>
    <w:p>
      <w:pPr>
        <w:jc w:val="right"/>
      </w:pPr>
      <w:r>
        <w:t>تو جب وہ پورا ہو تو کرنا کیا ہے؟ ہم کو ذبح بقرہ کرنا ہے۔ ذبح بقرہ کی تمثیل کی زبان میں جب مانیں آپ تو اس سے مراد ہے ذبح دجال،</w:t>
      </w:r>
    </w:p>
    <w:p>
      <w:r>
        <w:rPr>
          <w:b/>
        </w:rPr>
        <w:t xml:space="preserve">[24:26] </w:t>
      </w:r>
      <w:r>
        <w:t>yani one sided reporting. doosron ko zalim batana, apni ghalti na manna.</w:t>
      </w:r>
    </w:p>
    <w:p>
      <w:pPr>
        <w:jc w:val="right"/>
      </w:pPr>
      <w:r>
        <w:t>یعنی ون سائیڈڈ رپورٹنگ۔ دوسروں کو ظالم بتانا، اپنی غلطی نہ ماننا۔</w:t>
      </w:r>
    </w:p>
    <w:p>
      <w:r>
        <w:rPr>
          <w:b/>
        </w:rPr>
        <w:t xml:space="preserve">[24:38] </w:t>
      </w:r>
      <w:r>
        <w:t>yaad hai keh sada baat nahi hai. Pakistan bana hinduo ko blame de kar ke, Falasteen bana yahood ko blame de kar ke, Islamophobia bana America ko blame de kar ke.</w:t>
      </w:r>
    </w:p>
    <w:p>
      <w:pPr>
        <w:jc w:val="right"/>
      </w:pPr>
      <w:r>
        <w:t>یاد ہے کہ سادہ بات نہیں ہے۔ پاکستان بنا ہندوؤں کو بلیم دے کر کے، فلسطین بنا یہود کو بلیم دے کر کے، اسلامو فوبیا بنا امریکہ کو بلیم کر دے کر کے۔</w:t>
      </w:r>
    </w:p>
    <w:p>
      <w:r>
        <w:rPr>
          <w:b/>
        </w:rPr>
        <w:t xml:space="preserve">[24:56] </w:t>
      </w:r>
      <w:r>
        <w:t>jitne bhi hain, doosron ko blame, saray musalman blame others ka shikar hain. blame dai self ko musalman jante hi nahi.</w:t>
      </w:r>
    </w:p>
    <w:p>
      <w:pPr>
        <w:jc w:val="right"/>
      </w:pPr>
      <w:r>
        <w:t>جتنے بھی ہیں، دوسروں کو بلیم، سارے مسلمان بلیم ادرس کا شکار ہیں۔ بلیم دائی سیلف کو مسلمان جانتے ہی نہیں۔</w:t>
      </w:r>
    </w:p>
    <w:p>
      <w:r>
        <w:rPr>
          <w:b/>
        </w:rPr>
        <w:t xml:space="preserve">[25:09] </w:t>
      </w:r>
      <w:r>
        <w:t>musalman jo hain, blame dai self ko jante hi nahi. one to all, chahe ulama hon ya ghair ulama hon, blame others ka pakre hue aik culture hai.</w:t>
      </w:r>
    </w:p>
    <w:p>
      <w:pPr>
        <w:jc w:val="right"/>
      </w:pPr>
      <w:r>
        <w:t>مسلمان جو ہیں، بلیم دائی سیلف کو جانتے ہی نہیں۔ ون ٹو آل، چاہے علماء ہوں یا غیر علماء ہوں، بلیم ادرس کا پکڑے ہوئے ایک کلچر ہے۔</w:t>
      </w:r>
    </w:p>
    <w:p>
      <w:r>
        <w:rPr>
          <w:b/>
        </w:rPr>
        <w:t xml:space="preserve">[25:24] </w:t>
      </w:r>
      <w:r>
        <w:t>to blame others ko kill karo, is ko zibah karo. yeh matlab hai enayaton ka.</w:t>
      </w:r>
    </w:p>
    <w:p>
      <w:pPr>
        <w:jc w:val="right"/>
      </w:pPr>
      <w:r>
        <w:t>تو بلیم ادرس کو کل کرو، اس کو ذبح کرو۔ یہ مطلب ہے عنایتوں کا۔</w:t>
      </w:r>
    </w:p>
    <w:p>
      <w:r>
        <w:rPr>
          <w:b/>
        </w:rPr>
        <w:t xml:space="preserve">[25:34] </w:t>
      </w:r>
      <w:r>
        <w:t>blame others ke culture ko zibah karo,</w:t>
      </w:r>
    </w:p>
    <w:p>
      <w:pPr>
        <w:jc w:val="right"/>
      </w:pPr>
      <w:r>
        <w:t>بلیم ادرس کے کلچر کو ذبح کرو،</w:t>
      </w:r>
    </w:p>
    <w:p>
      <w:r>
        <w:rPr>
          <w:b/>
        </w:rPr>
        <w:t xml:space="preserve">[25:40] </w:t>
      </w:r>
      <w:r>
        <w:t>bill mother ki soch ko khatam karo,</w:t>
      </w:r>
    </w:p>
    <w:p>
      <w:pPr>
        <w:jc w:val="right"/>
      </w:pPr>
      <w:r>
        <w:t>بل مدر کی سوچ کو ختم کرو،</w:t>
      </w:r>
    </w:p>
    <w:p>
      <w:r>
        <w:rPr>
          <w:b/>
        </w:rPr>
        <w:t xml:space="preserve">[25:46] </w:t>
      </w:r>
      <w:r>
        <w:t>aur instruction karo, apni ghalti ko daryaft karo, toba karo, toba nasooh karo, jis ko Quran mein kaha gaya hai.</w:t>
      </w:r>
    </w:p>
    <w:p>
      <w:pPr>
        <w:jc w:val="right"/>
      </w:pPr>
      <w:r>
        <w:t>اور انسٹرکشن کرو، اپنی غلطی کو دریافت کرو، توبہ کرو، توبہ نصوح کرو، جس کو قرآن میں کہا گیا ہے۔</w:t>
      </w:r>
    </w:p>
    <w:p>
      <w:r>
        <w:rPr>
          <w:b/>
        </w:rPr>
        <w:t xml:space="preserve">[26:02] </w:t>
      </w:r>
      <w:r>
        <w:t>woh kya hai?</w:t>
      </w:r>
    </w:p>
    <w:p>
      <w:pPr>
        <w:jc w:val="right"/>
      </w:pPr>
      <w:r>
        <w:t>وہ کیا ہے؟</w:t>
      </w:r>
    </w:p>
    <w:p>
      <w:r>
        <w:rPr>
          <w:b/>
        </w:rPr>
        <w:t xml:space="preserve">[26:03] </w:t>
      </w:r>
      <w:r>
        <w:t>jameea! woh kya ayat hai? woh toba ila Allah jameea, ayyuhal mominoon, toba jamee! sab mil kar toba karen.</w:t>
      </w:r>
    </w:p>
    <w:p>
      <w:pPr>
        <w:jc w:val="right"/>
      </w:pPr>
      <w:r>
        <w:t>جمیعہ! وہ کیا آیت ہے؟ وہ توبہ الی اللہ جمیعا، ایہا المومنون، توبہ جمیع! سب مل کر توبہ کریں۔</w:t>
      </w:r>
    </w:p>
    <w:p>
      <w:r>
        <w:rPr>
          <w:b/>
        </w:rPr>
        <w:t xml:space="preserve">[26:16] </w:t>
      </w:r>
      <w:r>
        <w:t>yeh kis kis ayat mein hai? Surah Al-Noor, Surah Al-Noor mein hai. Surah Al-Noor, toba jamee, ijtamai toba.</w:t>
      </w:r>
    </w:p>
    <w:p>
      <w:pPr>
        <w:jc w:val="right"/>
      </w:pPr>
      <w:r>
        <w:t>یہ کس کس آیت میں ہے؟ سورہ النور، سورہ النور میں ہے۔ سورہ النور، توبہ جمیع، اجتماعی توبہ۔</w:t>
      </w:r>
    </w:p>
    <w:p>
      <w:r>
        <w:rPr>
          <w:b/>
        </w:rPr>
        <w:t xml:space="preserve">[26:29] </w:t>
      </w:r>
      <w:r>
        <w:t>ijtimai toba ka waqt hai. yeh wohi ijtamai toba jo hai, wohi ho gayi dajjal ko qatal karna. tab musalmanon par Allah ki rehmat ayegi.</w:t>
      </w:r>
    </w:p>
    <w:p>
      <w:pPr>
        <w:jc w:val="right"/>
      </w:pPr>
      <w:r>
        <w:t>اجتماعی توبہ کا وقت ہے۔ یہ وہی اجتماعی توبہ جو ہے، وہی ہو گئی دجال کو قتل کرنا۔ تب مسلمانوں پر اللہ کی رحمت آئے گی۔</w:t>
      </w:r>
    </w:p>
    <w:p>
      <w:r>
        <w:rPr>
          <w:b/>
        </w:rPr>
        <w:t xml:space="preserve">[26:41] </w:t>
      </w:r>
      <w:r>
        <w:t>abhi aik bohat bara jalsa hua hai Muslim ulama ka</w:t>
      </w:r>
    </w:p>
    <w:p>
      <w:pPr>
        <w:jc w:val="right"/>
      </w:pPr>
      <w:r>
        <w:t>ابھی ایک بہت بڑا جلسہ ہوا ہے مسلم علماء کا</w:t>
      </w:r>
    </w:p>
    <w:p>
      <w:r>
        <w:rPr>
          <w:b/>
        </w:rPr>
        <w:t xml:space="preserve">[26:48] </w:t>
      </w:r>
      <w:r>
        <w:t>south mein. to wahan kya hua? wahan jo chief guest thay, jo khud bhi baray aalim hain, unhon ne taqreer ki.</w:t>
      </w:r>
    </w:p>
    <w:p>
      <w:pPr>
        <w:jc w:val="right"/>
      </w:pPr>
      <w:r>
        <w:t>ساؤتھ میں۔ تو وہاں کیا ہوا؟ وہاں جو چیف گیسٹ تھے، جو خود بھی بڑے عالم ہیں، انہوں نے تقریر کی۔</w:t>
      </w:r>
    </w:p>
    <w:p>
      <w:r>
        <w:rPr>
          <w:b/>
        </w:rPr>
        <w:t xml:space="preserve">[27:01] </w:t>
      </w:r>
      <w:r>
        <w:t>to yahi kaha unhon ne keh saray musalman zulm ka shikar hain, we are under siege ka mamla hai. to kya karna hai?</w:t>
      </w:r>
    </w:p>
    <w:p>
      <w:pPr>
        <w:jc w:val="right"/>
      </w:pPr>
      <w:r>
        <w:t>تو یہی کہا انہوں نے کہ سارے مسلمان ظلم کا شکار ہیں، وی آر انڈر سیج کا معاملہ ہے۔ تو کیا کرنا ہے؟</w:t>
      </w:r>
    </w:p>
    <w:p>
      <w:r>
        <w:rPr>
          <w:b/>
        </w:rPr>
        <w:t xml:space="preserve">[27:11] </w:t>
      </w:r>
      <w:r>
        <w:t>to unhon ne kaha ke maine bohat socha ke ghalati kahan hai? Where we missed the train?</w:t>
      </w:r>
    </w:p>
    <w:p>
      <w:pPr>
        <w:jc w:val="right"/>
      </w:pPr>
      <w:r>
        <w:t>تو انہوں نے کہا کہ میں نے بہت سوچا کہ غلطی کہاں ہے؟ ویئر وی بز ٹرین؟</w:t>
      </w:r>
    </w:p>
    <w:p>
      <w:r>
        <w:rPr>
          <w:b/>
        </w:rPr>
        <w:t xml:space="preserve">[27:21] </w:t>
      </w:r>
      <w:r>
        <w:t>to unhon ne kaha ke hum dua hum se nikal gayi hai, dua hum se nikal gayi hai. aap baghol ki jiye ke dua to sari dunya mein ho rahi hai, har masjid, har madrasa, har jalsa, har namaz, har jagah musalman bad dua kar rahe hain.</w:t>
      </w:r>
    </w:p>
    <w:p>
      <w:pPr>
        <w:jc w:val="right"/>
      </w:pPr>
      <w:r>
        <w:t>تو انہوں نے کہا کہ ہم دعا ہم سے نکل گئی ہے، دعا ہم سے نکل گئی ہے۔ آپ بقول کیجئے کہ دعا تو ساری دنیا میں ہو رہی ہے، ہر مسجد، ہر مدرسہ، ہر جلسہ، ہر نماز، ہر جگہ مسلمان بد دعا کر رہے ہیں۔</w:t>
      </w:r>
    </w:p>
    <w:p>
      <w:r>
        <w:rPr>
          <w:b/>
        </w:rPr>
        <w:t xml:space="preserve">[27:41] </w:t>
      </w:r>
      <w:r>
        <w:t>allah malik ul kufar!</w:t>
      </w:r>
    </w:p>
    <w:p>
      <w:pPr>
        <w:jc w:val="right"/>
      </w:pPr>
      <w:r>
        <w:t>اللہ مالک الکفرت!</w:t>
      </w:r>
    </w:p>
    <w:p>
      <w:r>
        <w:rPr>
          <w:b/>
        </w:rPr>
        <w:t xml:space="preserve">[27:48] </w:t>
      </w:r>
      <w:r>
        <w:t>yeh sare hi musalman one to all bad dua kar rahe hain mafroza zalimon ke khilaf. to dua nikal kahan gayi?</w:t>
      </w:r>
    </w:p>
    <w:p>
      <w:pPr>
        <w:jc w:val="right"/>
      </w:pPr>
      <w:r>
        <w:t>یہ سارے ہی مسلمان ون ٹو آل بد دعا کر رہے ہیں مفروضہ ظالموں کے خلاف۔ تو دعا نکل کہاں گئی؟</w:t>
      </w:r>
    </w:p>
    <w:p>
      <w:r>
        <w:rPr>
          <w:b/>
        </w:rPr>
        <w:t xml:space="preserve">[28:00] </w:t>
      </w:r>
      <w:r>
        <w:t>nikal kahan gayi? yeh kahiye ke dua qubool nahi ho rahi.</w:t>
      </w:r>
    </w:p>
    <w:p>
      <w:pPr>
        <w:jc w:val="right"/>
      </w:pPr>
      <w:r>
        <w:t>نکل کہاں گئی؟ یہ کہیے کہ دعا قبول نہیں ہو رہی۔</w:t>
      </w:r>
    </w:p>
    <w:p>
      <w:r>
        <w:rPr>
          <w:b/>
        </w:rPr>
        <w:t xml:space="preserve">[28:08] </w:t>
      </w:r>
      <w:r>
        <w:t>agarche sare hi dunya ke musalman bad dua mashgool hain zalimon ke khilaf, lekin qubool nahi ho rahi. to qubool kyun nahi ho rahi?</w:t>
      </w:r>
    </w:p>
    <w:p>
      <w:pPr>
        <w:jc w:val="right"/>
      </w:pPr>
      <w:r>
        <w:t>اگرچہ سارے ہی دنیا کے مسلمان بد دعا مشغول ہیں ظالموں کے خلاف، لیکن قبول نہیں ہو رہی۔ تو قبول کیوں نہیں ہو رہی؟</w:t>
      </w:r>
    </w:p>
    <w:p>
      <w:r>
        <w:rPr>
          <w:b/>
        </w:rPr>
        <w:t xml:space="preserve">[28:19] </w:t>
      </w:r>
      <w:r>
        <w:t>yeh waqt bad dua ka nahi hai, balke apni ghalati ko zibah karne ka mamla hai. yeh zibah khish ka mamla hai,</w:t>
      </w:r>
    </w:p>
    <w:p>
      <w:pPr>
        <w:jc w:val="right"/>
      </w:pPr>
      <w:r>
        <w:t>یہ وقت بد دعا کا نہیں ہے، بلکہ اپنی غلطی کو ذبح کرنے کا معاملہ ہے۔ یہ ذبح خیش کا معاملہ ہے،</w:t>
      </w:r>
    </w:p>
    <w:p>
      <w:r>
        <w:rPr>
          <w:b/>
        </w:rPr>
        <w:t xml:space="preserve">[28:33] </w:t>
      </w:r>
      <w:r>
        <w:t>zibah khish, self slaughter. bad dua ka mamla hi nahi hai. main pehli bar jab gaya america mein to ek masjid mein le gaye mujhe namaz parhne ke liye,</w:t>
      </w:r>
    </w:p>
    <w:p>
      <w:pPr>
        <w:jc w:val="right"/>
      </w:pPr>
      <w:r>
        <w:t>ذبح خیش، سیلف سلاٹر۔ بد دعا کا معاملہ ہی نہیں ہے۔ میں پہلی بار جب گیا امریکہ میں تو ایک مسجد میں لے گئے مجھے نماز پڑھنے کے لیے،</w:t>
      </w:r>
    </w:p>
    <w:p>
      <w:r>
        <w:rPr>
          <w:b/>
        </w:rPr>
        <w:t xml:space="preserve">[28:50] </w:t>
      </w:r>
      <w:r>
        <w:t>fajr ki namaz. to wahan imam sahab bad dua kar rahe the. dili se gaya to yahan bhi bad dua, yani jahan bhi jao bad dua, bad dua, bad dua.</w:t>
      </w:r>
    </w:p>
    <w:p>
      <w:pPr>
        <w:jc w:val="right"/>
      </w:pPr>
      <w:r>
        <w:t>فجر کی نماز۔ تو وہاں امام صاحب بد دعا کر رہے تھے۔ دلی سے گیا تو یہاں بھی بد دعا، یعنی جہاں بھی جاؤ بد دعا، بد دعا، بد دعا۔</w:t>
      </w:r>
    </w:p>
    <w:p>
      <w:r>
        <w:rPr>
          <w:b/>
        </w:rPr>
        <w:t xml:space="preserve">[29:04] </w:t>
      </w:r>
      <w:r>
        <w:t>jise kehte hain yeh log qunoot nadila, qunoot nadila. maine top ke buzurgon ko suna hai apne kaanon se.</w:t>
      </w:r>
    </w:p>
    <w:p>
      <w:pPr>
        <w:jc w:val="right"/>
      </w:pPr>
      <w:r>
        <w:t>جسے کہتے ہیں یہ لوگ قنوت نادلہ، قنوت نادلہ۔ میں نے ٹاپ کے بزرگوں کو سنا ہے اپنے کانوں سے۔</w:t>
      </w:r>
    </w:p>
    <w:p>
      <w:r>
        <w:rPr>
          <w:b/>
        </w:rPr>
        <w:t xml:space="preserve">[29:18] </w:t>
      </w:r>
      <w:r>
        <w:t>pehlay bohat ziyada tha jalsa, ab to main nahi jata. ek top ke buzurg ko maine apne kaanon se suna lucknow mein: "allah malik ul kufar al mushrikeen,</w:t>
      </w:r>
    </w:p>
    <w:p>
      <w:pPr>
        <w:jc w:val="right"/>
      </w:pPr>
      <w:r>
        <w:t>پہلے بہت زیادہ تھا جلسہ، اب تو میں نہیں جاتا۔ ایک ٹاپ کے بزرگ کو میں نے اپنے کانوں سے سنا لکھنو میں: "اللہ مالک الکفرت المشرکین،</w:t>
      </w:r>
    </w:p>
    <w:p>
      <w:r>
        <w:rPr>
          <w:b/>
        </w:rPr>
        <w:t xml:space="preserve">[29:35] </w:t>
      </w:r>
      <w:r>
        <w:t>allah malik hum, allah damber diyar hu." yeh yeh ab sare lakhon lakh musalman "ameen, ameen, ameen" kar rahe hain.</w:t>
      </w:r>
    </w:p>
    <w:p>
      <w:pPr>
        <w:jc w:val="right"/>
      </w:pPr>
      <w:r>
        <w:t>اللہ مالک ہم، اللہ دمبر دیار ہوں۔" یہ یہ اب سارے لاکھوں لاکھ مسلمان "امین، امین، امین" کر رہے ہیں۔</w:t>
      </w:r>
    </w:p>
    <w:p>
      <w:r>
        <w:rPr>
          <w:b/>
        </w:rPr>
        <w:t xml:space="preserve">[29:46] </w:t>
      </w:r>
      <w:r>
        <w:t>yeh ek ek ek jalsay ki baat nahi hai, aise jalsay rozana hotay rehtay hain. yeh to maine apne apne apna tajurba bataya ke india ke sab se baray buzurg bad dua kar rahay hain aur lakhon ka majma "ameen, ameen" kar raha hai.</w:t>
      </w:r>
    </w:p>
    <w:p>
      <w:pPr>
        <w:jc w:val="right"/>
      </w:pPr>
      <w:r>
        <w:t>یہ ایک ایک ایک جلسے کی بات نہیں ہے، ایسے جلسے روزانہ ہوتے رہتے ہیں۔ یہ تو میں نے اپنے اپنے اپنا تجربہ بتایا کہ انڈیا کے سب سے بڑے بزرگ بد دعا کر رہے ہیں اور لاکھوں کا مجمع "امین، امین" کر رہا ہے۔</w:t>
      </w:r>
    </w:p>
    <w:p>
      <w:r>
        <w:rPr>
          <w:b/>
        </w:rPr>
        <w:t xml:space="preserve">[30:07] </w:t>
      </w:r>
      <w:r>
        <w:t>to yeh kahan ki bad dua nahi ho rahi? dua nikal gayi hai,</w:t>
      </w:r>
    </w:p>
    <w:p>
      <w:pPr>
        <w:jc w:val="right"/>
      </w:pPr>
      <w:r>
        <w:t>تو یہ کہاں کی بد دعا نہیں ہو رہی؟ دعا نکل گئی ہے،</w:t>
      </w:r>
    </w:p>
    <w:p>
      <w:r>
        <w:rPr>
          <w:b/>
        </w:rPr>
        <w:t xml:space="preserve">[30:15] </w:t>
      </w:r>
      <w:r>
        <w:t>bad duai to ho rahi hai. to kaha masla yeh hai ke dua qubool nahi ho rahi.</w:t>
      </w:r>
    </w:p>
    <w:p>
      <w:pPr>
        <w:jc w:val="right"/>
      </w:pPr>
      <w:r>
        <w:t>بد دعائی تو ہو رہی ہے۔ تو کہا مسئلہ یہ ہے کہ دعا قبول نہیں ہو رہی۔</w:t>
      </w:r>
    </w:p>
    <w:p>
      <w:r>
        <w:rPr>
          <w:b/>
        </w:rPr>
        <w:t xml:space="preserve">[30:27] </w:t>
      </w:r>
      <w:r>
        <w:t>to kyun qubool nahi ho rahi hai? waqt hai dajjal ko zibah karein, apnay apnay apni ghalati ko khatam karein aur bad dua karein doosray ke khilaf.</w:t>
      </w:r>
    </w:p>
    <w:p>
      <w:pPr>
        <w:jc w:val="right"/>
      </w:pPr>
      <w:r>
        <w:t>تو کیوں قبول نہیں ہو رہی ہے؟ وقت ہے دجال کو ذبح کریں، اپنے اپنے اپنی غلطی کو ختم کریں اور بد دعا کریں دوسرے کے خلاف۔</w:t>
      </w:r>
    </w:p>
    <w:p>
      <w:r>
        <w:rPr>
          <w:b/>
        </w:rPr>
        <w:t xml:space="preserve">[30:42] </w:t>
      </w:r>
      <w:r>
        <w:t>yani blame others ki mentality ko khatam karo, blame dai self ki soch ko ikhtiyar karo.</w:t>
      </w:r>
    </w:p>
    <w:p>
      <w:pPr>
        <w:jc w:val="right"/>
      </w:pPr>
      <w:r>
        <w:t>یعنی بلیم ادرس کی مینٹیلٹی کو ختم کرو، بلیم دائی سیلف کی سوچ کو اختیار کرو۔</w:t>
      </w:r>
    </w:p>
    <w:p>
      <w:r>
        <w:rPr>
          <w:b/>
        </w:rPr>
        <w:t xml:space="preserve">[30:54] </w:t>
      </w:r>
      <w:r>
        <w:t>yahi zibah hai, zibah dajjal hi hai ke blame others ki mentality ko khatam karo aur blame dai self ki soch ko ikhtiyar karo.</w:t>
      </w:r>
    </w:p>
    <w:p>
      <w:pPr>
        <w:jc w:val="right"/>
      </w:pPr>
      <w:r>
        <w:t>یہی ذبح ہے، ذبح دجال ہی ہے کہ بلیم ادرس کی مینٹیلٹی کو ختم کرو اور بلیم دائی سیلف کی سوچ کو اختیار کرو۔</w:t>
      </w:r>
    </w:p>
    <w:p>
      <w:r>
        <w:rPr>
          <w:b/>
        </w:rPr>
        <w:t xml:space="preserve">[31:09] </w:t>
      </w:r>
      <w:r>
        <w:t>phir sari duayein qubool hongi.</w:t>
      </w:r>
    </w:p>
    <w:p>
      <w:pPr>
        <w:jc w:val="right"/>
      </w:pPr>
      <w:r>
        <w:t>پھر ساری دعائیں قبول ہوں گی۔</w:t>
      </w:r>
    </w:p>
    <w:p>
      <w:r>
        <w:rPr>
          <w:b/>
        </w:rPr>
        <w:t xml:space="preserve">[31:19] </w:t>
      </w:r>
      <w:r>
        <w:t>to aap hadith ko aur quran ki ayaton ko mila kar sochiye, jo hadith maine parhi aap ke samnay taakeed ki zaban mein,</w:t>
      </w:r>
    </w:p>
    <w:p>
      <w:pPr>
        <w:jc w:val="right"/>
      </w:pPr>
      <w:r>
        <w:t>تو آپ حدیث کو اور قرآن کی آیتوں کو ملا کر سوچیے، جو حدیث میں نے پڑھی آپ کے سامنے تاکید کی زبان میں،</w:t>
      </w:r>
    </w:p>
    <w:p>
      <w:r>
        <w:rPr>
          <w:b/>
        </w:rPr>
        <w:t xml:space="preserve">[31:34] </w:t>
      </w:r>
      <w:r>
        <w:t>isko parhiye jo taqreeban tamam kitabon mein aayi hai:</w:t>
      </w:r>
    </w:p>
    <w:p>
      <w:pPr>
        <w:jc w:val="right"/>
      </w:pPr>
      <w:r>
        <w:t>اس کو پڑھیے جو تقریباً تمام کتابوں میں آئی ہے:</w:t>
      </w:r>
    </w:p>
    <w:p>
      <w:r>
        <w:rPr>
          <w:b/>
        </w:rPr>
        <w:t xml:space="preserve">[31:42] </w:t>
      </w:r>
      <w:r>
        <w:t>"zarat man kan qabakum".</w:t>
      </w:r>
    </w:p>
    <w:p>
      <w:pPr>
        <w:jc w:val="right"/>
      </w:pPr>
      <w:r>
        <w:t>"ذرت من کان قابکم"۔</w:t>
      </w:r>
    </w:p>
    <w:p>
      <w:r>
        <w:rPr>
          <w:b/>
        </w:rPr>
        <w:t xml:space="preserve">[31:50] </w:t>
      </w:r>
      <w:r>
        <w:t>aur phir yeh dekhiye ke sari dunya ke tamam ulama, tamam buzurg bad duayein kar rahay hain zalimon ke khilaf.</w:t>
      </w:r>
    </w:p>
    <w:p>
      <w:pPr>
        <w:jc w:val="right"/>
      </w:pPr>
      <w:r>
        <w:t>اور پھر یہ دیکھیے کہ ساری دنیا کے تمام علماء، تمام بزرگ بد دعائیں کر رہے ہیں ظالموں کے خلاف۔</w:t>
      </w:r>
    </w:p>
    <w:p>
      <w:r>
        <w:rPr>
          <w:b/>
        </w:rPr>
        <w:t xml:space="preserve">[31:58] </w:t>
      </w:r>
      <w:r>
        <w:t>to zalimon ka zulm khatam kyun nahi hota?</w:t>
      </w:r>
    </w:p>
    <w:p>
      <w:pPr>
        <w:jc w:val="right"/>
      </w:pPr>
      <w:r>
        <w:t>تو ظالموں کا ظلم ختم کیوں نہیں ہوتا؟</w:t>
      </w:r>
    </w:p>
    <w:p>
      <w:r>
        <w:rPr>
          <w:b/>
        </w:rPr>
        <w:t xml:space="preserve">[32:04] </w:t>
      </w:r>
      <w:r>
        <w:t>islamophobia khatam kyun nahi hota?</w:t>
      </w:r>
    </w:p>
    <w:p>
      <w:pPr>
        <w:jc w:val="right"/>
      </w:pPr>
      <w:r>
        <w:t>اسلامو فوبیا ختم کیوں نہیں ہوتا؟</w:t>
      </w:r>
    </w:p>
    <w:p>
      <w:r>
        <w:rPr>
          <w:b/>
        </w:rPr>
        <w:t xml:space="preserve">[32:10] </w:t>
      </w:r>
      <w:r>
        <w:t>to baat kya hai? baat yeh hai ke waqt to zibah ka hai aur aap dua kar rahe hain.</w:t>
      </w:r>
    </w:p>
    <w:p>
      <w:pPr>
        <w:jc w:val="right"/>
      </w:pPr>
      <w:r>
        <w:t>تو بات کیا ہے؟ بات یہ ہے کہ وقت تو ذبح کا ہے اور آپ دعا کر رہے ہیں۔</w:t>
      </w:r>
    </w:p>
    <w:p>
      <w:r>
        <w:rPr>
          <w:b/>
        </w:rPr>
        <w:t xml:space="preserve">[32:20] </w:t>
      </w:r>
      <w:r>
        <w:t>jab waqt zibah ka aa gaya ho to dua ka waqt khatm ho jata hai.</w:t>
      </w:r>
    </w:p>
    <w:p>
      <w:pPr>
        <w:jc w:val="right"/>
      </w:pPr>
      <w:r>
        <w:t>جب وقت ذبح کا آ گیا ہو تو دعا کا وقت ختم ہو جاتا ہے۔</w:t>
      </w:r>
    </w:p>
    <w:p>
      <w:r>
        <w:rPr>
          <w:b/>
        </w:rPr>
        <w:t xml:space="preserve">[32:31] </w:t>
      </w:r>
      <w:r>
        <w:t>to apni mentality ko khatm karo, apni soch ko zibah karo.</w:t>
      </w:r>
    </w:p>
    <w:p>
      <w:pPr>
        <w:jc w:val="right"/>
      </w:pPr>
      <w:r>
        <w:t>تو اپنی مینٹیلٹی کو ختم کرو، اپنی سوچ کو ذبح کرو۔</w:t>
      </w:r>
    </w:p>
    <w:p>
      <w:r>
        <w:rPr>
          <w:b/>
        </w:rPr>
        <w:t xml:space="preserve">[32:40] </w:t>
      </w:r>
      <w:r>
        <w:t>doosron ko blame dene ka jo mizaj hai, us ko nikalo apne andar se.</w:t>
      </w:r>
    </w:p>
    <w:p>
      <w:pPr>
        <w:jc w:val="right"/>
      </w:pPr>
      <w:r>
        <w:t>دوسروں کو بلیم دینے کا جو مزاج ہے، اس کو نکالو اپنے اندر سے۔</w:t>
      </w:r>
    </w:p>
    <w:p>
      <w:r>
        <w:rPr>
          <w:b/>
        </w:rPr>
        <w:t xml:space="preserve">[32:49] </w:t>
      </w:r>
      <w:r>
        <w:t>is ka waqt aa gaya hai.</w:t>
      </w:r>
    </w:p>
    <w:p>
      <w:pPr>
        <w:jc w:val="right"/>
      </w:pPr>
      <w:r>
        <w:t>اس کا وقت آ گیا ہے۔</w:t>
      </w:r>
    </w:p>
    <w:p>
      <w:r>
        <w:rPr>
          <w:b/>
        </w:rPr>
        <w:t xml:space="preserve">[32:56] </w:t>
      </w:r>
      <w:r>
        <w:t>to aaj ka jo passage parha gaya Surah Al-Baqarah se, to is mein bazahir Yahood ko kaha gaya tha, Yahood ko kaha gaya tha to Musa ki zabani mein ke woh jis baqarah ko poojhte hain, us ko zibah karein.</w:t>
      </w:r>
    </w:p>
    <w:p>
      <w:pPr>
        <w:jc w:val="right"/>
      </w:pPr>
      <w:r>
        <w:t>تو آج کا جو پیسج پڑھا گیا سورہ البقرہ سے، تو اس میں بظاہر یہود کو کہا گیا تھا، یہود کو کہا گیا تھا تو موسیٰ کی زبانی میں کہ وہ جس بقرہ کو پوچھتے ہیں، اس کو ذبح کریں۔</w:t>
      </w:r>
    </w:p>
    <w:p>
      <w:r>
        <w:rPr>
          <w:b/>
        </w:rPr>
        <w:t xml:space="preserve">[33:20] </w:t>
      </w:r>
      <w:r>
        <w:t>lekin</w:t>
      </w:r>
    </w:p>
    <w:p>
      <w:pPr>
        <w:jc w:val="right"/>
      </w:pPr>
      <w:r>
        <w:t>لیکن</w:t>
      </w:r>
    </w:p>
    <w:p>
      <w:r>
        <w:rPr>
          <w:b/>
        </w:rPr>
        <w:t xml:space="preserve">[33:24] </w:t>
      </w:r>
      <w:r>
        <w:t>musalmanon par itni lambi muddat guzar gayi, choda sau saal, aur aaj tak yeh waqia pesh nahi aaya.</w:t>
      </w:r>
    </w:p>
    <w:p>
      <w:pPr>
        <w:jc w:val="right"/>
      </w:pPr>
      <w:r>
        <w:t>مسلمانوں پر اتنی لمبی مدت گزر گئی، چودہ سو سال، اور آج تک یہ واقعہ پیش نہیں آیا۔</w:t>
      </w:r>
    </w:p>
    <w:p>
      <w:r>
        <w:rPr>
          <w:b/>
        </w:rPr>
        <w:t xml:space="preserve">[33:34] </w:t>
      </w:r>
      <w:r>
        <w:t>jabke Hadees mein aata hai ke "lazat man kan qaul". to mujhe bataiye, dunya mein kahan aisa hua hai ke musalman baqarah ko poojhte hon?</w:t>
      </w:r>
    </w:p>
    <w:p>
      <w:pPr>
        <w:jc w:val="right"/>
      </w:pPr>
      <w:r>
        <w:t>جبکہ حدیث میں آتا ہے کہ "لذت من کان قول"۔ تو مجھے بتائیے، دنیا میں کہاں ایسا ہوا ہے کہ مسلمان بقرہ کو پوچھتے ہوں؟</w:t>
      </w:r>
    </w:p>
    <w:p>
      <w:r>
        <w:rPr>
          <w:b/>
        </w:rPr>
        <w:t xml:space="preserve">[33:45] </w:t>
      </w:r>
      <w:r>
        <w:t>kahan aisa hua? na India mein, na kahin bahar. to bawajood yeh ke Rasool Allah ne kaha tha ke musalman Yahood ki follow karenge, zaroor, zaroor, zaroor, zaroor,</w:t>
      </w:r>
    </w:p>
    <w:p>
      <w:pPr>
        <w:jc w:val="right"/>
      </w:pPr>
      <w:r>
        <w:t>کہاں ایسا ہوا؟ نہ انڈیا میں، نہ کہیں باہر۔ تو باوجود یہ کہ رسول اللہ نے کہا تھا کہ مسلمان یہود کی فالو کریں گے، ضرور، ضرور، ضرور، ضرور،</w:t>
      </w:r>
    </w:p>
    <w:p>
      <w:r>
        <w:rPr>
          <w:b/>
        </w:rPr>
        <w:t xml:space="preserve">[34:01] </w:t>
      </w:r>
      <w:r>
        <w:t>to woh kahan hai? woh kis mulk mein? unhon ne follow kiya. to yeh hai tamseel ki zaban mein, yani follow karne ke maani kya hain?</w:t>
      </w:r>
    </w:p>
    <w:p>
      <w:pPr>
        <w:jc w:val="right"/>
      </w:pPr>
      <w:r>
        <w:t>تو وہ کہاں ہے؟ وہ کس ملک میں؟ انہوں نے فالو کیا۔ تو یہ ہے تمثیل کی زبان میں، یعنی فالو کرنے کے معنی کیا ہیں؟</w:t>
      </w:r>
    </w:p>
    <w:p>
      <w:r>
        <w:rPr>
          <w:b/>
        </w:rPr>
        <w:t xml:space="preserve">[34:15] </w:t>
      </w:r>
      <w:r>
        <w:t>Dajjal ke Dajjal ko follow karega. yeh Dajjal ki Dajjalit hai ke tumhari dunya, tumhari zalim ho gayi hai.</w:t>
      </w:r>
    </w:p>
    <w:p>
      <w:pPr>
        <w:jc w:val="right"/>
      </w:pPr>
      <w:r>
        <w:t>دجال کے دجال کو فالو کرے گا۔ یہ دجال کے دجالیت ہے کہ تمہاری دنیا، تمہاری ظالم ہو گئی ہے۔</w:t>
      </w:r>
    </w:p>
    <w:p>
      <w:r>
        <w:rPr>
          <w:b/>
        </w:rPr>
        <w:t xml:space="preserve">[34:24] </w:t>
      </w:r>
      <w:r>
        <w:t>yeh ghor kijiye ke Hadees mein yeh bhi peshgoi hai ke ek zamana aayega jab ke saare mu'eed ban jayenge, saare pro-Islam ban jayenge, dawat ke rastay khul jayenge.</w:t>
      </w:r>
    </w:p>
    <w:p>
      <w:pPr>
        <w:jc w:val="right"/>
      </w:pPr>
      <w:r>
        <w:t>یہ غور کیجئے کہ حدیث میں یہ بھی پیش گوئی ہے کہ ایک زمانہ آئے گا جب کہ سارے معید بن جائیں گے، سارے پرو اسلام بن جائیں گے، دعوت کے راستے کھل جائیں گے۔</w:t>
      </w:r>
    </w:p>
    <w:p>
      <w:r>
        <w:rPr>
          <w:b/>
        </w:rPr>
        <w:t xml:space="preserve">[34:39] </w:t>
      </w:r>
      <w:r>
        <w:t>yani Bukhari mein to aaya hai ke fajar bhi ta'eed karega. Bukhari ki riwayat mein aaya hai ke fajar bhi aap ka supporter ban jayega.</w:t>
      </w:r>
    </w:p>
    <w:p>
      <w:pPr>
        <w:jc w:val="right"/>
      </w:pPr>
      <w:r>
        <w:t>یعنی بخاری میں تو آیا ہے کہ فاجر بھی تائید کرے گا۔ بخاری کی روایت میں آیا ہے کہ فاجر بھی تائید کرے گا، فاجر بھی آپ کا سپورٹر بن جائے گا۔</w:t>
      </w:r>
    </w:p>
    <w:p>
      <w:r>
        <w:rPr>
          <w:b/>
        </w:rPr>
        <w:t xml:space="preserve">[34:53] </w:t>
      </w:r>
      <w:r>
        <w:t>yeh Bukhari ki riwayat hai ke fajar bhi aap ka supporter ban jayega. aap keh rahe hain ke sab zalim hain, sab zalim hain.</w:t>
      </w:r>
    </w:p>
    <w:p>
      <w:pPr>
        <w:jc w:val="right"/>
      </w:pPr>
      <w:r>
        <w:t>یہ بخاری کی روایت ہے کہ فاجر بھی آپ کا سپورٹر بن جائے گا۔ آپ کہہ رہے ہیں کہ سب ظالم ہیں، سب ظالم ہیں۔</w:t>
      </w:r>
    </w:p>
    <w:p>
      <w:r>
        <w:rPr>
          <w:b/>
        </w:rPr>
        <w:t xml:space="preserve">[35:06] </w:t>
      </w:r>
      <w:r>
        <w:t>to aap jo farma rahe hain, woh to Rasool Allah ki peshangoi ke khilaf hai.</w:t>
      </w:r>
    </w:p>
    <w:p>
      <w:pPr>
        <w:jc w:val="right"/>
      </w:pPr>
      <w:r>
        <w:t>تو آپ جو فرما رہے ہیں، وہ تو رسول اللہ کی پیشنگوئی کے خلاف ہے۔</w:t>
      </w:r>
    </w:p>
    <w:p>
      <w:r>
        <w:rPr>
          <w:b/>
        </w:rPr>
        <w:t xml:space="preserve">[35:15] </w:t>
      </w:r>
      <w:r>
        <w:t>ghor karein, Rasool Allah yeh keh rahe hain ke ek zamana aayega jab ke sari dunya muwafiq-e-Islam ban jayegi, mu'eed ban jayegi. aur aap keh rahe hain ke zalim, zalim, zalim, yeh to jhoot ho gaya,</w:t>
      </w:r>
    </w:p>
    <w:p>
      <w:pPr>
        <w:jc w:val="right"/>
      </w:pPr>
      <w:r>
        <w:t>غور کریں، رسول اللہ یہ کہہ رہے ہیں کہ ایک زمانہ آئے گا جب کہ ساری دنیا موافق اسلام بن جائے گی، معید بن جائے گی۔ اور آپ کہہ رہے ہیں کہ ظالم، ظالم، ظالم، یہ تو جھوٹ ہو گیا،</w:t>
      </w:r>
    </w:p>
    <w:p>
      <w:r>
        <w:rPr>
          <w:b/>
        </w:rPr>
        <w:t xml:space="preserve">[35:30] </w:t>
      </w:r>
      <w:r>
        <w:t>jhoot ho gaya hai. to to kya aap samajhte hain ke jhoot Allah ka qabool ho jayega? jhoot Allah ka qabool ho jayega.</w:t>
      </w:r>
    </w:p>
    <w:p>
      <w:pPr>
        <w:jc w:val="right"/>
      </w:pPr>
      <w:r>
        <w:t>جھوٹ ہو گیا ہے۔ تو تو کیا آپ سمجھتے ہیں کہ جھوٹ اللہ کا قبول ہو جائے گا؟ جھوٹ اللہ کا قبول ہو جائے گا۔</w:t>
      </w:r>
    </w:p>
    <w:p>
      <w:r>
        <w:rPr>
          <w:b/>
        </w:rPr>
        <w:t xml:space="preserve">[35:46] </w:t>
      </w:r>
      <w:r>
        <w:t>to main poore yaqeen ke sath Inshallah kehta hoon ke Quran ki yeh aayatein hamare liye reminder hain, reminder hain.</w:t>
      </w:r>
    </w:p>
    <w:p>
      <w:pPr>
        <w:jc w:val="right"/>
      </w:pPr>
      <w:r>
        <w:t>تو میں پورے یقین کے ساتھ انشاءاللہ کہتا ہوں کہ قرآن کی یہ آیتیں ہمارے لیے ریمائنڈر ہیں، ریمائنڈر ہیں۔</w:t>
      </w:r>
    </w:p>
    <w:p>
      <w:r>
        <w:rPr>
          <w:b/>
        </w:rPr>
        <w:t xml:space="preserve">[36:01] </w:t>
      </w:r>
      <w:r>
        <w:t>woh bata rahi hain ke Yahood ka jo baqarah tha, us ko zibah karna pada tha un ko.</w:t>
      </w:r>
    </w:p>
    <w:p>
      <w:pPr>
        <w:jc w:val="right"/>
      </w:pPr>
      <w:r>
        <w:t>وہ بتا رہی ہیں کہ یہود کا جو بقرہ تھا، اس کو ذبح کرنا پڑا تھا ان کو۔</w:t>
      </w:r>
    </w:p>
    <w:p>
      <w:r>
        <w:rPr>
          <w:b/>
        </w:rPr>
        <w:t xml:space="preserve">[36:11] </w:t>
      </w:r>
      <w:r>
        <w:t>to aap ka baqarah kya hai jis ko aap ko zibah karna parega? aap ka baqarah Dajjal hai, Dajjal hai.</w:t>
      </w:r>
    </w:p>
    <w:p>
      <w:pPr>
        <w:jc w:val="right"/>
      </w:pPr>
      <w:r>
        <w:t>تو آپ کا بقرہ کیا ہے جس کو آپ کو ذبح کرنا پڑے گا؟ آپ کا بقرہ دجال ہے، دجال ہے۔</w:t>
      </w:r>
    </w:p>
    <w:p>
      <w:r>
        <w:rPr>
          <w:b/>
        </w:rPr>
        <w:t xml:space="preserve">[36:21] </w:t>
      </w:r>
      <w:r>
        <w:t>ke maani kya hain? aap ke baad mein jhoota dollar gaya. Dajjal maani deceiver, deceiver. Dajjal ka maani dhoka dene wala, Dajjal ka maani dhoka dene wala.</w:t>
      </w:r>
    </w:p>
    <w:p>
      <w:pPr>
        <w:jc w:val="right"/>
      </w:pPr>
      <w:r>
        <w:t>کے معنی کیا ہیں؟ آپ کے بعد میں جھوٹا ڈالر گیا۔ دجال معنی ریسیپٹ، ڈیسیپٹر۔ دجال کا معنی دھوکہ دینے والا، دجال کا معنی دھوکہ دینے والا۔</w:t>
      </w:r>
    </w:p>
    <w:p>
      <w:r>
        <w:rPr>
          <w:b/>
        </w:rPr>
        <w:t xml:space="preserve">[36:37] </w:t>
      </w:r>
      <w:r>
        <w:t>to aap ke mind mein daal diya hai ke dunya zalim hai, dunya Islam ke khilaf hai. halanke sari dunya Islam muwafiq ho gayi hai, sari dunya Islam ki muwafiq ho gayi hai.</w:t>
      </w:r>
    </w:p>
    <w:p>
      <w:pPr>
        <w:jc w:val="right"/>
      </w:pPr>
      <w:r>
        <w:t>تو آپ کے مائنڈ میں ڈال دیا ہے کہ دنیا ظالم ہے، دنیا اسلام کے خلاف ہے۔ حالانکہ ساری دنیا اسلام موافق ہو گئی ہے، ساری دنیا اسلام کی موافق ہو گئی ہے۔</w:t>
      </w:r>
    </w:p>
    <w:p>
      <w:r>
        <w:rPr>
          <w:b/>
        </w:rPr>
        <w:t xml:space="preserve">[36:50] </w:t>
      </w:r>
      <w:r>
        <w:t>dekhiye, yeh aaj ka Times of India hai. to is mein yeh chupa hai mera article:</w:t>
      </w:r>
    </w:p>
    <w:p>
      <w:pPr>
        <w:jc w:val="right"/>
      </w:pPr>
      <w:r>
        <w:t>دیکھیے، یہ آج کا ٹائمز آف انڈیا ہے۔ تو اس میں یہ چھپا ہے میرا آرٹیکل:</w:t>
      </w:r>
    </w:p>
    <w:p>
      <w:r>
        <w:rPr>
          <w:b/>
        </w:rPr>
        <w:t xml:space="preserve">[37:04] </w:t>
      </w:r>
      <w:r>
        <w:t>"karnataka shool da way". bazahir Karnataka mein election ho rahe hain, woh ek initial issue hai.</w:t>
      </w:r>
    </w:p>
    <w:p>
      <w:pPr>
        <w:jc w:val="right"/>
      </w:pPr>
      <w:r>
        <w:t>"کرنٹکا شول دا وے"۔ بظاہر کرٹکا میں الیکشن ہو رہے ہیں، وہ ایک انیشل ایشو ہے۔</w:t>
      </w:r>
    </w:p>
    <w:p>
      <w:r>
        <w:rPr>
          <w:b/>
        </w:rPr>
        <w:t xml:space="preserve">[37:17] </w:t>
      </w:r>
      <w:r>
        <w:t>aur india mein aap jante hain ke sankron baray baray leader hain, lekin is ko highlight kiya inhone?</w:t>
      </w:r>
    </w:p>
    <w:p>
      <w:pPr>
        <w:jc w:val="right"/>
      </w:pPr>
      <w:r>
        <w:t>اور انڈیا میں آپ جانتے ہیں کہ سینکڑوں بڑے بڑے لیڈر ہیں، لیکن اس کو ہائی لائٹ کیا انہوں نے؟</w:t>
      </w:r>
    </w:p>
    <w:p>
      <w:r>
        <w:rPr>
          <w:b/>
        </w:rPr>
        <w:t xml:space="preserve">[37:29] </w:t>
      </w:r>
      <w:r>
        <w:t>to where did that zulm? kahan zulm hai? na india mein hai, na america mein hai, hatta ke israel mein. dekhiye, aik falastini ab jo builder hai, us ne falasteen mein aik township banaya hai, bohat hi umda qism ka,</w:t>
      </w:r>
    </w:p>
    <w:p>
      <w:pPr>
        <w:jc w:val="right"/>
      </w:pPr>
      <w:r>
        <w:t>تو ویئر ڈیڈ دیٹ ظلم؟ کہاں ظلم ہے؟ نہ انڈیا میں ہے، نہ امریکہ میں ہے، حتیٰ کہ اسرائیل میں۔ دیکھیے، ایک فلسطینی اب جو بلڈر ہے، اس نے فلسطین میں ایک ٹاؤن شپ بنایا ہے، بہت ہی عمدہ قسم کا،</w:t>
      </w:r>
    </w:p>
    <w:p>
      <w:r>
        <w:rPr>
          <w:b/>
        </w:rPr>
        <w:t xml:space="preserve">[37:47] </w:t>
      </w:r>
      <w:r>
        <w:t>modern standard ka. isi falasteen mein jo kehte hain ke falasteen mein israel zulm kar raha hai, isi mein banaya hai.</w:t>
      </w:r>
    </w:p>
    <w:p>
      <w:pPr>
        <w:jc w:val="right"/>
      </w:pPr>
      <w:r>
        <w:t>ماڈرن اسٹینڈرڈ کا۔ اسی فلسطین میں جو کہتے ہیں کہ فلسطین میں اسرائیل ظلم کر رہا ہے، اسی میں بنایا ہے۔</w:t>
      </w:r>
    </w:p>
    <w:p>
      <w:r>
        <w:rPr>
          <w:b/>
        </w:rPr>
        <w:t xml:space="preserve">[37:59] </w:t>
      </w:r>
      <w:r>
        <w:t>kahin zulm hai? nahin, sab bilkul hi baseless baatein hain. na zulm ho raha hai, na pakistan mein, na kashmir mein, na falasteen mein, na america mein, kahin nahin.</w:t>
      </w:r>
    </w:p>
    <w:p>
      <w:pPr>
        <w:jc w:val="right"/>
      </w:pPr>
      <w:r>
        <w:t>کہیں ظلم ہے؟ نہیں، سب بالکل ہی بیسلیس باتیں ہیں۔ نہ ظلم ہو رہا ہے، نہ پاکستان میں، نہ کشمیر میں، نہ فلسطین میں، نہ امریکہ میں، کہیں نہیں۔</w:t>
      </w:r>
    </w:p>
    <w:p>
      <w:r>
        <w:rPr>
          <w:b/>
        </w:rPr>
        <w:t xml:space="preserve">[38:12] </w:t>
      </w:r>
      <w:r>
        <w:t>har jagah muafiq islam halaat paida ho chuke hain. to is ko amal kijiye. yeh kya jhoot bolte hain ke zulm, zulm, zulm? to is ki mein dikha raha hoon aap ko ke india mein bhi zulm ho raha hai.</w:t>
      </w:r>
    </w:p>
    <w:p>
      <w:pPr>
        <w:jc w:val="right"/>
      </w:pPr>
      <w:r>
        <w:t>ہر جگہ موافق اسلام حالات پیدا ہو چکے ہیں۔ تو اس کو عمل کیجئے۔ یہ کیا جھوٹ بولتے ہیں کہ ظلم، ظلم، ظلم؟ تو اس کی میں دکھا رہا ہوں آپ کو کہ انڈیا میں بھی ظلم ہو رہا ہے۔</w:t>
      </w:r>
    </w:p>
    <w:p>
      <w:r>
        <w:rPr>
          <w:b/>
        </w:rPr>
        <w:t xml:space="preserve">[38:27] </w:t>
      </w:r>
      <w:r>
        <w:t>sare log samajhte hain ke haan, zulm ho raha hai. aur india ka sab se bara top ka jo akhbar hai, times of india, woh aik national issue par mera article chapta hai, jabke india mein sankron baray baray likhne wale writer, hindu writer maujood hain.</w:t>
      </w:r>
    </w:p>
    <w:p>
      <w:pPr>
        <w:jc w:val="right"/>
      </w:pPr>
      <w:r>
        <w:t>سارے لوگ سمجھتے ہیں کہ ہاں، ظلم ہو رہا ہے۔ اور انڈیا کا سب سے بڑا ٹاپ کا جو اخبار ہے، ٹائمز آف انڈیا، وہ ایک نیشنل ایشو پر میرا آرٹیکل چھاپتا ہے، جبکہ انڈیا میں سینکڑوں بڑے بڑے لکھنے والے رائٹر، ہندو رائٹر موجود ہیں۔</w:t>
      </w:r>
    </w:p>
    <w:p>
      <w:r>
        <w:rPr>
          <w:b/>
        </w:rPr>
        <w:t xml:space="preserve">[38:48] </w:t>
      </w:r>
      <w:r>
        <w:t>to kahan hai zulm? where is that zulm? koi zulm nahin hai,</w:t>
      </w:r>
    </w:p>
    <w:p>
      <w:pPr>
        <w:jc w:val="right"/>
      </w:pPr>
      <w:r>
        <w:t>تو کہاں ہے ظلم؟ ویئر از دیٹ ظلم؟ کوئی ظلم نہیں ہے،</w:t>
      </w:r>
    </w:p>
    <w:p>
      <w:r>
        <w:rPr>
          <w:b/>
        </w:rPr>
        <w:t xml:space="preserve">[38:56] </w:t>
      </w:r>
      <w:r>
        <w:t>koi zulm nahin hai. to zulm ka zehan kya hai? dajjal ne. dajjal ke mani hain great deceiver.</w:t>
      </w:r>
    </w:p>
    <w:p>
      <w:pPr>
        <w:jc w:val="right"/>
      </w:pPr>
      <w:r>
        <w:t>کوئی ظلم نہیں ہے۔ تو ظلم کا ذہن کیا ہے؟ دجال نے۔ دجال کے معنی ہیں گریٹ ڈیسیور۔</w:t>
      </w:r>
    </w:p>
    <w:p>
      <w:r>
        <w:rPr>
          <w:b/>
        </w:rPr>
        <w:t xml:space="preserve">[39:10] </w:t>
      </w:r>
      <w:r>
        <w:t>zulm ka jo zehan hai, islamophobia ka jo zehan hai, woh diya hai dajjal ne. dhoke mein musalmanon ko dhoke mein mubtala kar rakha hai, aur sare musalman is dajjal ko ki pooja kar rahe hain.</w:t>
      </w:r>
    </w:p>
    <w:p>
      <w:pPr>
        <w:jc w:val="right"/>
      </w:pPr>
      <w:r>
        <w:t>ظلم کا جو ذہن ہے، اسلامو فوبیا کا جو ذہن ہے، وہ دیا ہے دجال نے۔ دھوکے میں مسلمانوں کو دھوکے میں مبتلا کر رکھا ہے، اور سارے مسلمان اس دجال کو کی پوجا کر رہے ہیں۔</w:t>
      </w:r>
    </w:p>
    <w:p>
      <w:r>
        <w:rPr>
          <w:b/>
        </w:rPr>
        <w:t xml:space="preserve">[39:32] </w:t>
      </w:r>
      <w:r>
        <w:t>jis dajjal ne musalmanon ko yeh sikha rakha hai ke zulm ho raha hai, zulm ho raha hai, we are under siege, we are under siege, us ke pujari bane hue hain.</w:t>
      </w:r>
    </w:p>
    <w:p>
      <w:pPr>
        <w:jc w:val="right"/>
      </w:pPr>
      <w:r>
        <w:t>جس دجال نے مسلمانوں کو یہ سکھا رکھا ہے کہ ظلم ہو رہا ہے، ظلم ہو رہا ہے، وی آر انڈر سیج، وی آر انڈر سیج، اس کے پجاری بنے ہوئے ہیں۔</w:t>
      </w:r>
    </w:p>
    <w:p>
      <w:r>
        <w:rPr>
          <w:b/>
        </w:rPr>
        <w:t xml:space="preserve">[39:44] </w:t>
      </w:r>
      <w:r>
        <w:t>isi ko zabah karo,</w:t>
      </w:r>
    </w:p>
    <w:p>
      <w:pPr>
        <w:jc w:val="right"/>
      </w:pPr>
      <w:r>
        <w:t>اسی کو ذبح کرو،</w:t>
      </w:r>
    </w:p>
    <w:p>
      <w:r>
        <w:rPr>
          <w:b/>
        </w:rPr>
        <w:t xml:space="preserve">[39:49] </w:t>
      </w:r>
      <w:r>
        <w:t>jis tarah yahood ne zabah kiya tha apne zamanay ke baqra ko. yahood ne apne zamanay ke baqra ko zulm kiya.</w:t>
      </w:r>
    </w:p>
    <w:p>
      <w:pPr>
        <w:jc w:val="right"/>
      </w:pPr>
      <w:r>
        <w:t>جس طرح یہود نے ذبح کیا تھا اپنے زمانے کے بقرہ کو۔ یہود نے اپنے زمانے کے بقرہ کو ظلم کیا۔</w:t>
      </w:r>
    </w:p>
    <w:p>
      <w:r>
        <w:rPr>
          <w:b/>
        </w:rPr>
        <w:t xml:space="preserve">[39:58] </w:t>
      </w:r>
      <w:r>
        <w:t>ab yahood ne apne zamanay ke baqra ko zabah kiya tha, tab Allah ne un ko qabool kiya. aise hi aaj musalmanon ko dajjal ke behkawe ko zabah kar rahe hain.</w:t>
      </w:r>
    </w:p>
    <w:p>
      <w:pPr>
        <w:jc w:val="right"/>
      </w:pPr>
      <w:r>
        <w:t>اب یہود نے اپنے زمانے کے بقرہ کو ذبح کیا تھا، تب اللہ نے ان کو قبول کیا۔ ایسے ہی آج مسلمانوں کو دجال کے بہکاوے کو ذبح کر رہے ہیں۔</w:t>
      </w:r>
    </w:p>
    <w:p>
      <w:r>
        <w:rPr>
          <w:b/>
        </w:rPr>
        <w:t xml:space="preserve">[40:16] </w:t>
      </w:r>
      <w:r>
        <w:t>islamophobia khatam, duniya zulm kar rahi hai, khatam. to Allah dobara aap ko qabool karega, tab dobara aap ko Allah ki rehmaten nazil hongi.</w:t>
      </w:r>
    </w:p>
    <w:p>
      <w:pPr>
        <w:jc w:val="right"/>
      </w:pPr>
      <w:r>
        <w:t>اسلامو فوبیا ختم، دنیا ظلم کر رہی ہے، ختم۔ تو اللہ دوبارہ آپ کو قبول کرے گا، تب دوبارہ آپ کو اللہ کی رحمتیں نازل ہوں گی۔</w:t>
      </w:r>
    </w:p>
    <w:p>
      <w:r>
        <w:rPr>
          <w:b/>
        </w:rPr>
        <w:t xml:space="preserve">[40:33] </w:t>
      </w:r>
      <w:r>
        <w:t>Allah taala mujh ko aur aap ko tofeeq de ke hum dajjal ki dajali se, dajali fitne se bahar aayen.</w:t>
      </w:r>
    </w:p>
    <w:p>
      <w:pPr>
        <w:jc w:val="right"/>
      </w:pPr>
      <w:r>
        <w:t>اللہ تعالی مجھ کو اور آپ کو توفیق دے کہ ہم دجال کی دجالی سے، دجالی فتنے سے باہر آئیں۔</w:t>
      </w:r>
    </w:p>
    <w:p>
      <w:r>
        <w:rPr>
          <w:b/>
        </w:rPr>
        <w:t xml:space="preserve">[40:43] </w:t>
      </w:r>
      <w:r>
        <w:t>assalam o alaikum wa rehmatullah.</w:t>
      </w:r>
    </w:p>
    <w:p>
      <w:pPr>
        <w:jc w:val="right"/>
      </w:pPr>
      <w:r>
        <w:t>السلام علیکم ورحمۃ اللہ۔</w:t>
      </w:r>
    </w:p>
    <w:p>
      <w:r>
        <w:rPr>
          <w:b/>
        </w:rPr>
        <w:t xml:space="preserve">[40:54] </w:t>
      </w:r>
      <w:r>
        <w:t>so, we start with the question answer session now. all the viewers who want to post their comment or send their questions, they can either do it on the facebook section or they can write to us on info at cpsglobal.org.</w:t>
      </w:r>
    </w:p>
    <w:p>
      <w:pPr>
        <w:jc w:val="right"/>
      </w:pPr>
      <w:r>
        <w:t>سو، وی سٹارٹ ود دی کوئسچن انسر سیشن ناو۔ ال دی ویوورز ہو وانٹ ٹو پوسٹ دیر کمنٹ اور سینڈ دیر کوئسچنز، دے کین ایدر ڈو اٹ ان دا فیس بک سیکشن اور دے کین رائٹ ٹو اس ان انفو ایٹ سی پی ایس گلوبل ڈاٹ او آر جی۔</w:t>
      </w:r>
    </w:p>
    <w:p>
      <w:r>
        <w:rPr>
          <w:b/>
        </w:rPr>
        <w:t xml:space="preserve">[41:10] </w:t>
      </w:r>
      <w:r>
        <w:t>maulana, sab se pehle comment lena chahenge. ah, mehboob bhai ne mumbai se likha hai: "maulana, i am always, i am always, i always feel blessed being attached with this mission.</w:t>
      </w:r>
    </w:p>
    <w:p>
      <w:pPr>
        <w:jc w:val="right"/>
      </w:pPr>
      <w:r>
        <w:t>مولانا، سب سے پہلے کمنٹ لینا چاہیں گے۔ اہ، محبوب بھائی نے ممبئی سے لکھا ہے: "مولانا، ائی ایم الویز، ائی ایم الویز، ائی الویز فیل بلیس بینگ اٹیچڈ ود دس مشن۔</w:t>
      </w:r>
    </w:p>
    <w:p>
      <w:r>
        <w:rPr>
          <w:b/>
        </w:rPr>
        <w:t xml:space="preserve">[41:25] </w:t>
      </w:r>
      <w:r>
        <w:t>as today, you highlighted the baqra to be sacrificed. no one ever told me like this. your comparison of materialistic interest with modern day baqra is an eye opener.</w:t>
      </w:r>
    </w:p>
    <w:p>
      <w:pPr>
        <w:jc w:val="right"/>
      </w:pPr>
      <w:r>
        <w:t>ایز ٹوڈے، یو ہائی لائٹڈ دا بقرہ ٹو بی سیکریفائسڈ۔ نو ون ایور ٹولڈ می لائک دس۔ یور کمپیریزن اف مٹیریلسٹک انٹرسٹ ود ماڈرن ڈے بقرہ از این ائی اوپنر۔</w:t>
      </w:r>
    </w:p>
    <w:p>
      <w:r>
        <w:rPr>
          <w:b/>
        </w:rPr>
        <w:t xml:space="preserve">[41:40] </w:t>
      </w:r>
      <w:r>
        <w:t>thank you very much, maulana." maulana iqbal umri ne chennai se likha hai: "sirf doosron ka zulm dekha dikhai dega, yahi one sided, one sided hai." maulana, aap ne bilkul sahi farmaya, agar is ko zabah nahin karenge to kuch hone wala nahin.</w:t>
      </w:r>
    </w:p>
    <w:p>
      <w:pPr>
        <w:jc w:val="right"/>
      </w:pPr>
      <w:r>
        <w:t>تھینک یو ویری مچ، مولانا۔" مولانا اقبال عمری نے چنئی سے لکھا ہے: "صرف دوسروں کا ظلم دیکھا دکھائی دے گا، یہی ون سائیڈڈ، ون سائیڈڈ ہے۔" مولانا، آپ نے بالکل صحیح فرمایا، اگر اس کو ذبح نہیں کریں گے تو کچھ ہونے والا نہیں۔</w:t>
      </w:r>
    </w:p>
    <w:p>
      <w:r>
        <w:rPr>
          <w:b/>
        </w:rPr>
        <w:t xml:space="preserve">[42:00] </w:t>
      </w:r>
      <w:r>
        <w:t>miss shabana ansari ne pakistan se likha hai: "one sided thinking is dajali thinking. jazak Allah maulana to forgiving us this point which we did not know before." mehtab ahmed sahib ne dhampur se likha hai: "maulana sahib, aap ke ilawa kahin aur itni wisdom wali deen ki baatein hamein kahin nahin milti.</w:t>
      </w:r>
    </w:p>
    <w:p>
      <w:pPr>
        <w:jc w:val="right"/>
      </w:pPr>
      <w:r>
        <w:t>مس شبانہ انصاری نے پاکستان سے لکھا ہے: "ون سائیڈڈ تھنکنگ از دجالی تھنکنگ۔ جزاک اللہ مولانا ٹو فارگیونگ اس دس پوائنٹ وچ وی ڈیڈ ناٹ نو بیفور۔" مہتاب احمد صاحب نے دھامپور سے لکھا ہے: "مولانا صاحب، آپ کے علاوہ کہیں اور اتنی وزڈم والی دین کی باتیں ہمیں کہیں نہیں ملتی۔</w:t>
      </w:r>
    </w:p>
    <w:p>
      <w:r>
        <w:rPr>
          <w:b/>
        </w:rPr>
        <w:t xml:space="preserve">[42:24] </w:t>
      </w:r>
      <w:r>
        <w:t>Allah aap ka saya hamare saron par qaim rakhay. amin." doctor naghma siddiqui ne delhi se likha hai: "today, i have understood for the first time the importance of blame thy self culture.</w:t>
      </w:r>
    </w:p>
    <w:p>
      <w:pPr>
        <w:jc w:val="right"/>
      </w:pPr>
      <w:r>
        <w:t>اللہ آپ کا سایہ ہمارے سروں پر قائم رکھے۔ آمین۔" ڈاکٹر نغمہ صدیقی نے دلی سے لکھا ہے: "ٹوڈے، ائی ہیو انڈرسٹوڈ فار دا فرسٹ ٹائم دی امپورٹنس اف بلیم دائی سیلف کلچر۔</w:t>
      </w:r>
    </w:p>
    <w:p>
      <w:r>
        <w:rPr>
          <w:b/>
        </w:rPr>
        <w:t xml:space="preserve">[42:41] </w:t>
      </w:r>
      <w:r>
        <w:t>i do tauba and will inshallah never blame other and always look for the fault with myself." maulana, ab sawal lete hain.</w:t>
      </w:r>
    </w:p>
    <w:p>
      <w:pPr>
        <w:jc w:val="right"/>
      </w:pPr>
      <w:r>
        <w:t>ائی ڈو توبہ اینڈ ول انشاءاللہ نیور بلیم ادر اینڈ الویز لوک فار دا فالٹ ود مائی سیلف۔" مولانا، اب سوال لیتے ہیں۔</w:t>
      </w:r>
    </w:p>
    <w:p>
      <w:r>
        <w:rPr>
          <w:b/>
        </w:rPr>
        <w:t xml:space="preserve">[42:55] </w:t>
      </w:r>
      <w:r>
        <w:t>doctor aslam khan ne saharanpur se likha hai: "the quran wants to reform our age old stagnated notion.</w:t>
      </w:r>
    </w:p>
    <w:p>
      <w:pPr>
        <w:jc w:val="right"/>
      </w:pPr>
      <w:r>
        <w:t>ڈاکٹر اسلم خان نے سہارن پور سے لکھا ہے: "دی قرآن وانٹس ٹو ریفارم اور ایج اولڈ سٹیگنیٹڈ نوشن۔</w:t>
      </w:r>
    </w:p>
    <w:p>
      <w:r>
        <w:rPr>
          <w:b/>
        </w:rPr>
        <w:t xml:space="preserve">[43:07] </w:t>
      </w:r>
      <w:r>
        <w:t>how can we apply the quranic verses in this digital age and how can we regenerate a new dynamic energy and style among the da'wah teams of traditional muslims?" is ke baray mein bataen.</w:t>
      </w:r>
    </w:p>
    <w:p>
      <w:pPr>
        <w:jc w:val="right"/>
      </w:pPr>
      <w:r>
        <w:t>ہاؤ کین وی اپلائی دی قرآنک ورسز ان دس ڈیجیٹل ایج اینڈ ہاؤ کین وی ری جنریٹ ا نیو ڈائنیمک انرجی اینڈ سٹائل امنگ داوا ٹیمز اف ٹریڈیشنل مسلمز؟" اس کے بارے میں بتائیں۔</w:t>
      </w:r>
    </w:p>
    <w:p>
      <w:r>
        <w:rPr>
          <w:b/>
        </w:rPr>
        <w:t xml:space="preserve">[43:25] </w:t>
      </w:r>
      <w:r>
        <w:t>bhai, main to yahi kahunga ke</w:t>
      </w:r>
    </w:p>
    <w:p>
      <w:pPr>
        <w:jc w:val="right"/>
      </w:pPr>
      <w:r>
        <w:t>بھائی، میں تو یہی کہوں گا کہ</w:t>
      </w:r>
    </w:p>
    <w:p>
      <w:r>
        <w:rPr>
          <w:b/>
        </w:rPr>
        <w:t xml:space="preserve">[43:34] </w:t>
      </w:r>
      <w:r>
        <w:t>hamare mission ki kitabon ko khoob padhiye, bar bar, bar bar, aur program khoob bar bar suniye. sirf ek bar sunna kafi nahi hai,</w:t>
      </w:r>
    </w:p>
    <w:p>
      <w:pPr>
        <w:jc w:val="right"/>
      </w:pPr>
      <w:r>
        <w:t>ہمارے مشن کی کتابوں کو خوب پڑھیے، بار بار، بار بار، اور پروگرام خوب بار بار سنیے۔ صرف ایک بار سننا کافی نہیں ہے،</w:t>
      </w:r>
    </w:p>
    <w:p>
      <w:r>
        <w:rPr>
          <w:b/>
        </w:rPr>
        <w:t xml:space="preserve">[43:48] </w:t>
      </w:r>
      <w:r>
        <w:t>na ek bar kitab padhna kafi hai, na ek bar program sunna kafi hai. Bar bar sunna hai, bar bar padhna hai, yahi ek hi hal hai aur koi hal nahi hai.</w:t>
      </w:r>
    </w:p>
    <w:p>
      <w:pPr>
        <w:jc w:val="right"/>
      </w:pPr>
      <w:r>
        <w:t>نہ ایک بار کتاب پڑھنا کافی ہے، نہ ایک بار پروگرام سننا کافی ہے۔ بار بار سننا ہے، بار بار پڑھنا ہے، یہی ایک ہی حل ہے اور کوئی حل نہیں ہے۔</w:t>
      </w:r>
    </w:p>
    <w:p>
      <w:r>
        <w:rPr>
          <w:b/>
        </w:rPr>
        <w:t xml:space="preserve">[44:04] </w:t>
      </w:r>
      <w:r>
        <w:t>Maulana, agla sawal bheja hai Javed. Javed Hayat sahab ne Mumbai se, unhone likha hai: "Maulana, kya infradi zindagi mein bhi koi baqra hota hai jo dua ki qubooliyat mein rukawat ban jata hai?</w:t>
      </w:r>
    </w:p>
    <w:p>
      <w:pPr>
        <w:jc w:val="right"/>
      </w:pPr>
      <w:r>
        <w:t>مولانا، اگلا سوال بھیجا ہے جاوید۔ جاوید حیات صاحب نے ممبئی سے، انہوں نے لکھا ہے: "مولانا، کیا انفرادی زندگی میں بھی کوئی بقرہ ہوتا ہے جو دعا کی قبولیت میں رکاوٹ بن جاتا ہے؟</w:t>
      </w:r>
    </w:p>
    <w:p>
      <w:r>
        <w:rPr>
          <w:b/>
        </w:rPr>
        <w:t xml:space="preserve">[44:22] </w:t>
      </w:r>
      <w:r>
        <w:t>Is ke bare mein bataein." Zaroor, zaroor hota hai, aur sab se bara baqra hai ke apni ghalti ka ilzam doosron ko dena.</w:t>
      </w:r>
    </w:p>
    <w:p>
      <w:pPr>
        <w:jc w:val="right"/>
      </w:pPr>
      <w:r>
        <w:t>اس کے بارے میں بتائیں۔" ضرور، ضرور ہوتا ہے، اور سب سے بڑا بقرہ ہے کہ اپنی غلطی کا الزام دوسروں کو دینا۔</w:t>
      </w:r>
    </w:p>
    <w:p>
      <w:r>
        <w:rPr>
          <w:b/>
        </w:rPr>
        <w:t xml:space="preserve">[44:32] </w:t>
      </w:r>
      <w:r>
        <w:t>Har ghar mein dekhiye, biwi ilzam deti hai shohar ko, aur shohar ilzam deta hai biwi ko. Har ghar mein yahi dajjal chal rahi hai, har paros mein, har jagah.</w:t>
      </w:r>
    </w:p>
    <w:p>
      <w:pPr>
        <w:jc w:val="right"/>
      </w:pPr>
      <w:r>
        <w:t>ہر گھر میں دیکھیے، بیوی الزام دیتی ہے شوہر کو، اور شوہر الزام دیتا ہے بیوی کو۔ ہر گھر میں یہی دجال چل رہی ہے، ہر پڑوس میں، ہر جگہ۔</w:t>
      </w:r>
    </w:p>
    <w:p>
      <w:r>
        <w:rPr>
          <w:b/>
        </w:rPr>
        <w:t xml:space="preserve">[44:47] </w:t>
      </w:r>
      <w:r>
        <w:t>Blame others ka culture yahi dajali hai, yeh sari duniya mein chal raha hai. Blame others, blame others!</w:t>
      </w:r>
    </w:p>
    <w:p>
      <w:pPr>
        <w:jc w:val="right"/>
      </w:pPr>
      <w:r>
        <w:t>بلیم ادرس کا کلچر یہی دجالی ہے، یہ ساری دنیا میں چل رہا ہے۔ بلیم ادرس، بلیم ادرس!</w:t>
      </w:r>
    </w:p>
    <w:p>
      <w:r>
        <w:rPr>
          <w:b/>
        </w:rPr>
        <w:t xml:space="preserve">[44:57] </w:t>
      </w:r>
      <w:r>
        <w:t>To yeh ghar mein bhi hai, paros mein bhi hai, aur poori duniya mein bhi hai. Maulana, agla sawal lene se pehle ek aur comment padhna chahenge jo Auckland, New Zealand se Zahoor Rehman sahab ne likha hai.</w:t>
      </w:r>
    </w:p>
    <w:p>
      <w:pPr>
        <w:jc w:val="right"/>
      </w:pPr>
      <w:r>
        <w:t>تو یہ گھر میں بھی ہے، پڑوس میں بھی ہے، اور پوری دنیا میں بھی ہے۔ مولانا، اگلا سوال لینے سے پہلے ایک اور کمنٹ پڑھنا چاہیں گے جو اوکلینڈ، نیوزی لینڈ سے ظہور الرحمن صاحب نے لکھا ہے۔</w:t>
      </w:r>
    </w:p>
    <w:p>
      <w:r>
        <w:rPr>
          <w:b/>
        </w:rPr>
        <w:t xml:space="preserve">[45:14] </w:t>
      </w:r>
      <w:r>
        <w:t>Unhone likha hai ke: "Such a powerful address!</w:t>
      </w:r>
    </w:p>
    <w:p>
      <w:pPr>
        <w:jc w:val="right"/>
      </w:pPr>
      <w:r>
        <w:t>انہوں نے لکھا ہے کہ: "سچ ا پاورفل ایڈریس!</w:t>
      </w:r>
    </w:p>
    <w:p>
      <w:r>
        <w:rPr>
          <w:b/>
        </w:rPr>
        <w:t xml:space="preserve">[45:18] </w:t>
      </w:r>
      <w:r>
        <w:t>It's very difficult to express plain truth in front of Muslim brothers, because they love to play victimhood without realizing what harm they are causing to the world.</w:t>
      </w:r>
    </w:p>
    <w:p>
      <w:pPr>
        <w:jc w:val="right"/>
      </w:pPr>
      <w:r>
        <w:t>اٹس ویری ڈیفیکلٹ ٹو ایکسپریس پلین ٹروتھ ان فرنٹ اف مسلم برادرز، بیکاز دے لو ٹو پلے وکٹم ہڈ وداؤٹ ریلائزنگ واٹ ہارم دے ار کازنگ ٹو دا ورلڈ۔</w:t>
      </w:r>
    </w:p>
    <w:p>
      <w:r>
        <w:rPr>
          <w:b/>
        </w:rPr>
        <w:t xml:space="preserve">[45:32] </w:t>
      </w:r>
      <w:r>
        <w:t>Maybe we are doing badwa against our own selves."</w:t>
      </w:r>
    </w:p>
    <w:p>
      <w:pPr>
        <w:jc w:val="right"/>
      </w:pPr>
      <w:r>
        <w:t>می بی وی ار ڈوئنگ بدوا اگینسٹ اور اون سیلفس۔"</w:t>
      </w:r>
    </w:p>
    <w:p>
      <w:r>
        <w:rPr>
          <w:b/>
        </w:rPr>
        <w:t xml:space="preserve">[45:39] </w:t>
      </w:r>
      <w:r>
        <w:t>Maulana, agla sawal lete hain jo Kanpur se Muhammad Wajid sahab ne bheja hai. Unhone aapse poocha hai ke: "Maulana, kya hamare andar kisi bhi cheez ka desire hona,</w:t>
      </w:r>
    </w:p>
    <w:p>
      <w:pPr>
        <w:jc w:val="right"/>
      </w:pPr>
      <w:r>
        <w:t>مولانا، اگلا سوال لیتے ہیں جو کانپور سے محمد واجد صاحب نے بھیجا ہے۔ انہوں نے آپ سے پوچھا ہے کہ: "مولانا، کیا ہمارے اندر کسی بھی چیز کا ڈیزائر ہونا،</w:t>
      </w:r>
    </w:p>
    <w:p>
      <w:r>
        <w:rPr>
          <w:b/>
        </w:rPr>
        <w:t xml:space="preserve">[45:54] </w:t>
      </w:r>
      <w:r>
        <w:t>jaise ke ghar, car, achi job, ameer banna, yeh sab Islam ke kya khilaf hai? Ya phir ya phir is mein koi kharabi nahi?</w:t>
      </w:r>
    </w:p>
    <w:p>
      <w:pPr>
        <w:jc w:val="right"/>
      </w:pPr>
      <w:r>
        <w:t>جیسے کہ گھر، کار، اچھی جاب، امیر بننا، یہ سب اسلام کے کیا خلاف ہے؟ یا پھر یا پھر اس میں کوئی خرابی نہیں؟</w:t>
      </w:r>
    </w:p>
    <w:p>
      <w:r>
        <w:rPr>
          <w:b/>
        </w:rPr>
        <w:t xml:space="preserve">[46:06] </w:t>
      </w:r>
      <w:r>
        <w:t>Is ko wazeh karein."</w:t>
      </w:r>
    </w:p>
    <w:p>
      <w:pPr>
        <w:jc w:val="right"/>
      </w:pPr>
      <w:r>
        <w:t>اس کو واضح کریں۔"</w:t>
      </w:r>
    </w:p>
    <w:p>
      <w:r>
        <w:rPr>
          <w:b/>
        </w:rPr>
        <w:t xml:space="preserve">[46:11] </w:t>
      </w:r>
      <w:r>
        <w:t>Dekhiye, yeh sawal jo hai vague hai, vague!</w:t>
      </w:r>
    </w:p>
    <w:p>
      <w:pPr>
        <w:jc w:val="right"/>
      </w:pPr>
      <w:r>
        <w:t>دیکھیے، یہ سوال جو ہے ویگ ہے، ویگ!</w:t>
      </w:r>
    </w:p>
    <w:p>
      <w:r>
        <w:rPr>
          <w:b/>
        </w:rPr>
        <w:t xml:space="preserve">[46:16] </w:t>
      </w:r>
      <w:r>
        <w:t>Masla desire ka nahi hai, masla hai at the cost of what. Kis cost par aap apne desire ki follow karna chahte hain?</w:t>
      </w:r>
    </w:p>
    <w:p>
      <w:pPr>
        <w:jc w:val="right"/>
      </w:pPr>
      <w:r>
        <w:t>مسئلہ ڈیزائر کا نہیں ہے، مسئلہ ہے ایٹ دا کاسٹ اف واٹ۔ کس کاسٹ پر آپ اپنے ڈیزائر کی فالو کرنا چاہتے ہیں؟</w:t>
      </w:r>
    </w:p>
    <w:p>
      <w:r>
        <w:rPr>
          <w:b/>
        </w:rPr>
        <w:t xml:space="preserve">[46:29] </w:t>
      </w:r>
      <w:r>
        <w:t>Kis cost par? Yeh aap introspection se janenge. At the cost of what, yeh hai asal masla.</w:t>
      </w:r>
    </w:p>
    <w:p>
      <w:pPr>
        <w:jc w:val="right"/>
      </w:pPr>
      <w:r>
        <w:t>کس کاسٹ پر؟ یہ آپ انٹراسپیکشن سے جانیں گے۔ ایٹ دا کاسٹ اف واٹ، یہ ہے اصل مسئلہ۔</w:t>
      </w:r>
    </w:p>
    <w:p>
      <w:r>
        <w:rPr>
          <w:b/>
        </w:rPr>
        <w:t xml:space="preserve">[46:50] </w:t>
      </w:r>
      <w:r>
        <w:t>Maulana, agla sawal lete hain jo Feroz Khan sahab ne bheja hai Dubai se. Unhone likha hai: "Maulana, what according to you is the way to de-stress oneself? I have personally attended many workshops which were organized by my company,</w:t>
      </w:r>
    </w:p>
    <w:p>
      <w:pPr>
        <w:jc w:val="right"/>
      </w:pPr>
      <w:r>
        <w:t>مولانا، اگلا سوال لیتے ہیں جو فیروز خان صاحب نے بھیجا ہے دبئی سے۔ انہوں نے لکھا ہے: "مولانا، واٹ اکارڈنگ ٹو یو از دا وے ٹو ڈی سٹریس ون سیلف؟" ائی ہیو پرسنلی اٹینڈڈ مینی ورک شاپس وچ وار ارگنائزڈ بائے مائی کمپنی،</w:t>
      </w:r>
    </w:p>
    <w:p>
      <w:r>
        <w:rPr>
          <w:b/>
        </w:rPr>
        <w:t xml:space="preserve">[47:12] </w:t>
      </w:r>
      <w:r>
        <w:t>but I did not benefit, and I am still under a lot of stress. Please give me your guidance as to how can I reduce my stress.</w:t>
      </w:r>
    </w:p>
    <w:p>
      <w:pPr>
        <w:jc w:val="right"/>
      </w:pPr>
      <w:r>
        <w:t>بٹ ائی ڈیڈ ناٹ بینیفٹ، اینڈ ائی ایم سٹل انڈر ا لاٹ اف سٹریس۔ پلیز گیو می یور گائیڈنس ایز ٹو ہاؤ کین ائی ریڈیوس مائی سٹریس۔</w:t>
      </w:r>
    </w:p>
    <w:p>
      <w:r>
        <w:rPr>
          <w:b/>
        </w:rPr>
        <w:t xml:space="preserve">[47:23] </w:t>
      </w:r>
      <w:r>
        <w:t>Bhai, yeh company ki baat kahi hai unhone, to aap bataiye ke kya kya matlab hai is ka? Main to company ka aadmi nahi hoon. Ji, to bataiye kya matlab hai is ka?</w:t>
      </w:r>
    </w:p>
    <w:p>
      <w:pPr>
        <w:jc w:val="right"/>
      </w:pPr>
      <w:r>
        <w:t>بھئی، یہ کمپنی کی بات کہی ہے انہوں نے، تو آپ بتائیے کہ کیا کیا مطلب ہے اس کا؟ میں تو کمپنی کا آدمی نہیں ہوں۔ جی، تو بتائیے کیا مطلب ہے اس کا؟</w:t>
      </w:r>
    </w:p>
    <w:p>
      <w:r>
        <w:rPr>
          <w:b/>
        </w:rPr>
        <w:t xml:space="preserve">[47:34] </w:t>
      </w:r>
      <w:r>
        <w:t>Maulana, generally logon ko work related stress hota hai ke bohat zyada kaam hai ya bohat zyada time. Kya unka company ke reference mein unka masla kya hai?</w:t>
      </w:r>
    </w:p>
    <w:p>
      <w:pPr>
        <w:jc w:val="right"/>
      </w:pPr>
      <w:r>
        <w:t>مولانا، جنرلی لوگوں کو ورک ریلیٹڈ سٹریس ہوتا ہے کہ بہت زیادہ کام ہے یا بہت زیادہ اہ ٹائم۔ کیا ان کا کمپنی کے ریفرنس میں ان کا مسئلہ کیا ہے؟</w:t>
      </w:r>
    </w:p>
    <w:p>
      <w:r>
        <w:rPr>
          <w:b/>
        </w:rPr>
        <w:t xml:space="preserve">[47:48] </w:t>
      </w:r>
      <w:r>
        <w:t>Haan, unka Maulana sawal se to unka reference company ke stress se lag raha hai. W</w:t>
      </w:r>
    </w:p>
    <w:p>
      <w:pPr>
        <w:jc w:val="right"/>
      </w:pPr>
      <w:r>
        <w:t>ہاں، ان کا مولانا سوال سے تو ان کا ریفرنس کمپنی کے سٹریس سے لگ رہا ہے۔ و</w:t>
      </w:r>
    </w:p>
    <w:p>
      <w:r>
        <w:rPr>
          <w:b/>
        </w:rPr>
        <w:t xml:space="preserve">[47:54] </w:t>
      </w:r>
      <w:r>
        <w:t>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p>
    <w:p>
      <w:pPr>
        <w:jc w:val="right"/>
      </w:pPr>
      <w:r>
        <w:t>رک، ورک سٹریس! ورک سٹریس سے! وہی بتائیے نا، آپ تو کمپنی سے تعلق رکھتے ہیں۔ جی، بتائیے۔ انہوں نے مولانا ایلیبریٹ نہیں کیا ہے، بٹ اٹ سیمز کہ وہ اہ یہ جاننا چاہ رہے ہیں آپ سے کہ جو بھی میں میرے کو ورک سے ریلیٹڈ، میرے کو پریشانی ہوتی ہے، ٹینشن ہوتی ہے، یا وہ بہت زیادہ اہ اہ سٹریس محسوس کرتے ہیں، تو اس کو کیسے مینج کریں؟</w:t>
      </w:r>
    </w:p>
    <w:p>
      <w:r>
        <w:rPr>
          <w:b/>
        </w:rPr>
        <w:t xml:space="preserve">[48:18] </w:t>
      </w:r>
      <w:r>
        <w:t>To aaj kal Maulana companies kafi workshops karati hain, ah how to reduce stress. To woh dekhiye, dekhiye!</w:t>
      </w:r>
    </w:p>
    <w:p>
      <w:pPr>
        <w:jc w:val="right"/>
      </w:pPr>
      <w:r>
        <w:t>تو آج کل مولانا کمپنیز کافی ورک شاپس کراتی ہیں، اہ ہاؤ ٹو ریڈیوس سٹریس۔ تو وہ دیکھیے، دیک</w:t>
      </w:r>
    </w:p>
    <w:p>
      <w:r>
        <w:rPr>
          <w:b/>
        </w:rPr>
        <w:t xml:space="preserve">[48:26] </w:t>
      </w:r>
      <w:r>
        <w:t>Sanjidgi! Ji, sara masla ek hai, yeh khud to blame others par chal rahe hain, aur company, company jo hai unko blame de rahi hai.</w:t>
      </w:r>
    </w:p>
    <w:p>
      <w:pPr>
        <w:jc w:val="right"/>
      </w:pPr>
      <w:r>
        <w:t>ھیے! سنجیدگی! جی، سارا مسئلہ ایک ہے، یہ خود تو بلیم ادرس پر چل رہے ہیں، اور کمپنی، کمپنی جو ہے ان کو بلیم دے رہی ہے۔</w:t>
      </w:r>
    </w:p>
    <w:p>
      <w:r>
        <w:rPr>
          <w:b/>
        </w:rPr>
        <w:t xml:space="preserve">[48:38] </w:t>
      </w:r>
      <w:r>
        <w:t>yeh takrao hai. company ke nazdeek in ko apne ko correct karna chahiye. yeh chahte hain company apne ko correct kare,</w:t>
      </w:r>
    </w:p>
    <w:p>
      <w:pPr>
        <w:jc w:val="right"/>
      </w:pPr>
      <w:r>
        <w:t>یہ ٹکراؤ ہے۔ کمپنی کے نزدیک ان کو اپنے کو کریکٹ کرنا چاہیے۔ یہ چاہتے ہیں کمپنی اپنے کو کریکٹ کرے،</w:t>
      </w:r>
    </w:p>
    <w:p>
      <w:r>
        <w:rPr>
          <w:b/>
        </w:rPr>
        <w:t xml:space="preserve">[48:52] </w:t>
      </w:r>
      <w:r>
        <w:t>to woh in ko mein yahi kahunga ke aap is false hold se bahar aaiye ke ghalati doosron ki, ghalati doosron ki, aap ki ghalati nahi hai.</w:t>
      </w:r>
    </w:p>
    <w:p>
      <w:pPr>
        <w:jc w:val="right"/>
      </w:pPr>
      <w:r>
        <w:t>تو وہ ان کو میں یہی کہوں گا کہ آپ اس فالس ہولڈ سے باہر آئیے کہ غلطی دوسروں کی، غلطی دوسروں کی، آپ کی غلطی نہیں ہے۔</w:t>
      </w:r>
    </w:p>
    <w:p>
      <w:r>
        <w:rPr>
          <w:b/>
        </w:rPr>
        <w:t xml:space="preserve">[49:03] </w:t>
      </w:r>
      <w:r>
        <w:t>aap bhi ghalati ko daryaft kijiye, apni ghalati ko ko ko correct kijiye, phir sab maamla durust ho jayega.</w:t>
      </w:r>
    </w:p>
    <w:p>
      <w:pPr>
        <w:jc w:val="right"/>
      </w:pPr>
      <w:r>
        <w:t>آپ بھی غلطی کو دریافت کیجئے، اپنی غلطی کو کو کو کریکٹ کیجئے، پھر سب معاملہ درست ہو جائے گا۔</w:t>
      </w:r>
    </w:p>
    <w:p>
      <w:r>
        <w:rPr>
          <w:b/>
        </w:rPr>
        <w:t xml:space="preserve">[49:11] </w:t>
      </w:r>
      <w:r>
        <w:t>ji, yeh isi mein mubtala hain ke blame others ki ghalati mein. mein mein yahan tak samajh paya hoon.</w:t>
      </w:r>
    </w:p>
    <w:p>
      <w:pPr>
        <w:jc w:val="right"/>
      </w:pPr>
      <w:r>
        <w:t>جی، یہ اسی میں مبتلا ہیں کہ بلیم ادرس کی غلطی میں۔ میں میں یہاں تک سمجھ پایا ہوں۔</w:t>
      </w:r>
    </w:p>
    <w:p>
      <w:r>
        <w:rPr>
          <w:b/>
        </w:rPr>
        <w:t xml:space="preserve">[49:24] </w:t>
      </w:r>
      <w:r>
        <w:t>maulana, agla sawal dilli se kya hai? om prakash jaiswal sahab ne, unhon ne likha hai: "maulana sahab, aap ko parnam!</w:t>
      </w:r>
    </w:p>
    <w:p>
      <w:pPr>
        <w:jc w:val="right"/>
      </w:pPr>
      <w:r>
        <w:t>مولانا، اگلا سوال دلی سے کیا ہے؟ اوم پراکاش جیسوال صاحب نے، انہوں نے لکھا ہے: "مولانا صاحب، آپ کو پرنام!</w:t>
      </w:r>
    </w:p>
    <w:p>
      <w:r>
        <w:rPr>
          <w:b/>
        </w:rPr>
        <w:t xml:space="preserve">[49:34] </w:t>
      </w:r>
      <w:r>
        <w:t>mein janna chahta hoon ke aap jo kuch bhi bolte hain, us ka source kya hai? kya yeh aap ke niji vichar hain ya Allah ke?</w:t>
      </w:r>
    </w:p>
    <w:p>
      <w:pPr>
        <w:jc w:val="right"/>
      </w:pPr>
      <w:r>
        <w:t>میں جاننا چاہتا ہوں کہ آپ جو کچھ بھی بولتے ہیں، اس کا سٹروتھ کیا ہے؟ کیا یہ آپ کے نجی ਵਿਚار ہیں یا اللہ کے؟</w:t>
      </w:r>
    </w:p>
    <w:p>
      <w:r>
        <w:rPr>
          <w:b/>
        </w:rPr>
        <w:t xml:space="preserve">[49:45] </w:t>
      </w:r>
      <w:r>
        <w:t>is ke bare mein bataein."</w:t>
      </w:r>
    </w:p>
    <w:p>
      <w:pPr>
        <w:jc w:val="right"/>
      </w:pPr>
      <w:r>
        <w:t>اس کے بارے میں بتائیں۔"</w:t>
      </w:r>
    </w:p>
    <w:p>
      <w:r>
        <w:rPr>
          <w:b/>
        </w:rPr>
        <w:t xml:space="preserve">[49:53] </w:t>
      </w:r>
      <w:r>
        <w:t>dekhiye, mein bachpan se le kar aaj tak sab se zyada padhta hoon Quran aur hadith.</w:t>
      </w:r>
    </w:p>
    <w:p>
      <w:pPr>
        <w:jc w:val="right"/>
      </w:pPr>
      <w:r>
        <w:t>دیکھیے، میں بچپن سے لے کر آج تک سب سے زیادہ پڑھتا ہوں قرآن اور حدیث۔</w:t>
      </w:r>
    </w:p>
    <w:p>
      <w:r>
        <w:rPr>
          <w:b/>
        </w:rPr>
        <w:t xml:space="preserve">[50:04] </w:t>
      </w:r>
      <w:r>
        <w:t>pehle hi padhta tha, aaj bhi Quran aur hadith. mein akabir ki cheezon ka qail nahi hoon. log akabir mein phanse rehte hain.</w:t>
      </w:r>
    </w:p>
    <w:p>
      <w:pPr>
        <w:jc w:val="right"/>
      </w:pPr>
      <w:r>
        <w:t>پہلے ہی پڑھتا تھا، آج بھی قرآن اور حدیث۔ میں اکابر کی چیزیں کا قائل نہیں ہوں۔ لوگ اکابر میں پھنسے رہتے ہیں۔</w:t>
      </w:r>
    </w:p>
    <w:p>
      <w:r>
        <w:rPr>
          <w:b/>
        </w:rPr>
        <w:t xml:space="preserve">[50:15] </w:t>
      </w:r>
      <w:r>
        <w:t>jis ko dekhiye, woh akabir mein phansa hua hai. mein Quran aur hadith se baaton ko nikalta hoon. akabir ko bas ek historical فنا karna, historical figure ki taraf bandhta hoon.</w:t>
      </w:r>
    </w:p>
    <w:p>
      <w:pPr>
        <w:jc w:val="right"/>
      </w:pPr>
      <w:r>
        <w:t>جس کو دیکھیے، وہ اکابر میں پھنسا ہوا ہے۔ میں قرآن اور حدیث سے باتوں کو نکالتا ہوں۔ اکابر کو بس ایک ہسٹاریکل فنا کرنا، ہسٹاریکل فگر کی طرف باندھتا ہوں۔</w:t>
      </w:r>
    </w:p>
    <w:p>
      <w:r>
        <w:rPr>
          <w:b/>
        </w:rPr>
        <w:t xml:space="preserve">[50:30] </w:t>
      </w:r>
      <w:r>
        <w:t>mein tareekh mein woh paida hui hain, lekin mein un ko mayar nahi manta. to meri baatein sab ki sab hadith aur Quran se nikli hui hoti hain,</w:t>
      </w:r>
    </w:p>
    <w:p>
      <w:pPr>
        <w:jc w:val="right"/>
      </w:pPr>
      <w:r>
        <w:t>میں تاریخ میں وہ پیدا ہوئی ہے، لیکن میں ان کو معیار نہیں مانتا۔ تو میری باتیں سب کی سب حدیث اور قرآن سے نکلی ہوئی ہوتی ہیں،</w:t>
      </w:r>
    </w:p>
    <w:p>
      <w:r>
        <w:rPr>
          <w:b/>
        </w:rPr>
        <w:t xml:space="preserve">[50:43] </w:t>
      </w:r>
      <w:r>
        <w:t>akabir se nikli hui nahi hoti. ise jis ki samajh mein nahi aata, woh isi liye nahi samajh mein aata.</w:t>
      </w:r>
    </w:p>
    <w:p>
      <w:pPr>
        <w:jc w:val="right"/>
      </w:pPr>
      <w:r>
        <w:t>اکابر سے نکلی ہوئی نہیں ہوتی۔ اسے جس کی سمجھ میں نہیں آتا، وہ اسی لیے نہیں سمجھ میں آتا۔</w:t>
      </w:r>
    </w:p>
    <w:p>
      <w:r>
        <w:rPr>
          <w:b/>
        </w:rPr>
        <w:t xml:space="preserve">[50:54] </w:t>
      </w:r>
      <w:r>
        <w:t>maulana, sawal lene se pehle, ah do comment padhna chahenge. dilli se doctor najma siddiqui ne likha hai: "maulana, you have explained a, very, ah very, very abstract concept of these verses about sacrificing baqra in a very meaningful,</w:t>
      </w:r>
    </w:p>
    <w:p>
      <w:pPr>
        <w:jc w:val="right"/>
      </w:pPr>
      <w:r>
        <w:t>مولانا، سوال لینے سے پہلے، اہ دو کمنٹ پڑھنا چاہیں گے۔ دلی سے ڈاکٹر نجمہ صدیقی نے لکھا ہے: "مولانا، یو ہیو ایکسپلینڈ ا ویری، اہ ویری، ویری ابسٹریکٹ کانسیپٹ اف دیز ورسز اباؤٹ سیکریفائزنگ بقرہ ان ا ویری میننگ فل،</w:t>
      </w:r>
    </w:p>
    <w:p>
      <w:r>
        <w:rPr>
          <w:b/>
        </w:rPr>
        <w:t xml:space="preserve">[51:14] </w:t>
      </w:r>
      <w:r>
        <w:t>simple and workable terms, which we can apply in our selves. thank you, Maulana." doosra comment bheja hai itanagar, arunachal pradesh se mohammed bilal sahab ne.</w:t>
      </w:r>
    </w:p>
    <w:p>
      <w:pPr>
        <w:jc w:val="right"/>
      </w:pPr>
      <w:r>
        <w:t>سمپل اینڈ ورکیبل ٹرمز، وچ وی کین اپلائی ان اور سیلفس۔ تھینک یو، مولانا۔" دوسرا کمنٹ بھیجا ہے ایٹا نگر، اروناچل پردیس سے محمد بلال صاحب نے۔</w:t>
      </w:r>
    </w:p>
    <w:p>
      <w:r>
        <w:rPr>
          <w:b/>
        </w:rPr>
        <w:t xml:space="preserve">[51:28] </w:t>
      </w:r>
      <w:r>
        <w:t>unhon ne likha hai: "maulana, jazak Allah!</w:t>
      </w:r>
    </w:p>
    <w:p>
      <w:pPr>
        <w:jc w:val="right"/>
      </w:pPr>
      <w:r>
        <w:t>انہوں نے لکھا ہے: "مولانا، جزاک اللہ!</w:t>
      </w:r>
    </w:p>
    <w:p>
      <w:r>
        <w:rPr>
          <w:b/>
        </w:rPr>
        <w:t xml:space="preserve">[51:32] </w:t>
      </w:r>
      <w:r>
        <w:t>mein ne to dajjal ke bare mein padhna aur sochna hi band kar diya tha. traditional daleel sunne ke baad is dua ke sath ke Allah kabhi is ke originally intended maani maani khud khol dega,</w:t>
      </w:r>
    </w:p>
    <w:p>
      <w:pPr>
        <w:jc w:val="right"/>
      </w:pPr>
      <w:r>
        <w:t>میں نے تو دجال کے بارے میں پڑھنا اور سوچنا ہی بند کر دیا تھا۔ ٹریڈیشنل دلیل سننے کے بعد اس دعا کے ساتھ کہ اللہ کبھی اس کے اوریجنلی انٹینڈڈ معنی معنی خود کھول دے گا،</w:t>
      </w:r>
    </w:p>
    <w:p>
      <w:r>
        <w:rPr>
          <w:b/>
        </w:rPr>
        <w:t xml:space="preserve">[51:48] </w:t>
      </w:r>
      <w:r>
        <w:t>warna mein to baqi logon ki traditional bayan se mayoos hi ho chuka tha. Islam se bhi. Allah aap par reham kare ke jo aap ne aaj in alfaazon mein is dajjalit ke fitne ko pesh kiya.</w:t>
      </w:r>
    </w:p>
    <w:p>
      <w:pPr>
        <w:jc w:val="right"/>
      </w:pPr>
      <w:r>
        <w:t>ورنہ میں تو باقی لوگوں کی ٹریڈیشنل بیان سے مایوس ہی ہو چکا تھا۔ اسلام سے بھی۔ اللہ آپ پر رحم کرے کہ جو آپ نے آج ان الفاظوں میں اس دجالیت کے فتنے کو پیش کیا۔</w:t>
      </w:r>
    </w:p>
    <w:p>
      <w:r>
        <w:rPr>
          <w:b/>
        </w:rPr>
        <w:t xml:space="preserve">[52:05] </w:t>
      </w:r>
      <w:r>
        <w:t>you addressed our minds and help me personally find Islam as truth again. i can't thank you enough.</w:t>
      </w:r>
    </w:p>
    <w:p>
      <w:pPr>
        <w:jc w:val="right"/>
      </w:pPr>
      <w:r>
        <w:t>یو ایڈریسڈ اور مائنڈز اینڈ ہیلپ می پرسنلی فائنڈ اسلام ایز ٹروتھ اگین۔ ائی کانٹ تھینک یو انف۔</w:t>
      </w:r>
    </w:p>
    <w:p>
      <w:r>
        <w:rPr>
          <w:b/>
        </w:rPr>
        <w:t xml:space="preserve">[52:13] </w:t>
      </w:r>
      <w:r>
        <w:t>may Allah bless you." Maulana, agla sawal bheja hai saharanpur se doctor safina tabassum ne.</w:t>
      </w:r>
    </w:p>
    <w:p>
      <w:pPr>
        <w:jc w:val="right"/>
      </w:pPr>
      <w:r>
        <w:t>می اللہ بلیس یو۔" مولانا، اگلا سوال بھیجا ہے سہارن پور سے ڈاکٹر صفینہ تبسم نے۔</w:t>
      </w:r>
    </w:p>
    <w:p>
      <w:r>
        <w:rPr>
          <w:b/>
        </w:rPr>
        <w:t xml:space="preserve">[52:25] </w:t>
      </w:r>
      <w:r>
        <w:t>unhon ne likha hai: "teaching of Quran is to blame thy self, but we all muslims are always blaming others for our failures.</w:t>
      </w:r>
    </w:p>
    <w:p>
      <w:pPr>
        <w:jc w:val="right"/>
      </w:pPr>
      <w:r>
        <w:t>انہوں نے لکھا ہے: "ٹیچنگ اف قرآن از ٹو بلیم دائی سیلف، بٹ وی ال مسلمز ار الویز بلیمنگ ادر فار اور فیلیرز۔</w:t>
      </w:r>
    </w:p>
    <w:p>
      <w:r>
        <w:rPr>
          <w:b/>
        </w:rPr>
        <w:t xml:space="preserve">[52:38] </w:t>
      </w:r>
      <w:r>
        <w:t>we all have developed this thinking of hating others and that we are victimized. why this false hold has gain popularity amongst us muslims?</w:t>
      </w:r>
    </w:p>
    <w:p>
      <w:pPr>
        <w:jc w:val="right"/>
      </w:pPr>
      <w:r>
        <w:t>وی ال ہیو ڈویلپ دس تھنکنگ اف ہیٹنگ ادر اینڈ دیٹ وی ار وکٹمائزڈ۔ وائی دس فالس ہولڈ ہیز گین پاپولیرٹی امنگسٹ اس مسلمز؟</w:t>
      </w:r>
    </w:p>
    <w:p>
      <w:r>
        <w:rPr>
          <w:b/>
        </w:rPr>
        <w:t xml:space="preserve">[52:51] </w:t>
      </w:r>
      <w:r>
        <w:t>please elaborate on this." Maulana sahab, dekhiye, yeh it is phenomena of degeneration,</w:t>
      </w:r>
    </w:p>
    <w:p>
      <w:pPr>
        <w:jc w:val="right"/>
      </w:pPr>
      <w:r>
        <w:t>پلیز ایلیبریٹ ان دس۔" مولانا صاحب، دیکھیے، یہ اٹ از فیناومینا اف ڈی جنریشن،</w:t>
      </w:r>
    </w:p>
    <w:p>
      <w:r>
        <w:rPr>
          <w:b/>
        </w:rPr>
        <w:t xml:space="preserve">[53:05] </w:t>
      </w:r>
      <w:r>
        <w:t>yani tanzul, phenomena of degeneration. jab kisi ummat par, kisi qaum par yeh zamana aata hai degeneration ka ya zawal ka, to sab se zyada is pe yahi baat paida hoti hai ke woh paida ho, is ka zehn ban jata hai.</w:t>
      </w:r>
    </w:p>
    <w:p>
      <w:pPr>
        <w:jc w:val="right"/>
      </w:pPr>
      <w:r>
        <w:t>یعنی تنزل، فیناومینا اف ڈی جنریشن۔ جب کسی امت پر، کسی قوم پر یہ زمانہ آتا ہے ڈی جنریشن کا یا زوال کا، تو سب سے زیادہ اس پہ یہی بات پیدا ہوتی ہے کہ وہ پیدا ہو، اس کا ذہن بن جاتا ہے۔</w:t>
      </w:r>
    </w:p>
    <w:p>
      <w:r>
        <w:rPr>
          <w:b/>
        </w:rPr>
        <w:t xml:space="preserve">[53:33] </w:t>
      </w:r>
      <w:r>
        <w:t>yeh pehle hindu, woh yahudiyon ka tha. yahudiyon ke haan baqayda kitabein hain, supericism. supericism ka matlab hai ke apne ko superior manna.</w:t>
      </w:r>
    </w:p>
    <w:p>
      <w:pPr>
        <w:jc w:val="right"/>
      </w:pPr>
      <w:r>
        <w:t>یہ پہلے ہندو، وہ یہودیوں کا تھا۔ یہودیوں کے ہاں باقاعدہ کتابیں ہیں، سپرامیزم۔ سپرامیزم کا مطلب ہے کہ اپنے کو سپیریر ماننا۔</w:t>
      </w:r>
    </w:p>
    <w:p>
      <w:r>
        <w:rPr>
          <w:b/>
        </w:rPr>
        <w:t xml:space="preserve">[53:47] </w:t>
      </w:r>
      <w:r>
        <w:t>to baqayda yahudiyon mein yeh literature hai is par ke yahudi ka ek zamana nikla hai jab ke woh mubtala hue the ke hum bade hain, doosre sab ghalati par hain."</w:t>
      </w:r>
    </w:p>
    <w:p>
      <w:pPr>
        <w:jc w:val="right"/>
      </w:pPr>
      <w:r>
        <w:t>تو باقاعدہ یہودیوں میں یہ لٹریچر ہے اس پر کہ یہودی کا ایک زمانہ نکلا ہے جب کہ وہ مبتلا ہوئے تھے کہ ہم بڑے ہیں، دوسرے سب غلطی پر ہیں۔</w:t>
      </w:r>
    </w:p>
    <w:p>
      <w:r>
        <w:rPr>
          <w:b/>
        </w:rPr>
        <w:t xml:space="preserve">[54:01] </w:t>
      </w:r>
      <w:r>
        <w:t>woh tha yahood ke zawal ka zamana. badqismati se yeh hui hai ke musalman sirf is yahudiyon ko jante hain jo madine ke zamane mein tha.</w:t>
      </w:r>
    </w:p>
    <w:p>
      <w:pPr>
        <w:jc w:val="right"/>
      </w:pPr>
      <w:r>
        <w:t>وہ تھا یہود کے زوال کا زمانہ۔ بدقسمتی سے یہ ہوئی ہے کہ مسلمان صرف اس یہودیوں کو جانتے ہیں جو مدینے کے زمانے میں تھا۔</w:t>
      </w:r>
    </w:p>
    <w:p>
      <w:r>
        <w:rPr>
          <w:b/>
        </w:rPr>
        <w:t xml:space="preserve">[54:13] </w:t>
      </w:r>
      <w:r>
        <w:t>aaj ke yahudiyon ko musalman jante hi nahin. aaj ka yahudi kya hai? musalman is ko jante nahin. is liye ke dekhiye, yahudi bari tadad mein gaye maghrib mein,</w:t>
      </w:r>
    </w:p>
    <w:p>
      <w:pPr>
        <w:jc w:val="right"/>
      </w:pPr>
      <w:r>
        <w:t>آج کے یہودیوں کو مسلمان جانتے ہی نہیں۔ آج کا یہودی کیا ہے؟ مسلمان اس کو جانتے نہیں۔ اس لیے کہ دیکھیے، یہودی بڑی تعداد میں گئے مغرب میں،</w:t>
      </w:r>
    </w:p>
    <w:p>
      <w:r>
        <w:rPr>
          <w:b/>
        </w:rPr>
        <w:t xml:space="preserve">[54:28] </w:t>
      </w:r>
      <w:r>
        <w:t>europe, america mein. to yahudiyon ki bari tadad chali gayi diaspora mein. yeh diaspora mein jo log gaye, unhon ne dekha ke qaumein khoob taraqqi kar rahi hain.</w:t>
      </w:r>
    </w:p>
    <w:p>
      <w:pPr>
        <w:jc w:val="right"/>
      </w:pPr>
      <w:r>
        <w:t>یورپ، امریکہ میں۔ تو یہودیوں کی بڑی تعداد چلی گئی ڈائسپورا میں۔ یہ ڈائسپورا میں جو لوگ گئے، انہوں نے دیکھا کہ قومیں خوب ترقی کر رہی ہیں۔</w:t>
      </w:r>
    </w:p>
    <w:p>
      <w:r>
        <w:rPr>
          <w:b/>
        </w:rPr>
        <w:t xml:space="preserve">[54:41] </w:t>
      </w:r>
      <w:r>
        <w:t>yeh raaz kya hai? kyun? yeh parhe hue the blame others ke nafsiyat mein. yahudi sab galat hai, sab galat hai, sab galat hai.</w:t>
      </w:r>
    </w:p>
    <w:p>
      <w:pPr>
        <w:jc w:val="right"/>
      </w:pPr>
      <w:r>
        <w:t>یہ راز کیا ہے؟ کیوں؟ یہ پڑھے ہوئے تھے بلیم ادرس کے نفسیات میں۔ یہودی سب غلط ہے، سب غلط ہے، سب غلط ہے۔</w:t>
      </w:r>
    </w:p>
    <w:p>
      <w:r>
        <w:rPr>
          <w:b/>
        </w:rPr>
        <w:t xml:space="preserve">[54:53] </w:t>
      </w:r>
      <w:r>
        <w:t>to jab unhon ne dekha ke europe ki qaumein taraqqi kar rahi hain, america taraqqi kar raha hai, to un ke andar nai thak jaagi aur daryaft kiya unhon ne ke yeh log taraqqi kar rahe hain ke unhon ne law of nature ko daryaft kiya.</w:t>
      </w:r>
    </w:p>
    <w:p>
      <w:pPr>
        <w:jc w:val="right"/>
      </w:pPr>
      <w:r>
        <w:t>تو جب انہوں نے دیکھا کہ یورپ کی قومیں ترقی کر رہی ہیں، امریکہ ترقی کر رہا ہے، تو ان کے اندر نئی تھک جاگی اور دریافت کیا انہوں نے کہ یہ لوگ ترقی کر رہے ہیں کہ انہوں نے لا آف نیچر کو دریافت کیا۔</w:t>
      </w:r>
    </w:p>
    <w:p>
      <w:r>
        <w:rPr>
          <w:b/>
        </w:rPr>
        <w:t xml:space="preserve">[55:10] </w:t>
      </w:r>
      <w:r>
        <w:t>to bohat bare peimane par yahudiyon mein ek woh aaya hai, islah ka daur aaya hai. lekin badqismati se sare woh sawal se un yahudiyon ko jante hain jo jo jo madina mein the.</w:t>
      </w:r>
    </w:p>
    <w:p>
      <w:pPr>
        <w:jc w:val="right"/>
      </w:pPr>
      <w:r>
        <w:t>تو بہت بڑے پیمانے پر یہودیوں میں ایک وہ آیا ہے، اصلاح کا دور آیا ہے۔ لیکن بدقسمتی سے سارے وہ سوال سے ان یہودیوں کو جانتے ہیں جو جو جو مدینہ میں تھے۔</w:t>
      </w:r>
    </w:p>
    <w:p>
      <w:r>
        <w:rPr>
          <w:b/>
        </w:rPr>
        <w:t xml:space="preserve">[55:25] </w:t>
      </w:r>
      <w:r>
        <w:t>madine ke baad jo yahudi bane hain, is ko musalman jante hi nahin. yeh yeh ek tragedy.</w:t>
      </w:r>
    </w:p>
    <w:p>
      <w:pPr>
        <w:jc w:val="right"/>
      </w:pPr>
      <w:r>
        <w:t>مدینے کے بعد جو یہودی بنے ہیں، اس کو مسلمان جانتے ہی نہیں۔ یہ یہ ایک ٹریجڈی۔</w:t>
      </w:r>
    </w:p>
    <w:p>
      <w:r>
        <w:rPr>
          <w:b/>
        </w:rPr>
        <w:t xml:space="preserve">[55:35] </w:t>
      </w:r>
      <w:r>
        <w:t>maulana, agla sawal lete hain jo doctor hina khan ne london se bheja hai. haan, unhon ne likha hai: "jazak allah maulana for very informative and inspiring talk.</w:t>
      </w:r>
    </w:p>
    <w:p>
      <w:pPr>
        <w:jc w:val="right"/>
      </w:pPr>
      <w:r>
        <w:t>مولانا، اگلا سوال لیتے ہیں جو ڈاکٹر حنا خان نے لندن سے بھیجا ہے۔ ہاں، انہوں نے لکھا ہے: "جزاک اللہ مولانا فار ویری انفارمیٹیو اینڈ انسپائرنگ ٹاک۔</w:t>
      </w:r>
    </w:p>
    <w:p>
      <w:r>
        <w:rPr>
          <w:b/>
        </w:rPr>
        <w:t xml:space="preserve">[55:49] </w:t>
      </w:r>
      <w:r>
        <w:t>we pray for your health and strength to continue sharing your knowledge and wisdom with the world. amin." yesterday, as we were distributing quran and literature from a from a stall, a person from south africa said that he started reading various theologies to find the truth.</w:t>
      </w:r>
    </w:p>
    <w:p>
      <w:pPr>
        <w:jc w:val="right"/>
      </w:pPr>
      <w:r>
        <w:t>وی پری فار یور ہیلتھ اینڈ سٹرینتھ ٹو کنٹینیو شیئرنگ یور نالج اینڈ وزڈم ود دا ورلڈ۔ آمین۔" یسٹرڈے، ایز وی وار ڈسٹریبیوٹنگ قرآن اینڈ لٹریچر فرام ا فرام ا سٹال، ا پرسن فرام ساؤتھ افریقہ سیڈ دیٹ ہی سٹارٹڈ ریڈنگ ویریس تھیالوجیز ٹو فائنڈ دا ٹروتھ۔</w:t>
      </w:r>
    </w:p>
    <w:p>
      <w:r>
        <w:rPr>
          <w:b/>
        </w:rPr>
        <w:t xml:space="preserve">[56:13] </w:t>
      </w:r>
      <w:r>
        <w:t>but when he read and heard from jehovah's witnesses and jews that only certain thousands people will finally enter paradise, he stopped searching for truth because there is very slim chance for success.</w:t>
      </w:r>
    </w:p>
    <w:p>
      <w:pPr>
        <w:jc w:val="right"/>
      </w:pPr>
      <w:r>
        <w:t>بٹ وین ہی ریڈ اینڈ ہرڈ فرام یہوواہ وٹنس اینڈ جیوز دیٹ اونلی سرٹن تھاؤزنڈ پیپل ویل فائنلی انٹر پیراڈائز، ہی سٹاپ سرچنگ فار ٹروتھ بیکاز دیر از ویری سلم چانس فار سکسیس۔</w:t>
      </w:r>
    </w:p>
    <w:p>
      <w:r>
        <w:rPr>
          <w:b/>
        </w:rPr>
        <w:t xml:space="preserve">[56:32] </w:t>
      </w:r>
      <w:r>
        <w:t>many people think like this and lose hope. it is indeed a trick. but what is the basis of this theology?</w:t>
      </w:r>
    </w:p>
    <w:p>
      <w:pPr>
        <w:jc w:val="right"/>
      </w:pPr>
      <w:r>
        <w:t>مینی پیپل تھنک لائک دس اینڈ لوز ہوپ۔ اٹ از انڈی سیٹن ٹرک۔ بٹ واٹ از دا بیس اف دس تھیالوجی؟</w:t>
      </w:r>
    </w:p>
    <w:p>
      <w:r>
        <w:rPr>
          <w:b/>
        </w:rPr>
        <w:t xml:space="preserve">[56:46] </w:t>
      </w:r>
      <w:r>
        <w:t>mere khayal se unhon ne yahud ke yani pichle daur ke literature ko parha hai. aaj ka jo yahudi literature hai, is ko nahin parha unhon ne.</w:t>
      </w:r>
    </w:p>
    <w:p>
      <w:pPr>
        <w:jc w:val="right"/>
      </w:pPr>
      <w:r>
        <w:t>میرے خیال سے انہوں نے یہود کے یعنی پچھلے دور کے لٹریچر کو پڑھا ہے۔ آج کا جو یہودی لٹریچر ہے، اس کو نہیں پڑھا انہوں نے۔</w:t>
      </w:r>
    </w:p>
    <w:p>
      <w:r>
        <w:rPr>
          <w:b/>
        </w:rPr>
        <w:t xml:space="preserve">[56:58] </w:t>
      </w:r>
      <w:r>
        <w:t>aaj ka khud yahud ki picture un ke zehan mein sahi nahin hai. main un ko mashwara doon ga ke yahud ne jo modern age mein jo literature jo produce kiya hai, aaj is ko parhein</w:t>
      </w:r>
    </w:p>
    <w:p>
      <w:pPr>
        <w:jc w:val="right"/>
      </w:pPr>
      <w:r>
        <w:t>آج کا خود یہود کی پکچر ان کے ذہن میں صحیح نہیں ہے۔ میں ان کو مشورہ دوں گا کہ یہود نے جو ماڈرن ایج میں جو لٹریچر جو پروڈیوس کیا ہے، آج اس کو پڑھیں</w:t>
      </w:r>
    </w:p>
    <w:p>
      <w:r>
        <w:rPr>
          <w:b/>
        </w:rPr>
        <w:t xml:space="preserve">[57:15] </w:t>
      </w:r>
      <w:r>
        <w:t>to un ko pata chalega ke yahudi aaj woh nahin hai jo pehle yahudi tha.</w:t>
      </w:r>
    </w:p>
    <w:p>
      <w:pPr>
        <w:jc w:val="right"/>
      </w:pPr>
      <w:r>
        <w:t>تو ان کو پتہ چلے گا کہ یہودی آج وہ نہیں ہے جو پہلے یہودی تھا۔</w:t>
      </w:r>
    </w:p>
    <w:p>
      <w:r>
        <w:rPr>
          <w:b/>
        </w:rPr>
        <w:t xml:space="preserve">[57:24] </w:t>
      </w:r>
      <w:r>
        <w:t>badqismati se musalman bhi gaye diaspora mein, europe, america mein, lekin unhon ne wahan par kya?</w:t>
      </w:r>
    </w:p>
    <w:p>
      <w:pPr>
        <w:jc w:val="right"/>
      </w:pPr>
      <w:r>
        <w:t>بدقسمتی سے مسلمان بھی گئے ڈائسپورا میں، یورپ، امریکہ میں، لیکن انہوں نے وہاں پر کیا؟</w:t>
      </w:r>
    </w:p>
    <w:p>
      <w:r>
        <w:rPr>
          <w:b/>
        </w:rPr>
        <w:t xml:space="preserve">[57:33] </w:t>
      </w:r>
      <w:r>
        <w:t>yani invent kiya ek ek invent kiya? islamophobia. yahud ne yeh nahin kiya yeh kaam.</w:t>
      </w:r>
    </w:p>
    <w:p>
      <w:pPr>
        <w:jc w:val="right"/>
      </w:pPr>
      <w:r>
        <w:t>یعنی انوینٹ کیا ایک ایک انوینٹ کیا؟ اسلامو فوبیا۔ یہود نے یہ نہیں کیا یہ کام۔</w:t>
      </w:r>
    </w:p>
    <w:p>
      <w:r>
        <w:rPr>
          <w:b/>
        </w:rPr>
        <w:t xml:space="preserve">[57:43] </w:t>
      </w:r>
      <w:r>
        <w:t>yeh musalmanon ne kiya jo musalman bahar gaye, unhon ne yeh term nikala hai: islamophobia. to musalman jo apne countries mein the, tab bhi unhon ne galat nikal rakha tha aur jab wahan gaye, tab bhi galat nikal rakha hai: islamophobia.</w:t>
      </w:r>
    </w:p>
    <w:p>
      <w:pPr>
        <w:jc w:val="right"/>
      </w:pPr>
      <w:r>
        <w:t>یہ مسلمانوں نے کیا جو مسلمان باہر گئے، انہوں نے یہ ٹرم نکالا ہے: اسلامو فوبیا۔ تو مسلمان جو اپنے کنٹریز میں تھے، تب بھی انہوں نے غلط نکال رکھا تھا اور جب وہاں گئے، تب بھی غلط نکال رکھا ہے: اسلامو فوبیا۔</w:t>
      </w:r>
    </w:p>
    <w:p>
      <w:r>
        <w:rPr>
          <w:b/>
        </w:rPr>
        <w:t xml:space="preserve">[58:02] </w:t>
      </w:r>
      <w:r>
        <w:t>musalmanon ko chahiye ke islamophobia ke yani hawa se bahar ayen, tab woh baaton ko janen ge.</w:t>
      </w:r>
    </w:p>
    <w:p>
      <w:pPr>
        <w:jc w:val="right"/>
      </w:pPr>
      <w:r>
        <w:t>مسلمانوں کو چاہیے کہ اسلامو فوبیا کے یعنی حوا سے باہر آئیں، تب وہ باتوں کو جانیں گے۔</w:t>
      </w:r>
    </w:p>
    <w:p>
      <w:r>
        <w:rPr>
          <w:b/>
        </w:rPr>
        <w:t xml:space="preserve">[58:16] </w:t>
      </w:r>
      <w:r>
        <w:t>maulana, agla sawal rawalpindi se ansari sahib ne bheja hai. unhon ne aapse poocha hai ke maulana, sach ko sunne, samajhne aur manne ki salahiyat kam ho gayi hai.</w:t>
      </w:r>
    </w:p>
    <w:p>
      <w:pPr>
        <w:jc w:val="right"/>
      </w:pPr>
      <w:r>
        <w:t>مولانا، اگلا سوال راولپنڈی سے انصاری صاحب نے بھیجا ہے۔ انہوں نے آپ سے پوچھا ہے کہ مولانا، سچ کو سننے، سمجھنے اور ماننے کی صلاحیت کم ہو گئی ہے۔</w:t>
      </w:r>
    </w:p>
    <w:p>
      <w:r>
        <w:rPr>
          <w:b/>
        </w:rPr>
        <w:t xml:space="preserve">[58:30] </w:t>
      </w:r>
      <w:r>
        <w:t>kya kya janna chahiye hamein? is ko wazeh karen. ek hi baat:</w:t>
      </w:r>
    </w:p>
    <w:p>
      <w:pPr>
        <w:jc w:val="right"/>
      </w:pPr>
      <w:r>
        <w:t>کیا کیا جاننا چاہیے ہمیں؟ اس کو واضح کریں۔ ایک ہی بات:</w:t>
      </w:r>
    </w:p>
    <w:p>
      <w:r>
        <w:rPr>
          <w:b/>
        </w:rPr>
        <w:t xml:space="preserve">[58:38] </w:t>
      </w:r>
      <w:r>
        <w:t>quran ki ek ayat ko bar bar parhiye: "yom yaqoomu alnnasu lirabbi alAAalamina". bas aur kuch nahin. is ko yaad kijiye ke ek din aisa aane wala hai jab ke aap allah rabbul alameen ke samne khade honge:</w:t>
      </w:r>
    </w:p>
    <w:p>
      <w:pPr>
        <w:jc w:val="right"/>
      </w:pPr>
      <w:r>
        <w:t>قرآن کی ایک آیت کو بار بار پڑھیے: "یوم یقوم الناس لرب العالمین"۔ بس اور کچھ نہیں۔ اس کو یاد کیجئے کہ ایک دن ایسا آنے والا ہے جب کہ آپ اللہ رب العالمین کے سامنے کھڑے ہوں گے:</w:t>
      </w:r>
    </w:p>
    <w:p>
      <w:r>
        <w:rPr>
          <w:b/>
        </w:rPr>
        <w:t xml:space="preserve">[58:53] </w:t>
      </w:r>
      <w:r>
        <w:t>"yom yaqoomu alnnasu lirabbi alAAalamina". bas isi se sab kuch theek ho jayega. mushkil yeh hai ke aaj kal log</w:t>
      </w:r>
    </w:p>
    <w:p>
      <w:pPr>
        <w:jc w:val="right"/>
      </w:pPr>
      <w:r>
        <w:t>"یوم یقوم الناس لرب العالمین"۔ بس اسی سے سب کچھ ٹھیک ہو جائے گا۔ مشکل یہ ہے کہ آج کل لوگ</w:t>
      </w:r>
    </w:p>
    <w:p>
      <w:r>
        <w:rPr>
          <w:b/>
        </w:rPr>
        <w:t xml:space="preserve">[59:06] </w:t>
      </w:r>
      <w:r>
        <w:t>khoob makharij ko durust karte hain aur makharij ko durust kar ke quran ki tilawat karte hain. yeh isi ko samajhte hain ke hum quran parh rahe hain.</w:t>
      </w:r>
    </w:p>
    <w:p>
      <w:pPr>
        <w:jc w:val="right"/>
      </w:pPr>
      <w:r>
        <w:t>خوب مخارج کو درست کرتے ہیں اور مخارج کو درست کر کے قرآن کی تلاوت کرتے ہیں۔ یہ اسی کو سمجھتے ہیں کہ ہم قرآن پڑھ رہے ہیں۔</w:t>
      </w:r>
    </w:p>
    <w:p>
      <w:r>
        <w:rPr>
          <w:b/>
        </w:rPr>
        <w:t xml:space="preserve">[59:18] </w:t>
      </w:r>
      <w:r>
        <w:t>yani sehat makharij ko samajhte hain ke hum ne quran ko parh liya.</w:t>
      </w:r>
    </w:p>
    <w:p>
      <w:pPr>
        <w:jc w:val="right"/>
      </w:pPr>
      <w:r>
        <w:t>یعنی صحت مخارج کو سمجھتے ہیں کہ ہم نے قرآن کو پڑھ لیا۔</w:t>
      </w:r>
    </w:p>
    <w:p>
      <w:r>
        <w:rPr>
          <w:b/>
        </w:rPr>
        <w:t xml:space="preserve">[59:24] </w:t>
      </w:r>
      <w:r>
        <w:t>quran ki meaning ko daryaft kijiye. quran ki meaning ko phir sab kuch theek ho jayega. muhammad rafiq sahib ne karnataka se comment bheja hai.</w:t>
      </w:r>
    </w:p>
    <w:p>
      <w:pPr>
        <w:jc w:val="right"/>
      </w:pPr>
      <w:r>
        <w:t>قرآن کی میننگ کو دریافت کیجئے۔ قرآن کی میننگ کو پھر سب کچھ ٹھیک ہو جائے گا۔ محمد رفیق صاحب نے کرناٹکا سے کمنٹ بھیجا ہے۔</w:t>
      </w:r>
    </w:p>
    <w:p>
      <w:r>
        <w:rPr>
          <w:b/>
        </w:rPr>
        <w:t xml:space="preserve">[59:39] </w:t>
      </w:r>
      <w:r>
        <w:t>unhon ne likha hai ke woh waqt aa gaya hai musalman dajjal ko zibah karen jaise yahud ne baqra zibah kiya tha. Maulana, agla sawal lete hain.</w:t>
      </w:r>
    </w:p>
    <w:p>
      <w:pPr>
        <w:jc w:val="right"/>
      </w:pPr>
      <w:r>
        <w:t>انہوں نے لکھا ہے کہ وہ وقت آ گیا ہے مسلمان دجال کو ذبح کریں جیسے یہود نے بقرہ ذبح کیا تھا۔ مولانا، اگلا سوال لیتے ہیں۔</w:t>
      </w:r>
    </w:p>
    <w:p>
      <w:r>
        <w:rPr>
          <w:b/>
        </w:rPr>
        <w:t xml:space="preserve">[59:49] </w:t>
      </w:r>
      <w:r>
        <w:t>yeh bheja hai Aftab Alam Sahab ne Kolkata se. Unhon ne likha hai: "Da Quran has been revealed in Arabic language so that human beings can understand it easily.</w:t>
      </w:r>
    </w:p>
    <w:p>
      <w:pPr>
        <w:jc w:val="right"/>
      </w:pPr>
      <w:r>
        <w:t>یہ بھیجا ہے آفتاب عالم صاحب نے کلکتہ سے۔ انہوں نے لکھا ہے: "دا قرآن ہیز بین ریویلڈ ان عربک لینگویج سو دیٹ ہیومن بینگز کین انڈرسٹینڈ اٹ ایزیلی۔</w:t>
      </w:r>
    </w:p>
    <w:p>
      <w:r>
        <w:rPr>
          <w:b/>
        </w:rPr>
        <w:t xml:space="preserve">[1:00:02] </w:t>
      </w:r>
      <w:r>
        <w:t>Torah in Hebrew, Bible in Biblical Hebrew, and later it was translated into Greek." Maulana, I want to know the importance of language in understanding Islam because we see people are still against the translation of the Holy Book.</w:t>
      </w:r>
    </w:p>
    <w:p>
      <w:pPr>
        <w:jc w:val="right"/>
      </w:pPr>
      <w:r>
        <w:t>تورہ ان ہبرو، بائبل ان ببلیکل ہبرو، اینڈ لیٹر اٹ واز ٹرانسلیٹڈ انٹو گریک۔" مولانا، آئی وانٹ ٹو نو دی امپورٹنس اف لینگویج ان انڈرسٹینڈنگ اسلام بیکاز وی سی پیپل ار سٹل اگینسٹ دی ٹرانسلیشن اف دا ہولی بک۔</w:t>
      </w:r>
    </w:p>
    <w:p>
      <w:r>
        <w:rPr>
          <w:b/>
        </w:rPr>
        <w:t xml:space="preserve">[1:00:22] </w:t>
      </w:r>
      <w:r>
        <w:t>Please explain this. Nahin nahin,</w:t>
      </w:r>
    </w:p>
    <w:p>
      <w:pPr>
        <w:jc w:val="right"/>
      </w:pPr>
      <w:r>
        <w:t>پلیز ایکسپلین دس۔ نہیں نہیں،</w:t>
      </w:r>
    </w:p>
    <w:p>
      <w:r>
        <w:rPr>
          <w:b/>
        </w:rPr>
        <w:t xml:space="preserve">[1:00:26] </w:t>
      </w:r>
      <w:r>
        <w:t>bilkul! Jo log translation ke khilaf hain, woh kuch jante nahin hain, kuch nahin jante. Translation to must hai, must hai!</w:t>
      </w:r>
    </w:p>
    <w:p>
      <w:pPr>
        <w:jc w:val="right"/>
      </w:pPr>
      <w:r>
        <w:t>بالکل! جو لوگ ٹرانسلیشن کے خلاف ہیں، وہ کچھ جانتے نہیں ہیں، کچھ نہیں جانتے۔ ٹرانسلیشن تو مسٹ ہے، مسٹ ہے!</w:t>
      </w:r>
    </w:p>
    <w:p>
      <w:r>
        <w:rPr>
          <w:b/>
        </w:rPr>
        <w:t xml:space="preserve">[1:00:39] </w:t>
      </w:r>
      <w:r>
        <w:t>Is par hum ne likha hai kafi. Hamara jo translation hai, us ka preface aap parh lijiye. Preface!</w:t>
      </w:r>
    </w:p>
    <w:p>
      <w:pPr>
        <w:jc w:val="right"/>
      </w:pPr>
      <w:r>
        <w:t>اس پر ہم نے لکھا ہے کافی۔ ہمارا جو ٹرانسلیشن ہے، اس کا پریفیز آپ پڑھ لیجئے۔ پریفیز!</w:t>
      </w:r>
    </w:p>
    <w:p>
      <w:r>
        <w:rPr>
          <w:b/>
        </w:rPr>
        <w:t xml:space="preserve">[1:00:50] </w:t>
      </w:r>
      <w:r>
        <w:t>Yeh baatein clear ho jayengi, inshallah.</w:t>
      </w:r>
    </w:p>
    <w:p>
      <w:pPr>
        <w:jc w:val="right"/>
      </w:pPr>
      <w:r>
        <w:t>یہ باتیں کلیئر ہو جائیں گی، انشاءاللہ۔</w:t>
      </w:r>
    </w:p>
    <w:p>
      <w:r>
        <w:rPr>
          <w:b/>
        </w:rPr>
        <w:t xml:space="preserve">[1:00:59] </w:t>
      </w:r>
      <w:r>
        <w:t>Maulana, agla sawal bheja hai Khurshid Siddiqui Sahab ne. Unhon ne comment bhi likha hai. Pehle unhon ne likha hai ke aap ki dua</w:t>
      </w:r>
    </w:p>
    <w:p>
      <w:pPr>
        <w:jc w:val="right"/>
      </w:pPr>
      <w:r>
        <w:t>مولانا، اگلا سوال بھیجا ہے خورشید صدیقی صاحب نے۔ انہوں نے کمنٹ بھی لکھا ہے۔ پہلے انہوں نے لکھا ہے کہ آپ کی دع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