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Life is a Challenge May 22, 2008 Maulana Wahiduddin Khan</w:t>
      </w:r>
    </w:p>
    <w:p>
      <w:r>
        <w:t>https://www.youtube.com/watch?v=PPTfR2mc2QI</w:t>
      </w:r>
    </w:p>
    <w:p>
      <w:r>
        <w:rPr>
          <w:b/>
        </w:rPr>
        <w:t xml:space="preserve">[00:13] </w:t>
      </w:r>
      <w:r>
        <w:t>bismillah hir rehman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صلی اللہ ala al nabi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[00:27] </w:t>
      </w:r>
      <w:r>
        <w:t>wah lul uqdata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[00:31]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[00:37] </w:t>
      </w:r>
      <w:r>
        <w:t>"life is a challenge".</w:t>
      </w:r>
    </w:p>
    <w:p>
      <w:pPr>
        <w:jc w:val="right"/>
      </w:pPr>
      <w:r>
        <w:t>"لائف از ا چیلنج"۔</w:t>
      </w:r>
    </w:p>
    <w:p>
      <w:r>
        <w:rPr>
          <w:b/>
        </w:rPr>
        <w:t xml:space="preserve">[00:41] </w:t>
      </w:r>
      <w:r>
        <w:t>zindagi ek challenge</w:t>
      </w:r>
    </w:p>
    <w:p>
      <w:pPr>
        <w:jc w:val="right"/>
      </w:pPr>
      <w:r>
        <w:t>زندگی ایک چیل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