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Material Science and Spiritual Science 20 May 2012</w:t>
      </w:r>
    </w:p>
    <w:p>
      <w:r>
        <w:t>https://youtu.be/4K6CxjThlxQ</w:t>
      </w:r>
    </w:p>
    <w:p>
      <w:r>
        <w:rPr>
          <w:b/>
        </w:rPr>
        <w:t xml:space="preserve">[00:14] </w:t>
      </w:r>
      <w:r>
        <w:t>bismillah rahman rahim, wasallallahu ala al-nabi al-karim. aaj ka topic hai</w:t>
      </w:r>
    </w:p>
    <w:p>
      <w:pPr>
        <w:jc w:val="right"/>
      </w:pPr>
      <w:r>
        <w:t>بسم اللہ الرحمن الرحیم، وصلی اللہ علی النبی الکریم۔ آج کا ٹاپک ہے</w:t>
      </w:r>
    </w:p>
    <w:p>
      <w:r>
        <w:rPr>
          <w:b/>
        </w:rPr>
        <w:t xml:space="preserve">[00:26] </w:t>
      </w:r>
      <w:r>
        <w:t>material science and spiritual science, yani madi ilm aur ro</w:t>
      </w:r>
    </w:p>
    <w:p>
      <w:pPr>
        <w:jc w:val="right"/>
      </w:pPr>
      <w:r>
        <w:t>مٹیریل سائنس اینڈ اسپیریچول سائنس، یعنی مادی علم اور رو</w:t>
      </w:r>
    </w:p>
    <w:p>
      <w:r>
        <w:rPr>
          <w:b/>
        </w:rPr>
        <w:t xml:space="preserve">[00:34] </w:t>
      </w:r>
      <w:r>
        <w:t>hani ilm. yeh topic mere zehen mein is tarah aaya ke aaj subah ko mein ne apne mamool ke mutabiq all india radio khola to us mein ek feature aa raha tha, 20 may ko le kar.</w:t>
      </w:r>
    </w:p>
    <w:p>
      <w:pPr>
        <w:jc w:val="right"/>
      </w:pPr>
      <w:r>
        <w:t>حانی علم۔ یہ ٹاپک میرے ذہن میں اس طرح آیا کہ آج صبح کو میں نے اپنے معمول کے مطابق آل انڈیا ریڈیو کھولا تو اس میں ایک فیچر آ رہا تھا، 20 مئی کو لے کر۔</w:t>
      </w:r>
    </w:p>
    <w:p>
      <w:r>
        <w:rPr>
          <w:b/>
        </w:rPr>
        <w:t xml:space="preserve">[00:57] </w:t>
      </w:r>
      <w:r>
        <w:t>unhon ne bataya ke 20 may 1498, yani 1498 ki 20 may ko vasco da gama india pahunche the.</w:t>
      </w:r>
    </w:p>
    <w:p>
      <w:pPr>
        <w:jc w:val="right"/>
      </w:pPr>
      <w:r>
        <w:t>انہوں نے بتایا کہ 20 مئی 1498، یعنی 1498 کی 20 مئی کو واسکو ڈیگاما انڈیا پہنچے تھے۔</w:t>
      </w:r>
    </w:p>
    <w:p>
      <w:r>
        <w:rPr>
          <w:b/>
        </w:rPr>
        <w:t xml:space="preserve">[01:15] </w:t>
      </w:r>
      <w:r>
        <w:t>vasco da gama portugal ke the, woh</w:t>
      </w:r>
    </w:p>
    <w:p>
      <w:pPr>
        <w:jc w:val="right"/>
      </w:pPr>
      <w:r>
        <w:t>واسکو ڈیگاما پرتگال کے تھے، وہ</w:t>
      </w:r>
    </w:p>
    <w:p>
      <w:r>
        <w:rPr>
          <w:b/>
        </w:rPr>
        <w:t xml:space="preserve">[01:22] </w:t>
      </w:r>
      <w:r>
        <w:t>lisban se rawana hue.</w:t>
      </w:r>
    </w:p>
    <w:p>
      <w:pPr>
        <w:jc w:val="right"/>
      </w:pPr>
      <w:r>
        <w:t>لزبن سے روانہ ہوئے۔</w:t>
      </w:r>
    </w:p>
    <w:p>
      <w:r>
        <w:rPr>
          <w:b/>
        </w:rPr>
        <w:t xml:space="preserve">[01:27] </w:t>
      </w:r>
      <w:r>
        <w:t>bohat qareeb aik saal laga un ko lisban se india ke, yaani south india ke coast par pohnchne ke liye.</w:t>
      </w:r>
    </w:p>
    <w:p>
      <w:pPr>
        <w:jc w:val="right"/>
      </w:pPr>
      <w:r>
        <w:t>بہت قریب ایک سال لگا ان کو لزبن سے انڈیا کے، یعنی ساؤتھ انڈیا کے کوسٹ پر پہنچنے کے لیے۔</w:t>
      </w:r>
    </w:p>
    <w:p>
      <w:r>
        <w:rPr>
          <w:b/>
        </w:rPr>
        <w:t xml:space="preserve">[01:38] </w:t>
      </w:r>
      <w:r>
        <w:t>yeh koi saada baat nahi thi. is zamane mein europe mein nai industry aai thi, un ko naye naye market ki talash thi.</w:t>
      </w:r>
    </w:p>
    <w:p>
      <w:pPr>
        <w:jc w:val="right"/>
      </w:pPr>
      <w:r>
        <w:t>یہ کوئی سادہ بات نہیں تھی۔ اس زمانے میں یورپ میں نئی انڈسٹری آئی تھی، ان کو نئے نئے مارکیٹ کی تلاش تھی۔</w:t>
      </w:r>
    </w:p>
    <w:p>
      <w:r>
        <w:rPr>
          <w:b/>
        </w:rPr>
        <w:t xml:space="preserve">[01:54] </w:t>
      </w:r>
      <w:r>
        <w:t>yaani pehle zamane mein dekhen, jo qiyadat thi, yaani political qiyadat, woh mabni bar shamshir hua karti thi.</w:t>
      </w:r>
    </w:p>
    <w:p>
      <w:pPr>
        <w:jc w:val="right"/>
      </w:pPr>
      <w:r>
        <w:t>یعنی پہلے زمانے میں دیکھیں، جو قیادت تھی، یعنی پولیٹیکل قیادت، وہ مبنی بر شمشیر ہوا کرتی تھی۔</w:t>
      </w:r>
    </w:p>
    <w:p>
      <w:r>
        <w:rPr>
          <w:b/>
        </w:rPr>
        <w:t xml:space="preserve">[02:06] </w:t>
      </w:r>
      <w:r>
        <w:t>talwar chalao aur hukoomat karo. lekin jab europe mein sanati inqilab aaya to woh daur khatam ho gaya.</w:t>
      </w:r>
    </w:p>
    <w:p>
      <w:pPr>
        <w:jc w:val="right"/>
      </w:pPr>
      <w:r>
        <w:t>تلوار چلاؤ اور حکومت کرو۔ لیکن جب یورپ میں صنعتی انقلاب آیا تو وہ دور ختم ہو گیا۔</w:t>
      </w:r>
    </w:p>
    <w:p>
      <w:r>
        <w:rPr>
          <w:b/>
        </w:rPr>
        <w:t xml:space="preserve">[02:17] </w:t>
      </w:r>
      <w:r>
        <w:t>agarche musalman, kuch nadan musalman, abhi bhi isi mein jee rahe hain, abhi bhi woh talwar chala rahe hain.</w:t>
      </w:r>
    </w:p>
    <w:p>
      <w:pPr>
        <w:jc w:val="right"/>
      </w:pPr>
      <w:r>
        <w:t>اگرچہ مسلمان، کچھ نادان مسلمان، ابھی بھی اسی میں جی رہے ہیں، ابھی بھی وہ تلوار چلا رہے ہیں۔</w:t>
      </w:r>
    </w:p>
    <w:p>
      <w:r>
        <w:rPr>
          <w:b/>
        </w:rPr>
        <w:t xml:space="preserve">[02:23] </w:t>
      </w:r>
      <w:r>
        <w:t>lekin yeh hai anachronism, is ko kehte hain anachronism, yaani zamane ke khilaf harkat.</w:t>
      </w:r>
    </w:p>
    <w:p>
      <w:pPr>
        <w:jc w:val="right"/>
      </w:pPr>
      <w:r>
        <w:t>لیکن یہ ہے انیک رونزم، اس کو کہتے ہیں انیک رونزم، یعنی زمانے کے خلاف حرکت۔</w:t>
      </w:r>
    </w:p>
    <w:p>
      <w:r>
        <w:rPr>
          <w:b/>
        </w:rPr>
        <w:t xml:space="preserve">[02:33] </w:t>
      </w:r>
      <w:r>
        <w:t>to yeh jo vasco da gama ne safar kiya tha, itna lamba, un ka maqsad kya tha?</w:t>
      </w:r>
    </w:p>
    <w:p>
      <w:pPr>
        <w:jc w:val="right"/>
      </w:pPr>
      <w:r>
        <w:t>تو یہ جو واسکو ڈیگاما نے سفر کیا تھا، اتنا لمبا، ان کا مقصد کیا تھا؟</w:t>
      </w:r>
    </w:p>
    <w:p>
      <w:r>
        <w:rPr>
          <w:b/>
        </w:rPr>
        <w:t xml:space="preserve">[02:43] </w:t>
      </w:r>
      <w:r>
        <w:t>un ka maqsad tha western europe ke liye asia mein sea route talash karna, sea route, bahri rasta.</w:t>
      </w:r>
    </w:p>
    <w:p>
      <w:pPr>
        <w:jc w:val="right"/>
      </w:pPr>
      <w:r>
        <w:t>ان کا مقصد تھا ویسٹرن یورپ کے لیے ایشیا میں سی روٹ تلاش کرنا، سی روٹ، بحری راستہ۔</w:t>
      </w:r>
    </w:p>
    <w:p>
      <w:r>
        <w:rPr>
          <w:b/>
        </w:rPr>
        <w:t xml:space="preserve">[02:55] </w:t>
      </w:r>
      <w:r>
        <w:t>yaani apne jo maal woh product kar rahe the, jo produce kar rahe the, us ko bechna tha un ko. to unhon ne portugal aur india ke darmiyan bahri rasta daryaft kiya.</w:t>
      </w:r>
    </w:p>
    <w:p>
      <w:pPr>
        <w:jc w:val="right"/>
      </w:pPr>
      <w:r>
        <w:t>یعنی اپنے جو مال وہ پروڈکٹ کر رہے تھے، جو پروڈیوس کر رہے تھے، اس کو بیچنا تھا ان کو۔ تو انہوں نے پرتگال اور انڈیا کے درمیان بحری راستہ دریافت کیا۔</w:t>
      </w:r>
    </w:p>
    <w:p>
      <w:r>
        <w:rPr>
          <w:b/>
        </w:rPr>
        <w:t xml:space="preserve">[03:14] </w:t>
      </w:r>
      <w:r>
        <w:t>aik saal bohat hi museebat ka safar kiya unhon ne samandar mein, kyunke aaj kal ki tarah se abhi geography ko taraqqi nahi hui thi, safar ko taraqqi nahi hui thi.</w:t>
      </w:r>
    </w:p>
    <w:p>
      <w:pPr>
        <w:jc w:val="right"/>
      </w:pPr>
      <w:r>
        <w:t>ایک سال بہت ہی مصیبت کا سفر کیا انہوں نے سمندر میں، کیونکہ آج کل کی طرح سے ابھی جیوگرافی کو ترقی نہیں ہوئی تھی، سفر کو ترقی نہیں ہوئی تھی۔</w:t>
      </w:r>
    </w:p>
    <w:p>
      <w:r>
        <w:rPr>
          <w:b/>
        </w:rPr>
        <w:t xml:space="preserve">[03:29] </w:t>
      </w:r>
      <w:r>
        <w:t>lekin is ka kya faida hua? is ke baad portugal jo hai, jo western europe ka aik mulk hai, spain se mila hua, woh world power ban gaya.</w:t>
      </w:r>
    </w:p>
    <w:p>
      <w:pPr>
        <w:jc w:val="right"/>
      </w:pPr>
      <w:r>
        <w:t>لیکن اس کا کیا فائدہ ہوا؟ اس کے بعد پرتگال جو ہے، جو ویسٹرن یورپ کا ایک ملک ہے، اسپین سے ملا ہوا، وہ ورلڈ پاور بن گیا۔</w:t>
      </w:r>
    </w:p>
    <w:p>
      <w:r>
        <w:rPr>
          <w:b/>
        </w:rPr>
        <w:t xml:space="preserve">[03:44] </w:t>
      </w:r>
      <w:r>
        <w:t>super power ki status ko hasil ho gayi, kyunke tijarat mein woh bohat ziyada aage badh gaya.</w:t>
      </w:r>
    </w:p>
    <w:p>
      <w:pPr>
        <w:jc w:val="right"/>
      </w:pPr>
      <w:r>
        <w:t>سپر پاور کی سٹیٹس کو حاصل ہو گئی، کیونکہ تجارت میں وہ بہت زیادہ آگے بڑھ گیا۔</w:t>
      </w:r>
    </w:p>
    <w:p>
      <w:r>
        <w:rPr>
          <w:b/>
        </w:rPr>
        <w:t xml:space="preserve">[03:56] </w:t>
      </w:r>
      <w:r>
        <w:t>yeh jo vasco da gama the, un ko bohat ziyada izaz mila portugal mein, aur portugal ki hukoomat ne un ko apne ashiyai maqbuzaat ke liye viceroy banaya.</w:t>
      </w:r>
    </w:p>
    <w:p>
      <w:pPr>
        <w:jc w:val="right"/>
      </w:pPr>
      <w:r>
        <w:t>یہ جو واسکو ڈیگاما تھے، ان کو بہت زیادہ اعزاز ملا پرتگال میں، اور پرتگال کی حکومت نے ان کو اپنے ایشیائی مقبوضات کے لیے وائسرائے بنایا۔</w:t>
      </w:r>
    </w:p>
    <w:p>
      <w:r>
        <w:rPr>
          <w:b/>
        </w:rPr>
        <w:t xml:space="preserve">[04:08] </w:t>
      </w:r>
      <w:r>
        <w:t>wahan se rawana hue apne uhde ka charge lene ke liye. lekin manzil par pohnchne se pehle un ki death ho gayi.</w:t>
      </w:r>
    </w:p>
    <w:p>
      <w:pPr>
        <w:jc w:val="right"/>
      </w:pPr>
      <w:r>
        <w:t>وہاں سے روانہ ہوئے اپنے عہدے کا چارج لینے کے لیے۔ لیکن منزل پر پہنچنے سے پہلے ان کی ڈیتھ ہو گئی۔</w:t>
      </w:r>
    </w:p>
    <w:p>
      <w:r>
        <w:rPr>
          <w:b/>
        </w:rPr>
        <w:t xml:space="preserve">[04:21] </w:t>
      </w:r>
      <w:r>
        <w:t>to lekin un ki qurbaniyon ne kya kiya ke portugal ko aik world map mein jagah dila di. to is ko le kar mere zehen mein aik sawal aaya.</w:t>
      </w:r>
    </w:p>
    <w:p>
      <w:pPr>
        <w:jc w:val="right"/>
      </w:pPr>
      <w:r>
        <w:t>تو لیکن ان کی قربانیوں نے کیا کیا کہ پرتگال کو ایک ورلڈ میپ میں جگہ دلا دی۔ تو اس کو لے کر میرے ذہن میں ایک سوال آیا۔</w:t>
      </w:r>
    </w:p>
    <w:p>
      <w:r>
        <w:rPr>
          <w:b/>
        </w:rPr>
        <w:t xml:space="preserve">[04:38] </w:t>
      </w:r>
      <w:r>
        <w:t>material science mein is tarah ki bohat bari bari taraqqiyan hui hain. yeh material science ki aik taraqqi thi. lekin isi spiritual science mein koi taraqqi nahi.</w:t>
      </w:r>
    </w:p>
    <w:p>
      <w:pPr>
        <w:jc w:val="right"/>
      </w:pPr>
      <w:r>
        <w:t>مٹیریل سائنس میں اس طرح کی بہت بڑی بڑی ترقیاں ہوئی ہیں۔ یہ مٹیریل سائنس کی ایک ترقی تھی۔ لیکن اسی اسپیریچول سائنس میں کوئی ترقی نہیں۔</w:t>
      </w:r>
    </w:p>
    <w:p>
      <w:r>
        <w:rPr>
          <w:b/>
        </w:rPr>
        <w:t xml:space="preserve">[04:52] </w:t>
      </w:r>
      <w:r>
        <w:t>paanch hazar saal ki tareekh mein spiritual science mein kuch bhi taraqqi nahi. abhi bhi zero ke maqam par hai woh. to aisa kyun?</w:t>
      </w:r>
    </w:p>
    <w:p>
      <w:pPr>
        <w:jc w:val="right"/>
      </w:pPr>
      <w:r>
        <w:t>پانچ ہزار سال کی تاریخ میں اسپیریچول سائنس میں کچھ بھی ترقی نہیں۔ ابھی بھی زیرو کے مقام پر ہے وہ۔ تو ایسا کیوں؟</w:t>
      </w:r>
    </w:p>
    <w:p>
      <w:r>
        <w:rPr>
          <w:b/>
        </w:rPr>
        <w:t xml:space="preserve">[05:03] </w:t>
      </w:r>
      <w:r>
        <w:t>why is this difference</w:t>
      </w:r>
    </w:p>
    <w:p>
      <w:pPr>
        <w:jc w:val="right"/>
      </w:pPr>
      <w:r>
        <w:t>وائی از دس ڈیفرنس</w:t>
      </w:r>
    </w:p>
    <w:p>
      <w:r>
        <w:rPr>
          <w:b/>
        </w:rPr>
        <w:t xml:space="preserve">[05:06] </w:t>
      </w:r>
      <w:r>
        <w:t>? phir mujhe yaad aaya ke abhi mein dekhen gaya tha turkey.</w:t>
      </w:r>
    </w:p>
    <w:p>
      <w:pPr>
        <w:jc w:val="right"/>
      </w:pPr>
      <w:r>
        <w:t>؟ پھر مجھے یاد آیا کہ ابھی میں دیکھیں گیا تھا ترکی۔</w:t>
      </w:r>
    </w:p>
    <w:p>
      <w:r>
        <w:rPr>
          <w:b/>
        </w:rPr>
        <w:t xml:space="preserve">[05:12] </w:t>
      </w:r>
      <w:r>
        <w:t>to aik haftah raha mein turkey mein taqreeban.</w:t>
      </w:r>
    </w:p>
    <w:p>
      <w:pPr>
        <w:jc w:val="right"/>
      </w:pPr>
      <w:r>
        <w:t>تو ایک ہفتہ رہا میں ترکی میں تقریباً۔</w:t>
      </w:r>
    </w:p>
    <w:p>
      <w:r>
        <w:rPr>
          <w:b/>
        </w:rPr>
        <w:t xml:space="preserve">[05:20] </w:t>
      </w:r>
      <w:r>
        <w:t>to mujhe delhi se istanbul pohnchne mein saat ghante lage. saat ghante. jabke 1898 mein maulana shibli gaye the turkey se istanbul,</w:t>
      </w:r>
    </w:p>
    <w:p>
      <w:pPr>
        <w:jc w:val="right"/>
      </w:pPr>
      <w:r>
        <w:t>تو مجھے دلی سے استنبول پہنچنے میں سات گھنٹے لگے۔ سات گھنٹے۔ جبکہ 1898 میں مولانا شبلی گئے تھے ترکی سے استنبول،</w:t>
      </w:r>
    </w:p>
    <w:p>
      <w:r>
        <w:rPr>
          <w:b/>
        </w:rPr>
        <w:t xml:space="preserve">[05:36] </w:t>
      </w:r>
      <w:r>
        <w:t>jo us waqt qastuntuniya kaha jata tha. to un ko bees din lage. bees din. phir aur peechay mein ne socha.</w:t>
      </w:r>
    </w:p>
    <w:p>
      <w:pPr>
        <w:jc w:val="right"/>
      </w:pPr>
      <w:r>
        <w:t>جو اس وقت قسطنطنیہ کہا جاتا تھا۔ تو ان کو بیس دن لگے۔ بیس دن۔ پھر اور پیچھے میں نے سوچا۔</w:t>
      </w:r>
    </w:p>
    <w:p>
      <w:r>
        <w:rPr>
          <w:b/>
        </w:rPr>
        <w:t xml:space="preserve">[05:49] </w:t>
      </w:r>
      <w:r>
        <w:t>to aik zamana tha ke insaan jab paidal chalta tha to us ko pohnchne mein shayad bees saal lag jaate.</w:t>
      </w:r>
    </w:p>
    <w:p>
      <w:pPr>
        <w:jc w:val="right"/>
      </w:pPr>
      <w:r>
        <w:t>تو ایک زمانہ تھا کہ انسان جب پیدل چلتا تھا تو اس کو پہنچنے میں شاید بیس سال لگ جاتے۔</w:t>
      </w:r>
    </w:p>
    <w:p>
      <w:r>
        <w:rPr>
          <w:b/>
        </w:rPr>
        <w:t xml:space="preserve">[05:59] </w:t>
      </w:r>
      <w:r>
        <w:t>mujhe nahi maloom kitna waqt lagta.</w:t>
      </w:r>
    </w:p>
    <w:p>
      <w:pPr>
        <w:jc w:val="right"/>
      </w:pPr>
      <w:r>
        <w:t>مجھے نہیں معلوم کتنا وقت لگتا۔</w:t>
      </w:r>
    </w:p>
    <w:p>
      <w:r>
        <w:rPr>
          <w:b/>
        </w:rPr>
        <w:t xml:space="preserve">[06:02] </w:t>
      </w:r>
      <w:r>
        <w:t>phir zamana aaya ke woh ghore par chalne laga. tab bhi bohat lambi muddat darkar thi us ko. shayad bees mahine lag jata.</w:t>
      </w:r>
    </w:p>
    <w:p>
      <w:pPr>
        <w:jc w:val="right"/>
      </w:pPr>
      <w:r>
        <w:t>پھر زمانہ آیا کہ وہ گھوڑے پر چلنے لگا۔ تب بھی بہت لمبی مدت درکار تھی اس کو۔ شاید بیس مہینے لگ جاتا۔</w:t>
      </w:r>
    </w:p>
    <w:p>
      <w:r>
        <w:rPr>
          <w:b/>
        </w:rPr>
        <w:t xml:space="preserve">[06:13] </w:t>
      </w:r>
      <w:r>
        <w:t>phir gaadi banai, phir steam engine banaya, phir hawai jahaz banaya. to yeh sab material world ki taraqqi thi.</w:t>
      </w:r>
    </w:p>
    <w:p>
      <w:pPr>
        <w:jc w:val="right"/>
      </w:pPr>
      <w:r>
        <w:t>پھر گاڑی بنائی، پھر اسٹیم انجن بنایا، پھر ہوا جہاز بنایا۔ تو یہ سب مٹیریل ورلڈ کی ترقی تھی۔</w:t>
      </w:r>
    </w:p>
    <w:p>
      <w:r>
        <w:rPr>
          <w:b/>
        </w:rPr>
        <w:t xml:space="preserve">[06:25] </w:t>
      </w:r>
      <w:r>
        <w:t>material world mein itni taraqqi, itni taraqqi hui ke ek poori civilization wajood mein aa gayi. ek poori tehzeeb. material civilization.</w:t>
      </w:r>
    </w:p>
    <w:p>
      <w:pPr>
        <w:jc w:val="right"/>
      </w:pPr>
      <w:r>
        <w:t>مٹیریل ورلڈ میں اتنی ترقی، اتنی ترقی ہوئی کہ ایک پوری سویلائزیشن وجود میں آ گئی۔ ایک پوری تہذیب۔ مٹیریل سویلائزیشن۔</w:t>
      </w:r>
    </w:p>
    <w:p>
      <w:r>
        <w:rPr>
          <w:b/>
        </w:rPr>
        <w:t xml:space="preserve">[06:36] </w:t>
      </w:r>
      <w:r>
        <w:t>lekin spiritual science mein kuch taraqqi nahin. wahan koi aap nahin keh sakte ke aisa koi spiritual civilization wajood mein aayi hai. aisa kyun hai?</w:t>
      </w:r>
    </w:p>
    <w:p>
      <w:pPr>
        <w:jc w:val="right"/>
      </w:pPr>
      <w:r>
        <w:t>لیکن اسپیریچول سائنس میں کچھ ترقی نہیں۔ وہاں کوئی آپ نہیں کہہ سکتے کہ ایسا کوئی اسپیریچول سویلائزیشن وجود میں آئی ہے۔ ایسا کیوں ہے؟</w:t>
      </w:r>
    </w:p>
    <w:p>
      <w:r>
        <w:rPr>
          <w:b/>
        </w:rPr>
        <w:t xml:space="preserve">[06:47] </w:t>
      </w:r>
      <w:r>
        <w:t>yeh sawal mere dimagh mein aaya.</w:t>
      </w:r>
    </w:p>
    <w:p>
      <w:pPr>
        <w:jc w:val="right"/>
      </w:pPr>
      <w:r>
        <w:t>یہ سوال میرے دماغ میں آیا۔</w:t>
      </w:r>
    </w:p>
    <w:p>
      <w:r>
        <w:rPr>
          <w:b/>
        </w:rPr>
        <w:t xml:space="preserve">[06:54] </w:t>
      </w:r>
      <w:r>
        <w:t>yeh bohat hi bara sawal hai. ke kyun material science mein din badin taraqqi ho rahi hai? spiritual science mein koi taraqqi nahin.</w:t>
      </w:r>
    </w:p>
    <w:p>
      <w:pPr>
        <w:jc w:val="right"/>
      </w:pPr>
      <w:r>
        <w:t>یہ بہت ہی بڑا سوال ہے۔ کہ کیوں مٹیریل سائنس میں دن بدن ترقی ہو رہی ہے؟ اسپیریچول سائنس میں کوئی ترقی نہیں۔</w:t>
      </w:r>
    </w:p>
    <w:p>
      <w:r>
        <w:rPr>
          <w:b/>
        </w:rPr>
        <w:t xml:space="preserve">[07:07] </w:t>
      </w:r>
      <w:r>
        <w:t>to dekhen simple baat nahin hai.</w:t>
      </w:r>
    </w:p>
    <w:p>
      <w:pPr>
        <w:jc w:val="right"/>
      </w:pPr>
      <w:r>
        <w:t>تو دیکھیں سمپل بات نہیں ہے۔</w:t>
      </w:r>
    </w:p>
    <w:p>
      <w:r>
        <w:rPr>
          <w:b/>
        </w:rPr>
        <w:t xml:space="preserve">[07:12] </w:t>
      </w:r>
      <w:r>
        <w:t>is ki gehri gehrai mein jaiye. is ki gehrai mein jaiye.</w:t>
      </w:r>
    </w:p>
    <w:p>
      <w:pPr>
        <w:jc w:val="right"/>
      </w:pPr>
      <w:r>
        <w:t>اس کی گہری گہرائی میں جائیے۔ اس کی گہرائی میں جائیے۔</w:t>
      </w:r>
    </w:p>
    <w:p>
      <w:r>
        <w:rPr>
          <w:b/>
        </w:rPr>
        <w:t xml:space="preserve">[07:20] </w:t>
      </w:r>
      <w:r>
        <w:t>material science ki buniyad hai reason par. aqli ghor o fikr par. Allah taala ne insaan ko jo sab bari cheez di hai, yeh mind hai.</w:t>
      </w:r>
    </w:p>
    <w:p>
      <w:pPr>
        <w:jc w:val="right"/>
      </w:pPr>
      <w:r>
        <w:t>مٹیریل سائنس کی بنیاد ہے ریزن پر۔ عقلی غور و فکر پر۔ اللہ تعالیٰ نے انسان کو جو سب بڑی چیز دی ہے، یہ مائنڈ ہے۔</w:t>
      </w:r>
    </w:p>
    <w:p>
      <w:r>
        <w:rPr>
          <w:b/>
        </w:rPr>
        <w:t xml:space="preserve">[07:32] </w:t>
      </w:r>
      <w:r>
        <w:t>aql hai. to aqli ghor o fikr, rational thinking, is par base rakhi hai unhon ne material science ki.</w:t>
      </w:r>
    </w:p>
    <w:p>
      <w:pPr>
        <w:jc w:val="right"/>
      </w:pPr>
      <w:r>
        <w:t>عقل ہے۔ تو عقلی غور و فکر، ریشنل تھنکنگ، اس پر بیس رکھی ہے انہوں نے مٹیریل سائنس کی۔</w:t>
      </w:r>
    </w:p>
    <w:p>
      <w:r>
        <w:rPr>
          <w:b/>
        </w:rPr>
        <w:t xml:space="preserve">[07:42] </w:t>
      </w:r>
      <w:r>
        <w:t>ek se ek cheez un ko daryaft hui. aur aaye din nai nai daryafton par aage badhta raha qafila un ka.</w:t>
      </w:r>
    </w:p>
    <w:p>
      <w:pPr>
        <w:jc w:val="right"/>
      </w:pPr>
      <w:r>
        <w:t>ایک سے ایک چیز ان کو دریافت ہوئی۔ اور آئے دن نئی نئی دریافتوں پر آگے بڑھتا رہا قافلہ ان کا۔</w:t>
      </w:r>
    </w:p>
    <w:p>
      <w:r>
        <w:rPr>
          <w:b/>
        </w:rPr>
        <w:t xml:space="preserve">[07:52] </w:t>
      </w:r>
      <w:r>
        <w:t>yahan tak ke ek poori civilization wajood mein aa gayi. is ke baad kya hua spiritual science mein?</w:t>
      </w:r>
    </w:p>
    <w:p>
      <w:pPr>
        <w:jc w:val="right"/>
      </w:pPr>
      <w:r>
        <w:t>یہاں تک کہ ایک پوری سویلائزیشن وجود میں آ گئی۔ اس کے بعد کیا ہوا اسپیریچول سائنس میں؟</w:t>
      </w:r>
    </w:p>
    <w:p>
      <w:r>
        <w:rPr>
          <w:b/>
        </w:rPr>
        <w:t xml:space="preserve">[08:00] </w:t>
      </w:r>
      <w:r>
        <w:t>yahan par buniyad rakh di unhon ne qalb par. yaani material science jo thi, woh thi</w:t>
      </w:r>
    </w:p>
    <w:p>
      <w:pPr>
        <w:jc w:val="right"/>
      </w:pPr>
      <w:r>
        <w:t>یہاں پر بنیاد رکھ دی انہوں نے قلب پر۔ یعنی مٹیریل سائنس جو تھی، وہ تھی</w:t>
      </w:r>
    </w:p>
    <w:p>
      <w:r>
        <w:rPr>
          <w:b/>
        </w:rPr>
        <w:t xml:space="preserve">[08:10] </w:t>
      </w:r>
      <w:r>
        <w:t>mind par base karti thi. aur spiritual science jo hai, woh woh qalb par mabni, is ki buniyad qalb par rakh di gayi.</w:t>
      </w:r>
    </w:p>
    <w:p>
      <w:pPr>
        <w:jc w:val="right"/>
      </w:pPr>
      <w:r>
        <w:t>مائنڈ پر بیس کرتی تھی۔ اور اسپیریچول سائنس جو ہے، وہ وہ قلب پر مبنی، اس کی بنیاد قلب پر رکھ دی گئی۔</w:t>
      </w:r>
    </w:p>
    <w:p>
      <w:r>
        <w:rPr>
          <w:b/>
        </w:rPr>
        <w:t xml:space="preserve">[08:21] </w:t>
      </w:r>
      <w:r>
        <w:t>yaani heart base kar diya is ko. woh thi reason based, yeh thi heart base</w:t>
      </w:r>
    </w:p>
    <w:p>
      <w:pPr>
        <w:jc w:val="right"/>
      </w:pPr>
      <w:r>
        <w:t>یعنی ہارٹ بیس کر دیا اس کو۔ وہ تھی ریزن بیسڈ، یہ تھی ہارٹ بیس</w:t>
      </w:r>
    </w:p>
    <w:p>
      <w:r>
        <w:rPr>
          <w:b/>
        </w:rPr>
        <w:t xml:space="preserve">[08:29] </w:t>
      </w:r>
      <w:r>
        <w:t>d. to dil mein to kuch bhi nahin. dil to khoon ko circulate karne ke liye ek pump hai bas. is se ziyada kuch bhi nahin.</w:t>
      </w:r>
    </w:p>
    <w:p>
      <w:pPr>
        <w:jc w:val="right"/>
      </w:pPr>
      <w:r>
        <w:t>ڈ۔ تو دل میں تو کچھ بھی نہیں۔ دل تو خون کو سرکولیٹ کرنے کے لیے ایک پمپ ہے بس۔ اس سے زیادہ کچھ بھی نہیں۔</w:t>
      </w:r>
    </w:p>
    <w:p>
      <w:r>
        <w:rPr>
          <w:b/>
        </w:rPr>
        <w:t xml:space="preserve">[08:38] </w:t>
      </w:r>
      <w:r>
        <w:t>is mein na soch hai, na tadabbur hai, na aql hai, na fehm hai. to hazaron saal se log qalb mein dhyan de rahe hain aur milta kuch bhi nahin.</w:t>
      </w:r>
    </w:p>
    <w:p>
      <w:pPr>
        <w:jc w:val="right"/>
      </w:pPr>
      <w:r>
        <w:t>اس میں نہ سوچ ہے، نہ تدبر ہے، نہ عقل ہے، نہ فہم ہے۔ تو ہزاروں سال سے لوگ قلب میں دھیان دے رہے ہیں اور ملتا کچھ بھی نہیں۔</w:t>
      </w:r>
    </w:p>
    <w:p>
      <w:r>
        <w:rPr>
          <w:b/>
        </w:rPr>
        <w:t xml:space="preserve">[08:52] </w:t>
      </w:r>
      <w:r>
        <w:t>dekhen aap ne bohat si kitabein parhi hongi. bohat si majlison mein aap gaye honge. murshidon ke, gurron ke.</w:t>
      </w:r>
    </w:p>
    <w:p>
      <w:pPr>
        <w:jc w:val="right"/>
      </w:pPr>
      <w:r>
        <w:t>دیکھیں آپ نے بہت سی کتابیں پڑھی ہوں گی۔ بہت سی مجلسوں میں آپ گئے ہوں گے۔ مرشدوں کے، گروؤں کے۔</w:t>
      </w:r>
    </w:p>
    <w:p>
      <w:r>
        <w:rPr>
          <w:b/>
        </w:rPr>
        <w:t xml:space="preserve">[09:02] </w:t>
      </w:r>
      <w:r>
        <w:t>siwaye qisse kahani ke wahan kuch nahin hota. tamseelat, qisse kahaniyan, ajeeb ghareeb qism ke deomalai kahaniyan hoti hain. koi bhi scientific baat nahin hoti.</w:t>
      </w:r>
    </w:p>
    <w:p>
      <w:pPr>
        <w:jc w:val="right"/>
      </w:pPr>
      <w:r>
        <w:t>سوائے قصے کہانی کے وہاں کچھ نہیں ہوتا۔ تمثیلات، قصے کہانیاں، عجیب غریب قسم کے دیومالائی کہانیاں ہوتی ہیں۔ کوئی بھی سائنٹیفک بات نہیں ہوتی۔</w:t>
      </w:r>
    </w:p>
    <w:p>
      <w:r>
        <w:rPr>
          <w:b/>
        </w:rPr>
        <w:t xml:space="preserve">[09:14] </w:t>
      </w:r>
      <w:r>
        <w:t>kyun ke jab aql ko is mein dakhal nahin hai, sirf dil ko dakhal hai to farzi kahaniyan to wajood aayengi.</w:t>
      </w:r>
    </w:p>
    <w:p>
      <w:pPr>
        <w:jc w:val="right"/>
      </w:pPr>
      <w:r>
        <w:t>کیونکہ جب عقل کو اس میں دخل نہیں ہے، صرف دل کو دخل ہے تو فرضی کہانیاں تو وجود آئیں گی۔</w:t>
      </w:r>
    </w:p>
    <w:p>
      <w:r>
        <w:rPr>
          <w:b/>
        </w:rPr>
        <w:t xml:space="preserve">[09:22] </w:t>
      </w:r>
      <w:r>
        <w:t>jaise main aap ko misaal ke taur par ek qissa batata hoon.</w:t>
      </w:r>
    </w:p>
    <w:p>
      <w:pPr>
        <w:jc w:val="right"/>
      </w:pPr>
      <w:r>
        <w:t>جیسے میں آپ کو مثال کے طور پر ایک قصہ بتاتا ہوں۔</w:t>
      </w:r>
    </w:p>
    <w:p>
      <w:r>
        <w:rPr>
          <w:b/>
        </w:rPr>
        <w:t xml:space="preserve">[09:30] </w:t>
      </w:r>
      <w:r>
        <w:t>dekhen musalmanon mein ek soofi the Hasan Basri. aur ek aur khatoon soofi then Rabia Basri.</w:t>
      </w:r>
    </w:p>
    <w:p>
      <w:pPr>
        <w:jc w:val="right"/>
      </w:pPr>
      <w:r>
        <w:t>دیکھیں مسلمانوں میں ایک صوفی تھے حسن بصری۔ اور ایک اور خاتون صوفی تھیں رابعہ بصری۔</w:t>
      </w:r>
    </w:p>
    <w:p>
      <w:r>
        <w:rPr>
          <w:b/>
        </w:rPr>
        <w:t xml:space="preserve">[09:41] </w:t>
      </w:r>
      <w:r>
        <w:t>to kitab mein qissa likha hua hai ke Hasan Basri gaye Basra se Makka haj karne ke liye.</w:t>
      </w:r>
    </w:p>
    <w:p>
      <w:pPr>
        <w:jc w:val="right"/>
      </w:pPr>
      <w:r>
        <w:t>تو کتاب میں قصہ لکھا ہوا ہے کہ حسن بصری گئے بصرہ سے مکہ حج کرنے کے لیے۔</w:t>
      </w:r>
    </w:p>
    <w:p>
      <w:r>
        <w:rPr>
          <w:b/>
        </w:rPr>
        <w:t xml:space="preserve">[09:52] </w:t>
      </w:r>
      <w:r>
        <w:t>Makka se haj karne ke liye, Basra se haj karne ke liye Makka gaye. jab woh Makka pohanche to maloom hua ke wahan to Kaba hi nahin hai.</w:t>
      </w:r>
    </w:p>
    <w:p>
      <w:pPr>
        <w:jc w:val="right"/>
      </w:pPr>
      <w:r>
        <w:t>مکہ سے حج کرنے کے لیے، بصرہ سے حج کرنے کے لیے مکہ گئے۔ جب وہ مکہ پہنچے تو معلوم ہوا کہ وہاں تو کعبہ ہی نہیں ہے۔</w:t>
      </w:r>
    </w:p>
    <w:p>
      <w:r>
        <w:rPr>
          <w:b/>
        </w:rPr>
        <w:t xml:space="preserve">[10:04] </w:t>
      </w:r>
      <w:r>
        <w:t>Kaba maujood nahin tha. to pata kiya to maloom hua ke Kaba to chala gaya hai Rabia Basri ke haan. yaani Rabia Basri ko haj karna tha.</w:t>
      </w:r>
    </w:p>
    <w:p>
      <w:pPr>
        <w:jc w:val="right"/>
      </w:pPr>
      <w:r>
        <w:t>کعبہ موجود نہیں تھا۔ تو پتہ کیا تو معلوم ہوا کہ کعبہ تو چلا گیا ہے رابعہ بصری کے ہاں۔ یعنی رابعہ بصری کو حج کرنا تھا۔</w:t>
      </w:r>
    </w:p>
    <w:p>
      <w:r>
        <w:rPr>
          <w:b/>
        </w:rPr>
        <w:t xml:space="preserve">[10:15] </w:t>
      </w:r>
      <w:r>
        <w:t>lekin woh kisi wajah se safar nahi kar sakti theen. to khud kaba hi chala gaya un ke paas. ab yeh kya bilkul be aqli ki baat hai, koi sar na peir is ka.</w:t>
      </w:r>
    </w:p>
    <w:p>
      <w:pPr>
        <w:jc w:val="right"/>
      </w:pPr>
      <w:r>
        <w:t>لیکن وہ کسی وجہ سے سفر نہیں کر سکتی تھیں۔ تو خود کعبہ ہی چلا گیا ان کے پاس۔ اب یہ کیا بالکل بے عقلی کی بات ہے، کوئی سر نہ پیر اس کا۔</w:t>
      </w:r>
    </w:p>
    <w:p>
      <w:r>
        <w:rPr>
          <w:b/>
        </w:rPr>
        <w:t xml:space="preserve">[10:26] </w:t>
      </w:r>
      <w:r>
        <w:t>lekin is ko baqayda chhaapa jaata hai, bain kiya jaata hai ke hasan basri gaye makka to woh kaba nahi tha. kyunke kaba chala gaya tha rabia basri ko haj karwane ke liye.</w:t>
      </w:r>
    </w:p>
    <w:p>
      <w:pPr>
        <w:jc w:val="right"/>
      </w:pPr>
      <w:r>
        <w:t>لیکن اس کو باقاعدہ چھاپا جاتا ہے، بین کیا جاتا ہے کہ حسن بصری گئے مکہ تو وہ کعبہ نہیں تھا۔ کیونکہ کعبہ چلا گیا تھا رابعہ بصری کو حج کروانے کے لیے۔</w:t>
      </w:r>
    </w:p>
    <w:p>
      <w:r>
        <w:rPr>
          <w:b/>
        </w:rPr>
        <w:t xml:space="preserve">[10:38] </w:t>
      </w:r>
      <w:r>
        <w:t>aise hi dekhen india mein ek guru guzre hain aap jante hain guru nanak. to guru nanak ke bare mein kya qissa bataya jaata hai?</w:t>
      </w:r>
    </w:p>
    <w:p>
      <w:pPr>
        <w:jc w:val="right"/>
      </w:pPr>
      <w:r>
        <w:t>ایسے ہی دیکھیں انڈیا میں ایک گرو گزرے ہیں آپ جانتے ہیں گرو نانک۔ تو گرو نانک کے بارے میں کیا قصہ بتایا جاتا ہے؟</w:t>
      </w:r>
    </w:p>
    <w:p>
      <w:r>
        <w:rPr>
          <w:b/>
        </w:rPr>
        <w:t xml:space="preserve">[10:48] </w:t>
      </w:r>
      <w:r>
        <w:t>ke woh makka gaye to wahan par unhon ne jo haram hai, jis ke andar kaba hai, wahan woh paon phaila kar lete hue thay.</w:t>
      </w:r>
    </w:p>
    <w:p>
      <w:pPr>
        <w:jc w:val="right"/>
      </w:pPr>
      <w:r>
        <w:t>کہ وہ مکہ گئے تو وہاں پر انہوں نے جو حرم ہے، جس کے اندر کعبہ ہے، وہاں وہ پاؤں پھیلا کر لیٹے ہوئے تھے۔</w:t>
      </w:r>
    </w:p>
    <w:p>
      <w:r>
        <w:rPr>
          <w:b/>
        </w:rPr>
        <w:t xml:space="preserve">[10:58] </w:t>
      </w:r>
      <w:r>
        <w:t>to un ka paon tha kaba ki taraf. yani kaba ki taraf paon phaila kar woh lete hue thay.</w:t>
      </w:r>
    </w:p>
    <w:p>
      <w:pPr>
        <w:jc w:val="right"/>
      </w:pPr>
      <w:r>
        <w:t>تو ان کا پاؤں تھا کعبہ کی طرف۔ یعنی کعبہ کی طرف پاؤں پھیلا کر وہ لیٹے ہوئے تھے۔</w:t>
      </w:r>
    </w:p>
    <w:p>
      <w:r>
        <w:rPr>
          <w:b/>
        </w:rPr>
        <w:t xml:space="preserve">[11:05] </w:t>
      </w:r>
      <w:r>
        <w:t>kisi ne eteraz kiya ke kaba to ek muqaddas cheez hai, is par aap paon phaila rahe hain is ki taraf. to unhon ne apna paon ulti taraf ghuma liya.</w:t>
      </w:r>
    </w:p>
    <w:p>
      <w:pPr>
        <w:jc w:val="right"/>
      </w:pPr>
      <w:r>
        <w:t>کسی نے اعتراض کیا کہ کعبہ تو ایک مقدس چیز ہے، اس پر آپ پاؤں پھیلا رہے ہیں اس کی طرف۔ تو انہوں نے اپنا پاؤں الٹی طرف گھما لیا۔</w:t>
      </w:r>
    </w:p>
    <w:p>
      <w:r>
        <w:rPr>
          <w:b/>
        </w:rPr>
        <w:t xml:space="preserve">[11:15] </w:t>
      </w:r>
      <w:r>
        <w:t>to kaba bhi ulti taraf idhar hi chala gaya. to jidhar woh paon karte thay idhar kaba chala chala jaata. yeh sab bilkul be sarwe ki kahaniyan hain.</w:t>
      </w:r>
    </w:p>
    <w:p>
      <w:pPr>
        <w:jc w:val="right"/>
      </w:pPr>
      <w:r>
        <w:t>تو کعبہ بھی الٹی طرف ادھر ہی چلا گیا۔ تو جدھر وہ پاؤں کرتے تھے ادھر کعبہ چلا چلا جاتا۔ یہ سب بالکل بے سروے کی کہانیاں ہیں۔</w:t>
      </w:r>
    </w:p>
    <w:p>
      <w:r>
        <w:rPr>
          <w:b/>
        </w:rPr>
        <w:t xml:space="preserve">[11:26] </w:t>
      </w:r>
      <w:r>
        <w:t>hasan basri ki bhi aur guru nanak ki bhi. lekin baghair sawal kiye hue saare log is ko maante hain.</w:t>
      </w:r>
    </w:p>
    <w:p>
      <w:pPr>
        <w:jc w:val="right"/>
      </w:pPr>
      <w:r>
        <w:t>حسن بصری کی بھی اور گرو نانک کی بھی۔ لیکن بغیر سوال کیے ہوئے سارے لوگ اس کو مانتے ہیں۔</w:t>
      </w:r>
    </w:p>
    <w:p>
      <w:r>
        <w:rPr>
          <w:b/>
        </w:rPr>
        <w:t xml:space="preserve">[11:34] </w:t>
      </w:r>
      <w:r>
        <w:t>koi is par sawal nahi karta. kyunke aqal ko to is mein dakhal hi nahi rakha unhon ne. is aisi hazaron ne, lakhon ne, million billion qisse kahaniyan phaili hui hain saare is in halqon mein jo rohaniyat ki baat karte hain, jo rohaniyat ki baat karte hain.</w:t>
      </w:r>
    </w:p>
    <w:p>
      <w:pPr>
        <w:jc w:val="right"/>
      </w:pPr>
      <w:r>
        <w:t>کوئی اس پر سوال نہیں کرتا۔ کیونکہ عقل کو تو اس میں دخل ہی نہیں رکھا انہوں نے۔ اس ایسی ہزاروں نے، لاکھوں نے، ملین بلین قصے کہانیاں پھیلی ہوئی ہیں سارے اس ان حلقوں میں جو روحانیت کی بات کرتے ہیں، جو روحانیت کی بات کرتے ہیں۔</w:t>
      </w:r>
    </w:p>
    <w:p>
      <w:r>
        <w:rPr>
          <w:b/>
        </w:rPr>
        <w:t xml:space="preserve">[11:56] </w:t>
      </w:r>
      <w:r>
        <w:t>to rohaniyat is is tarah taraqqi nahi kar saki ke woh yani heart base bana diya is ko unhon ne.</w:t>
      </w:r>
    </w:p>
    <w:p>
      <w:pPr>
        <w:jc w:val="right"/>
      </w:pPr>
      <w:r>
        <w:t>تو روحانیت اس اس طرح ترقی نہیں کر سکی کہ وہ یعنی ہارٹ بیس بنا دیا اس کو انہوں نے۔</w:t>
      </w:r>
    </w:p>
    <w:p>
      <w:r>
        <w:rPr>
          <w:b/>
        </w:rPr>
        <w:t xml:space="preserve">[12:06] </w:t>
      </w:r>
      <w:r>
        <w:t>yani mabni par qalb. to qalb mein to kuch bhi nahi tha. sochne ka maada nahi. koi thinking power nahi hai qalb ke andar.</w:t>
      </w:r>
    </w:p>
    <w:p>
      <w:pPr>
        <w:jc w:val="right"/>
      </w:pPr>
      <w:r>
        <w:t>یعنی مبنی پر قلب۔ تو قلب میں تو کچھ بھی نہیں تھا۔ سوچنے کا مادہ نہیں۔ کوئی تھنکنگ پاور نہیں ہے قلب کے اندر۔</w:t>
      </w:r>
    </w:p>
    <w:p>
      <w:r>
        <w:rPr>
          <w:b/>
        </w:rPr>
        <w:t xml:space="preserve">[12:15] </w:t>
      </w:r>
      <w:r>
        <w:t>thinking capacity nahi hai. to cheezen to daryaft hoti hain soch kar ke. thinking power ko istemal kar ke.</w:t>
      </w:r>
    </w:p>
    <w:p>
      <w:pPr>
        <w:jc w:val="right"/>
      </w:pPr>
      <w:r>
        <w:t>تھنکنگ کیپیسٹی نہیں ہے۔ تو چیزیں تو دریافت ہوتی ہیں سوچ کر کے۔ تھنکنگ پاور کو استعمال کر کے۔</w:t>
      </w:r>
    </w:p>
    <w:p>
      <w:r>
        <w:rPr>
          <w:b/>
        </w:rPr>
        <w:t xml:space="preserve">[12:27] </w:t>
      </w:r>
      <w:r>
        <w:t>to</w:t>
      </w:r>
    </w:p>
    <w:p>
      <w:pPr>
        <w:jc w:val="right"/>
      </w:pPr>
      <w:r>
        <w:t>تو</w:t>
      </w:r>
    </w:p>
    <w:p>
      <w:r>
        <w:rPr>
          <w:b/>
        </w:rPr>
        <w:t xml:space="preserve">[12:29] </w:t>
      </w:r>
      <w:r>
        <w:t>yeh waqia jo hai ke material science ko taraqqi hui aur rohani science ko taraqqi nahi hui. is ka sabab yeh hai ke material science jo thi woh reason based thi.</w:t>
      </w:r>
    </w:p>
    <w:p>
      <w:pPr>
        <w:jc w:val="right"/>
      </w:pPr>
      <w:r>
        <w:t>یہ واقعہ جو ہے کہ مٹیریل سائنس کو ترقی ہوئی اور روحانی سائنس کو ترقی نہیں ہوئی۔ اس کا سبب یہ ہے کہ مٹیریل سائنس جو تھی وہ ریزن بیسڈ تھی۔</w:t>
      </w:r>
    </w:p>
    <w:p>
      <w:r>
        <w:rPr>
          <w:b/>
        </w:rPr>
        <w:t xml:space="preserve">[12:42] </w:t>
      </w:r>
      <w:r>
        <w:t>aqal ko istemal kiya jaata tha. to khoob daryaften hoti theen. aur rohani science jo thi woh heart based bana diya.</w:t>
      </w:r>
    </w:p>
    <w:p>
      <w:pPr>
        <w:jc w:val="right"/>
      </w:pPr>
      <w:r>
        <w:t>عقل کو استعمال کیا جاتا تھا۔ تو خوب دریافتیں ہوتی تھیں۔ اور روحانی سائنس جو تھی وہ ہارٹ بیسڈ بنا دیا۔</w:t>
      </w:r>
    </w:p>
    <w:p>
      <w:r>
        <w:rPr>
          <w:b/>
        </w:rPr>
        <w:t xml:space="preserve">[12:52] </w:t>
      </w:r>
      <w:r>
        <w:t>dil mein muraqba aur dhyan, gyan aur meditation yeh sab karne lagay.</w:t>
      </w:r>
    </w:p>
    <w:p>
      <w:pPr>
        <w:jc w:val="right"/>
      </w:pPr>
      <w:r>
        <w:t>دل میں مراقبہ اور دھیان، گیان اور میڈیٹیشن یہ سب کرنے لگے۔</w:t>
      </w:r>
    </w:p>
    <w:p>
      <w:r>
        <w:rPr>
          <w:b/>
        </w:rPr>
        <w:t xml:space="preserve">[13:00] </w:t>
      </w:r>
      <w:r>
        <w:t>to dil mein to kuch bhi nahi tha. to kya hua banawat ke qisse banaye. banawat ke qisse, beshumar qisse kahaniyan.</w:t>
      </w:r>
    </w:p>
    <w:p>
      <w:pPr>
        <w:jc w:val="right"/>
      </w:pPr>
      <w:r>
        <w:t>تو دل میں تو کچھ بھی نہیں تھا۔ تو کیا ہوا بناوٹ کے قصے بنائے۔ بناوٹ کے قصے، بے شمار قصے کہانیاں۔</w:t>
      </w:r>
    </w:p>
    <w:p>
      <w:r>
        <w:rPr>
          <w:b/>
        </w:rPr>
        <w:t xml:space="preserve">[13:10] </w:t>
      </w:r>
      <w:r>
        <w:t>ek ek ek ek afsanvi majmooa ban gaya million billion kahaniyon ka.</w:t>
      </w:r>
    </w:p>
    <w:p>
      <w:pPr>
        <w:jc w:val="right"/>
      </w:pPr>
      <w:r>
        <w:t>ایک ایک ایک ایک افسانوی مجموعہ بن گیا ملین بلین کہانیوں کا۔</w:t>
      </w:r>
    </w:p>
    <w:p>
      <w:r>
        <w:rPr>
          <w:b/>
        </w:rPr>
        <w:t xml:space="preserve">[13:19] </w:t>
      </w:r>
      <w:r>
        <w:t>yeh hai raaz. ab mein aap ko ek misaal deta hoon. dekhen rohaniyat ka</w:t>
      </w:r>
    </w:p>
    <w:p>
      <w:pPr>
        <w:jc w:val="right"/>
      </w:pPr>
      <w:r>
        <w:t>یہ ہے راز۔ اب میں آپ کو ایک مثال دیتا ہوں۔ دیکھیں روحانیت کا</w:t>
      </w:r>
    </w:p>
    <w:p>
      <w:r>
        <w:rPr>
          <w:b/>
        </w:rPr>
        <w:t xml:space="preserve">[13:28] </w:t>
      </w:r>
      <w:r>
        <w:t>buniyadi formula kya hai? buniyadi formula wahi hai jo hazrat basri ne kaha tha: "love your enemy".</w:t>
      </w:r>
    </w:p>
    <w:p>
      <w:pPr>
        <w:jc w:val="right"/>
      </w:pPr>
      <w:r>
        <w:t>بنیادی فارمولا کیا ہے؟ بنیادی فارمولا وہی ہے جو حضرت بصری نے کہا تھا: "لو یور اینمی"۔</w:t>
      </w:r>
    </w:p>
    <w:p>
      <w:r>
        <w:rPr>
          <w:b/>
        </w:rPr>
        <w:t xml:space="preserve">[13:39] </w:t>
      </w:r>
      <w:r>
        <w:t>apne dushman se mohabbat karo. yahi baat khud quran mein hai chapter 41 mein: "haamim as</w:t>
      </w:r>
    </w:p>
    <w:p>
      <w:pPr>
        <w:jc w:val="right"/>
      </w:pPr>
      <w:r>
        <w:t>اپنے دشمن سے محبت کرو۔ یہی بات خود قرآن میں ہے چیپٹر 41 میں: "حام الس</w:t>
      </w:r>
    </w:p>
    <w:p>
      <w:r>
        <w:rPr>
          <w:b/>
        </w:rPr>
        <w:t xml:space="preserve">[13:48] </w:t>
      </w:r>
      <w:r>
        <w:t>jidda". dushman ko dushman na samjho balke dushman ko dost samjho. to kitab mein yahi usool bataya jayega.</w:t>
      </w:r>
    </w:p>
    <w:p>
      <w:pPr>
        <w:jc w:val="right"/>
      </w:pPr>
      <w:r>
        <w:t>جدہ"۔ دشمن کو دشمن نہ سمجھو بلکہ دشمن کو دوست سمجھو۔ تو کتاب میں یہی اصول بتایا جائے گا۔</w:t>
      </w:r>
    </w:p>
    <w:p>
      <w:r>
        <w:rPr>
          <w:b/>
        </w:rPr>
        <w:t xml:space="preserve">[13:57] </w:t>
      </w:r>
      <w:r>
        <w:t>baqi cheezen insan ko develop karna hai. yaad rakhen kabhi bhi sari tafseel kitab mein nahi rahegi. to bible mein hai ke "love your enemy".</w:t>
      </w:r>
    </w:p>
    <w:p>
      <w:pPr>
        <w:jc w:val="right"/>
      </w:pPr>
      <w:r>
        <w:t>بقیہ چیزیں انسان کو ڈویلپ کرنا ہے۔ یاد رکھیں کبھی بھی ساری تفصیل کتاب میں نہیں رہے گی۔ تو بائبل میں ہے کہ "لو یور اینمی"۔</w:t>
      </w:r>
    </w:p>
    <w:p>
      <w:r>
        <w:rPr>
          <w:b/>
        </w:rPr>
        <w:t xml:space="preserve">[14:10] </w:t>
      </w:r>
      <w:r>
        <w:t>quran mein hai ke dushman ko dushman na rakho, na samjho balke dost samjho.</w:t>
      </w:r>
    </w:p>
    <w:p>
      <w:pPr>
        <w:jc w:val="right"/>
      </w:pPr>
      <w:r>
        <w:t>قرآن میں ہے کہ دشمن کو دشمن نہ رکھو، نہ سمجھو بلکہ دوست سمجھو۔</w:t>
      </w:r>
    </w:p>
    <w:p>
      <w:r>
        <w:rPr>
          <w:b/>
        </w:rPr>
        <w:t xml:space="preserve">[14:17] </w:t>
      </w:r>
      <w:r>
        <w:t>to is ko lekin aap ghor kijiyay.</w:t>
      </w:r>
    </w:p>
    <w:p>
      <w:pPr>
        <w:jc w:val="right"/>
      </w:pPr>
      <w:r>
        <w:t>تو اس کو لیکن آپ غور کیجیے۔</w:t>
      </w:r>
    </w:p>
    <w:p>
      <w:r>
        <w:rPr>
          <w:b/>
        </w:rPr>
        <w:t xml:space="preserve">[14:25] </w:t>
      </w:r>
      <w:r>
        <w:t>low culture na to christian mein hai na musalmanon mein hai. low culture na christian mein hai na musalmanon mein hai.</w:t>
      </w:r>
    </w:p>
    <w:p>
      <w:pPr>
        <w:jc w:val="right"/>
      </w:pPr>
      <w:r>
        <w:t>لو کلچر نہ تو کرسچن میں ہے نہ مسلمانوں میں ہے۔ لو کلچر نہ کرسچن میں ہے نہ مسلمانوں میں ہے۔</w:t>
      </w:r>
    </w:p>
    <w:p>
      <w:r>
        <w:rPr>
          <w:b/>
        </w:rPr>
        <w:t xml:space="preserve">[14:35] </w:t>
      </w:r>
      <w:r>
        <w:t>aap dekhen pehli jang-e-azeem jo thi woh sab christian ne lari thi aapas mein. doosri jang-e-azeem jo thi woh bhi christian ne lari thi aapas mein.</w:t>
      </w:r>
    </w:p>
    <w:p>
      <w:pPr>
        <w:jc w:val="right"/>
      </w:pPr>
      <w:r>
        <w:t>آپ دیکھیں پہلی جنگ عظیم جو تھی وہ سب کرسچن نے لڑی تھی آپس میں۔ دوسری جنگ عظیم جو تھی وہ بھی کرسچن نے لڑی تھی آپس میں۔</w:t>
      </w:r>
    </w:p>
    <w:p>
      <w:r>
        <w:rPr>
          <w:b/>
        </w:rPr>
        <w:t xml:space="preserve">[14:47] </w:t>
      </w:r>
      <w:r>
        <w:t>ab bohat nuqsan hua.</w:t>
      </w:r>
    </w:p>
    <w:p>
      <w:pPr>
        <w:jc w:val="right"/>
      </w:pPr>
      <w:r>
        <w:t>اب بہت نقصان ہوا۔</w:t>
      </w:r>
    </w:p>
    <w:p>
      <w:r>
        <w:rPr>
          <w:b/>
        </w:rPr>
        <w:t xml:space="preserve">[14:51] </w:t>
      </w:r>
      <w:r>
        <w:t>to kahan tha woh formula of love? aisay musalmanon ko dekhen. jahan dekhen har musalman jahan mauqa hai musalman gun culture chalaye hue hain.</w:t>
      </w:r>
    </w:p>
    <w:p>
      <w:pPr>
        <w:jc w:val="right"/>
      </w:pPr>
      <w:r>
        <w:t>تو کہاں تھا وہ فارمولا آف لو؟ ایسے مسلمانوں کو دیکھیں۔ جہاں دیکھیں ہر مسلمان جہاں موقع ہے مسلمان گن کلچر چلائے ہوئے ہیں۔</w:t>
      </w:r>
    </w:p>
    <w:p>
      <w:r>
        <w:rPr>
          <w:b/>
        </w:rPr>
        <w:t xml:space="preserve">[15:02] </w:t>
      </w:r>
      <w:r>
        <w:t>bomb culture chalaye hue hain. rozana akhbaron mein aap parhte honge khudkushi bombing. har jagah musalman khudkushi bombing kar ke khud marte hain doosron ko marte hain.</w:t>
      </w:r>
    </w:p>
    <w:p>
      <w:pPr>
        <w:jc w:val="right"/>
      </w:pPr>
      <w:r>
        <w:t>بم کلچر چلائے ہوئے ہیں۔ روزانہ اخباروں میں آپ پڑھتے ہوں گے خودکشی بمنگ۔ ہر جگہ مسلمان خودکشی بمنگ کر کے خود مرتے ہیں دوسروں کو مارتے ہیں۔</w:t>
      </w:r>
    </w:p>
    <w:p>
      <w:r>
        <w:rPr>
          <w:b/>
        </w:rPr>
        <w:t xml:space="preserve">[15:14] </w:t>
      </w:r>
      <w:r>
        <w:t>rozana khabar ban gayi hai. har din.</w:t>
      </w:r>
    </w:p>
    <w:p>
      <w:pPr>
        <w:jc w:val="right"/>
      </w:pPr>
      <w:r>
        <w:t>روزانہ خبر بن گئی ہے۔ ہر دن۔</w:t>
      </w:r>
    </w:p>
    <w:p>
      <w:r>
        <w:rPr>
          <w:b/>
        </w:rPr>
        <w:t xml:space="preserve">[15:20] </w:t>
      </w:r>
      <w:r>
        <w:t>to love culture ka development na to christian mein hua na musalmanon mein hua. kyun?</w:t>
      </w:r>
    </w:p>
    <w:p>
      <w:pPr>
        <w:jc w:val="right"/>
      </w:pPr>
      <w:r>
        <w:t>تو لو کلچر کا ڈویلپمنٹ نہ تو کرسچن میں ہوا نہ مسلمانوں میں ہوا۔ کیوں؟</w:t>
      </w:r>
    </w:p>
    <w:p>
      <w:r>
        <w:rPr>
          <w:b/>
        </w:rPr>
        <w:t xml:space="preserve">[15:28] </w:t>
      </w:r>
      <w:r>
        <w:t>is ki koi is ke liye jo ideology darkar thi woh na christian mein develop hui na musalmanon ne is ko develop kiya.</w:t>
      </w:r>
    </w:p>
    <w:p>
      <w:pPr>
        <w:jc w:val="right"/>
      </w:pPr>
      <w:r>
        <w:t>اس کی کوئی اس کے لیے جو آئیڈیالوجی درکار تھی وہ نہ کرسچن میں ڈویلپ ہوئی نہ مسلمانوں نے اس کو ڈویلپ کیا۔</w:t>
      </w:r>
    </w:p>
    <w:p>
      <w:r>
        <w:rPr>
          <w:b/>
        </w:rPr>
        <w:t xml:space="preserve">[15:40] </w:t>
      </w:r>
      <w:r>
        <w:t>kyun? kyunke woh dil mein dhoondhte rahe. dil mein kuch bhi nahi milega. yeh cheez woh thi jo aql ka istemal kar ke hasil hoti hai. to</w:t>
      </w:r>
    </w:p>
    <w:p>
      <w:pPr>
        <w:jc w:val="right"/>
      </w:pPr>
      <w:r>
        <w:t>کیوں؟ کیونکہ وہ دل میں ڈھونڈتے رہے۔ دل میں کچھ بھی نہیں ملے گا۔ یہ چیز وہ تھی جو عقل کا استعمال کر کے حاصل ہوتی ہے۔ تو</w:t>
      </w:r>
    </w:p>
    <w:p>
      <w:r>
        <w:rPr>
          <w:b/>
        </w:rPr>
        <w:t xml:space="preserve">[15:51] </w:t>
      </w:r>
      <w:r>
        <w:t>beh-haal maine Allah ke fazl se mera jo meri jo roohaniyat hai woh mind based hai. woh heart based nahi hai. main bhi roohaniyat ko manta hoon.</w:t>
      </w:r>
    </w:p>
    <w:p>
      <w:pPr>
        <w:jc w:val="right"/>
      </w:pPr>
      <w:r>
        <w:t>بہرحال میں نے اللہ کے فضل سے میرا جو میری جو روحانیت ہے وہ مائنڈ بیسڈ ہے۔ وہ ہارٹ بیسڈ نہیں ہے۔ میں بھی روحانیت کو مانتا ہوں۔</w:t>
      </w:r>
    </w:p>
    <w:p>
      <w:r>
        <w:rPr>
          <w:b/>
        </w:rPr>
        <w:t xml:space="preserve">[16:04] </w:t>
      </w:r>
      <w:r>
        <w:t>balkeh hamara mission jo hai woh roohaniyat hi ka mission hai. lekin hamari woh roohaniyat jo hai woh mind based hai.</w:t>
      </w:r>
    </w:p>
    <w:p>
      <w:pPr>
        <w:jc w:val="right"/>
      </w:pPr>
      <w:r>
        <w:t>بلکہ ہمارا مشن جو ہے وہ روحانیت ہی کا مشن ہے۔ لیکن ہماری وہ روحانیت جو ہے وہ مائنڈ بیسڈ ہے۔</w:t>
      </w:r>
    </w:p>
    <w:p>
      <w:r>
        <w:rPr>
          <w:b/>
        </w:rPr>
        <w:t xml:space="preserve">[16:13] </w:t>
      </w:r>
      <w:r>
        <w:t>woh heart based nahi</w:t>
      </w:r>
    </w:p>
    <w:p>
      <w:pPr>
        <w:jc w:val="right"/>
      </w:pPr>
      <w:r>
        <w:t>وہ ہارٹ بیسڈ نہیں</w:t>
      </w:r>
    </w:p>
    <w:p>
      <w:r>
        <w:rPr>
          <w:b/>
        </w:rPr>
        <w:t xml:space="preserve">[16:14] </w:t>
      </w:r>
      <w:r>
        <w:t>hai. yani sochna, aql ko istemal karna, reason ko istemal karna is par hai. ab main batata hoon aap ko ke soch kar ke kis tareeqe se love culture ki ideology daryaft hoti hai.</w:t>
      </w:r>
    </w:p>
    <w:p>
      <w:pPr>
        <w:jc w:val="right"/>
      </w:pPr>
      <w:r>
        <w:t>ہے۔ یعنی سوچنا، عقل کو استعمال کرنا، ریزن کو استعمال کرنا اس پر ہے۔ اب میں بتاتا ہوں آپ کو کہ سوچ کر کے کس طریقے سے لو کلچر کی آئیڈیالوجی دریافت ہوتی ہے۔</w:t>
      </w:r>
    </w:p>
    <w:p>
      <w:r>
        <w:rPr>
          <w:b/>
        </w:rPr>
        <w:t xml:space="preserve">[16:32] </w:t>
      </w:r>
      <w:r>
        <w:t>sochne se. jo ke dil mein meditation se hasil nahi hoti.</w:t>
      </w:r>
    </w:p>
    <w:p>
      <w:pPr>
        <w:jc w:val="right"/>
      </w:pPr>
      <w:r>
        <w:t>سوچنے سے۔ جو کہ دل میں میڈیٹیشن سے حاصل نہیں ہوتی۔</w:t>
      </w:r>
    </w:p>
    <w:p>
      <w:r>
        <w:rPr>
          <w:b/>
        </w:rPr>
        <w:t xml:space="preserve">[16:42] </w:t>
      </w:r>
      <w:r>
        <w:t>woh kaise? aap jo kuch dunya mein aap dunya mein aap yeh rahen, aap aap ek ghar banate hain, ek kapra pehente hain, aap camera istemal karte hain.</w:t>
      </w:r>
    </w:p>
    <w:p>
      <w:pPr>
        <w:jc w:val="right"/>
      </w:pPr>
      <w:r>
        <w:t>وہ کیسے؟ آپ جو کچھ دنیا میں آپ دنیا میں آپ یہ رہیں، آپ آپ ایک گھر بناتے ہیں، ایک کپڑا پہنتے ہیں، آپ کیمرہ استعمال کرتے ہیں۔</w:t>
      </w:r>
    </w:p>
    <w:p>
      <w:r>
        <w:rPr>
          <w:b/>
        </w:rPr>
        <w:t xml:space="preserve">[16:53] </w:t>
      </w:r>
      <w:r>
        <w:t>yani hazaron hazar item rozana aap istemal karte hain. woh kaise mila aap ko? woh poori poori insaniyat ne kaam kiya tab mila.</w:t>
      </w:r>
    </w:p>
    <w:p>
      <w:pPr>
        <w:jc w:val="right"/>
      </w:pPr>
      <w:r>
        <w:t>یعنی ہزاروں ہزار آئٹم روزانہ آپ استعمال کرتے ہیں۔ وہ کیسے ملا آپ کو؟ وہ پوری پوری انسانیت نے کام کیا تب ملا۔</w:t>
      </w:r>
    </w:p>
    <w:p>
      <w:r>
        <w:rPr>
          <w:b/>
        </w:rPr>
        <w:t xml:space="preserve">[17:04] </w:t>
      </w:r>
      <w:r>
        <w:t>poori poori insaniyat lagi hui thi ke aap ko yeh cheezen milen.</w:t>
      </w:r>
    </w:p>
    <w:p>
      <w:pPr>
        <w:jc w:val="right"/>
      </w:pPr>
      <w:r>
        <w:t>پوری پوری انسانیت لگی ہوئی تھی کہ آپ کو یہ چیزیں ملیں۔</w:t>
      </w:r>
    </w:p>
    <w:p>
      <w:r>
        <w:rPr>
          <w:b/>
        </w:rPr>
        <w:t xml:space="preserve">[17:10] </w:t>
      </w:r>
      <w:r>
        <w:t>misal ke taur par yeh kapra Adam nahi le ke aaye the. insaan ne hazaron saal mein is kapre ko is ka daryaft kiya hai.</w:t>
      </w:r>
    </w:p>
    <w:p>
      <w:pPr>
        <w:jc w:val="right"/>
      </w:pPr>
      <w:r>
        <w:t>مثلاً یہ کپڑا آدم نہیں لے کے آئے تھے۔ انسان نے ہزاروں سال میں اس کپڑے کو اس کا دریافت کیا ہے۔</w:t>
      </w:r>
    </w:p>
    <w:p>
      <w:r>
        <w:rPr>
          <w:b/>
        </w:rPr>
        <w:t xml:space="preserve">[17:21] </w:t>
      </w:r>
      <w:r>
        <w:t>parhe kya karta hota tha ke woh Quran mein hai ke</w:t>
      </w:r>
    </w:p>
    <w:p>
      <w:pPr>
        <w:jc w:val="right"/>
      </w:pPr>
      <w:r>
        <w:t>پڑھے کیا کرتا ہوتا تھا کہ وہ قرآن میں ہے کہ</w:t>
      </w:r>
    </w:p>
    <w:p>
      <w:r>
        <w:rPr>
          <w:b/>
        </w:rPr>
        <w:t xml:space="preserve">[17:29] </w:t>
      </w:r>
      <w:r>
        <w:t>ke Adam drakht ke paton se apne woh dhanpne lagay. dua ke drakht ke pate libas ka kaam karte the.</w:t>
      </w:r>
    </w:p>
    <w:p>
      <w:pPr>
        <w:jc w:val="right"/>
      </w:pPr>
      <w:r>
        <w:t>کہ آدم درخت کے پتوں سے اپنے وہ ڈھانپنے لگے۔ دعا کے درخت کے پتے لباس کا کام کرتے تھے۔</w:t>
      </w:r>
    </w:p>
    <w:p>
      <w:r>
        <w:rPr>
          <w:b/>
        </w:rPr>
        <w:t xml:space="preserve">[17:39] </w:t>
      </w:r>
      <w:r>
        <w:t>phir khal ya chamre se aadmi badan dhanpne laga. bohat dinon ke baad yeh mumkin hua ke aadmi yani cloth mill banaye aur is tarah kapre tayyar hon.</w:t>
      </w:r>
    </w:p>
    <w:p>
      <w:pPr>
        <w:jc w:val="right"/>
      </w:pPr>
      <w:r>
        <w:t>پھر کھال یا چمڑے سے آدمی بدن ڈھانپنے لگا۔ بہت دنوں کے بعد یہ ممکن ہوا کہ آدمی یعنی کلاتھ بل بنائے اور اس طرح کپڑے تیار ہوں۔</w:t>
      </w:r>
    </w:p>
    <w:p>
      <w:r>
        <w:rPr>
          <w:b/>
        </w:rPr>
        <w:t xml:space="preserve">[17:52] </w:t>
      </w:r>
      <w:r>
        <w:t>to jab aap yeh kapra orhen to aap yaad karen ke hazaron saal se insaan jo hai mashaqqat kar raha tha, daryaft kar raha tha, qurbaniyan de raha tha.</w:t>
      </w:r>
    </w:p>
    <w:p>
      <w:pPr>
        <w:jc w:val="right"/>
      </w:pPr>
      <w:r>
        <w:t>تو جب آپ یہ کپڑا اوڑھیں تو آپ یاد کریں کہ ہزاروں سال سے انسان جو ہے مشقت کر رہا تھا، دریافت کر رہا تھا، قربانیاں دے رہا تھا۔</w:t>
      </w:r>
    </w:p>
    <w:p>
      <w:r>
        <w:rPr>
          <w:b/>
        </w:rPr>
        <w:t xml:space="preserve">[18:03] </w:t>
      </w:r>
      <w:r>
        <w:t>taake mere liye aisa kapra wajood mein aaye.</w:t>
      </w:r>
    </w:p>
    <w:p>
      <w:pPr>
        <w:jc w:val="right"/>
      </w:pPr>
      <w:r>
        <w:t>تاکہ میرے لیے ایسا کپڑا وجود میں آئے۔</w:t>
      </w:r>
    </w:p>
    <w:p>
      <w:r>
        <w:rPr>
          <w:b/>
        </w:rPr>
        <w:t xml:space="preserve">[18:07] </w:t>
      </w:r>
      <w:r>
        <w:t>is ko personalize kijiye. insani daryafton ko personalize kijiye. ke sare insaan mil kar ke ek ek jud-o-jihad mein lage hue the.</w:t>
      </w:r>
    </w:p>
    <w:p>
      <w:pPr>
        <w:jc w:val="right"/>
      </w:pPr>
      <w:r>
        <w:t>اس کو پرسنلائز کیجیے۔ انسانی دریافتوں کو پرسنلائز کیجیے۔ کہ سارے انسان مل کر کے ایک ایک جدوجہد میں لگے ہوئے تھے۔</w:t>
      </w:r>
    </w:p>
    <w:p>
      <w:r>
        <w:rPr>
          <w:b/>
        </w:rPr>
        <w:t xml:space="preserve">[18:19] </w:t>
      </w:r>
      <w:r>
        <w:t>ke mujh ko aisa kapra mile.</w:t>
      </w:r>
    </w:p>
    <w:p>
      <w:pPr>
        <w:jc w:val="right"/>
      </w:pPr>
      <w:r>
        <w:t>کہ مجھ کو ایسا کپڑا ملے۔</w:t>
      </w:r>
    </w:p>
    <w:p>
      <w:r>
        <w:rPr>
          <w:b/>
        </w:rPr>
        <w:t xml:space="preserve">[18:23] </w:t>
      </w:r>
      <w:r>
        <w:t>to kitna zyada aap ke dil mein aik be panah jazba lo ka aaye ga. sari insaniyat ke liye. kyunke aap jante hain ke atiya ki buniyad par</w:t>
      </w:r>
    </w:p>
    <w:p>
      <w:pPr>
        <w:jc w:val="right"/>
      </w:pPr>
      <w:r>
        <w:t>تو کتنا زیادہ آپ کے دل میں ایک بے پناہ جذبہ لو کا آئے گا۔ ساری انسانیت کے لیے۔ کیونکہ آپ جانتے ہیں کہ عطیہ کی بنیاد پر</w:t>
      </w:r>
    </w:p>
    <w:p>
      <w:r>
        <w:rPr>
          <w:b/>
        </w:rPr>
        <w:t xml:space="preserve">[18:36] </w:t>
      </w:r>
      <w:r>
        <w:t>lo paida hoti hai. jab aap se aap ko kisi se kuch milta hai to us ke liye aap ke liye us ke response se mohabbat paida hoti hai. yaani jitna atiya utna hi lo.</w:t>
      </w:r>
    </w:p>
    <w:p>
      <w:pPr>
        <w:jc w:val="right"/>
      </w:pPr>
      <w:r>
        <w:t>لو پیدا ہوتی ہے۔ جب آپ سے آپ کو کسی سے کچھ ملتا ہے تو اس کے لیے آپ کے لیے اس کے رسپانس سے محبت پیدا ہوتی ہے۔ یعنی جتنا عطیہ اتنا ہی لو۔</w:t>
      </w:r>
    </w:p>
    <w:p>
      <w:r>
        <w:rPr>
          <w:b/>
        </w:rPr>
        <w:t xml:space="preserve">[18:48] </w:t>
      </w:r>
      <w:r>
        <w:t>jitna kisi se jis se aap milta hai aap ko utna hi zyada aap ke andar mohabbat ke jazbat ubharte hain. yeh hai. to aap daryaft kijiye.</w:t>
      </w:r>
    </w:p>
    <w:p>
      <w:pPr>
        <w:jc w:val="right"/>
      </w:pPr>
      <w:r>
        <w:t>جتنا کسی سے جس سے آپ ملتا ہے آپ کو اتنا ہی زیادہ آپ کے اندر محبت کے جذبات ابھرتے ہیں۔ یہ ہے۔ تو آپ دریافت کیجیے۔</w:t>
      </w:r>
    </w:p>
    <w:p>
      <w:r>
        <w:rPr>
          <w:b/>
        </w:rPr>
        <w:t xml:space="preserve">[19:01] </w:t>
      </w:r>
      <w:r>
        <w:t>yaani isi ko mein kehta hoon ideology of lo.</w:t>
      </w:r>
    </w:p>
    <w:p>
      <w:pPr>
        <w:jc w:val="right"/>
      </w:pPr>
      <w:r>
        <w:t>یعنی اسی کو میں کہتا ہوں آئیڈیالوجی آف لو۔</w:t>
      </w:r>
    </w:p>
    <w:p>
      <w:r>
        <w:rPr>
          <w:b/>
        </w:rPr>
        <w:t xml:space="preserve">[19:05] </w:t>
      </w:r>
      <w:r>
        <w:t>ab mein yeh dekhen yeh glass hai. yaani yeh glass mein pani hai. mein ne apne bachpan mein woh zamana dekha hai khud mein ne.</w:t>
      </w:r>
    </w:p>
    <w:p>
      <w:pPr>
        <w:jc w:val="right"/>
      </w:pPr>
      <w:r>
        <w:t>اب میں یہ دیکھیں یہ گلاس ہے۔ یعنی یہ گلاس میں پانی ہے۔ میں نے اپنے بچپن میں وہ زمانہ دیکھا ہے خود میں نے۔</w:t>
      </w:r>
    </w:p>
    <w:p>
      <w:r>
        <w:rPr>
          <w:b/>
        </w:rPr>
        <w:t xml:space="preserve">[19:19] </w:t>
      </w:r>
      <w:r>
        <w:t>ke pani peene ke liye log kya karte the? aise pani peete the. to us ko kehte hain chalo.</w:t>
      </w:r>
    </w:p>
    <w:p>
      <w:pPr>
        <w:jc w:val="right"/>
      </w:pPr>
      <w:r>
        <w:t>کہ پانی پینے کے لیے لوگ کیا کرتے تھے؟ ایسے پانی پیتے تھے۔ تو اس کو کہتے ہیں چلو۔</w:t>
      </w:r>
    </w:p>
    <w:p>
      <w:r>
        <w:rPr>
          <w:b/>
        </w:rPr>
        <w:t xml:space="preserve">[19:29] </w:t>
      </w:r>
      <w:r>
        <w:t>aise pani peete the.</w:t>
      </w:r>
    </w:p>
    <w:p>
      <w:pPr>
        <w:jc w:val="right"/>
      </w:pPr>
      <w:r>
        <w:t>ایسے پانی پیتے تھے۔</w:t>
      </w:r>
    </w:p>
    <w:p>
      <w:r>
        <w:rPr>
          <w:b/>
        </w:rPr>
        <w:t xml:space="preserve">[19:31] </w:t>
      </w:r>
      <w:r>
        <w:t>phir mein ne dekha hai ke dhak ke patte ko aisa banate the. is mein pani le kar peete the. yeh sab meri aankhon ke samne ki baaten hain.</w:t>
      </w:r>
    </w:p>
    <w:p>
      <w:pPr>
        <w:jc w:val="right"/>
      </w:pPr>
      <w:r>
        <w:t>پھر میں نے دیکھا ہے کہ ڈھاک کے پتے کو ایسا بناتے تھے۔ اس میں پانی لے کر پیتے تھے۔ یہ سب میری آنکھوں کے سامنے کی باتیں ہیں۔</w:t>
      </w:r>
    </w:p>
    <w:p>
      <w:r>
        <w:rPr>
          <w:b/>
        </w:rPr>
        <w:t xml:space="preserve">[19:43] </w:t>
      </w:r>
      <w:r>
        <w:t>phir mein ne dekha ke mitti ke kude, lakri ke bartan, pattan ke, aluminium ke is tarah bohat dinon ke baad yeh mumkin hua ke aisa shishe shishe glass bane.</w:t>
      </w:r>
    </w:p>
    <w:p>
      <w:pPr>
        <w:jc w:val="right"/>
      </w:pPr>
      <w:r>
        <w:t>پھر میں نے دیکھا کہ مٹی کے کودے، لکڑی کے برتن، پٹن کے، ایلومینیم کے اس طرح بہت دنوں کے بعد یہ ممکن ہوا کہ ایسا شیشے شیشے گلاس بنے۔</w:t>
      </w:r>
    </w:p>
    <w:p>
      <w:r>
        <w:rPr>
          <w:b/>
        </w:rPr>
        <w:t xml:space="preserve">[19:56] </w:t>
      </w:r>
      <w:r>
        <w:t>aur is mein aadmi pani piye.</w:t>
      </w:r>
    </w:p>
    <w:p>
      <w:pPr>
        <w:jc w:val="right"/>
      </w:pPr>
      <w:r>
        <w:t>اور اس میں آدمی پانی پیے۔</w:t>
      </w:r>
    </w:p>
    <w:p>
      <w:r>
        <w:rPr>
          <w:b/>
        </w:rPr>
        <w:t xml:space="preserve">[20:01] </w:t>
      </w:r>
      <w:r>
        <w:t>to jab mein pani peeta hoon to poori tareekh mujhe yaad aa jati hai. ke mere liye ke mujhe aise glass mein pani peene ko mile.</w:t>
      </w:r>
    </w:p>
    <w:p>
      <w:pPr>
        <w:jc w:val="right"/>
      </w:pPr>
      <w:r>
        <w:t>تو جب میں پانی پیتا ہوں تو پوری تاریخ مجھے یاد آ جاتی ہے۔ کہ میرے لیے کہ مجھے ایسے گلاس میں پانی پینے کو ملے۔</w:t>
      </w:r>
    </w:p>
    <w:p>
      <w:r>
        <w:rPr>
          <w:b/>
        </w:rPr>
        <w:t xml:space="preserve">[20:13] </w:t>
      </w:r>
      <w:r>
        <w:t>hazaron saal se insan mehnat kar raha tha.</w:t>
      </w:r>
    </w:p>
    <w:p>
      <w:pPr>
        <w:jc w:val="right"/>
      </w:pPr>
      <w:r>
        <w:t>ہزاروں سال سے انسان محنت کر رہا تھا۔</w:t>
      </w:r>
    </w:p>
    <w:p>
      <w:r>
        <w:rPr>
          <w:b/>
        </w:rPr>
        <w:t xml:space="preserve">[20:18] </w:t>
      </w:r>
      <w:r>
        <w:t>to mere dil mein insan ke liye mohabbat ka khair khwahi ka aik samandar rawan ho jata hai.</w:t>
      </w:r>
    </w:p>
    <w:p>
      <w:pPr>
        <w:jc w:val="right"/>
      </w:pPr>
      <w:r>
        <w:t>تو میرے دل میں انسان کے لیے محبت کا خیر خواہی کا ایک سمندر رواں ہو جاتا ہے۔</w:t>
      </w:r>
    </w:p>
    <w:p>
      <w:r>
        <w:rPr>
          <w:b/>
        </w:rPr>
        <w:t xml:space="preserve">[20:27] </w:t>
      </w:r>
      <w:r>
        <w:t>aise hi dekhen jab mein turki gaya to mein hawai jahaz se gaya ke saat ghante wahan pahunch gaya. to mein ne socha ke safar jo hai safar aik ajeeb o ghareeb nemat hai.</w:t>
      </w:r>
    </w:p>
    <w:p>
      <w:pPr>
        <w:jc w:val="right"/>
      </w:pPr>
      <w:r>
        <w:t>ایسے ہی دیکھیں جب میں ترکی گیا تو میں ہوائی جہاز سے گیا کہ سات گھنٹے وہاں پہنچ گیا۔ تو میں نے سوچا کہ سفر جو ہے سفر ایک عجیب و غریب نعمت ہے۔</w:t>
      </w:r>
    </w:p>
    <w:p>
      <w:r>
        <w:rPr>
          <w:b/>
        </w:rPr>
        <w:t xml:space="preserve">[20:41] </w:t>
      </w:r>
      <w:r>
        <w:t>Allah taala ne quran mein farmaya ke</w:t>
      </w:r>
    </w:p>
    <w:p>
      <w:pPr>
        <w:jc w:val="right"/>
      </w:pPr>
      <w:r>
        <w:t>اللہ تعالیٰ نے قرآن میں فرمایا کہ</w:t>
      </w:r>
    </w:p>
    <w:p>
      <w:r>
        <w:rPr>
          <w:b/>
        </w:rPr>
        <w:t xml:space="preserve">[20:50] </w:t>
      </w:r>
      <w:r>
        <w:t>yaani insan ke liye Allah taala ka aik khaas yeh yeh blessing hai ke woh sawariyon par safar karta hai.</w:t>
      </w:r>
    </w:p>
    <w:p>
      <w:pPr>
        <w:jc w:val="right"/>
      </w:pPr>
      <w:r>
        <w:t>یعنی انسان کے لیے اللہ تعالیٰ کا ایک خصوصی یہ یہ بلیسنگ ہے کہ وہ سواریوں پر سفر کرتا ہے۔</w:t>
      </w:r>
    </w:p>
    <w:p>
      <w:r>
        <w:rPr>
          <w:b/>
        </w:rPr>
        <w:t xml:space="preserve">[20:58] </w:t>
      </w:r>
      <w:r>
        <w:t>koi sher koi hathi sawari par safar nahi karte. yeh insan ki sifat hai ke woh sawari par safar karta hai. to aaj jab aap hawai jahaz par baith kar yahan se wahan jate hain to aasani se us ke peeche aik lambi tareekh hai.</w:t>
      </w:r>
    </w:p>
    <w:p>
      <w:pPr>
        <w:jc w:val="right"/>
      </w:pPr>
      <w:r>
        <w:t>کوئی شیر کوئی ہاتھی سواری پر سفر نہیں کرتے۔ یہ انسان کی صفت ہے کہ وہ سواری پر سفر کرتا ہے۔ تو آج جب آپ ہوائی جہاز پر بیٹھ کر یہاں سے وہاں جاتے ہیں تو آسانی سے اس کے پیچھے ایک لمبی تاریخ ہے۔</w:t>
      </w:r>
    </w:p>
    <w:p>
      <w:r>
        <w:rPr>
          <w:b/>
        </w:rPr>
        <w:t xml:space="preserve">[21:14] </w:t>
      </w:r>
      <w:r>
        <w:t>bohat lambi tareekh. dekhen pehle insan kya karta tha? paon se safar</w:t>
      </w:r>
    </w:p>
    <w:p>
      <w:pPr>
        <w:jc w:val="right"/>
      </w:pPr>
      <w:r>
        <w:t>بہت لمبی تاریخ۔ دیکھیں پہلے انسان کیا کرتا تھا؟ پاؤں سے سفر</w:t>
      </w:r>
    </w:p>
    <w:p>
      <w:r>
        <w:rPr>
          <w:b/>
        </w:rPr>
        <w:t xml:space="preserve">[21:21] </w:t>
      </w:r>
      <w:r>
        <w:t>karta tha. paon ke paas paon ke siwa kuch aur nahi tha safar karne ke liye. kuch bhi nahi tha. paon se chal kar safar karna.</w:t>
      </w:r>
    </w:p>
    <w:p>
      <w:pPr>
        <w:jc w:val="right"/>
      </w:pPr>
      <w:r>
        <w:t>کرتا تھا۔ پاؤں کے پاس پاؤں کے سوا کچھ اور نہیں تھا سفر کرنے کے لیے۔ کچھ بھی نہیں تھا۔ پاؤں سے چل کر سفر کرنا۔</w:t>
      </w:r>
    </w:p>
    <w:p>
      <w:r>
        <w:rPr>
          <w:b/>
        </w:rPr>
        <w:t xml:space="preserve">[21:32] </w:t>
      </w:r>
      <w:r>
        <w:t>phir kya hua? bohat dinon ke baad insan ne ghore ko daryaft kiya. jangl mein bohat janwar the.</w:t>
      </w:r>
    </w:p>
    <w:p>
      <w:pPr>
        <w:jc w:val="right"/>
      </w:pPr>
      <w:r>
        <w:t>پھر کیا ہوا؟ بہت دنوں کے بعد انسان نے گھوڑے کو دریافت کیا۔ جنگل میں بہت جانور تھے۔</w:t>
      </w:r>
    </w:p>
    <w:p>
      <w:r>
        <w:rPr>
          <w:b/>
        </w:rPr>
        <w:t xml:space="preserve">[21:41] </w:t>
      </w:r>
      <w:r>
        <w:t>hathi, ghora, sher, bhalu, bhediya, geedar. yaani hazaron janwar</w:t>
      </w:r>
    </w:p>
    <w:p>
      <w:pPr>
        <w:jc w:val="right"/>
      </w:pPr>
      <w:r>
        <w:t>ہاتھی، گھوڑا، شیر، بھالو، بھیڑیا، گیدڑ۔ یعنی ہزاروں جانور</w:t>
      </w:r>
    </w:p>
    <w:p>
      <w:r>
        <w:rPr>
          <w:b/>
        </w:rPr>
        <w:t xml:space="preserve">[21:48] </w:t>
      </w:r>
      <w:r>
        <w:t>. phir kitna dil laga hoon ge aap ghor kijiye. yeh daryaft karne mein ke ghora bhediye sawari ke behtareen hain. yaani ghora jo hai custom based sawari hai.</w:t>
      </w:r>
    </w:p>
    <w:p>
      <w:pPr>
        <w:jc w:val="right"/>
      </w:pPr>
      <w:r>
        <w:t>۔ پھر کتنا دل لگا ہوں گے آپ غور کیجیے۔ یہ دریافت کرنے میں کہ گھوڑا بھیڑیے سواری کے بہترین ہیں۔ یعنی گھوڑا جو ہے کسٹم بیسڈ سواری ہے۔</w:t>
      </w:r>
    </w:p>
    <w:p>
      <w:r>
        <w:rPr>
          <w:b/>
        </w:rPr>
        <w:t xml:space="preserve">[21:59] </w:t>
      </w:r>
      <w:r>
        <w:t>jise Allah ne banaya usi liye ke aadmi is par baith kar sawari kare. lekin bohat dil lage hoon ge is ko. mudaten lagi hoon gi tab ja kar jangl ke ghore ko la kar unhon ne pala hoga.</w:t>
      </w:r>
    </w:p>
    <w:p>
      <w:pPr>
        <w:jc w:val="right"/>
      </w:pPr>
      <w:r>
        <w:t>جسے اللہ نے بنایا اسی لیے کہ آدمی اس پر بیٹھ کر سواری کرے۔ لیکن بہت دل لگے ہوں گے اس کو۔ مدتیں لگی ہوں گی تب جا کر جنگل کے گھوڑے کو لا کر انہوں نے پالا ہوگا۔</w:t>
      </w:r>
    </w:p>
    <w:p>
      <w:r>
        <w:rPr>
          <w:b/>
        </w:rPr>
        <w:t xml:space="preserve">[22:12] </w:t>
      </w:r>
      <w:r>
        <w:t>aur is ko sawari ke liye istemal kiya hoga.</w:t>
      </w:r>
    </w:p>
    <w:p>
      <w:pPr>
        <w:jc w:val="right"/>
      </w:pPr>
      <w:r>
        <w:t>اور اس کو سواری کے لیے استعمال کیا ہوگا۔</w:t>
      </w:r>
    </w:p>
    <w:p>
      <w:r>
        <w:rPr>
          <w:b/>
        </w:rPr>
        <w:t xml:space="preserve">[22:17] </w:t>
      </w:r>
      <w:r>
        <w:t>phir is ke baad kisi dimagh ne pehia ijad kiya. wheel. pehia. kaha jata hai ke pehia bohat badi daryaft hai insan ki.</w:t>
      </w:r>
    </w:p>
    <w:p>
      <w:pPr>
        <w:jc w:val="right"/>
      </w:pPr>
      <w:r>
        <w:t>پھر اس کے بعد کسی دماغ نے پہیہ ایجاد کیا۔ وہیل۔ پہیہ۔ کہا جاتا ہے کہ پہیہ بہت بڑی دریافت ہے انسان کی۔</w:t>
      </w:r>
    </w:p>
    <w:p>
      <w:r>
        <w:rPr>
          <w:b/>
        </w:rPr>
        <w:t xml:space="preserve">[22:27] </w:t>
      </w:r>
      <w:r>
        <w:t>pahiya daryaft hua to to phir gaari bani. insaan gaari par safar karne laga. phir karta raha karta raha karta yahan tak ke aap jante hain ke archimedes ke zamane mein hydrodynamics ka police mein daryaft hua.</w:t>
      </w:r>
    </w:p>
    <w:p>
      <w:pPr>
        <w:jc w:val="right"/>
      </w:pPr>
      <w:r>
        <w:t>پہیہ دریافت ہوا تو تو پھر گاڑی بنی۔ انسان گاڑی پر سفر کرنے لگا۔ پھر کرتا رہا کرتا رہا کرتا یہاں تک کہ آپ جانتے ہیں کہ آرکیبیڈیز کے زمانے میں ہائیڈرو ڈائنیمکس کا پولیس میں دریافت ہوا۔</w:t>
      </w:r>
    </w:p>
    <w:p>
      <w:r>
        <w:rPr>
          <w:b/>
        </w:rPr>
        <w:t xml:space="preserve">[22:43] </w:t>
      </w:r>
      <w:r>
        <w:t>acha is se pehle kashtiyan chalti theen. is se pehle kashtiyan chalti theen. to phir archimedes ne daryaft kiya jis ko kehte hain hydrodynamics.</w:t>
      </w:r>
    </w:p>
    <w:p>
      <w:pPr>
        <w:jc w:val="right"/>
      </w:pPr>
      <w:r>
        <w:t>اچھا اس سے پہلے کشتیاں چلتی تھیں۔ اس سے پہلے کشتیاں چلتی تھیں۔ تو پھر آرکیبیڈیز نے دریافت کیا جس کو کہتے ہیں ہائیڈرو ڈائنیمکس۔</w:t>
      </w:r>
    </w:p>
    <w:p>
      <w:r>
        <w:rPr>
          <w:b/>
        </w:rPr>
        <w:t xml:space="preserve">[22:57] </w:t>
      </w:r>
      <w:r>
        <w:t>to insaan ne daryaft kiya ke pani par hum apni sawari chala sakte hain. phir pani par sawari chalne lagi is ki. shuru mein chipu chala karte the chipu.</w:t>
      </w:r>
    </w:p>
    <w:p>
      <w:pPr>
        <w:jc w:val="right"/>
      </w:pPr>
      <w:r>
        <w:t>تو انسان نے دریافت کیا کہ پانی پر ہم اپنی سواری چلا سکتے ہیں۔ پھر پانی پر سواری چلنے لگی اس کی۔ شروع میں چپو چلا کرتے تھے چپو۔</w:t>
      </w:r>
    </w:p>
    <w:p>
      <w:r>
        <w:rPr>
          <w:b/>
        </w:rPr>
        <w:t xml:space="preserve">[23:08] </w:t>
      </w:r>
      <w:r>
        <w:t>phir ek waqt aaya insaan kitni muddaten lagi hongi steam power daryaft kiya is ne</w:t>
      </w:r>
    </w:p>
    <w:p>
      <w:pPr>
        <w:jc w:val="right"/>
      </w:pPr>
      <w:r>
        <w:t>پھر ایک وقت آیا انسان کتنی مدتیں لگی ہوں گی اسٹیم پاور دریافت کیا اس نے</w:t>
      </w:r>
    </w:p>
    <w:p>
      <w:r>
        <w:rPr>
          <w:b/>
        </w:rPr>
        <w:t xml:space="preserve">[23:13] </w:t>
      </w:r>
      <w:r>
        <w:t>. steam power se kashtiyan chalayen is ne. steam ship bane. khane ke liye hum is tarah keh rahe hain lekin is ke liye muddaten lagen.</w:t>
      </w:r>
    </w:p>
    <w:p>
      <w:pPr>
        <w:jc w:val="right"/>
      </w:pPr>
      <w:r>
        <w:t>۔ اسٹیم پاور سے کشتیاں چلائیں اس نے۔ اسٹیم شپ بنے۔ کھانے کے لیے ہم اس طرح کہہ رہے ہیں لیکن اس کے لیے مدتیں لگیں۔</w:t>
      </w:r>
    </w:p>
    <w:p>
      <w:r>
        <w:rPr>
          <w:b/>
        </w:rPr>
        <w:t xml:space="preserve">[23:22] </w:t>
      </w:r>
      <w:r>
        <w:t>bohat log is se mare janen den qurbani den. steam ship par chalne lage log. phir automobile ka zamana aaya.</w:t>
      </w:r>
    </w:p>
    <w:p>
      <w:pPr>
        <w:jc w:val="right"/>
      </w:pPr>
      <w:r>
        <w:t>بہت لوگ اس سے مرے جانیں دیں قربانی دیں۔ اسٹیم شپ پر چلنے لگے لوگ۔ پھر آٹو موبائل کا زمانہ آیا۔</w:t>
      </w:r>
    </w:p>
    <w:p>
      <w:r>
        <w:rPr>
          <w:b/>
        </w:rPr>
        <w:t xml:space="preserve">[23:33] </w:t>
      </w:r>
      <w:r>
        <w:t>cars banin. aap car par safar karne lage. phir aviation ki science bani. aap hawai jahaz par safar karne lage.</w:t>
      </w:r>
    </w:p>
    <w:p>
      <w:pPr>
        <w:jc w:val="right"/>
      </w:pPr>
      <w:r>
        <w:t>کاریں بنیں۔ آپ کار پر سفر کرنے لگے۔ پھر ایوی ایشن کی سائنس بنی۔ آپ ہوائی جہاز پر سفر کرنے لگے۔</w:t>
      </w:r>
    </w:p>
    <w:p>
      <w:r>
        <w:rPr>
          <w:b/>
        </w:rPr>
        <w:t xml:space="preserve">[23:42] </w:t>
      </w:r>
      <w:r>
        <w:t>phir space ki science insaan ne banai.</w:t>
      </w:r>
    </w:p>
    <w:p>
      <w:pPr>
        <w:jc w:val="right"/>
      </w:pPr>
      <w:r>
        <w:t>پھر اسپیس کی سائنس انسان نے بنائی۔</w:t>
      </w:r>
    </w:p>
    <w:p>
      <w:r>
        <w:rPr>
          <w:b/>
        </w:rPr>
        <w:t xml:space="preserve">[23:47] </w:t>
      </w:r>
      <w:r>
        <w:t>yani ek ek pura yani billion billion item hain jo insaan ne hazaron saal mein banaye taake aap aap ko ek civilization milay.</w:t>
      </w:r>
    </w:p>
    <w:p>
      <w:pPr>
        <w:jc w:val="right"/>
      </w:pPr>
      <w:r>
        <w:t>یعنی ایک ایک پورا یعنی بلین بلین آئٹم ہیں جو انسان نے ہزاروں سال میں بنائے تاکہ آپ آپ کو ایک سویلائزیشن ملے۔</w:t>
      </w:r>
    </w:p>
    <w:p>
      <w:r>
        <w:rPr>
          <w:b/>
        </w:rPr>
        <w:t xml:space="preserve">[23:57] </w:t>
      </w:r>
      <w:r>
        <w:t>aap ko ek tamaddun milay. aap ko sare sahaba ne hayat milay. to jab main sochta hoon to main sochta hoon ke yeh to bilkul free de diya insaan ne mujhe.</w:t>
      </w:r>
    </w:p>
    <w:p>
      <w:pPr>
        <w:jc w:val="right"/>
      </w:pPr>
      <w:r>
        <w:t>آپ کو ایک تمدن ملے۔ آپ کو سارے صحابہ نے حیات ملے۔ تو جب میں سوچتا ہوں تو میں سوچتا ہوں کہ یہ تو بالکل فری دے دیا انسان نے مجھے۔</w:t>
      </w:r>
    </w:p>
    <w:p>
      <w:r>
        <w:rPr>
          <w:b/>
        </w:rPr>
        <w:t xml:space="preserve">[24:09] </w:t>
      </w:r>
      <w:r>
        <w:t>main to kuch bhi nahi kar sakta.</w:t>
      </w:r>
    </w:p>
    <w:p>
      <w:pPr>
        <w:jc w:val="right"/>
      </w:pPr>
      <w:r>
        <w:t>میں تو کچھ بھی نہیں کر سکتا۔</w:t>
      </w:r>
    </w:p>
    <w:p>
      <w:r>
        <w:rPr>
          <w:b/>
        </w:rPr>
        <w:t xml:space="preserve">[24:12] </w:t>
      </w:r>
      <w:r>
        <w:t>to mere dil mein kabhi bhi kisi ke liye nafrat nahi aati. jis ne jab insaan ne mujhe itna zyada diya hai. yahi aainak hai dekhen.</w:t>
      </w:r>
    </w:p>
    <w:p>
      <w:pPr>
        <w:jc w:val="right"/>
      </w:pPr>
      <w:r>
        <w:t>تو میرے دل میں کبھی بھی کسی کے لیے نفرت نہیں آتی۔ جس نے جب انسان نے مجھے اتنا زیادہ دیا ہے۔ یہی عینک ہے دیکھیں۔</w:t>
      </w:r>
    </w:p>
    <w:p>
      <w:r>
        <w:rPr>
          <w:b/>
        </w:rPr>
        <w:t xml:space="preserve">[24:22] </w:t>
      </w:r>
      <w:r>
        <w:t>pehle to andhe ho jate the log. hum kitabon mein parhte hain falan sahib andhe ho gaye. falan sahib andhe ho gaye. falan sahib andhe ho gaye. lekin insaan ne itna zyada tehqeeq ki.</w:t>
      </w:r>
    </w:p>
    <w:p>
      <w:pPr>
        <w:jc w:val="right"/>
      </w:pPr>
      <w:r>
        <w:t>پہلے تو اندھے ہو جاتے تھے لوگ۔ ہم کتابوں میں پڑھتے ہیں فلاں صاحب اندھے ہو گئے۔ فلاں صاحب اندھے ہو گئے۔ فلاں صاحب اندھے ہو گئے۔ لیکن انسان نے اتنا زیادہ تحقیق کی۔</w:t>
      </w:r>
    </w:p>
    <w:p>
      <w:r>
        <w:rPr>
          <w:b/>
        </w:rPr>
        <w:t xml:space="preserve">[24:34] </w:t>
      </w:r>
      <w:r>
        <w:t>ek doctor ne mujhe bataya ke aankh ke andar char sciences hain. yeh choti si aankh mein char sciences hain.</w:t>
      </w:r>
    </w:p>
    <w:p>
      <w:pPr>
        <w:jc w:val="right"/>
      </w:pPr>
      <w:r>
        <w:t>ایک ڈاکٹر نے مجھے بتایا کہ آنکھ کے اندر چار سائنسز ہیں۔ یہ چھوٹی سی آنکھ میں چار سائنسز ہیں۔</w:t>
      </w:r>
    </w:p>
    <w:p>
      <w:r>
        <w:rPr>
          <w:b/>
        </w:rPr>
        <w:t xml:space="preserve">[24:42] </w:t>
      </w:r>
      <w:r>
        <w:t>lekin is char sciences tak pahunchne ke liye hazaron saal lag gaye.</w:t>
      </w:r>
    </w:p>
    <w:p>
      <w:pPr>
        <w:jc w:val="right"/>
      </w:pPr>
      <w:r>
        <w:t>لیکن اس چار سائنسز تک پہنچنے کے لیے ہزاروں سال لگ گئے۔</w:t>
      </w:r>
    </w:p>
    <w:p>
      <w:r>
        <w:rPr>
          <w:b/>
        </w:rPr>
        <w:t xml:space="preserve">[24:51] </w:t>
      </w:r>
      <w:r>
        <w:t>to aankh ka ilaaj daryaft hua. aainak daryaft hui. aur hum andhe hone se bach gaye. maine khud apni aankhon se dekha bachpan mein aise log jab aainak jab science itna zyada aankh ka ilaaj nahi aaya duniya mein to meri aankhon ke samne aise log andhe ho gaye.</w:t>
      </w:r>
    </w:p>
    <w:p>
      <w:pPr>
        <w:jc w:val="right"/>
      </w:pPr>
      <w:r>
        <w:t>تو آنکھ کا علاج دریافت ہوا۔ عینک دریافت ہوئی۔ اور ہم اندھے ہونے سے بچ گئے۔ میں نے خود اپنی آنکھوں سے دیکھا بچپن میں ایسے لوگ جب عینک جب سائنس اتنا زیادہ آنکھ کا علاج نہیں آیا دنیا میں تو میری آنکھوں کے سامنے ایسے لوگ اندھے ہو گئے۔</w:t>
      </w:r>
    </w:p>
    <w:p>
      <w:r>
        <w:rPr>
          <w:b/>
        </w:rPr>
        <w:t xml:space="preserve">[25:12] </w:t>
      </w:r>
      <w:r>
        <w:t>ab jo hai meri aankh mein bohat sare problem hain. Nada mein ek doctor chaudhry hai mera ilaaj muft karte hain.</w:t>
      </w:r>
    </w:p>
    <w:p>
      <w:pPr>
        <w:jc w:val="right"/>
      </w:pPr>
      <w:r>
        <w:t>اب جو ہے میری آنکھ میں بہت سارے پرابلم ہیں۔ ناڈا میں ایک ڈاکٹر چوہدری ہے میرا علاج مفت کرتے ہیں۔</w:t>
      </w:r>
    </w:p>
    <w:p>
      <w:r>
        <w:rPr>
          <w:b/>
        </w:rPr>
        <w:t xml:space="preserve">[25:21] </w:t>
      </w:r>
      <w:r>
        <w:t>dawa bhi muft dete hain.</w:t>
      </w:r>
    </w:p>
    <w:p>
      <w:pPr>
        <w:jc w:val="right"/>
      </w:pPr>
      <w:r>
        <w:t>دوا بھی مفت دیتے ہیں۔</w:t>
      </w:r>
    </w:p>
    <w:p>
      <w:r>
        <w:rPr>
          <w:b/>
        </w:rPr>
        <w:t xml:space="preserve">[25:25] </w:t>
      </w:r>
      <w:r>
        <w:t>yani ilaaj bhi muft karte hain. fees bhi nahi lete aur dawa bhi muft dete hain. ab woh yahan tak kehte hain ke aap khud na aaiye hum aap ke ghar mein aa ke dekh len ge. to ghor kijiye ke main nafrat karta kar sakta hoon insaan se.</w:t>
      </w:r>
    </w:p>
    <w:p>
      <w:pPr>
        <w:jc w:val="right"/>
      </w:pPr>
      <w:r>
        <w:t>یعنی علاج بھی مفت کرتے ہیں۔ فیس بھی نہیں لیتے اور دوا بھی مفت دیتے ہیں۔ اب وہ یہاں تک کہتے ہیں کہ آپ خود نہ آئیے ہم آپ کے گھر میں آ کے دیکھ لیں گے۔ تو غور کیجیے کہ میں نفرت کرتا کر سکتا ہوں انسان سے۔</w:t>
      </w:r>
    </w:p>
    <w:p>
      <w:r>
        <w:rPr>
          <w:b/>
        </w:rPr>
        <w:t xml:space="preserve">[25:39] </w:t>
      </w:r>
      <w:r>
        <w:t>yeh hai ideology of love.</w:t>
      </w:r>
    </w:p>
    <w:p>
      <w:pPr>
        <w:jc w:val="right"/>
      </w:pPr>
      <w:r>
        <w:t>یہ ہے آئیڈیالوجی آف لو۔</w:t>
      </w:r>
    </w:p>
    <w:p>
      <w:r>
        <w:rPr>
          <w:b/>
        </w:rPr>
        <w:t xml:space="preserve">[25:44] </w:t>
      </w:r>
      <w:r>
        <w:t>yeh ideology of love is ka naam hai. to ideology of love jo hai woh sochne se milti hai.</w:t>
      </w:r>
    </w:p>
    <w:p>
      <w:pPr>
        <w:jc w:val="right"/>
      </w:pPr>
      <w:r>
        <w:t>یہ آئیڈیالوجی آف لو اس کا نام ہے۔ تو آئیڈیالوجی آف لو جو ہے وہ سوچنے سے ملتی ہے۔</w:t>
      </w:r>
    </w:p>
    <w:p>
      <w:r>
        <w:rPr>
          <w:b/>
        </w:rPr>
        <w:t xml:space="preserve">[25:52] </w:t>
      </w:r>
      <w:r>
        <w:t>tadabbur se milti hai. tafakkur se milti hai. ta'aqqul se milti hai.</w:t>
      </w:r>
    </w:p>
    <w:p>
      <w:pPr>
        <w:jc w:val="right"/>
      </w:pPr>
      <w:r>
        <w:t>تدبر سے ملتی ہے۔ تفکر سے ملتی ہے۔ تعقل سے ملتی ہے۔</w:t>
      </w:r>
    </w:p>
    <w:p>
      <w:r>
        <w:rPr>
          <w:b/>
        </w:rPr>
        <w:t xml:space="preserve">[25:59] </w:t>
      </w:r>
      <w:r>
        <w:t>to yeh jo usool hai love your enemy ya duniya se mohabbat karo.</w:t>
      </w:r>
    </w:p>
    <w:p>
      <w:pPr>
        <w:jc w:val="right"/>
      </w:pPr>
      <w:r>
        <w:t>تو یہ جو اصول ہے لو یور اینمی یا دنیا سے محبت کرو۔</w:t>
      </w:r>
    </w:p>
    <w:p>
      <w:r>
        <w:rPr>
          <w:b/>
        </w:rPr>
        <w:t xml:space="preserve">[26:08] </w:t>
      </w:r>
      <w:r>
        <w:t>to yeh maujood hai muddaton se lekin logon ko dekhen aap mein jahan bhi jata hoon har ek ke dil mein nafrat har ek ke dil mein nafrat</w:t>
      </w:r>
    </w:p>
    <w:p>
      <w:pPr>
        <w:jc w:val="right"/>
      </w:pPr>
      <w:r>
        <w:t>تو یہ موجود ہے مدتوں سے لیکن لوگوں کو دیکھیں آپ میں جہاں بھی جاتا ہوں ہر ایک کے دل میں نفرت ہر ایک کے دل میں نفرت</w:t>
      </w:r>
    </w:p>
    <w:p>
      <w:r>
        <w:rPr>
          <w:b/>
        </w:rPr>
        <w:t xml:space="preserve">[26:18] </w:t>
      </w:r>
      <w:r>
        <w:t>main ne kisi ko paya nahi is hamare is mission mein to Allah ke fazl se logon ke andar nafrat nahi hai lekin jahan mein jata hoon har ek nafrat ki boli bolta hai.</w:t>
      </w:r>
    </w:p>
    <w:p>
      <w:pPr>
        <w:jc w:val="right"/>
      </w:pPr>
      <w:r>
        <w:t>میں نے کسی کو پایا نہیں اس ہمارے اس مشن میں تو اللہ کے فضل سے لوگوں کے اندر نفرت نہیں ہے لیکن جہاں میں جاتا ہوں ہر ایک نفرت کی بولی بولتا ہے۔</w:t>
      </w:r>
    </w:p>
    <w:p>
      <w:r>
        <w:rPr>
          <w:b/>
        </w:rPr>
        <w:t xml:space="preserve">[26:29] </w:t>
      </w:r>
      <w:r>
        <w:t>kyun unhon ne ideology daryaft nahi ki unhein pata nahi ke jis woh jis jo jis jis sahaba ne hayat ke darmiyan jeete hain jin sawariyon par chalte hain jis furniture par baithte hain jo ghar woh banate hain is ke peeche insani qurbaniyan hain</w:t>
      </w:r>
    </w:p>
    <w:p>
      <w:pPr>
        <w:jc w:val="right"/>
      </w:pPr>
      <w:r>
        <w:t>کیوں انہوں نے آئیڈیالوجی دریافت نہیں کی انہیں پتہ نہیں کہ جس وہ جس جو جس جس صحابہ نے حیات کے درمیان جیتے ہیں جن سواریوں پر چلتے ہیں جس فرنیچر پر بیٹھتے ہیں جو گھر وہ بناتے ہیں اس کے پیچھے انسانی قربانیاں ہیں</w:t>
      </w:r>
    </w:p>
    <w:p>
      <w:r>
        <w:rPr>
          <w:b/>
        </w:rPr>
        <w:t xml:space="preserve">[26:48] </w:t>
      </w:r>
      <w:r>
        <w:t>insan ne hazaron saal tehqeeq kiya hazaron saal apni umrein sirf kar dein logon ne tab yeh tamaddun bana tab yeh city planning aayi tab yeh architecture bana tab yeh masheenain banin tab yeh camera bana tab yeh bijli bani</w:t>
      </w:r>
    </w:p>
    <w:p>
      <w:pPr>
        <w:jc w:val="right"/>
      </w:pPr>
      <w:r>
        <w:t>انسان نے ہزاروں سال تحقیق کیا ہزاروں سال اپنی عمریں صرف کر دیں لوگوں نے تب یہ تمدن بنا تب یہ سٹی پلاننگ آئی تب یہ آرکیٹیکچر بنا تب یہ مشینیں بنیں تب یہ کیمرہ بنا تب یہ بجلی بنی</w:t>
      </w:r>
    </w:p>
    <w:p>
      <w:r>
        <w:rPr>
          <w:b/>
        </w:rPr>
        <w:t xml:space="preserve">[27:11] </w:t>
      </w:r>
      <w:r>
        <w:t>to yeh jab hua jab ke hum ne spirituality ko mind base banaya mind base discipline jab tak spirituality heart base thi dunya ko kuch bhi pata nahi tha phir dekhein yeh jitne log hain dunya mein beshtar log balkay shayad sabhi log tension mein jeete hain jis ko di gayi tension mein tension kyun hota hai tension insan ko le kar hota hai</w:t>
      </w:r>
    </w:p>
    <w:p>
      <w:pPr>
        <w:jc w:val="right"/>
      </w:pPr>
      <w:r>
        <w:t>تو یہ جب ہوا جب کہ ہم نے اسپیریچولیٹی کو مائنڈ بیس بنایا مائنڈ بیس ڈسپلن جب تک اسپیریچولیٹی ہارٹ بیس تھی دنیا کو کچھ بھی پتہ نہیں تھا پھر دیکھیں یہ جتنے لوگ ہیں دنیا میں بیشتر لوگ بلکہ شاید سبھی لوگ ٹینشن میں جیتے ہیں جس کو دی گئی ٹینشن میں ٹینشن کیوں ہوتا ہے ٹینشن انسان کو لے کر ہوتا ہے</w:t>
      </w:r>
    </w:p>
    <w:p>
      <w:r>
        <w:rPr>
          <w:b/>
        </w:rPr>
        <w:t xml:space="preserve">[27:40] </w:t>
      </w:r>
      <w:r>
        <w:t>kisi ko suraj se thori tension hota hai kya koi aisa aadmi paya aap ne jo galaxy ke liye tension para hua ho tension ke khilaf is ko woh galaxy ke khilaf is ko tension aata ho ya samundaron ke liye koi le kar woh tension is ke andar ho tension insan ko le kar hota hai kyun insan ki jo aap ke sath sulook hai us ki khabar nahi aap ko</w:t>
      </w:r>
    </w:p>
    <w:p>
      <w:pPr>
        <w:jc w:val="right"/>
      </w:pPr>
      <w:r>
        <w:t>کسی کو سورج سے تھوڑی ٹینشن ہوتا ہے کیا کوئی ایسا آدمی پایا آپ نے جو گلیکسی کے لیے ٹینشن پڑا ہوا ہو ٹینشن کے خلاف اس کو وہ گلیکسی کے خلاف اس کو ٹینشن آتا ہو یا سمندروں کے لیے کوئی لے کر وہ ٹینشن اس کے اندر ہو ٹینشن انسان کو لے کر ہوتا ہے کیوں انسان کی جو آپ کے ساتھ سلوک ہے اس کی خبر نہیں آپ کو</w:t>
      </w:r>
    </w:p>
    <w:p>
      <w:r>
        <w:rPr>
          <w:b/>
        </w:rPr>
        <w:t xml:space="preserve">[28:06] </w:t>
      </w:r>
      <w:r>
        <w:t>jab aap kisi insan ko le kar tension mein parte hain to goya ke aap acknowledge nahi kar kar rahe hain is ki is ke contribution ko</w:t>
      </w:r>
    </w:p>
    <w:p>
      <w:pPr>
        <w:jc w:val="right"/>
      </w:pPr>
      <w:r>
        <w:t>جب آپ کسی انسان کو لے کر ٹینشن میں پڑتے ہیں تو گویا کہ آپ اکنالج نہیں کر کر رہے ہیں اس کی اس کے کنٹریبیوشن کو</w:t>
      </w:r>
    </w:p>
    <w:p>
      <w:r>
        <w:rPr>
          <w:b/>
        </w:rPr>
        <w:t xml:space="preserve">[28:17] </w:t>
      </w:r>
      <w:r>
        <w:t>mein to jab joota pehanta hoon to yaqeen kijiye sochta hoon ke insan ne kitni mehnat kar ke mere liye joota banaya pehle zamanay hum ne dekha hai aise jangalon mein hum gaye hain jo chappalein pehnte thay pehle log woh hum pehan nahi sakte</w:t>
      </w:r>
    </w:p>
    <w:p>
      <w:pPr>
        <w:jc w:val="right"/>
      </w:pPr>
      <w:r>
        <w:t>میں تو جب جوتا پہنتا ہوں تو یقین کیجیے سوچتا ہوں کہ انسان نے کتنی محنت کر کے میرے لیے جوتا بنایا پہلے زمانے ہم نے دیکھا ہے ایسے جنگلوں میں ہم گئے ہیں جو چپلیں پہنتے تھے پہلے لوگ وہ ہم پہن نہیں سکتے</w:t>
      </w:r>
    </w:p>
    <w:p>
      <w:r>
        <w:rPr>
          <w:b/>
        </w:rPr>
        <w:t xml:space="preserve">[28:33] </w:t>
      </w:r>
      <w:r>
        <w:t>is ko itna kadda itna yani bohat hi zyada yani museebat hoti thi is ko pehanna mein ne khud us zamanay mein lakri ka woh pehna hai bar bar toot lakri yeh khoon behta rehta tha bachpan ke zamanay mein to aaj jo joota pehnte hain custom base shoe is ko banane ke peeche hazaron saal ki tareekh hai</w:t>
      </w:r>
    </w:p>
    <w:p>
      <w:pPr>
        <w:jc w:val="right"/>
      </w:pPr>
      <w:r>
        <w:t>اس کو اتنا کڑا اتنا یعنی بہت ہی زیادہ یعنی مصیبت ہوتی تھی اس کو پہننا میں نے خود اس زمانے میں لکڑی کا وہ پہنا ہے بار بار ٹوٹ لکڑی یہ خون بہتا رہتا تھا بچپن کے زمانے میں تو آج جو جوتا پہنتے ہیں کسٹم بیس شو اس کو بنانے کے پیچھے ہزاروں سال کی تاریخ ہے</w:t>
      </w:r>
    </w:p>
    <w:p>
      <w:r>
        <w:rPr>
          <w:b/>
        </w:rPr>
        <w:t xml:space="preserve">[29:00] </w:t>
      </w:r>
      <w:r>
        <w:t>to jab aap joota paon mein dalen aur sochen ke insan ne kitni qurbaniyan ki hain tab ja kar yeh custom base shoe bhi hasil hua to aap ke dil mein sirf sirf khair khwahi aaye gi sirf mohabbat aaye gi lekin mohabbat na musalmanon mein hai na doosron doosre logon mein kisi ko kisi ne ideology of love daryaft nahi ki</w:t>
      </w:r>
    </w:p>
    <w:p>
      <w:pPr>
        <w:jc w:val="right"/>
      </w:pPr>
      <w:r>
        <w:t>تو جب آپ جوتا پاؤں میں ڈالیں اور سوچیں کہ انسان نے کتنی قربانیاں کی ہیں تب جا کر یہ کسٹم بیس شو بھی حاصل ہوا تو آپ کے دل میں صرف صرف خیر خواہی آئے گی صرف محبت آئے گی لیکن محبت نہ مسلمانوں میں ہے نہ دوسروں دوسرے لوگوں میں کسی کو کسی نے آئیڈیالوجی آف لو دریافت نہیں کی</w:t>
      </w:r>
    </w:p>
    <w:p>
      <w:r>
        <w:rPr>
          <w:b/>
        </w:rPr>
        <w:t xml:space="preserve">[29:25] </w:t>
      </w:r>
      <w:r>
        <w:t>daryaft is liye nahi ki ke jo is ka jo discipline hai yani spirituality is ko bana rakha hai dil par aise dil par banana kaise hai ise hath banana aap chahen ke hath bolay to kaise bolay ga aap chahen ke nakhun bolay to kaise bolay ga aap chahen ke baal bolay to kaise bolay ga aise hi namumkin hai ke dil sochey</w:t>
      </w:r>
    </w:p>
    <w:p>
      <w:pPr>
        <w:jc w:val="right"/>
      </w:pPr>
      <w:r>
        <w:t>دریافت اس لیے نہیں کی کہ جو اس کا جو ڈسپلن ہے یعنی اسپیریچولیٹی اس کو بنا رکھا ہے دل پر ایسے دل پر بنانا کیسے ہے اسے ہاتھ بنانا آپ چاہیں کہ ہاتھ بولے تو کیسے بولے گا آپ چاہیں کہ ناخن بولے تو کیسے بولے گا آپ چاہیں کہ بال بولے تو کیسے بولے گا ایسے ہی ناممکن ہے کہ دل سوچے</w:t>
      </w:r>
    </w:p>
    <w:p>
      <w:r>
        <w:rPr>
          <w:b/>
        </w:rPr>
        <w:t xml:space="preserve">[29:55] </w:t>
      </w:r>
      <w:r>
        <w:t>jis tarah yeh baal soch nahi sakta yeh ungli soch nahi sakti aise dil bhi soch nahi sakta hazaron saal se baray baray buzurg paida hue hain bas dil mein meditate kar rahe hain dil mein dhyan gyan kar rahe hain dil se nikal rahe hain jahan kuch hai hi nahi aql ko istemal nahi kar rahe hain</w:t>
      </w:r>
    </w:p>
    <w:p>
      <w:pPr>
        <w:jc w:val="right"/>
      </w:pPr>
      <w:r>
        <w:t>جس طرح یہ بال سوچ نہیں سکتا یہ انگلی سوچ نہیں سکتی ایسے دل بھی سوچ نہیں سکتا ہزاروں سال سے بڑے بڑے بزرگ پیدا ہوئے ہیں بس دل میں میڈیٹیٹ کر رہے ہیں دل میں دھیان گان کر رہے ہیں دل سے نکال رہے ہیں جہاں کچھ ہے ہی نہیں عقل کو استعمال نہیں کر رہے ہیں</w:t>
      </w:r>
    </w:p>
    <w:p>
      <w:r>
        <w:rPr>
          <w:b/>
        </w:rPr>
        <w:t xml:space="preserve">[30:16] </w:t>
      </w:r>
      <w:r>
        <w:t>sari sciences taraqqi kar rahi hain kyun woh mabni bar aql hain mind based hain aur spiritual science taraqqi nahi kar rahi kyunke woh babri bar heart bana rakha hai is ko to insan bhtai mein jeeta hai insan nafrat mein jeeta hai insan tension mein jeeta hai kyun is ka jo source tha woh to woh spirituality thi aur spirituality ko unhon ne aisa bana rakha hai ke wahan</w:t>
      </w:r>
    </w:p>
    <w:p>
      <w:pPr>
        <w:jc w:val="right"/>
      </w:pPr>
      <w:r>
        <w:t>ساری سائنسز ترقی کر رہی ہیں کیوں وہ مبنی بر عقل ہیں مائنڈ بیسڈ ہیں اور اسپیریچول سائنس ترقی نہیں کر رہی کیونکہ وہ ببری برہاٹ بنا رکھا ہے اس کو تو انسان بتھائی میں جیتا ہے انسان نفرت میں جیتا ہے انسان ٹینشن میں جیتا ہے کیوں اس کا جو سورس تھا وہ تو وہ اسپیریچولیٹی تھی اور اسپیریچولیٹی کو انہوں نے ایسا بنا رکھا ہے کہ وہاں</w:t>
      </w:r>
    </w:p>
    <w:p>
      <w:r>
        <w:rPr>
          <w:b/>
        </w:rPr>
        <w:t xml:space="preserve">[30:45] </w:t>
      </w:r>
      <w:r>
        <w:t>kuch yani sirf qisse kahaniyan hain aur kuch nahi</w:t>
      </w:r>
    </w:p>
    <w:p>
      <w:pPr>
        <w:jc w:val="right"/>
      </w:pPr>
      <w:r>
        <w:t>کچھ یعنی صرف قصے کہانیاں ہیں اور کچھ نہیں</w:t>
      </w:r>
    </w:p>
    <w:p>
      <w:r>
        <w:rPr>
          <w:b/>
        </w:rPr>
        <w:t xml:space="preserve">[30:50] </w:t>
      </w:r>
      <w:r>
        <w:t>qisse kahaniyon ke siwa kuch bhi nahi hai dekhen</w:t>
      </w:r>
    </w:p>
    <w:p>
      <w:pPr>
        <w:jc w:val="right"/>
      </w:pPr>
      <w:r>
        <w:t>قصے کہانیوں کے سوا کچھ بھی نہیں ہے دیکھیں</w:t>
      </w:r>
    </w:p>
    <w:p>
      <w:r>
        <w:rPr>
          <w:b/>
        </w:rPr>
        <w:t xml:space="preserve">[30:54] </w:t>
      </w:r>
      <w:r>
        <w:t>is ka nuqsanat dekhiye</w:t>
      </w:r>
    </w:p>
    <w:p>
      <w:pPr>
        <w:jc w:val="right"/>
      </w:pPr>
      <w:r>
        <w:t>اس کا نقصانات دیکھیے</w:t>
      </w:r>
    </w:p>
    <w:p>
      <w:r>
        <w:rPr>
          <w:b/>
        </w:rPr>
        <w:t xml:space="preserve">[30:58] </w:t>
      </w:r>
      <w:r>
        <w:t>is ka nuqsan yani mabni bar qalb jo tazkiya mabni bar qalb</w:t>
      </w:r>
    </w:p>
    <w:p>
      <w:pPr>
        <w:jc w:val="right"/>
      </w:pPr>
      <w:r>
        <w:t>اس کا نقصان یعنی مبنی بر قلب جو تزکیہ مبنی بر قلب</w:t>
      </w:r>
    </w:p>
    <w:p>
      <w:r>
        <w:rPr>
          <w:b/>
        </w:rPr>
        <w:t xml:space="preserve">[31:06] </w:t>
      </w:r>
      <w:r>
        <w:t>rohaniyat ka tasawwur aaya musalmanon mein to jante hain kya hua</w:t>
      </w:r>
    </w:p>
    <w:p>
      <w:pPr>
        <w:jc w:val="right"/>
      </w:pPr>
      <w:r>
        <w:t>روحانیت کا تصور آیا مسلمانوں میں تو جانتے ہیں کیا ہوا</w:t>
      </w:r>
    </w:p>
    <w:p>
      <w:r>
        <w:rPr>
          <w:b/>
        </w:rPr>
        <w:t xml:space="preserve">[31:15] </w:t>
      </w:r>
      <w:r>
        <w:t>insan ki khair khwahi ko woh daryaft nahi kar sake kyunke woh daryaft karne ka hoti thi mind se wahan hoti thi aur mind se alag kar diya is ko to kya hua dawat ghayab ho gayi poori ummat e muslema mein dawat ghayab hai mili kaam ho rahe hain mili kaam to khoob khoob ho rahe hain dawat ghayab hai</w:t>
      </w:r>
    </w:p>
    <w:p>
      <w:pPr>
        <w:jc w:val="right"/>
      </w:pPr>
      <w:r>
        <w:t>انسان کی خیر خواہی کو وہ دریافت نہیں کر سکے کیونکہ وہ دریافت کرنے کا ہوتی تھی مائنڈ سے وہاں ہوتی تھی اور مائنڈ سے الگ کر دیا اس کو تو کیا ہوا دعوت غائب ہو گئی پوری امت مسلمہ میں دعوت غائب ہے ملی کام ہو رہے ہیں ملی کام تو خوب خوب ہو رہے ہیں دعوت غائب ہے</w:t>
      </w:r>
    </w:p>
    <w:p>
      <w:r>
        <w:rPr>
          <w:b/>
        </w:rPr>
        <w:t xml:space="preserve">[31:38] </w:t>
      </w:r>
      <w:r>
        <w:t>kyun dekhen peghambar ne kaha tha inni lakum naseh mein tumhara khair khwah hoon yani dawat ki buniyad hai khair khwahi dawat out of blushing hoti hai</w:t>
      </w:r>
    </w:p>
    <w:p>
      <w:pPr>
        <w:jc w:val="right"/>
      </w:pPr>
      <w:r>
        <w:t>کیوں دیکھیں پیغمبر نے کہا تھا انی لکم ناصح میں تمہارا خیر خواہ ہوں یعنی دعوت کی بنیاد ہے خیر خواہی دعوت اؤٹ اف بلوشنگ ہوتی ہے</w:t>
      </w:r>
    </w:p>
    <w:p>
      <w:r>
        <w:rPr>
          <w:b/>
        </w:rPr>
        <w:t xml:space="preserve">[31:55] </w:t>
      </w:r>
      <w:r>
        <w:t>jab insan ke dil mein aap ke liye khair khwahi ka samandar ubalta hai jab insan ke liye aap ke dil mein mohabbat ka samandar ubalta hai tab aap kehte hain dorr ke batao is ko sachai batao is ko ke khuda ka kaise plan kiya hai batao is ko ke marne ke baad kya pesh aane wala hai woh woh jazba khair khwahi jo insan ke liye hai woh hai</w:t>
      </w:r>
    </w:p>
    <w:p>
      <w:pPr>
        <w:jc w:val="right"/>
      </w:pPr>
      <w:r>
        <w:t>جب انسان کے دل میں آپ کے لیے خیر خواہی کا سمندر ابلتا ہے جب انسان کے لیے آپ کے دل میں محبت کا سمندر ابلتا ہے تب آپ کہتے ہیں دوڑ کے بتاؤ اس کو سچائی بتاؤ اس کو کہ خدا کا کیسے پلان کیا ہے بتاؤ اس کو کہ مرنے کے بعد کیا پیش آنے والا ہے وہ وہ جذبہ خیر خواہی جو انسان کے لیے ہے وہ ہے</w:t>
      </w:r>
    </w:p>
    <w:p>
      <w:r>
        <w:rPr>
          <w:b/>
        </w:rPr>
        <w:t xml:space="preserve">[32:21] </w:t>
      </w:r>
      <w:r>
        <w:t>ab aap agar yeh sochen ke insan ne mujhe itna kuch diya hai insani ke architecture se mein ne yeh ghar banaya insani ke science se mein ne is ka mujhe yeh kapra mila insani ke science se mujhe yeh camera mila insani ke science se mujhe sound yeh yeh loud speaker mila</w:t>
      </w:r>
    </w:p>
    <w:p>
      <w:pPr>
        <w:jc w:val="right"/>
      </w:pPr>
      <w:r>
        <w:t>اب آپ اگر یہ سوچیں کہ انسان نے مجھے اتنا کچھ دیا ہے انسانی کے آرکیٹیکچر سے میں نے یہ گھر بنایا انسانی کے سائنس سے میں نے اس کا مجھے یہ کپڑا ملا انسانی کی سائنس سے مجھے یہ کیمرہ ملا انسانی کی سائنس سے مجھے ساؤنڈ یہ یہ لاؤڈ سپیکر ملا</w:t>
      </w:r>
    </w:p>
    <w:p>
      <w:r>
        <w:rPr>
          <w:b/>
        </w:rPr>
        <w:t xml:space="preserve">[32:44] </w:t>
      </w:r>
      <w:r>
        <w:t>yeh aainak se le kar ke hawai jahaz tak har cheez mujhe insan ne di hazaron saal ki tehqeeq research ke baad kaha poori insan poora mankind jo hai mere liye laga hua hai laga hua hai laga hua hai to aap chahen ge ke mujhe bhi to kuch dena hai</w:t>
      </w:r>
    </w:p>
    <w:p>
      <w:pPr>
        <w:jc w:val="right"/>
      </w:pPr>
      <w:r>
        <w:t>یہ عینک سے لے کر کے ہوائی جہاز تک ہر چیز مجھے انسان نے دی ہزاروں سال کی تحقیق ریسرچ کے بعد کہا پوری انسان پورا مین کائنڈ جو ہے میرے لیے لگا ہوا ہے لگا ہوا ہے لگا ہوا ہے تو آپ چاہیں گے کہ مجھے بھی تو کچھ دینا ہے</w:t>
      </w:r>
    </w:p>
    <w:p>
      <w:r>
        <w:rPr>
          <w:b/>
        </w:rPr>
        <w:t xml:space="preserve">[33:03] </w:t>
      </w:r>
      <w:r>
        <w:t>to aap sochen ke mere paas sachai hai mere paas quran hai to dorren ge aap us insan ko dene ke liye jo aap ke liye falan ho gaya kitne scientist jo hain un ke aap halaat ko parhiye ke woh aag kahin kahin jal gaye kahin hath kat gaya un ka kahin zehar kha kar marna mar gaye is ke is ka tajruba karte hue</w:t>
      </w:r>
    </w:p>
    <w:p>
      <w:pPr>
        <w:jc w:val="right"/>
      </w:pPr>
      <w:r>
        <w:t>تو آپ سوچیں کہ میرے پاس سچائی ہے میرے پاس قران ہے تو دوڑیں گے آپ اس انسان کو دینے کے لیے جو آپ کے لیے فلاں ہو گیا کتنے سائنس دان جو ہیں ان کے آپ حالات کو پڑھیے کہ وہ اگ کہیں کہیں جل گئے کہیں ہاتھ کٹ گیا ان کا کہیں زہر کھا کر مرنا مر گئے اس کے اس کا تجربہ کرتے ہوئے</w:t>
      </w:r>
    </w:p>
    <w:p>
      <w:r>
        <w:rPr>
          <w:b/>
        </w:rPr>
        <w:t xml:space="preserve">[33:29] </w:t>
      </w:r>
      <w:r>
        <w:t>yani beshumar zindagiyaan fana hui hain tabhi ap ko bijli mili hai tab ap ko pankha mila hai tab ap ko yeh yeh yeh yeh yeh yeh computer mila hai aise thori mil gaya aasani se beshumar paisa beshumar zindagiyaan is mein tabah hui hain is mein waqf hui hain tab ja ke mila hai ise</w:t>
      </w:r>
    </w:p>
    <w:p>
      <w:pPr>
        <w:jc w:val="right"/>
      </w:pPr>
      <w:r>
        <w:t>یعنی بے شمار زندگیاں فنا ہوئی ہیں تبھی اپ کو بجلی ملی ہے تب اپ کو پنکھا ملا ہے تب اپ کو یہ یہ یہ یہ یہ یہ کمپیوٹر ملا ہے ایسے تھوڑی مل گیا اسانی سے بے شمار پیسہ بے شمار زندگیاں اس میں تباہ ہوئی ہیں اس میں وقف ہوئی ہیں تب جا کے ملا ہے اسے</w:t>
      </w:r>
    </w:p>
    <w:p>
      <w:r>
        <w:rPr>
          <w:b/>
        </w:rPr>
        <w:t xml:space="preserve">[33:53] </w:t>
      </w:r>
      <w:r>
        <w:t>to jab yeh aap ke cinema jab aap ko yaad aaye to aap kahenge ke kam se</w:t>
      </w:r>
    </w:p>
    <w:p>
      <w:pPr>
        <w:jc w:val="right"/>
      </w:pPr>
      <w:r>
        <w:t>تو جب یہ اپ کے سینما جب اپ کو یاد ائے تو اپ کہیں گے کہ کم سے</w:t>
      </w:r>
    </w:p>
    <w:p>
      <w:r>
        <w:rPr>
          <w:b/>
        </w:rPr>
        <w:t xml:space="preserve">[33:58] </w:t>
      </w:r>
      <w:r>
        <w:t>kam itna to mujhe karoon</w:t>
      </w:r>
    </w:p>
    <w:p>
      <w:pPr>
        <w:jc w:val="right"/>
      </w:pPr>
      <w:r>
        <w:t>کم اتنا تو مجھے کروں</w:t>
      </w:r>
    </w:p>
    <w:p>
      <w:r>
        <w:rPr>
          <w:b/>
        </w:rPr>
        <w:t xml:space="preserve">[34:02] </w:t>
      </w:r>
      <w:r>
        <w:t>mein un ke un ko zyada nahi kaskata itna to karoon ke sachai pohnchaon</w:t>
      </w:r>
    </w:p>
    <w:p>
      <w:pPr>
        <w:jc w:val="right"/>
      </w:pPr>
      <w:r>
        <w:t>میں ان کے ان کو زیادہ نہیں کسکتا اتنا تو کروں کہ سچائی پہنچاؤں</w:t>
      </w:r>
    </w:p>
    <w:p>
      <w:r>
        <w:rPr>
          <w:b/>
        </w:rPr>
        <w:t xml:space="preserve">[34:07] </w:t>
      </w:r>
      <w:r>
        <w:t>sachai pohnchaon un ko to phir aap quran le kar dorengay aap allah ke kalam ko le</w:t>
      </w:r>
    </w:p>
    <w:p>
      <w:pPr>
        <w:jc w:val="right"/>
      </w:pPr>
      <w:r>
        <w:t>سچائی پہنچاؤں ان کو تو پھر اپ قران لے کر دوڑیں گے اپ اللہ کے کلام کو لے</w:t>
      </w:r>
    </w:p>
    <w:p>
      <w:r>
        <w:rPr>
          <w:b/>
        </w:rPr>
        <w:t xml:space="preserve">[34:13] </w:t>
      </w:r>
      <w:r>
        <w:t>kar dorengay aye insan mere pas tere rab ka</w:t>
      </w:r>
    </w:p>
    <w:p>
      <w:pPr>
        <w:jc w:val="right"/>
      </w:pPr>
      <w:r>
        <w:t>کر دوڑیں گے اے انسان میرے پاس تیرے رب کا</w:t>
      </w:r>
    </w:p>
    <w:p>
      <w:r>
        <w:rPr>
          <w:b/>
        </w:rPr>
        <w:t xml:space="preserve">[34:19] </w:t>
      </w:r>
      <w:r>
        <w:t>paigham hai</w:t>
      </w:r>
    </w:p>
    <w:p>
      <w:pPr>
        <w:jc w:val="right"/>
      </w:pPr>
      <w:r>
        <w:t>پیغام ہے</w:t>
      </w:r>
    </w:p>
    <w:p>
      <w:r>
        <w:rPr>
          <w:b/>
        </w:rPr>
        <w:t xml:space="preserve">[34:23] </w:t>
      </w:r>
      <w:r>
        <w:t>aey insan tu ne mujhe bohat kuch diya hai mere paas kuch dene ke liye tere rab ka paigham hai yeh mein tere paas le kar aya hoon lekin musalmanon ke dil se khair khwahi nikal gayi mohabbat nikal gayi is liye dawat bhi nikal gayi aise musalmanon ko jeene ka haq nahi hai is zameen par kyun kyun haq kis liye kis haq se jee rahe hain zameen par</w:t>
      </w:r>
    </w:p>
    <w:p>
      <w:pPr>
        <w:jc w:val="right"/>
      </w:pPr>
      <w:r>
        <w:t>اے انسان تو نے مجھے بہت کچھ دیا ہے میرے پاس کچھ دینے کے لیے تیرے رب کا پیغام ہے یہ میں تیرے پاس لے کر ایا ہوں لیکن مسلمانوں کے دل سے خیر خواہی نکل گئی محبت نکل گئی اس لیے دعوت بھی نکل گئی ایسے مسلمانوں کو جینے کا حق نہیں ہے اس زمین پر کیوں کیوں حق کس لیے کس حق سے جی رہے ہیں زمین پر</w:t>
      </w:r>
    </w:p>
    <w:p>
      <w:r>
        <w:rPr>
          <w:b/>
        </w:rPr>
        <w:t xml:space="preserve">[34:49] </w:t>
      </w:r>
      <w:r>
        <w:t>un ka case jab ban gaya yeh case bil mushkil al nas mushkil allah na woh insan ko acknowledge karte na woh khuda ko acknowledge karte na insan ke liye un ke dil mein khair khwahi hai na allah ke hukum ko le kar ke insan ko dawat pohanchane ka jazba hai mein samajhta hoon is ne un ki zameen par rehne ka bhi haq nahi is liye zameen par chal phir rahe hain woh</w:t>
      </w:r>
    </w:p>
    <w:p>
      <w:pPr>
        <w:jc w:val="right"/>
      </w:pPr>
      <w:r>
        <w:t>ان کا کیس جب بن گیا یہ کیس بل مشکل الناس مشکل اللہ نہ وہ انسان کو اکنالج کرتے نہ وہ خدا کو اکنالج کرتے نہ انسان کے لیے ان کے دل میں خیر خواہی ہے نہ اللہ کے حکم کو لے کر کے انسان کو دعوت پہنچانے کا جذبہ ہے میں سمجھتا ہوں اس نے ان کی زمین پر رہنے کا بھی حق نہیں اس لیے زمین پر چل پھر رہے ہیں وہ</w:t>
      </w:r>
    </w:p>
    <w:p>
      <w:r>
        <w:rPr>
          <w:b/>
        </w:rPr>
        <w:t xml:space="preserve">[35:14] </w:t>
      </w:r>
      <w:r>
        <w:t>is sab ka raaz kya hai</w:t>
      </w:r>
    </w:p>
    <w:p>
      <w:pPr>
        <w:jc w:val="right"/>
      </w:pPr>
      <w:r>
        <w:t>اس سب کا راز کیا ہے</w:t>
      </w:r>
    </w:p>
    <w:p>
      <w:r>
        <w:rPr>
          <w:b/>
        </w:rPr>
        <w:t xml:space="preserve">[35:16] </w:t>
      </w:r>
      <w:r>
        <w:t>ideology of us yani jo ideology of love jo develop karna tha wo aap ne dekh kiya kyunke aap is ko dil mein dhoondte rahe dil mein dhoondte rahe halanke is ko aql aql aql zariye se dhoondna tha aap ko</w:t>
      </w:r>
    </w:p>
    <w:p>
      <w:pPr>
        <w:jc w:val="right"/>
      </w:pPr>
      <w:r>
        <w:t>ائیڈیالوجی اف اس یعنی جو ائیڈیالوجی اف لو جو ڈیولپ کرنا تھا وہ اپ نے دیکھ کیا کیونکہ اپ اس کو دل میں ڈھونڈتے رہے دل میں ڈھونڈتے رہے حالانکہ اس کو عقل عقل عقل ذریعے سے ڈھونڈنا تھا اپ کو</w:t>
      </w:r>
    </w:p>
    <w:p>
      <w:r>
        <w:rPr>
          <w:b/>
        </w:rPr>
        <w:t xml:space="preserve">[35:37] </w:t>
      </w:r>
      <w:r>
        <w:t>to dawat jo musalmanon mein ghayeb ho gayi hai isi liye ghayeb ho gayi hai ke ke sab kuch dil mein dhoond rahe hain jo ke hai hi nahi aql ko istemal nahi karte aam taur pe ye chala hua hai mazhabi halqe mein are bhai mazhab islam ka taaluq aql se nahi ye bilkul yani yani jhoot se zyada bari koi cheez ye hai koi ke aql se nahi</w:t>
      </w:r>
    </w:p>
    <w:p>
      <w:pPr>
        <w:jc w:val="right"/>
      </w:pPr>
      <w:r>
        <w:t>تو دعوت جو مسلمانوں میں غائب ہو گئی ہے اسی لیے غائب ہو گئی ہے کہ کہ سب کچھ دل میں ڈھونڈ رہے ہیں جو کہ ہے ہی نہیں عقل کو استعمال نہیں کرتے عام طور پہ یہ چلا ہوا ہے مذہبی حلقے میں ارے بھائی مذہب اسلام کا تعلق عقل سے نہیں یہ بالکل یعنی یعنی جھوٹ سے زیادہ بڑی کوئی چیز یہ ہے کوئی کہ عقل سے نہیں</w:t>
      </w:r>
    </w:p>
    <w:p>
      <w:r>
        <w:rPr>
          <w:b/>
        </w:rPr>
        <w:t xml:space="preserve">[36:02] </w:t>
      </w:r>
      <w:r>
        <w:t>quran to bhara hua hai infdhalk laiyat al-nihaya</w:t>
      </w:r>
    </w:p>
    <w:p>
      <w:pPr>
        <w:jc w:val="right"/>
      </w:pPr>
      <w:r>
        <w:t>قران تو بھرا ہوا ہے انفذالک لایت النہا</w:t>
      </w:r>
    </w:p>
    <w:p>
      <w:r>
        <w:rPr>
          <w:b/>
        </w:rPr>
        <w:t xml:space="preserve">[36:09] </w:t>
      </w:r>
      <w:r>
        <w:t>infiah qasab hajar afla taqilun afla tazakkurun yani quran mein bhara hua hai ke aql ko istemal karo aap kehte hain ke islam ka talluq aql se nahin hai yeh to jhoot se bari koi cheez hai is liye bari bari haqiqaten aap jo hain woh is se aap bekhabar hain</w:t>
      </w:r>
    </w:p>
    <w:p>
      <w:pPr>
        <w:jc w:val="right"/>
      </w:pPr>
      <w:r>
        <w:t>انفیہ قصب حجر افلا تعقلون افلا تذکرون یعنی قران میں بھرا ہوا ہے کہ عقل کو استعمال کرو اپ کہتے ہیں کہ اسلام کا تعلق عقل سے نہیں ہے یہ تو جھوٹ سے بڑی کوئی چیز ہے اس لیے بڑی بڑی حقیقتیں اپ جو ہیں وہ اس سے اپ بے خبر ہیں</w:t>
      </w:r>
    </w:p>
    <w:p>
      <w:r>
        <w:rPr>
          <w:b/>
        </w:rPr>
        <w:t xml:space="preserve">[36:29] </w:t>
      </w:r>
      <w:r>
        <w:t>jo bari bari haqiqaten hain bekhabar hain ab mein aik aur misal deta hoon aap ko musalmanon mein aik aqida hai jo bohat phaila hua us ko kehte hain shafaat sare musalman alam ghair alam mante hain ke bas rasool Allah qayamat mein aayenge aur gate par khare ho jayenge kahenge ke meri ummat ke logon ko dakhil karo un ko</w:t>
      </w:r>
    </w:p>
    <w:p>
      <w:pPr>
        <w:jc w:val="right"/>
      </w:pPr>
      <w:r>
        <w:t>جو بڑی بڑی حقیقتیں ہیں بے خبر ہیں اب میں ایک اور مثال دیتا ہوں اپ کو مسلمانوں میں ایک عقیدہ ہے جو بہت پھیلا ہوا اس کو کہتے ہیں شفاعت سارے مسلمان عالم غیر عالم مانتے ہیں کہ بس رسول اللہ قیامت میں ائیں گے اور گیٹ پر کھڑے ہو جائیں گے کہیں کہ میری امت کے لوگوں کو داخل کرو ان کو</w:t>
      </w:r>
    </w:p>
    <w:p>
      <w:r>
        <w:rPr>
          <w:b/>
        </w:rPr>
        <w:t xml:space="preserve">[36:52] </w:t>
      </w:r>
      <w:r>
        <w:t>to farishte gate chhod denge aur rasool Allah sari ummat ke logon ko dakhil kar denge aur jab tak dakhil ummat dakhil nahin hogi tab tak kisi ko dakhila nahin milega sab jhooti baaten hain kyunke quran mein nahin hai yaad rakhiye ke jab tak yeh quran mein na ho to mein is ko mein jhoot kahunga kahan quran mein hai ke shafaat se sab log jannat dakhil ho jayenge laisa lilinsani illa ma</w:t>
      </w:r>
    </w:p>
    <w:p>
      <w:pPr>
        <w:jc w:val="right"/>
      </w:pPr>
      <w:r>
        <w:t>تو فرشتے گیٹ چھوڑ دیں گے اور رسول اللہ ساری امت کے لوگوں کو داخل کر دیں گے اور جب تک داخل امت داخل نہیں ہوگی تب تک کسی کو داخلہ نہیں ملے گا سب جھوٹی باتیں ہیں کیونکہ قران میں نہیں ہے یاد رکھیے کہ جب تک یہ قران میں نہ ہو تو میں اس کو میں جھوٹ کہوں گا کہاں قران میں ہے کہ شفاعت سے سب لوگ جنت داخل ہو جائیں گے لیس للانسان الا ما</w:t>
      </w:r>
    </w:p>
    <w:p>
      <w:r>
        <w:rPr>
          <w:b/>
        </w:rPr>
        <w:t xml:space="preserve">[37:22] </w:t>
      </w:r>
      <w:r>
        <w:t>zalk jaza muntazka</w:t>
      </w:r>
    </w:p>
    <w:p>
      <w:pPr>
        <w:jc w:val="right"/>
      </w:pPr>
      <w:r>
        <w:t>ذالک جزا منتزکا</w:t>
      </w:r>
    </w:p>
    <w:p>
      <w:r>
        <w:rPr>
          <w:b/>
        </w:rPr>
        <w:t xml:space="preserve">[37:24] </w:t>
      </w:r>
      <w:r>
        <w:t>kitni ayaten quran majeed mein hain ke jis mein bataya gaya hai ke juzam bima kan yaani insan</w:t>
      </w:r>
    </w:p>
    <w:p>
      <w:pPr>
        <w:jc w:val="right"/>
      </w:pPr>
      <w:r>
        <w:t>کتنی ایتیں قران مجید میں ہیں کہ جس میں بتایا گیا ہے کہ جزام بما کان یعنی انسان</w:t>
      </w:r>
    </w:p>
    <w:p>
      <w:r>
        <w:rPr>
          <w:b/>
        </w:rPr>
        <w:t xml:space="preserve">[37:31] </w:t>
      </w:r>
      <w:r>
        <w:t>ka jo zaati amal hai wo us ko jannat mein le jayega recommendation nahi</w:t>
      </w:r>
    </w:p>
    <w:p>
      <w:pPr>
        <w:jc w:val="right"/>
      </w:pPr>
      <w:r>
        <w:t>کا جو ذاتی عمل ہے وہ اس کو جنت میں لے جائے گا ریکمنڈیشن نہیں</w:t>
      </w:r>
    </w:p>
    <w:p>
      <w:r>
        <w:rPr>
          <w:b/>
        </w:rPr>
        <w:t xml:space="preserve">[37:37] </w:t>
      </w:r>
      <w:r>
        <w:t>shahwat ka matlab hai recommendation recommendation jannat milna hai chalta tha is quran mein ajnabi hai alien hai</w:t>
      </w:r>
    </w:p>
    <w:p>
      <w:pPr>
        <w:jc w:val="right"/>
      </w:pPr>
      <w:r>
        <w:t>شہوات کا مطلب ہے ریکمنڈیشن ریکمنڈیشن جنت ملنا ہے چلتا تھا اس قران میں اجنبی ہے ایلین ہے</w:t>
      </w:r>
    </w:p>
    <w:p>
      <w:r>
        <w:rPr>
          <w:b/>
        </w:rPr>
        <w:t xml:space="preserve">[37:46] </w:t>
      </w:r>
      <w:r>
        <w:t>is ka nuqsan jante hain kya hua</w:t>
      </w:r>
    </w:p>
    <w:p>
      <w:pPr>
        <w:jc w:val="right"/>
      </w:pPr>
      <w:r>
        <w:t>اس کا نقصان جانتے ہیں کیا ہوا</w:t>
      </w:r>
    </w:p>
    <w:p>
      <w:r>
        <w:rPr>
          <w:b/>
        </w:rPr>
        <w:t xml:space="preserve">[37:49] </w:t>
      </w:r>
      <w:r>
        <w:t>bohat hi bara nuqsan</w:t>
      </w:r>
    </w:p>
    <w:p>
      <w:pPr>
        <w:jc w:val="right"/>
      </w:pPr>
      <w:r>
        <w:t>بہت ہی بڑا نقصان</w:t>
      </w:r>
    </w:p>
    <w:p>
      <w:r>
        <w:rPr>
          <w:b/>
        </w:rPr>
        <w:t xml:space="preserve">[37:53] </w:t>
      </w:r>
      <w:r>
        <w:t>is ka nuqsan abhi meri samajh mein aya hai aik aik report aai hai us ko dekh kar ke abhi hal mein aik report aai hai aik research hui hai</w:t>
      </w:r>
    </w:p>
    <w:p>
      <w:pPr>
        <w:jc w:val="right"/>
      </w:pPr>
      <w:r>
        <w:t>اس کا نقصان ابھی میری سمجھ میں ایا ہے ایک ایک رپورٹ ائی ہے اس کو دیکھ کر کے ابھی حال میں ایک رپورٹ ائی ہے ایک ریسرچ ہوئی ہے</w:t>
      </w:r>
    </w:p>
    <w:p>
      <w:r>
        <w:rPr>
          <w:b/>
        </w:rPr>
        <w:t xml:space="preserve">[38:05] </w:t>
      </w:r>
      <w:r>
        <w:t>pehle zamane mein samjha jata tha ke maut ke bare mein sochna bohat hi aadmi ke andar pasti paida karta hai be-amli paida karta hai aur achhi baat nahin ke aap maut ko sochein</w:t>
      </w:r>
    </w:p>
    <w:p>
      <w:pPr>
        <w:jc w:val="right"/>
      </w:pPr>
      <w:r>
        <w:t>پہلے زمانے میں سمجھا جاتا تھا کہ موت کے بارے میں سوچنا بہت ہی ادمی کے اندر پستی پیدا کرتا ہے بے عملی پیدا کرتا ہے اور اچھی بات نہیں کہ اپ موت کو سوچیں</w:t>
      </w:r>
    </w:p>
    <w:p>
      <w:r>
        <w:rPr>
          <w:b/>
        </w:rPr>
        <w:t xml:space="preserve">[38:20] </w:t>
      </w:r>
      <w:r>
        <w:t>lekin aaj abhi research aik hal mein aai hai mere pas maujood hai is ka woh aap dekh sakte hain mere office mein aakar ke ke death jo hai us ka bohat bara positive contribution hai death yani maut ki yaad ka maut ki yaad ka bohat bara positive contribution hai kyun kyun ke jab aap sochte hain maut ke bare mein jaise mein kal soch raha tha ke maut kya hai</w:t>
      </w:r>
    </w:p>
    <w:p>
      <w:pPr>
        <w:jc w:val="right"/>
      </w:pPr>
      <w:r>
        <w:t>لیکن اج ابھی ریسرچ ایک حال میں ائی ہے میرے پاس موجود ہے اس کا وہ اپ دیکھ سکتے ہیں میرے افس میں ا کر کے کہ ڈیتھ جو ہے اس کا بہت بڑا پوزیٹیو کنٹریبیوشن ہے ڈیتھ یعنی موت کی یاد کا موت کی یاد کا بہت بڑا پوزیٹیو کنٹریبیوشن ہے کیوں کیوں کہ جب اپ سوچتے ہیں موت کے بارے میں جیسے میں کل سوچ رہا تھا کہ موت کیا ہے</w:t>
      </w:r>
    </w:p>
    <w:p>
      <w:r>
        <w:rPr>
          <w:b/>
        </w:rPr>
        <w:t xml:space="preserve">[38:47] </w:t>
      </w:r>
      <w:r>
        <w:t>maut mere liye compulsory evacuation hai idhar udhar se woh compulsory evacuation hai idhar se woh hamesha ke liye yani wapas hone ka darwaza band hai maut ke do aspect hain idhar se woh compulsory evacuation hai jabri inkhla idhar se compulsory evacuation idhar se wapsi ka darwaza hamesha ke liye band hai yeh kaisi ajib cheez hai</w:t>
      </w:r>
    </w:p>
    <w:p>
      <w:pPr>
        <w:jc w:val="right"/>
      </w:pPr>
      <w:r>
        <w:t>موت میرے لیے کمپلسری ایویکشن ہے ادھر ادھر سے وہ کمپلسری ایویکشن ہے ادھر سے وہ ہمیشہ کے لیے یعنی واپس ہونے کا دروازہ بند ہے موت کے دو اسپیکٹ ہیں ادھر سے وہ کمپلسری ایویکشن ہے جبری انخلا ادھر سے کمپلسری ایویکشن ادھر سے واپسی کا دروازہ ہمیشہ کے لیے بند ہے یہ کیسی عجیب چیز ہے</w:t>
      </w:r>
    </w:p>
    <w:p>
      <w:r>
        <w:rPr>
          <w:b/>
        </w:rPr>
        <w:t xml:space="preserve">[39:16] </w:t>
      </w:r>
      <w:r>
        <w:t>to is research mein bataya gaya ke jo log maut ko sochte hain woh suspense mein jeene the suspense mein</w:t>
      </w:r>
    </w:p>
    <w:p>
      <w:pPr>
        <w:jc w:val="right"/>
      </w:pPr>
      <w:r>
        <w:t>تو اس ریسرچ میں بتایا گیا کہ جو لوگ موت کو سوچتے ہیں وہ سسپنس میں جینے تھے سسپنس میں</w:t>
      </w:r>
    </w:p>
    <w:p>
      <w:r>
        <w:rPr>
          <w:b/>
        </w:rPr>
        <w:t xml:space="preserve">[39:24] </w:t>
      </w:r>
      <w:r>
        <w:t>aur phir un ke un ke mind mein brain starting hoti hai jitna zyada aadmi sochta hai maut ko utne zyada us ke andar brain starting hoti hai jismani aitbar se bhi aur aur aqli aitbar se bhi is mein nayi zindagi aati rehti hai barabar us ko lekar mein ne socha ke shafaat kya hai</w:t>
      </w:r>
    </w:p>
    <w:p>
      <w:pPr>
        <w:jc w:val="right"/>
      </w:pPr>
      <w:r>
        <w:t>اور پھر ان کے ان کے مائنڈ میں برین سٹارٹنگ ہوتی ہے جتنا زیادہ ادمی سوچتا ہے موت کو اتنے زیادہ اس کے اندر برین سٹارٹنگ ہوتی ہے جسمانی اعتبار سے بھی اور اور عقلی اعتبار سے بھی اس میں نئی زندگی اتی رہتی ہے برابر اس کو لے کر میں نے سوچا کہ شفاعت کیا ہے</w:t>
      </w:r>
    </w:p>
    <w:p>
      <w:r>
        <w:rPr>
          <w:b/>
        </w:rPr>
        <w:t xml:space="preserve">[39:47] </w:t>
      </w:r>
      <w:r>
        <w:t>shafaat jo hai guaranteed salvation ka naam hai guaranteed salvation yani meri meri nijat bilkul pakki hai guaranteed salvation bilkul pakka hai ke mera to jannat meri mujhe milni hi milni hai yani kya matlab hua jab aap jiyen guaranteed salvation ke nazariye mein ke meri nijat pakki hai to jante hain kya hoga</w:t>
      </w:r>
    </w:p>
    <w:p>
      <w:pPr>
        <w:jc w:val="right"/>
      </w:pPr>
      <w:r>
        <w:t>شفاعت جو ہے گارنٹیڈ سالویشن کا نام ہے گارنٹیڈ سالویشن یعنی میری میری نجات بالکل پکی ہے گارنٹیڈ سالویشن بالکل پکا ہے کہ میرا تو جنت میری مجھے ملنی ہی ملنی ہے یعنی کیا مطلب ہوا جب اپ جیئیں گارنٹیڈ سالویشن کے نظریے میں کہ میری نجات پکی ہے تو جانتے ہیں کیا ہوگا</w:t>
      </w:r>
    </w:p>
    <w:p>
      <w:r>
        <w:rPr>
          <w:b/>
        </w:rPr>
        <w:t xml:space="preserve">[40:15] </w:t>
      </w:r>
      <w:r>
        <w:t>aap kehte hain suspension nikal jayega iztirab nikal jayega</w:t>
      </w:r>
    </w:p>
    <w:p>
      <w:pPr>
        <w:jc w:val="right"/>
      </w:pPr>
      <w:r>
        <w:t>اپ کہتے ہیں سسپنشن نکل جائے گا اضطراب نکل جائے گا</w:t>
      </w:r>
    </w:p>
    <w:p>
      <w:r>
        <w:rPr>
          <w:b/>
        </w:rPr>
        <w:t xml:space="preserve">[40:24] </w:t>
      </w:r>
      <w:r>
        <w:t>aik tiqan aajayega aur phir kya hoga qasabat aayegi behissi aayegi khauf khuda khatam ho jayega</w:t>
      </w:r>
    </w:p>
    <w:p>
      <w:pPr>
        <w:jc w:val="right"/>
      </w:pPr>
      <w:r>
        <w:t>ایک تیقن ا جائے گا اور پھر کیا ہوگا قصابت ائے گی بے حسی ائے گی خوف خدا ختم ہو جائے گا</w:t>
      </w:r>
    </w:p>
    <w:p>
      <w:r>
        <w:rPr>
          <w:b/>
        </w:rPr>
        <w:t xml:space="preserve">[40:34] </w:t>
      </w:r>
      <w:r>
        <w:t>zehni irtaqa ruk jayega kyunke nafsiyat ka mutalia batata hai ke zehni irtaqa jo hai wo jura</w:t>
      </w:r>
    </w:p>
    <w:p>
      <w:pPr>
        <w:jc w:val="right"/>
      </w:pPr>
      <w:r>
        <w:t>ذہنی ارتقاء رک جائے گا کیونکہ نفسیات کا مطالعہ بتاتا ہے کہ ذہنی ارتقاء جو ہے وہ جڑا</w:t>
      </w:r>
    </w:p>
    <w:p>
      <w:r>
        <w:rPr>
          <w:b/>
        </w:rPr>
        <w:t xml:space="preserve">[40:40] </w:t>
      </w:r>
      <w:r>
        <w:t>hua hai brain storming se</w:t>
      </w:r>
    </w:p>
    <w:p>
      <w:pPr>
        <w:jc w:val="right"/>
      </w:pPr>
      <w:r>
        <w:t>ہوا ہے برین اسٹارمنگ سے</w:t>
      </w:r>
    </w:p>
    <w:p>
      <w:r>
        <w:rPr>
          <w:b/>
        </w:rPr>
        <w:t xml:space="preserve">[40:44] </w:t>
      </w:r>
      <w:r>
        <w:t>brain storming se jitna zyada brain storming utna zyada zehni irtaqa</w:t>
      </w:r>
    </w:p>
    <w:p>
      <w:pPr>
        <w:jc w:val="right"/>
      </w:pPr>
      <w:r>
        <w:t>برین اسٹارمنگ سے جتنا زیادہ برین اسٹارمنگ اتنا زیادہ ذہنی ارتقاء</w:t>
      </w:r>
    </w:p>
    <w:p>
      <w:r>
        <w:rPr>
          <w:b/>
        </w:rPr>
        <w:t xml:space="preserve">[40:49] </w:t>
      </w:r>
      <w:r>
        <w:t>zehni irtaqa ka matlab hai intellectual</w:t>
      </w:r>
    </w:p>
    <w:p>
      <w:pPr>
        <w:jc w:val="right"/>
      </w:pPr>
      <w:r>
        <w:t>ذہنی ارتقاء کا مطلب ہے انٹلیکچول</w:t>
      </w:r>
    </w:p>
    <w:p>
      <w:r>
        <w:rPr>
          <w:b/>
        </w:rPr>
        <w:t xml:space="preserve">[40:53] </w:t>
      </w:r>
      <w:r>
        <w:t>intellectual development jitna zyada brain storming utni zyada intellectual development dono ek dusre se jure hue hain</w:t>
      </w:r>
    </w:p>
    <w:p>
      <w:pPr>
        <w:jc w:val="right"/>
      </w:pPr>
      <w:r>
        <w:t>انٹلیکچول ڈیولپمنٹ جتنا زیادہ برین اسٹارمنگ اتنی زیادہ انٹلیکچول ڈیولپمنٹ دونوں ایک دوسرے سے جڑے ہوئے ہیں</w:t>
      </w:r>
    </w:p>
    <w:p>
      <w:r>
        <w:rPr>
          <w:b/>
        </w:rPr>
        <w:t xml:space="preserve">[41:05] </w:t>
      </w:r>
      <w:r>
        <w:t>brain storming kab hoti hai jahan aadmi ko koi shakk lage koi iztirab mein ho wo koi us</w:t>
      </w:r>
    </w:p>
    <w:p>
      <w:pPr>
        <w:jc w:val="right"/>
      </w:pPr>
      <w:r>
        <w:t>برین اسٹارمنگ کب ہوتی ہے جہاں ادمی کو کوئی شک لگے کوئی اضطراب میں ہو وہ کوئی اس</w:t>
      </w:r>
    </w:p>
    <w:p>
      <w:r>
        <w:rPr>
          <w:b/>
        </w:rPr>
        <w:t xml:space="preserve">[41:12] </w:t>
      </w:r>
      <w:r>
        <w:t>ko suspense ki surat pesh aa jaye koi fear laiq ho us ko tab brain storming hoti hai</w:t>
      </w:r>
    </w:p>
    <w:p>
      <w:pPr>
        <w:jc w:val="right"/>
      </w:pPr>
      <w:r>
        <w:t>کو سسپنس کی صورت پیش ا جائے کوئی فیئر لائق ہو اس کو تب بین اسٹارمنگ ہوتی ہے</w:t>
      </w:r>
    </w:p>
    <w:p>
      <w:r>
        <w:rPr>
          <w:b/>
        </w:rPr>
        <w:t xml:space="preserve">[41:21] </w:t>
      </w:r>
      <w:r>
        <w:t>to agar aap ko yeh ho ke wullamri Allah</w:t>
      </w:r>
    </w:p>
    <w:p>
      <w:pPr>
        <w:jc w:val="right"/>
      </w:pPr>
      <w:r>
        <w:t>تو اگر اپ کو یہ ہو کہ ولمری اللہ</w:t>
      </w:r>
    </w:p>
    <w:p>
      <w:r>
        <w:rPr>
          <w:b/>
        </w:rPr>
        <w:t xml:space="preserve">[41:26] </w:t>
      </w:r>
      <w:r>
        <w:t>yeh to Allah ke hath mein hai ke chahe aap jahannum mein dal de chahe jannat mein dal</w:t>
      </w:r>
    </w:p>
    <w:p>
      <w:pPr>
        <w:jc w:val="right"/>
      </w:pPr>
      <w:r>
        <w:t>یہ تو اللہ کے ہاتھ میں ہے کہ چاہے اپ جہنم میں ڈال دے چاہے جنت میں ڈال</w:t>
      </w:r>
    </w:p>
    <w:p>
      <w:r>
        <w:rPr>
          <w:b/>
        </w:rPr>
        <w:t xml:space="preserve">[41:30] </w:t>
      </w:r>
      <w:r>
        <w:t>de to har waqt aap khauf khuda mein jiyenge</w:t>
      </w:r>
    </w:p>
    <w:p>
      <w:pPr>
        <w:jc w:val="right"/>
      </w:pPr>
      <w:r>
        <w:t>دے تو ہر وقت اپ خوف خدا میں جیئیں گے</w:t>
      </w:r>
    </w:p>
    <w:p>
      <w:r>
        <w:rPr>
          <w:b/>
        </w:rPr>
        <w:t xml:space="preserve">[41:35] </w:t>
      </w:r>
      <w:r>
        <w:t>walmri Allah har waqt walmakh walmakh Allah ki tasweer bane rahenge aap agar yeh is ke bar aks a gaya ho ke woh to rasool Allah meri sifaat kar denge aur jannat mein mujhe dakhila mil jayega is mein koi baat nahin hai to waise hi hoga jaise ke abhi aaya tha aik minister tha ke bete daud aaye the gadi police ne pakda to jante</w:t>
      </w:r>
    </w:p>
    <w:p>
      <w:pPr>
        <w:jc w:val="right"/>
      </w:pPr>
      <w:r>
        <w:t>ولمری اللہ ہر وقت ولمخ ولمخ اللہ کی تصویر بنے رہیں گے اپ اگر یہ اس کے برعکس ا گیا ہو کہ وہ تو رسول اللہ میری صفات کر دیں گے اور جنت میں مجھے داخلہ مل جائے گا اس میں کوئی بات نہیں ہے تو ویسے ہی ہوگا جیسے کہ ابھی ایا تھا ایک منسٹر تھا کہ بیٹے دوڑ ائے تھے گاڑی پولیس نے پکڑا تو جانتے</w:t>
      </w:r>
    </w:p>
    <w:p>
      <w:r>
        <w:rPr>
          <w:b/>
        </w:rPr>
        <w:t xml:space="preserve">[42:04] </w:t>
      </w:r>
      <w:r>
        <w:t>ho kaun hoon mein mein minister ke beta hoon tumhari naukri khatam ho jayegi to us ne hath joda achha bhai jao to aik aik jhootha yani false conviction mein jeeta hai aadmi shafaat ka aqida aap ko false conviction mein jeene wala banata hai to kya hoga intellectual development intellectual development ruk jayega break kyunke brain storming nahin hogi</w:t>
      </w:r>
    </w:p>
    <w:p>
      <w:pPr>
        <w:jc w:val="right"/>
      </w:pPr>
      <w:r>
        <w:t>ہو کون ہوں میں میں منسٹر کے بیٹا ہوں تمہاری نوکری ختم ہو جائے گی تو اس نے ہاتھ جوڑا اچھا بھئی جاؤ تو ایک ایک جھوٹا یعنی فالس کنوکشن میں جیتا ہے ادمی شفاعت کا عقیدہ اپ کو فالس کنوکشن میں جینے والا بناتا ہے تو کیا ہوگا انٹلیکچول ڈیولپمنٹ انٹلیکچول ڈیولپمنٹ رک جائے گا بریک کیونکہ برین سٹارمنگ نہیں ہوگی</w:t>
      </w:r>
    </w:p>
    <w:p>
      <w:r>
        <w:rPr>
          <w:b/>
        </w:rPr>
        <w:t xml:space="preserve">[42:33] </w:t>
      </w:r>
      <w:r>
        <w:t>shafaat ke aqide mein phir mein aap ko aik bohat hi zyada aisi sakht baat kehta hoon jis jo sun kar logon ko bohat dhakka lagega woh yeh hai ke musalmanon mein sahaba ke baad bohat jald sahafiat ka aqida aa gaya tamam sahaba yani darte the ke kahin mujhe jahannum mein khoon na jana pade tamam sahaba ke bare mein aata hai</w:t>
      </w:r>
    </w:p>
    <w:p>
      <w:pPr>
        <w:jc w:val="right"/>
      </w:pPr>
      <w:r>
        <w:t>شفاعت کے عقیدے میں پھر میں اپ کو ایک بہت ہی زیادہ ایسی سخت بات کہتا ہوں جس جو سن کر لوگوں کو بہت دھکا لگے گا وہ یہ ہے کہ مسلمانوں میں صحابہ کے بعد بہت جلد صحافات کا عقیدہ ا گیا تمام صحابہ یعنی ڈرتے تھے کہ کہیں مجھے جہنم میں خون نہ جانا پڑے تمام صحابہ کے بارے میں اتا ہے</w:t>
      </w:r>
    </w:p>
    <w:p>
      <w:r>
        <w:rPr>
          <w:b/>
        </w:rPr>
        <w:t xml:space="preserve">[43:02] </w:t>
      </w:r>
      <w:r>
        <w:t>aap padh lein sahaba ke halaat ko tamam sahaba har waqt kanpte the ke kya hone wala tha mujhe jahannum mein daal de kya hoga mera anjam is se un ki brain starting hoti rehti thi lekin is ke baad jab shafaat ka nazariya aa gaya to kya guaranteed salvation ka daur aa gaya nijat pakki ho gayi musalmanon ki to brain storming khatam ho gayi jante hain kya hua</w:t>
      </w:r>
    </w:p>
    <w:p>
      <w:pPr>
        <w:jc w:val="right"/>
      </w:pPr>
      <w:r>
        <w:t>اپ پڑھ لیں صحابہ کے حالات کو تمام صحابہ ہر وقت کانپتے تھے کہ کیا ہونے والا تھا مجھے جہنم میں ڈال دے کیا ہوگا میرا انجام اس سے ان کی برین اسٹارٹنگ ہوتی رہتی تھی لیکن اس کے بعد جب شفاعت کا نظریہ ا گیا تو کیا گارنٹیڈ سالویشن کا دور ا گیا نجات پکی ہو گئی مسلمانوں کی تو برین اسٹارمنگ ختم ہو گئی جانتے ہیں کیا ہوا</w:t>
      </w:r>
    </w:p>
    <w:p>
      <w:r>
        <w:rPr>
          <w:b/>
        </w:rPr>
        <w:t xml:space="preserve">[43:31] </w:t>
      </w:r>
      <w:r>
        <w:t>poore hazar saal ki tareekh mein aik bhi mein mujhe ab nahin bata sakte aap koi creative thinker paida hua ho siwa ibn khaldun ke jo secular tha ibn khaldun secular tha hazar saal ki poori tareekh mein aap samajhte hain ke falan bade bade log paida hue koi bade log koi un mein se koi creative writer nahin tha creative thinker nahin tha</w:t>
      </w:r>
    </w:p>
    <w:p>
      <w:pPr>
        <w:jc w:val="right"/>
      </w:pPr>
      <w:r>
        <w:t>پورے ہزار سال کی تاریخ میں ایک بھی میں مجھے اب نہیں بتا سکتے اپ کوئی کریٹیو تھنکر پیدا ہوا ہو سوا ابن خلدون کے جو سیکولر تھا ابن خلدون سیکولر تھا ہزار سال کی پوری تاریخ میں اپ سمجھتے ہیں کہ فلاں بڑے بڑے لوگ پیدا ہوئے کوئی بڑے لوگ کوئی ان میں سے کوئی کریٹیو رائٹر نہیں تھا کریٹیو تھنکر نہیں تھا</w:t>
      </w:r>
    </w:p>
    <w:p>
      <w:r>
        <w:rPr>
          <w:b/>
        </w:rPr>
        <w:t xml:space="preserve">[43:54] </w:t>
      </w:r>
      <w:r>
        <w:t>yani hazar saal mein musalmanon ne aik bhi creative thinker paida nahin kiya siwaye ibn khaldun ke woh is ka wajah kya hai yeh shafaat ka aqida hai shafaat ke aqide ne brain storming ko rok diya aap aap ko tiqan mein jeena sikhaya hai tiqan mein ke hamari jannat to pakki hai</w:t>
      </w:r>
    </w:p>
    <w:p>
      <w:pPr>
        <w:jc w:val="right"/>
      </w:pPr>
      <w:r>
        <w:t>یعنی ہزار سال میں مسلمانوں نے ایک بھی کریٹیو تھنکر پیدا نہیں کیا سوائے ابن خلدون کے وہ اس کا وجہ کیا ہے یہ شفاعت کا عقیدہ ہے شفاعت کے عقیدے نے برین اسٹارمنگ کو روک دیا اپ اپ کو تیقن میں جینا سکھایا ہے تیقن میں کہ ہماری جنت تو پکی ہے</w:t>
      </w:r>
    </w:p>
    <w:p>
      <w:r>
        <w:rPr>
          <w:b/>
        </w:rPr>
        <w:t xml:space="preserve">[44:20] </w:t>
      </w:r>
      <w:r>
        <w:t>to aap ko sochna nahin hai</w:t>
      </w:r>
    </w:p>
    <w:p>
      <w:pPr>
        <w:jc w:val="right"/>
      </w:pPr>
      <w:r>
        <w:t>تو اپ کو سوچنا نہیں ہے</w:t>
      </w:r>
    </w:p>
    <w:p>
      <w:r>
        <w:rPr>
          <w:b/>
        </w:rPr>
        <w:t xml:space="preserve">[44:23] </w:t>
      </w:r>
      <w:r>
        <w:t>hadith mein aata hai ke in Allah</w:t>
      </w:r>
    </w:p>
    <w:p>
      <w:pPr>
        <w:jc w:val="right"/>
      </w:pPr>
      <w:r>
        <w:t>حدیث میں اتا ہے کہ ان اللہ</w:t>
      </w:r>
    </w:p>
    <w:p>
      <w:r>
        <w:rPr>
          <w:b/>
        </w:rPr>
        <w:t xml:space="preserve">[44:29] </w:t>
      </w:r>
      <w:r>
        <w:t>aizhab qawman ibtalhum</w:t>
      </w:r>
    </w:p>
    <w:p>
      <w:pPr>
        <w:jc w:val="right"/>
      </w:pPr>
      <w:r>
        <w:t>اذا احب قوما ابتلاہم</w:t>
      </w:r>
    </w:p>
    <w:p>
      <w:r>
        <w:rPr>
          <w:b/>
        </w:rPr>
        <w:t xml:space="preserve">[44:35] </w:t>
      </w:r>
      <w:r>
        <w:t>allah jab kisi se mohabbat karta hai to us ko musibat bhela deta hai kyun</w:t>
      </w:r>
    </w:p>
    <w:p>
      <w:pPr>
        <w:jc w:val="right"/>
      </w:pPr>
      <w:r>
        <w:t>اللہ جب کسی سے محبت کرتا ہے تو اس کو مصیبت بلا دیتا ہے کیوں</w:t>
      </w:r>
    </w:p>
    <w:p>
      <w:r>
        <w:rPr>
          <w:b/>
        </w:rPr>
        <w:t xml:space="preserve">[44:42] </w:t>
      </w:r>
      <w:r>
        <w:t>taake is ke andar brain storming ho taake is ko shock lage is ko challenge lage is ko intellectual challenge aur phir is ke andar development ho spiritual development intellectual development yeh sahaba ka haal tha</w:t>
      </w:r>
    </w:p>
    <w:p>
      <w:pPr>
        <w:jc w:val="right"/>
      </w:pPr>
      <w:r>
        <w:t>تاکہ اس کے اندر برین اسٹارمنگ ہو تاکہ اس کو شاک لگے اس کو چیلنج لگے اس کو انٹلیکچول چیلنج اور پھر اس کے اندر ڈیولپمنٹ ہو اسپریچول ڈیولپمنٹ انٹلیکچول ڈیولپمنٹ یہ صحابہ کا حال تھا</w:t>
      </w:r>
    </w:p>
    <w:p>
      <w:r>
        <w:rPr>
          <w:b/>
        </w:rPr>
        <w:t xml:space="preserve">[45:00] </w:t>
      </w:r>
      <w:r>
        <w:t>ek top ke sahabi ne dekha ek darakht ko to un ki zuban se nikla lokan to shajar kaash mein ek darakht hota to kaat diya tha</w:t>
      </w:r>
    </w:p>
    <w:p>
      <w:pPr>
        <w:jc w:val="right"/>
      </w:pPr>
      <w:r>
        <w:t>ایک ٹاپ کے صحابی نے دیکھا ایک درخت کو تو ان کی زبان سے نکلا لوکن تو شجر کاش میں ایک درخت ہوتا تو کاٹ دیا تھا</w:t>
      </w:r>
    </w:p>
    <w:p>
      <w:r>
        <w:rPr>
          <w:b/>
        </w:rPr>
        <w:t xml:space="preserve">[45:14] </w:t>
      </w:r>
      <w:r>
        <w:t>kaash mein ek darakht hota jo kaat diya tha hazrat umar itne top ke sahabi the jab un ko zakhmi hue aur khoon beh raha tha aur ab ab bohat bilkul chand ghante mein aanay wali thi to unhon ne kaha ke aap bare bare aap ko rasool allah ki sohbat mili hai aap ghudwat mein shareek hui hain aap ki yeh woh to unhon ne kaha bas jhoot mat bolo</w:t>
      </w:r>
    </w:p>
    <w:p>
      <w:pPr>
        <w:jc w:val="right"/>
      </w:pPr>
      <w:r>
        <w:t>کاش میں ایک درخت ہوتا جو کاٹ دیا تھا حضرت عمر اتنے ٹاپ کے صحابی تھے جب ان کو زخمی ہوئے اور خون بہہ رہا تھا اور اب اب بہت بالکل چند گھنٹے میں انے والی تھی تو انہوں نے کہا کہ اپ بڑے بڑے اپ کو رسول اللہ کی صحبت ملی ہے اپ غدوات میں شریک ہوئی ہیں اپ کی یہ وہ تو انہوں نے کہا بس جھوٹ مت بولو</w:t>
      </w:r>
    </w:p>
    <w:p>
      <w:r>
        <w:rPr>
          <w:b/>
        </w:rPr>
        <w:t xml:space="preserve">[45:42] </w:t>
      </w:r>
      <w:r>
        <w:t>koi karna wali</w:t>
      </w:r>
    </w:p>
    <w:p>
      <w:pPr>
        <w:jc w:val="right"/>
      </w:pPr>
      <w:r>
        <w:t>کوئی کرنا والی</w:t>
      </w:r>
    </w:p>
    <w:p>
      <w:r>
        <w:rPr>
          <w:b/>
        </w:rPr>
        <w:t xml:space="preserve">[45:45] </w:t>
      </w:r>
      <w:r>
        <w:t>to unhon ne kaha tha la lali wala alaih agar allah taala ka muamla barabar barabar ho jaye tab bhi bohat bari baat hai to abubakar aur umar bhi is is is suspense mein jeete the aaj kal musalmanon ka kya haal hai sab ki jannat pakki hai ek false conviction mein jeeta hai har musalman false conviction mein nateeja kya hai ke musalmanon mein aqal khatam ho gayi</w:t>
      </w:r>
    </w:p>
    <w:p>
      <w:pPr>
        <w:jc w:val="right"/>
      </w:pPr>
      <w:r>
        <w:t>تو انہوں نے کہا تھا لا لالی ولا علیہ اگر اللہ تعالی کا معاملہ برابر برابر ہو جائے تب بھی بہت بڑی بات ہے تو ابوبکر اور عمر بھی اس اس اس سسپنس میں جیتے تھے اج کل مسلمانوں کا کیا حال ہے سب کی جنت پکی ہے ایک فالس کنوکشن میں جیتا ہے ہر مسلمان فالس کنوکشن میں نتیجہ کیا ہے کہ مسلمانوں میں عقل ختم ہو گئی</w:t>
      </w:r>
    </w:p>
    <w:p>
      <w:r>
        <w:rPr>
          <w:b/>
        </w:rPr>
        <w:t xml:space="preserve">[46:14] </w:t>
      </w:r>
      <w:r>
        <w:t>mujhe to koi aqal wala musalman milta nahi har musalman mujhe be aqal nazar aata hai kyunke aqal ka aqal ka jo zariya hai woh woh hai ke aap ko challenge ho aap sochein brain storming ho tab ja kar aqal aati hai intellectual awakening ho sare musalman yahan se be aqal ho gaye hain yahan se le kar america tak</w:t>
      </w:r>
    </w:p>
    <w:p>
      <w:pPr>
        <w:jc w:val="right"/>
      </w:pPr>
      <w:r>
        <w:t>مجھے تو کوئی عقل والا مسلمان ملتا نہیں ہر مسلمان مجھے بے عقل نظر اتا ہے کیونکہ عقل کا عقل کا جو ذریعہ ہے وہ وہ ہے کہ اپ کو چیلنج ہو اپ سوچیں برین اسٹارمنگ ہو تب جا کر عقل اتی ہے انٹلیکچول اویکننگ ہو سارے مسلمان یہاں سے بے عقل ہو گئے ہیں یہاں سے لے کر امریکہ تک</w:t>
      </w:r>
    </w:p>
    <w:p>
      <w:r>
        <w:rPr>
          <w:b/>
        </w:rPr>
        <w:t xml:space="preserve">[46:38] </w:t>
      </w:r>
      <w:r>
        <w:t>agar aap ka dawah ho ke falan aadmi bohat aqalmand hai mujhe koi kitab laiye is ka apna analysis kiya hai bata doonga ke be aqali ke siwa kuch bhi nahi</w:t>
      </w:r>
    </w:p>
    <w:p>
      <w:pPr>
        <w:jc w:val="right"/>
      </w:pPr>
      <w:r>
        <w:t>اگر اپ کا دعوی ہو کہ فلاں ادمی بہت عقلمند ہے مجھے کوئی کتاب لائیے اس کا اپنا انالیسز کیا ہے بتا دوں گا کہ بے عقلی کے سوا کچھ بھی نہیں</w:t>
      </w:r>
    </w:p>
    <w:p>
      <w:r>
        <w:rPr>
          <w:b/>
        </w:rPr>
        <w:t xml:space="preserve">[46:49] </w:t>
      </w:r>
      <w:r>
        <w:t>beshumar kitabein musalman chhaap rahe hain lekin siwa be aqali ke confusion ke is mein kuch bhi nahi hota kyun yeh sara judge jo hai guaranteed salvation guaranteed salvation yani jannat ko paka kar liya aap ne jannat ki bari pakki hai ab mujhe kya dar hai</w:t>
      </w:r>
    </w:p>
    <w:p>
      <w:pPr>
        <w:jc w:val="right"/>
      </w:pPr>
      <w:r>
        <w:t>بے شمار کتابیں مسلمان چھاپ رہے ہیں لیکن سوا بے عقلی کے کنفیوژن کے اس میں کچھ بھی نہیں ہوتا کیوں یہ سارا جج جو ہے گارنٹیڈ سالویشن گارنٹیڈ سالویشن یعنی جنت کو پکا کر لیا اپ نے جنت کی بڑی پکی ہے اب مجھے کیا ڈر ہے</w:t>
      </w:r>
    </w:p>
    <w:p>
      <w:r>
        <w:rPr>
          <w:b/>
        </w:rPr>
        <w:t xml:space="preserve">[47:10] </w:t>
      </w:r>
      <w:r>
        <w:t>ab mujhe kya dar hai ek kahani maine suni thi ek martaba siyah bhai qattwal ab dar</w:t>
      </w:r>
    </w:p>
    <w:p>
      <w:pPr>
        <w:jc w:val="right"/>
      </w:pPr>
      <w:r>
        <w:t>اب مجھے کیا ڈر ہے ایک کہانی میں نے سنی تھی ایک مرتبہ سیاہ بھائی قطوال اب ڈر</w:t>
      </w:r>
    </w:p>
    <w:p>
      <w:r>
        <w:rPr>
          <w:b/>
        </w:rPr>
        <w:t xml:space="preserve">[47:16] </w:t>
      </w:r>
      <w:r>
        <w:t>kahega siyah bhai qattwal ab dar kahega</w:t>
      </w:r>
    </w:p>
    <w:p>
      <w:pPr>
        <w:jc w:val="right"/>
      </w:pPr>
      <w:r>
        <w:t>کہے گا سیاہ بھائی قطوال اب ڈر کہے گا</w:t>
      </w:r>
    </w:p>
    <w:p>
      <w:r>
        <w:rPr>
          <w:b/>
        </w:rPr>
        <w:t xml:space="preserve">[47:21] </w:t>
      </w:r>
      <w:r>
        <w:t>is mein jee raha hai musalman aaj kal</w:t>
      </w:r>
    </w:p>
    <w:p>
      <w:pPr>
        <w:jc w:val="right"/>
      </w:pPr>
      <w:r>
        <w:t>اس میں جی رہا ہے مسلمان اج کل</w:t>
      </w:r>
    </w:p>
    <w:p>
      <w:r>
        <w:rPr>
          <w:b/>
        </w:rPr>
        <w:t xml:space="preserve">[47:25] </w:t>
      </w:r>
      <w:r>
        <w:t>khud sakhta aqide ki bina par</w:t>
      </w:r>
    </w:p>
    <w:p>
      <w:pPr>
        <w:jc w:val="right"/>
      </w:pPr>
      <w:r>
        <w:t>خود ساختہ عقیدے کی بنا پر</w:t>
      </w:r>
    </w:p>
    <w:p>
      <w:r>
        <w:rPr>
          <w:b/>
        </w:rPr>
        <w:t xml:space="preserve">[47:28] </w:t>
      </w:r>
      <w:r>
        <w:t>yaad rakhiye jannat ka mazaar shafaat par hargiz nahi hai jannat ka mazaar aap ke apne amal par</w:t>
      </w:r>
    </w:p>
    <w:p>
      <w:pPr>
        <w:jc w:val="right"/>
      </w:pPr>
      <w:r>
        <w:t>یاد رکھیے جنت کا مزار شفاعت پر ہرگز نہیں ہے جنت کا مزار اپ کے اپنے عمل پر</w:t>
      </w:r>
    </w:p>
    <w:p>
      <w:r>
        <w:rPr>
          <w:b/>
        </w:rPr>
        <w:t xml:space="preserve">[47:34] </w:t>
      </w:r>
      <w:r>
        <w:t>hai aur amal ke baad bhi aap Allah ke faisle par hain</w:t>
      </w:r>
    </w:p>
    <w:p>
      <w:pPr>
        <w:jc w:val="right"/>
      </w:pPr>
      <w:r>
        <w:t>ہے اور عمل کے بعد بھی اپ اللہ کے فیصلے پر ہیں</w:t>
      </w:r>
    </w:p>
    <w:p>
      <w:r>
        <w:rPr>
          <w:b/>
        </w:rPr>
        <w:t xml:space="preserve">[47:42] </w:t>
      </w:r>
      <w:r>
        <w:t>yani aap recommendation jannat milne ka to koi sawal hi nahi paida hota woh to ek ek false ek khud sakhta belief hai amal par faisla hoga lekin amal par faisla bhi aap ka haq nahi banta agar aap amal karein to yeh mat samjhein ke aap ko right hoga jannat ka aap ko phir bhi allah lalah hai rasool allah ne farmaya wallah la adri wallah la adri wallah la adri wa ana rasool allah</w:t>
      </w:r>
    </w:p>
    <w:p>
      <w:pPr>
        <w:jc w:val="right"/>
      </w:pPr>
      <w:r>
        <w:t>یعنی اپ ریکمنڈیشن جنت ملنے کا تو کوئی سوال ہی نہیں پیدا ہوتا وہ تو ایک ایک فالس ایک خود ساختہ بیلیف ہے عمل پر فیصلہ ہوگا لیکن عمل پر فیصلہ بھی اپ کا حق نہیں بنتا اگر اپ عمل کریں تو یہ مت سمجھیں کہ اپ کو رائٹ ہوگا جنت کا اپ کو پھر بھی اللہ للہ ہے رسول اللہ نے فرمایا واللہ لا ادری واللہ لا ادری واللہ لا ادری وانا رسول اللہ</w:t>
      </w:r>
    </w:p>
    <w:p>
      <w:r>
        <w:rPr>
          <w:b/>
        </w:rPr>
        <w:t xml:space="preserve">[48:11] </w:t>
      </w:r>
      <w:r>
        <w:t>ma yu fallu khuda ki qasam main nahi janta khuda ki qasam main nahi janta khuda ki qasam main nahi janta agarche main khuda ka rasool hoon kya kya kiya jayega mere sath kya kya kiya jayega tumhare sath</w:t>
      </w:r>
    </w:p>
    <w:p>
      <w:pPr>
        <w:jc w:val="right"/>
      </w:pPr>
      <w:r>
        <w:t>ما یو فالو خدا کی قسم میں نہیں جانتا خدا کی قسم میں نہیں جانتا خدا کی قسم میں نہیں جانتا اگرچہ میں خدا کا رسول ہوں کیا کیا جائے گا میرے ساتھ کیا کیا جائے گا تمہارے ساتھ</w:t>
      </w:r>
    </w:p>
    <w:p>
      <w:r>
        <w:rPr>
          <w:b/>
        </w:rPr>
        <w:t xml:space="preserve">[48:28] </w:t>
      </w:r>
      <w:r>
        <w:t>yeh to rasool allah sallallahu alaihi wasallam qaul hai aur musalmanon ne khud sakhta tor par shafaat aqida bana liya ke bhai rasool allah khade ho jao gate ke samne is ka farishton ko bhaga denge aur bas kahenge chalo meri ummat walo chalo bilashuba yeh yeh yeh bilkul khud sakhta baat hai base less baat</w:t>
      </w:r>
    </w:p>
    <w:p>
      <w:pPr>
        <w:jc w:val="right"/>
      </w:pPr>
      <w:r>
        <w:t>یہ تو رسول اللہ صلی اللہ علیہ وسلم قول ہے اور مسلمانوں نے خود ساختہ طور پر شفاعت عقیدہ بنا لیا کہ بھئی رسول اللہ کھڑے ہو جاؤ گیٹ کے سامنے اس کا فرشتوں کو بھگا دیں گے اور بس کہیں گے چلو میری امت والوں چلو بلاشبہ یہ یہ یہ بالکل خود ساختہ بات ہے بیس لیس بات</w:t>
      </w:r>
    </w:p>
    <w:p>
      <w:r>
        <w:rPr>
          <w:b/>
        </w:rPr>
        <w:t xml:space="preserve">[48:49] </w:t>
      </w:r>
      <w:r>
        <w:t>hai is ki koi haqeeqat nahi hai</w:t>
      </w:r>
    </w:p>
    <w:p>
      <w:pPr>
        <w:jc w:val="right"/>
      </w:pPr>
      <w:r>
        <w:t>ہے اس کی کوئی حقیقت نہیں ہے</w:t>
      </w:r>
    </w:p>
    <w:p>
      <w:r>
        <w:rPr>
          <w:b/>
        </w:rPr>
        <w:t xml:space="preserve">[48:54] </w:t>
      </w:r>
      <w:r>
        <w:t>aur is ka itna bara nuqsan ke hamare andar se dawah uth gayi intellectual development uth gaya creative thinking chali gayi musalman ek be aqal qom ban kar reh gaye</w:t>
      </w:r>
    </w:p>
    <w:p>
      <w:pPr>
        <w:jc w:val="right"/>
      </w:pPr>
      <w:r>
        <w:t>اور اس کا اتنا بڑا نقصان کہ ہمارے اندر سے دعوت اٹھ گئی انٹلیکچول ڈیولپمنٹ اٹھ گیا کریٹیو تھنکنگ چلی گئی مسلمان ایک بے عقل قوم بن کر رہ گئے</w:t>
      </w:r>
    </w:p>
    <w:p>
      <w:r>
        <w:rPr>
          <w:b/>
        </w:rPr>
        <w:t xml:space="preserve">[49:09] </w:t>
      </w:r>
      <w:r>
        <w:t>misal ke taur par india mein jo pakistan bana yani be aqali ka pahaad tha woh yani kya matlab tha pakistan banne ka</w:t>
      </w:r>
    </w:p>
    <w:p>
      <w:pPr>
        <w:jc w:val="right"/>
      </w:pPr>
      <w:r>
        <w:t>مثال کے طور پر انڈیا میں جو پاکستان بنا یعنی بے عقلی کا پہاڑ تھا وہ یعنی کیا مطلب تھا پاکستان بننے کا</w:t>
      </w:r>
    </w:p>
    <w:p>
      <w:r>
        <w:rPr>
          <w:b/>
        </w:rPr>
        <w:t xml:space="preserve">[49:16] </w:t>
      </w:r>
      <w:r>
        <w:t>pura india hamara tha pura india hamara tha aur hum ek tukra le ke baith gaye wahan aapas mein lad rahe hain yani koi aqal is ke pesha nahi koi wisdom nahi main kehta hoon tareekh ka sab se bara blunder tha partition lekin kyun musalmanon ko aqal nahi sochne ki bhai sara india mera hai</w:t>
      </w:r>
    </w:p>
    <w:p>
      <w:pPr>
        <w:jc w:val="right"/>
      </w:pPr>
      <w:r>
        <w:t>پورا انڈیا ہمارا تھا پورا انڈیا ہمارا تھا اور ہم ایک ٹکڑا لے کے بیٹھ گئے وہاں اپس میں لڑ رہے ہیں یعنی کوئی عقل اس کے پیشہ نہیں کوئی وزڈم نہیں میں کہتا ہوں تاریخ کا سب سے بڑا بلنڈر تھا پارٹیشن لیکن کیوں مسلمانوں کو عقل نہیں سوچنے کی بھئی سارا انڈیا میرا ہے</w:t>
      </w:r>
    </w:p>
    <w:p>
      <w:r>
        <w:rPr>
          <w:b/>
        </w:rPr>
        <w:t xml:space="preserve">[49:42] </w:t>
      </w:r>
      <w:r>
        <w:t>us waqt mein hoon jaise india mein misal ke taur par pakistan banne ke baad bhi main sare india ko apna samajhta hoon jahan jaon wahan woh mera watan hai jahan jaon meri jagah hai main to yeh bhi nahi mujhe bardasht nahi hai ke koi mujhe minority kahe yeh jo constitution mein likha hua hai minority main is ko bilkul galat samajhta hoon main indian indian hoon indian minority ka member nahi hoon</w:t>
      </w:r>
    </w:p>
    <w:p>
      <w:pPr>
        <w:jc w:val="right"/>
      </w:pPr>
      <w:r>
        <w:t>اس وقت میں ہوں جیسے انڈیا میں مثال کے طور پر پاکستان بننے کے بعد بھی میں سارے انڈیا کو اپنا سمجھتا ہوں جہاں جاؤں وہاں وہ میرا وطن ہے جہاں جاؤں میری جگہ ہے میں تو یہ بھی نہیں مجھے برداشت نہیں ہے کہ کوئی مجھے مائنورٹی کہے یہ جو کانسٹیٹیوشن میں لکھا ہوا ہے مائنورٹی میں اس کو بالکل غلط سمجھتا ہوں میں انڈین انڈین ہوں انڈین مائنورٹی کا ممبر نہیں ہوں</w:t>
      </w:r>
    </w:p>
    <w:p>
      <w:r>
        <w:rPr>
          <w:b/>
        </w:rPr>
        <w:t xml:space="preserve">[50:08] </w:t>
      </w:r>
      <w:r>
        <w:t>kuch muslim leaderon ne bohat bara kar nama yeh kiya hai ke constitution of india mein unhon ne minority aur majority ka concept la diya main is ko bilkul yani sakht khilaf is ke hoon hum sab indian hain hum koi minority nahi</w:t>
      </w:r>
    </w:p>
    <w:p>
      <w:pPr>
        <w:jc w:val="right"/>
      </w:pPr>
      <w:r>
        <w:t>کچھ مسلم لیڈروں نے بہت بڑا کارنامہ یہ کیا ہے کہ کانسٹیٹیوشن اف انڈیا میں انہوں نے مائنورٹی اور میجورٹی کا کانسیپٹ لا دیا میں اس کو بالکل یعنی سخت خلاف اس کے ہوں ہم سب انڈین ہیں ہم کوئی مائنورٹی نہیں</w:t>
      </w:r>
    </w:p>
    <w:p>
      <w:r>
        <w:rPr>
          <w:b/>
        </w:rPr>
        <w:t xml:space="preserve">[50:30] </w:t>
      </w:r>
      <w:r>
        <w:t>yeh jo to main jo baat keh raha hoon woh yeh hai ke guaranteed salvation ke nazariye ne</w:t>
      </w:r>
    </w:p>
    <w:p>
      <w:pPr>
        <w:jc w:val="right"/>
      </w:pPr>
      <w:r>
        <w:t>یہ جو تو میں جو بات کہہ رہا ہوں وہ یہ ہے کہ گارنٹیڈ سالویشن کے نظریے نے</w:t>
      </w:r>
    </w:p>
    <w:p>
      <w:r>
        <w:rPr>
          <w:b/>
        </w:rPr>
        <w:t xml:space="preserve">[50:37] </w:t>
      </w:r>
      <w:r>
        <w:t>kya kiya aap ke andar se woh cheez nikali jo intellectual development ka zariya hoti hai</w:t>
      </w:r>
    </w:p>
    <w:p>
      <w:pPr>
        <w:jc w:val="right"/>
      </w:pPr>
      <w:r>
        <w:t>کیا کیا اپ کے اندر سے وہ چیز نکالی جو انٹلیکچول ڈیولپمنٹ کا ذریعہ ہوتی ہے</w:t>
      </w:r>
    </w:p>
    <w:p>
      <w:r>
        <w:rPr>
          <w:b/>
        </w:rPr>
        <w:t xml:space="preserve">[50:48] </w:t>
      </w:r>
      <w:r>
        <w:t>yani challenge brain storming hilchal shock treatment suspense mein jeena woh sab khatam</w:t>
      </w:r>
    </w:p>
    <w:p>
      <w:pPr>
        <w:jc w:val="right"/>
      </w:pPr>
      <w:r>
        <w:t>یعنی چیلنج برین اسٹارمنگ ہلچل شاک ٹریٹمنٹ سسپنس میں جینا وہ سب ختم</w:t>
      </w:r>
    </w:p>
    <w:p>
      <w:r>
        <w:rPr>
          <w:b/>
        </w:rPr>
        <w:t xml:space="preserve">[51:00] </w:t>
      </w:r>
      <w:r>
        <w:t>misal ke taur par hazrat umar ko main misal deta hoon aap ko</w:t>
      </w:r>
    </w:p>
    <w:p>
      <w:pPr>
        <w:jc w:val="right"/>
      </w:pPr>
      <w:r>
        <w:t>مثال کے طور پر حضرت عمر کو میں مثال دیتا ہوں اپ کو</w:t>
      </w:r>
    </w:p>
    <w:p>
      <w:r>
        <w:rPr>
          <w:b/>
        </w:rPr>
        <w:t xml:space="preserve">[51:03] </w:t>
      </w:r>
      <w:r>
        <w:t>hazrat umar jo the top ke sahabi the lekin har lamha woh kaanpte the kya hoga marne ke baad is ka nateeja kya hua un ka dimagh mein itni taraqqi itna zyada development hua tha kitni bari bari batein kahi unhon ne ke aaj bhi musalmanon ko pata nahi in baton ka unhon ne kaha tha ke less al aaqil alladhi ya'rif al khair min al sharr walaak alladhi ya'rif khair al sharrrain</w:t>
      </w:r>
    </w:p>
    <w:p>
      <w:pPr>
        <w:jc w:val="right"/>
      </w:pPr>
      <w:r>
        <w:t>حضرت عمر جو تھے ٹاپ کے صحابی تھے لیکن ہر لمحہ وہ کانپتے تھے کیا ہوگا مرنے کے بعد اس کا نتیجہ کیا ہوا ان کا دماغ میں اتنی ترقی اتنا زیادہ ڈیولپمنٹ ہوا تھا کتنی بڑی بڑی باتیں کہی انہوں نے کہ اج بھی مسلمانوں کو پتہ نہیں ان باتوں کا انہوں نے کہا تھا کہ لیس العاقل الذی یعرف الخیر من الشر ولاک الذی یعرف خیر الشرین</w:t>
      </w:r>
    </w:p>
    <w:p>
      <w:r>
        <w:rPr>
          <w:b/>
        </w:rPr>
        <w:t xml:space="preserve">[51:33] </w:t>
      </w:r>
      <w:r>
        <w:t>is ka matlab yeh hai ke zindagi mein jo choice hai woh lesser evil aur greater evil ka ke darmiyan hai all good all bad ke darmiyan nahi hai kaisi ajeeb baat hai aaj bhi koi musalman sari duniya ke musalmanon mein ek bhi shakhs nahi hai jo janta ho is baat ko ke zindagi mein choice all good all bad ke beech mein nahi hai lesser evil aur greater evil ke beech mein hai</w:t>
      </w:r>
    </w:p>
    <w:p>
      <w:pPr>
        <w:jc w:val="right"/>
      </w:pPr>
      <w:r>
        <w:t>اس کا مطلب یہ ہے کہ زندگی میں جو چوائس ہے وہ لیسر ایبل اور گریٹر ایبل کا کے درمیان ہے ال گڈ ال بیڈ کے درمیان نہیں ہے کیسی عجیب بات ہے اج بھی کوئی مسلمان ساری دنیا کے مسلمانوں میں ایک بھی شخص نہیں ہے جو جانتا ہو اس بات کو کہ زندگی میں چوائس ال گڈ ال بیڈ کے بیچ میں نہیں ہے لیسر ایبل اور گریٹر ایبل کے بیچ میں ہے</w:t>
      </w:r>
    </w:p>
    <w:p>
      <w:r>
        <w:rPr>
          <w:b/>
        </w:rPr>
        <w:t xml:space="preserve">[51:59] </w:t>
      </w:r>
      <w:r>
        <w:t>kyun in ki itni zabardast intellectual development hua tha hazrat umar ne ke itni bari bari baat soch sakte the wo aj kal to wo log bewakoofi mein jeete hain be aqli mein jeete hain koi bari baat in ki samajh mein nahi aati koi bari baat in ki samajh mein nahi aati</w:t>
      </w:r>
    </w:p>
    <w:p>
      <w:pPr>
        <w:jc w:val="right"/>
      </w:pPr>
      <w:r>
        <w:t>کیوں ان کی اتنی زبردست انٹلیکچول ڈیولپمنٹ ہوا تھا حضرت عمر نے کہ اتنی بڑی بڑی بات سوچ سکتے تھے وہ اج کل تو وہ لوگ بیوقوفی میں جیتے ہیں بے عقلی میں جیتے ہیں کوئی بڑی بات ان کی سمجھ میں نہیں اتی کوئی بڑی بات ان کی سمجھ میں نہیں اتی</w:t>
      </w:r>
    </w:p>
    <w:p>
      <w:r>
        <w:rPr>
          <w:b/>
        </w:rPr>
        <w:t xml:space="preserve">[52:18] </w:t>
      </w:r>
      <w:r>
        <w:t>abhi aj kal akhbaron mein ap parha hoga ap ne ke ke ek ek ek ek pata nahi kahan se ek khabar uri hai ke america jo hai chahta tha ke makkah madinah pe atom bomb bana de gira de ye khabar ap ne parhi hogi ke america mein ek training ho rahi thi ke jis tarah se hiroshima aur nagasaki par atom bomb giraya gaya waise hi ja kar makkah madinah pe atom bomb girate hain ab sare musalman is kharab ihtijaj kar rahe hain</w:t>
      </w:r>
    </w:p>
    <w:p>
      <w:pPr>
        <w:jc w:val="right"/>
      </w:pPr>
      <w:r>
        <w:t>ابھی اج کل اخباروں میں اپ پڑھا ہوگا اپ نے کہ کہ ایک ایک ایک ایک پتہ نہیں کہاں سے ایک خبر اڑی ہے کہ امریکہ جو ہے چاہتا تھا کہ مکہ مدینہ پہ ایٹم بم بنا دے گرا دے یہ خبر اپ نے پڑھی ہوگی کہ امریکہ میں ایک ٹریننگ ہو رہی تھی کہ جس طرح سے ہیروشیمہ اور نگر سکے پر ایٹم بم گرایا گیا ویسے ہی جا کر مکہ مدینہ پہ ایٹم بم گراتے ہیں اب سارے مسلمان اس خراب احتجاج کر رہے ہیں</w:t>
      </w:r>
    </w:p>
    <w:p>
      <w:r>
        <w:rPr>
          <w:b/>
        </w:rPr>
        <w:t xml:space="preserve">[52:47] </w:t>
      </w:r>
      <w:r>
        <w:t>yani bilkul ahmaqana khabar hai ye ap ko sunte hi kehna chahiye tha ke oraimah fishi it stands rejected yani agar ap par aqal hoti in musalmanon ko aqal hoti agar ye jo musalman hain hamare in ko aqal hoti to kehte hain ke ye to bidati nahi galat hai bidati nahi galat ye khabar prime of fishi it stands rejected</w:t>
      </w:r>
    </w:p>
    <w:p>
      <w:pPr>
        <w:jc w:val="right"/>
      </w:pPr>
      <w:r>
        <w:t>یعنی بالکل احمقانہ خبر ہے یہ اپ کو سنتے ہی کہنا چاہیے تھا کہ اورائمہ فیشی اٹ اسٹینڈز ریجیکٹڈ یعنی اگر اپ پر عقل ہوتی ان مسلمانوں کو عقل ہوتی اگر یہ جو مسلمان ہیں ہمارے ان کو عقل ہوتی تو کہتے ہیں کہ یہ تو بدعاتی نہیں غلط ہے بدعاتی نہیں غلط یہ خبر پرائم اف فیشی اٹ اسٹینڈز ریجیکٹڈ</w:t>
      </w:r>
    </w:p>
    <w:p>
      <w:r>
        <w:rPr>
          <w:b/>
        </w:rPr>
        <w:t xml:space="preserve">[53:14] </w:t>
      </w:r>
      <w:r>
        <w:t>yani bilkul ahmaqana baat hai ke america jo hai ja kar makkah madinah pe atom bomb girayega kabhi nahi ho sakta aisa aise hi kahin kisi ne khabar banai aur kahin aa gayi leak ho kar ke aur wo muslim aqwam chhapp gayi ab sab dekho bhai america tabah dushman hai ke to makkah madinah ke upar atom bomb girana chahta hai</w:t>
      </w:r>
    </w:p>
    <w:p>
      <w:pPr>
        <w:jc w:val="right"/>
      </w:pPr>
      <w:r>
        <w:t>یعنی بالکل احمقانہ بات ہے کہ امریکہ جو ہے جا کے مکہ مدینہ پہ ایٹم بم گرائے گا کبھی نہیں ہو سکتا ایسا ایسے ہی کہیں کسی نے خبر بنائی اور کہیں ا گئی لیک ہو کر کے اور وہ مسلم اقوام چھپ گئی اب سب دیکھو بھئی امریکہ تباہ دشمن ہے کہ تو مکہ مدینہ کے اوپر ایٹم بم گرانا چاہتا ہے</w:t>
      </w:r>
    </w:p>
    <w:p>
      <w:r>
        <w:rPr>
          <w:b/>
        </w:rPr>
        <w:t xml:space="preserve">[53:34] </w:t>
      </w:r>
      <w:r>
        <w:t>ye to be aqli ka shahkar hai ye yani koi bhi least chance nahi hai ke america atom bomb giraye makkah madinah par musalman ye bhi nahi jante ke atom bomb sirf ek bar giraya giraya jata hai ye bhi musalman nahi jante apni be aqli ki wajah se</w:t>
      </w:r>
    </w:p>
    <w:p>
      <w:pPr>
        <w:jc w:val="right"/>
      </w:pPr>
      <w:r>
        <w:t>یہ تو بے عقلی کا شاہکار ہے یہ یعنی کوئی بھی لیسٹ چانس نہیں ہے کہ امریکہ ایٹم بم گرائے مکہ مدینہ پر مسلمان یہ بھی نہیں جانتے کہ ایٹم بم صرف ایک بار گرایا گرایا جاتا ہے یہ بھی مسلمان نہیں جانتے اپنی بے عقلی کی وجہ سے</w:t>
      </w:r>
    </w:p>
    <w:p>
      <w:r>
        <w:rPr>
          <w:b/>
        </w:rPr>
        <w:t xml:space="preserve">[53:53] </w:t>
      </w:r>
      <w:r>
        <w:t>yaad rakhiye insani zindagi mein ek ek usool yeh hai koi bhayanak waqea sirf ek bar hota hai</w:t>
      </w:r>
    </w:p>
    <w:p>
      <w:pPr>
        <w:jc w:val="right"/>
      </w:pPr>
      <w:r>
        <w:t>یاد رکھیے انسانی زندگی میں ایک ایک اصول یہ ہے کوئی بھیانک واقعہ صرف ایک بار ہوتا ہے</w:t>
      </w:r>
    </w:p>
    <w:p>
      <w:r>
        <w:rPr>
          <w:b/>
        </w:rPr>
        <w:t xml:space="preserve">[54:01] </w:t>
      </w:r>
      <w:r>
        <w:t>koi bhayanak waqea sirf ek bar hota hai mislan ek bhai agar farz kiya apne sage bhai ko</w:t>
      </w:r>
    </w:p>
    <w:p>
      <w:pPr>
        <w:jc w:val="right"/>
      </w:pPr>
      <w:r>
        <w:t>کوئی بھیانک واقعہ صرف ایک بار ہوتا ہے مثلا ایک بھائی اگر فرض کیا اپنے سگے بھائی کو</w:t>
      </w:r>
    </w:p>
    <w:p>
      <w:r>
        <w:rPr>
          <w:b/>
        </w:rPr>
        <w:t xml:space="preserve">[54:05] </w:t>
      </w:r>
      <w:r>
        <w:t>qatal kar de dobara kabhi nahi qatal karega kisi aur bhai ko</w:t>
      </w:r>
    </w:p>
    <w:p>
      <w:pPr>
        <w:jc w:val="right"/>
      </w:pPr>
      <w:r>
        <w:t>قتل کر دے دوبارہ کبھی نہیں قتل کرے گا کسی اور بھائی کو</w:t>
      </w:r>
    </w:p>
    <w:p>
      <w:r>
        <w:rPr>
          <w:b/>
        </w:rPr>
        <w:t xml:space="preserve">[54:09] </w:t>
      </w:r>
      <w:r>
        <w:t>ek ek aadmī ke chaar bhāī farz kiye hain ek bhāī pe ghusse ho gaya us ko maar</w:t>
      </w:r>
    </w:p>
    <w:p>
      <w:pPr>
        <w:jc w:val="right"/>
      </w:pPr>
      <w:r>
        <w:t>ایک ایک ادمی کے چار بھائی فرض کیے ہیں ایک بھائی پہ غصہ ہو گیا اس کو مار</w:t>
      </w:r>
    </w:p>
    <w:p>
      <w:r>
        <w:rPr>
          <w:b/>
        </w:rPr>
        <w:t xml:space="preserve">[54:14] </w:t>
      </w:r>
      <w:r>
        <w:t>ḍālā us ne to kabhi aisa nahīñ hogā ke baqīya bhāī ko maar ḍāle gā kyūñki bhīyānak vāqi'a</w:t>
      </w:r>
    </w:p>
    <w:p>
      <w:pPr>
        <w:jc w:val="right"/>
      </w:pPr>
      <w:r>
        <w:t>ڈالا اس نے تو کبھی ایسا نہیں ہوگا کہ بقیہ بھائی کو مار ڈالے گا کیونکہ بھیانک واقعہ</w:t>
      </w:r>
    </w:p>
    <w:p>
      <w:r>
        <w:rPr>
          <w:b/>
        </w:rPr>
        <w:t xml:space="preserve">[54:20] </w:t>
      </w:r>
      <w:r>
        <w:t>zindagī meñ sirf ek bār hotā hai</w:t>
      </w:r>
    </w:p>
    <w:p>
      <w:pPr>
        <w:jc w:val="right"/>
      </w:pPr>
      <w:r>
        <w:t>زندگی میں صرف ایک بار ہوتا ہے</w:t>
      </w:r>
    </w:p>
    <w:p>
      <w:r>
        <w:rPr>
          <w:b/>
        </w:rPr>
        <w:t xml:space="preserve">[54:23] </w:t>
      </w:r>
      <w:r>
        <w:t>to jo atom bomb giraya gaya makkah madinah wahan hiroshima aur nagasaki mein wo pehla bhi tha aur aakhri bhi tha kyunke dekhiye america ko haar manni pari vietnam mein kya wahan atom bomb giraya use atom bomb america ko lotna pada iraq se afghanistan se kahan wahan use atom bomb giraya kitni ahmaqana baat ye hai</w:t>
      </w:r>
    </w:p>
    <w:p>
      <w:pPr>
        <w:jc w:val="right"/>
      </w:pPr>
      <w:r>
        <w:t>تو جو ایٹم بم گرایا گیا مکہ مدینہ وہاں ہیروشیمہ اور نگاسکی میں وہ پہلا بھی تھا اور اخری بھی تھا کیونکہ دیکھیے امریکہ کو ہار ماننی پڑی ویتنام میں کیا وہاں ایٹم بم گرایا اسے ایٹم بم امریکہ کو لوٹنا پڑا عراق سے افغانستان سے کہاں وہاں اسے ایٹم بم گرایا کتنی احمقانہ بات یہ ہے</w:t>
      </w:r>
    </w:p>
    <w:p>
      <w:r>
        <w:rPr>
          <w:b/>
        </w:rPr>
        <w:t xml:space="preserve">[54:49] </w:t>
      </w:r>
      <w:r>
        <w:t>to ye jo aqeedah hai guaranteed salvation ka is ne musalmanon se kya chheen liya aqal chheen li dawat chheen li insani khair khwahi chheen li jannat ka shauq chheen liya allah ka khauf chheen liya jannat ka shauq aur allah ka khauf wo bhi chheen liya</w:t>
      </w:r>
    </w:p>
    <w:p>
      <w:pPr>
        <w:jc w:val="right"/>
      </w:pPr>
      <w:r>
        <w:t>تو یہ جو عقیدہ ہے گارنٹیڈ سالویشن کا اس نے مسلمانوں سے کیا چھین لیا عقل چھین لی دعوت چھین لی انسانی خیر خواہی چھین لی جنت کا شوق چھین لیا اللہ کا خوف چھین لیا جنت کا شوق اور اللہ کا خوف وہ بھی چھین لیا</w:t>
      </w:r>
    </w:p>
    <w:p>
      <w:r>
        <w:rPr>
          <w:b/>
        </w:rPr>
        <w:t xml:space="preserve">[55:10] </w:t>
      </w:r>
      <w:r>
        <w:t>har har positive cheez chheen li har positive cheez musalmanon se chheen gayi kyunke guaranteed salvation jo hai ye ye qatle hai qatle in sab cheezon ke liye aur aakhir mein kya reh gaya yani aqal se mehroom hai maine ek qissa parha tha ke hazrat musa alaihissalam ne allah taala se dua kiya ke aye khuda meri qom se sab kuch chheenna par aqal mat chheenna</w:t>
      </w:r>
    </w:p>
    <w:p>
      <w:pPr>
        <w:jc w:val="right"/>
      </w:pPr>
      <w:r>
        <w:t>ہر ہر پوزیٹیو چیز چھین لی ہر پازیٹیو چیز مسلمانوں سے چھین گئی کیونکہ گارنٹیڈ سالویشن جو ہے یہ یہ کلر ہے کلر ان سب چیزوں کے لیے اور اخر میں کیا رہ گیا یعنی عقل سے محروم ہے میں نے ایک قصہ پڑھا تھا کہ حضرت موسی علیہ السلام نے اللہ تعالی سے دعا کیا کہ اے خدا میری قوم سے سب کچھ چھیننا پر عقل مت چھیننا</w:t>
      </w:r>
    </w:p>
    <w:p>
      <w:r>
        <w:rPr>
          <w:b/>
        </w:rPr>
        <w:t xml:space="preserve">[55:38] </w:t>
      </w:r>
      <w:r>
        <w:t>aye khuda mere mere meri qom se sab kuch chheenna par aqal mat chheenna to allah taala ne kaha ke aye musa jab hum kisi se jab kisi se hum ko kisi ko mehroom karna hota hai to sab se pehle wo aqliyat chheente hain wahi muamla musalmanon ka hai</w:t>
      </w:r>
    </w:p>
    <w:p>
      <w:pPr>
        <w:jc w:val="right"/>
      </w:pPr>
      <w:r>
        <w:t>اے خدا میرے میرے میری قوم سے سب کچھ چھیننا پر عقل مت چھیننا تو اللہ تعالی نے کہا کہ اے موسی جب ہم کسی سے جب کسی سے ہم کو کسی کو محروم کرنا ہوتا ہے تو سب سے پہلے وہ عقلیت چھینتے ہیں وہی معاملہ مسلمانوں کا ہے</w:t>
      </w:r>
    </w:p>
    <w:p>
      <w:r>
        <w:rPr>
          <w:b/>
        </w:rPr>
        <w:t xml:space="preserve">[55:59] </w:t>
      </w:r>
      <w:r>
        <w:t>ke pathar marenge taake idhar se bomb aaye yani jagah jagah ye ap bhai mujhe mubarak</w:t>
      </w:r>
    </w:p>
    <w:p>
      <w:pPr>
        <w:jc w:val="right"/>
      </w:pPr>
      <w:r>
        <w:t>کہ پتھر ماریں گے تاکہ ادھر سے بم ائے یعنی جگہ جگہ یہ اپ بھائی مجھے مبارک</w:t>
      </w:r>
    </w:p>
    <w:p>
      <w:r>
        <w:rPr>
          <w:b/>
        </w:rPr>
        <w:t xml:space="preserve">[56:06] </w:t>
      </w:r>
      <w:r>
        <w:t>ki party chala rahe hain kashmir mein falasteen mein sinkiyang mein ye abhi ye yahan par aj kal burma ke musalman kuch aaye hue hain in dilli mein ap ko maloom hoga shayad kai jagah gaye hain burma musalmanon ka qissa kya hai yani be aqli ka shahkar hai</w:t>
      </w:r>
    </w:p>
    <w:p>
      <w:pPr>
        <w:jc w:val="right"/>
      </w:pPr>
      <w:r>
        <w:t>کی پارٹی چلا رہے ہیں کشمیر میں فلسطین میں سنکیالگ میں یہ ابھی یہ یہاں پر اج کل برما کے مسلمان کچھ ائے ہوئے ہیں ان دلی میں اپ کو معلوم ہوگا شاید کئی جگہ گئے ہیں برما مسلمانوں کا قصہ کیا ہے یعنی بے عقلی کا شاہکار ہے</w:t>
      </w:r>
    </w:p>
    <w:p>
      <w:r>
        <w:rPr>
          <w:b/>
        </w:rPr>
        <w:t xml:space="preserve">[56:24] </w:t>
      </w:r>
      <w:r>
        <w:t>burma mein ek ek sarhadi ilaqah hai us ko kehte hain arakan yani jo bangladesh ki taraf jis ka wo hota hai wahan par musalmanon ki thodi majority hai</w:t>
      </w:r>
    </w:p>
    <w:p>
      <w:pPr>
        <w:jc w:val="right"/>
      </w:pPr>
      <w:r>
        <w:t>برما میں ایک ایک سرحدی علاقہ ہے اس کو کہتے ہیں اراکان یعنی جو بنگلہ دیش کی طرف جس کا وہ ہوتا ہے وہاں پر مسلمانوں کی تھوڑی میجورٹی ہے</w:t>
      </w:r>
    </w:p>
    <w:p>
      <w:r>
        <w:rPr>
          <w:b/>
        </w:rPr>
        <w:t xml:space="preserve">[56:37] </w:t>
      </w:r>
      <w:r>
        <w:t>to wahan par kuch musalman uth gaye islami hukumat qaim karne ke liye yani alag burma se alag kar ke arakan ko islami state bahut achhi halat mein reh rahe the log bahut masjid madarse har cheez wahan bahut taraqqi kar rahi thi lekin jab unhon ne azad islami state ka nara lagaya to central government jo thi rangoon ki us ne un ko tahs nahs kar diya ab wo bhage idhar udhar ye to ap bhai mubarak ki party sahi hai</w:t>
      </w:r>
    </w:p>
    <w:p>
      <w:pPr>
        <w:jc w:val="right"/>
      </w:pPr>
      <w:r>
        <w:t>تو وہاں پر کچھ مسلمان اٹھ گئے اسلامی حکومت قائم کرنے کے لیے یعنی الگ برما سے الگ کر کے اراکان کو اسلامی اسٹیٹ بہت اچھی حالت میں رہ رہے تھے لوگ بہت مسجد مدرسے ہر چیز وہاں بہت ترقی کر رہی تھی لیکن جب انہوں نے ازاد اسلامی اسٹیٹ کا نعرہ لگایا تو سینٹرل گورنمنٹ جو تھی رگون کی اس نے ان کو تحس نحس کر دیا اب وہ بھاگے ادھر ادھر یہ تو اپ بھائی مبارک کی پارٹی صحیح ہے</w:t>
      </w:r>
    </w:p>
    <w:p>
      <w:r>
        <w:rPr>
          <w:b/>
        </w:rPr>
        <w:t xml:space="preserve">[57:06] </w:t>
      </w:r>
      <w:r>
        <w:t>meñ khud batātā hūñ apne ko ke ek mashhūr 'ālim mere pās ek bār āye gāliban 1965 meñ</w:t>
      </w:r>
    </w:p>
    <w:p>
      <w:pPr>
        <w:jc w:val="right"/>
      </w:pPr>
      <w:r>
        <w:t>میں خود بتاتا ہوں اپنے کو کہ ایک مشہور عالم میرے پاس ایک بار ائے غالباً 1965 میں</w:t>
      </w:r>
    </w:p>
    <w:p>
      <w:r>
        <w:rPr>
          <w:b/>
        </w:rPr>
        <w:t xml:space="preserve">[57:13] </w:t>
      </w:r>
      <w:r>
        <w:t>aur bahut hī rāzdārī se unhoñ ne kahā ke bhāī arākān chalnā hai</w:t>
      </w:r>
    </w:p>
    <w:p>
      <w:pPr>
        <w:jc w:val="right"/>
      </w:pPr>
      <w:r>
        <w:t>اور بہت ہی رازداری سے انہوں نے کہا کہ بھئی اراکان چلنا ہے</w:t>
      </w:r>
    </w:p>
    <w:p>
      <w:r>
        <w:rPr>
          <w:b/>
        </w:rPr>
        <w:t xml:space="preserve">[57:18] </w:t>
      </w:r>
      <w:r>
        <w:t>meñ jahāñ se hūñ ap bhī chalīye bhāī kis liye bhāī kahā arākān meñ musalmānoñ kī majūritī hai</w:t>
      </w:r>
    </w:p>
    <w:p>
      <w:pPr>
        <w:jc w:val="right"/>
      </w:pPr>
      <w:r>
        <w:t>میں جہاں سے ہوں اپ بھی چلیے بھائی کس لیے بھئی کہا اراکان میں مسلمانوں کی میجورٹی ہے</w:t>
      </w:r>
    </w:p>
    <w:p>
      <w:r>
        <w:rPr>
          <w:b/>
        </w:rPr>
        <w:t xml:space="preserve">[57:24] </w:t>
      </w:r>
      <w:r>
        <w:t>aur vahāñ par islāmī istet banne ke imkānāt haiñ ham ap chalenge vahāñ par aur ye kareñ</w:t>
      </w:r>
    </w:p>
    <w:p>
      <w:pPr>
        <w:jc w:val="right"/>
      </w:pPr>
      <w:r>
        <w:t>اور وہاں پر اسلامی اسٹیٹ بننے کے امکانات ہیں ہم اپ چلیں گے وہاں پر اور یہ کریں</w:t>
      </w:r>
    </w:p>
    <w:p>
      <w:r>
        <w:rPr>
          <w:b/>
        </w:rPr>
        <w:t xml:space="preserve">[57:29] </w:t>
      </w:r>
      <w:r>
        <w:t>ge vah kareñge meñ ne kahā astagfirullāh mujhe ye sab kārobār nahīñ karnā</w:t>
      </w:r>
    </w:p>
    <w:p>
      <w:pPr>
        <w:jc w:val="right"/>
      </w:pPr>
      <w:r>
        <w:t>گے وہ کریں گے میں نے کہا استغفراللہ مجھے یہ سب کاروبار نہیں کرنا</w:t>
      </w:r>
    </w:p>
    <w:p>
      <w:r>
        <w:rPr>
          <w:b/>
        </w:rPr>
        <w:t xml:space="preserve">[57:36] </w:t>
      </w:r>
      <w:r>
        <w:t>to burma ke musalman jo india mein hain us waqt wo apni nadani apne de are paying the price of their stepped policies they are paying the price of their stepped policies ye sari duniya mein hi ho raha hai sinkiyang mein bahut achhi halat thi musalmanon ki wahan par muslim state wahan banane ki azad muslim state ab china ne un ko bulldozer kar diya</w:t>
      </w:r>
    </w:p>
    <w:p>
      <w:pPr>
        <w:jc w:val="right"/>
      </w:pPr>
      <w:r>
        <w:t>تو برما کے مسلمان جو انڈیا میں ہیں اس وقت وہ اپنی نادانی اپنے دے ار پینگ دا پرائس اف دیر اسٹیپڈ پالیسیز دے ار پینگ دا پرائٹ اف دیر اسٹیپڈ پالیسیز یہ ساری دنیا میں ہی ہو رہا ہے سنکیانگ میں بہت اچھی حالت تھی مسلمانوں کی وہاں پر مسلم اسٹیٹ وہاں بنانے کی ازاد مسلم اسٹیٹ اب چائنہ نے ان کو بلڈوز کر دیا</w:t>
      </w:r>
    </w:p>
    <w:p>
      <w:r>
        <w:rPr>
          <w:b/>
        </w:rPr>
        <w:t xml:space="preserve">[58:04] </w:t>
      </w:r>
      <w:r>
        <w:t>philippines mein bolsenia mein jahan bhi dekhiye jahan musalman thode se the ek leader khada ho gaya ke hum islami hukumat qaim karenge is ke baad government ne un ko pees dala to sari duniya mein musalman chala rahe hain ap bhai mujhe mulkon ki policies ye israel mein bhi ye ho raha hai kyun aqal nahi hai sochne ki taqat nahi hai</w:t>
      </w:r>
    </w:p>
    <w:p>
      <w:pPr>
        <w:jc w:val="right"/>
      </w:pPr>
      <w:r>
        <w:t>فلپائن میں بولسینیا میں جہاں بھی دیکھیے جہاں مسلمان تھوڑے سے تھے ایک لیڈر کھڑا ہو گیا کہ ہم اسلامی حکومت قائم کریں گے اس کے بعد گورنمنٹ نے ان کو پیس ڈالا تو ساری دنیا میں مسلمان چلا رہے ہیں اپ بھائی مجھے ممالک کی پالیسیز یہ اسرائیل میں بھی یہ ہو رہا ہے کیوں عقل نہیں ہے سوچنے کی طاقت نہیں ہے</w:t>
      </w:r>
    </w:p>
    <w:p>
      <w:r>
        <w:rPr>
          <w:b/>
        </w:rPr>
        <w:t xml:space="preserve">[58:27] </w:t>
      </w:r>
      <w:r>
        <w:t>vah kyoñ nahīñ hai ke ya'nī</w:t>
      </w:r>
    </w:p>
    <w:p>
      <w:pPr>
        <w:jc w:val="right"/>
      </w:pPr>
      <w:r>
        <w:t>وہ کیوں نہیں ہے کہ یعنی</w:t>
      </w:r>
    </w:p>
    <w:p>
      <w:r>
        <w:rPr>
          <w:b/>
        </w:rPr>
        <w:t xml:space="preserve">[58:30] </w:t>
      </w:r>
      <w:r>
        <w:t>mābrī par qalb tazkiya un ke hāñ chal chalne lagā</w:t>
      </w:r>
    </w:p>
    <w:p>
      <w:pPr>
        <w:jc w:val="right"/>
      </w:pPr>
      <w:r>
        <w:t>مابری پر قلب تزکیہ ان کے ہاں چل چلنے لگا</w:t>
      </w:r>
    </w:p>
    <w:p>
      <w:r>
        <w:rPr>
          <w:b/>
        </w:rPr>
        <w:t xml:space="preserve">[58:35] </w:t>
      </w:r>
      <w:r>
        <w:t>aur gārnṭīḍ sālveśan un ke hāñ ā gayā</w:t>
      </w:r>
    </w:p>
    <w:p>
      <w:pPr>
        <w:jc w:val="right"/>
      </w:pPr>
      <w:r>
        <w:t>اور گارنٹیڈ سالویشن ان کے ہاں ا گیا</w:t>
      </w:r>
    </w:p>
    <w:p>
      <w:r>
        <w:rPr>
          <w:b/>
        </w:rPr>
        <w:t xml:space="preserve">[58:40] </w:t>
      </w:r>
      <w:r>
        <w:t>to yād rakhiye meñ ye bāteñ jo kah rahā hūñ mujhe koī shoq nahīñ hai kisī ko blīm</w:t>
      </w:r>
    </w:p>
    <w:p>
      <w:pPr>
        <w:jc w:val="right"/>
      </w:pPr>
      <w:r>
        <w:t>تو یاد رکھیے میں یہ باتیں جو کہہ رہا ہوں مجھے کوئی شوق نہیں ہے کسی کو بلیم</w:t>
      </w:r>
    </w:p>
    <w:p>
      <w:r>
        <w:rPr>
          <w:b/>
        </w:rPr>
        <w:t xml:space="preserve">[58:45] </w:t>
      </w:r>
      <w:r>
        <w:t>dene se kisī ko kriteisāiz karne se</w:t>
      </w:r>
    </w:p>
    <w:p>
      <w:pPr>
        <w:jc w:val="right"/>
      </w:pPr>
      <w:r>
        <w:t>دینے سے کسی کو کریٹیسائز کرنے سے</w:t>
      </w:r>
    </w:p>
    <w:p>
      <w:r>
        <w:rPr>
          <w:b/>
        </w:rPr>
        <w:t xml:space="preserve">[58:48] </w:t>
      </w:r>
      <w:r>
        <w:t>lekin meñ subaḥ shām yād rakhiye taṛaptā huā allāh hī jāntā hai āj rāt meñ rāt ko bahut</w:t>
      </w:r>
    </w:p>
    <w:p>
      <w:pPr>
        <w:jc w:val="right"/>
      </w:pPr>
      <w:r>
        <w:t>لیکن میں صبح شام یاد رکھیے تڑپتا ہوا اللہ ہی جانتا ہے اج رات میں رات کو بہت</w:t>
      </w:r>
    </w:p>
    <w:p>
      <w:r>
        <w:rPr>
          <w:b/>
        </w:rPr>
        <w:t xml:space="preserve">[58:54] </w:t>
      </w:r>
      <w:r>
        <w:t>kam soyā</w:t>
      </w:r>
    </w:p>
    <w:p>
      <w:pPr>
        <w:jc w:val="right"/>
      </w:pPr>
      <w:r>
        <w:t>کم سویا</w:t>
      </w:r>
    </w:p>
    <w:p>
      <w:r>
        <w:rPr>
          <w:b/>
        </w:rPr>
        <w:t xml:space="preserve">[58:57] </w:t>
      </w:r>
      <w:r>
        <w:t>ap sochte honge main raat ko bahut khoob khar khar so kar ke aj taqreer kar raha hoon bahut hi kam soya raat ko main ye ummat ka jo hal hai wo aisa ajeeb ghareeb halat hai ke sochne ki taqat hi nahi rahi in logon ke andar sochne ki taqat nahi</w:t>
      </w:r>
    </w:p>
    <w:p>
      <w:pPr>
        <w:jc w:val="right"/>
      </w:pPr>
      <w:r>
        <w:t>اپ سوچتے ہوں گے میں رات کو بہت خوب خرخر سو کر کے اج تقریر کر رہا ہوں بہت ہی کم سویا رات کو میں یہ امت کا جو حال ہے وہ ایسا عجیب غریب حالت ہے کہ سوچنے کی طاقت ہی نہیں رہی ان لوگوں کے اندر سوچنے کی طاقت نہیں</w:t>
      </w:r>
    </w:p>
    <w:p>
      <w:r>
        <w:rPr>
          <w:b/>
        </w:rPr>
        <w:t xml:space="preserve">[59:20] </w:t>
      </w:r>
      <w:r>
        <w:t>to main qom ko jhanjhod raha hoon taake qom jaage</w:t>
      </w:r>
    </w:p>
    <w:p>
      <w:pPr>
        <w:jc w:val="right"/>
      </w:pPr>
      <w:r>
        <w:t>تو میں قوم کو جھجوڑ رہا ہوں تاکہ قوم جاگے</w:t>
      </w:r>
    </w:p>
    <w:p>
      <w:r>
        <w:rPr>
          <w:b/>
        </w:rPr>
        <w:t xml:space="preserve">[59:25] </w:t>
      </w:r>
      <w:r>
        <w:t>jhanjhod raha hoon taake qom jaage kyunke jhanjhodne ke siwa aur koi tareeqa nahi hai jagane ka naram naram boli sahib kisi ko jaga nahi sakte it it required to use language of hembring agar ap ko jagana hai to ap ko language of hembring bolni padegi jhanjhodne wali zuban warna koi jagne wala nahi hai meethi meethi baton se koi jagta nahi kabhi</w:t>
      </w:r>
    </w:p>
    <w:p>
      <w:pPr>
        <w:jc w:val="right"/>
      </w:pPr>
      <w:r>
        <w:t>جھجوڑ رہا ہوں تاکہ قوم جاگے کیونکہ جھجوڑنے کے سوا اور کوئی طریقہ نہیں ہے جگانے کا نرم نرم بولی صاحب کسی کو جگا نہیں سکتے اٹ اٹ ریکوائرڈز ٹو یوز لینگویج اف ہیمبرنگ اگر اپ کو جگانا ہے تو اپ کو لینگویج اف ہیمبرنگ بولنی پڑے گی جھجوڑنے والی زبان ورنہ کوئی جاگنے والا نہیں ہے میٹھی میٹھی باتوں سے کوئی جاگتا نہیں کبھی</w:t>
      </w:r>
    </w:p>
    <w:p>
      <w:r>
        <w:rPr>
          <w:b/>
        </w:rPr>
        <w:t xml:space="preserve">[59:52] </w:t>
      </w:r>
      <w:r>
        <w:t>ye nāmakin hai ke meṭhī meṭhī bāt karke kisī qaum meñ koī bedārī paidā ho jāye ek</w:t>
      </w:r>
    </w:p>
    <w:p>
      <w:pPr>
        <w:jc w:val="right"/>
      </w:pPr>
      <w:r>
        <w:t>یہ ناممکن ہے کہ میٹھی میٹھی بات کر کے کسی قوم میں کوئی بیداری پیدا ہو جائے ایک</w:t>
      </w:r>
    </w:p>
    <w:p>
      <w:r>
        <w:rPr>
          <w:b/>
        </w:rPr>
        <w:t xml:space="preserve">[59:56] </w:t>
      </w:r>
      <w:r>
        <w:t>fard ke andar bedārī nahīñ āye gī</w:t>
      </w:r>
    </w:p>
    <w:p>
      <w:pPr>
        <w:jc w:val="right"/>
      </w:pPr>
      <w:r>
        <w:t>فرد کے اندر بیداری نہیں ائے گی</w:t>
      </w:r>
    </w:p>
    <w:p>
      <w:r>
        <w:rPr>
          <w:b/>
        </w:rPr>
        <w:t xml:space="preserve">[1:00:01] </w:t>
      </w:r>
      <w:r>
        <w:t>to bahāl ye bāteñ mere dil kī taṛap haiñ allāh ta'ālā mujh ko aur ap ko taufeeq de</w:t>
      </w:r>
    </w:p>
    <w:p>
      <w:pPr>
        <w:jc w:val="right"/>
      </w:pPr>
      <w:r>
        <w:t>تو بہرحال یہ باتیں میرے دل کی تڑپ ہیں اللہ تعالی مجھ کو اور اپ کو توفیق دے</w:t>
      </w:r>
    </w:p>
    <w:p>
      <w:r>
        <w:rPr>
          <w:b/>
        </w:rPr>
        <w:t xml:space="preserve">[1:00:08] </w:t>
      </w:r>
      <w:r>
        <w:t>ke ham sachchāī ko samjheñ aur dūsroñ tak pahuñchāeñ aqūl qaulīhā vastagfirullāh lakum ajma'īn</w:t>
      </w:r>
    </w:p>
    <w:p>
      <w:pPr>
        <w:jc w:val="right"/>
      </w:pPr>
      <w:r>
        <w:t>کہ ہم سچائی کو سمجھیں اور دوسروں تک پہنچائیں اقول قولھذا واستغفراللہ لیکم اجمعین</w:t>
      </w:r>
    </w:p>
    <w:p>
      <w:r>
        <w:rPr>
          <w:b/>
        </w:rPr>
        <w:t xml:space="preserve">[1:00:30] </w:t>
      </w:r>
      <w:r>
        <w:t>molana ye sawal aaya hai karachi pakistan se mister abdul latif sahib ka unhon ne likha hai sawa mein humein tension ka koi mareez nahi milta jabke aj ke daur ka har shakhs tension mein jeeta hai is farq ki kya wajah ho sakti hai</w:t>
      </w:r>
    </w:p>
    <w:p>
      <w:pPr>
        <w:jc w:val="right"/>
      </w:pPr>
      <w:r>
        <w:t>مولانا یہ سوال ایا ہے کراچی پاکستان سے مسٹر عبداللطیف صاحب کا انہوں نے لکھا ہے ساوا میں ہمیں ٹینشن کا کوئی مریض نہیں ملتا جبکہ اج کے دور کا ہر شخص ٹینشن میں جیتا ہے اس فرق کی کیا وجہ ہو سکتی ہے</w:t>
      </w:r>
    </w:p>
    <w:p>
      <w:r>
        <w:rPr>
          <w:b/>
        </w:rPr>
        <w:t xml:space="preserve">[1:00:51] </w:t>
      </w:r>
      <w:r>
        <w:t>dekhein tension jo hai koi bhi jo aadi tension hai wo milta ho ap us se miliye us se puchiye</w:t>
      </w:r>
    </w:p>
    <w:p>
      <w:pPr>
        <w:jc w:val="right"/>
      </w:pPr>
      <w:r>
        <w:t>دیکھیں ٹینشن جو ہے کوئی بھی جو عادی ٹینشن ہے وہ ملتا ہو اپ اس سے ملیے اس سے پوچھیے</w:t>
      </w:r>
    </w:p>
    <w:p>
      <w:r>
        <w:rPr>
          <w:b/>
        </w:rPr>
        <w:t xml:space="preserve">[1:01:00] </w:t>
      </w:r>
      <w:r>
        <w:t>kisī ne kisī māddī sabab se hogā ṭenshan meñ ho</w:t>
      </w:r>
    </w:p>
    <w:p>
      <w:pPr>
        <w:jc w:val="right"/>
      </w:pPr>
      <w:r>
        <w:t>کسی نے کسی مادی سبب سے ہوگا ٹینشن میں ہو</w:t>
      </w:r>
    </w:p>
    <w:p>
      <w:r>
        <w:rPr>
          <w:b/>
        </w:rPr>
        <w:t xml:space="preserve">[1:01:05] </w:t>
      </w:r>
      <w:r>
        <w:t>jannat kā fikr ṭenshan nahīñ paidā kartā agar ap ko bāt ākhirat ke fikr hote haiñ to ṭenshan</w:t>
      </w:r>
    </w:p>
    <w:p>
      <w:pPr>
        <w:jc w:val="right"/>
      </w:pPr>
      <w:r>
        <w:t>جنت کا فکر ٹینشن نہیں پیدا کرتا اگر اپ کو بات اخرت کے فکر ہوتے ہیں تو ٹینشن</w:t>
      </w:r>
    </w:p>
    <w:p>
      <w:r>
        <w:rPr>
          <w:b/>
        </w:rPr>
        <w:t xml:space="preserve">[1:01:11] </w:t>
      </w:r>
      <w:r>
        <w:t>nahīñ āye gā</w:t>
      </w:r>
    </w:p>
    <w:p>
      <w:pPr>
        <w:jc w:val="right"/>
      </w:pPr>
      <w:r>
        <w:t>نہیں ائے گا</w:t>
      </w:r>
    </w:p>
    <w:p>
      <w:r>
        <w:rPr>
          <w:b/>
        </w:rPr>
        <w:t xml:space="preserve">[1:01:13] </w:t>
      </w:r>
      <w:r>
        <w:t>tijārat kā nuqsān miyāñ bīvī ke taluqāt hī ghar ghar ghar ke masāil</w:t>
      </w:r>
    </w:p>
    <w:p>
      <w:pPr>
        <w:jc w:val="right"/>
      </w:pPr>
      <w:r>
        <w:t>تجارت کا نقصان میاں بیوی کے تعلقات ہی گھر گھر گھر کے مسئلے</w:t>
      </w:r>
    </w:p>
    <w:p>
      <w:r>
        <w:rPr>
          <w:b/>
        </w:rPr>
        <w:t xml:space="preserve">[1:01:19] </w:t>
      </w:r>
      <w:r>
        <w:t>jo māddī masāil haiñ un ko le kar ṭenshan paidā hotā hai</w:t>
      </w:r>
    </w:p>
    <w:p>
      <w:pPr>
        <w:jc w:val="right"/>
      </w:pPr>
      <w:r>
        <w:t>جو مادی مسائل ہیں ان کو لے کر ٹینشن پیدا ہوتا ہے</w:t>
      </w:r>
    </w:p>
    <w:p>
      <w:r>
        <w:rPr>
          <w:b/>
        </w:rPr>
        <w:t xml:space="preserve">[1:01:24] </w:t>
      </w:r>
      <w:r>
        <w:t>to vah jo the sahāba un ke andar ākhirat orieṇṭeḍ thiñkiñg thī</w:t>
      </w:r>
    </w:p>
    <w:p>
      <w:pPr>
        <w:jc w:val="right"/>
      </w:pPr>
      <w:r>
        <w:t>تو وہ جو تھے صحابہ ان کے اندر اخرت اورینٹڈ تھنکنگ تھی</w:t>
      </w:r>
    </w:p>
    <w:p>
      <w:r>
        <w:rPr>
          <w:b/>
        </w:rPr>
        <w:t xml:space="preserve">[1:01:31] </w:t>
      </w:r>
      <w:r>
        <w:t>dunya oriented thinking thi nahi in ke andar to sach poochhiye to tension naam hai dunya oriented thinking</w:t>
      </w:r>
    </w:p>
    <w:p>
      <w:pPr>
        <w:jc w:val="right"/>
      </w:pPr>
      <w:r>
        <w:t>دنیا اورینٹڈ تھنکنگ تھی نہیں ان کے اندر تو سچ پوچھیے تو ٹینشن نام ہے دنیا اورینٹڈ تھنکنگ</w:t>
      </w:r>
    </w:p>
    <w:p>
      <w:r>
        <w:rPr>
          <w:b/>
        </w:rPr>
        <w:t xml:space="preserve">[1:01:37] </w:t>
      </w:r>
      <w:r>
        <w:t>ka aur tension free hone ka raaz kya hai aap ban jayen akhirat oriented thinker</w:t>
      </w:r>
    </w:p>
    <w:p>
      <w:pPr>
        <w:jc w:val="right"/>
      </w:pPr>
      <w:r>
        <w:t>کا اور ٹینشن فری ہونے کا راز کیا ہے اپ بن جائیں اخرت اورینٹڈ تھنکر</w:t>
      </w:r>
    </w:p>
    <w:p>
      <w:r>
        <w:rPr>
          <w:b/>
        </w:rPr>
        <w:t xml:space="preserve">[1:01:45] </w:t>
      </w:r>
      <w:r>
        <w:t>yeh raaz hai Maulana agla sawal Dilli se hai Mr Saif ur Rehman sahab ka unhon ne poocha hai</w:t>
      </w:r>
    </w:p>
    <w:p>
      <w:pPr>
        <w:jc w:val="right"/>
      </w:pPr>
      <w:r>
        <w:t>یہ راز ہے مولانا اگلا سوال دلی سے ہے مسٹر سائف الرحمن صاحب کا انہوں نے پوچھا ہے</w:t>
      </w:r>
    </w:p>
    <w:p>
      <w:r>
        <w:rPr>
          <w:b/>
        </w:rPr>
        <w:t xml:space="preserve">[1:01:52] </w:t>
      </w:r>
      <w:r>
        <w:t>aap se ke apne aap ko qabar walon mein shumar karo is ko aap explain karen</w:t>
      </w:r>
    </w:p>
    <w:p>
      <w:pPr>
        <w:jc w:val="right"/>
      </w:pPr>
      <w:r>
        <w:t>اپ سے کہ اپنے اپ کو قبر والوں میں شمار کرو اس کو اپ ایکسپلین کریں</w:t>
      </w:r>
    </w:p>
    <w:p>
      <w:r>
        <w:rPr>
          <w:b/>
        </w:rPr>
        <w:t xml:space="preserve">[1:02:04] </w:t>
      </w:r>
      <w:r>
        <w:t>wohi hai jo main ne kaha mout ki yaad koi usloob hai kehne ka kehne ka koi usloob hai mout ka jaise abhi main ne kaha ke kal main ye soch raha tha apne bare mein ke mout kaisi ajeeb ghareeb cheez hai ke meri taraf se goya wo hai compulsory eviction jabri inkhla</w:t>
      </w:r>
    </w:p>
    <w:p>
      <w:pPr>
        <w:jc w:val="right"/>
      </w:pPr>
      <w:r>
        <w:t>وہی ہے جو میں نے کہا موت کی یاد کوئی اسلوب ہے کہنے کا کہنے کا کوئی اسلوب ہے موت کا جیسے ابھی میں نے کہا کہ کل میں یہ سوچ رہا تھا اپنے بارے میں کہ موت کیسی عجیب غریب چیز ہے کہ میری طرف سے گویا وہ ہے کمپلسری ایویکشن جبری انخلا</w:t>
      </w:r>
    </w:p>
    <w:p>
      <w:r>
        <w:rPr>
          <w:b/>
        </w:rPr>
        <w:t xml:space="preserve">[1:02:29] </w:t>
      </w:r>
      <w:r>
        <w:t>aur doosri taraf se wapsi ka naam par ho jana</w:t>
      </w:r>
    </w:p>
    <w:p>
      <w:pPr>
        <w:jc w:val="right"/>
      </w:pPr>
      <w:r>
        <w:t>اور دوسری طرف سے واپسی کا نام پر ہو جانا</w:t>
      </w:r>
    </w:p>
    <w:p>
      <w:r>
        <w:rPr>
          <w:b/>
        </w:rPr>
        <w:t xml:space="preserve">[1:02:33] </w:t>
      </w:r>
      <w:r>
        <w:t>to main soch raha tha ke ye ek waqt aye ga jab ke main ye ghar chhoot jaye ga ye family chhoot jaye gi ye team chhoot jaye gi ye Dilli chhoot jaye ga ye India chhoot jaye ga ye dunya chhoot jaye gi phir main lotun ga nahi aap to ye soch se ek ek ajeeb ghareeb qism ki brainstorming hoti hai ye matlab hai is ka koi mysterious baat nahi hai wo</w:t>
      </w:r>
    </w:p>
    <w:p>
      <w:pPr>
        <w:jc w:val="right"/>
      </w:pPr>
      <w:r>
        <w:t>تو میں سوچ رہا تھا کہ یہ ایک وقت ائے گا جب کہ میں یہ گھر چھوٹ جائے گا یہ فیملی چھوٹ جائے گی یہ ٹیم چھوٹ جائے گی یہ دلی چھوٹ جائے گا یہ انڈیا چھوٹ جائے گا یہ دنیا چھوٹ جائے گی پھر میں لوٹوں گا نہیں اپ تو یہ سوچ سے ایک ایک عجیب غریب قسم کی برین اسٹارمنگ ہوتی ہے یہ مطلب ہے اس کا کوئی مسٹیریس بات نہیں ہے وہ</w:t>
      </w:r>
    </w:p>
    <w:p>
      <w:r>
        <w:rPr>
          <w:b/>
        </w:rPr>
        <w:t xml:space="preserve">[1:03:00] </w:t>
      </w:r>
      <w:r>
        <w:t>mout ki yaad jo hai yani sab se bara source hai brainstorming ka bas is scene mein lad jaiye is ko</w:t>
      </w:r>
    </w:p>
    <w:p>
      <w:pPr>
        <w:jc w:val="right"/>
      </w:pPr>
      <w:r>
        <w:t>موت کی یاد جو ہے یعنی سب سے بڑا سورس ہے برین اسٹارمنگ کا بس اس سین میں لڑ جائیے اس کو</w:t>
      </w:r>
    </w:p>
    <w:p>
      <w:r>
        <w:rPr>
          <w:b/>
        </w:rPr>
        <w:t xml:space="preserve">[1:03:17] </w:t>
      </w:r>
      <w:r>
        <w:t>Maulana agla sawal Dilli se hai Mr Sufiyan ka</w:t>
      </w:r>
    </w:p>
    <w:p>
      <w:pPr>
        <w:jc w:val="right"/>
      </w:pPr>
      <w:r>
        <w:t>مولانا اگلا سوال دلی سے ہے مسٹر صوفین کا</w:t>
      </w:r>
    </w:p>
    <w:p>
      <w:r>
        <w:rPr>
          <w:b/>
        </w:rPr>
        <w:t xml:space="preserve">[1:03:21] </w:t>
      </w:r>
      <w:r>
        <w:t>unhon ne likha hai ke jab hum kisi aadmi ko CPS ke weekly spiritual class mein layen to is ka usool kya hai kya hum pehle kafi muddat tak is ko CPS ka literature parhwaien ya literature parhwaye baghair is ko CPS ki class mein le ayen is silsile mein Sahaba ka koi waqia ho to is ko bhi batayen</w:t>
      </w:r>
    </w:p>
    <w:p>
      <w:pPr>
        <w:jc w:val="right"/>
      </w:pPr>
      <w:r>
        <w:t>انہوں نے لکھا ہے کہ جب ہم کسی ادمی کو سی پی ایس کے ویکلی سپرچول کلاس میں لائیں تو اس کا اصول کیا ہے کیا ہم پہلے کافی مدت تک اس کو سی پی ایس کا لٹریچر پڑھوائیں یا لٹریچر پڑھوائے بغیر اس کو سی پی ایس کی کلاس میں لے ائیں اس سلسلے میں صحابہ کا کوئی واقعہ ہو تو اس کو بھی بتائیں</w:t>
      </w:r>
    </w:p>
    <w:p>
      <w:r>
        <w:rPr>
          <w:b/>
        </w:rPr>
        <w:t xml:space="preserve">[1:03:47] </w:t>
      </w:r>
      <w:r>
        <w:t>abhi aqal ka waqia diye</w:t>
      </w:r>
    </w:p>
    <w:p>
      <w:pPr>
        <w:jc w:val="right"/>
      </w:pPr>
      <w:r>
        <w:t>ابھی عقل کا واقعہ دیے</w:t>
      </w:r>
    </w:p>
    <w:p>
      <w:r>
        <w:rPr>
          <w:b/>
        </w:rPr>
        <w:t xml:space="preserve">[1:03:49] </w:t>
      </w:r>
      <w:r>
        <w:t>aap Sahaba ka waqia kyun chahte hain aqal se sochiye CPS ki class jo hai dunya mein ek alag hi type ki class hai dekhen do qism ki classes hoti hain ek ek already society mein kuch masail hain unhi ko le kar cheekh pukar karna</w:t>
      </w:r>
    </w:p>
    <w:p>
      <w:pPr>
        <w:jc w:val="right"/>
      </w:pPr>
      <w:r>
        <w:t>اپ صحابہ کا واقعہ کیوں چاہتے ہیں عقل سے سوچیے سی پی ایس کی کلاس جو ہے دنیا میں ایک الگ ہی ٹائپ کی کلاس ہے دیکھیں دو قسم کی کلاسز ہوتی ہیں ایک ایک الریڈی سوسائٹی میں کچھ مسائل ہیں انہی کو لے کر چیخ پکار کرنا</w:t>
      </w:r>
    </w:p>
    <w:p>
      <w:r>
        <w:rPr>
          <w:b/>
        </w:rPr>
        <w:t xml:space="preserve">[1:04:09] </w:t>
      </w:r>
      <w:r>
        <w:t>yani already masail hain un ko le kar cheekh pukar karna ke bijli nahi mil rahi hai pani nahi aa raha hai aur is ki hukoomat hai un ka masla hai to log isi mein jeete hain subah sham isi ko le kar ke aap lage lage cheekh pukar karne to is ke liye kisi ko tayyar karne ki zaroorat nahi wo to already tayyar hai peshi tayyar hai lekin hamari jo class hai is type ki nahi hai is ke liye sab log un prepared hain un prepared</w:t>
      </w:r>
    </w:p>
    <w:p>
      <w:pPr>
        <w:jc w:val="right"/>
      </w:pPr>
      <w:r>
        <w:t>یعنی الریڈی مسائل ہیں ان کو لے کر چیخ پکار کرنا کہ بجلی نہیں مل رہی ہے پانی نہیں ا رہا ہے اور اس کی حکومت ہے ان کا مسئلہ ہے تو لوگ اسی میں جیتے ہیں صبح شام اسی کو لے کر کے اپ لگے لگے چیخ پکار کرنے تو اس کے لیے کسی کو تیار کرنے کی ضرورت نہیں وہ تو الریڈی تیار ہے پیشی تیار ہے لیکن ہماری جو کلاس ہے اس ٹائپ کی نہیں ہے اس کے لیے سب لوگ ان پریپیرڈ ہیں ان پریپیرڈ</w:t>
      </w:r>
    </w:p>
    <w:p>
      <w:r>
        <w:rPr>
          <w:b/>
        </w:rPr>
        <w:t xml:space="preserve">[1:04:37] </w:t>
      </w:r>
      <w:r>
        <w:t>doosron ke jalsay ke liye sare audience jo prepared hote hain already prepared hote hain kuch karna karna nahi le ke chalaiye ye class jo hai is ke liye sab log un un prepared hain yani top ke ulama bhi un prepared hain unhein bhi kuch kitab parhani pare gi maaf kijiye ga to jo aadmi chahta hai kisi ko yahan lana to sab se pehle is ko prepared mind banaye wo kya tareeqa kitaben parhwaiye</w:t>
      </w:r>
    </w:p>
    <w:p>
      <w:pPr>
        <w:jc w:val="right"/>
      </w:pPr>
      <w:r>
        <w:t>دوسروں کے جلسے کے لیے سارے اڈینس جو پریپیرڈ ہوتے ہیں الریڈی پریپیرڈ ہوتے ہیں کچھ کرنا کرنا نہیں لے کے چلائیے یہ کلاس جو ہے اس کے لیے سب لوگ ان ان پریپیرڈ ہیں یعنی ٹاپ کے علماء بھی ان پریپیرڈ ہیں انہیں بھی کچھ کتاب پڑھانی پڑے گی معاف کیجئے گا تو جو ادمی چاہتا ہے کسی کو یہاں لانا تو سب سے پہلے اس کو پریپیرڈ مائنڈ بنائے وہ کیا طریقہ کتابیں پڑھوائے</w:t>
      </w:r>
    </w:p>
    <w:p>
      <w:r>
        <w:rPr>
          <w:b/>
        </w:rPr>
        <w:t xml:space="preserve">[1:05:05] </w:t>
      </w:r>
      <w:r>
        <w:t>kuchh is ke andar familiar ho jaye woh hamari baton ke tab lana mufeed hai</w:t>
      </w:r>
    </w:p>
    <w:p>
      <w:pPr>
        <w:jc w:val="right"/>
      </w:pPr>
      <w:r>
        <w:t>کچھ اس کے اندر فیمیلیئر ہو جائے وہ ہماری باتوں کے تب لانا مفید ہے</w:t>
      </w:r>
    </w:p>
    <w:p>
      <w:r>
        <w:rPr>
          <w:b/>
        </w:rPr>
        <w:t xml:space="preserve">[1:05:11] </w:t>
      </w:r>
      <w:r>
        <w:t>misal ke taur par dekhiye</w:t>
      </w:r>
    </w:p>
    <w:p>
      <w:pPr>
        <w:jc w:val="right"/>
      </w:pPr>
      <w:r>
        <w:t>مثال کے طور پر دیکھیے</w:t>
      </w:r>
    </w:p>
    <w:p>
      <w:r>
        <w:rPr>
          <w:b/>
        </w:rPr>
        <w:t xml:space="preserve">[1:05:14] </w:t>
      </w:r>
      <w:r>
        <w:t>kisi bhi jalse aap jaiye kisi bhi jalse mein har jagah log mobile istemal karte hain har jagah</w:t>
      </w:r>
    </w:p>
    <w:p>
      <w:pPr>
        <w:jc w:val="right"/>
      </w:pPr>
      <w:r>
        <w:t>کسی بھی جلسے اپ جائیے کسی بھی جلسے میں ہر جگہ لوگ موبائل استعمال کرتے ہیں ہر جگہ</w:t>
      </w:r>
    </w:p>
    <w:p>
      <w:r>
        <w:rPr>
          <w:b/>
        </w:rPr>
        <w:t xml:space="preserve">[1:05:21] </w:t>
      </w:r>
      <w:r>
        <w:t>chahe Muslim ho ya Hindu ke hon Musalman hon Isai kisi ka bhi woh jante hi nahi ke</w:t>
      </w:r>
    </w:p>
    <w:p>
      <w:pPr>
        <w:jc w:val="right"/>
      </w:pPr>
      <w:r>
        <w:t>چاہے مسلم ہو یا ہندو کے ہوں مسلمان ہوں عیسائی کسی کا بھی وہ جانتے ہی نہیں کہ</w:t>
      </w:r>
    </w:p>
    <w:p>
      <w:r>
        <w:rPr>
          <w:b/>
        </w:rPr>
        <w:t xml:space="preserve">[1:05:28] </w:t>
      </w:r>
      <w:r>
        <w:t>hum jalse mein ja to mobile nahi istemal karna hai ab yahan par hum mobile ko yani haram</w:t>
      </w:r>
    </w:p>
    <w:p>
      <w:pPr>
        <w:jc w:val="right"/>
      </w:pPr>
      <w:r>
        <w:t>ہم جلسے میں جا تو موبائل نہیں استعمال کرنا ہے اب یہاں پر ہم موبائل کو یعنی حرام</w:t>
      </w:r>
    </w:p>
    <w:p>
      <w:r>
        <w:rPr>
          <w:b/>
        </w:rPr>
        <w:t xml:space="preserve">[1:05:32] </w:t>
      </w:r>
      <w:r>
        <w:t>se bura samajhte hain koi mobile istemal kare yahan par</w:t>
      </w:r>
    </w:p>
    <w:p>
      <w:pPr>
        <w:jc w:val="right"/>
      </w:pPr>
      <w:r>
        <w:t>سے برا سمجھتے ہیں کوئی موبائل استعمال کرے یہاں پر</w:t>
      </w:r>
    </w:p>
    <w:p>
      <w:r>
        <w:rPr>
          <w:b/>
        </w:rPr>
        <w:t xml:space="preserve">[1:05:37] </w:t>
      </w:r>
      <w:r>
        <w:t>is class ke andar koi mobile istemal kare to main is ko haram se kam nahi samajhta to kis ko khabar hai is ki log samajhte hain ye to ye to ye to koi nahi masjid mein istemal karte hain hum jalsay mein karte hain to yahan kyun nahi karenge masjidon mein log istemal karte hain mobile ko haram mein istemal karte hain hatta ke tawaf kar rahe hain kaba ki tablegh istemal karte hain to sochenge ke yahan kyun nahi istemal kar rahe hain aap</w:t>
      </w:r>
    </w:p>
    <w:p>
      <w:pPr>
        <w:jc w:val="right"/>
      </w:pPr>
      <w:r>
        <w:t>اس کلاس کے اندر کوئی موبائل استعمال کرے تو میں اس کو حرام سے کم نہیں سمجھتا تو کس کو خبر ہے اس کی لوگ سمجھتے ہیں یہ تو یہ تو یہ تو کوئی نہیں مسجد میں استعمال کرتے ہیں ہم جلسے میں کرتے ہیں تو یہاں کیوں نہیں کریں گے مسجدوں میں لوگ استعمال کرتے ہیں موبائل کو حرم میں استعمال کرتے ہیں حتی کہ طواف کر رہے ہیں کعبہ کی تبلیغ استعمال کرتے ہیں تو سوچیں گے کہ یہاں کیوں نہیں استعمال کر رہے ہیں اپ</w:t>
      </w:r>
    </w:p>
    <w:p>
      <w:r>
        <w:rPr>
          <w:b/>
        </w:rPr>
        <w:t xml:space="preserve">[1:06:03] </w:t>
      </w:r>
      <w:r>
        <w:t>to logon ko pehle tayyar kijiye ke bhai yahan mobile nahi istemal hoga yahan beech mein nahi bolna yahan cross question nahi nahi karni hai yahan koi political baaten nahi karni hain tab laiye nahi to aap wo layenge to hamari wo kya hoga ek ek ek problem hoga ek liability hoga wo</w:t>
      </w:r>
    </w:p>
    <w:p>
      <w:pPr>
        <w:jc w:val="right"/>
      </w:pPr>
      <w:r>
        <w:t>تو لوگوں کو پہلے تیار کیجئے کہ بھئی یہاں موبائل نہیں استعمال ہوگا یہاں بیچ میں نہیں بولنا یہاں کراس کوسچن نہیں نہیں کرنی ہے یہاں کوئی پولیٹیکل باتیں نہیں کرنی ہیں تب لائیے نہیں تو اپ وہ لائیں گے تو ہماری وہ کیا ہوگا ایک ایک ایک پرابلم ہوگا ایک لائبلٹی ہوگا وہ</w:t>
      </w:r>
    </w:p>
    <w:p>
      <w:r>
        <w:rPr>
          <w:b/>
        </w:rPr>
        <w:t xml:space="preserve">[1:06:25] </w:t>
      </w:r>
      <w:r>
        <w:t>to is class ki khair khwahi ye hai ke aap jab layen kisi ko to sab se pehle is ko yani is ke mind ko prepare karen tab layen kuch kitaben parhwaiye kuch is ko jo tareeqa hai wo aap jante hain</w:t>
      </w:r>
    </w:p>
    <w:p>
      <w:pPr>
        <w:jc w:val="right"/>
      </w:pPr>
      <w:r>
        <w:t>تو اس کلاس کی خیر خواہی یہ ہے کہ اپ جب لائیں کسی کو تو سب سے پہلے اس کو یعنی اس کے مائنڈ کو پریپیر کریں تب لائیں کچھ کتابیں پڑھوائیں کچھ اس کو جو طریقہ ہے وہ اپ جانتے ہیں</w:t>
      </w:r>
    </w:p>
    <w:p>
      <w:r>
        <w:rPr>
          <w:b/>
        </w:rPr>
        <w:t xml:space="preserve">[1:06:44] </w:t>
      </w:r>
      <w:r>
        <w:t>Maulana agla sawal mein Samia Latif ka hai Karachi Pakistan se</w:t>
      </w:r>
    </w:p>
    <w:p>
      <w:pPr>
        <w:jc w:val="right"/>
      </w:pPr>
      <w:r>
        <w:t>مولانا اگلا سوال میں سامیہ لطیف کا ہے کراچی پاکستان سے</w:t>
      </w:r>
    </w:p>
    <w:p>
      <w:r>
        <w:rPr>
          <w:b/>
        </w:rPr>
        <w:t xml:space="preserve">[1:06:49] </w:t>
      </w:r>
      <w:r>
        <w:t>unhon ne likha hai ke tajurba ye batata hai ke jin logon ke pas sab kuch hai wo sab se zyada tension mein zindagi guzarte hain kya insan is liye paida kiya gaya hai ke wo sari zindagi tension mein guzare aur phir mayoosi ki halat mein mar jaye Maulana sahab aaj ke insan ko is mohlik marz se nijat kis tarah dilai jaye is ke bare mein batayen</w:t>
      </w:r>
    </w:p>
    <w:p>
      <w:pPr>
        <w:jc w:val="right"/>
      </w:pPr>
      <w:r>
        <w:t>انہوں نے لکھا ہے کہ تجربہ یہ بتاتا ہے کہ جن لوگوں کے پاس سب کچھ ہے وہ سب سے زیادہ ٹینشن میں زندگی گزارتے ہیں کیا انسان اس لیے پیدا کیا گیا ہے کہ وہ ساری زندگی ٹینشن میں گزارے اور پھر مایوسی کی حالت میں مر جائے مولانا صاحب اج کے انسان کو اس مہلک مرض سے نجات کس طرح دلائی جائے اس کے بارے میں بتائیں</w:t>
      </w:r>
    </w:p>
    <w:p>
      <w:r>
        <w:rPr>
          <w:b/>
        </w:rPr>
        <w:t xml:space="preserve">[1:07:19] </w:t>
      </w:r>
      <w:r>
        <w:t>is ka formula sirf ye hai ke aap logon ko batayen ke qana'at ka tareeqa ikhtiyar karo hadith mein aata hai ke qad aflaha man aslama wa roze ka kafaafa wa kana Allah bima ata ye yahi yahi philosophy qana'at contentment kyunke aadmi ke andar unlimited khwahish hain</w:t>
      </w:r>
    </w:p>
    <w:p>
      <w:pPr>
        <w:jc w:val="right"/>
      </w:pPr>
      <w:r>
        <w:t>اس کا فارمولا صرف یہ ہے کہ اپ لوگوں کو بتائیں کہ قناعت کا طریقہ اختیار کرو حدیث میں اتا ہے کہ قد افلح من اسلم و روزے کا کفافا وکنا اللہ بما عطا یہ یہی یہی فلاسفی قناعت کنٹینٹمنٹ کیونکہ ادمی کے اندر ان لمیٹڈ خواہش ہیں</w:t>
      </w:r>
    </w:p>
    <w:p>
      <w:r>
        <w:rPr>
          <w:b/>
        </w:rPr>
        <w:t xml:space="preserve">[1:07:47] </w:t>
      </w:r>
      <w:r>
        <w:t>ke teh zyada mile phir aap ke liye kam rahega jab kam rahega to phir phir</w:t>
      </w:r>
    </w:p>
    <w:p>
      <w:pPr>
        <w:jc w:val="right"/>
      </w:pPr>
      <w:r>
        <w:t>کہ تہ زیادہ ملے پھر اپ کے لیے کم رہے گا جب کم رہے گا تو پھر پھر</w:t>
      </w:r>
    </w:p>
    <w:p>
      <w:r>
        <w:rPr>
          <w:b/>
        </w:rPr>
        <w:t xml:space="preserve">[1:07:53] </w:t>
      </w:r>
      <w:r>
        <w:t>bhi tension paida ho jayega</w:t>
      </w:r>
    </w:p>
    <w:p>
      <w:pPr>
        <w:jc w:val="right"/>
      </w:pPr>
      <w:r>
        <w:t>بھی ٹینشن پیدا ہو جائے گا</w:t>
      </w:r>
    </w:p>
    <w:p>
      <w:r>
        <w:rPr>
          <w:b/>
        </w:rPr>
        <w:t xml:space="preserve">[1:07:55] </w:t>
      </w:r>
      <w:r>
        <w:t>sab kuchh pa len aap tab bhi aap ko kam dikhai deta hai to sirf qanaat se</w:t>
      </w:r>
    </w:p>
    <w:p>
      <w:pPr>
        <w:jc w:val="right"/>
      </w:pPr>
      <w:r>
        <w:t>سب کچھ پا لیں اپ تب بھی اپ کو کم دکھائی دے دیتا ہے تو صرف قناعت سے</w:t>
      </w:r>
    </w:p>
    <w:p>
      <w:r>
        <w:rPr>
          <w:b/>
        </w:rPr>
        <w:t xml:space="preserve">[1:08:01] </w:t>
      </w:r>
      <w:r>
        <w:t>itminan hota hai aur kisi cheez se nahi</w:t>
      </w:r>
    </w:p>
    <w:p>
      <w:pPr>
        <w:jc w:val="right"/>
      </w:pPr>
      <w:r>
        <w:t>اطمینان ہوتا ہے اور کسی چیز سے نہیں</w:t>
      </w:r>
    </w:p>
    <w:p>
      <w:r>
        <w:rPr>
          <w:b/>
        </w:rPr>
        <w:t xml:space="preserve">[1:08:06] </w:t>
      </w:r>
      <w:r>
        <w:t>to logon ko yeh bataiye ke aur yani more and more takathur ki nafsiyat jo hai dekhen ek</w:t>
      </w:r>
    </w:p>
    <w:p>
      <w:pPr>
        <w:jc w:val="right"/>
      </w:pPr>
      <w:r>
        <w:t>تو لوگوں کو یہ بتائیے کہ اور یعنی مور اینڈ مور تکاثر کی نفسیات جو ہے دیکھیں ایک</w:t>
      </w:r>
    </w:p>
    <w:p>
      <w:r>
        <w:rPr>
          <w:b/>
        </w:rPr>
        <w:t xml:space="preserve">[1:08:13] </w:t>
      </w:r>
      <w:r>
        <w:t>hai takathur ki nafsiyat ek hai qanaat ki nafsiyat</w:t>
      </w:r>
    </w:p>
    <w:p>
      <w:pPr>
        <w:jc w:val="right"/>
      </w:pPr>
      <w:r>
        <w:t>ہے تکاثر کی نفسیات ایک ہے قناعت کی نفسیات</w:t>
      </w:r>
    </w:p>
    <w:p>
      <w:r>
        <w:rPr>
          <w:b/>
        </w:rPr>
        <w:t xml:space="preserve">[1:08:19] </w:t>
      </w:r>
      <w:r>
        <w:t>takathur aur qana'at takathur ka matlab hai aur zyada aur zyada aur zyada to takathur ki nafsiyat mein log jeete hain to us waqt is ka is mein lazman tension un ko rahe ga to logon ko takathur se yani takathur culture se nikal kar qana'at culture parhaiye bas tab wo is burai se bach jayenge</w:t>
      </w:r>
    </w:p>
    <w:p>
      <w:pPr>
        <w:jc w:val="right"/>
      </w:pPr>
      <w:r>
        <w:t>تکاثر اور قناعت تکاثر کا مطلب ہے اور زیادہ اور زیادہ اور زیادہ تو تکاثر کی نفسیات میں لوگ جیتے ہیں تو اس وقت اس کا اس میں لازما ٹینشن ان کو رہے گا تو لوگوں کو تکاثر سے یعنی تکاثر کلچر سے نکال کر قناعت کلچر پڑھائیے بس تب وہ اس برائی سے بچ جائیں گے</w:t>
      </w:r>
    </w:p>
    <w:p>
      <w:r>
        <w:rPr>
          <w:b/>
        </w:rPr>
        <w:t xml:space="preserve">[1:08:46] </w:t>
      </w:r>
      <w:r>
        <w:t>Maulana agla sawal Tamil Nadu se hai Maulana Iqbal Ahmed Umri sahab ka unhon ne aap se poocha hai ke aaj ummat kis ke upar aaj aaj ummat kis ko apna khair khwah samajhta hai is ke bare mein batayen jo sabza badkhwah is ka ho aaj ki ummat Muslima is ko apna khair khwah samajhti</w:t>
      </w:r>
    </w:p>
    <w:p>
      <w:pPr>
        <w:jc w:val="right"/>
      </w:pPr>
      <w:r>
        <w:t>مولانا اگلا سوال تمل ناڈو سے ہے مولانا اقبال احمد عمری صاحب کا انہوں نے اپ سے پوچھا ہے کہ اج امت کس کے اوپر اج اج امت کس کو اپنا خیر خواہ سمجھتا ہے اس کے بارے میں بتائیں جو سبزہ بدخواہ اس کا ہو اج کی امت مسلمہ اس کو اپنا خیر خواہ سمجھتی</w:t>
      </w:r>
    </w:p>
    <w:p>
      <w:r>
        <w:rPr>
          <w:b/>
        </w:rPr>
        <w:t xml:space="preserve">[1:09:07] </w:t>
      </w:r>
      <w:r>
        <w:t>hai jo sabza badkhwah is ka ho jo dushman is ka ho</w:t>
      </w:r>
    </w:p>
    <w:p>
      <w:pPr>
        <w:jc w:val="right"/>
      </w:pPr>
      <w:r>
        <w:t>ہے جو سبزہ بدخواہ اس کا ہو جو دشمن اس کا ہو</w:t>
      </w:r>
    </w:p>
    <w:p>
      <w:r>
        <w:rPr>
          <w:b/>
        </w:rPr>
        <w:t xml:space="preserve">[1:09:13] </w:t>
      </w:r>
      <w:r>
        <w:t>aur ye Quran se sabit hai ke daur zawal mein yahi hota hai</w:t>
      </w:r>
    </w:p>
    <w:p>
      <w:pPr>
        <w:jc w:val="right"/>
      </w:pPr>
      <w:r>
        <w:t>اور یہ قران سے ثابت ہے کہ دور زوال میں یہی ہوتا ہے</w:t>
      </w:r>
    </w:p>
    <w:p>
      <w:r>
        <w:rPr>
          <w:b/>
        </w:rPr>
        <w:t xml:space="preserve">[1:09:19] </w:t>
      </w:r>
      <w:r>
        <w:t>aaj ummat door e zawal mein hai aur door e zawal ummat ka jo haal hota hai woh Quran mein</w:t>
      </w:r>
    </w:p>
    <w:p>
      <w:pPr>
        <w:jc w:val="right"/>
      </w:pPr>
      <w:r>
        <w:t>اج امت دور زوال میں ہے اور دور زوال امت کا جو حال ہوتا ہے وہ قران میں</w:t>
      </w:r>
    </w:p>
    <w:p>
      <w:r>
        <w:rPr>
          <w:b/>
        </w:rPr>
        <w:t xml:space="preserve">[1:09:24] </w:t>
      </w:r>
      <w:r>
        <w:t>un alfaaz bayan kiya gaya hai ke woh</w:t>
      </w:r>
    </w:p>
    <w:p>
      <w:pPr>
        <w:jc w:val="right"/>
      </w:pPr>
      <w:r>
        <w:t>ان الفاظ بیان کیا گیا ہے کہ وہ</w:t>
      </w:r>
    </w:p>
    <w:p>
      <w:r>
        <w:rPr>
          <w:b/>
        </w:rPr>
        <w:t xml:space="preserve">[1:09:28] </w:t>
      </w:r>
      <w:r>
        <w:t>wohi hai sabil rushd la tkhsus</w:t>
      </w:r>
    </w:p>
    <w:p>
      <w:pPr>
        <w:jc w:val="right"/>
      </w:pPr>
      <w:r>
        <w:t>وہی ہے سبیل رشد لا تخصوص</w:t>
      </w:r>
    </w:p>
    <w:p>
      <w:r>
        <w:rPr>
          <w:b/>
        </w:rPr>
        <w:t xml:space="preserve">[1:09:33] </w:t>
      </w:r>
      <w:r>
        <w:t>sabil ghayb ya takhsis sabila</w:t>
      </w:r>
    </w:p>
    <w:p>
      <w:pPr>
        <w:jc w:val="right"/>
      </w:pPr>
      <w:r>
        <w:t>سبیل غیب یا تخصیص سبیلا</w:t>
      </w:r>
    </w:p>
    <w:p>
      <w:r>
        <w:rPr>
          <w:b/>
        </w:rPr>
        <w:t xml:space="preserve">[1:09:37] </w:t>
      </w:r>
      <w:r>
        <w:t>ke door e zawal mein yahi hota hai door e zawal mein ke apne dushman ko woh dost bas samajh</w:t>
      </w:r>
    </w:p>
    <w:p>
      <w:pPr>
        <w:jc w:val="right"/>
      </w:pPr>
      <w:r>
        <w:t>کہ دور زوال میں یہی ہوتا ہے دور زوال میں کہ اپنے دشمن کو وہ دوست بس سمجھ</w:t>
      </w:r>
    </w:p>
    <w:p>
      <w:r>
        <w:rPr>
          <w:b/>
        </w:rPr>
        <w:t xml:space="preserve">[1:09:43] </w:t>
      </w:r>
      <w:r>
        <w:t>lete hain aur apne dost ko dushman samajhte hain kyunke kyunke hota kya hai</w:t>
      </w:r>
    </w:p>
    <w:p>
      <w:pPr>
        <w:jc w:val="right"/>
      </w:pPr>
      <w:r>
        <w:t>لیتے ہیں اور اپنے دوست کو دشمن سمجھتے ہیں کیونکہ کیونکہ ہوتا کیا ہے</w:t>
      </w:r>
    </w:p>
    <w:p>
      <w:r>
        <w:rPr>
          <w:b/>
        </w:rPr>
        <w:t xml:space="preserve">[1:09:50] </w:t>
      </w:r>
      <w:r>
        <w:t>ke jiska jisko aap se khair khwahi nahi hai</w:t>
      </w:r>
    </w:p>
    <w:p>
      <w:pPr>
        <w:jc w:val="right"/>
      </w:pPr>
      <w:r>
        <w:t>کہ جس کا جس کو اپ سے خیر خواہی نہیں ہے</w:t>
      </w:r>
    </w:p>
    <w:p>
      <w:r>
        <w:rPr>
          <w:b/>
        </w:rPr>
        <w:t xml:space="preserve">[1:09:53] </w:t>
      </w:r>
      <w:r>
        <w:t>jo aap ko bhag mein dalee hui hai woh apni popularity ke liye apni leadership qaim rakhne ke</w:t>
      </w:r>
    </w:p>
    <w:p>
      <w:pPr>
        <w:jc w:val="right"/>
      </w:pPr>
      <w:r>
        <w:t>جو اپ کو بھاگ میں ڈالی ہوئی ہے وہ اپنی پاپولیرٹی کے لیے اپنی لیڈری قائم رکھنے کے</w:t>
      </w:r>
    </w:p>
    <w:p>
      <w:r>
        <w:rPr>
          <w:b/>
        </w:rPr>
        <w:t xml:space="preserve">[1:10:01] </w:t>
      </w:r>
      <w:r>
        <w:t>liye woh baaten kahega jo aap ko achhi lage</w:t>
      </w:r>
    </w:p>
    <w:p>
      <w:pPr>
        <w:jc w:val="right"/>
      </w:pPr>
      <w:r>
        <w:t>لیے وہ باتیں کہے گا جو اپ کو اچھی لگے</w:t>
      </w:r>
    </w:p>
    <w:p>
      <w:r>
        <w:rPr>
          <w:b/>
        </w:rPr>
        <w:t xml:space="preserve">[1:10:04] </w:t>
      </w:r>
      <w:r>
        <w:t>jo</w:t>
      </w:r>
    </w:p>
    <w:p>
      <w:pPr>
        <w:jc w:val="right"/>
      </w:pPr>
      <w:r>
        <w:t>جو</w:t>
      </w:r>
    </w:p>
    <w:p>
      <w:r>
        <w:rPr>
          <w:b/>
        </w:rPr>
        <w:t xml:space="preserve">[1:10:05] </w:t>
      </w:r>
      <w:r>
        <w:t>aap ko achhi lage</w:t>
      </w:r>
    </w:p>
    <w:p>
      <w:pPr>
        <w:jc w:val="right"/>
      </w:pPr>
      <w:r>
        <w:t>اپ کو اچھی لگے</w:t>
      </w:r>
    </w:p>
    <w:p>
      <w:r>
        <w:rPr>
          <w:b/>
        </w:rPr>
        <w:t xml:space="preserve">[1:10:07] </w:t>
      </w:r>
      <w:r>
        <w:t>lekin jis ko ap se khair khwahi hai jo ap ki bhalai chahta hai us ki yeh parwah</w:t>
      </w:r>
    </w:p>
    <w:p>
      <w:pPr>
        <w:jc w:val="right"/>
      </w:pPr>
      <w:r>
        <w:t>لیکن جس کو اپ سے خیر خواہی ہے جو اپ کی بھلائی چاہتا ہے اس کی یہ پرواہ</w:t>
      </w:r>
    </w:p>
    <w:p>
      <w:r>
        <w:rPr>
          <w:b/>
        </w:rPr>
        <w:t xml:space="preserve">[1:10:13] </w:t>
      </w:r>
      <w:r>
        <w:t>nahi hogi ke ap ap apni bigri hui nafsiyat ki bina par kya acha acha samajhne lage hain</w:t>
      </w:r>
    </w:p>
    <w:p>
      <w:pPr>
        <w:jc w:val="right"/>
      </w:pPr>
      <w:r>
        <w:t>نہیں ہوگی کہ اپ اپ اپنی بگڑی ہوئی نفسیات کی بنا پر کیا اچھا اچھا سمجھنے لگے ہیں</w:t>
      </w:r>
    </w:p>
    <w:p>
      <w:r>
        <w:rPr>
          <w:b/>
        </w:rPr>
        <w:t xml:space="preserve">[1:10:19] </w:t>
      </w:r>
      <w:r>
        <w:t>wo kahe wo samjhe ke quran o hadith ke lihaz se kya achi baat hai wo batayega</w:t>
      </w:r>
    </w:p>
    <w:p>
      <w:pPr>
        <w:jc w:val="right"/>
      </w:pPr>
      <w:r>
        <w:t>وہ کہے وہ سمجھے کہ قران و حدیث کے لحاظ سے کیا اچھی بات ہے وہ بتائے گا</w:t>
      </w:r>
    </w:p>
    <w:p>
      <w:r>
        <w:rPr>
          <w:b/>
        </w:rPr>
        <w:t xml:space="preserve">[1:10:25] </w:t>
      </w:r>
      <w:r>
        <w:t>to khulasa yeh hai ke jo musalmanon ki zawal yafata nafsiyat ko feed karega us ke baad</w:t>
      </w:r>
    </w:p>
    <w:p>
      <w:pPr>
        <w:jc w:val="right"/>
      </w:pPr>
      <w:r>
        <w:t>تو خلاصہ یہ ہے کہ جو مسلمانوں کی زوال یافتہ نفسیات کو فیڈ کرے گا اس کے بعد</w:t>
      </w:r>
    </w:p>
    <w:p>
      <w:r>
        <w:rPr>
          <w:b/>
        </w:rPr>
        <w:t xml:space="preserve">[1:10:30] </w:t>
      </w:r>
      <w:r>
        <w:t>un ko achi lagegi aur jo musalmanon ki zawal yafata nafsiyat ki islaah karna chahega us</w:t>
      </w:r>
    </w:p>
    <w:p>
      <w:pPr>
        <w:jc w:val="right"/>
      </w:pPr>
      <w:r>
        <w:t>ان کو اچھی لگے گی اور جو مسلمانوں کی زوال یافتہ نفسیات کی اصلاح کرنا چاہے گا اس</w:t>
      </w:r>
    </w:p>
    <w:p>
      <w:r>
        <w:rPr>
          <w:b/>
        </w:rPr>
        <w:t xml:space="preserve">[1:10:36] </w:t>
      </w:r>
      <w:r>
        <w:t>ko us ko ap dushman samajh lenge ap</w:t>
      </w:r>
    </w:p>
    <w:p>
      <w:pPr>
        <w:jc w:val="right"/>
      </w:pPr>
      <w:r>
        <w:t>کو اس کو اپ دشمن سمجھ لیں گے اپ</w:t>
      </w:r>
    </w:p>
    <w:p>
      <w:r>
        <w:rPr>
          <w:b/>
        </w:rPr>
        <w:t xml:space="preserve">[1:10:41] </w:t>
      </w:r>
      <w:r>
        <w:t>aaj kal zamane mein jo jo popular hue hain zyada mein naam liye baghair kehta hoon ke jo bhi popular zyada hua hai wo wahi popular hua hai jis ne musalmanon ke zawaal yafta nafsiyat ko feed kiya khoob popular hua jis ne bhi jo jis ko bhi aap jante hon ke wo musalmanon mein bohat maqbool hua us ke liye bheed jama hui aur uska bada darja mil gaya musalmanon</w:t>
      </w:r>
    </w:p>
    <w:p>
      <w:pPr>
        <w:jc w:val="right"/>
      </w:pPr>
      <w:r>
        <w:t>اج کل زمانے میں جو جو پاپولر ہوئے ہیں زیادہ میں نام لیے بغیر کہتا ہوں کہ جو بھی پاپولر زیادہ ہوا ہے وہ وہی پاپولر ہوا ہے جس نے مسلمانوں کے زوال یافتہ نفسیات کو فیڈ کیا خوب پاپولر ہوا جس نے بھی جو جس کو بھی اپ جانتے ہوں کہ وہ مسلمانوں میں بہت مقبول ہوا اس کے لیے بھیڑ اکٹھا ہوئی اور اس کا بڑا درجہ مل گیا مسلمانوں</w:t>
      </w:r>
    </w:p>
    <w:p>
      <w:r>
        <w:rPr>
          <w:b/>
        </w:rPr>
        <w:t xml:space="preserve">[1:11:06] </w:t>
      </w:r>
      <w:r>
        <w:t>mein to wo sab ke sab log wahi hain jinhon ne musalmanon ke zawaal yafta nafsiyat ko feed kiya lekin ye dushmani hai ye badkhwahi hai ye khair khwahi nahi hai</w:t>
      </w:r>
    </w:p>
    <w:p>
      <w:pPr>
        <w:jc w:val="right"/>
      </w:pPr>
      <w:r>
        <w:t>میں تو وہ سب کے سب لوگ وہی ہیں جنہوں نے مسلمانوں کے زوال یافتہ نفسیات کو فیڈ کیا لیکن یہ دشمنی ہے یہ بدخواہی ہے یہ خیر خواہی نہیں ہے</w:t>
      </w:r>
    </w:p>
    <w:p>
      <w:r>
        <w:rPr>
          <w:b/>
        </w:rPr>
        <w:t xml:space="preserve">[1:11:21] </w:t>
      </w:r>
      <w:r>
        <w:t>maulana agla sawal patna se hai doctor zaheer sahib ka unhon ne likha hai maulana daily life mein time to time hamare andar doosron ke liye shikayat paida hoti rehti hai</w:t>
      </w:r>
    </w:p>
    <w:p>
      <w:pPr>
        <w:jc w:val="right"/>
      </w:pPr>
      <w:r>
        <w:t>مولانا اگلا سوال پٹنہ سے ہے ڈاکٹر ظاہر صاحب کا انہوں نے لکھا ہے مولانا ڈیلی لائف میں ٹائم ٹو ٹائم ہمارے اندر دوسروں کے لیے شکایت پیدا ہوتی رہتی ہے</w:t>
      </w:r>
    </w:p>
    <w:p>
      <w:r>
        <w:rPr>
          <w:b/>
        </w:rPr>
        <w:t xml:space="preserve">[1:11:35] </w:t>
      </w:r>
      <w:r>
        <w:t>is shikayati mentality se kaise bachein is ke bare mein batayein mera formula abhi kal parson ek khatoon aayi thi hamare haan jo kai baras se un ke chehre phansi nahi kisi ne dekhi thi unhi sab baton se to main ne ek formula un ko bataya ke save your self and let let everything else go</w:t>
      </w:r>
    </w:p>
    <w:p>
      <w:pPr>
        <w:jc w:val="right"/>
      </w:pPr>
      <w:r>
        <w:t>اس شکایتی مینٹیلیٹی سے کیسے بچیں اس کے بارے میں بتائیں میرا فارمولا ابھی کل پرسوں ایک خاتون ائی تھی ہمارے ہاں جو کئی برس سے ان کے چہرے پھانسی نہیں کسی نے دیکھی تھی انہی سب باتوں سے تو میں نے ایک فارمولا ان کو بتایا کہ سیو یور سیلف اینڈ لیٹ لیٹ ایوری تھنگ ایلس گو</w:t>
      </w:r>
    </w:p>
    <w:p>
      <w:r>
        <w:rPr>
          <w:b/>
        </w:rPr>
        <w:t xml:space="preserve">[1:12:03] </w:t>
      </w:r>
      <w:r>
        <w:t>to part apne aap ko bachao sab ko part mein dalo to hansne lagi wo</w:t>
      </w:r>
    </w:p>
    <w:p>
      <w:pPr>
        <w:jc w:val="right"/>
      </w:pPr>
      <w:r>
        <w:t>ٹو پارٹ اپنے اپ کو بچاؤ سب کو پارٹ میں ڈالو تو ہنسنے لگی وہ</w:t>
      </w:r>
    </w:p>
    <w:p>
      <w:r>
        <w:rPr>
          <w:b/>
        </w:rPr>
        <w:t xml:space="preserve">[1:12:12] </w:t>
      </w:r>
      <w:r>
        <w:t>ye formula aur koi doosra formula nahi hai aur ye har formula hadees mein hai alayh nafsak hatta</w:t>
      </w:r>
    </w:p>
    <w:p>
      <w:pPr>
        <w:jc w:val="right"/>
      </w:pPr>
      <w:r>
        <w:t>یہ فارمولا اور کوئی دوسرا فارمولا نہیں ہے اور یہ ہر فارمولا حدیث میں ہے علیہ نفسک حتی</w:t>
      </w:r>
    </w:p>
    <w:p>
      <w:r>
        <w:rPr>
          <w:b/>
        </w:rPr>
        <w:t xml:space="preserve">[1:12:33] </w:t>
      </w:r>
      <w:r>
        <w:t>fatah nafsak to us waqt jo bigad aaya hai duniya mein usi ke liye ye hadees hai ke alayh nafsak apne aap ko bachao apne aap ko bachao apne aap ko bachao</w:t>
      </w:r>
    </w:p>
    <w:p>
      <w:pPr>
        <w:jc w:val="right"/>
      </w:pPr>
      <w:r>
        <w:t>فتح نفسک تو اس وقت جو بگاڑ ایا ہے دنیا میں اسی کے لیے یہ حدیث ہے کہ علیہ نفسک اپنے اپ کو بچاؤ اپنے اپ کو بچاؤ اپنے اپ کو بچاؤ</w:t>
      </w:r>
    </w:p>
    <w:p>
      <w:r>
        <w:rPr>
          <w:b/>
        </w:rPr>
        <w:t xml:space="preserve">[1:12:43] </w:t>
      </w:r>
      <w:r>
        <w:t>maulana agla sawal bangalore se hai maulana inayatullah umri sahib ka unhon ne poocha hai aap se ke christians mein kaffara ka aqeedah aur musalmanon mein shafaat ka aqeedah dono mein kya farq hai is ke bare mein batayein</w:t>
      </w:r>
    </w:p>
    <w:p>
      <w:pPr>
        <w:jc w:val="right"/>
      </w:pPr>
      <w:r>
        <w:t>مولانا اگلا سوال بینگلور سے ہے مولانا عنایت اللہ عمری صاحب کا انہوں نے پوچھا ہے اپ سے کہ کرسچنز میں کفارہ کا عقیدہ اور مسلمانوں میں شفاعت کا عقیدہ دونوں میں کیا فرق ہے اس کے بارے میں بتائیں</w:t>
      </w:r>
    </w:p>
    <w:p>
      <w:r>
        <w:rPr>
          <w:b/>
        </w:rPr>
        <w:t xml:space="preserve">[1:13:00] </w:t>
      </w:r>
      <w:r>
        <w:t>ek dam ek hi hai farq kya hai usi ki wazahat hai</w:t>
      </w:r>
    </w:p>
    <w:p>
      <w:pPr>
        <w:jc w:val="right"/>
      </w:pPr>
      <w:r>
        <w:t>ایک دم ایک ہی ہے فرق کیا ہے اسی کی وضاحت ہے</w:t>
      </w:r>
    </w:p>
    <w:p>
      <w:r>
        <w:rPr>
          <w:b/>
        </w:rPr>
        <w:t xml:space="preserve">[1:13:04] </w:t>
      </w:r>
      <w:r>
        <w:t>shafaat ka aqeedah kaffara ka jis ko kehte hain atonement usi ki wazahat hai ek sahib ne mujhe ek qissa bataya hamare ek saathi hain ke kuch christians se mulaqat un ki hui to unhon ne kaha bhai mujhe to aakhirat ka bohat dar lagta hai kyunke aakhirat ke sath accountability juri hui hai</w:t>
      </w:r>
    </w:p>
    <w:p>
      <w:pPr>
        <w:jc w:val="right"/>
      </w:pPr>
      <w:r>
        <w:t>شفاعت کا عقیدہ کفارے کا جس کو کہتے ہیں اٹونمنٹ اسی کی وضاحت ہے ایک صاحب نے مجھے ایک قصہ بتایا ہمارے ایک ساتھی ہیں کہ کچھ کرسچن سے ملاقات ان کی ہوئی تو انہوں نے کہا بھئی مجھے تو اخرت کا بہت ڈر لگتا ہے کیونکہ اخرت کے ساتھ اکاؤنٹیبلٹی جڑی ہوئی ہے</w:t>
      </w:r>
    </w:p>
    <w:p>
      <w:r>
        <w:rPr>
          <w:b/>
        </w:rPr>
        <w:t xml:space="preserve">[1:13:29] </w:t>
      </w:r>
      <w:r>
        <w:t>accountability muno ka shafqat halq yeh sab juda hua hai to unhon ne kaha ke mujhe to akhirat</w:t>
      </w:r>
    </w:p>
    <w:p>
      <w:pPr>
        <w:jc w:val="right"/>
      </w:pPr>
      <w:r>
        <w:t>اکاؤنٹیبلٹی منو کا شفقت حلق یہ سب جڑا ہوا ہے تو انہوں نے کہا کہ مجھے تو اخرت</w:t>
      </w:r>
    </w:p>
    <w:p>
      <w:r>
        <w:rPr>
          <w:b/>
        </w:rPr>
        <w:t xml:space="preserve">[1:13:37] </w:t>
      </w:r>
      <w:r>
        <w:t>ko soch kar bohat yani mein darta hoon to is christian sahib ne kaha ke mujhe to koi</w:t>
      </w:r>
    </w:p>
    <w:p>
      <w:pPr>
        <w:jc w:val="right"/>
      </w:pPr>
      <w:r>
        <w:t>کو سوچ کر بہت یعنی میں ڈرتا ہوں تو اس کرسچن صاحب نے کہا کہ مجھے تو کوئی</w:t>
      </w:r>
    </w:p>
    <w:p>
      <w:r>
        <w:rPr>
          <w:b/>
        </w:rPr>
        <w:t xml:space="preserve">[1:13:45] </w:t>
      </w:r>
      <w:r>
        <w:t>dar nahi mujhe to koi dar nahi kyunke jesus christ jo hai wo</w:t>
      </w:r>
    </w:p>
    <w:p>
      <w:pPr>
        <w:jc w:val="right"/>
      </w:pPr>
      <w:r>
        <w:t>ڈر نہیں مجھے تو کوئی ڈر نہیں کیونکہ جیسس کرائسٹ جو ہے وہ</w:t>
      </w:r>
    </w:p>
    <w:p>
      <w:r>
        <w:rPr>
          <w:b/>
        </w:rPr>
        <w:t xml:space="preserve">[1:13:53] </w:t>
      </w:r>
      <w:r>
        <w:t>apne ko crucify kar ke mera kaffara ban chuke hain wo ab mujhe darna kis baat ka</w:t>
      </w:r>
    </w:p>
    <w:p>
      <w:pPr>
        <w:jc w:val="right"/>
      </w:pPr>
      <w:r>
        <w:t>اپنے کو کریسیفائی کر کے میرا کفارہ بن چکے ہیں وہ اب مجھے ڈرنا کس بات کا</w:t>
      </w:r>
    </w:p>
    <w:p>
      <w:r>
        <w:rPr>
          <w:b/>
        </w:rPr>
        <w:t xml:space="preserve">[1:14:03] </w:t>
      </w:r>
      <w:r>
        <w:t>to isaiyon ne ye nazariya banaya tha ke ke hazrat masih jo hain halanke wo ye galat hai ke wo wo sui par un ki maut hui thi galat quran kehta hai galat hai ye qatalu sarbu lekin baharhal unhon ne aisa aqeedah bana rakha hai</w:t>
      </w:r>
    </w:p>
    <w:p>
      <w:pPr>
        <w:jc w:val="right"/>
      </w:pPr>
      <w:r>
        <w:t>تو عیسائیوں نے یہ نظریہ بنایا تھا کہ کہ حضرت مسیح جو ہیں حالانکہ وہ یہ غلط ہے کہ وہ وہ سولی پر ان کی موت ہوئی تھی غلط قران کہتا ہے غلط ہے یہ قتلو سربو لیکن بہرحال انہوں نے ایسا عقیدہ بنا رکھا ہے</w:t>
      </w:r>
    </w:p>
    <w:p>
      <w:r>
        <w:rPr>
          <w:b/>
        </w:rPr>
        <w:t xml:space="preserve">[1:14:21] </w:t>
      </w:r>
      <w:r>
        <w:t>to un ke aqeedah ke mutabiq hazrat masih jo the yani un ka aqeedah ye hai ke had adam se jab gunah hua to wo gunah yani wirasati ban gaya hereditary wo un ka jo gunah ka taaluq hereditary hai un in hum hum inherit karte hain apne baap dada ke gunah ko ke bilkul main is ko galat manta hoon is ko un ka aqeedah aisa hi hai</w:t>
      </w:r>
    </w:p>
    <w:p>
      <w:pPr>
        <w:jc w:val="right"/>
      </w:pPr>
      <w:r>
        <w:t>تو ان کے عقیدے کے مطابق حضرت مسیح جو تھے یعنی ان کا عقیدہ یہ ہے کہ حد ادم سے جب گناہ ہوا تو وہ گناہ یعنی وراثتی بن گیا ہیریڈیٹری وہ ان کا جو گناہ کا تعلق ہیریڈیٹری ہے ان ان ہم ہم انہیریٹ کرتے ہیں اپنے باپ دادا کے گناہ کو کہ بالکل میں اس کو غلط مانتا ہوں اس کو ان کا عقیدہ ایسا ہی ہے</w:t>
      </w:r>
    </w:p>
    <w:p>
      <w:r>
        <w:rPr>
          <w:b/>
        </w:rPr>
        <w:t xml:space="preserve">[1:14:48] </w:t>
      </w:r>
      <w:r>
        <w:t>to hazrat adam ke ka gunah mein hone se sare sare insani gunah gunahgar ban gaye sare insan gunahgar ban gaye to allah taala ne apne bete ko bheja ja ke saleeb pe charhaye aur wo saleeb charh kar ke sab ke gunahon ka kaffara ban jaye</w:t>
      </w:r>
    </w:p>
    <w:p>
      <w:pPr>
        <w:jc w:val="right"/>
      </w:pPr>
      <w:r>
        <w:t>تو حضرت ادم کے کا گناہ میں ہونے سے سارے سارے انسانی گناہ گناہ گار بن گئے سارے انسان گناہ گار بن گئے تو اللہ تعالی نے اپنے بیٹے کو بھیجا جا کے صلیب پہ چڑھائے اور وہ صلیب چڑھ کر کے سب کے گناہوں کا کفارہ بن جائے</w:t>
      </w:r>
    </w:p>
    <w:p>
      <w:r>
        <w:rPr>
          <w:b/>
        </w:rPr>
        <w:t xml:space="preserve">[1:15:06] </w:t>
      </w:r>
      <w:r>
        <w:t>to ab ab aqeedah ye isaiyon ka ye hai ke hum agar yani hazrat masih par aqeedah rakhein to phir hamara yani hamari taraf se wo wahi guarantee salvation ka nazariya ke haan hamara yani kaffara ho gaya wo jannat pakki ho gayi yahi musalmanon ne shafaat ke naam se kar rakha hai apni terminology mein</w:t>
      </w:r>
    </w:p>
    <w:p>
      <w:pPr>
        <w:jc w:val="right"/>
      </w:pPr>
      <w:r>
        <w:t>تو اب اب عقیدہ یہ عیسائیوں کا یہ ہے کہ ہم اگر یعنی حضرت مسیح پر عقیدہ رکھیں تو پھر ہمارا یعنی ہماری طرف سے وہ وہی گارنٹی سالویشن کا نظریہ کہ ہاں ہمارا یعنی کفارہ ہو گیا وہ جنت پکی ہو گئی یہی مسلمانوں نے شفاعت کے نام سے کر رکھا ہے اپنی ٹرمینالوجی میں</w:t>
      </w:r>
    </w:p>
    <w:p>
      <w:r>
        <w:rPr>
          <w:b/>
        </w:rPr>
        <w:t xml:space="preserve">[1:15:33] </w:t>
      </w:r>
      <w:r>
        <w:t>yani guaranteed salvation ka aqeedah haqeeqatan pehle paida hua isaiyon mein wahi guaranteed salvation ka nazariya phir aa gaya hai musalmanon mein un ka is ka naam hai atonement yahan is ka naam hai sab shafaat mein un ko farq nahi hai maulana agla sawal lete hain jo delhi se hai mr polash mondal sahib ka unhon ne likha hai ke main sache ishwar ko pana chahta hoon is ke liye mujhe kya karna hai</w:t>
      </w:r>
    </w:p>
    <w:p>
      <w:pPr>
        <w:jc w:val="right"/>
      </w:pPr>
      <w:r>
        <w:t>یعنی گارنٹیڈ سالویشن کا عقیدہ حقیقتا پہلے پیدا ہوا عیسائیوں میں وہی گارنٹیڈ سالویشن کا نظریہ پھر اگیا ہے مسلمانوں میں ان کا اس کا نام ہے اٹونمنٹ یہاں اس کا نام ہے سب شفاعت میں ان کو فرق نہیں ہے مولانا اگلا سوال لیتے ہیں جو دلی سے ہے مسٹر پولاش مونڈل صاحب کا انہوں نے لکھا ہے کہ میں سچے ایشور کو پانا چاہتا ہوں اس کے لیے مجھے کیا کرنا ہے</w:t>
      </w:r>
    </w:p>
    <w:p>
      <w:r>
        <w:rPr>
          <w:b/>
        </w:rPr>
        <w:t xml:space="preserve">[1:16:01] </w:t>
      </w:r>
      <w:r>
        <w:t>kis raste pe chalna hai taake marne ke baad mujhe sukoon mile aur is duniya mein bhi</w:t>
      </w:r>
    </w:p>
    <w:p>
      <w:pPr>
        <w:jc w:val="right"/>
      </w:pPr>
      <w:r>
        <w:t>کس راستے پہ چلنا ہے تاکہ مرنے کے بعد مجھے سکون ملے اور اس دنیا میں بھی</w:t>
      </w:r>
    </w:p>
    <w:p>
      <w:r>
        <w:rPr>
          <w:b/>
        </w:rPr>
        <w:t xml:space="preserve">[1:16:10] </w:t>
      </w:r>
      <w:r>
        <w:t>true seeker ban jaiye true seeker sacha mutalashi aur sab se mushkil kaam hai true seeker banna log chunke conditioning mein jeete hain tarah tarah ki conditioning mein to true seeker nahi ban paate</w:t>
      </w:r>
    </w:p>
    <w:p>
      <w:pPr>
        <w:jc w:val="right"/>
      </w:pPr>
      <w:r>
        <w:t>ٹرو سیکر بن جائیے ٹرو سیکر سچا متلاشی اور سب سے مشکل کام ہے ٹرو سیکر بننا لوگ چونکہ کنڈیشننگ میں جیتے ہیں طرح طرح کی کنڈیشننگ میں تو ٹرو سیکر نہیں بن پاتے</w:t>
      </w:r>
    </w:p>
    <w:p>
      <w:r>
        <w:rPr>
          <w:b/>
        </w:rPr>
        <w:t xml:space="preserve">[1:16:29] </w:t>
      </w:r>
      <w:r>
        <w:t>to man jaddah wajadah jo aadmi sacha seeker ban jaye zaroor us ko sachai milegi agar nahi mili hai to samjhiye ke aap abhi tak true seeker nahi bane</w:t>
      </w:r>
    </w:p>
    <w:p>
      <w:pPr>
        <w:jc w:val="right"/>
      </w:pPr>
      <w:r>
        <w:t>تو من جدہ وجدہ جو ادمی سچا سیکر بن جائے ضرور اس کو سچائی ملے گی اگر نہیں ملی ہے تو سمجھئے کہ اپ ابھی تک ٹرو سیکر نہیں بنے</w:t>
      </w:r>
    </w:p>
    <w:p>
      <w:r>
        <w:rPr>
          <w:b/>
        </w:rPr>
        <w:t xml:space="preserve">[1:16:45] </w:t>
      </w:r>
      <w:r>
        <w:t>aur sachai mil gayi insaan ko aap ka dil khud gawahi deta hai ke mujhe sachai mil gayi</w:t>
      </w:r>
    </w:p>
    <w:p>
      <w:pPr>
        <w:jc w:val="right"/>
      </w:pPr>
      <w:r>
        <w:t>اور سچائی مل گئی انسان کو اپ کا دل خود گواہی دیتا ہے کہ مجھے سچائی مل گئی</w:t>
      </w:r>
    </w:p>
    <w:p>
      <w:r>
        <w:rPr>
          <w:b/>
        </w:rPr>
        <w:t xml:space="preserve">[1:16:54] </w:t>
      </w:r>
      <w:r>
        <w:t>jaise main jo bolta hoon agar mujhe sachai na mili to main is tarah</w:t>
      </w:r>
    </w:p>
    <w:p>
      <w:pPr>
        <w:jc w:val="right"/>
      </w:pPr>
      <w:r>
        <w:t>جیسے میں جو بولتا ہوں اگر مجھے سچائی نہ ملی تو میں اس طرح</w:t>
      </w:r>
    </w:p>
    <w:p>
      <w:r>
        <w:rPr>
          <w:b/>
        </w:rPr>
        <w:t xml:space="preserve">[1:16:58] </w:t>
      </w:r>
      <w:r>
        <w:t>bol nahi sakta tha mujhe himmat nahi padti ke aise bolun mein jis tarah bolta hoon main jis tarah se sab ko condemn karta hoon poori poori history condemn karta hoon kis ko himmat hogi bolne ki agar sachai na mili hui to kaun jurrat karega poori poori history ko condemn kare wo to sachai milegi to aap ke dil mein bolegi ke sachai pa liya hai maine</w:t>
      </w:r>
    </w:p>
    <w:p>
      <w:pPr>
        <w:jc w:val="right"/>
      </w:pPr>
      <w:r>
        <w:t>بول نہیں سکتا تھا مجھے ہمت نہیں پڑتی کہ ایسے بولوں میں جس طرح بولتا ہوں میں جس طرح سے سب کو کنڈم کرتا ہوں پوری پوری ہسٹری کنڈم کرتا ہوں کس کو ہمت ہوگی بولنے کی اگر سچائی نہ ملی ہوئی تو کون جرات کرے گا پوری پوری ہسٹری کو کنڈم کرے وہ تو سچائی ملے گی تو اپ کے دل میں بولے گی کہ سچائی پا لیا ہے میں نے</w:t>
      </w:r>
    </w:p>
    <w:p>
      <w:r>
        <w:rPr>
          <w:b/>
        </w:rPr>
        <w:t xml:space="preserve">[1:17:24] </w:t>
      </w:r>
      <w:r>
        <w:t>to sab se pehle aap sachaa seeker baniye sachaa seeker conditioning ko todiye aakhri had tak jab tak yeh sab nahi hoga to kisi ko batane se sachai nahi milegi aap ko sachai khud aadmi discover karta hai kisi ko batane se us ko sachai nahi milti aisa nahi hota Maulana agla sawal aaya hai Hyderabad se Mr Muhammad Moin sa</w:t>
      </w:r>
    </w:p>
    <w:p>
      <w:pPr>
        <w:jc w:val="right"/>
      </w:pPr>
      <w:r>
        <w:t>تو سب سے پہلے اپ سچا سیکر بنیے سچا سیکر کنڈیشننگ کو توڑیے اخری حد تک جب تک یہ سب نہیں ہوگا تو کسی کو بتانے سے سچائی نہیں ملے گی اپ کو سچائی خود ادمی ڈسکور کرتا ہے کسی کو بتانے سے اس کو سچائی نہیں ملتی ایسا نہیں ہوتا مولانا اگلا سوال ایا ہے حیدراباد سے مسٹر محمد معین ص</w:t>
      </w:r>
    </w:p>
    <w:p>
      <w:r>
        <w:rPr>
          <w:b/>
        </w:rPr>
        <w:t xml:space="preserve">[1:17:52] </w:t>
      </w:r>
      <w:r>
        <w:t>ahab ka unhon ne likha hai ke maulana jun ke risala mein ap ne ek baat kahi thi</w:t>
      </w:r>
    </w:p>
    <w:p>
      <w:pPr>
        <w:jc w:val="right"/>
      </w:pPr>
      <w:r>
        <w:t>احب کا انہوں نے لکھا ہے کہ مولانا جون کے الرسالہ میں اپ نے ایک بات کہی تھی</w:t>
      </w:r>
    </w:p>
    <w:p>
      <w:r>
        <w:rPr>
          <w:b/>
        </w:rPr>
        <w:t xml:space="preserve">[1:17:59] </w:t>
      </w:r>
      <w:r>
        <w:t>ke anbiya aur dawat karne walon ko buland maqam yani araf par khara kiya jayega unhon ne</w:t>
      </w:r>
    </w:p>
    <w:p>
      <w:pPr>
        <w:jc w:val="right"/>
      </w:pPr>
      <w:r>
        <w:t>کہ انبیاء اور دعوت کرنے والوں کو بلند مقام یعنی اعراف پر کھڑا کیا جائے گا انہوں نے</w:t>
      </w:r>
    </w:p>
    <w:p>
      <w:r>
        <w:rPr>
          <w:b/>
        </w:rPr>
        <w:t xml:space="preserve">[1:18:07] </w:t>
      </w:r>
      <w:r>
        <w:t>jin logon ke upar dawat aur shahadat ka kaam kiya hoga wo un ko qayamat ke din saaf</w:t>
      </w:r>
    </w:p>
    <w:p>
      <w:pPr>
        <w:jc w:val="right"/>
      </w:pPr>
      <w:r>
        <w:t>جن لوگوں کے اوپر دعوت اور شہادت کا کام کیا ہوگا وہ ان کو قیامت کے دن صاف</w:t>
      </w:r>
    </w:p>
    <w:p>
      <w:r>
        <w:rPr>
          <w:b/>
        </w:rPr>
        <w:t xml:space="preserve">[1:18:12] </w:t>
      </w:r>
      <w:r>
        <w:t>tor par pehchan lenge aur har ek ke liye allah ke faisle ka elan karenge thori</w:t>
      </w:r>
    </w:p>
    <w:p>
      <w:pPr>
        <w:jc w:val="right"/>
      </w:pPr>
      <w:r>
        <w:t>طور پر پہچان لیں گے اور ہر ایک کے لیے اللہ کے فیصلے کا اعلان کریں گے تھوڑی</w:t>
      </w:r>
    </w:p>
    <w:p>
      <w:r>
        <w:rPr>
          <w:b/>
        </w:rPr>
        <w:t xml:space="preserve">[1:18:19] </w:t>
      </w:r>
      <w:r>
        <w:t>is ki aur mazeed tashreeh farmayen</w:t>
      </w:r>
    </w:p>
    <w:p>
      <w:pPr>
        <w:jc w:val="right"/>
      </w:pPr>
      <w:r>
        <w:t>اس کی اور مزید تشریح فرمائیں</w:t>
      </w:r>
    </w:p>
    <w:p>
      <w:r>
        <w:rPr>
          <w:b/>
        </w:rPr>
        <w:t xml:space="preserve">[1:18:22] </w:t>
      </w:r>
      <w:r>
        <w:t>dekhein main kahunga sab se pehle aap hamari tafseer jo hai Tazkirul Quran is mein is ki sharah padhiye is ko padhne ke baad agar aap ko koi baqi raha hai sawal to bataiye abhi to yeh sawal nakafi hai pehle Tazkir Tazkirul Quran mein is aayat ko padhiye is ki jo sharah hai phir sawal kijiye Maulana agla sawal Delhi se hai Mr Muhammad Asif Riyaz sahab ka</w:t>
      </w:r>
    </w:p>
    <w:p>
      <w:pPr>
        <w:jc w:val="right"/>
      </w:pPr>
      <w:r>
        <w:t>دیکھیں میں کہوں گا سب سے پہلے اپ ہماری تفسیر جو ہے تذکر القران اس میں اس کی شرح پڑھیے اس کو پڑھنے کے بعد اگر اپ کو کوئی باقی رہا ہے سوال تو بتائیے ابھی تو یہ سوال ناکافی ہے پہلے تذکر تذکر القران میں اس ایت کو پڑھیے اس کی جو شرح ہے پھر سوال کیجئے مولانا اگلا سوال دلی سے ہے مسٹر محمد اصف ریاض صاحب کا</w:t>
      </w:r>
    </w:p>
    <w:p>
      <w:r>
        <w:rPr>
          <w:b/>
        </w:rPr>
        <w:t xml:space="preserve">[1:18:47] </w:t>
      </w:r>
      <w:r>
        <w:t>unhon ne likha hai Maulana sahab why most of the Muslim ulama start their talk from Hadith rather than starting from the Quran kindly explain nahi is mein koi harj nahi hai yani Hadith bhi source hai Quran bhi source hai teesre to koi harj nahi aap aap yeh yeh yeh sawal mat uthaiye</w:t>
      </w:r>
    </w:p>
    <w:p>
      <w:pPr>
        <w:jc w:val="right"/>
      </w:pPr>
      <w:r>
        <w:t>انہوں نے لکھا ہے مولانا صاحب وائی موسٹ اف دا مسلم علماء سٹارٹ دیر ٹاک فرام حدیث رادر دین سٹارٹنگ فرام دا قران کائنڈلی ایکسپلین نہیں اس میں کوئی حرج نہیں ہے یعنی حدیث بھی سورس ہے قران بھی سورس ہے تیسرے تو کوئی حرج نہیں اپ اپ یہ یہ یہ سوال مت اٹھائیے</w:t>
      </w:r>
    </w:p>
    <w:p>
      <w:r>
        <w:rPr>
          <w:b/>
        </w:rPr>
        <w:t xml:space="preserve">[1:19:14] </w:t>
      </w:r>
      <w:r>
        <w:t>is ke met pe judge kijiye met par ke woh Hadith jo hai woh is se jo baat nikal rahi hai woh sahi hai ya nahi sahi hai yani aage peeche mat judge kijiye is ko met pe judge kijiye ki sahab ji ki sahab theek hai sahi hai Maulana agla sawal Bangalore se hai Mr Muhammad Yaqoob Umri sahab ka</w:t>
      </w:r>
    </w:p>
    <w:p>
      <w:pPr>
        <w:jc w:val="right"/>
      </w:pPr>
      <w:r>
        <w:t>اس کے میٹ پہ جج کیے میٹ پر کہ وہ حدیث جو ہے وہ اس سے جو بات نکل رہی ہے وہ صحیح ہے یا نہیں صحیح ہے یعنی اگے پیچھے مت جج کیے اس کو میٹ پہ جج کیے کی صاحب جی کی صاحب ٹھیک ہے صحیح ہے مولانا اگلا سوال بینگلور سے ہے مسٹر محمد یعقوب عمری صاحب کا</w:t>
      </w:r>
    </w:p>
    <w:p>
      <w:r>
        <w:rPr>
          <w:b/>
        </w:rPr>
        <w:t xml:space="preserve">[1:19:37] </w:t>
      </w:r>
      <w:r>
        <w:t>unhon ne likha hai Maulana Khuda ka shukar hai ke hum Ummat e Muhammadiya mein hain kya is tarah ke alfaaz ada karna sahi hai</w:t>
      </w:r>
    </w:p>
    <w:p>
      <w:pPr>
        <w:jc w:val="right"/>
      </w:pPr>
      <w:r>
        <w:t>انہوں نے لکھا ہے مولانا خدا کا شکر ہے کہ ہم امت محمدیہ میں ہیں کیا اس طرح کے الفاظ ادا کرنا صحیح ہے</w:t>
      </w:r>
    </w:p>
    <w:p>
      <w:r>
        <w:rPr>
          <w:b/>
        </w:rPr>
        <w:t xml:space="preserve">[1:19:52] </w:t>
      </w:r>
      <w:r>
        <w:t>dekhiye sahi galat pehle yeh janiye ke sahi galat ko janchne ka criterion kya hai criterion</w:t>
      </w:r>
    </w:p>
    <w:p>
      <w:pPr>
        <w:jc w:val="right"/>
      </w:pPr>
      <w:r>
        <w:t>دیکھیے صحیح غلط پہلے یہ جانیے کہ صحیح غلط کو جانچنے کا کرائٹیرین کیا ہے کرائٹیرین</w:t>
      </w:r>
    </w:p>
    <w:p>
      <w:r>
        <w:rPr>
          <w:b/>
        </w:rPr>
        <w:t xml:space="preserve">[1:20:02] </w:t>
      </w:r>
      <w:r>
        <w:t>criterion kya hai</w:t>
      </w:r>
    </w:p>
    <w:p>
      <w:pPr>
        <w:jc w:val="right"/>
      </w:pPr>
      <w:r>
        <w:t>کرائٹیرین کیا ہے</w:t>
      </w:r>
    </w:p>
    <w:p>
      <w:r>
        <w:rPr>
          <w:b/>
        </w:rPr>
        <w:t xml:space="preserve">[1:20:04] </w:t>
      </w:r>
      <w:r>
        <w:t>sahaba ke baad kaha Hazrat Syed Ibn Jubair tabi ne ke al khutba jab miyar woh hain sahaba jo hain wahi miyar hain to mere ilm ke mutabiq kisi Sahabi ne kabhi yeh jumla nahi bola ise main is ko bidat samajhta hoon agar kisi ko maloom ho ke Sahabi ne aisa kaha ho to mujhe is ka hawala de hawala to main apne aap wapas le loonga</w:t>
      </w:r>
    </w:p>
    <w:p>
      <w:pPr>
        <w:jc w:val="right"/>
      </w:pPr>
      <w:r>
        <w:t>صحابہ کے بعد کہا حضرت سید ابن جبیر تابعی نے کہ الخطبۃ جب معیار وہ ہیں صحابہ جو ہیں وہی معیار ہیں تو میرے علم کے مطابق کسی صحابی نے کبھی یہ جملہ نہیں بولا اسے میں اس کو بدعت سمجھتا ہوں اگر کسی کو معلوم ہو کہ صحابی نے ایسا کہا ہو تو مجھے اس کا حوالہ دے حوالہ تو میں اپنے اپ واپس لے لوں گا</w:t>
      </w:r>
    </w:p>
    <w:p>
      <w:r>
        <w:rPr>
          <w:b/>
        </w:rPr>
        <w:t xml:space="preserve">[1:20:28] </w:t>
      </w:r>
      <w:r>
        <w:t>agar kahin Sahabi ne jo ke bahs hua Ummat e Muhammad mein shamil the woh yeh jumla kaha hai to theek hai nahi kaha to yeh bidat hai maine dekh kisi Sahabi ne aisa jumla nahi kaha yeh yeh Sahaba ki nafsiyat ke mutabiq nahi hai jumla yeh yeh mubtadiyana nafsiyat ke mutabiq hai</w:t>
      </w:r>
    </w:p>
    <w:p>
      <w:pPr>
        <w:jc w:val="right"/>
      </w:pPr>
      <w:r>
        <w:t>اگر کہیں صحابی نے جو کہ بحث ہوا امت محمد میں شامل تھے وہ یہ جملہ کہا ہے تو ٹھیک ہے نہیں کہا تو یہ بدعت ہے میں نے دیکھ کسی صحابی نے ایسا جملہ نہیں کہا یہ یہ صحابہ کی نفسیات کے مطابق نہیں ہے جملہ یہ یہ مبتدیانہ نفسیات کے مطابق ہے</w:t>
      </w:r>
    </w:p>
    <w:p>
      <w:r>
        <w:rPr>
          <w:b/>
        </w:rPr>
        <w:t xml:space="preserve">[1:20:53] </w:t>
      </w:r>
      <w:r>
        <w:t>Maulana agla sawal Mr Nafees Siddiqui sahab ka hai Delhi</w:t>
      </w:r>
    </w:p>
    <w:p>
      <w:pPr>
        <w:jc w:val="right"/>
      </w:pPr>
      <w:r>
        <w:t>مولانا اگلا سوال مسٹر نفیس صدیقی صاحب کا ہے دلی</w:t>
      </w:r>
    </w:p>
    <w:p>
      <w:r>
        <w:rPr>
          <w:b/>
        </w:rPr>
        <w:t xml:space="preserve">[1:20:56] </w:t>
      </w:r>
      <w:r>
        <w:t>se unhon ne likha hai Maulana Maulana unhon ne ek Hadith ke bare mein likha hai ke jis mein aaya hai tum se pehle ke logon ko sawalon ki kasrat aur nabiyon se ikhtilaf ne halak kar diya woh chahte hain ke aap is Hadith ko explain karein</w:t>
      </w:r>
    </w:p>
    <w:p>
      <w:pPr>
        <w:jc w:val="right"/>
      </w:pPr>
      <w:r>
        <w:t>سے انہوں نے لکھا ہے مولانا مولانا انہوں نے ایک حدیث کے بارے میں لکھا ہے کہ جس میں ایا ہے تم سے پہلے کے لوگوں کو سوالوں کی کثرت اور نبیوں سے اختلاف نے ہلاک کر دیا وہ چاہتے ہیں کہ اپ اس حدیث کو ایکسپلین کریں</w:t>
      </w:r>
    </w:p>
    <w:p>
      <w:r>
        <w:rPr>
          <w:b/>
        </w:rPr>
        <w:t xml:space="preserve">[1:21:17] </w:t>
      </w:r>
      <w:r>
        <w:t>dekhein question do qism ke hote hain ek question falsafiya ka question hota hai to woh bura hai</w:t>
      </w:r>
    </w:p>
    <w:p>
      <w:pPr>
        <w:jc w:val="right"/>
      </w:pPr>
      <w:r>
        <w:t>دیکھیں کوئسچن دو قسم کے ہوتے ہیں ایک کوئسچن فلسفیہ کا کوئسچن ہوتا ہے تو وہ برا ہے</w:t>
      </w:r>
    </w:p>
    <w:p>
      <w:r>
        <w:rPr>
          <w:b/>
        </w:rPr>
        <w:t xml:space="preserve">[1:21:26] </w:t>
      </w:r>
      <w:r>
        <w:t>baqi ek sawal kare aadmi yani apni apni learning ko badhane ke liye apni marifat ko badhane ke liye to bahut achhi cheez hai woh to is Hadith mein sawal ka matlab absolute sense nahi lena chahiye ke sawal karna hi galat hai absolute sense mein nahi hai lekin bas sawal kar rahe hain khwamkhwah idhar udhar ki bekar ki baatein waqt zaya karte hain apna bhi doosre ka to woh galat hai aur doosra</w:t>
      </w:r>
    </w:p>
    <w:p>
      <w:pPr>
        <w:jc w:val="right"/>
      </w:pPr>
      <w:r>
        <w:t>باقی ایک سوال کرے ادمی یعنی اپنی اپنے لرننگ کو بڑھانے کے لیے اپنی معرفت کو بڑھانے کے لیے تو بہت اچھی چیز ہے وہ تو اس حدیث میں سوال کا مطلب ایبسولیوٹ سینس نہیں لینا چاہیے کہ سوال کرنا ہی غلط ہے ایبسولیوٹ سینس میں نہیں ہے لیکن بس سوال کر رہے ہیں خوامخواہ ادھر ادھر کی بیکار کی باتیں وقت ضائع کرتے ہیں اپنا بھی دوسرے کا تو وہ غلط ہے اور دوسرا</w:t>
      </w:r>
    </w:p>
    <w:p>
      <w:r>
        <w:rPr>
          <w:b/>
        </w:rPr>
        <w:t xml:space="preserve">[1:21:54] </w:t>
      </w:r>
      <w:r>
        <w:t>kya hai aur nabiyon se ikhtilaf ne halak kar diya ikhtilaf dekhein ikhtilaf ikhtilaf ka matlab agar yeh hai ke yani clarification ke liye poochna to bilkul bahut achhi cheez hai woh ikhtilaf hota hai ek ek ke bilawaja kathurti khwamkhwah ki bahtein takrar woh buri cheez hai</w:t>
      </w:r>
    </w:p>
    <w:p>
      <w:pPr>
        <w:jc w:val="right"/>
      </w:pPr>
      <w:r>
        <w:t>کیا ہے اور نبیوں سے اختلاف نے ہلاک کر دیا اختلاف دیکھیں اختلاف اختلاف کا مطلب اگر یہ ہے کہ یعنی کلیریفیکیشن کے لیے پوچھنا تو بالکل بہت اچھی چیز ہے وہ اختلاف ہوتا ہے ایک ایک کہ بلاوجہ کٹھوریتی خوامخواہ کی بحثیں تکرار وہ بری چیز ہے</w:t>
      </w:r>
    </w:p>
    <w:p>
      <w:r>
        <w:rPr>
          <w:b/>
        </w:rPr>
        <w:t xml:space="preserve">[1:22:18] </w:t>
      </w:r>
      <w:r>
        <w:t>lekin agar aap ikhtilaf karein is liye ke kisi baat ko clear karna chahte hain sach ko janne ke liye to bahut achhi cheez hai woh absolute sense mein galat nahi hai woh</w:t>
      </w:r>
    </w:p>
    <w:p>
      <w:pPr>
        <w:jc w:val="right"/>
      </w:pPr>
      <w:r>
        <w:t>لیکن اگر اپ اختلاف کریں اس لیے کہ کسی بات کو کلیئر کرنا چاہتے ہیں سچ کو جاننے کے لیے تو بہت اچھی چیز ہے وہ ایبسولیوٹ سینس میں غلط نہیں ہے وہ</w:t>
      </w:r>
    </w:p>
    <w:p>
      <w:r>
        <w:rPr>
          <w:b/>
        </w:rPr>
        <w:t xml:space="preserve">[1:22:31] </w:t>
      </w:r>
      <w:r>
        <w:t>Hadith ka matlab yahi hai woh Hadith absolute sense mein nahi hai Maulana agla sawal Hyderabad se hai Mr Zeeshan ne likha hai</w:t>
      </w:r>
    </w:p>
    <w:p>
      <w:pPr>
        <w:jc w:val="right"/>
      </w:pPr>
      <w:r>
        <w:t>حدیث کا مطلب یہی ہے وہ حدیث ایبسولیوٹ سینس میں نہیں ہے مولانا اگلا سوال حیدراباد سے ہے مسٹر ذیشان نے لکھا ہے</w:t>
      </w:r>
    </w:p>
    <w:p>
      <w:r>
        <w:rPr>
          <w:b/>
        </w:rPr>
        <w:t xml:space="preserve">[1:22:42] </w:t>
      </w:r>
      <w:r>
        <w:t>unhon ne likha hai ke dawat karte waqt doosron se baat karne ki ek strategy yeh bhi hai ke hum apni baat sunane ke sath sath doosre ki baat doosre ki baaton ko bhi sunein Maulana kya doosron ki baaton ko sunne ka matlab kya hum yeh le sakte hain ke hamein apne iman aur thinking par poori tarah se yaqin nahi nahi nahi bilkul galat baat yeh hai doosre ko nahi janenge aap to dawat kar denge</w:t>
      </w:r>
    </w:p>
    <w:p>
      <w:pPr>
        <w:jc w:val="right"/>
      </w:pPr>
      <w:r>
        <w:t>انہوں نے لکھا ہے کہ دعوت کرتے وقت دوسروں سے بات کرنے کی ایک سٹریٹجی یہ بھی ہے کہ ہم اپنی بات سنانے کے ساتھ ساتھ دوسرے کی بات دوسرے کی باتوں کو بھی سنیں مولانا کیا دوسروں کی باتوں کو سننے کا مطلب کیا ہم یہ لے سکتے ہیں کہ ہمیں اپنے ایمان اور تھنکنگ پر پوری طرح سے یقین نہیں نہیں نہیں بالکل غلط بات یہ ہے دوسرے کو نہیں جانیں گے اپ تو دعوت کر دیں گے</w:t>
      </w:r>
    </w:p>
    <w:p>
      <w:r>
        <w:rPr>
          <w:b/>
        </w:rPr>
        <w:t xml:space="preserve">[1:23:11] </w:t>
      </w:r>
      <w:r>
        <w:t>aap mein to yahan tak kehta hoon ke main empathetic mind ho kar sunta hoon kisi bhi shakhs ko chahe woh kuch bhi kehta ho kitni ulti baat bhi kehta ho lekin main empathetic mind ho kar sunta hoon us ko nahi janega jab tak us ko janenge nahi aap tab dawat kar denge dekhein dawat mein kaha karta hoon ke dawat koi announcement ka naam nahi hai ke announce kar diya dawat ho gayi</w:t>
      </w:r>
    </w:p>
    <w:p>
      <w:pPr>
        <w:jc w:val="right"/>
      </w:pPr>
      <w:r>
        <w:t>اپ میں تو یہاں تک کہتا ہوں کہ میں ایمپیٹیو مائنڈ ہو کر سنتا ہوں کسی بھی شخص کو چاہے وہ کچھ بھی کہتا ہو کتنی الٹی بات بھی کہتا ہو لیکن میں ایمپیٹیو مائنڈ ہو کر سنتا ہوں اس کو نہیں جانے گا جب تک اس کو جانیں گے نہیں اپ تب دعوت کر دیں گے دیکھیں دعوت میں کہا کرتا ہوں کہ دعوت کوئی اناؤنسمنٹ کا نام نہیں ہے کہ اناؤنس کر دیا دعوت ہو گئی</w:t>
      </w:r>
    </w:p>
    <w:p>
      <w:r>
        <w:rPr>
          <w:b/>
        </w:rPr>
        <w:t xml:space="preserve">[1:23:38] </w:t>
      </w:r>
      <w:r>
        <w:t>dawat naam hai kal fi anfusihim kal baligha yani is ka mind address ho tab dawat hai nahi to dawat nahi hai woh to mind ko address karne wali dawat to jab hogi jab aap samjhe is ke mind ko mind ko jaane nahi aap address kiya karenge aap to khoob sunna chahiye</w:t>
      </w:r>
    </w:p>
    <w:p>
      <w:pPr>
        <w:jc w:val="right"/>
      </w:pPr>
      <w:r>
        <w:t>دعوت نام ہے کل فی انفسہم کالم بلیغہ یعنی اس کا مائنڈ ایڈریس ہو تب دعوت ہے نہیں تو دعوت نہیں ہے وہ تو مائنڈ کو ایڈریس کرنے والی دعوت تو جب ہوگی جب اپ سمجھیں اس کے مائنڈ کو مائنڈ کو جانے نہیں اپ ایڈریس کیا کریں گے اپ تو خوب سننا چاہیے</w:t>
      </w:r>
    </w:p>
    <w:p>
      <w:r>
        <w:rPr>
          <w:b/>
        </w:rPr>
        <w:t xml:space="preserve">[1:24:03] </w:t>
      </w:r>
      <w:r>
        <w:t>Maulana agla sawal Delhi se hai Mr Mazhar</w:t>
      </w:r>
    </w:p>
    <w:p>
      <w:pPr>
        <w:jc w:val="right"/>
      </w:pPr>
      <w:r>
        <w:t>مولانا اگلا سوال دلی سے ہے مسٹر مظہر</w:t>
      </w:r>
    </w:p>
    <w:p>
      <w:r>
        <w:rPr>
          <w:b/>
        </w:rPr>
        <w:t xml:space="preserve">[1:24:06] </w:t>
      </w:r>
      <w:r>
        <w:t>sahib ka unhon ne likha hai ke sahi islam ko padhne aur seekhne ke liye mujhe quran ke</w:t>
      </w:r>
    </w:p>
    <w:p>
      <w:pPr>
        <w:jc w:val="right"/>
      </w:pPr>
      <w:r>
        <w:t>صاحب کا انہوں نے لکھا ہے کہ صحیح اسلام کو پڑھنے اور سیکھنے کے لیے مجھے قران کے</w:t>
      </w:r>
    </w:p>
    <w:p>
      <w:r>
        <w:rPr>
          <w:b/>
        </w:rPr>
        <w:t xml:space="preserve">[1:24:12] </w:t>
      </w:r>
      <w:r>
        <w:t>alawa aur kon si kitaben padhni chahiye mujhe aisi kitabon ke naam bataiye kitab ka naam hum nahi</w:t>
      </w:r>
    </w:p>
    <w:p>
      <w:pPr>
        <w:jc w:val="right"/>
      </w:pPr>
      <w:r>
        <w:t>علاوہ اور کون سی کتابیں پڑھنی چاہیے مجھے ایسی کتابوں کے نام بتائیے کتاب کا نام ہم نہیں</w:t>
      </w:r>
    </w:p>
    <w:p>
      <w:r>
        <w:rPr>
          <w:b/>
        </w:rPr>
        <w:t xml:space="preserve">[1:24:19] </w:t>
      </w:r>
      <w:r>
        <w:t>bata sakte ap khud kitabon ka jaan samjhiye</w:t>
      </w:r>
    </w:p>
    <w:p>
      <w:pPr>
        <w:jc w:val="right"/>
      </w:pPr>
      <w:r>
        <w:t>بتا سکتے اپ خود کتابوں کا جان سمجھیے</w:t>
      </w:r>
    </w:p>
    <w:p>
      <w:r>
        <w:rPr>
          <w:b/>
        </w:rPr>
        <w:t xml:space="preserve">[1:24:24] </w:t>
      </w:r>
      <w:r>
        <w:t>humein batane se nahi kaho ke ap wahi padhne lagen jo pooche mera tajurba hai ke wo sirf</w:t>
      </w:r>
    </w:p>
    <w:p>
      <w:pPr>
        <w:jc w:val="right"/>
      </w:pPr>
      <w:r>
        <w:t>ہمیں بتانے سے نہیں کہو کہ اپ وہی پڑھنے لگیں جو پوچھے میرا تجربہ ہے کہ وہ صرف</w:t>
      </w:r>
    </w:p>
    <w:p>
      <w:r>
        <w:rPr>
          <w:b/>
        </w:rPr>
        <w:t xml:space="preserve">[1:24:30] </w:t>
      </w:r>
      <w:r>
        <w:t>pochta hai bas agar mein keh doon to ke ap aisa karen ke bas jo maine keh</w:t>
      </w:r>
    </w:p>
    <w:p>
      <w:pPr>
        <w:jc w:val="right"/>
      </w:pPr>
      <w:r>
        <w:t>پوچھتا ہے بس اگر میں کہہ دوں تو کہ اپ ایسا کریں کہ بس جو میں نے کہہ</w:t>
      </w:r>
    </w:p>
    <w:p>
      <w:r>
        <w:rPr>
          <w:b/>
        </w:rPr>
        <w:t xml:space="preserve">[1:24:34] </w:t>
      </w:r>
      <w:r>
        <w:t>diya usi ko pakad lenge ap</w:t>
      </w:r>
    </w:p>
    <w:p>
      <w:pPr>
        <w:jc w:val="right"/>
      </w:pPr>
      <w:r>
        <w:t>دیا اسی کو پکڑ لیں گے اپ</w:t>
      </w:r>
    </w:p>
    <w:p>
      <w:r>
        <w:rPr>
          <w:b/>
        </w:rPr>
        <w:t xml:space="preserve">[1:24:37] </w:t>
      </w:r>
      <w:r>
        <w:t>aisa nahi hota hai haan agar aap yeh kahein ke jo baat jo naam bata denge bas wahi padhoon ga main kuch aur usi baat nahi padhoon ga tab main pata hoga naam yani agar poochne wala yeh kahe ke mujhe to bas wahi kitab padhna hai jo aap bata dein to us ke liye phir doosra question karein woh yeh yeh yeh yeh yani matlab yeh yeh wada karte hue ke mujhe wahi kitab padhna hai jo aap bata dein baqi koi padhni nahi hai tab main inshallah naam bata</w:t>
      </w:r>
    </w:p>
    <w:p>
      <w:pPr>
        <w:jc w:val="right"/>
      </w:pPr>
      <w:r>
        <w:t>ایسا نہیں ہوتا ہے ہاں اگر اپ یہ کہیں کہ جو بات جو نام بتا دیں گے بس وہی پڑھوں گا میں کچھ اور اسی بات نہیں پڑھوں گا تب میں پتہ ہوگا نام یعنی اگر پوچھنے والا یہ کہے کہ مجھے تو بس وہی کتاب پڑھنا ہے جو اپ بتا دیں تو اس کے لیے پھر دوسرا کوئسچن کریں وہ یہ یہ یہ یہ یہ یعنی مطلب یہ یہ وعدہ کرتے ہوئے کہ مجھے وہی کتاب پڑھنا ہے جو اپ بتا دیں باقی کوئی پڑھنی نہیں ہے تب میں انشاءاللہ نام بتا</w:t>
      </w:r>
    </w:p>
    <w:p>
      <w:r>
        <w:rPr>
          <w:b/>
        </w:rPr>
        <w:t xml:space="preserve">[1:25:07] </w:t>
      </w:r>
      <w:r>
        <w:t>oonga aisa nahi naam nahi batata main Maulana yeh abhi abhi comment aaya hai Doha Qatar se Maulana Abdul Basit Umri sahab ka unhon ne likha hai ke Maulana beshak Alrisala padhne se pehle main dil hi ko ghaur aur fikr ka zariya samajhta tha</w:t>
      </w:r>
    </w:p>
    <w:p>
      <w:pPr>
        <w:jc w:val="right"/>
      </w:pPr>
      <w:r>
        <w:t>ؤں گا ایسا نہیں نام نہیں بتاتا میں مولانا یہ ابھی ابھی کمنٹ ایا ہے دوحہ قطر سے مولانا عبدالباسط عمری صاحب کا انہوں نے لکھا ہے کہ مولانا بے شک الرسالہ پڑھنے سے پہلے میں دل ہی کو غور اور فکر کا ذریعہ سمجھتا تھا</w:t>
      </w:r>
    </w:p>
    <w:p>
      <w:r>
        <w:rPr>
          <w:b/>
        </w:rPr>
        <w:t xml:space="preserve">[1:25:25] </w:t>
      </w:r>
      <w:r>
        <w:t>jab risala mein yeh padha ke dil ka kaam sirf blood pumping hai to mein kai mahine tak</w:t>
      </w:r>
    </w:p>
    <w:p>
      <w:pPr>
        <w:jc w:val="right"/>
      </w:pPr>
      <w:r>
        <w:t>جب الرسالہ میں یہ پڑھا کہ دل کا کام صرف بلڈ پمپنگ ہے تو میں کئی مہینے تک</w:t>
      </w:r>
    </w:p>
    <w:p>
      <w:r>
        <w:rPr>
          <w:b/>
        </w:rPr>
        <w:t xml:space="preserve">[1:25:33] </w:t>
      </w:r>
      <w:r>
        <w:t>is baat ko qabool nahi kar saka kyunke ulama mabni bhar qalb soch ke reference mein hadith pesh</w:t>
      </w:r>
    </w:p>
    <w:p>
      <w:pPr>
        <w:jc w:val="right"/>
      </w:pPr>
      <w:r>
        <w:t>اس بات کو قبول نہیں کر سکا کیونکہ علماء مبنی بھر قلب سوچ کے ریفرنس میں حدیث پیش</w:t>
      </w:r>
    </w:p>
    <w:p>
      <w:r>
        <w:rPr>
          <w:b/>
        </w:rPr>
        <w:t xml:space="preserve">[1:25:41] </w:t>
      </w:r>
      <w:r>
        <w:t>karte the is bare mein mein allah se bohat zyada mein ne allah se bohat zyada dua bhi</w:t>
      </w:r>
    </w:p>
    <w:p>
      <w:pPr>
        <w:jc w:val="right"/>
      </w:pPr>
      <w:r>
        <w:t>کرتے تھے اس بارے میں میں اللہ سے بہت زیادہ میں نے اللہ سے بہت زیادہ دعا بھی</w:t>
      </w:r>
    </w:p>
    <w:p>
      <w:r>
        <w:rPr>
          <w:b/>
        </w:rPr>
        <w:t xml:space="preserve">[1:25:46] </w:t>
      </w:r>
      <w:r>
        <w:t>ki ab allah ke fazl se mind base thinking hi ko sahi samajhta hoon masha allah</w:t>
      </w:r>
    </w:p>
    <w:p>
      <w:pPr>
        <w:jc w:val="right"/>
      </w:pPr>
      <w:r>
        <w:t>کی اب اللہ کے فضل سے مائنڈ بیس تھنکنگ ہی کو صحیح سمجھتا ہوں ماشاءاللہ</w:t>
      </w:r>
    </w:p>
    <w:p>
      <w:r>
        <w:rPr>
          <w:b/>
        </w:rPr>
        <w:t xml:space="preserve">[1:25:58] </w:t>
      </w:r>
      <w:r>
        <w:t>molana yeh sawal aya hai banglore se mister naseerullah sahib ka unhon ne ap se poocha hai ke apni conditioning ko kaise janen is ke bare mein bataen</w:t>
      </w:r>
    </w:p>
    <w:p>
      <w:pPr>
        <w:jc w:val="right"/>
      </w:pPr>
      <w:r>
        <w:t>مولانا یہ سوال ایا ہے بینگلور سے مسٹر نصیر اللہ صاحب کا انہوں نے اپ سے پوچھا ہے کہ اپنی کنڈیشننگ کو کیسے جانیں اس کے بارے میں بتائیں</w:t>
      </w:r>
    </w:p>
    <w:p>
      <w:r>
        <w:rPr>
          <w:b/>
        </w:rPr>
        <w:t xml:space="preserve">[1:26:11] </w:t>
      </w:r>
      <w:r>
        <w:t>dekhiye apni conditioning ko admi khud hi jan sakta hai ab woh hai us ko arabi mein kehte hain muhasba angrezi mein kehte hain introspection</w:t>
      </w:r>
    </w:p>
    <w:p>
      <w:pPr>
        <w:jc w:val="right"/>
      </w:pPr>
      <w:r>
        <w:t>دیکھیے اپنی کنڈیشننگ کو ادمی خود ہی جان سکتا ہے اب وہ ہے اس کو عربی میں کہتے ہیں محاسبہ انگریزی میں کہتے ہیں انٹراسپیکشن</w:t>
      </w:r>
    </w:p>
    <w:p>
      <w:r>
        <w:rPr>
          <w:b/>
        </w:rPr>
        <w:t xml:space="preserve">[1:26:25] </w:t>
      </w:r>
      <w:r>
        <w:t>bas aur koi tareeqa nahi hai yani wohi feel karna jis ko kaha jata hai muhasba ya introspection yani merciless introspection darkar hai</w:t>
      </w:r>
    </w:p>
    <w:p>
      <w:pPr>
        <w:jc w:val="right"/>
      </w:pPr>
      <w:r>
        <w:t>بس اور کوئی طریقہ نہیں ہے یعنی وہی فیل کرنا جس کو کہا جاتا ہے محاسبہ یا انٹراسپیکشن یعنی مرسیلس انٹراسپیکشن درکار ہے</w:t>
      </w:r>
    </w:p>
    <w:p>
      <w:r>
        <w:rPr>
          <w:b/>
        </w:rPr>
        <w:t xml:space="preserve">[1:26:41] </w:t>
      </w:r>
      <w:r>
        <w:t>agar koi admi chahta hai ke apni condition ko jane to us ko apni merciless apna apna merciless yani be rehmanana tor par muhasba karna chahiye be rehmanana tor par muhasba aur koi dosra tareeqa nahi.</w:t>
      </w:r>
    </w:p>
    <w:p>
      <w:pPr>
        <w:jc w:val="right"/>
      </w:pPr>
      <w:r>
        <w:t>اگر کوئی ادمی چاہتا ہے کہ اپنی کنڈیشن کو جانے تو اس کو اپنی مرسیلس اپنا اپنا مرسیلس یعنی بے بے رحمانہ طور پر محاسبہ کرنا چاہیے بے رحمانہ طور پر محاسبہ اور کوئی دوسرا طریقہ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