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Global Warming May 13, 2008</w:t>
      </w:r>
    </w:p>
    <w:p>
      <w:r>
        <w:t>https://www.youtube.com/watch?v=AmgbF0n3lz4</w:t>
      </w:r>
    </w:p>
    <w:p>
      <w:r>
        <w:rPr>
          <w:b/>
        </w:rPr>
        <w:t xml:space="preserve">[00:13] </w:t>
      </w:r>
      <w:r>
        <w:t>Bismillah Rehmanur Rahim</w:t>
      </w:r>
    </w:p>
    <w:p>
      <w:pPr>
        <w:jc w:val="right"/>
      </w:pPr>
      <w:r>
        <w:t>بسم اللہ الرحمن الرحیم</w:t>
      </w:r>
    </w:p>
    <w:p>
      <w:r>
        <w:rPr>
          <w:b/>
        </w:rPr>
        <w:t xml:space="preserve">[00:18] </w:t>
      </w:r>
      <w:r>
        <w:t>Wa sallallahu ala Nabiyyil Karim Rabbi shrah li sadri wa yassir li amri wahlul uqdatan min lisani yafqahu qawli Aaj ki</w:t>
      </w:r>
    </w:p>
    <w:p>
      <w:pPr>
        <w:jc w:val="right"/>
      </w:pPr>
      <w:r>
        <w:t>وصلی اللہ علی النبی الکریم رب اشرح لی صدری ویسر لی امری واحل العقدۃ من لسانی یفقہ قولی آج کی</w:t>
      </w:r>
    </w:p>
    <w:p>
      <w:r>
        <w:rPr>
          <w:b/>
        </w:rPr>
        <w:t xml:space="preserve">[00:42] </w:t>
      </w:r>
      <w:r>
        <w:t>Aaj ki jo talk hai us ki theme hai global warming</w:t>
      </w:r>
    </w:p>
    <w:p>
      <w:pPr>
        <w:jc w:val="right"/>
      </w:pPr>
      <w:r>
        <w:t>آج کی جو ٹاک ہے اس کی تھیم ہے گلوبل وارمنگ</w:t>
      </w:r>
    </w:p>
    <w:p>
      <w:r>
        <w:rPr>
          <w:b/>
        </w:rPr>
        <w:t xml:space="preserve">[00:50] </w:t>
      </w:r>
      <w:r>
        <w:t>About global warming yani global warming ke bare mein mujhe kuch kehna hai aap sab log jante hain ke aaj kal media mein global warming ka bohat zyada charcha hai</w:t>
      </w:r>
    </w:p>
    <w:p>
      <w:pPr>
        <w:jc w:val="right"/>
      </w:pPr>
      <w:r>
        <w:t>اباؤٹ گلوبل وارمنگ یعنی گلوبل وارمنگ کے بارے میں مجھے کچھ کہنا ہے آپ سب لوگ جانتے ہیں کہ آج کل میڈیا میں گلوبل وارمنگ کا بہت زیادہ چرچہ ہے</w:t>
      </w:r>
    </w:p>
    <w:p>
      <w:r>
        <w:rPr>
          <w:b/>
        </w:rPr>
        <w:t xml:space="preserve">[01:14] </w:t>
      </w:r>
      <w:r>
        <w:t>das saal se to bohat ziyada hai</w:t>
      </w:r>
    </w:p>
    <w:p>
      <w:pPr>
        <w:jc w:val="right"/>
      </w:pPr>
      <w:r>
        <w:t>دس سال سے تو بہت زیادہ ہے</w:t>
      </w:r>
    </w:p>
    <w:p>
      <w:r>
        <w:rPr>
          <w:b/>
        </w:rPr>
        <w:t xml:space="preserve">[01:17] </w:t>
      </w:r>
      <w:r>
        <w:t>is liye ke sari dunya ke tamam</w:t>
      </w:r>
    </w:p>
    <w:p>
      <w:pPr>
        <w:jc w:val="right"/>
      </w:pPr>
      <w:r>
        <w:t>اس لیے کہ ساری دنیا کے تمام</w:t>
      </w:r>
    </w:p>
    <w:p>
      <w:r>
        <w:rPr>
          <w:b/>
        </w:rPr>
        <w:t xml:space="preserve">[01:21] </w:t>
      </w:r>
      <w:r>
        <w:t>scientists, unanimously, are saying that</w:t>
      </w:r>
    </w:p>
    <w:p>
      <w:pPr>
        <w:jc w:val="right"/>
      </w:pPr>
      <w:r>
        <w:t>سائنٹسٹ یعنی یونینمسلی یہ کہہ رہے ہیں کہ</w:t>
      </w:r>
    </w:p>
    <w:p>
      <w:r>
        <w:rPr>
          <w:b/>
        </w:rPr>
        <w:t xml:space="preserve">[01:28] </w:t>
      </w:r>
      <w:r>
        <w:t>We are facing a grave grave problem that is that is global warming</w:t>
      </w:r>
    </w:p>
    <w:p>
      <w:pPr>
        <w:jc w:val="right"/>
      </w:pPr>
      <w:r>
        <w:t>وی آر فیسنگ ا گریو گریو پرابلم دیٹ از دیٹ از گلوبل وارمنگ</w:t>
      </w:r>
    </w:p>
    <w:p>
      <w:r>
        <w:rPr>
          <w:b/>
        </w:rPr>
        <w:t xml:space="preserve">[01:34] </w:t>
      </w:r>
      <w:r>
        <w:t>aur ye jo process hai woh irreversible hai</w:t>
      </w:r>
    </w:p>
    <w:p>
      <w:pPr>
        <w:jc w:val="right"/>
      </w:pPr>
      <w:r>
        <w:t>اور یہ جو پراسیس ہے وہ اریورسیبل ہے</w:t>
      </w:r>
    </w:p>
    <w:p>
      <w:r>
        <w:rPr>
          <w:b/>
        </w:rPr>
        <w:t xml:space="preserve">[01:41] </w:t>
      </w:r>
      <w:r>
        <w:t>yani hamari zameen jo hai</w:t>
      </w:r>
    </w:p>
    <w:p>
      <w:pPr>
        <w:jc w:val="right"/>
      </w:pPr>
      <w:r>
        <w:t>یعنی ہماری زمین جو ہے</w:t>
      </w:r>
    </w:p>
    <w:p>
      <w:r>
        <w:rPr>
          <w:b/>
        </w:rPr>
        <w:t xml:space="preserve">[01:44] </w:t>
      </w:r>
      <w:r>
        <w:t>wo ziyada garam ho rahi hai</w:t>
      </w:r>
    </w:p>
    <w:p>
      <w:pPr>
        <w:jc w:val="right"/>
      </w:pPr>
      <w:r>
        <w:t>وہ زیادہ گرم ہو رہی ہے</w:t>
      </w:r>
    </w:p>
    <w:p>
      <w:r>
        <w:rPr>
          <w:b/>
        </w:rPr>
        <w:t xml:space="preserve">[01:47] </w:t>
      </w:r>
      <w:r>
        <w:t>aur jante hain aap ke ye ziyada garam hona hamare liye</w:t>
      </w:r>
    </w:p>
    <w:p>
      <w:pPr>
        <w:jc w:val="right"/>
      </w:pPr>
      <w:r>
        <w:t>اور جانتے ہیں آپ کہ یہ زیادہ گرم ہونا ہمارے لیے</w:t>
      </w:r>
    </w:p>
    <w:p>
      <w:r>
        <w:rPr>
          <w:b/>
        </w:rPr>
        <w:t xml:space="preserve">[01:53] </w:t>
      </w:r>
      <w:r>
        <w:t>bohat bara problem create karta hai kyunke sara balance toot jata hai</w:t>
      </w:r>
    </w:p>
    <w:p>
      <w:pPr>
        <w:jc w:val="right"/>
      </w:pPr>
      <w:r>
        <w:t>بہت بڑا پرابلم کریٹ کرتا ہے کیونکہ سارا بیلنس ٹوٹ جاتا ہے</w:t>
      </w:r>
    </w:p>
    <w:p>
      <w:r>
        <w:rPr>
          <w:b/>
        </w:rPr>
        <w:t xml:space="preserve">[02:00] </w:t>
      </w:r>
      <w:r>
        <w:t>jaise</w:t>
      </w:r>
    </w:p>
    <w:p>
      <w:pPr>
        <w:jc w:val="right"/>
      </w:pPr>
      <w:r>
        <w:t>جیسے</w:t>
      </w:r>
    </w:p>
    <w:p>
      <w:r>
        <w:rPr>
          <w:b/>
        </w:rPr>
        <w:t xml:space="preserve">[02:00] </w:t>
      </w:r>
      <w:r>
        <w:t>aap ne media mein dekha hoga ke glacier pighal rahe hain north pole ki jo ice cap hai us ka bara hissa pighal chuka hai halanke yeh jo hai yeh balance karta hai hamari zameen par yeh jo barf ke bare bare pahad the yeh balance kar rahe the hamari zameen par</w:t>
      </w:r>
    </w:p>
    <w:p>
      <w:pPr>
        <w:jc w:val="right"/>
      </w:pPr>
      <w:r>
        <w:t>آپ نے میڈیا میں دیکھا ہوگا کہ گلیشیئر پگھل رہے ہیں نارتھ پول کی جو ائس کیپ ہے اس کا بڑا حصہ پگھل چکا ہے حالانکہ یہ جو ہے یہ بیلنس کرتا ہے ہماری زمین پر یہ جو برف کے بڑے بڑے پہاڑ تھے یہ بیلنس کر رہے تھے ہماری زمین پر</w:t>
      </w:r>
    </w:p>
    <w:p>
      <w:r>
        <w:rPr>
          <w:b/>
        </w:rPr>
        <w:t xml:space="preserve">[02:29] </w:t>
      </w:r>
      <w:r>
        <w:t>Ab agar yeh pighal jayen to do problem paida hote hain ek taraf to ocean ka level ocean ka level bohat ooncha ho jata hai bohat se country is ke andar doob jayenge aur mausam ko balance karne ka system bhi toot jayega</w:t>
      </w:r>
    </w:p>
    <w:p>
      <w:pPr>
        <w:jc w:val="right"/>
      </w:pPr>
      <w:r>
        <w:t>اب اگر یہ پگھل جائیں تو دو پرابلم پیدا ہوتے ہیں ایک طرف تو اوشن کا لیول اوشن کا لیول بہت اونچا ہو جاتا ہے بہت سے کنٹری اس کے اندر ڈوب جائیں گے اور موسم کو بیلنس کرنے کا سسٹم بھی ٹوٹ جائے گا</w:t>
      </w:r>
    </w:p>
    <w:p>
      <w:r>
        <w:rPr>
          <w:b/>
        </w:rPr>
        <w:t xml:space="preserve">[02:58] </w:t>
      </w:r>
      <w:r>
        <w:t>Bohat sari aur problem paida hote hain to</w:t>
      </w:r>
    </w:p>
    <w:p>
      <w:pPr>
        <w:jc w:val="right"/>
      </w:pPr>
      <w:r>
        <w:t>بہت ساری اور پرابلم پیدا ہوتے ہیں تو</w:t>
      </w:r>
    </w:p>
    <w:p>
      <w:r>
        <w:rPr>
          <w:b/>
        </w:rPr>
        <w:t xml:space="preserve">[03:05] </w:t>
      </w:r>
      <w:r>
        <w:t>ye bari anokhi baat hai proper Islam aaye the seventh century ke first quarter mein yani chaudah so</w:t>
      </w:r>
    </w:p>
    <w:p>
      <w:pPr>
        <w:jc w:val="right"/>
      </w:pPr>
      <w:r>
        <w:t>یہ بڑی انوکھی بات ہے پراپر اسلام ائے تھے سیونتھ سینچری کے فرسٹ کوارٹر میں یعنی چودہ سو</w:t>
      </w:r>
    </w:p>
    <w:p>
      <w:r>
        <w:rPr>
          <w:b/>
        </w:rPr>
        <w:t xml:space="preserve">[03:13] </w:t>
      </w:r>
      <w:r>
        <w:t>saal pehle us waqt unhon ne kaha tha ke adna shams</w:t>
      </w:r>
    </w:p>
    <w:p>
      <w:pPr>
        <w:jc w:val="right"/>
      </w:pPr>
      <w:r>
        <w:t>سال پہلے اس وقت انہوں نے کہا تھا کہ ادنی شمس</w:t>
      </w:r>
    </w:p>
    <w:p>
      <w:r>
        <w:rPr>
          <w:b/>
        </w:rPr>
        <w:t xml:space="preserve">[03:20] </w:t>
      </w:r>
      <w:r>
        <w:t>bohat sari baatein hain</w:t>
      </w:r>
    </w:p>
    <w:p>
      <w:pPr>
        <w:jc w:val="right"/>
      </w:pPr>
      <w:r>
        <w:t>بہت ساری باتیں ہیں</w:t>
      </w:r>
    </w:p>
    <w:p>
      <w:r>
        <w:rPr>
          <w:b/>
        </w:rPr>
        <w:t xml:space="preserve">[03:25] </w:t>
      </w:r>
      <w:r>
        <w:t>ke kya hoga later later period of history mein to is mein se ek ye hai ke adna</w:t>
      </w:r>
    </w:p>
    <w:p>
      <w:pPr>
        <w:jc w:val="right"/>
      </w:pPr>
      <w:r>
        <w:t>کہ کیا ہوگا لیٹر لیٹر پیریڈ اف ہسٹری میں تو اس میں سے ایک یہ ہے کہ ادنی</w:t>
      </w:r>
    </w:p>
    <w:p>
      <w:r>
        <w:rPr>
          <w:b/>
        </w:rPr>
        <w:t xml:space="preserve">[03:31] </w:t>
      </w:r>
      <w:r>
        <w:t>shams suraj bohat qareeb aa jayega</w:t>
      </w:r>
    </w:p>
    <w:p>
      <w:pPr>
        <w:jc w:val="right"/>
      </w:pPr>
      <w:r>
        <w:t>شمس سورج بہت قریب ا جائے گا</w:t>
      </w:r>
    </w:p>
    <w:p>
      <w:r>
        <w:rPr>
          <w:b/>
        </w:rPr>
        <w:t xml:space="preserve">[03:35] </w:t>
      </w:r>
      <w:r>
        <w:t>qareeb aane ka matlab ye nahi ke physical sense mein qareeb aa jayega matlab us ki garmi</w:t>
      </w:r>
    </w:p>
    <w:p>
      <w:pPr>
        <w:jc w:val="right"/>
      </w:pPr>
      <w:r>
        <w:t>قریب انے کا مطلب یہ نہیں کہ فزیکل سینس میں قریب ا جائے گا مطلب اس کی گرمی</w:t>
      </w:r>
    </w:p>
    <w:p>
      <w:r>
        <w:rPr>
          <w:b/>
        </w:rPr>
        <w:t xml:space="preserve">[03:39] </w:t>
      </w:r>
      <w:r>
        <w:t>bohat barh jayegi yani agar suraj physical sense mein qareeb aa jaye to kya hoga garmi barhe</w:t>
      </w:r>
    </w:p>
    <w:p>
      <w:pPr>
        <w:jc w:val="right"/>
      </w:pPr>
      <w:r>
        <w:t>بہت بڑھ جائے گی یعنی اگر سورج فزیکل سینس میں قریب ا جائے تو کیا ہوگا گرمی بڑھے</w:t>
      </w:r>
    </w:p>
    <w:p>
      <w:r>
        <w:rPr>
          <w:b/>
        </w:rPr>
        <w:t xml:space="preserve">[03:47] </w:t>
      </w:r>
      <w:r>
        <w:t>gi to yahan par isi phenomenon ko bataya gaya hai ke</w:t>
      </w:r>
    </w:p>
    <w:p>
      <w:pPr>
        <w:jc w:val="right"/>
      </w:pPr>
      <w:r>
        <w:t>گی تو یہاں پر اسی فیناومینا کو بتایا گیا ہے کہ</w:t>
      </w:r>
    </w:p>
    <w:p>
      <w:r>
        <w:rPr>
          <w:b/>
        </w:rPr>
        <w:t xml:space="preserve">[03:50] </w:t>
      </w:r>
      <w:r>
        <w:t>garmi bohat barh jayegi</w:t>
      </w:r>
    </w:p>
    <w:p>
      <w:pPr>
        <w:jc w:val="right"/>
      </w:pPr>
      <w:r>
        <w:t>گرمی بہت بڑھ جائے گی</w:t>
      </w:r>
    </w:p>
    <w:p>
      <w:r>
        <w:rPr>
          <w:b/>
        </w:rPr>
        <w:t xml:space="preserve">[03:54] </w:t>
      </w:r>
      <w:r>
        <w:t>is tarah ki aur bohat sari cheezein hain jaise dukhan ka hai ke dukhan dukhan means smoke</w:t>
      </w:r>
    </w:p>
    <w:p>
      <w:pPr>
        <w:jc w:val="right"/>
      </w:pPr>
      <w:r>
        <w:t>اس طرح کی اور بہت ساری چیزیں ہیں جیسے دخان کا ہے کہ دخان دخان مینز سموک</w:t>
      </w:r>
    </w:p>
    <w:p>
      <w:r>
        <w:rPr>
          <w:b/>
        </w:rPr>
        <w:t xml:space="preserve">[04:01] </w:t>
      </w:r>
      <w:r>
        <w:t>to is mein hai prophet ne kaha ke ek dukhan niklega jis se east se west tak</w:t>
      </w:r>
    </w:p>
    <w:p>
      <w:pPr>
        <w:jc w:val="right"/>
      </w:pPr>
      <w:r>
        <w:t>تو اس میں ہے پرافٹ نے کہا کہ ایک دخان نکلے گا جس سے ایسٹ سے ویسٹ تک</w:t>
      </w:r>
    </w:p>
    <w:p>
      <w:r>
        <w:rPr>
          <w:b/>
        </w:rPr>
        <w:t xml:space="preserve">[04:09] </w:t>
      </w:r>
      <w:r>
        <w:t>sara bhar jayega</w:t>
      </w:r>
    </w:p>
    <w:p>
      <w:pPr>
        <w:jc w:val="right"/>
      </w:pPr>
      <w:r>
        <w:t>سارا بھر جائے گا</w:t>
      </w:r>
    </w:p>
    <w:p>
      <w:r>
        <w:rPr>
          <w:b/>
        </w:rPr>
        <w:t xml:space="preserve">[04:13] </w:t>
      </w:r>
      <w:r>
        <w:t>clear tor par aap samajh rahe hain samajh sakte hain ke yahan par yani air pollution ki baat</w:t>
      </w:r>
    </w:p>
    <w:p>
      <w:pPr>
        <w:jc w:val="right"/>
      </w:pPr>
      <w:r>
        <w:t>کلیئر طور پر اپ سمجھ رہے ہیں سمجھ سکتے ہیں کہ یہاں پر یعنی ایئر پولیوشن کی بات</w:t>
      </w:r>
    </w:p>
    <w:p>
      <w:r>
        <w:rPr>
          <w:b/>
        </w:rPr>
        <w:t xml:space="preserve">[04:18] </w:t>
      </w:r>
      <w:r>
        <w:t>kahi gayi hai</w:t>
      </w:r>
    </w:p>
    <w:p>
      <w:pPr>
        <w:jc w:val="right"/>
      </w:pPr>
      <w:r>
        <w:t>کہی گئی ہے</w:t>
      </w:r>
    </w:p>
    <w:p>
      <w:r>
        <w:rPr>
          <w:b/>
        </w:rPr>
        <w:t xml:space="preserve">[04:20] </w:t>
      </w:r>
      <w:r>
        <w:t>air pollution ki baat kahi gayi hai</w:t>
      </w:r>
    </w:p>
    <w:p>
      <w:pPr>
        <w:jc w:val="right"/>
      </w:pPr>
      <w:r>
        <w:t>ایئر پولیوشن کی بات کہی گئی ہے</w:t>
      </w:r>
    </w:p>
    <w:p>
      <w:r>
        <w:rPr>
          <w:b/>
        </w:rPr>
        <w:t xml:space="preserve">[04:24] </w:t>
      </w:r>
      <w:r>
        <w:t>quran mein hai ke zahar al-fasad fi al-barr wa al-bahr bima kasabat al-nas ke land aur sea dono</w:t>
      </w:r>
    </w:p>
    <w:p>
      <w:pPr>
        <w:jc w:val="right"/>
      </w:pPr>
      <w:r>
        <w:t>قران میں ہے کہ ظاہر الفساد فی البر والبحر بما کسبت الناس کہ لینڈ اور سی دونوں</w:t>
      </w:r>
    </w:p>
    <w:p>
      <w:r>
        <w:rPr>
          <w:b/>
        </w:rPr>
        <w:t xml:space="preserve">[04:35] </w:t>
      </w:r>
      <w:r>
        <w:t>bhar</w:t>
      </w:r>
    </w:p>
    <w:p>
      <w:pPr>
        <w:jc w:val="right"/>
      </w:pPr>
      <w:r>
        <w:t>بھر</w:t>
      </w:r>
    </w:p>
    <w:p>
      <w:r>
        <w:rPr>
          <w:b/>
        </w:rPr>
        <w:t xml:space="preserve">[04:35] </w:t>
      </w:r>
      <w:r>
        <w:t>jayenge fasad se evil se is tarah ki bohat sari cheezen hain</w:t>
      </w:r>
    </w:p>
    <w:p>
      <w:pPr>
        <w:jc w:val="right"/>
      </w:pPr>
      <w:r>
        <w:t>جائیں گے فساد سے ایول سے اس طرح کی بہت ساری چیزیں ہیں</w:t>
      </w:r>
    </w:p>
    <w:p>
      <w:r>
        <w:rPr>
          <w:b/>
        </w:rPr>
        <w:t xml:space="preserve">[04:43] </w:t>
      </w:r>
      <w:r>
        <w:t>to yahan main aap ko yaad dilaoonga</w:t>
      </w:r>
    </w:p>
    <w:p>
      <w:pPr>
        <w:jc w:val="right"/>
      </w:pPr>
      <w:r>
        <w:t>تو یہاں میں اپ کو یاد دلاؤں گا</w:t>
      </w:r>
    </w:p>
    <w:p>
      <w:r>
        <w:rPr>
          <w:b/>
        </w:rPr>
        <w:t xml:space="preserve">[04:48] </w:t>
      </w:r>
      <w:r>
        <w:t>ke is baat par hamesha se insan sochta raha hai</w:t>
      </w:r>
    </w:p>
    <w:p>
      <w:pPr>
        <w:jc w:val="right"/>
      </w:pPr>
      <w:r>
        <w:t>کہ اس بات پر ہمیشہ سے انسان سوچتا رہا ہے</w:t>
      </w:r>
    </w:p>
    <w:p>
      <w:r>
        <w:rPr>
          <w:b/>
        </w:rPr>
        <w:t xml:space="preserve">[04:55] </w:t>
      </w:r>
      <w:r>
        <w:t>ke yeh hamara jo hamari jo duniya hai</w:t>
      </w:r>
    </w:p>
    <w:p>
      <w:pPr>
        <w:jc w:val="right"/>
      </w:pPr>
      <w:r>
        <w:t>کہ یہ ہمارا جو ہماری جو دنیا ہے</w:t>
      </w:r>
    </w:p>
    <w:p>
      <w:r>
        <w:rPr>
          <w:b/>
        </w:rPr>
        <w:t xml:space="preserve">[05:00] </w:t>
      </w:r>
      <w:r>
        <w:t>is ka end kya hai</w:t>
      </w:r>
    </w:p>
    <w:p>
      <w:pPr>
        <w:jc w:val="right"/>
      </w:pPr>
      <w:r>
        <w:t>اس کا اینڈ کیا ہے</w:t>
      </w:r>
    </w:p>
    <w:p>
      <w:r>
        <w:rPr>
          <w:b/>
        </w:rPr>
        <w:t xml:space="preserve">[05:03] </w:t>
      </w:r>
      <w:r>
        <w:t>is ka end kya hai to jo philosophers the sab se pehle yeh soch bichar kiya philosophers ne</w:t>
      </w:r>
    </w:p>
    <w:p>
      <w:pPr>
        <w:jc w:val="right"/>
      </w:pPr>
      <w:r>
        <w:t>اس کا اینڈ کیا ہے تو جو فلاسفرز تھے سب سے پہلے یہ سوچ بچار کیا فلاسفرز نے</w:t>
      </w:r>
    </w:p>
    <w:p>
      <w:r>
        <w:rPr>
          <w:b/>
        </w:rPr>
        <w:t xml:space="preserve">[05:11] </w:t>
      </w:r>
      <w:r>
        <w:t>to philosophers ka yeh manna hota tha</w:t>
      </w:r>
    </w:p>
    <w:p>
      <w:pPr>
        <w:jc w:val="right"/>
      </w:pPr>
      <w:r>
        <w:t>تو فلاسفرز کا یہ ماننا ہوتا تھا</w:t>
      </w:r>
    </w:p>
    <w:p>
      <w:r>
        <w:rPr>
          <w:b/>
        </w:rPr>
        <w:t xml:space="preserve">[05:14] </w:t>
      </w:r>
      <w:r>
        <w:t>ke duniya ke na koi beginning hai na koi end hai</w:t>
      </w:r>
    </w:p>
    <w:p>
      <w:pPr>
        <w:jc w:val="right"/>
      </w:pPr>
      <w:r>
        <w:t>کہ دنیا کے نہ کوئی بگننگ ہے نہ کوئی اینڈ ہے</w:t>
      </w:r>
    </w:p>
    <w:p>
      <w:r>
        <w:rPr>
          <w:b/>
        </w:rPr>
        <w:t xml:space="preserve">[05:20] </w:t>
      </w:r>
      <w:r>
        <w:t>yani faw</w:t>
      </w:r>
    </w:p>
    <w:p>
      <w:pPr>
        <w:jc w:val="right"/>
      </w:pPr>
      <w:r>
        <w:t>یعنی فاؤ</w:t>
      </w:r>
    </w:p>
    <w:p>
      <w:r>
        <w:rPr>
          <w:b/>
        </w:rPr>
        <w:t xml:space="preserve">[05:21] </w:t>
      </w:r>
      <w:r>
        <w:t>faw tha pehle faw tha years pehle jo philosophers sochte the to un ke paas koi scientific frame</w:t>
      </w:r>
    </w:p>
    <w:p>
      <w:pPr>
        <w:jc w:val="right"/>
      </w:pPr>
      <w:r>
        <w:t>فاؤ تھا پہلے فاؤ تھا ایئرز پہلے جو فلاسفرز سوچتے تھے تو ان کے پاس کوئی سائنٹیفک فریم</w:t>
      </w:r>
    </w:p>
    <w:p>
      <w:r>
        <w:rPr>
          <w:b/>
        </w:rPr>
        <w:t xml:space="preserve">[05:28] </w:t>
      </w:r>
      <w:r>
        <w:t>work nahi hota tha to sab guess par chalta tha</w:t>
      </w:r>
    </w:p>
    <w:p>
      <w:pPr>
        <w:jc w:val="right"/>
      </w:pPr>
      <w:r>
        <w:t>ورک نہیں ہوتا تھا تو سب گیس پر چلتا تھا</w:t>
      </w:r>
    </w:p>
    <w:p>
      <w:r>
        <w:rPr>
          <w:b/>
        </w:rPr>
        <w:t xml:space="preserve">[05:33] </w:t>
      </w:r>
      <w:r>
        <w:t>speculation pe chalta tha to unhon ne yeh kaha ke na koi beginning hai na koi end hai</w:t>
      </w:r>
    </w:p>
    <w:p>
      <w:pPr>
        <w:jc w:val="right"/>
      </w:pPr>
      <w:r>
        <w:t>اسپیکولیشن پہ چلتا تھا تو انہوں نے یہ کہا کہ نہ کوئی بگننگ ہے نہ کوئی اینڈ ہے</w:t>
      </w:r>
    </w:p>
    <w:p>
      <w:r>
        <w:rPr>
          <w:b/>
        </w:rPr>
        <w:t xml:space="preserve">[05:40] </w:t>
      </w:r>
      <w:r>
        <w:t>yeh bohat dinon tak yeh soch chalti rahi phir aap jante hain ke newton ke baad newton jo</w:t>
      </w:r>
    </w:p>
    <w:p>
      <w:pPr>
        <w:jc w:val="right"/>
      </w:pPr>
      <w:r>
        <w:t>یہ بہت دنوں تک یہ سوچ چلتی رہی پھر اپ جانتے ہیں کہ نیوٹن کے بعد نیوٹن جو</w:t>
      </w:r>
    </w:p>
    <w:p>
      <w:r>
        <w:rPr>
          <w:b/>
        </w:rPr>
        <w:t xml:space="preserve">[05:48] </w:t>
      </w:r>
      <w:r>
        <w:t>saade teen sau saal paida hua hua pehle to newton ke baad jo second law of thermodynamics</w:t>
      </w:r>
    </w:p>
    <w:p>
      <w:pPr>
        <w:jc w:val="right"/>
      </w:pPr>
      <w:r>
        <w:t>ساڑھے تین سو سال پیدا ہوا ہوا پہلے تو نیوٹن کے بعد جو سیکنڈ لاء اف تھرموڈائنمکس</w:t>
      </w:r>
    </w:p>
    <w:p>
      <w:r>
        <w:rPr>
          <w:b/>
        </w:rPr>
        <w:t xml:space="preserve">[05:56] </w:t>
      </w:r>
      <w:r>
        <w:t>ki discovery hui jis ko law of entropy bhi kehte hain</w:t>
      </w:r>
    </w:p>
    <w:p>
      <w:pPr>
        <w:jc w:val="right"/>
      </w:pPr>
      <w:r>
        <w:t>کی ڈسکوری ہوئی جس کو لاء اف انٹراپی بھی کہتے ہیں</w:t>
      </w:r>
    </w:p>
    <w:p>
      <w:r>
        <w:rPr>
          <w:b/>
        </w:rPr>
        <w:t xml:space="preserve">[06:02] </w:t>
      </w:r>
      <w:r>
        <w:t>to yeh pata chala ke hamari jo duniya hai</w:t>
      </w:r>
    </w:p>
    <w:p>
      <w:pPr>
        <w:jc w:val="right"/>
      </w:pPr>
      <w:r>
        <w:t>تو یہ پتہ چلا کہ ہماری جو دنیا ہے</w:t>
      </w:r>
    </w:p>
    <w:p>
      <w:r>
        <w:rPr>
          <w:b/>
        </w:rPr>
        <w:t xml:space="preserve">[06:06] </w:t>
      </w:r>
      <w:r>
        <w:t>is</w:t>
      </w:r>
    </w:p>
    <w:p>
      <w:pPr>
        <w:jc w:val="right"/>
      </w:pPr>
      <w:r>
        <w:t>اس</w:t>
      </w:r>
    </w:p>
    <w:p>
      <w:r>
        <w:rPr>
          <w:b/>
        </w:rPr>
        <w:t xml:space="preserve">[06:06] </w:t>
      </w:r>
      <w:r>
        <w:t>ki heat barabar kam ho rahi hai</w:t>
      </w:r>
    </w:p>
    <w:p>
      <w:pPr>
        <w:jc w:val="right"/>
      </w:pPr>
      <w:r>
        <w:t>کی ہیٹ برابر کم ہو رہی ہے</w:t>
      </w:r>
    </w:p>
    <w:p>
      <w:r>
        <w:rPr>
          <w:b/>
        </w:rPr>
        <w:t xml:space="preserve">[06:09] </w:t>
      </w:r>
      <w:r>
        <w:t>aur nai heat generate nahi ho rahi hai</w:t>
      </w:r>
    </w:p>
    <w:p>
      <w:pPr>
        <w:jc w:val="right"/>
      </w:pPr>
      <w:r>
        <w:t>اور نئی ہیٹ جنریٹ نہیں ہو رہی ہے</w:t>
      </w:r>
    </w:p>
    <w:p>
      <w:r>
        <w:rPr>
          <w:b/>
        </w:rPr>
        <w:t xml:space="preserve">[06:14] </w:t>
      </w:r>
      <w:r>
        <w:t>yani sare jo galaxy hain stars hain zameen hai sun hai is ki heat barabar kam ho rahi</w:t>
      </w:r>
    </w:p>
    <w:p>
      <w:pPr>
        <w:jc w:val="right"/>
      </w:pPr>
      <w:r>
        <w:t>یعنی سارے جو گلیکسی ہیں اسٹارز ہیں زمین ہے سن ہے اس کی ہیٹ برابر کم ہو رہی</w:t>
      </w:r>
    </w:p>
    <w:p>
      <w:r>
        <w:rPr>
          <w:b/>
        </w:rPr>
        <w:t xml:space="preserve">[06:20] </w:t>
      </w:r>
      <w:r>
        <w:t>hai aur nai heat generate nahi ho rahi jo is ko compensate kare</w:t>
      </w:r>
    </w:p>
    <w:p>
      <w:pPr>
        <w:jc w:val="right"/>
      </w:pPr>
      <w:r>
        <w:t>ہے اور نئی ہیٹ جنریٹ نہیں ہو رہی جو اس کو کمپنسیٹ کرے</w:t>
      </w:r>
    </w:p>
    <w:p>
      <w:r>
        <w:rPr>
          <w:b/>
        </w:rPr>
        <w:t xml:space="preserve">[06:28] </w:t>
      </w:r>
      <w:r>
        <w:t>to is ko kehte hain law of entropy</w:t>
      </w:r>
    </w:p>
    <w:p>
      <w:pPr>
        <w:jc w:val="right"/>
      </w:pPr>
      <w:r>
        <w:t>تو اس کو کہتے ہیں لاء اف انٹراپی</w:t>
      </w:r>
    </w:p>
    <w:p>
      <w:r>
        <w:rPr>
          <w:b/>
        </w:rPr>
        <w:t xml:space="preserve">[06:31] </w:t>
      </w:r>
      <w:r>
        <w:t>to scientific scientific community bohat pehle yeh jaan chuki thi ek ek end in in in aane wala</w:t>
      </w:r>
    </w:p>
    <w:p>
      <w:pPr>
        <w:jc w:val="right"/>
      </w:pPr>
      <w:r>
        <w:t>تو سائنسٹک سائنٹیفک کمیونٹی بہت پہلے یہ جان چکی تھی ایک ایک اینڈ ان ان ان انے والا</w:t>
      </w:r>
    </w:p>
    <w:p>
      <w:r>
        <w:rPr>
          <w:b/>
        </w:rPr>
        <w:t xml:space="preserve">[06:38] </w:t>
      </w:r>
      <w:r>
        <w:t>hai is is duniya ka</w:t>
      </w:r>
    </w:p>
    <w:p>
      <w:pPr>
        <w:jc w:val="right"/>
      </w:pPr>
      <w:r>
        <w:t>ہے اس اس دنیا کا</w:t>
      </w:r>
    </w:p>
    <w:p>
      <w:r>
        <w:rPr>
          <w:b/>
        </w:rPr>
        <w:t xml:space="preserve">[06:40] </w:t>
      </w:r>
      <w:r>
        <w:t>according to the law of entropy</w:t>
      </w:r>
    </w:p>
    <w:p>
      <w:pPr>
        <w:jc w:val="right"/>
      </w:pPr>
      <w:r>
        <w:t>اکارڈنگ ٹو دی لاء اف انٹراپی</w:t>
      </w:r>
    </w:p>
    <w:p>
      <w:r>
        <w:rPr>
          <w:b/>
        </w:rPr>
        <w:t xml:space="preserve">[06:44] </w:t>
      </w:r>
      <w:r>
        <w:t>lekin is se pehle yaani newton ke zamane mein yeh samjha jata tha ke yeh end bohat dair</w:t>
      </w:r>
    </w:p>
    <w:p>
      <w:pPr>
        <w:jc w:val="right"/>
      </w:pPr>
      <w:r>
        <w:t>لیکن اس سے پہلے یعنی نیوٹن کے زمانے میں یہ سمجھا جاتا تھا کہ یہ اینڈ بہت دیر</w:t>
      </w:r>
    </w:p>
    <w:p>
      <w:r>
        <w:rPr>
          <w:b/>
        </w:rPr>
        <w:t xml:space="preserve">[06:49] </w:t>
      </w:r>
      <w:r>
        <w:t>mein aaye ga abhi kyunke</w:t>
      </w:r>
    </w:p>
    <w:p>
      <w:pPr>
        <w:jc w:val="right"/>
      </w:pPr>
      <w:r>
        <w:t>میں ائے گا ابھی کیونکہ</w:t>
      </w:r>
    </w:p>
    <w:p>
      <w:r>
        <w:rPr>
          <w:b/>
        </w:rPr>
        <w:t xml:space="preserve">[06:51] </w:t>
      </w:r>
      <w:r>
        <w:t>heat jo hai woh ghattate ghattate abhi bohat din lagega is ko ke heat jo hai khatam ho jaye lekin abhi jo phenomenon naya aaya hai das bees saal ke andar jis ko hum kehte hain global warming woh to bata raha hai ke end bohat paas aa gaya aa gaya</w:t>
      </w:r>
    </w:p>
    <w:p>
      <w:pPr>
        <w:jc w:val="right"/>
      </w:pPr>
      <w:r>
        <w:t>ہیٹ جو ہے وہ گھٹتے گھٹتے ابھی بہت دن لگے گا اس کو کہ ہیٹ جو ہے ختم ہو جائے لیکن ابھی جو فیناومینا نیا ایا ہے دس بیس سال کے اندر جس کو ہم کہتے ہیں گلوبل وارمنگ وہ تو بتا رہا ہے کہ اینڈ بہت پاس اگیا اگیا</w:t>
      </w:r>
    </w:p>
    <w:p>
      <w:r>
        <w:rPr>
          <w:b/>
        </w:rPr>
        <w:t xml:space="preserve">[07:14] </w:t>
      </w:r>
      <w:r>
        <w:t>ke countdown jo hai</w:t>
      </w:r>
    </w:p>
    <w:p>
      <w:pPr>
        <w:jc w:val="right"/>
      </w:pPr>
      <w:r>
        <w:t>کہ کاؤنٹ ڈاؤن جو ہے</w:t>
      </w:r>
    </w:p>
    <w:p>
      <w:r>
        <w:rPr>
          <w:b/>
        </w:rPr>
        <w:t xml:space="preserve">[07:17] </w:t>
      </w:r>
      <w:r>
        <w:t>wo last bitol tak pohnch chuka</w:t>
      </w:r>
    </w:p>
    <w:p>
      <w:pPr>
        <w:jc w:val="right"/>
      </w:pPr>
      <w:r>
        <w:t>وہ لاسٹ بٹول تک پہنچ چکا</w:t>
      </w:r>
    </w:p>
    <w:p>
      <w:r>
        <w:rPr>
          <w:b/>
        </w:rPr>
        <w:t xml:space="preserve">[07:20] </w:t>
      </w:r>
      <w:r>
        <w:t>is se pehle insan janta tha ke countdown to ho raha hai lekin chalega pata nahi</w:t>
      </w:r>
    </w:p>
    <w:p>
      <w:pPr>
        <w:jc w:val="right"/>
      </w:pPr>
      <w:r>
        <w:t>اس سے پہلے انسان جانتا تھا کہ کاؤنٹ ڈاؤن تو ہو رہا ہے لیکن چلے گا پتہ نہیں</w:t>
      </w:r>
    </w:p>
    <w:p>
      <w:r>
        <w:rPr>
          <w:b/>
        </w:rPr>
        <w:t xml:space="preserve">[07:25] </w:t>
      </w:r>
      <w:r>
        <w:t>million billion years tak</w:t>
      </w:r>
    </w:p>
    <w:p>
      <w:pPr>
        <w:jc w:val="right"/>
      </w:pPr>
      <w:r>
        <w:t>ملین بلین ایئرز تک</w:t>
      </w:r>
    </w:p>
    <w:p>
      <w:r>
        <w:rPr>
          <w:b/>
        </w:rPr>
        <w:t xml:space="preserve">[07:28] </w:t>
      </w:r>
      <w:r>
        <w:t>ab jo global warming hai</w:t>
      </w:r>
    </w:p>
    <w:p>
      <w:pPr>
        <w:jc w:val="right"/>
      </w:pPr>
      <w:r>
        <w:t>اب جو گلوبل وارمنگ ہے</w:t>
      </w:r>
    </w:p>
    <w:p>
      <w:r>
        <w:rPr>
          <w:b/>
        </w:rPr>
        <w:t xml:space="preserve">[07:31] </w:t>
      </w:r>
      <w:r>
        <w:t>wo bata rahi hai ke countdown bohat pass aa chuka</w:t>
      </w:r>
    </w:p>
    <w:p>
      <w:pPr>
        <w:jc w:val="right"/>
      </w:pPr>
      <w:r>
        <w:t>وہ بتا رہی ہے کہ کاؤنٹ ڈاؤن بہت پاس ا چکا</w:t>
      </w:r>
    </w:p>
    <w:p>
      <w:r>
        <w:rPr>
          <w:b/>
        </w:rPr>
        <w:t xml:space="preserve">[07:36] </w:t>
      </w:r>
      <w:r>
        <w:t>yeh kaha jaye to ghalti ho gayi ke countdown last bitol tak pohnch chuka kyunke abhi jo aap</w:t>
      </w:r>
    </w:p>
    <w:p>
      <w:pPr>
        <w:jc w:val="right"/>
      </w:pPr>
      <w:r>
        <w:t>یہ کہا جائے تو غلطی ہوگئی کہ کاؤنٹ ڈاؤن لاسٹ بٹول تک پہنچ چکا کیونکہ ابھی جو اپ</w:t>
      </w:r>
    </w:p>
    <w:p>
      <w:r>
        <w:rPr>
          <w:b/>
        </w:rPr>
        <w:t xml:space="preserve">[07:41] </w:t>
      </w:r>
      <w:r>
        <w:t>dekhte hain jo scientific community keh rahi hai ke das saal ke andar andar sab kuch badal jaye</w:t>
      </w:r>
    </w:p>
    <w:p>
      <w:pPr>
        <w:jc w:val="right"/>
      </w:pPr>
      <w:r>
        <w:t>دیکھتے ہیں جو سائنٹیفک کمیونٹی کہہ رہی ہے کہ دس سال کے اندر اندر سب کچھ بدل جائے</w:t>
      </w:r>
    </w:p>
    <w:p>
      <w:r>
        <w:rPr>
          <w:b/>
        </w:rPr>
        <w:t xml:space="preserve">[07:47] </w:t>
      </w:r>
      <w:r>
        <w:t>ga das saal ke andar andar</w:t>
      </w:r>
    </w:p>
    <w:p>
      <w:pPr>
        <w:jc w:val="right"/>
      </w:pPr>
      <w:r>
        <w:t>گا دس سال کے اندر اندر</w:t>
      </w:r>
    </w:p>
    <w:p>
      <w:r>
        <w:rPr>
          <w:b/>
        </w:rPr>
        <w:t xml:space="preserve">[07:54] </w:t>
      </w:r>
      <w:r>
        <w:t>kahin pachaas saal ke andar to kuch bhi nahi rahe ga life less ho jaye gi poori hamari</w:t>
      </w:r>
    </w:p>
    <w:p>
      <w:pPr>
        <w:jc w:val="right"/>
      </w:pPr>
      <w:r>
        <w:t>کہیں پچاس سال کے اندر تو کچھ بھی نہیں رہے گا لائف لیس ہو جائے گی پوری ہماری</w:t>
      </w:r>
    </w:p>
    <w:p>
      <w:r>
        <w:rPr>
          <w:b/>
        </w:rPr>
        <w:t xml:space="preserve">[07:58] </w:t>
      </w:r>
      <w:r>
        <w:t>zameen dekhen yahan par yeh baatein jo hain mujhe zyada repeat nahi karna hai kyunke aap log jante</w:t>
      </w:r>
    </w:p>
    <w:p>
      <w:pPr>
        <w:jc w:val="right"/>
      </w:pPr>
      <w:r>
        <w:t>زمین دیکھیں یہاں پر یہ باتیں جو ہیں مجھے زیادہ ریپیٹ نہیں کرنا ہے کیونکہ اپ لوگ جانتے</w:t>
      </w:r>
    </w:p>
    <w:p>
      <w:r>
        <w:rPr>
          <w:b/>
        </w:rPr>
        <w:t xml:space="preserve">[08:05] </w:t>
      </w:r>
      <w:r>
        <w:t>hain is baat ko ke media mein daily kuch na kuch item aata hai is bare mein daily</w:t>
      </w:r>
    </w:p>
    <w:p>
      <w:pPr>
        <w:jc w:val="right"/>
      </w:pPr>
      <w:r>
        <w:t>ہیں اس بات کو کہ میڈیا میں ڈیلی کچھ نہ کچھ ائٹم اتا ہے اس بارے میں ڈیلی</w:t>
      </w:r>
    </w:p>
    <w:p>
      <w:r>
        <w:rPr>
          <w:b/>
        </w:rPr>
        <w:t xml:space="preserve">[08:14] </w:t>
      </w:r>
      <w:r>
        <w:t>aur yeh bhi barabar aa raha hai ke yeh sab reverse irreversible hai</w:t>
      </w:r>
    </w:p>
    <w:p>
      <w:pPr>
        <w:jc w:val="right"/>
      </w:pPr>
      <w:r>
        <w:t>اور یہ بھی برابر ا رہا ہے کہ یہ سب ریورس اریورسیبل ہے</w:t>
      </w:r>
    </w:p>
    <w:p>
      <w:r>
        <w:rPr>
          <w:b/>
        </w:rPr>
        <w:t xml:space="preserve">[08:20] </w:t>
      </w:r>
      <w:r>
        <w:t>abhi aap ne dekha hoga media mein ke kuch logon ne kaha ke sulfur dust jo hai wo</w:t>
      </w:r>
    </w:p>
    <w:p>
      <w:pPr>
        <w:jc w:val="right"/>
      </w:pPr>
      <w:r>
        <w:t>ابھی اپ نے دیکھا ہوگا میڈیا میں کہ کچھ لوگوں نے کہا کہ سلفر ڈسٹ جو ہے وہ</w:t>
      </w:r>
    </w:p>
    <w:p>
      <w:r>
        <w:rPr>
          <w:b/>
        </w:rPr>
        <w:t xml:space="preserve">[08:25] </w:t>
      </w:r>
      <w:r>
        <w:t>wo atmosphere mein bhekher diya jaye</w:t>
      </w:r>
    </w:p>
    <w:p>
      <w:pPr>
        <w:jc w:val="right"/>
      </w:pPr>
      <w:r>
        <w:t>وہ ایٹمسفیئر میں بکھیر دیا جائے</w:t>
      </w:r>
    </w:p>
    <w:p>
      <w:r>
        <w:rPr>
          <w:b/>
        </w:rPr>
        <w:t xml:space="preserve">[08:30] </w:t>
      </w:r>
      <w:r>
        <w:t>yeh warming ko kam karne ke liye</w:t>
      </w:r>
    </w:p>
    <w:p>
      <w:pPr>
        <w:jc w:val="right"/>
      </w:pPr>
      <w:r>
        <w:t>یہ وارمنگ کو کم کرنے کے لیے</w:t>
      </w:r>
    </w:p>
    <w:p>
      <w:r>
        <w:rPr>
          <w:b/>
        </w:rPr>
        <w:t xml:space="preserve">[08:35] </w:t>
      </w:r>
      <w:r>
        <w:t>to is par research ki gayi to pata hai kya chala ke aur bara problem aa jaye ga</w:t>
      </w:r>
    </w:p>
    <w:p>
      <w:pPr>
        <w:jc w:val="right"/>
      </w:pPr>
      <w:r>
        <w:t>تو اس پر ریسرچ کی گئی تو پتہ ہے کیا چلا کہ اور بڑا پرابلم ا جائے گا</w:t>
      </w:r>
    </w:p>
    <w:p>
      <w:r>
        <w:rPr>
          <w:b/>
        </w:rPr>
        <w:t xml:space="preserve">[08:40] </w:t>
      </w:r>
      <w:r>
        <w:t>is se ke ozone layer jo hai wo damage ho jaye ga agar hum ne bohat zyada sulfur</w:t>
      </w:r>
    </w:p>
    <w:p>
      <w:pPr>
        <w:jc w:val="right"/>
      </w:pPr>
      <w:r>
        <w:t>اس سے کہ اوزون لیئر جو ہے وہ ڈیمج ہو جائے گا اگر ہم نے بہت زیادہ سلفر</w:t>
      </w:r>
    </w:p>
    <w:p>
      <w:r>
        <w:rPr>
          <w:b/>
        </w:rPr>
        <w:t xml:space="preserve">[08:45] </w:t>
      </w:r>
      <w:r>
        <w:t>dust dala atmosphere mein to ozone layer damage ho jaye ga aap jante hain ke ozone layer ka</w:t>
      </w:r>
    </w:p>
    <w:p>
      <w:pPr>
        <w:jc w:val="right"/>
      </w:pPr>
      <w:r>
        <w:t>ڈسٹ ڈالا ایٹمسفیئر میں تو اوزون لیئر ڈیمج ہو جائے گا اپ جانتے ہیں کہ اوزون لیئر کا</w:t>
      </w:r>
    </w:p>
    <w:p>
      <w:r>
        <w:rPr>
          <w:b/>
        </w:rPr>
        <w:t xml:space="preserve">[08:53] </w:t>
      </w:r>
      <w:r>
        <w:t>damage hona to bohat bara problem hai bohat zyada bara problem hai</w:t>
      </w:r>
    </w:p>
    <w:p>
      <w:pPr>
        <w:jc w:val="right"/>
      </w:pPr>
      <w:r>
        <w:t>ڈیمج ہونا تو بہت بڑا پرابلم ہے بہت زیادہ بڑا پرابلم ہے</w:t>
      </w:r>
    </w:p>
    <w:p>
      <w:r>
        <w:rPr>
          <w:b/>
        </w:rPr>
        <w:t xml:space="preserve">[08:59] </w:t>
      </w:r>
      <w:r>
        <w:t>phir kuch logon ne kaha ke hum kuch aur planet dhoondhen wahan ja kar ke settle hon jaise</w:t>
      </w:r>
    </w:p>
    <w:p>
      <w:pPr>
        <w:jc w:val="right"/>
      </w:pPr>
      <w:r>
        <w:t>پھر کچھ لوگوں نے کہا کہ ہم کچھ اور پلینٹ ڈھونڈیں وہاں جا کر کے سیٹل ہوں جیسے</w:t>
      </w:r>
    </w:p>
    <w:p>
      <w:r>
        <w:rPr>
          <w:b/>
        </w:rPr>
        <w:t xml:space="preserve">[09:06] </w:t>
      </w:r>
      <w:r>
        <w:t>zameen se niklen jaye moon mein jaye mars mein jaye is par bhi research hui to pata hai</w:t>
      </w:r>
    </w:p>
    <w:p>
      <w:pPr>
        <w:jc w:val="right"/>
      </w:pPr>
      <w:r>
        <w:t>زمین سے نکلیں جائیں مون میں جائیں مارس میں جائیں اس پر بھی ریسرچ ہوئی تو پتہ ہے</w:t>
      </w:r>
    </w:p>
    <w:p>
      <w:r>
        <w:rPr>
          <w:b/>
        </w:rPr>
        <w:t xml:space="preserve">[09:14] </w:t>
      </w:r>
      <w:r>
        <w:t>kya chala ke cosmic radiation ka samna karna parta hai wahan</w:t>
      </w:r>
    </w:p>
    <w:p>
      <w:pPr>
        <w:jc w:val="right"/>
      </w:pPr>
      <w:r>
        <w:t>کیا چلا کہ کاسمک ریڈی ایشن کا سامنا کرنا پڑتا ہے وہاں</w:t>
      </w:r>
    </w:p>
    <w:p>
      <w:r>
        <w:rPr>
          <w:b/>
        </w:rPr>
        <w:t xml:space="preserve">[09:19] </w:t>
      </w:r>
      <w:r>
        <w:t>zameen pe</w:t>
      </w:r>
    </w:p>
    <w:p>
      <w:pPr>
        <w:jc w:val="right"/>
      </w:pPr>
      <w:r>
        <w:t>زمین پہ</w:t>
      </w:r>
    </w:p>
    <w:p>
      <w:r>
        <w:rPr>
          <w:b/>
        </w:rPr>
        <w:t xml:space="preserve">[09:20] </w:t>
      </w:r>
      <w:r>
        <w:t>hum bache hue hain jab hum upar jayenge space mein to wahan cosmic radiation se kya</w:t>
      </w:r>
    </w:p>
    <w:p>
      <w:pPr>
        <w:jc w:val="right"/>
      </w:pPr>
      <w:r>
        <w:t>ہم بچے ہوئے ہیں جب ہم اوپر جائیں گے اسپیس میں تو وہاں کاسمک ریڈی ایشن سے کیا</w:t>
      </w:r>
    </w:p>
    <w:p>
      <w:r>
        <w:rPr>
          <w:b/>
        </w:rPr>
        <w:t xml:space="preserve">[09:27] </w:t>
      </w:r>
      <w:r>
        <w:t>hoga ke ek dam hamara system hi sab damage ho jayega</w:t>
      </w:r>
    </w:p>
    <w:p>
      <w:pPr>
        <w:jc w:val="right"/>
      </w:pPr>
      <w:r>
        <w:t>ہوگا کہ ایک دم ہمارا سسٹم ہی سب ڈیمج ہو جائے گا</w:t>
      </w:r>
    </w:p>
    <w:p>
      <w:r>
        <w:rPr>
          <w:b/>
        </w:rPr>
        <w:t xml:space="preserve">[09:33] </w:t>
      </w:r>
      <w:r>
        <w:t>to ye sab pata chala ke ye sab alternative nahi hai ye koi option nahi hai koi to</w:t>
      </w:r>
    </w:p>
    <w:p>
      <w:pPr>
        <w:jc w:val="right"/>
      </w:pPr>
      <w:r>
        <w:t>تو یہ سب پتہ چلا کہ یہ سب الٹرنیٹو نہیں ہے یہ کوئی اپشن نہیں ہے کوئی تو</w:t>
      </w:r>
    </w:p>
    <w:p>
      <w:r>
        <w:rPr>
          <w:b/>
        </w:rPr>
        <w:t xml:space="preserve">[09:40] </w:t>
      </w:r>
      <w:r>
        <w:t>rehna aisi duniya mein hai nahi to mar jana hai</w:t>
      </w:r>
    </w:p>
    <w:p>
      <w:pPr>
        <w:jc w:val="right"/>
      </w:pPr>
      <w:r>
        <w:t>رہنا ایسی دنیا میں ہے نہیں تو مر جانا ہے</w:t>
      </w:r>
    </w:p>
    <w:p>
      <w:r>
        <w:rPr>
          <w:b/>
        </w:rPr>
        <w:t xml:space="preserve">[09:44] </w:t>
      </w:r>
      <w:r>
        <w:t>dekhen yahan mein aap ko ek baat karna chahunga wo ye</w:t>
      </w:r>
    </w:p>
    <w:p>
      <w:pPr>
        <w:jc w:val="right"/>
      </w:pPr>
      <w:r>
        <w:t>دیکھیں یہاں میں اپ کو ایک بات کرنا چاہوں گا وہ یہ</w:t>
      </w:r>
    </w:p>
    <w:p>
      <w:r>
        <w:rPr>
          <w:b/>
        </w:rPr>
        <w:t xml:space="preserve">[09:50] </w:t>
      </w:r>
      <w:r>
        <w:t>ke ye jo problems hain ye koi naye nahi hain ye pollution ye warming</w:t>
      </w:r>
    </w:p>
    <w:p>
      <w:pPr>
        <w:jc w:val="right"/>
      </w:pPr>
      <w:r>
        <w:t>کہ یہ جو پرابلم ہیں یہ کوئی نئے نہیں ہیں یہ پولیوشن یہ وارمنگ</w:t>
      </w:r>
    </w:p>
    <w:p>
      <w:r>
        <w:rPr>
          <w:b/>
        </w:rPr>
        <w:t xml:space="preserve">[09:57] </w:t>
      </w:r>
      <w:r>
        <w:t>hamesha se raha hai</w:t>
      </w:r>
    </w:p>
    <w:p>
      <w:pPr>
        <w:jc w:val="right"/>
      </w:pPr>
      <w:r>
        <w:t>ہمیشہ سے رہا ہے</w:t>
      </w:r>
    </w:p>
    <w:p>
      <w:r>
        <w:rPr>
          <w:b/>
        </w:rPr>
        <w:t xml:space="preserve">[10:00] </w:t>
      </w:r>
      <w:r>
        <w:t>ye bhi scientific community jaanti hai is baat ko aur aur bahut bahut tarah ke problem</w:t>
      </w:r>
    </w:p>
    <w:p>
      <w:pPr>
        <w:jc w:val="right"/>
      </w:pPr>
      <w:r>
        <w:t>یہ بھی سائنٹیفک کمیونٹی جان مانتی ہے اس بات کو اور اور بہت بہت طرح کے پرابلم</w:t>
      </w:r>
    </w:p>
    <w:p>
      <w:r>
        <w:rPr>
          <w:b/>
        </w:rPr>
        <w:t xml:space="preserve">[10:07] </w:t>
      </w:r>
      <w:r>
        <w:t>lekin woh problem jo hai woh nature in ko solve karti rehti thi mein aap ko ek kitaab parhne ke liye suggest karunga</w:t>
      </w:r>
    </w:p>
    <w:p>
      <w:pPr>
        <w:jc w:val="right"/>
      </w:pPr>
      <w:r>
        <w:t>لیکن وہ پرابلم جو ہے وہ نیچر ان کو سالو کرتی رہتی تھی میں اپ کو ایک کتاب پڑھنے کے لیے سجیسٹ کروں گا</w:t>
      </w:r>
    </w:p>
    <w:p>
      <w:r>
        <w:rPr>
          <w:b/>
        </w:rPr>
        <w:t xml:space="preserve">[10:19] </w:t>
      </w:r>
      <w:r>
        <w:t>wo hai doctor kressi morrison</w:t>
      </w:r>
    </w:p>
    <w:p>
      <w:pPr>
        <w:jc w:val="right"/>
      </w:pPr>
      <w:r>
        <w:t>وہ ہے ڈاکٹر کریسی موریسن</w:t>
      </w:r>
    </w:p>
    <w:p>
      <w:r>
        <w:rPr>
          <w:b/>
        </w:rPr>
        <w:t xml:space="preserve">[10:24] </w:t>
      </w:r>
      <w:r>
        <w:t>ye ek american scientist hai</w:t>
      </w:r>
    </w:p>
    <w:p>
      <w:pPr>
        <w:jc w:val="right"/>
      </w:pPr>
      <w:r>
        <w:t>یہ ایک امریکن سائنٹسٹ ہے</w:t>
      </w:r>
    </w:p>
    <w:p>
      <w:r>
        <w:rPr>
          <w:b/>
        </w:rPr>
        <w:t xml:space="preserve">[10:28] </w:t>
      </w:r>
      <w:r>
        <w:t>doctor kressi morrison</w:t>
      </w:r>
    </w:p>
    <w:p>
      <w:pPr>
        <w:jc w:val="right"/>
      </w:pPr>
      <w:r>
        <w:t>ڈاکٹر کریسی موریسن</w:t>
      </w:r>
    </w:p>
    <w:p>
      <w:r>
        <w:rPr>
          <w:b/>
        </w:rPr>
        <w:t xml:space="preserve">[10:31] </w:t>
      </w:r>
      <w:r>
        <w:t>to iski kitaab ka naam hai</w:t>
      </w:r>
    </w:p>
    <w:p>
      <w:pPr>
        <w:jc w:val="right"/>
      </w:pPr>
      <w:r>
        <w:t>تو اس کی کتاب کا نام ہے</w:t>
      </w:r>
    </w:p>
    <w:p>
      <w:r>
        <w:rPr>
          <w:b/>
        </w:rPr>
        <w:t xml:space="preserve">[10:34] </w:t>
      </w:r>
      <w:r>
        <w:t>man does not stand alone</w:t>
      </w:r>
    </w:p>
    <w:p>
      <w:pPr>
        <w:jc w:val="right"/>
      </w:pPr>
      <w:r>
        <w:t>مین ڈز ناٹ اسٹینڈ الون</w:t>
      </w:r>
    </w:p>
    <w:p>
      <w:r>
        <w:rPr>
          <w:b/>
        </w:rPr>
        <w:t xml:space="preserve">[10:38] </w:t>
      </w:r>
      <w:r>
        <w:t>asal mein hua ye ke ek ek philosopher tha british philosopher usne book chhapi</w:t>
      </w:r>
    </w:p>
    <w:p>
      <w:pPr>
        <w:jc w:val="right"/>
      </w:pPr>
      <w:r>
        <w:t>اصل میں ہوا یہ کہ ایک ایک فلاسفر تھا برٹش فلاسفر اس نے بک چھاپی</w:t>
      </w:r>
    </w:p>
    <w:p>
      <w:r>
        <w:rPr>
          <w:b/>
        </w:rPr>
        <w:t xml:space="preserve">[10:45] </w:t>
      </w:r>
      <w:r>
        <w:t>man stands alone</w:t>
      </w:r>
    </w:p>
    <w:p>
      <w:pPr>
        <w:jc w:val="right"/>
      </w:pPr>
      <w:r>
        <w:t>مین اسٹینڈز الون</w:t>
      </w:r>
    </w:p>
    <w:p>
      <w:r>
        <w:rPr>
          <w:b/>
        </w:rPr>
        <w:t xml:space="preserve">[10:49] </w:t>
      </w:r>
      <w:r>
        <w:t>usne do book chhapi thi ek tha uska naam uska title religion without revelation</w:t>
      </w:r>
    </w:p>
    <w:p>
      <w:pPr>
        <w:jc w:val="right"/>
      </w:pPr>
      <w:r>
        <w:t>اس نے دو بک چھاپی تھی ایک تھا اس کا نام اس کا ٹائٹل ریلیجن وداؤٹ ریولیشن</w:t>
      </w:r>
    </w:p>
    <w:p>
      <w:r>
        <w:rPr>
          <w:b/>
        </w:rPr>
        <w:t xml:space="preserve">[10:59] </w:t>
      </w:r>
      <w:r>
        <w:t>aur doosre ka title tha man stands alone</w:t>
      </w:r>
    </w:p>
    <w:p>
      <w:pPr>
        <w:jc w:val="right"/>
      </w:pPr>
      <w:r>
        <w:t>اور دوسرے کا ٹائٹل تھا مین اسٹینڈز الون</w:t>
      </w:r>
    </w:p>
    <w:p>
      <w:r>
        <w:rPr>
          <w:b/>
        </w:rPr>
        <w:t xml:space="preserve">[11:04] </w:t>
      </w:r>
      <w:r>
        <w:t>to is</w:t>
      </w:r>
    </w:p>
    <w:p>
      <w:pPr>
        <w:jc w:val="right"/>
      </w:pPr>
      <w:r>
        <w:t>تو اس</w:t>
      </w:r>
    </w:p>
    <w:p>
      <w:r>
        <w:rPr>
          <w:b/>
        </w:rPr>
        <w:t xml:space="preserve">[11:04] </w:t>
      </w:r>
      <w:r>
        <w:t>ke baad usne kitaab likhi doctor kressi morrison ne jo ek scientist hai usne kaha ke</w:t>
      </w:r>
    </w:p>
    <w:p>
      <w:pPr>
        <w:jc w:val="right"/>
      </w:pPr>
      <w:r>
        <w:t>کے بعد اس نے کتاب لکھی ڈاکٹر کریسی موریسن نے جو ایک سائنٹسٹ ہے اس نے کہا کہ</w:t>
      </w:r>
    </w:p>
    <w:p>
      <w:r>
        <w:rPr>
          <w:b/>
        </w:rPr>
        <w:t xml:space="preserve">[11:10] </w:t>
      </w:r>
      <w:r>
        <w:t>ye possible nahi hai is mein bahut sari baatein hain jo aap bahut hi readable book hai wo</w:t>
      </w:r>
    </w:p>
    <w:p>
      <w:pPr>
        <w:jc w:val="right"/>
      </w:pPr>
      <w:r>
        <w:t>یہ پاسیبل نہیں ہے اس میں بہت ساری باتیں ہیں جو اپ بہت ہی ریڈیبل بک ہے وہ</w:t>
      </w:r>
    </w:p>
    <w:p>
      <w:r>
        <w:rPr>
          <w:b/>
        </w:rPr>
        <w:t xml:space="preserve">[11:15] </w:t>
      </w:r>
      <w:r>
        <w:t>aap ko padhna chahiye</w:t>
      </w:r>
    </w:p>
    <w:p>
      <w:pPr>
        <w:jc w:val="right"/>
      </w:pPr>
      <w:r>
        <w:t>اپ کو پڑھنا چاہیے</w:t>
      </w:r>
    </w:p>
    <w:p>
      <w:r>
        <w:rPr>
          <w:b/>
        </w:rPr>
        <w:t xml:space="preserve">[11:18] </w:t>
      </w:r>
      <w:r>
        <w:t>iska ek chapter hai jiska jiska caption hai check and balance in the nature</w:t>
      </w:r>
    </w:p>
    <w:p>
      <w:pPr>
        <w:jc w:val="right"/>
      </w:pPr>
      <w:r>
        <w:t>اس کا ایک چیپٹر ہے جس کا جس کا کیپشن ہے چیک اینڈ بیلنس ان دا نیچر</w:t>
      </w:r>
    </w:p>
    <w:p>
      <w:r>
        <w:rPr>
          <w:b/>
        </w:rPr>
        <w:t xml:space="preserve">[11:27] </w:t>
      </w:r>
      <w:r>
        <w:t>check and balance in the nature</w:t>
      </w:r>
    </w:p>
    <w:p>
      <w:pPr>
        <w:jc w:val="right"/>
      </w:pPr>
      <w:r>
        <w:t>چیک اینڈ بیلنس ان دا نیچر</w:t>
      </w:r>
    </w:p>
    <w:p>
      <w:r>
        <w:rPr>
          <w:b/>
        </w:rPr>
        <w:t xml:space="preserve">[11:30] </w:t>
      </w:r>
      <w:r>
        <w:t>to wo is chapter mein bohat sare yani real example hain historical example hain</w:t>
      </w:r>
    </w:p>
    <w:p>
      <w:pPr>
        <w:jc w:val="right"/>
      </w:pPr>
      <w:r>
        <w:t>تو وہ اس چیپٹر میں بہت سارے یعنی ریئل ایگزیمپل ہیں ہسٹاریکل ایگزیمپل ہیں</w:t>
      </w:r>
    </w:p>
    <w:p>
      <w:r>
        <w:rPr>
          <w:b/>
        </w:rPr>
        <w:t xml:space="preserve">[11:41] </w:t>
      </w:r>
      <w:r>
        <w:t>ke kis tarah se nature check karti rehti hai</w:t>
      </w:r>
    </w:p>
    <w:p>
      <w:pPr>
        <w:jc w:val="right"/>
      </w:pPr>
      <w:r>
        <w:t>کہ کس طرح سے نیچر چیک کرتی رہتی ہے</w:t>
      </w:r>
    </w:p>
    <w:p>
      <w:r>
        <w:rPr>
          <w:b/>
        </w:rPr>
        <w:t xml:space="preserve">[11:45] </w:t>
      </w:r>
      <w:r>
        <w:t>is mein se ek mein ap ko bataunga jo is kitab mein bhi</w:t>
      </w:r>
    </w:p>
    <w:p>
      <w:pPr>
        <w:jc w:val="right"/>
      </w:pPr>
      <w:r>
        <w:t>اس میں سے ایک میں اپ کو بتاؤں گا جو اس کتاب میں بھی</w:t>
      </w:r>
    </w:p>
    <w:p>
      <w:r>
        <w:rPr>
          <w:b/>
        </w:rPr>
        <w:t xml:space="preserve">[11:49] </w:t>
      </w:r>
      <w:r>
        <w:t>maine is ko quote kiya hai god arises ye meri kitab hai jis mein maine isi</w:t>
      </w:r>
    </w:p>
    <w:p>
      <w:pPr>
        <w:jc w:val="right"/>
      </w:pPr>
      <w:r>
        <w:t>میں نے اس کو کوٹ کیا ہے گاڈ ارائزز یہ میری کتاب ہے جس میں میں نے اسی</w:t>
      </w:r>
    </w:p>
    <w:p>
      <w:r>
        <w:rPr>
          <w:b/>
        </w:rPr>
        <w:t xml:space="preserve">[11:56] </w:t>
      </w:r>
      <w:r>
        <w:t>ko refer karte hue quote kiya hai god arises mein ye page number 97</w:t>
      </w:r>
    </w:p>
    <w:p>
      <w:pPr>
        <w:jc w:val="right"/>
      </w:pPr>
      <w:r>
        <w:t>کو ریفر کرتے ہوئے کوٹ کیا ہے گاڈ ارائزز میں یہ پیج نمبر 97</w:t>
      </w:r>
    </w:p>
    <w:p>
      <w:r>
        <w:rPr>
          <w:b/>
        </w:rPr>
        <w:t xml:space="preserve">[12:04] </w:t>
      </w:r>
      <w:r>
        <w:t>par ap dekh sakte hain is ko to wo kehta hai ke Australia mein</w:t>
      </w:r>
    </w:p>
    <w:p>
      <w:pPr>
        <w:jc w:val="right"/>
      </w:pPr>
      <w:r>
        <w:t>پر اپ دیکھ سکتے ہیں اس کو تو وہ کہتا ہے کہ اسٹریلیا میں</w:t>
      </w:r>
    </w:p>
    <w:p>
      <w:r>
        <w:rPr>
          <w:b/>
        </w:rPr>
        <w:t xml:space="preserve">[12:10] </w:t>
      </w:r>
      <w:r>
        <w:t>aisa hua ap jante hain ek cheez hoti hai is ko kehte hain cactus</w:t>
      </w:r>
    </w:p>
    <w:p>
      <w:pPr>
        <w:jc w:val="right"/>
      </w:pPr>
      <w:r>
        <w:t>ایسا ہوا اپ جانتے ہیں ایک چیز ہوتی ہے اس کو کہتے ہیں کیکٹس</w:t>
      </w:r>
    </w:p>
    <w:p>
      <w:r>
        <w:rPr>
          <w:b/>
        </w:rPr>
        <w:t xml:space="preserve">[12:16] </w:t>
      </w:r>
      <w:r>
        <w:t>cactus mein bohat hi thorny hota hai wo is ke aise patiyan bohat moti moti patiyan hoti hain</w:t>
      </w:r>
    </w:p>
    <w:p>
      <w:pPr>
        <w:jc w:val="right"/>
      </w:pPr>
      <w:r>
        <w:t>کیکٹس میں بہت ہی تھرنی ہوتا ہے وہ اس کے ایسے پتیاں بہت موٹی موٹی پتیاں ہوتی ہیں</w:t>
      </w:r>
    </w:p>
    <w:p>
      <w:r>
        <w:rPr>
          <w:b/>
        </w:rPr>
        <w:t xml:space="preserve">[12:23] </w:t>
      </w:r>
      <w:r>
        <w:t>aisi aur is ko hum hindi mein kehte hain naag phani</w:t>
      </w:r>
    </w:p>
    <w:p>
      <w:pPr>
        <w:jc w:val="right"/>
      </w:pPr>
      <w:r>
        <w:t>ایسی اور اس کو ہم ہندی میں کہتے ہیں ناک پھنی</w:t>
      </w:r>
    </w:p>
    <w:p>
      <w:r>
        <w:rPr>
          <w:b/>
        </w:rPr>
        <w:t xml:space="preserve">[12:29] </w:t>
      </w:r>
      <w:r>
        <w:t>hindi mein hum kehte hain naag phani english mein kehte hain cactus</w:t>
      </w:r>
    </w:p>
    <w:p>
      <w:pPr>
        <w:jc w:val="right"/>
      </w:pPr>
      <w:r>
        <w:t>ہندی میں ہم کہتے ہیں ناک پھنی انگلش میں کہتے ہیں کیکٹس</w:t>
      </w:r>
    </w:p>
    <w:p>
      <w:r>
        <w:rPr>
          <w:b/>
        </w:rPr>
        <w:t xml:space="preserve">[12:33] </w:t>
      </w:r>
      <w:r>
        <w:t>to wo bohat hi zyada</w:t>
      </w:r>
    </w:p>
    <w:p>
      <w:pPr>
        <w:jc w:val="right"/>
      </w:pPr>
      <w:r>
        <w:t>تو وہ بہت ہی زیادہ</w:t>
      </w:r>
    </w:p>
    <w:p>
      <w:r>
        <w:rPr>
          <w:b/>
        </w:rPr>
        <w:t xml:space="preserve">[12:35] </w:t>
      </w:r>
      <w:r>
        <w:t>dangerous cheez hai</w:t>
      </w:r>
    </w:p>
    <w:p>
      <w:pPr>
        <w:jc w:val="right"/>
      </w:pPr>
      <w:r>
        <w:t>ڈینجرس چیز ہے</w:t>
      </w:r>
    </w:p>
    <w:p>
      <w:r>
        <w:rPr>
          <w:b/>
        </w:rPr>
        <w:t xml:space="preserve">[12:37] </w:t>
      </w:r>
      <w:r>
        <w:t>yani jahan wo aa jata hai to phailta hi rehta hai wo ap is ko kaatiye jalaiye phir</w:t>
      </w:r>
    </w:p>
    <w:p>
      <w:pPr>
        <w:jc w:val="right"/>
      </w:pPr>
      <w:r>
        <w:t>یعنی جہاں وہ ا جاتا ہے تو پھیلتا ہی رہتا ہے وہ اپ اس کو کاٹیے جلائیے پھر</w:t>
      </w:r>
    </w:p>
    <w:p>
      <w:r>
        <w:rPr>
          <w:b/>
        </w:rPr>
        <w:t xml:space="preserve">[12:43] </w:t>
      </w:r>
      <w:r>
        <w:t>bhi wo khatam nahi hota</w:t>
      </w:r>
    </w:p>
    <w:p>
      <w:pPr>
        <w:jc w:val="right"/>
      </w:pPr>
      <w:r>
        <w:t>بھی وہ ختم نہیں ہوتا</w:t>
      </w:r>
    </w:p>
    <w:p>
      <w:r>
        <w:rPr>
          <w:b/>
        </w:rPr>
        <w:t xml:space="preserve">[12:46] </w:t>
      </w:r>
      <w:r>
        <w:t>maine khud apni ankhon se dekha jab mein chota tha aur gaon mein rehta tha</w:t>
      </w:r>
    </w:p>
    <w:p>
      <w:pPr>
        <w:jc w:val="right"/>
      </w:pPr>
      <w:r>
        <w:t>میں نے خود اپنی انکھوں سے دیکھا جب میں چھوٹا تھا اور گاؤں میں رہتا تھا</w:t>
      </w:r>
    </w:p>
    <w:p>
      <w:r>
        <w:rPr>
          <w:b/>
        </w:rPr>
        <w:t xml:space="preserve">[12:53] </w:t>
      </w:r>
      <w:r>
        <w:t>to is book ko parhne se pehle maine ye phenomena dekh chuka tha mein hamare gaon mein</w:t>
      </w:r>
    </w:p>
    <w:p>
      <w:pPr>
        <w:jc w:val="right"/>
      </w:pPr>
      <w:r>
        <w:t>تو اس بک کو پڑھنے سے پہلے میں نے یہ فیناومینا دیکھ چکا تھا میں ہمارے گاؤں میں</w:t>
      </w:r>
    </w:p>
    <w:p>
      <w:r>
        <w:rPr>
          <w:b/>
        </w:rPr>
        <w:t xml:space="preserve">[12:59] </w:t>
      </w:r>
      <w:r>
        <w:t>wo aa gaya wo naag phani ka</w:t>
      </w:r>
    </w:p>
    <w:p>
      <w:pPr>
        <w:jc w:val="right"/>
      </w:pPr>
      <w:r>
        <w:t>وہ ا گیا وہ ناک پھنی کا</w:t>
      </w:r>
    </w:p>
    <w:p>
      <w:r>
        <w:rPr>
          <w:b/>
        </w:rPr>
        <w:t xml:space="preserve">[13:02] </w:t>
      </w:r>
      <w:r>
        <w:t>agar ek chota sa bhi aa jaye is ka to phailta tha bohat tezi se idhar phail raha</w:t>
      </w:r>
    </w:p>
    <w:p>
      <w:pPr>
        <w:jc w:val="right"/>
      </w:pPr>
      <w:r>
        <w:t>اگر ایک چھوٹا سا بھی ا جائے اس کا تو پھیلتا تھا بہت تیزی سے ادھر پھیل رہا</w:t>
      </w:r>
    </w:p>
    <w:p>
      <w:r>
        <w:rPr>
          <w:b/>
        </w:rPr>
        <w:t xml:space="preserve">[13:09] </w:t>
      </w:r>
      <w:r>
        <w:t>hai idhar phail raha hai ap kuch bhi kijiye is ko kaatiye jalaiye wo khatam hi nahi hota</w:t>
      </w:r>
    </w:p>
    <w:p>
      <w:pPr>
        <w:jc w:val="right"/>
      </w:pPr>
      <w:r>
        <w:t>ہے ادھر پھیل رہا ہے اپ کچھ بھی کیجئے اس کو کاٹیے جلائیے وہ ختم ہی نہیں ہوتا</w:t>
      </w:r>
    </w:p>
    <w:p>
      <w:r>
        <w:rPr>
          <w:b/>
        </w:rPr>
        <w:t xml:space="preserve">[13:13] </w:t>
      </w:r>
      <w:r>
        <w:t>tha wo to sab log pareshan the to ye pehle shuru hua Australia mein</w:t>
      </w:r>
    </w:p>
    <w:p>
      <w:pPr>
        <w:jc w:val="right"/>
      </w:pPr>
      <w:r>
        <w:t>تھا وہ تو سب لوگ پریشان تھے تو یہ پہلے شروع ہوا اسٹریلیا میں</w:t>
      </w:r>
    </w:p>
    <w:p>
      <w:r>
        <w:rPr>
          <w:b/>
        </w:rPr>
        <w:t xml:space="preserve">[13:20] </w:t>
      </w:r>
      <w:r>
        <w:t>to</w:t>
      </w:r>
    </w:p>
    <w:p>
      <w:pPr>
        <w:jc w:val="right"/>
      </w:pPr>
      <w:r>
        <w:t>تو</w:t>
      </w:r>
    </w:p>
    <w:p>
      <w:r>
        <w:rPr>
          <w:b/>
        </w:rPr>
        <w:t xml:space="preserve">[13:20] </w:t>
      </w:r>
      <w:r>
        <w:t>us ne likha hai ke yani wo</w:t>
      </w:r>
    </w:p>
    <w:p>
      <w:pPr>
        <w:jc w:val="right"/>
      </w:pPr>
      <w:r>
        <w:t>اس نے لکھا ہے کہ یعنی وہ</w:t>
      </w:r>
    </w:p>
    <w:p>
      <w:r>
        <w:rPr>
          <w:b/>
        </w:rPr>
        <w:t xml:space="preserve">[13:25] </w:t>
      </w:r>
      <w:r>
        <w:t>koi bhi control karne ka is mein nahi kar kar pata tha insan</w:t>
      </w:r>
    </w:p>
    <w:p>
      <w:pPr>
        <w:jc w:val="right"/>
      </w:pPr>
      <w:r>
        <w:t>کوئی بھی کنٹرول کرنے کا اس میں نہیں کر کر پاتا تھا انسان</w:t>
      </w:r>
    </w:p>
    <w:p>
      <w:r>
        <w:rPr>
          <w:b/>
        </w:rPr>
        <w:t xml:space="preserve">[13:31] </w:t>
      </w:r>
      <w:r>
        <w:t>aur us ne likha hai is mein kitab mein ke Australia ka itna bara area is ne wo</w:t>
      </w:r>
    </w:p>
    <w:p>
      <w:pPr>
        <w:jc w:val="right"/>
      </w:pPr>
      <w:r>
        <w:t>اور اس نے لکھا ہے اس میں کتاب میں کہ اسٹریلیا کا اتنا بڑا ایریا اس نے وہ</w:t>
      </w:r>
    </w:p>
    <w:p>
      <w:r>
        <w:rPr>
          <w:b/>
        </w:rPr>
        <w:t xml:space="preserve">[13:37] </w:t>
      </w:r>
      <w:r>
        <w:t>solve kar liya is ne pata hai phail gaya is mein jo ke England ke area se bhi</w:t>
      </w:r>
    </w:p>
    <w:p>
      <w:pPr>
        <w:jc w:val="right"/>
      </w:pPr>
      <w:r>
        <w:t>سالو کر لیا اس نے پتہ ہے پھیل گیا اس میں جو کہ انگلینڈ کے ایریا سے بھی</w:t>
      </w:r>
    </w:p>
    <w:p>
      <w:r>
        <w:rPr>
          <w:b/>
        </w:rPr>
        <w:t xml:space="preserve">[13:42] </w:t>
      </w:r>
      <w:r>
        <w:t>ziada tha england ke area se bhi zyada bare area par woh phail gaya woh wahan par koi</w:t>
      </w:r>
    </w:p>
    <w:p>
      <w:pPr>
        <w:jc w:val="right"/>
      </w:pPr>
      <w:r>
        <w:t>زیادہ تھا انگلینڈ کے ایریا سے بھی زیادہ بڑے ایریا پر وہ پھیل گیا وہ وہاں پر کوئی</w:t>
      </w:r>
    </w:p>
    <w:p>
      <w:r>
        <w:rPr>
          <w:b/>
        </w:rPr>
        <w:t xml:space="preserve">[13:50] </w:t>
      </w:r>
      <w:r>
        <w:t>agriculture nahi ho sakta tha koi horticulture nahi ho sakta tha aur koi iska pakad iska</w:t>
      </w:r>
    </w:p>
    <w:p>
      <w:pPr>
        <w:jc w:val="right"/>
      </w:pPr>
      <w:r>
        <w:t>ایگریکلچر نہیں ہو سکتا تھا کوئی ہارٹیکلچر نہیں ہو سکتا تھا اور کوئی اس کا پکڑ اس کا</w:t>
      </w:r>
    </w:p>
    <w:p>
      <w:r>
        <w:rPr>
          <w:b/>
        </w:rPr>
        <w:t xml:space="preserve">[13:55] </w:t>
      </w:r>
      <w:r>
        <w:t>koi woh nahi tha kuch koi iska yani kuch check nahi tha iska</w:t>
      </w:r>
    </w:p>
    <w:p>
      <w:pPr>
        <w:jc w:val="right"/>
      </w:pPr>
      <w:r>
        <w:t>کوئی وہ نہیں تھا کچھ کوئی اس کا یعنی کچھ چیک نہیں تھا اس کا</w:t>
      </w:r>
    </w:p>
    <w:p>
      <w:r>
        <w:rPr>
          <w:b/>
        </w:rPr>
        <w:t xml:space="preserve">[14:01] </w:t>
      </w:r>
      <w:r>
        <w:t>to phir kya hua ek keera discover hua woh keera jo hai maine dekha hai bohat</w:t>
      </w:r>
    </w:p>
    <w:p>
      <w:pPr>
        <w:jc w:val="right"/>
      </w:pPr>
      <w:r>
        <w:t>تو پھر کیا ہوا ایک کیڑا ڈسکور ہوا وہ کیڑا جو ہے میں نے دیکھا ہے بہت</w:t>
      </w:r>
    </w:p>
    <w:p>
      <w:r>
        <w:rPr>
          <w:b/>
        </w:rPr>
        <w:t xml:space="preserve">[14:06] </w:t>
      </w:r>
      <w:r>
        <w:t>chota sa hota hai aur jaal ke andar hota hai koi jaal sa hota hai urr urr ke</w:t>
      </w:r>
    </w:p>
    <w:p>
      <w:pPr>
        <w:jc w:val="right"/>
      </w:pPr>
      <w:r>
        <w:t>چھوٹا سا ہوتا ہے اور جال کے اندر ہوتا ہے کوئی جال سا ہوتا ہے اڑ اڑ کے</w:t>
      </w:r>
    </w:p>
    <w:p>
      <w:r>
        <w:rPr>
          <w:b/>
        </w:rPr>
        <w:t xml:space="preserve">[14:10] </w:t>
      </w:r>
      <w:r>
        <w:t>jata hai yahan se wahan</w:t>
      </w:r>
    </w:p>
    <w:p>
      <w:pPr>
        <w:jc w:val="right"/>
      </w:pPr>
      <w:r>
        <w:t>جاتا ہے یہاں سے وہاں</w:t>
      </w:r>
    </w:p>
    <w:p>
      <w:r>
        <w:rPr>
          <w:b/>
        </w:rPr>
        <w:t xml:space="preserve">[14:13] </w:t>
      </w:r>
      <w:r>
        <w:t>to woh aya hamare haan bhi kaise kaise woh hamare gaon mein aa gaya to sara naak phani</w:t>
      </w:r>
    </w:p>
    <w:p>
      <w:pPr>
        <w:jc w:val="right"/>
      </w:pPr>
      <w:r>
        <w:t>تو وہ ایا ہمارے ہاں بھی کیسے کیسے وہ ہمارے گاؤں میں ا گیا تو سارا ناک پھنی</w:t>
      </w:r>
    </w:p>
    <w:p>
      <w:r>
        <w:rPr>
          <w:b/>
        </w:rPr>
        <w:t xml:space="preserve">[14:18] </w:t>
      </w:r>
      <w:r>
        <w:t>jo tha woh kha ke khatam kar diya isne</w:t>
      </w:r>
    </w:p>
    <w:p>
      <w:pPr>
        <w:jc w:val="right"/>
      </w:pPr>
      <w:r>
        <w:t>جو تھا وہ کھا کے ختم کر دیا اس نے</w:t>
      </w:r>
    </w:p>
    <w:p>
      <w:r>
        <w:rPr>
          <w:b/>
        </w:rPr>
        <w:t xml:space="preserve">[14:22] </w:t>
      </w:r>
      <w:r>
        <w:t>bohat rapid growth hota hai is mein aur kisi aur cheez ko woh khata nahi iska koi</w:t>
      </w:r>
    </w:p>
    <w:p>
      <w:pPr>
        <w:jc w:val="right"/>
      </w:pPr>
      <w:r>
        <w:t>بہت ریپڈ گروتھ ہوتا ہے اس میں اور کسی اور چیز کو وہ کھاتا نہیں اس کا کوئی</w:t>
      </w:r>
    </w:p>
    <w:p>
      <w:r>
        <w:rPr>
          <w:b/>
        </w:rPr>
        <w:t xml:space="preserve">[14:27] </w:t>
      </w:r>
      <w:r>
        <w:t>enemy nahi aap jante hain insect jitne bhi hain sab ka ek enemy hota hai</w:t>
      </w:r>
    </w:p>
    <w:p>
      <w:pPr>
        <w:jc w:val="right"/>
      </w:pPr>
      <w:r>
        <w:t>اینمی نہیں اپ جانتے ہیں انسیکٹ جتنے بھی ہیں سب کا ایک اینمی ہوتا ہے</w:t>
      </w:r>
    </w:p>
    <w:p>
      <w:r>
        <w:rPr>
          <w:b/>
        </w:rPr>
        <w:t xml:space="preserve">[14:34] </w:t>
      </w:r>
      <w:r>
        <w:t>woh usko khata hai woh usko khata hai lekin yeh jo tha iska koi enemy</w:t>
      </w:r>
    </w:p>
    <w:p>
      <w:pPr>
        <w:jc w:val="right"/>
      </w:pPr>
      <w:r>
        <w:t>وہ اس کو کھاتا ہے وہ اس کو کھاتا ہے لیکن یہ جو تھا اس کا کوئی اینمی</w:t>
      </w:r>
    </w:p>
    <w:p>
      <w:r>
        <w:rPr>
          <w:b/>
        </w:rPr>
        <w:t xml:space="preserve">[14:37] </w:t>
      </w:r>
      <w:r>
        <w:t>nahi tha aur iska iske iska yani siwaye naak phani ke koi kisi aur cheez</w:t>
      </w:r>
    </w:p>
    <w:p>
      <w:pPr>
        <w:jc w:val="right"/>
      </w:pPr>
      <w:r>
        <w:t>نہیں تھا اور اس کا اس کے اس کا یعنی سوائے ناک پھنی کے کوئی کسی اور چیز</w:t>
      </w:r>
    </w:p>
    <w:p>
      <w:r>
        <w:rPr>
          <w:b/>
        </w:rPr>
        <w:t xml:space="preserve">[14:44] </w:t>
      </w:r>
      <w:r>
        <w:t>ko woh khata bhi nahi tha to jab naak pani khatam hui to woh woh apne aap mar</w:t>
      </w:r>
    </w:p>
    <w:p>
      <w:pPr>
        <w:jc w:val="right"/>
      </w:pPr>
      <w:r>
        <w:t>کو وہ کھاتا بھی نہیں تھا تو جب ناک پانی ختم ہوئی تو وہ وہ اپنے اپ مر</w:t>
      </w:r>
    </w:p>
    <w:p>
      <w:r>
        <w:rPr>
          <w:b/>
        </w:rPr>
        <w:t xml:space="preserve">[14:48] </w:t>
      </w:r>
      <w:r>
        <w:t>gaya woh khatam ho gaya yeh tha nature</w:t>
      </w:r>
    </w:p>
    <w:p>
      <w:pPr>
        <w:jc w:val="right"/>
      </w:pPr>
      <w:r>
        <w:t>گیا وہ ختم ہو گیا یہ تھا نیچر</w:t>
      </w:r>
    </w:p>
    <w:p>
      <w:r>
        <w:rPr>
          <w:b/>
        </w:rPr>
        <w:t xml:space="preserve">[14:51] </w:t>
      </w:r>
      <w:r>
        <w:t>ki taraf se</w:t>
      </w:r>
    </w:p>
    <w:p>
      <w:pPr>
        <w:jc w:val="right"/>
      </w:pPr>
      <w:r>
        <w:t>کی طرف سے</w:t>
      </w:r>
    </w:p>
    <w:p>
      <w:r>
        <w:rPr>
          <w:b/>
        </w:rPr>
        <w:t xml:space="preserve">[14:53] </w:t>
      </w:r>
      <w:r>
        <w:t>jo jo hai check and balance ka jo hai kis tarah se nature ne isko balance kiya</w:t>
      </w:r>
    </w:p>
    <w:p>
      <w:pPr>
        <w:jc w:val="right"/>
      </w:pPr>
      <w:r>
        <w:t>جو جو ہے چیک اینڈ بیلنس کا جو ہے کس طرح سے نیچر نے اس کو بیلنس کیا</w:t>
      </w:r>
    </w:p>
    <w:p>
      <w:r>
        <w:rPr>
          <w:b/>
        </w:rPr>
        <w:t xml:space="preserve">[14:59] </w:t>
      </w:r>
      <w:r>
        <w:t>kis tarah se isko check kiya to yeh poori history mein hota raha hai poori history mein</w:t>
      </w:r>
    </w:p>
    <w:p>
      <w:pPr>
        <w:jc w:val="right"/>
      </w:pPr>
      <w:r>
        <w:t>کس طرح سے اس کو چیک کیا تو یہ پوری ہسٹری میں ہوتا رہا ہے پوری ہسٹری میں</w:t>
      </w:r>
    </w:p>
    <w:p>
      <w:r>
        <w:rPr>
          <w:b/>
        </w:rPr>
        <w:t xml:space="preserve">[15:06] </w:t>
      </w:r>
      <w:r>
        <w:t>aur aap ko main ek quran ka ek reference dunga exactly yahi baat quran mein likhi hui</w:t>
      </w:r>
    </w:p>
    <w:p>
      <w:pPr>
        <w:jc w:val="right"/>
      </w:pPr>
      <w:r>
        <w:t>اور اپ کو میں ایک قران کا ایک ریفرنس دوں گا ایگزیکٹلی یہی بات قران میں لکھی ہوئی</w:t>
      </w:r>
    </w:p>
    <w:p>
      <w:r>
        <w:rPr>
          <w:b/>
        </w:rPr>
        <w:t xml:space="preserve">[15:11] </w:t>
      </w:r>
      <w:r>
        <w:t>hai ke hum balance karte hain check karte hain quran mein chapter number 42</w:t>
      </w:r>
    </w:p>
    <w:p>
      <w:pPr>
        <w:jc w:val="right"/>
      </w:pPr>
      <w:r>
        <w:t>ہے کہ ہم بیلنس کرتے ہیں چیک کرتے ہیں قران میں چیپٹر نمبر 42</w:t>
      </w:r>
    </w:p>
    <w:p>
      <w:r>
        <w:rPr>
          <w:b/>
        </w:rPr>
        <w:t xml:space="preserve">[15:19] </w:t>
      </w:r>
      <w:r>
        <w:t>verse number 30</w:t>
      </w:r>
    </w:p>
    <w:p>
      <w:pPr>
        <w:jc w:val="right"/>
      </w:pPr>
      <w:r>
        <w:t>ورس نمبر 30</w:t>
      </w:r>
    </w:p>
    <w:p>
      <w:r>
        <w:rPr>
          <w:b/>
        </w:rPr>
        <w:t xml:space="preserve">[15:22] </w:t>
      </w:r>
      <w:r>
        <w:t>aap dekhiye chapter number 42</w:t>
      </w:r>
    </w:p>
    <w:p>
      <w:pPr>
        <w:jc w:val="right"/>
      </w:pPr>
      <w:r>
        <w:t>اپ دیکھیے چیپٹر نمبر 42</w:t>
      </w:r>
    </w:p>
    <w:p>
      <w:r>
        <w:rPr>
          <w:b/>
        </w:rPr>
        <w:t xml:space="preserve">[15:26] </w:t>
      </w:r>
      <w:r>
        <w:t>verse verse number 30 is mein hai</w:t>
      </w:r>
    </w:p>
    <w:p>
      <w:pPr>
        <w:jc w:val="right"/>
      </w:pPr>
      <w:r>
        <w:t>ورس ورس نمبر 30 اس میں ہے</w:t>
      </w:r>
    </w:p>
    <w:p>
      <w:r>
        <w:rPr>
          <w:b/>
        </w:rPr>
        <w:t xml:space="preserve">[15:31] </w:t>
      </w:r>
      <w:r>
        <w:t>ke is mein hai ke</w:t>
      </w:r>
    </w:p>
    <w:p>
      <w:pPr>
        <w:jc w:val="right"/>
      </w:pPr>
      <w:r>
        <w:t>کہ اس میں ہے کہ</w:t>
      </w:r>
    </w:p>
    <w:p>
      <w:r>
        <w:rPr>
          <w:b/>
        </w:rPr>
        <w:t xml:space="preserve">[15:37] </w:t>
      </w:r>
      <w:r>
        <w:t>wa ma asabakum min musibatin fabima kasabat aydikum wayafu kathirun is ka translation yeh hai keh whatever calamity strikes</w:t>
      </w:r>
    </w:p>
    <w:p>
      <w:pPr>
        <w:jc w:val="right"/>
      </w:pPr>
      <w:r>
        <w:t>وما اصابکم من مصیبت فبما کسبت ایدیکم ویفو کثیر اس کا ٹرانسلیشن یہ ہے کہ واٹ ایور کلیبٹی سٹرائکس</w:t>
      </w:r>
    </w:p>
    <w:p>
      <w:r>
        <w:rPr>
          <w:b/>
        </w:rPr>
        <w:t xml:space="preserve">[15:51] </w:t>
      </w:r>
      <w:r>
        <w:t>whatever calamity strikes you it is of your own doing</w:t>
      </w:r>
    </w:p>
    <w:p>
      <w:pPr>
        <w:jc w:val="right"/>
      </w:pPr>
      <w:r>
        <w:t>واٹ ایور کلیبٹی سٹرائکس یو اٹ از اف یور اون ڈوئنگ</w:t>
      </w:r>
    </w:p>
    <w:p>
      <w:r>
        <w:rPr>
          <w:b/>
        </w:rPr>
        <w:t xml:space="preserve">[15:58] </w:t>
      </w:r>
      <w:r>
        <w:t>and god forgives much</w:t>
      </w:r>
    </w:p>
    <w:p>
      <w:pPr>
        <w:jc w:val="right"/>
      </w:pPr>
      <w:r>
        <w:t>اینڈ گاڈ فارگیوز مچ</w:t>
      </w:r>
    </w:p>
    <w:p>
      <w:r>
        <w:rPr>
          <w:b/>
        </w:rPr>
        <w:t xml:space="preserve">[16:04] </w:t>
      </w:r>
      <w:r>
        <w:t>jo clipati tumhare upar ati hai woh tumhari apni hoti hai main made hoti hai woh aur khuda</w:t>
      </w:r>
    </w:p>
    <w:p>
      <w:pPr>
        <w:jc w:val="right"/>
      </w:pPr>
      <w:r>
        <w:t>جو کلیبٹی تمہارے اوپر اتی ہے وہ تمہاری اپنی ہوتی ہے مین میڈ ہوتی ہے وہ اور خدا</w:t>
      </w:r>
    </w:p>
    <w:p>
      <w:r>
        <w:rPr>
          <w:b/>
        </w:rPr>
        <w:t xml:space="preserve">[16:10] </w:t>
      </w:r>
      <w:r>
        <w:t>is mein bohat ziyada is ko tum ko bachata hai is mein se thora jo thora sa woh</w:t>
      </w:r>
    </w:p>
    <w:p>
      <w:pPr>
        <w:jc w:val="right"/>
      </w:pPr>
      <w:r>
        <w:t>اس میں بہت زیادہ اس کو تم کو بچاتا ہے اس میں سے تھوڑا جو تھوڑا سا وہ</w:t>
      </w:r>
    </w:p>
    <w:p>
      <w:r>
        <w:rPr>
          <w:b/>
        </w:rPr>
        <w:t xml:space="preserve">[16:17] </w:t>
      </w:r>
      <w:r>
        <w:t>khuda chor deta hai tum ko lesson lene ke liye yeh thora sa hai jo hum hum par</w:t>
      </w:r>
    </w:p>
    <w:p>
      <w:pPr>
        <w:jc w:val="right"/>
      </w:pPr>
      <w:r>
        <w:t>خدا چھوڑ دیتا ہے تم کو لیسن لینے کے لیے یہ تھوڑا سا ہے جو ہم ہم پر</w:t>
      </w:r>
    </w:p>
    <w:p>
      <w:r>
        <w:rPr>
          <w:b/>
        </w:rPr>
        <w:t xml:space="preserve">[16:22] </w:t>
      </w:r>
      <w:r>
        <w:t>parh raha hai</w:t>
      </w:r>
    </w:p>
    <w:p>
      <w:pPr>
        <w:jc w:val="right"/>
      </w:pPr>
      <w:r>
        <w:t>پڑھ رہا ہے</w:t>
      </w:r>
    </w:p>
    <w:p>
      <w:r>
        <w:rPr>
          <w:b/>
        </w:rPr>
        <w:t xml:space="preserve">[16:24] </w:t>
      </w:r>
      <w:r>
        <w:t>to mein yeh kahunga ke is par mein study karte hue is par sochte hue mein yahan</w:t>
      </w:r>
    </w:p>
    <w:p>
      <w:pPr>
        <w:jc w:val="right"/>
      </w:pPr>
      <w:r>
        <w:t>تو میں یہ کہوں گا کہ اس پر میں اسٹڈی کرتے ہوئے اس پر سوچتے ہوئے میں یہاں</w:t>
      </w:r>
    </w:p>
    <w:p>
      <w:r>
        <w:rPr>
          <w:b/>
        </w:rPr>
        <w:t xml:space="preserve">[16:31] </w:t>
      </w:r>
      <w:r>
        <w:t>par pohancha hoon is</w:t>
      </w:r>
    </w:p>
    <w:p>
      <w:pPr>
        <w:jc w:val="right"/>
      </w:pPr>
      <w:r>
        <w:t>پر پہنچا ہوں اس</w:t>
      </w:r>
    </w:p>
    <w:p>
      <w:r>
        <w:rPr>
          <w:b/>
        </w:rPr>
        <w:t xml:space="preserve">[16:34] </w:t>
      </w:r>
      <w:r>
        <w:t>yani mein ne yeh conclude</w:t>
      </w:r>
    </w:p>
    <w:p>
      <w:pPr>
        <w:jc w:val="right"/>
      </w:pPr>
      <w:r>
        <w:t>یعنی میں نے یہ کنکلوڈ</w:t>
      </w:r>
    </w:p>
    <w:p>
      <w:r>
        <w:rPr>
          <w:b/>
        </w:rPr>
        <w:t xml:space="preserve">[16:36] </w:t>
      </w:r>
      <w:r>
        <w:t>kiya hai ke nature mein jo check and balance ka system tha pehle din se woh stop kar</w:t>
      </w:r>
    </w:p>
    <w:p>
      <w:pPr>
        <w:jc w:val="right"/>
      </w:pPr>
      <w:r>
        <w:t>کیا ہے کہ نیچر میں جو چیک اینڈ بیلنس کا سسٹم تھا پہلے دن سے وہ سٹاپ کر</w:t>
      </w:r>
    </w:p>
    <w:p>
      <w:r>
        <w:rPr>
          <w:b/>
        </w:rPr>
        <w:t xml:space="preserve">[16:46] </w:t>
      </w:r>
      <w:r>
        <w:t>diya khuda ne</w:t>
      </w:r>
    </w:p>
    <w:p>
      <w:pPr>
        <w:jc w:val="right"/>
      </w:pPr>
      <w:r>
        <w:t>دیا خدا نے</w:t>
      </w:r>
    </w:p>
    <w:p>
      <w:r>
        <w:rPr>
          <w:b/>
        </w:rPr>
        <w:t xml:space="preserve">[16:50] </w:t>
      </w:r>
      <w:r>
        <w:t>yeh sochne ki baat hai ghor kijiye yani hazaron saal se check and balance ka system chal raha</w:t>
      </w:r>
    </w:p>
    <w:p>
      <w:pPr>
        <w:jc w:val="right"/>
      </w:pPr>
      <w:r>
        <w:t>یہ سوچنے کی بات ہے غور کیجئے یعنی ہزاروں سال سے چیک اینڈ بیلنس کا سسٹم چل رہا</w:t>
      </w:r>
    </w:p>
    <w:p>
      <w:r>
        <w:rPr>
          <w:b/>
        </w:rPr>
        <w:t xml:space="preserve">[16:57] </w:t>
      </w:r>
      <w:r>
        <w:t>tha isi liye hum is dunya mein zinda the</w:t>
      </w:r>
    </w:p>
    <w:p>
      <w:pPr>
        <w:jc w:val="right"/>
      </w:pPr>
      <w:r>
        <w:t>تھا اسی لیے ہم اس دنیا میں زندہ تھے</w:t>
      </w:r>
    </w:p>
    <w:p>
      <w:r>
        <w:rPr>
          <w:b/>
        </w:rPr>
        <w:t xml:space="preserve">[17:00] </w:t>
      </w:r>
      <w:r>
        <w:t>hona hota tha bohat pehle khatam ho chuke the hum</w:t>
      </w:r>
    </w:p>
    <w:p>
      <w:pPr>
        <w:jc w:val="right"/>
      </w:pPr>
      <w:r>
        <w:t>ہونا ہوتا تھا بہت پہلے ختم ہو چکے تھے ہم</w:t>
      </w:r>
    </w:p>
    <w:p>
      <w:r>
        <w:rPr>
          <w:b/>
        </w:rPr>
        <w:t xml:space="preserve">[17:06] </w:t>
      </w:r>
      <w:r>
        <w:t>is book mein aap parhiye aur bhi bohat sari book is par likhi gayi hain check and balance</w:t>
      </w:r>
    </w:p>
    <w:p>
      <w:pPr>
        <w:jc w:val="right"/>
      </w:pPr>
      <w:r>
        <w:t>اس بک میں اپ پڑھیے اور بھی بہت ساری بک اس پر لکھی گئی ہیں چیک اینڈ بیلنس</w:t>
      </w:r>
    </w:p>
    <w:p>
      <w:r>
        <w:rPr>
          <w:b/>
        </w:rPr>
        <w:t xml:space="preserve">[17:10] </w:t>
      </w:r>
      <w:r>
        <w:t>ka system jo hai nature mein is mein se ek woh hai creasy morrison ki book jo hai</w:t>
      </w:r>
    </w:p>
    <w:p>
      <w:pPr>
        <w:jc w:val="right"/>
      </w:pPr>
      <w:r>
        <w:t>کا سسٹم جو ہے نیچر میں اس میں سے ایک وہ ہے کریسی موریسن کی بک جو ہے</w:t>
      </w:r>
    </w:p>
    <w:p>
      <w:r>
        <w:rPr>
          <w:b/>
        </w:rPr>
        <w:t xml:space="preserve">[17:16] </w:t>
      </w:r>
      <w:r>
        <w:t>to nature mein hamesha se yeh tha</w:t>
      </w:r>
    </w:p>
    <w:p>
      <w:pPr>
        <w:jc w:val="right"/>
      </w:pPr>
      <w:r>
        <w:t>تو نیچر میں ہمیشہ سے یہ تھا</w:t>
      </w:r>
    </w:p>
    <w:p>
      <w:r>
        <w:rPr>
          <w:b/>
        </w:rPr>
        <w:t xml:space="preserve">[17:21] </w:t>
      </w:r>
      <w:r>
        <w:t>check</w:t>
      </w:r>
    </w:p>
    <w:p>
      <w:pPr>
        <w:jc w:val="right"/>
      </w:pPr>
      <w:r>
        <w:t>چیک</w:t>
      </w:r>
    </w:p>
    <w:p>
      <w:r>
        <w:rPr>
          <w:b/>
        </w:rPr>
        <w:t xml:space="preserve">[17:22] </w:t>
      </w:r>
      <w:r>
        <w:t>and balance ka system</w:t>
      </w:r>
    </w:p>
    <w:p>
      <w:pPr>
        <w:jc w:val="right"/>
      </w:pPr>
      <w:r>
        <w:t>اینڈ بیلنس کا سسٹم</w:t>
      </w:r>
    </w:p>
    <w:p>
      <w:r>
        <w:rPr>
          <w:b/>
        </w:rPr>
        <w:t xml:space="preserve">[17:25] </w:t>
      </w:r>
      <w:r>
        <w:t>is ki wajah se hum bache hue the clipati se bache hue the hum</w:t>
      </w:r>
    </w:p>
    <w:p>
      <w:pPr>
        <w:jc w:val="right"/>
      </w:pPr>
      <w:r>
        <w:t>اس کی وجہ سے ہم بچے ہوئے تھے کلیبٹی سے بچے ہوئے تھے ہم</w:t>
      </w:r>
    </w:p>
    <w:p>
      <w:r>
        <w:rPr>
          <w:b/>
        </w:rPr>
        <w:t xml:space="preserve">[17:31] </w:t>
      </w:r>
      <w:r>
        <w:t>jo dangerous situation ati thi</w:t>
      </w:r>
    </w:p>
    <w:p>
      <w:pPr>
        <w:jc w:val="right"/>
      </w:pPr>
      <w:r>
        <w:t>جو ڈینجرس سچویشن اتی تھی</w:t>
      </w:r>
    </w:p>
    <w:p>
      <w:r>
        <w:rPr>
          <w:b/>
        </w:rPr>
        <w:t xml:space="preserve">[17:34] </w:t>
      </w:r>
      <w:r>
        <w:t>is se ab kyun aisa ho gaya hai</w:t>
      </w:r>
    </w:p>
    <w:p>
      <w:pPr>
        <w:jc w:val="right"/>
      </w:pPr>
      <w:r>
        <w:t>اس سے اب کیوں ایسا ہو گیا ہے</w:t>
      </w:r>
    </w:p>
    <w:p>
      <w:r>
        <w:rPr>
          <w:b/>
        </w:rPr>
        <w:t xml:space="preserve">[17:39] </w:t>
      </w:r>
      <w:r>
        <w:t>yahan par aap ko</w:t>
      </w:r>
    </w:p>
    <w:p>
      <w:pPr>
        <w:jc w:val="right"/>
      </w:pPr>
      <w:r>
        <w:t>یہاں پر اپ کو</w:t>
      </w:r>
    </w:p>
    <w:p>
      <w:r>
        <w:rPr>
          <w:b/>
        </w:rPr>
        <w:t xml:space="preserve">[17:41] </w:t>
      </w:r>
      <w:r>
        <w:t>ek hi answer tak pohanchte hain aap woh hai creation plan of god ko aap samjhein tabhi aap</w:t>
      </w:r>
    </w:p>
    <w:p>
      <w:pPr>
        <w:jc w:val="right"/>
      </w:pPr>
      <w:r>
        <w:t>ایک ہی انسر تک پہنچتے ہیں اپ وہ ہے کریشن پلان اف گاڈ کو اپ سمجھیں تبھی اپ</w:t>
      </w:r>
    </w:p>
    <w:p>
      <w:r>
        <w:rPr>
          <w:b/>
        </w:rPr>
        <w:t xml:space="preserve">[17:48] </w:t>
      </w:r>
      <w:r>
        <w:t>is ko explain kar sakenge</w:t>
      </w:r>
    </w:p>
    <w:p>
      <w:pPr>
        <w:jc w:val="right"/>
      </w:pPr>
      <w:r>
        <w:t>اس کو ایکسپلین کر سکیں گے</w:t>
      </w:r>
    </w:p>
    <w:p>
      <w:r>
        <w:rPr>
          <w:b/>
        </w:rPr>
        <w:t xml:space="preserve">[17:51] </w:t>
      </w:r>
      <w:r>
        <w:t>no other expression is available in this regard</w:t>
      </w:r>
    </w:p>
    <w:p>
      <w:pPr>
        <w:jc w:val="right"/>
      </w:pPr>
      <w:r>
        <w:t>نو ادر ایکسپریشن از اویلیبل ان دس ریگارڈ</w:t>
      </w:r>
    </w:p>
    <w:p>
      <w:r>
        <w:rPr>
          <w:b/>
        </w:rPr>
        <w:t xml:space="preserve">[17:55] </w:t>
      </w:r>
      <w:r>
        <w:t>ke plan of god jo hai khuda ka woh kya hai</w:t>
      </w:r>
    </w:p>
    <w:p>
      <w:pPr>
        <w:jc w:val="right"/>
      </w:pPr>
      <w:r>
        <w:t>کہ پلان اف گاڈ جو ہے خدا کا وہ کیا ہے</w:t>
      </w:r>
    </w:p>
    <w:p>
      <w:r>
        <w:rPr>
          <w:b/>
        </w:rPr>
        <w:t xml:space="preserve">[18:01] </w:t>
      </w:r>
      <w:r>
        <w:t>woh batata hai ke yeh yeh jo duniya banai hai khuda ne</w:t>
      </w:r>
    </w:p>
    <w:p>
      <w:pPr>
        <w:jc w:val="right"/>
      </w:pPr>
      <w:r>
        <w:t>وہ بتاتا ہے کہ یہ یہ جو دنیا بنائی ہے خدا نے</w:t>
      </w:r>
    </w:p>
    <w:p>
      <w:r>
        <w:rPr>
          <w:b/>
        </w:rPr>
        <w:t xml:space="preserve">[18:06] </w:t>
      </w:r>
      <w:r>
        <w:t>yeh eternity</w:t>
      </w:r>
    </w:p>
    <w:p>
      <w:pPr>
        <w:jc w:val="right"/>
      </w:pPr>
      <w:r>
        <w:t>یہ ایٹرنیٹی</w:t>
      </w:r>
    </w:p>
    <w:p>
      <w:r>
        <w:rPr>
          <w:b/>
        </w:rPr>
        <w:t xml:space="preserve">[18:09] </w:t>
      </w:r>
      <w:r>
        <w:t>ke liye nahi banai hai yeh ek short period ke liye ek temporary period ke liye</w:t>
      </w:r>
    </w:p>
    <w:p>
      <w:pPr>
        <w:jc w:val="right"/>
      </w:pPr>
      <w:r>
        <w:t>کے لیے نہیں بنائی ہے یہ ایک شارٹ پیریڈ کے لیے ایک ٹیمپریری پیریڈ کے لیے</w:t>
      </w:r>
    </w:p>
    <w:p>
      <w:r>
        <w:rPr>
          <w:b/>
        </w:rPr>
        <w:t xml:space="preserve">[18:18] </w:t>
      </w:r>
      <w:r>
        <w:t>asal jo khuda ne duniya banai hai woh toh paradise hai</w:t>
      </w:r>
    </w:p>
    <w:p>
      <w:pPr>
        <w:jc w:val="right"/>
      </w:pPr>
      <w:r>
        <w:t>اصل جو خدا نے دنیا بنائی ہے وہ تو پیراڈائز ہے</w:t>
      </w:r>
    </w:p>
    <w:p>
      <w:r>
        <w:rPr>
          <w:b/>
        </w:rPr>
        <w:t xml:space="preserve">[18:23] </w:t>
      </w:r>
      <w:r>
        <w:t>asal jo eternal duniya hai khuda ki eternal</w:t>
      </w:r>
    </w:p>
    <w:p>
      <w:pPr>
        <w:jc w:val="right"/>
      </w:pPr>
      <w:r>
        <w:t>اصل جو ایٹرنل دنیا ہے خدا کی ایٹرنل</w:t>
      </w:r>
    </w:p>
    <w:p>
      <w:r>
        <w:rPr>
          <w:b/>
        </w:rPr>
        <w:t xml:space="preserve">[18:26] </w:t>
      </w:r>
      <w:r>
        <w:t>woh paradise hai paradise eternal hai woh ideal hai woh perfect hai</w:t>
      </w:r>
    </w:p>
    <w:p>
      <w:pPr>
        <w:jc w:val="right"/>
      </w:pPr>
      <w:r>
        <w:t>وہ پیراڈائز ہے پیراڈائز ایٹرنل ہے وہ ائیڈیل ہے وہ پرفیکٹ ہے</w:t>
      </w:r>
    </w:p>
    <w:p>
      <w:r>
        <w:rPr>
          <w:b/>
        </w:rPr>
        <w:t xml:space="preserve">[18:34] </w:t>
      </w:r>
      <w:r>
        <w:t>toh asal duniya toh wohi hai jo paradise hai</w:t>
      </w:r>
    </w:p>
    <w:p>
      <w:pPr>
        <w:jc w:val="right"/>
      </w:pPr>
      <w:r>
        <w:t>تو اصل دنیا تو وہی ہے جو پیراڈائز ہے</w:t>
      </w:r>
    </w:p>
    <w:p>
      <w:r>
        <w:rPr>
          <w:b/>
        </w:rPr>
        <w:t xml:space="preserve">[18:38] </w:t>
      </w:r>
      <w:r>
        <w:t>paradise kis ke liye banai gayi hai</w:t>
      </w:r>
    </w:p>
    <w:p>
      <w:pPr>
        <w:jc w:val="right"/>
      </w:pPr>
      <w:r>
        <w:t>پیراڈائز کس کے لیے بنائی گئی ہے</w:t>
      </w:r>
    </w:p>
    <w:p>
      <w:r>
        <w:rPr>
          <w:b/>
        </w:rPr>
        <w:t xml:space="preserve">[18:41] </w:t>
      </w:r>
      <w:r>
        <w:t>selected logon ke liye selected intellectuals ke liye selected men and women ke liye</w:t>
      </w:r>
    </w:p>
    <w:p>
      <w:pPr>
        <w:jc w:val="right"/>
      </w:pPr>
      <w:r>
        <w:t>سلیکٹڈ لوگوں کے لیے سلیکٹڈ انٹلیکچولز کے لیے سلیکٹڈ مین اینڈ ویمن کے لیے</w:t>
      </w:r>
    </w:p>
    <w:p>
      <w:r>
        <w:rPr>
          <w:b/>
        </w:rPr>
        <w:t xml:space="preserve">[18:50] </w:t>
      </w:r>
      <w:r>
        <w:t>toh yeh jo jis duniya mein hum hain aaj yeh hai</w:t>
      </w:r>
    </w:p>
    <w:p>
      <w:pPr>
        <w:jc w:val="right"/>
      </w:pPr>
      <w:r>
        <w:t>تو یہ جو جس دنیا میں ہم ہیں اج یہ ہے</w:t>
      </w:r>
    </w:p>
    <w:p>
      <w:r>
        <w:rPr>
          <w:b/>
        </w:rPr>
        <w:t xml:space="preserve">[18:55] </w:t>
      </w:r>
      <w:r>
        <w:t>testing ground ya selection ground</w:t>
      </w:r>
    </w:p>
    <w:p>
      <w:pPr>
        <w:jc w:val="right"/>
      </w:pPr>
      <w:r>
        <w:t>ٹیسٹنگ گراؤنڈ یا سلیکشن گراؤنڈ</w:t>
      </w:r>
    </w:p>
    <w:p>
      <w:r>
        <w:rPr>
          <w:b/>
        </w:rPr>
        <w:t xml:space="preserve">[19:01] </w:t>
      </w:r>
      <w:r>
        <w:t>hum ko yahan duniya mein khuda ne basaya</w:t>
      </w:r>
    </w:p>
    <w:p>
      <w:pPr>
        <w:jc w:val="right"/>
      </w:pPr>
      <w:r>
        <w:t>ہم کو یہاں دنیا میں خدا نے بسایا</w:t>
      </w:r>
    </w:p>
    <w:p>
      <w:r>
        <w:rPr>
          <w:b/>
        </w:rPr>
        <w:t xml:space="preserve">[19:05] </w:t>
      </w:r>
      <w:r>
        <w:t>yahan rehne ka hum ko</w:t>
      </w:r>
    </w:p>
    <w:p>
      <w:pPr>
        <w:jc w:val="right"/>
      </w:pPr>
      <w:r>
        <w:t>یہاں رہنے کا ہم کو</w:t>
      </w:r>
    </w:p>
    <w:p>
      <w:r>
        <w:rPr>
          <w:b/>
        </w:rPr>
        <w:t xml:space="preserve">[19:07] </w:t>
      </w:r>
      <w:r>
        <w:t>awser diya aur ek hi test tha sirf ek test</w:t>
      </w:r>
    </w:p>
    <w:p>
      <w:pPr>
        <w:jc w:val="right"/>
      </w:pPr>
      <w:r>
        <w:t>اوسر دیا اور ایک ہی ٹیسٹ تھا صرف ایک ٹیسٹ</w:t>
      </w:r>
    </w:p>
    <w:p>
      <w:r>
        <w:rPr>
          <w:b/>
        </w:rPr>
        <w:t xml:space="preserve">[19:14] </w:t>
      </w:r>
      <w:r>
        <w:t>woh kya tha</w:t>
      </w:r>
    </w:p>
    <w:p>
      <w:pPr>
        <w:jc w:val="right"/>
      </w:pPr>
      <w:r>
        <w:t>وہ کیا تھا</w:t>
      </w:r>
    </w:p>
    <w:p>
      <w:r>
        <w:rPr>
          <w:b/>
        </w:rPr>
        <w:t xml:space="preserve">[19:17] </w:t>
      </w:r>
      <w:r>
        <w:t>woh test yeh tha</w:t>
      </w:r>
    </w:p>
    <w:p>
      <w:pPr>
        <w:jc w:val="right"/>
      </w:pPr>
      <w:r>
        <w:t>وہ ٹیسٹ یہ تھا</w:t>
      </w:r>
    </w:p>
    <w:p>
      <w:r>
        <w:rPr>
          <w:b/>
        </w:rPr>
        <w:t xml:space="preserve">[19:19] </w:t>
      </w:r>
      <w:r>
        <w:t>we have to control our freedom</w:t>
      </w:r>
    </w:p>
    <w:p>
      <w:pPr>
        <w:jc w:val="right"/>
      </w:pPr>
      <w:r>
        <w:t>وی ہیو ٹو کنٹرول اور فریڈم</w:t>
      </w:r>
    </w:p>
    <w:p>
      <w:r>
        <w:rPr>
          <w:b/>
        </w:rPr>
        <w:t xml:space="preserve">[19:25] </w:t>
      </w:r>
      <w:r>
        <w:t>hum ko khuda ne freedom diya unlimited freedom aap jante hain ke is duniya mein hum aap</w:t>
      </w:r>
    </w:p>
    <w:p>
      <w:pPr>
        <w:jc w:val="right"/>
      </w:pPr>
      <w:r>
        <w:t>ہم کو خدا نے فریڈم دیا ان لمیٹڈ فریڈم اپ جانتے ہیں کہ اس دنیا میں ہم اپ</w:t>
      </w:r>
    </w:p>
    <w:p>
      <w:r>
        <w:rPr>
          <w:b/>
        </w:rPr>
        <w:t xml:space="preserve">[19:31] </w:t>
      </w:r>
      <w:r>
        <w:t>unlimited freedom ko enjoy kar rahe hain koi check nahi jo chahe kijiye</w:t>
      </w:r>
    </w:p>
    <w:p>
      <w:pPr>
        <w:jc w:val="right"/>
      </w:pPr>
      <w:r>
        <w:t>ان لمیٹڈ فریڈم کو انجوائے کر رہے ہیں کوئی چیک نہیں جو چاہے کیجئے</w:t>
      </w:r>
    </w:p>
    <w:p>
      <w:r>
        <w:rPr>
          <w:b/>
        </w:rPr>
        <w:t xml:space="preserve">[19:39] </w:t>
      </w:r>
      <w:r>
        <w:t>aap chahe to boliye chahe to chup rahiye chahe kisi ko mariye kisi ko na mariye</w:t>
      </w:r>
    </w:p>
    <w:p>
      <w:pPr>
        <w:jc w:val="right"/>
      </w:pPr>
      <w:r>
        <w:t>اپ چاہے تو بولیے چاہے تو چپ رہیے چاہے کسی کو ماریے کسی کو نہ ماریے</w:t>
      </w:r>
    </w:p>
    <w:p>
      <w:r>
        <w:rPr>
          <w:b/>
        </w:rPr>
        <w:t xml:space="preserve">[19:48] </w:t>
      </w:r>
      <w:r>
        <w:t>chahe to suicide kar lijiye chahe zinda rahiye kuch bhi aap kijiye kuch bhi kijiye is ke liye aap ko freedom hai to aap ko khuda ne unlimited freedom jo di hai kis liye di hai not as a reward but as a test</w:t>
      </w:r>
    </w:p>
    <w:p>
      <w:pPr>
        <w:jc w:val="right"/>
      </w:pPr>
      <w:r>
        <w:t>چاہے تو سوسائیڈ کر لیجئے چاہے زندہ رہیے کچھ بھی اپ کیجئے کچھ بھی کیجئے اس کے لیے اپ کو فریڈم ہے تو اپ کو خدا نے ان لمیٹڈ فریڈم جو دی ہے کس لیے دی ہے ناٹ ایز ا ریوارڈ بٹ ایز ا ٹیسٹ</w:t>
      </w:r>
    </w:p>
    <w:p>
      <w:r>
        <w:rPr>
          <w:b/>
        </w:rPr>
        <w:t xml:space="preserve">[20:08] </w:t>
      </w:r>
      <w:r>
        <w:t>test ka matlab kya hai aap ko khuda dekh raha hai keh kaun aurat ya kaun mard hai jo apni freedom ko</w:t>
      </w:r>
    </w:p>
    <w:p>
      <w:pPr>
        <w:jc w:val="right"/>
      </w:pPr>
      <w:r>
        <w:t>ٹیسٹ کا مطلب کیا ہے اپ کو خدا دیکھ رہا ہے کہ کون عورت یا کون مرد ہے جو اپنی فریڈم کو</w:t>
      </w:r>
    </w:p>
    <w:p>
      <w:r>
        <w:rPr>
          <w:b/>
        </w:rPr>
        <w:t xml:space="preserve">[20:26] </w:t>
      </w:r>
      <w:r>
        <w:t>misuse nahi karta hai apni freedom ko misuse nahi karta</w:t>
      </w:r>
    </w:p>
    <w:p>
      <w:pPr>
        <w:jc w:val="right"/>
      </w:pPr>
      <w:r>
        <w:t>مس یوز نہیں کرتا ہے اپنی فریڈم کو مس یوز نہیں کرتا</w:t>
      </w:r>
    </w:p>
    <w:p>
      <w:r>
        <w:rPr>
          <w:b/>
        </w:rPr>
        <w:t xml:space="preserve">[20:36] </w:t>
      </w:r>
      <w:r>
        <w:t>freedom ke hote hue woh surrender karta hai freedom ke hote hue woh ek principle ko</w:t>
      </w:r>
    </w:p>
    <w:p>
      <w:pPr>
        <w:jc w:val="right"/>
      </w:pPr>
      <w:r>
        <w:t>فریڈم کے ہوتے ہوئے وہ سرینڈر کرتا ہے فریڈم کے ہوتے ہوئے وہ ایک پرنسپل کو</w:t>
      </w:r>
    </w:p>
    <w:p>
      <w:r>
        <w:rPr>
          <w:b/>
        </w:rPr>
        <w:t xml:space="preserve">[20:43] </w:t>
      </w:r>
      <w:r>
        <w:t>adhere karta hai</w:t>
      </w:r>
    </w:p>
    <w:p>
      <w:pPr>
        <w:jc w:val="right"/>
      </w:pPr>
      <w:r>
        <w:t>اڈھیر کرتا ہے</w:t>
      </w:r>
    </w:p>
    <w:p>
      <w:r>
        <w:rPr>
          <w:b/>
        </w:rPr>
        <w:t xml:space="preserve">[20:45] </w:t>
      </w:r>
      <w:r>
        <w:t>freedom ke hote hue woh apne aap ko bachata hai negativity se aur apne aap ko</w:t>
      </w:r>
    </w:p>
    <w:p>
      <w:pPr>
        <w:jc w:val="right"/>
      </w:pPr>
      <w:r>
        <w:t>فریڈم کے ہوتے ہوئے وہ اپنے اپ کو بچاتا ہے نیگیٹیوٹی سے اور اپنے اپ کو</w:t>
      </w:r>
    </w:p>
    <w:p>
      <w:r>
        <w:rPr>
          <w:b/>
        </w:rPr>
        <w:t xml:space="preserve">[20:52] </w:t>
      </w:r>
      <w:r>
        <w:t>chalta hai positivity ke raste par chalata hai</w:t>
      </w:r>
    </w:p>
    <w:p>
      <w:pPr>
        <w:jc w:val="right"/>
      </w:pPr>
      <w:r>
        <w:t>چلتا ہے پازیٹیوٹی کے راستے پر چلاتا ہے</w:t>
      </w:r>
    </w:p>
    <w:p>
      <w:r>
        <w:rPr>
          <w:b/>
        </w:rPr>
        <w:t xml:space="preserve">[20:57] </w:t>
      </w:r>
      <w:r>
        <w:t>jaise ek aadmi ne aap ko provoke kiya</w:t>
      </w:r>
    </w:p>
    <w:p>
      <w:pPr>
        <w:jc w:val="right"/>
      </w:pPr>
      <w:r>
        <w:t>جیسے ایک ادمی نے اپ کو پرووک کیا</w:t>
      </w:r>
    </w:p>
    <w:p>
      <w:r>
        <w:rPr>
          <w:b/>
        </w:rPr>
        <w:t xml:space="preserve">[21:01] </w:t>
      </w:r>
      <w:r>
        <w:t>aap ko ghussa aaya toh aap ko freedom hai ke us ko maarein</w:t>
      </w:r>
    </w:p>
    <w:p>
      <w:pPr>
        <w:jc w:val="right"/>
      </w:pPr>
      <w:r>
        <w:t>اپ کو غصہ ایا تو اپ کو فریڈم ہے کہ اس کو ماریں</w:t>
      </w:r>
    </w:p>
    <w:p>
      <w:r>
        <w:rPr>
          <w:b/>
        </w:rPr>
        <w:t xml:space="preserve">[21:06] </w:t>
      </w:r>
      <w:r>
        <w:t>maarein nahi toh kam az kam dil mein us ke liye hate rakh lein hamesha ke liye</w:t>
      </w:r>
    </w:p>
    <w:p>
      <w:pPr>
        <w:jc w:val="right"/>
      </w:pPr>
      <w:r>
        <w:t>ماریں نہیں تو کم از کم دل میں اس کے لیے ہیٹ رکھ لیں ہمیشہ کے لیے</w:t>
      </w:r>
    </w:p>
    <w:p>
      <w:r>
        <w:rPr>
          <w:b/>
        </w:rPr>
        <w:t xml:space="preserve">[21:12] </w:t>
      </w:r>
      <w:r>
        <w:t>ap ko freedom hai lekin doosra bhi ap ko option hai wahi ke ap is ko forgive kar</w:t>
      </w:r>
    </w:p>
    <w:p>
      <w:pPr>
        <w:jc w:val="right"/>
      </w:pPr>
      <w:r>
        <w:t>اپ کو فریڈم ہے لیکن دوسرا بھی اپ کو اپشن ہے وہی کہ اپ اس کو فارگیو کر</w:t>
      </w:r>
    </w:p>
    <w:p>
      <w:r>
        <w:rPr>
          <w:b/>
        </w:rPr>
        <w:t xml:space="preserve">[21:16] </w:t>
      </w:r>
      <w:r>
        <w:t>deen dil se nikal dein negative negative thought ko dil se</w:t>
      </w:r>
    </w:p>
    <w:p>
      <w:pPr>
        <w:jc w:val="right"/>
      </w:pPr>
      <w:r>
        <w:t>دیں دل سے نکال دیں نیگیٹیو نیگیٹیو تھاٹ کو دل سے</w:t>
      </w:r>
    </w:p>
    <w:p>
      <w:r>
        <w:rPr>
          <w:b/>
        </w:rPr>
        <w:t xml:space="preserve">[21:21] </w:t>
      </w:r>
      <w:r>
        <w:t>nikal dein aur apne dil mein positivity ko baqi rakhein apne dil ki</w:t>
      </w:r>
    </w:p>
    <w:p>
      <w:pPr>
        <w:jc w:val="right"/>
      </w:pPr>
      <w:r>
        <w:t>نکال دیں اور اپنے دل میں پازیٹیوٹی کو باقی رکھیں اپنے دل کی</w:t>
      </w:r>
    </w:p>
    <w:p>
      <w:r>
        <w:rPr>
          <w:b/>
        </w:rPr>
        <w:t xml:space="preserve">[21:26] </w:t>
      </w:r>
      <w:r>
        <w:t>to yahi ap ka dunya mein test hai koi doosra test nahi hai aur khuda ne ek code</w:t>
      </w:r>
    </w:p>
    <w:p>
      <w:pPr>
        <w:jc w:val="right"/>
      </w:pPr>
      <w:r>
        <w:t>تو یہی اپ کا دنیا میں ٹیسٹ ہے کوئی دوسرا ٹیسٹ نہیں ہے اور خدا نے ایک کوڈ</w:t>
      </w:r>
    </w:p>
    <w:p>
      <w:r>
        <w:rPr>
          <w:b/>
        </w:rPr>
        <w:t xml:space="preserve">[21:35] </w:t>
      </w:r>
      <w:r>
        <w:t>of conduct bata diya ke yeh karna hai ya nahi karna hai matlab sach bolna hai jhoot nahi</w:t>
      </w:r>
    </w:p>
    <w:p>
      <w:pPr>
        <w:jc w:val="right"/>
      </w:pPr>
      <w:r>
        <w:t>اف کنڈکٹ بتا دیا کہ یہ کرنا ہے یا نہیں کرنا ہے مطلب سچ بولنا ہے جھوٹ نہیں</w:t>
      </w:r>
    </w:p>
    <w:p>
      <w:r>
        <w:rPr>
          <w:b/>
        </w:rPr>
        <w:t xml:space="preserve">[21:40] </w:t>
      </w:r>
      <w:r>
        <w:t>bolna hai peaceful tareeqe se rehna hai violence nahi karna hai kisi ke khilaf</w:t>
      </w:r>
    </w:p>
    <w:p>
      <w:pPr>
        <w:jc w:val="right"/>
      </w:pPr>
      <w:r>
        <w:t>بولنا ہے پیس فل طریقے سے رہنا ہے وائلنس نہیں کرنا ہے کسی کے خلاف</w:t>
      </w:r>
    </w:p>
    <w:p>
      <w:r>
        <w:rPr>
          <w:b/>
        </w:rPr>
        <w:t xml:space="preserve">[21:48] </w:t>
      </w:r>
      <w:r>
        <w:t>love ke sath rehna hai hate ke sath nahi rehna hai</w:t>
      </w:r>
    </w:p>
    <w:p>
      <w:pPr>
        <w:jc w:val="right"/>
      </w:pPr>
      <w:r>
        <w:t>لو کے ساتھ رہنا ہے ہیٹ کے ساتھ نہیں رہنا ہے</w:t>
      </w:r>
    </w:p>
    <w:p>
      <w:r>
        <w:rPr>
          <w:b/>
        </w:rPr>
        <w:t xml:space="preserve">[21:54] </w:t>
      </w:r>
      <w:r>
        <w:t>yani poora ek life ka ek ek code khuda ne de diya ke is ko follow karna hai to freedom ke hote hue hum is ko follow karein to hum hamara selection hoga paradise ke liye ye tha is ke liye dunya ye chal rahi thi</w:t>
      </w:r>
    </w:p>
    <w:p>
      <w:pPr>
        <w:jc w:val="right"/>
      </w:pPr>
      <w:r>
        <w:t>یعنی پورا ایک لائف کا ایک ایک کوڈ خدا نے دے دیا کہ اس کو فالو کرنا ہے تو فریڈم کے ہوتے ہوئے ہم اس کو فالو کریں تو ہم ہمارا سلیکشن ہوگا پیراڈائز کے لیے یہ تھا اس کے لیے دنیا یہ چل رہی تھی</w:t>
      </w:r>
    </w:p>
    <w:p>
      <w:r>
        <w:rPr>
          <w:b/>
        </w:rPr>
        <w:t xml:space="preserve">[22:17] </w:t>
      </w:r>
      <w:r>
        <w:t>lekin khuda ke yani khuda ne jo ek period tha khuda ke mind mein ke itne din tak dunya chalegi is ke baad nahi chalegi is ke baad is ko khatam kar diya gaya phir doosra phase life ka shuru hoga yani there are two phases of human life pre death period aur post death period</w:t>
      </w:r>
    </w:p>
    <w:p>
      <w:pPr>
        <w:jc w:val="right"/>
      </w:pPr>
      <w:r>
        <w:t>لیکن خدا کے یعنی خدا نے جو ایک پیریڈ تھا خدا کے مائنڈ میں کہ اتنے دن تک دنیا چلے گی اس کے بعد نہیں چلے گی اس کے بعد اس کو ختم کر دیا گیا پھر دوسرا فیز لائف کا شروع ہوگا یعنی دیر ار ٹو فیزز اف ہیومن لائف پری ڈیتھ پیریڈ اور پوسٹ ڈیتھ پیریڈ</w:t>
      </w:r>
    </w:p>
    <w:p>
      <w:r>
        <w:rPr>
          <w:b/>
        </w:rPr>
        <w:t xml:space="preserve">[22:45] </w:t>
      </w:r>
      <w:r>
        <w:t>ya to period of life pre death period aur post death period to hamara jo yeh jo period</w:t>
      </w:r>
    </w:p>
    <w:p>
      <w:pPr>
        <w:jc w:val="right"/>
      </w:pPr>
      <w:r>
        <w:t>یا ٹو پیریڈ اف لائف پری ڈیتھ پیریڈ اور پوسٹ ڈیتھ پیریڈ تو ہمارا جو یہ جو پیریڈ</w:t>
      </w:r>
    </w:p>
    <w:p>
      <w:r>
        <w:rPr>
          <w:b/>
        </w:rPr>
        <w:t xml:space="preserve">[22:53] </w:t>
      </w:r>
      <w:r>
        <w:t>tha ab woh end par aa gaya hai yeh sign hai ke khuda jo hai</w:t>
      </w:r>
    </w:p>
    <w:p>
      <w:pPr>
        <w:jc w:val="right"/>
      </w:pPr>
      <w:r>
        <w:t>تھا اب وہ اینڈ پر ا گیا ہے یہ سائن ہے کہ خدا جو ہے</w:t>
      </w:r>
    </w:p>
    <w:p>
      <w:r>
        <w:rPr>
          <w:b/>
        </w:rPr>
        <w:t xml:space="preserve">[23:01] </w:t>
      </w:r>
      <w:r>
        <w:t>is se pehle jo check and balance ka system dunya mein qaim kiye hue tha us ko khuda</w:t>
      </w:r>
    </w:p>
    <w:p>
      <w:pPr>
        <w:jc w:val="right"/>
      </w:pPr>
      <w:r>
        <w:t>اس سے پہلے جو چیک اینڈ بیلنس کا سسٹم دنیا میں قائم کیے ہوئے تھا اس کو خدا</w:t>
      </w:r>
    </w:p>
    <w:p>
      <w:r>
        <w:rPr>
          <w:b/>
        </w:rPr>
        <w:t xml:space="preserve">[23:07] </w:t>
      </w:r>
      <w:r>
        <w:t>ne woh kar diya</w:t>
      </w:r>
    </w:p>
    <w:p>
      <w:pPr>
        <w:jc w:val="right"/>
      </w:pPr>
      <w:r>
        <w:t>نے وہ کر دیا</w:t>
      </w:r>
    </w:p>
    <w:p>
      <w:r>
        <w:rPr>
          <w:b/>
        </w:rPr>
        <w:t xml:space="preserve">[23:12] </w:t>
      </w:r>
      <w:r>
        <w:t>rok diya suspend kar diya</w:t>
      </w:r>
    </w:p>
    <w:p>
      <w:pPr>
        <w:jc w:val="right"/>
      </w:pPr>
      <w:r>
        <w:t>روک دیا سسپینڈ کر دیا</w:t>
      </w:r>
    </w:p>
    <w:p>
      <w:r>
        <w:rPr>
          <w:b/>
        </w:rPr>
        <w:t xml:space="preserve">[23:15] </w:t>
      </w:r>
      <w:r>
        <w:t>yeh ek sign hai</w:t>
      </w:r>
    </w:p>
    <w:p>
      <w:pPr>
        <w:jc w:val="right"/>
      </w:pPr>
      <w:r>
        <w:t>یہ ایک سائن ہے</w:t>
      </w:r>
    </w:p>
    <w:p>
      <w:r>
        <w:rPr>
          <w:b/>
        </w:rPr>
        <w:t xml:space="preserve">[23:18] </w:t>
      </w:r>
      <w:r>
        <w:t>is se pehle insan pollute karta tha is se pehle insan dunya mein bohat zyada gadbad karta tha</w:t>
      </w:r>
    </w:p>
    <w:p>
      <w:pPr>
        <w:jc w:val="right"/>
      </w:pPr>
      <w:r>
        <w:t>اس سے پہلے انسان پلوٹ کرتا تھا اس سے پہلے انسان دنیا میں بہت زیادہ گڑبڑ کرتا تھا</w:t>
      </w:r>
    </w:p>
    <w:p>
      <w:r>
        <w:rPr>
          <w:b/>
        </w:rPr>
        <w:t xml:space="preserve">[23:24] </w:t>
      </w:r>
      <w:r>
        <w:t>lekin check and balance ka jo system hai us ko in khuda is se bachata rehta tha bachata</w:t>
      </w:r>
    </w:p>
    <w:p>
      <w:pPr>
        <w:jc w:val="right"/>
      </w:pPr>
      <w:r>
        <w:t>لیکن چیک اینڈ بیلنس کا جو سسٹم ہے اس کو ان خدا اس سے بچاتا رہتا تھا بچاتا</w:t>
      </w:r>
    </w:p>
    <w:p>
      <w:r>
        <w:rPr>
          <w:b/>
        </w:rPr>
        <w:t xml:space="preserve">[23:30] </w:t>
      </w:r>
      <w:r>
        <w:t>rehta tha ab woh suspend kar diya gaya woh system yeh is baat ka sign hai ke insan</w:t>
      </w:r>
    </w:p>
    <w:p>
      <w:pPr>
        <w:jc w:val="right"/>
      </w:pPr>
      <w:r>
        <w:t>رہتا تھا اب وہ سسپینڈ کر دیا گیا وہ سسٹم یہ اس بات کا سائن ہے کہ انسان</w:t>
      </w:r>
    </w:p>
    <w:p>
      <w:r>
        <w:rPr>
          <w:b/>
        </w:rPr>
        <w:t xml:space="preserve">[23:37] </w:t>
      </w:r>
      <w:r>
        <w:t>اب you human history is reaching to its end</w:t>
      </w:r>
    </w:p>
    <w:p>
      <w:pPr>
        <w:jc w:val="right"/>
      </w:pPr>
      <w:r>
        <w:t>اب یو ہیومن ہسٹری از ریچنگ ٹو اٹس اینڈ</w:t>
      </w:r>
    </w:p>
    <w:p>
      <w:r>
        <w:rPr>
          <w:b/>
        </w:rPr>
        <w:t xml:space="preserve">[23:43] </w:t>
      </w:r>
      <w:r>
        <w:t>yeh sign hai</w:t>
      </w:r>
    </w:p>
    <w:p>
      <w:pPr>
        <w:jc w:val="right"/>
      </w:pPr>
      <w:r>
        <w:t>یہ سائن ہے</w:t>
      </w:r>
    </w:p>
    <w:p>
      <w:r>
        <w:rPr>
          <w:b/>
        </w:rPr>
        <w:t xml:space="preserve">[23:46] </w:t>
      </w:r>
      <w:r>
        <w:t>to global warming ko explain karne ke liye yahi ek hi formula hai scientific community warning to de</w:t>
      </w:r>
    </w:p>
    <w:p>
      <w:pPr>
        <w:jc w:val="right"/>
      </w:pPr>
      <w:r>
        <w:t>تو گلوبل وارمنگ کو ایکسپلین کرنے کے لیے یہی ایک ہی فارمولا ہے سائنٹیفک کمیونٹی وارننگ تو دے</w:t>
      </w:r>
    </w:p>
    <w:p>
      <w:r>
        <w:rPr>
          <w:b/>
        </w:rPr>
        <w:t xml:space="preserve">[23:55] </w:t>
      </w:r>
      <w:r>
        <w:t>rahi hai lekin scientific community ke paas is ko explain karne ke liye koi cheez nahi hai</w:t>
      </w:r>
    </w:p>
    <w:p>
      <w:pPr>
        <w:jc w:val="right"/>
      </w:pPr>
      <w:r>
        <w:t>رہی ہے لیکن سائنٹیفک کمیونٹی کے پاس اس کو ایکسپلین کرنے کے لیے کوئی چیز نہیں ہے</w:t>
      </w:r>
    </w:p>
    <w:p>
      <w:r>
        <w:rPr>
          <w:b/>
        </w:rPr>
        <w:t xml:space="preserve">[24:03] </w:t>
      </w:r>
      <w:r>
        <w:t>daily un ke taraf se baatein aa rahi hain media mein aur scientific magazine mein chhap rahi hain</w:t>
      </w:r>
    </w:p>
    <w:p>
      <w:pPr>
        <w:jc w:val="right"/>
      </w:pPr>
      <w:r>
        <w:t>ڈیلی ان کے طرف سے باتیں ا رہی ہیں میڈیا میں اور سائنٹیفک میگزین میں چھپ رہی ہیں</w:t>
      </w:r>
    </w:p>
    <w:p>
      <w:r>
        <w:rPr>
          <w:b/>
        </w:rPr>
        <w:t xml:space="preserve">[24:10] </w:t>
      </w:r>
      <w:r>
        <w:t>books bhi is par chhap rahi hain</w:t>
      </w:r>
    </w:p>
    <w:p>
      <w:pPr>
        <w:jc w:val="right"/>
      </w:pPr>
      <w:r>
        <w:t>بکس بھی اس پر چھپ رہی ہیں</w:t>
      </w:r>
    </w:p>
    <w:p>
      <w:r>
        <w:rPr>
          <w:b/>
        </w:rPr>
        <w:t xml:space="preserve">[24:13] </w:t>
      </w:r>
      <w:r>
        <w:t>to woh sirf inform kar rahe hain hum ko</w:t>
      </w:r>
    </w:p>
    <w:p>
      <w:pPr>
        <w:jc w:val="right"/>
      </w:pPr>
      <w:r>
        <w:t>تو وہ صرف انفارم کر رہے ہیں ہم کو</w:t>
      </w:r>
    </w:p>
    <w:p>
      <w:r>
        <w:rPr>
          <w:b/>
        </w:rPr>
        <w:t xml:space="preserve">[24:18] </w:t>
      </w:r>
      <w:r>
        <w:t>yeh jo phenomena ek naya aya hai is ki hamein information de rahi hain lekin doosra jo sawal</w:t>
      </w:r>
    </w:p>
    <w:p>
      <w:pPr>
        <w:jc w:val="right"/>
      </w:pPr>
      <w:r>
        <w:t>یہ جو فیناومینا ایک نیا ایا ہے اس کی ہمیں انفارمیشن دے رہی ہیں لیکن دوسرا جو سوال</w:t>
      </w:r>
    </w:p>
    <w:p>
      <w:r>
        <w:rPr>
          <w:b/>
        </w:rPr>
        <w:t xml:space="preserve">[24:27] </w:t>
      </w:r>
      <w:r>
        <w:t>hai ke how to explain this phenomena</w:t>
      </w:r>
    </w:p>
    <w:p>
      <w:pPr>
        <w:jc w:val="right"/>
      </w:pPr>
      <w:r>
        <w:t>ہے کہ ہاؤ ٹو ایکسپلین دس فیناومینا</w:t>
      </w:r>
    </w:p>
    <w:p>
      <w:r>
        <w:rPr>
          <w:b/>
        </w:rPr>
        <w:t xml:space="preserve">[24:31] </w:t>
      </w:r>
      <w:r>
        <w:t>is ke baad is is ke liye scientific community ke paas kuch bhi kehne ke liye nahi hai</w:t>
      </w:r>
    </w:p>
    <w:p>
      <w:pPr>
        <w:jc w:val="right"/>
      </w:pPr>
      <w:r>
        <w:t>اس کے بعد اس اس کے لیے سائنٹیفک کمیونٹی کے پاس کچھ بھی کہنے کے لیے نہیں ہے</w:t>
      </w:r>
    </w:p>
    <w:p>
      <w:r>
        <w:rPr>
          <w:b/>
        </w:rPr>
        <w:t xml:space="preserve">[24:38] </w:t>
      </w:r>
      <w:r>
        <w:t>to yahan main samajhta hoon ke agar aap yeh karen</w:t>
      </w:r>
    </w:p>
    <w:p>
      <w:pPr>
        <w:jc w:val="right"/>
      </w:pPr>
      <w:r>
        <w:t>تو یہاں میں سمجھتا ہوں کہ اگر اپ یہ کریں</w:t>
      </w:r>
    </w:p>
    <w:p>
      <w:r>
        <w:rPr>
          <w:b/>
        </w:rPr>
        <w:t xml:space="preserve">[24:43] </w:t>
      </w:r>
      <w:r>
        <w:t>ke jo information aap ko mil rahi hai science se is information ki light mein aap religious teaching</w:t>
      </w:r>
    </w:p>
    <w:p>
      <w:pPr>
        <w:jc w:val="right"/>
      </w:pPr>
      <w:r>
        <w:t>کہ جو انفارمیشن اپ کو مل رہی ہے سائنس سے اس انفارمیشن کی لائٹ میں اپ ریلیجس ٹیچنگ</w:t>
      </w:r>
    </w:p>
    <w:p>
      <w:r>
        <w:rPr>
          <w:b/>
        </w:rPr>
        <w:t xml:space="preserve">[24:49] </w:t>
      </w:r>
      <w:r>
        <w:t>ko dekhen religion ne jo bataya tha us ko samne rakhen to dono mil kar ke hum ek</w:t>
      </w:r>
    </w:p>
    <w:p>
      <w:pPr>
        <w:jc w:val="right"/>
      </w:pPr>
      <w:r>
        <w:t>کو دیکھیں ریلیجن نے جو بتایا تھا اس کو سامنے رکھیں تو دونوں مل کر کے ہم ایک</w:t>
      </w:r>
    </w:p>
    <w:p>
      <w:r>
        <w:rPr>
          <w:b/>
        </w:rPr>
        <w:t xml:space="preserve">[25:00] </w:t>
      </w:r>
      <w:r>
        <w:t>explanation tak pohnch jaate hain</w:t>
      </w:r>
    </w:p>
    <w:p>
      <w:pPr>
        <w:jc w:val="right"/>
      </w:pPr>
      <w:r>
        <w:t>ایکسپلینیشن تک پہنچ جاتے ہیں</w:t>
      </w:r>
    </w:p>
    <w:p>
      <w:r>
        <w:rPr>
          <w:b/>
        </w:rPr>
        <w:t xml:space="preserve">[25:03] </w:t>
      </w:r>
      <w:r>
        <w:t>agar aap aisa karen ke religious teaching ko chhod den</w:t>
      </w:r>
    </w:p>
    <w:p>
      <w:pPr>
        <w:jc w:val="right"/>
      </w:pPr>
      <w:r>
        <w:t>اگر اپ ایسا کریں کہ ریلیجس ٹیچنگ کو چھوڑ دیں</w:t>
      </w:r>
    </w:p>
    <w:p>
      <w:r>
        <w:rPr>
          <w:b/>
        </w:rPr>
        <w:t xml:space="preserve">[25:08] </w:t>
      </w:r>
      <w:r>
        <w:t>aur sirf scientific community ki jo warning hai us ko lete rahen to phir koi explanation nahin hai</w:t>
      </w:r>
    </w:p>
    <w:p>
      <w:pPr>
        <w:jc w:val="right"/>
      </w:pPr>
      <w:r>
        <w:t>اور صرف سائنٹیفک کمیونٹی کی جو وارننگ ہے اس کو لیتے رہیں تو پھر کوئی ایکسپلینیشن نہیں ہے</w:t>
      </w:r>
    </w:p>
    <w:p>
      <w:r>
        <w:rPr>
          <w:b/>
        </w:rPr>
        <w:t xml:space="preserve">[25:15] </w:t>
      </w:r>
      <w:r>
        <w:t>phir to us waqt disappointment ke aur koi aap ke paas kuch nahin hai hum sab log</w:t>
      </w:r>
    </w:p>
    <w:p>
      <w:pPr>
        <w:jc w:val="right"/>
      </w:pPr>
      <w:r>
        <w:t>پھر تو اس وقت ڈس اپوائنٹمنٹ کے اور کوئی اپ کے پاس کچھ نہیں ہے ہم سب لوگ</w:t>
      </w:r>
    </w:p>
    <w:p>
      <w:r>
        <w:rPr>
          <w:b/>
        </w:rPr>
        <w:t xml:space="preserve">[25:20] </w:t>
      </w:r>
      <w:r>
        <w:t>ek blind alley mein pohnch chuke hain</w:t>
      </w:r>
    </w:p>
    <w:p>
      <w:pPr>
        <w:jc w:val="right"/>
      </w:pPr>
      <w:r>
        <w:t>ایک بلائنڈ ایلی میں پہنچ چکے ہیں</w:t>
      </w:r>
    </w:p>
    <w:p>
      <w:r>
        <w:rPr>
          <w:b/>
        </w:rPr>
        <w:t xml:space="preserve">[25:24] </w:t>
      </w:r>
      <w:r>
        <w:t>kyunke</w:t>
      </w:r>
    </w:p>
    <w:p>
      <w:pPr>
        <w:jc w:val="right"/>
      </w:pPr>
      <w:r>
        <w:t>کیونکہ</w:t>
      </w:r>
    </w:p>
    <w:p>
      <w:r>
        <w:rPr>
          <w:b/>
        </w:rPr>
        <w:t xml:space="preserve">[25:24] </w:t>
      </w:r>
      <w:r>
        <w:t>tamam scientific community jo hai universally yeh keh rahi hai ke yeh yeh jo ho raha hai yeh</w:t>
      </w:r>
    </w:p>
    <w:p>
      <w:pPr>
        <w:jc w:val="right"/>
      </w:pPr>
      <w:r>
        <w:t>تمام سائنٹیفک کمیونٹی جو ہے یونیورسلی یہ کہہ رہی ہے کہ یہ یہ جو ہو رہا ہے یہ</w:t>
      </w:r>
    </w:p>
    <w:p>
      <w:r>
        <w:rPr>
          <w:b/>
        </w:rPr>
        <w:t xml:space="preserve">[25:31] </w:t>
      </w:r>
      <w:r>
        <w:t>irreversible hai</w:t>
      </w:r>
    </w:p>
    <w:p>
      <w:pPr>
        <w:jc w:val="right"/>
      </w:pPr>
      <w:r>
        <w:t>ایریورس ایبل ہے</w:t>
      </w:r>
    </w:p>
    <w:p>
      <w:r>
        <w:rPr>
          <w:b/>
        </w:rPr>
        <w:t xml:space="preserve">[25:34] </w:t>
      </w:r>
      <w:r>
        <w:t>irreversible hai hum dobara zameen par woh life se life support system jo tha duniya mein jo</w:t>
      </w:r>
    </w:p>
    <w:p>
      <w:pPr>
        <w:jc w:val="right"/>
      </w:pPr>
      <w:r>
        <w:t>ایریورس ایبل ہے ہم دوبارہ زمین پر وہ لائف سے لائف سپورٹ سسٹم جو تھا دنیا میں جو</w:t>
      </w:r>
    </w:p>
    <w:p>
      <w:r>
        <w:rPr>
          <w:b/>
        </w:rPr>
        <w:t xml:space="preserve">[25:41] </w:t>
      </w:r>
      <w:r>
        <w:t>disturb ho gaya hai us ko aap phir se nahin reestablish nahin kar sakte aap</w:t>
      </w:r>
    </w:p>
    <w:p>
      <w:pPr>
        <w:jc w:val="right"/>
      </w:pPr>
      <w:r>
        <w:t>ڈسٹرب ہو گیا ہے اس کو اپ پھر سے نہیں ری اسٹیبلش نہیں کر سکتے اپ</w:t>
      </w:r>
    </w:p>
    <w:p>
      <w:r>
        <w:rPr>
          <w:b/>
        </w:rPr>
        <w:t xml:space="preserve">[25:47] </w:t>
      </w:r>
      <w:r>
        <w:t>main ne aap ko misaal di ke sulfur dust ko fiza mein daalne ka jo socha logon ne</w:t>
      </w:r>
    </w:p>
    <w:p>
      <w:pPr>
        <w:jc w:val="right"/>
      </w:pPr>
      <w:r>
        <w:t>میں نے اپ کو مثال دی کہ سلفر ڈسٹ کو فضا میں ڈالنے کا جو سوچا لوگوں نے</w:t>
      </w:r>
    </w:p>
    <w:p>
      <w:r>
        <w:rPr>
          <w:b/>
        </w:rPr>
        <w:t xml:space="preserve">[25:53] </w:t>
      </w:r>
      <w:r>
        <w:t>to maloom hua ke yeh to aur museebat hai woh to layer damage ho jayega phir yeh</w:t>
      </w:r>
    </w:p>
    <w:p>
      <w:pPr>
        <w:jc w:val="right"/>
      </w:pPr>
      <w:r>
        <w:t>تو معلوم ہوا کہ یہ تو اور مصیبت ہے وہ تو لیری ڈیمج ہو جائے گا پھر یہ</w:t>
      </w:r>
    </w:p>
    <w:p>
      <w:r>
        <w:rPr>
          <w:b/>
        </w:rPr>
        <w:t xml:space="preserve">[25:58] </w:t>
      </w:r>
      <w:r>
        <w:t>socha ke chal kar ke hum kisi aur sayare kisi aur planet mein basen to maloom hua woh</w:t>
      </w:r>
    </w:p>
    <w:p>
      <w:pPr>
        <w:jc w:val="right"/>
      </w:pPr>
      <w:r>
        <w:t>سوچا کہ چل کر کے ہم کسی اور سیارے کسی اور پلینٹ میں بسیں تو معلوم ہوا وہ</w:t>
      </w:r>
    </w:p>
    <w:p>
      <w:r>
        <w:rPr>
          <w:b/>
        </w:rPr>
        <w:t xml:space="preserve">[26:03] </w:t>
      </w:r>
      <w:r>
        <w:t>bhi nahin ho sakta kyunke wahan hum jo cosmic radiation ka jo problem hai us ko hum</w:t>
      </w:r>
    </w:p>
    <w:p>
      <w:pPr>
        <w:jc w:val="right"/>
      </w:pPr>
      <w:r>
        <w:t>بھی نہیں ہو سکتا کیونکہ وہاں ہم جو کاسمک ریڈی ایشن کا جو پرابلم ہے اس کو ہم</w:t>
      </w:r>
    </w:p>
    <w:p>
      <w:r>
        <w:rPr>
          <w:b/>
        </w:rPr>
        <w:t xml:space="preserve">[26:09] </w:t>
      </w:r>
      <w:r>
        <w:t>face nahi kar sakte</w:t>
      </w:r>
    </w:p>
    <w:p>
      <w:pPr>
        <w:jc w:val="right"/>
      </w:pPr>
      <w:r>
        <w:t>فیس نہیں کر سکتے</w:t>
      </w:r>
    </w:p>
    <w:p>
      <w:r>
        <w:rPr>
          <w:b/>
        </w:rPr>
        <w:t xml:space="preserve">[26:13] </w:t>
      </w:r>
      <w:r>
        <w:t>to scientific community ke paas is phenomena ka koi bhi explanation nahi hai to yahan par hamare liye is ke sath koi option nahi hai ke religion mein jo explanation diya gaya hai is ko hum milakar dekhein tab hum samajh paate hain is maamle ko</w:t>
      </w:r>
    </w:p>
    <w:p>
      <w:pPr>
        <w:jc w:val="right"/>
      </w:pPr>
      <w:r>
        <w:t>تو سائنٹیفک کمیونٹی کے پاس اس فیناومینا کا کوئی بھی ایکسپلینیشن نہیں ہے تو یہاں پر ہمارے لیے اس کے ساتھ کوئی اپشن نہیں ہے کہ ریلیجن میں جو ایکسپلینیشن دیا گیا ہے اس کو ہم ملا کر دیکھیں تب ہم سمجھ پاتے ہیں اس معاملے کو</w:t>
      </w:r>
    </w:p>
    <w:p>
      <w:r>
        <w:rPr>
          <w:b/>
        </w:rPr>
        <w:t xml:space="preserve">[26:39] </w:t>
      </w:r>
      <w:r>
        <w:t>to yahi main us waqt aap se kehna chahta hoon</w:t>
      </w:r>
    </w:p>
    <w:p>
      <w:pPr>
        <w:jc w:val="right"/>
      </w:pPr>
      <w:r>
        <w:t>تو یہی میں اس وقت اپ سے کہنا چاہتا ہوں</w:t>
      </w:r>
    </w:p>
    <w:p>
      <w:r>
        <w:rPr>
          <w:b/>
        </w:rPr>
        <w:t xml:space="preserve">[26:44] </w:t>
      </w:r>
      <w:r>
        <w:t>aap sab log jante hain ke global warming</w:t>
      </w:r>
    </w:p>
    <w:p>
      <w:pPr>
        <w:jc w:val="right"/>
      </w:pPr>
      <w:r>
        <w:t>اپ سب لوگ جانتے ہیں کہ گلوبل وارمنگ</w:t>
      </w:r>
    </w:p>
    <w:p>
      <w:r>
        <w:rPr>
          <w:b/>
        </w:rPr>
        <w:t xml:space="preserve">[26:48] </w:t>
      </w:r>
      <w:r>
        <w:t>badhti ja rahi hai</w:t>
      </w:r>
    </w:p>
    <w:p>
      <w:pPr>
        <w:jc w:val="right"/>
      </w:pPr>
      <w:r>
        <w:t>بڑھتی جا رہی ہے</w:t>
      </w:r>
    </w:p>
    <w:p>
      <w:r>
        <w:rPr>
          <w:b/>
        </w:rPr>
        <w:t xml:space="preserve">[26:51] </w:t>
      </w:r>
      <w:r>
        <w:t>aur woh control karna hamare bas mein nahin hai</w:t>
      </w:r>
    </w:p>
    <w:p>
      <w:pPr>
        <w:jc w:val="right"/>
      </w:pPr>
      <w:r>
        <w:t>اور وہ کنٹرول کرنا ہمارے بس میں نہیں ہے</w:t>
      </w:r>
    </w:p>
    <w:p>
      <w:r>
        <w:rPr>
          <w:b/>
        </w:rPr>
        <w:t xml:space="preserve">[26:57] </w:t>
      </w:r>
      <w:r>
        <w:t>yeh bilkul ek ek well known baat ho chuki hai</w:t>
      </w:r>
    </w:p>
    <w:p>
      <w:pPr>
        <w:jc w:val="right"/>
      </w:pPr>
      <w:r>
        <w:t>یہ بالکل ایک ایک ویل نون بات ہو چکی ہے</w:t>
      </w:r>
    </w:p>
    <w:p>
      <w:r>
        <w:rPr>
          <w:b/>
        </w:rPr>
        <w:t xml:space="preserve">[27:01] </w:t>
      </w:r>
      <w:r>
        <w:t>agarche aap dekhiye aaj kal mein dekhta hoon logon ko</w:t>
      </w:r>
    </w:p>
    <w:p>
      <w:pPr>
        <w:jc w:val="right"/>
      </w:pPr>
      <w:r>
        <w:t>اگرچہ اپ دیکھیے اج کل میں دیکھتا ہوں لوگوں کو</w:t>
      </w:r>
    </w:p>
    <w:p>
      <w:r>
        <w:rPr>
          <w:b/>
        </w:rPr>
        <w:t xml:space="preserve">[27:05] </w:t>
      </w:r>
      <w:r>
        <w:t>ke ho ha culture abhi tak chal raha hai waise hi ke waise hi main radio sunta hoon to</w:t>
      </w:r>
    </w:p>
    <w:p>
      <w:pPr>
        <w:jc w:val="right"/>
      </w:pPr>
      <w:r>
        <w:t>کہ ہوہا کلچر ابھی تک چل رہا ہے ویسے ہی کہ ویسے ہی میں ریڈیو سنتا ہوں تو</w:t>
      </w:r>
    </w:p>
    <w:p>
      <w:r>
        <w:rPr>
          <w:b/>
        </w:rPr>
        <w:t xml:space="preserve">[27:11] </w:t>
      </w:r>
      <w:r>
        <w:t>is mein wahi sab ho ha hota hai</w:t>
      </w:r>
    </w:p>
    <w:p>
      <w:pPr>
        <w:jc w:val="right"/>
      </w:pPr>
      <w:r>
        <w:t>اس میں وہی سب ہوا ہوتا ہے</w:t>
      </w:r>
    </w:p>
    <w:p>
      <w:r>
        <w:rPr>
          <w:b/>
        </w:rPr>
        <w:t xml:space="preserve">[27:15] </w:t>
      </w:r>
      <w:r>
        <w:t>road par dekhta hoon sab bamba bhi woh sab hawa kar rahe hain log sirf scientific community is</w:t>
      </w:r>
    </w:p>
    <w:p>
      <w:pPr>
        <w:jc w:val="right"/>
      </w:pPr>
      <w:r>
        <w:t>روڈ پر دیکھتا ہوں سب بمبا بھی وہ سب ہوا کر رہے ہیں لوگ صرف سائنٹیفک کمیونٹی اس</w:t>
      </w:r>
    </w:p>
    <w:p>
      <w:r>
        <w:rPr>
          <w:b/>
        </w:rPr>
        <w:t xml:space="preserve">[27:19] </w:t>
      </w:r>
      <w:r>
        <w:t>ko bohat seriously le rahi hai</w:t>
      </w:r>
    </w:p>
    <w:p>
      <w:pPr>
        <w:jc w:val="right"/>
      </w:pPr>
      <w:r>
        <w:t>کو بہت سیریسلی لے رہی ہے</w:t>
      </w:r>
    </w:p>
    <w:p>
      <w:r>
        <w:rPr>
          <w:b/>
        </w:rPr>
        <w:t xml:space="preserve">[27:24] </w:t>
      </w:r>
      <w:r>
        <w:t>any other than scientific community no one is taking it seriously</w:t>
      </w:r>
    </w:p>
    <w:p>
      <w:pPr>
        <w:jc w:val="right"/>
      </w:pPr>
      <w:r>
        <w:t>اینی ادر دین سائنٹیفک کمیونٹی نو ون از ٹیکنگ اٹ سیریسلی</w:t>
      </w:r>
    </w:p>
    <w:p>
      <w:r>
        <w:rPr>
          <w:b/>
        </w:rPr>
        <w:t xml:space="preserve">[27:30] </w:t>
      </w:r>
      <w:r>
        <w:t>saare dunya ke science jo hain science scientist jo hain wo bohat change change hain bohat zyada change hain is is issue ko le kar ke log jo hain wo to apna waise hi ke waise hi apna hua kar rahe hain lekin sawal ye hai ke ye to ostrich like habit hai ye ye ostrich habit jis ko kehte hain ke aap star ko dekh rahe hain aur sirf aap ne aankhein band kar liya aap ne to agar star mar raha hai</w:t>
      </w:r>
    </w:p>
    <w:p>
      <w:pPr>
        <w:jc w:val="right"/>
      </w:pPr>
      <w:r>
        <w:t>سارے دنیا کے سائنس جو ہیں سائنس سائنٹسٹ جو ہیں وہ بہت چینج چینجت ہیں بہت زیادہ چینجت ہیں اس اس ایشو کو لے کر کے لوگ جو ہیں وہ تو اپنا ویسے ہی کہ ویسے ہی اپنا ہوا کر رہے ہیں لیکن سوال یہ ہے کہ یہ تو اسٹچ لائک ہیبٹ ہے یہ یہ اسٹچ ہیبٹ جس کو کہتے ہیں کہ اپ اسٹار کو دیکھ رہے ہیں اور صرف اپ نے انکھیں بند کر لیا اپ نے تو اگر اسٹار مار رہا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