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Combined Efforts April 14, 2018</w:t>
      </w:r>
    </w:p>
    <w:p>
      <w:r>
        <w:t>https://www.youtube.com/watch?v=0Sv4c7bEwX4</w:t>
      </w:r>
    </w:p>
    <w:p>
      <w:r>
        <w:rPr>
          <w:b/>
        </w:rPr>
        <w:t xml:space="preserve">[00:14] </w:t>
      </w:r>
      <w:r>
        <w:t>bismillah hir rahman nir rahim. 14 april 2018.</w:t>
      </w:r>
    </w:p>
    <w:p>
      <w:pPr>
        <w:jc w:val="right"/>
      </w:pPr>
      <w:r>
        <w:t>بسم اللہ الرحمن الرحیم۔ 14 اپریل 2018۔</w:t>
      </w:r>
    </w:p>
    <w:p>
      <w:r>
        <w:rPr>
          <w:b/>
        </w:rPr>
        <w:t xml:space="preserve">[00:25] </w:t>
      </w:r>
      <w:r>
        <w:t>aaj ek baat, mere bhai, ek hadith ko le kar.</w:t>
      </w:r>
    </w:p>
    <w:p>
      <w:pPr>
        <w:jc w:val="right"/>
      </w:pPr>
      <w:r>
        <w:t>آج ایک بات، میرے بھائی، ایک حدیث کو لے کر۔</w:t>
      </w:r>
    </w:p>
    <w:p>
      <w:r>
        <w:rPr>
          <w:b/>
        </w:rPr>
        <w:t xml:space="preserve">[00:33] </w:t>
      </w:r>
      <w:r>
        <w:t>ek hadith hai</w:t>
      </w:r>
    </w:p>
    <w:p>
      <w:pPr>
        <w:jc w:val="right"/>
      </w:pPr>
      <w:r>
        <w:t>ایک حدیث ہے</w:t>
      </w:r>
    </w:p>
    <w:p>
      <w:r>
        <w:rPr>
          <w:b/>
        </w:rPr>
        <w:t xml:space="preserve">[00:37] </w:t>
      </w:r>
      <w:r>
        <w:t>ke jo insan—</w:t>
      </w:r>
    </w:p>
    <w:p>
      <w:pPr>
        <w:jc w:val="right"/>
      </w:pPr>
      <w:r>
        <w:t>کہ جو انسان—</w:t>
      </w:r>
    </w:p>
    <w:p>
      <w:r>
        <w:rPr>
          <w:b/>
        </w:rPr>
        <w:t xml:space="preserve">[00:43] </w:t>
      </w:r>
      <w:r>
        <w:t>is ke alfaaz padhiye to.</w:t>
      </w:r>
    </w:p>
    <w:p>
      <w:pPr>
        <w:jc w:val="right"/>
      </w:pPr>
      <w:r>
        <w:t>اس کے الفاظ پڑھیے تو۔</w:t>
      </w:r>
    </w:p>
    <w:p>
      <w:r>
        <w:rPr>
          <w:b/>
        </w:rPr>
        <w:t xml:space="preserve">[00:46] </w:t>
      </w:r>
      <w:r>
        <w:t>an ibn umar, an an nabi sallallahu alaihi wasallam qala: "al momin alladhi yukhalit an nas wa yasbiru ala azaahim a'zamu ajran min alladhi la yukhalituhum wa la yasbiru ala azaahim." qala hajjaj: "khairun min alladhi la yukhalituhum." tarjama</w:t>
      </w:r>
    </w:p>
    <w:p>
      <w:pPr>
        <w:jc w:val="right"/>
      </w:pPr>
      <w:r>
        <w:t>عن ابن عمر، عن النبی صلی اللہ علیہ وسلم قال: "المومن الذي يخالط الناس ويصبر على أذاهم أعظم أجراً من الذي لا يخالطهم ولا يصبر على أذاهم۔" قال حجاج: "خیر من الذي لا يخالطهم۔" ترجم</w:t>
      </w:r>
    </w:p>
    <w:p>
      <w:r>
        <w:rPr>
          <w:b/>
        </w:rPr>
        <w:t xml:space="preserve">[01:06] </w:t>
      </w:r>
      <w:r>
        <w:t>h padhiye. musnad ahmad, hadith number 5022. ibn umar se riwayat hai: nabi sallallahu alaihi wasallam ne kaha: "wo momin jo logon se milta julta hai aur us ki takleef par sabr karta hai,</w:t>
      </w:r>
    </w:p>
    <w:p>
      <w:pPr>
        <w:jc w:val="right"/>
      </w:pPr>
      <w:r>
        <w:t>ہ پڑھیے۔ مسند احمد، حدیث نمبر 5022۔ ابن عمر سے روایت ہے: نبی صلی اللہ علیہ وسلم نے کہا: "وہ مومن جو لوگوں سے ملتا جلتا ہے اور اس کی تکلیف پر صبر کرتا ہے،</w:t>
      </w:r>
    </w:p>
    <w:p>
      <w:r>
        <w:rPr>
          <w:b/>
        </w:rPr>
        <w:t xml:space="preserve">[01:20] </w:t>
      </w:r>
      <w:r>
        <w:t>zyada ajr wala hai us se jo logon se nahi milta aur un ki takleef par sabr nahi karta." ek riwayat mein hai ke un se behtar hai jo un se nahi milta.</w:t>
      </w:r>
    </w:p>
    <w:p>
      <w:pPr>
        <w:jc w:val="right"/>
      </w:pPr>
      <w:r>
        <w:t>زیادہ اجر والا ہے اس سے جو لوگوں سے نہیں ملتا اور ان کی تکلیف پر صبر نہیں کرتا۔" ایک روایت میں ہے کہ ان سے بہتر ہے جو ان سے نہیں ملتا۔</w:t>
      </w:r>
    </w:p>
    <w:p>
      <w:r>
        <w:rPr>
          <w:b/>
        </w:rPr>
        <w:t xml:space="preserve">[01:34] </w:t>
      </w:r>
      <w:r>
        <w:t>dekhiye,</w:t>
      </w:r>
    </w:p>
    <w:p>
      <w:pPr>
        <w:jc w:val="right"/>
      </w:pPr>
      <w:r>
        <w:t>دیکھیے،</w:t>
      </w:r>
    </w:p>
    <w:p>
      <w:r>
        <w:rPr>
          <w:b/>
        </w:rPr>
        <w:t xml:space="preserve">[01:38] </w:t>
      </w:r>
      <w:r>
        <w:t>is hadith mein ek bohat anokhi baat kahi gayi hai.</w:t>
      </w:r>
    </w:p>
    <w:p>
      <w:pPr>
        <w:jc w:val="right"/>
      </w:pPr>
      <w:r>
        <w:t>اس حدیث میں ایک بہت انوکھی بات کہی گئی ہے۔</w:t>
      </w:r>
    </w:p>
    <w:p>
      <w:r>
        <w:rPr>
          <w:b/>
        </w:rPr>
        <w:t xml:space="preserve">[01:44] </w:t>
      </w:r>
      <w:r>
        <w:t>yani hadith mein jo baat kahi gayi woh to yeh hai ke ek insaan woh hai jo alag alag, akele akele rehta hai, akele akele.</w:t>
      </w:r>
    </w:p>
    <w:p>
      <w:pPr>
        <w:jc w:val="right"/>
      </w:pPr>
      <w:r>
        <w:t>یعنی حدیث میں جو بات کہی گئی وہ تو یہ ہے کہ ایک انسان وہ ہے جو الگ الگ، اکیلے اکیلے رہتا ہے، اکیلے اکیلے۔</w:t>
      </w:r>
    </w:p>
    <w:p>
      <w:r>
        <w:rPr>
          <w:b/>
        </w:rPr>
        <w:t xml:space="preserve">[01:54] </w:t>
      </w:r>
      <w:r>
        <w:t>iska koi bara ajr nahi hai, bara reward nahi hai. lekin jo mil kar kaam karta hai, sath ساتھ rehta hai, iska ajr bohat zyada hai, iska reward bohat zyada hai.</w:t>
      </w:r>
    </w:p>
    <w:p>
      <w:pPr>
        <w:jc w:val="right"/>
      </w:pPr>
      <w:r>
        <w:t>اس کا کوئی بڑا اجر نہیں ہے، بڑا ریوارڈ نہیں ہے۔ لیکن جو مل کر کام کرتا ہے، ساتھ ساتھ رہتا ہے، اس کا اجر بہت زیادہ ہے، اس کا ریوارڈ بہت زیادہ ہے۔</w:t>
      </w:r>
    </w:p>
    <w:p>
      <w:r>
        <w:rPr>
          <w:b/>
        </w:rPr>
        <w:t xml:space="preserve">[02:10] </w:t>
      </w:r>
      <w:r>
        <w:t>yeh kaise hai? is par mein soch raha tha, soch raha tha, soch raha tha. toh meri samajh mein aayi ke yeh baat ke sau baras se insaan medical science mein ek cheez ki research kar raha hai, longevity ko kehte hain, lambi umar.</w:t>
      </w:r>
    </w:p>
    <w:p>
      <w:pPr>
        <w:jc w:val="right"/>
      </w:pPr>
      <w:r>
        <w:t>یہ کیسے ہے؟ اس پر میں سوچ رہا تھا، سوچ رہا تھا، سوچ رہا تھا۔ تو میری سمجھ میں آئی کہ یہ بات کہ سو برس سے انسان میڈیکل سائنس میں ایک چیز کی ریسرچ کر رہا ہے، لانگ جیوٹی کو کہتے ہیں، لمبی عمر۔</w:t>
      </w:r>
    </w:p>
    <w:p>
      <w:r>
        <w:rPr>
          <w:b/>
        </w:rPr>
        <w:t xml:space="preserve">[02:36] </w:t>
      </w:r>
      <w:r>
        <w:t>maine kai cheezein padhi hain, kai reportein padhi hain iski. longevity mein is insaan ko one percent bhi koi sakht nahi hui.</w:t>
      </w:r>
    </w:p>
    <w:p>
      <w:pPr>
        <w:jc w:val="right"/>
      </w:pPr>
      <w:r>
        <w:t>میں نے کئی چیزیں پڑھی ہیں، کئی رپورٹیں پڑھی ہیں اس کی۔ لانگ جیوٹی میں اس انسان کو ون پرسنٹ بھی کوئی سخت نہیں ہوئی۔</w:t>
      </w:r>
    </w:p>
    <w:p>
      <w:r>
        <w:rPr>
          <w:b/>
        </w:rPr>
        <w:t xml:space="preserve">[02:45] </w:t>
      </w:r>
      <w:r>
        <w:t>jo batate hain lambi umar, woh toh yeh hai ke boodha ho gaya, meditation hai toh isko umar se kya faida?</w:t>
      </w:r>
    </w:p>
    <w:p>
      <w:pPr>
        <w:jc w:val="right"/>
      </w:pPr>
      <w:r>
        <w:t>جو بتاتے ہیں لمبی عمر، وہ تو یہ ہے کہ بوڑھا ہو گیا، میڈیٹن ہے تو اس کو عمر سے کیا فائدہ؟</w:t>
      </w:r>
    </w:p>
    <w:p>
      <w:r>
        <w:rPr>
          <w:b/>
        </w:rPr>
        <w:t xml:space="preserve">[02:55] </w:t>
      </w:r>
      <w:r>
        <w:t>hain</w:t>
      </w:r>
    </w:p>
    <w:p>
      <w:pPr>
        <w:jc w:val="right"/>
      </w:pPr>
      <w:r>
        <w:t>ہیں</w:t>
      </w:r>
    </w:p>
    <w:p>
      <w:r>
        <w:rPr>
          <w:b/>
        </w:rPr>
        <w:t xml:space="preserve">[02:59] </w:t>
      </w:r>
      <w:r>
        <w:t>aisi misaal dete hain ke jo maine khud bhi dekha hai, aise log longevity ke cases toh padhe hue hain, koi taqat nahi kuch karne ki.</w:t>
      </w:r>
    </w:p>
    <w:p>
      <w:pPr>
        <w:jc w:val="right"/>
      </w:pPr>
      <w:r>
        <w:t>ایسی مثال دیتے ہیں کہ جو میں نے خود بھی دیکھا ہے، ایسے لوگ لانگ جیوٹی کی کیسز تو پڑھے ہوئے ہیں، کوئی طاقت نہیں کچھ کرنے کی۔</w:t>
      </w:r>
    </w:p>
    <w:p>
      <w:r>
        <w:rPr>
          <w:b/>
        </w:rPr>
        <w:t xml:space="preserve">[03:10] </w:t>
      </w:r>
      <w:r>
        <w:t>toh is hadith mein ek bohat anokhi baat kahi gayi hai</w:t>
      </w:r>
    </w:p>
    <w:p>
      <w:pPr>
        <w:jc w:val="right"/>
      </w:pPr>
      <w:r>
        <w:t>تو اس حدیث میں ایک بہت انوکھی بات کہی گئی ہے</w:t>
      </w:r>
    </w:p>
    <w:p>
      <w:r>
        <w:rPr>
          <w:b/>
        </w:rPr>
        <w:t xml:space="preserve">[03:19] </w:t>
      </w:r>
      <w:r>
        <w:t>ke aap ka— yani is hadith mein jo baat kahi gayi hai ke longevity through combine effort,</w:t>
      </w:r>
    </w:p>
    <w:p>
      <w:pPr>
        <w:jc w:val="right"/>
      </w:pPr>
      <w:r>
        <w:t>کہ آپ کا— یعنی اس حدیث میں جو بات کہی گئی ہے کہ لانگ جیوٹی تھرو کمبائن ایفرٹ،</w:t>
      </w:r>
    </w:p>
    <w:p>
      <w:r>
        <w:rPr>
          <w:b/>
        </w:rPr>
        <w:t xml:space="preserve">[03:34] </w:t>
      </w:r>
      <w:r>
        <w:t>longevity through combined effort, maslan aap ka ek mission hai, koi social uplift ke liye, maslan farz kijiye, ya spiritual uplift ke liye, ya hamara jo mission hai,</w:t>
      </w:r>
    </w:p>
    <w:p>
      <w:pPr>
        <w:jc w:val="right"/>
      </w:pPr>
      <w:r>
        <w:t>لانگ جیوٹی تھرو کمبائنڈ ایفرٹ، مثلاً آپ کا ایک مشن ہے، کوئی سوشل اپ لفٹ کے لیے، مثلاً فرض کیجیے، یا اسپریچول اپلیٹ اپ لفٹ کے لیے، یا ہمارا جو مشن ہے،</w:t>
      </w:r>
    </w:p>
    <w:p>
      <w:r>
        <w:rPr>
          <w:b/>
        </w:rPr>
        <w:t xml:space="preserve">[03:52] </w:t>
      </w:r>
      <w:r>
        <w:t>divine yani mission hai hamara. toh koi mission aap agar chalate hain, chahe religious ho, social ho, aur is mein aap logon ko mil mil ke kaam karte hain,</w:t>
      </w:r>
    </w:p>
    <w:p>
      <w:pPr>
        <w:jc w:val="right"/>
      </w:pPr>
      <w:r>
        <w:t>ڈیوائن یعنی مشن ہے ہمارا۔ تو کوئی مشن آپ اگر چلاتے ہیں، چاہے ریلیجس ہو، سوشل ہو، اور اس میں آپ لوگوں کو مل مل کے کام کرتے ہیں،</w:t>
      </w:r>
    </w:p>
    <w:p>
      <w:r>
        <w:rPr>
          <w:b/>
        </w:rPr>
        <w:t xml:space="preserve">[04:14] </w:t>
      </w:r>
      <w:r>
        <w:t>maslan ek aadmi das aadmi ko sath le leta hai aur combined effort karta hai, toh iska matlab kya hua hai?</w:t>
      </w:r>
    </w:p>
    <w:p>
      <w:pPr>
        <w:jc w:val="right"/>
      </w:pPr>
      <w:r>
        <w:t>مثلاً ایک آدمی دس آدمی کو ساتھ لے لیتا ہے اور کمبائنڈ ایفرٹ کرتا ہے، تو اس کا معنی کیا ہوا ہے؟</w:t>
      </w:r>
    </w:p>
    <w:p>
      <w:r>
        <w:rPr>
          <w:b/>
        </w:rPr>
        <w:t xml:space="preserve">[04:26] </w:t>
      </w:r>
      <w:r>
        <w:t>ke das aadmi ki energetic jo age hai, woh das guna badha liya aap ne,</w:t>
      </w:r>
    </w:p>
    <w:p>
      <w:pPr>
        <w:jc w:val="right"/>
      </w:pPr>
      <w:r>
        <w:t>کہ دس آدمی کی انرجیٹک جو ایج ہے، وہ دس گنا بڑھا لیا آپ نے،</w:t>
      </w:r>
    </w:p>
    <w:p>
      <w:r>
        <w:rPr>
          <w:b/>
        </w:rPr>
        <w:t xml:space="preserve">[04:39] </w:t>
      </w:r>
      <w:r>
        <w:t>das guna badha liya aap ne.</w:t>
      </w:r>
    </w:p>
    <w:p>
      <w:pPr>
        <w:jc w:val="right"/>
      </w:pPr>
      <w:r>
        <w:t>دس گنا بڑھا لیا آپ نے۔</w:t>
      </w:r>
    </w:p>
    <w:p>
      <w:r>
        <w:rPr>
          <w:b/>
        </w:rPr>
        <w:t xml:space="preserve">[04:45] </w:t>
      </w:r>
      <w:r>
        <w:t>yani das aadmi kaam kar rahe hain ek hi mission ke liye aur bohat hi achhe tareeqe se. toh ab aap akele agar karte hain toh ek yani farz kijiye ke 50 saal kar kar paate hain,</w:t>
      </w:r>
    </w:p>
    <w:p>
      <w:pPr>
        <w:jc w:val="right"/>
      </w:pPr>
      <w:r>
        <w:t>یعنی دس آدمی کام کر رہے ہیں ایک ہی مشن کے لیے اور بہت ہی اچھے طریقے سے۔ تو اب آپ اکیلے اگر کرتے ہیں تو ایک یعنی فرض کیجیے کہ 50 سال کر کر پاتے ہیں،</w:t>
      </w:r>
    </w:p>
    <w:p>
      <w:r>
        <w:rPr>
          <w:b/>
        </w:rPr>
        <w:t xml:space="preserve">[05:08] </w:t>
      </w:r>
      <w:r>
        <w:t>das aadmiyon ko mila liya aap ne, toh kya hua?</w:t>
      </w:r>
    </w:p>
    <w:p>
      <w:pPr>
        <w:jc w:val="right"/>
      </w:pPr>
      <w:r>
        <w:t>دس آدمیوں کو ملا لیا آپ نے، تو کیا ہوا؟</w:t>
      </w:r>
    </w:p>
    <w:p>
      <w:r>
        <w:rPr>
          <w:b/>
        </w:rPr>
        <w:t xml:space="preserve">[05:16] </w:t>
      </w:r>
      <w:r>
        <w:t>ke das guna, 50 guna, sau guna badha sakte hain aap jitna aadmi kar le. aap</w:t>
      </w:r>
    </w:p>
    <w:p>
      <w:pPr>
        <w:jc w:val="right"/>
      </w:pPr>
      <w:r>
        <w:t>کہ دس گنا، 50 گنا، سو گنا بڑھا سکتے ہیں آپ جتنا آدمی کر لیں۔ آپ</w:t>
      </w:r>
    </w:p>
    <w:p>
      <w:r>
        <w:rPr>
          <w:b/>
        </w:rPr>
        <w:t xml:space="preserve">[05:28] </w:t>
      </w:r>
      <w:r>
        <w:t>maslan dekhiye, Tata ne jo kaam kiya, woh bohat bada kaam hai. agar Tata akele karta toh kuch nahi karta, lekin is ne ek company banayi, bohat se log mil kar ke, toh is ne itna bada kaam kar dala.</w:t>
      </w:r>
    </w:p>
    <w:p>
      <w:pPr>
        <w:jc w:val="right"/>
      </w:pPr>
      <w:r>
        <w:t>مثلاً دیکھیے، ٹاٹا نے جو کام کیا، وہ بہت بڑا کام ہے۔ اگر ٹاٹا اکیلے کرتا تو کچھ نہیں کرتا، لیکن اس نے ایک کمپنی بنائی، بہت سے لوگ مل کر کے، تو اس نے اتنا بڑا کام کر ڈالا۔</w:t>
      </w:r>
    </w:p>
    <w:p>
      <w:r>
        <w:rPr>
          <w:b/>
        </w:rPr>
        <w:t xml:space="preserve">[05:48] </w:t>
      </w:r>
      <w:r>
        <w:t>yani akele ek Tata ne sau aadmi, hazar aadmi ke kaam kar dala. toh dekhiye, is mein maine socha ke spiritual kaam ke liye, deeni kaam ke liye jawab dehi ka parta hai mil kar, toh bohat sawab milta hai, bohat zyada sawab.</w:t>
      </w:r>
    </w:p>
    <w:p>
      <w:pPr>
        <w:jc w:val="right"/>
      </w:pPr>
      <w:r>
        <w:t>یعنی اکیلے ایک ٹاٹا نے سو آدمی، ہزار آدمی کے کام کر ڈالا۔ تو دیکھیے، اس میں میں نے سوچا کہ اسپریچول کام کے لیے، دینی کام کے لیے جواب دہی کا پڑتا ہے مل کر، تو بہت ثواب ملتا ہے، بہت زیادہ ثواب۔</w:t>
      </w:r>
    </w:p>
    <w:p>
      <w:r>
        <w:rPr>
          <w:b/>
        </w:rPr>
        <w:t xml:space="preserve">[06:09] </w:t>
      </w:r>
      <w:r>
        <w:t>kyun? woh toh Tata ke saathi jo yeh yeh mil kar kaam karne mein kya hota hai?</w:t>
      </w:r>
    </w:p>
    <w:p>
      <w:pPr>
        <w:jc w:val="right"/>
      </w:pPr>
      <w:r>
        <w:t>کیوں؟ وہ تو ٹاٹا کے ساتھی جو یہ یہ مل کر کام کرنے میں کیا ہوتا ہے؟</w:t>
      </w:r>
    </w:p>
    <w:p>
      <w:r>
        <w:rPr>
          <w:b/>
        </w:rPr>
        <w:t xml:space="preserve">[06:21] </w:t>
      </w:r>
      <w:r>
        <w:t>aapas mein shikayat hai, tarah tarah ki, kahin ego hurt hota hai, kahin aap ka self interest ke liye hota hai, kuch hota hai.</w:t>
      </w:r>
    </w:p>
    <w:p>
      <w:pPr>
        <w:jc w:val="right"/>
      </w:pPr>
      <w:r>
        <w:t>آپس میں شکایت ہے، طرح طرح کی، کہیں ایگو ہٹ ہوتا ہے، کہیں آپ کا سیلف انٹرسٹ کے لیے ہوتا ہے، کچھ ہوتا ہے۔</w:t>
      </w:r>
    </w:p>
    <w:p>
      <w:r>
        <w:rPr>
          <w:b/>
        </w:rPr>
        <w:t xml:space="preserve">[06:31] </w:t>
      </w:r>
      <w:r>
        <w:t>lekin company mein maine suna hai ke Tata ne itna zyada interest de rakha hai logon ko ke jo ke wahan service mil jati hai, woh jata nahi kahein.</w:t>
      </w:r>
    </w:p>
    <w:p>
      <w:pPr>
        <w:jc w:val="right"/>
      </w:pPr>
      <w:r>
        <w:t>لیکن کمپنی میں میں نے سنا ہے کہ ٹاٹا نے اتنا زیادہ انٹرسٹ دے رکھا ہے لوگوں کو کہ جو کہ وہاں سروس مل جاتی ہے، وہ جاتا نہیں کہیں۔</w:t>
      </w:r>
    </w:p>
    <w:p>
      <w:r>
        <w:rPr>
          <w:b/>
        </w:rPr>
        <w:t xml:space="preserve">[06:45] </w:t>
      </w:r>
      <w:r>
        <w:t>is ne ek city bana di hai, bohat bohat achha city, wahan log har tarah ki comfort. toh Tata ne logon ko goya ke khareed kar ke combine effort ka faida uthaya,</w:t>
      </w:r>
    </w:p>
    <w:p>
      <w:pPr>
        <w:jc w:val="right"/>
      </w:pPr>
      <w:r>
        <w:t>اس نے ایک سٹی بنا دی ہے، بہت بہت اچھا سٹی، وہاں لوگ ہر طرح کی کمفرٹ۔ تو ٹاٹا نے لوگوں کو گویا کہ خرید کر کے کمبائن ایفرٹ کا فائدہ اٹھایا،</w:t>
      </w:r>
    </w:p>
    <w:p>
      <w:r>
        <w:rPr>
          <w:b/>
        </w:rPr>
        <w:t xml:space="preserve">[07:03] </w:t>
      </w:r>
      <w:r>
        <w:t>bohat logon ke liye interest create kiya ke zyada tankhwah, zyada benefit, zyada facilities. toh log faide ke liye jud gaye.</w:t>
      </w:r>
    </w:p>
    <w:p>
      <w:pPr>
        <w:jc w:val="right"/>
      </w:pPr>
      <w:r>
        <w:t>بہت لوگوں کے لیے انٹرسٹ کریٹ کیا کہ زیادہ تنخواہ، زیادہ بینیفٹ، زیادہ فیسلیٹیز۔ تو لوگ فائدے کے لیے جڑ گئے۔</w:t>
      </w:r>
    </w:p>
    <w:p>
      <w:r>
        <w:rPr>
          <w:b/>
        </w:rPr>
        <w:t xml:space="preserve">[07:16] </w:t>
      </w:r>
      <w:r>
        <w:t>is mein koi reward nahi aap ko alag se, lekin agar aap deen ke liye, spirituality ke liye juden kisi se aur bardasht karen,</w:t>
      </w:r>
    </w:p>
    <w:p>
      <w:pPr>
        <w:jc w:val="right"/>
      </w:pPr>
      <w:r>
        <w:t>اس میں کوئی ریوارڈ نہیں آپ کو الگ سے، لیکن اگر آپ دین کے لیے، اسپریچوٹی کے لیے جڑیں کسی سے اور برداشت کریں،</w:t>
      </w:r>
    </w:p>
    <w:p>
      <w:r>
        <w:rPr>
          <w:b/>
        </w:rPr>
        <w:t xml:space="preserve">[07:29] </w:t>
      </w:r>
      <w:r>
        <w:t>ego hi ego hit ho to bardasht karen, kahin afraid ho jayen aap to us ko bardasht karen.</w:t>
      </w:r>
    </w:p>
    <w:p>
      <w:pPr>
        <w:jc w:val="right"/>
      </w:pPr>
      <w:r>
        <w:t>ایگو ہی ایگو ہٹ ہو تو برداشت کریں، کہیں افریڈ ہو جائیں آپ تو اس کو برداشت کریں۔</w:t>
      </w:r>
    </w:p>
    <w:p>
      <w:r>
        <w:rPr>
          <w:b/>
        </w:rPr>
        <w:t xml:space="preserve">[07:38] </w:t>
      </w:r>
      <w:r>
        <w:t>phir joint effort apni jari rakhen to is ka reward to jannat hai.</w:t>
      </w:r>
    </w:p>
    <w:p>
      <w:pPr>
        <w:jc w:val="right"/>
      </w:pPr>
      <w:r>
        <w:t>پھر جوائنٹ ایفرٹ اپنی جاری رکھیں تو اس کا ریوارڈ تو جنت ہے۔</w:t>
      </w:r>
    </w:p>
    <w:p>
      <w:r>
        <w:rPr>
          <w:b/>
        </w:rPr>
        <w:t xml:space="preserve">[07:48] </w:t>
      </w:r>
      <w:r>
        <w:t>tata to to kia de ga aap ko? dunya mein kuch nahi de ga, lekin jannat to nahi de sakta. to is tarah ke kaam ke liye hadith mein bohat ziyada reward bataya gaya hai,</w:t>
      </w:r>
    </w:p>
    <w:p>
      <w:pPr>
        <w:jc w:val="right"/>
      </w:pPr>
      <w:r>
        <w:t>ٹاٹا تو تو کیا دے گا آپ کو؟ دنیا میں کچھ نہیں دے گا، لیکن جنت تو نہیں دے سکتا۔ تو اس طرح کے کام کے لیے حدیث میں بہت زیادہ ریوارڈ بتایا گیا ہے،</w:t>
      </w:r>
    </w:p>
    <w:p>
      <w:r>
        <w:rPr>
          <w:b/>
        </w:rPr>
        <w:t xml:space="preserve">[08:04] </w:t>
      </w:r>
      <w:r>
        <w:t>kyunke is mein aap yeh karte hain ke 'fadsia of God' jo bardasht karte hain.</w:t>
      </w:r>
    </w:p>
    <w:p>
      <w:pPr>
        <w:jc w:val="right"/>
      </w:pPr>
      <w:r>
        <w:t>کیونکہ اس میں آپ یہ کرتے ہیں کہ فدسیہ اف گاڈ جو برداشت کرتے ہیں۔</w:t>
      </w:r>
    </w:p>
    <w:p>
      <w:r>
        <w:rPr>
          <w:b/>
        </w:rPr>
        <w:t xml:space="preserve">[08:14] </w:t>
      </w:r>
      <w:r>
        <w:t>kyunke yeh dekhen, jab bhi aap mil kar kaam karen ge, mil kar to kaam to ziyada ho ga, lekin kab ho ga?</w:t>
      </w:r>
    </w:p>
    <w:p>
      <w:pPr>
        <w:jc w:val="right"/>
      </w:pPr>
      <w:r>
        <w:t>کیونکہ یہ دیکھیں، جب بھی آپ مل کر کام کریں گے، مل کر تو کام تو زیادہ ہوگا، لیکن کب ہوگا؟</w:t>
      </w:r>
    </w:p>
    <w:p>
      <w:r>
        <w:rPr>
          <w:b/>
        </w:rPr>
        <w:t xml:space="preserve">[08:24] </w:t>
      </w:r>
      <w:r>
        <w:t>jab mil kar kaam karen, aap speed ki bohat thi, all life speed ke sath. yani ego hit ho to aap bura na manen, koi afraid kare aap ko to aap bura na manen,</w:t>
      </w:r>
    </w:p>
    <w:p>
      <w:pPr>
        <w:jc w:val="right"/>
      </w:pPr>
      <w:r>
        <w:t>جب مل کر کام کریں، آپ اسپیڈ کی بہت تھی، ال لائف اسپیڈ کے ساتھ۔ یعنی ایگو ہٹ ہو تو آپ برا نہ مانیں، کوئی افریڈ کرے آپ کو تو آپ برا نہ مانیں،</w:t>
      </w:r>
    </w:p>
    <w:p>
      <w:r>
        <w:rPr>
          <w:b/>
        </w:rPr>
        <w:t xml:space="preserve">[08:43] </w:t>
      </w:r>
      <w:r>
        <w:t>kahin interest clash ho to kuch na karen. yani har cheez ko aap avoid karte hue, avoid karte hue, avoid karte hue joint effort jari rakhen</w:t>
      </w:r>
    </w:p>
    <w:p>
      <w:pPr>
        <w:jc w:val="right"/>
      </w:pPr>
      <w:r>
        <w:t>کہیں انٹرسٹ کلیش ہو تو کچھ نہ کریں۔ یعنی ہر چیز کو آپ اوائڈ کرتے ہوئے، اوائڈ کرتے ہوئے، اوائڈ کرتے ہوئے جوائنٹ ایفرٹ جاری رکھیں</w:t>
      </w:r>
    </w:p>
    <w:p>
      <w:r>
        <w:rPr>
          <w:b/>
        </w:rPr>
        <w:t xml:space="preserve">[08:55] </w:t>
      </w:r>
      <w:r>
        <w:t>to kitna bara kaam ho jaye ga? sau guna, hazar guna bara kaam ho sakta hai.</w:t>
      </w:r>
    </w:p>
    <w:p>
      <w:pPr>
        <w:jc w:val="right"/>
      </w:pPr>
      <w:r>
        <w:t>تو کتنا بڑا کام ہو جائے گا؟ سو گنا، ہزار گنا بڑا کام ہو سکتا ہے۔</w:t>
      </w:r>
    </w:p>
    <w:p>
      <w:r>
        <w:rPr>
          <w:b/>
        </w:rPr>
        <w:t xml:space="preserve">[09:06] </w:t>
      </w:r>
      <w:r>
        <w:t>is mein sochte hue mujhe aik waqia yaad aa gaya apni family ka. hamare aik cousin the, iqbal ahmed sohail, yani urdu mein is ko kehte hain chacha zad bhai,</w:t>
      </w:r>
    </w:p>
    <w:p>
      <w:pPr>
        <w:jc w:val="right"/>
      </w:pPr>
      <w:r>
        <w:t>اس میں سوچتے ہوئے مجھے ایک واقعہ یاد آ گیا اپنی فیملی کا۔ ہمارے ایک کزن تھے، اقبال احمد سہیل، یعنی اردو میں اس کو کہتے ہیں چچا زاد بھائی،</w:t>
      </w:r>
    </w:p>
    <w:p>
      <w:r>
        <w:rPr>
          <w:b/>
        </w:rPr>
        <w:t xml:space="preserve">[09:23] </w:t>
      </w:r>
      <w:r>
        <w:t>english mein kehte hain cousin. to un ko hum log to watan udhra tha, to udhra mein paida hue woh.</w:t>
      </w:r>
    </w:p>
    <w:p>
      <w:pPr>
        <w:jc w:val="right"/>
      </w:pPr>
      <w:r>
        <w:t>انگلش میں کہتے ہیں کزن۔ تو ان کو ہم لوگ تو وطن ادھڑا تھا، تو ادھڑ میں پیدا ہوئے وہ۔</w:t>
      </w:r>
    </w:p>
    <w:p>
      <w:r>
        <w:rPr>
          <w:b/>
        </w:rPr>
        <w:t xml:space="preserve">[09:37] </w:t>
      </w:r>
      <w:r>
        <w:t>phir un ki shadi hui banaras mein, to banaras mein wahan queens college tha. to wahan par unhon ne matric kiya aur b.a. kiya banaras mein queens college mein.</w:t>
      </w:r>
    </w:p>
    <w:p>
      <w:pPr>
        <w:jc w:val="right"/>
      </w:pPr>
      <w:r>
        <w:t>پھر ان کی شادی ہوئی بنارس میں، تو بنارس میں وہاں کوئنس کالج تھا۔ تو وہاں پر انہوں نے میٹرک کیا اور بی اے کیا بنارس میں کوئنس کالج میں۔</w:t>
      </w:r>
    </w:p>
    <w:p>
      <w:r>
        <w:rPr>
          <w:b/>
        </w:rPr>
        <w:t xml:space="preserve">[09:54] </w:t>
      </w:r>
      <w:r>
        <w:t>phir wahan se chale gaye aligarh, aligarh mein m.a. aur ll.b. kiya. to yeh 1914 ki baat hai, 1914 ki ke aligarh mein aaye the, woh un ka naam tha khwaja kamaluddin.</w:t>
      </w:r>
    </w:p>
    <w:p>
      <w:pPr>
        <w:jc w:val="right"/>
      </w:pPr>
      <w:r>
        <w:t>پھر وہاں سے چلے گئے علی گڑھ، علی گڑھ میں ایم اے اور ایل ایل بی کیا۔ تو یہ 1914 کی بات ہے، 1914 کی کہ علی گڑھ میں آئے تھے، وہ ان کا نام تھا خواجہ کمال الدین۔</w:t>
      </w:r>
    </w:p>
    <w:p>
      <w:r>
        <w:rPr>
          <w:b/>
        </w:rPr>
        <w:t xml:space="preserve">[10:13] </w:t>
      </w:r>
      <w:r>
        <w:t>woh europe mein rehte the, rehte the woh england, england mein. woh england mein rehte the, yani india, indian the woh, lekin woh missionary work karte the,</w:t>
      </w:r>
    </w:p>
    <w:p>
      <w:pPr>
        <w:jc w:val="right"/>
      </w:pPr>
      <w:r>
        <w:t>وہ یورپ میں رہتے تھے، رہتے تھے وہ انگلینڈ، انگلینڈ میں۔ وہ انگلینڈ میں رہتے تھے، یعنی انڈیا، انڈین تھے وہ، لیکن وہ مشنری ورک کرتے تھے،</w:t>
      </w:r>
    </w:p>
    <w:p>
      <w:r>
        <w:rPr>
          <w:b/>
        </w:rPr>
        <w:t xml:space="preserve">[10:27] </w:t>
      </w:r>
      <w:r>
        <w:t>quran ko phailate the, islam ko phailate the, missionary work. to rehte the england mein. to 1914 mein woh dilli, woh aligarh university aaye aur stage hall wahan par hai.</w:t>
      </w:r>
    </w:p>
    <w:p>
      <w:pPr>
        <w:jc w:val="right"/>
      </w:pPr>
      <w:r>
        <w:t>قرآن کو پھیلاتے تھے، اسلام کو پھیلاتے تھے، مشنری ورک۔ تو رہتے تھے انگلینڈ میں۔ تو 1914 میں وہ دلی، وہ علی گڑھ یونیورسٹی آئے اور اسٹیج حال وہاں پر ہے۔</w:t>
      </w:r>
    </w:p>
    <w:p>
      <w:r>
        <w:rPr>
          <w:b/>
        </w:rPr>
        <w:t xml:space="preserve">[10:50] </w:t>
      </w:r>
      <w:r>
        <w:t>stage hall mein un ki speech hui, is ka topic tha arabi umm-ul-lisana hai. woh arabi bhi jante the, lekin english achi jante the, dono zuban mein.</w:t>
      </w:r>
    </w:p>
    <w:p>
      <w:pPr>
        <w:jc w:val="right"/>
      </w:pPr>
      <w:r>
        <w:t>اسٹیج حال میں ان کی اسپیچ ہوئی، اس کا ٹاپک تھا عربی ام اللسنہ ہے۔ وہ عربی بھی جانتے تھے، لیکن انگلش اچھی جانتے تھے، دونوں زبان میں۔</w:t>
      </w:r>
    </w:p>
    <w:p>
      <w:r>
        <w:rPr>
          <w:b/>
        </w:rPr>
        <w:t xml:space="preserve">[11:06] </w:t>
      </w:r>
      <w:r>
        <w:t>to stage hall mein un ki taqreer hui aur bohat achhe speaker the woh.</w:t>
      </w:r>
    </w:p>
    <w:p>
      <w:pPr>
        <w:jc w:val="right"/>
      </w:pPr>
      <w:r>
        <w:t>تو اسٹیج حال میں ان کی تقریر ہوئی اور بہت اچھے اسپیکر تھے وہ۔</w:t>
      </w:r>
    </w:p>
    <w:p>
      <w:r>
        <w:rPr>
          <w:b/>
        </w:rPr>
        <w:t xml:space="preserve">[11:15] </w:t>
      </w:r>
      <w:r>
        <w:t>to bohat taliyan baji. to jo larkay the, un ko aik aik joke soojha, joke ke iqbal sohail sahib use parhte the.</w:t>
      </w:r>
    </w:p>
    <w:p>
      <w:pPr>
        <w:jc w:val="right"/>
      </w:pPr>
      <w:r>
        <w:t>تو بہت تالیاں بجی۔ تو جو لڑکے تھے، ان کو ایک ایک جوک سوجھا، جوک کہ اقبال سہیل صاحب اسے پڑھتے تھے۔</w:t>
      </w:r>
    </w:p>
    <w:p>
      <w:r>
        <w:rPr>
          <w:b/>
        </w:rPr>
        <w:t xml:space="preserve">[11:27] </w:t>
      </w:r>
      <w:r>
        <w:t>wahan aik junior aadmi the, wahan us waqt woh un se kam umar thi un ki. to jab un ki taqreer khatam hui taliyon ke sath,</w:t>
      </w:r>
    </w:p>
    <w:p>
      <w:pPr>
        <w:jc w:val="right"/>
      </w:pPr>
      <w:r>
        <w:t>وہاں ایک جونیئر آدمی تھے، وہاں اس وقت وہ ان سے کم عمر تھی ان کی۔ تو جب ان کی تقریر ختم ہوئی تالیوں کے ساتھ،</w:t>
      </w:r>
    </w:p>
    <w:p>
      <w:r>
        <w:rPr>
          <w:b/>
        </w:rPr>
        <w:t xml:space="preserve">[11:41] </w:t>
      </w:r>
      <w:r>
        <w:t>to achaanak unhon ne iqbal sohail ko le ke ja ke wahan khara kar diya. ab iqbal sohail bolen ge is topic par, bilkul extra pour bolna tha un ko, extra pour.</w:t>
      </w:r>
    </w:p>
    <w:p>
      <w:pPr>
        <w:jc w:val="right"/>
      </w:pPr>
      <w:r>
        <w:t>تو اچانک انہوں نے اقبال سہیل کو لے کے جا کے وہاں کھڑا کر دیا۔ اب اقبال سہیل بولیں گے اس ٹاپک پر، بالکل ایکسٹرا پور بولنا تھا ان کو، ایکسٹرا پور۔</w:t>
      </w:r>
    </w:p>
    <w:p>
      <w:r>
        <w:rPr>
          <w:b/>
        </w:rPr>
        <w:t xml:space="preserve">[11:57] </w:t>
      </w:r>
      <w:r>
        <w:t>to aisi surat mein aadmi ke liye choice nahi rehta, bhag nahi sakta woh. kaise bhage ga stage se? to lage bolne woh, yani baghair kisi preparation ke.</w:t>
      </w:r>
    </w:p>
    <w:p>
      <w:pPr>
        <w:jc w:val="right"/>
      </w:pPr>
      <w:r>
        <w:t>تو ایسی صورت میں آدمی کے لیے چوائس نہیں رہتا، بھاگ نہیں سکتا وہ۔ کیسے بھاگے گا اسٹیج سے؟ تو لگے بولنے وہ، یعنی بغیر کسی پریپریشن کے۔</w:t>
      </w:r>
    </w:p>
    <w:p>
      <w:r>
        <w:rPr>
          <w:b/>
        </w:rPr>
        <w:t xml:space="preserve">[12:14] </w:t>
      </w:r>
      <w:r>
        <w:t>to arabi umm-ul-asma ke maani hain ke arabi tamam zubanon ki mother hai, tamam zubanon ki. aur arabic is the mother of all languages.</w:t>
      </w:r>
    </w:p>
    <w:p>
      <w:pPr>
        <w:jc w:val="right"/>
      </w:pPr>
      <w:r>
        <w:t>تو عربی ام الاسماء کے معنی ہیں کہ عربی تمام زبانوں کی مدر ہے، تمام زبانوں کی۔ اور عربک از دا مدر آف ال لینگویجز۔</w:t>
      </w:r>
    </w:p>
    <w:p>
      <w:r>
        <w:rPr>
          <w:b/>
        </w:rPr>
        <w:t xml:space="preserve">[12:28] </w:t>
      </w:r>
      <w:r>
        <w:t>aap kehte hain, sochen kitna mushkil, mushkil zuban, kitna topic hai. lekin woh aisa naye naye pair nikale unhon ne aur aise andaaz se bole ke phir taliyan bajne lagin.</w:t>
      </w:r>
    </w:p>
    <w:p>
      <w:pPr>
        <w:jc w:val="right"/>
      </w:pPr>
      <w:r>
        <w:t>آپ کہتے ہیں، سوچیں کتنا مشکل، مشکل زبان، کتنا ٹاپک ہے۔ لیکن وہ ایسا نئے نئے پیر نکالے انہوں نے اور ایسے انداز سے بولے کہ پھر تالیاں بجنے لگیں۔</w:t>
      </w:r>
    </w:p>
    <w:p>
      <w:r>
        <w:rPr>
          <w:b/>
        </w:rPr>
        <w:t xml:space="preserve">[12:46] </w:t>
      </w:r>
      <w:r>
        <w:t>bohat un ki speech, bohat yeh waqia likha hai woh rasheed ahmed siddiqui ne apni kitab mein, un ki kitab madam rasheed.</w:t>
      </w:r>
    </w:p>
    <w:p>
      <w:pPr>
        <w:jc w:val="right"/>
      </w:pPr>
      <w:r>
        <w:t>بہت ان کی اسپیچ، بہت یہ واقعہ لکھا ہے وہ رشید احمد صدیقی نے اپنی کتاب میں، ان کی کتاب مدام رشید۔</w:t>
      </w:r>
    </w:p>
    <w:p>
      <w:r>
        <w:rPr>
          <w:b/>
        </w:rPr>
        <w:t xml:space="preserve">[12:59] </w:t>
      </w:r>
      <w:r>
        <w:t>madam rasheed koi bhi dekh sakta hai is mein, woh internet par.</w:t>
      </w:r>
    </w:p>
    <w:p>
      <w:pPr>
        <w:jc w:val="right"/>
      </w:pPr>
      <w:r>
        <w:t>مدام رشید کوئی بھی دیکھ سکتا ہے اس میں، وہ انٹرنیٹ پر۔</w:t>
      </w:r>
    </w:p>
    <w:p>
      <w:r>
        <w:rPr>
          <w:b/>
        </w:rPr>
        <w:t xml:space="preserve">[13:08] </w:t>
      </w:r>
      <w:r>
        <w:t>to jab un ki taqreer khatam hui</w:t>
      </w:r>
    </w:p>
    <w:p>
      <w:pPr>
        <w:jc w:val="right"/>
      </w:pPr>
      <w:r>
        <w:t>تو جب ان کی تقریر ختم ہوئی</w:t>
      </w:r>
    </w:p>
    <w:p>
      <w:r>
        <w:rPr>
          <w:b/>
        </w:rPr>
        <w:t xml:space="preserve">[13:17] </w:t>
      </w:r>
      <w:r>
        <w:t>to khwaja kamaluddin apni seat se uthe, uth ke un ko embrace kiya, embrace kar ke kaha ke agar tum mere sath chalo england, wahan hum dono mil ke kaam karen to hum dono mil kar ke islam ki, yani england, europe ki sab se oonchi choti par islam ka jhanda laga denge.</w:t>
      </w:r>
    </w:p>
    <w:p>
      <w:pPr>
        <w:jc w:val="right"/>
      </w:pPr>
      <w:r>
        <w:t>تو خواجہ کمال الدین اپنی سیٹ سے اٹھے، اٹھ کے ان کو ایمبریس کیا، ایمبریس کر کے کہا کہ اگر تم میرے ساتھ چلو انگلینڈ، وہاں ہم دونوں مل کے کام کریں تو ہم دونوں مل کر کے اسلام کی، یعنی انگلینڈ، یورپ کی سب سے اونچی چوٹی پر اسلام کا جھنڈا لگا دیں گے۔</w:t>
      </w:r>
    </w:p>
    <w:p>
      <w:r>
        <w:rPr>
          <w:b/>
        </w:rPr>
        <w:t xml:space="preserve">[13:43] </w:t>
      </w:r>
      <w:r>
        <w:t>wo sath gaye nahin un ke sath, kyunke dekhiye hota kya hai.</w:t>
      </w:r>
    </w:p>
    <w:p>
      <w:pPr>
        <w:jc w:val="right"/>
      </w:pPr>
      <w:r>
        <w:t>وہ ساتھ گئے نہیں ان کے ساتھ، کیونکہ دیکھیے ہوتا کیا ہے۔</w:t>
      </w:r>
    </w:p>
    <w:p>
      <w:r>
        <w:rPr>
          <w:b/>
        </w:rPr>
        <w:t xml:space="preserve">[13:52] </w:t>
      </w:r>
      <w:r>
        <w:t>bara kaam, dekhiye is baat ko samjhiye, bara kaam sirf brilliant log karte hain, zaheen log.</w:t>
      </w:r>
    </w:p>
    <w:p>
      <w:pPr>
        <w:jc w:val="right"/>
      </w:pPr>
      <w:r>
        <w:t>بڑا کام، دیکھیے اس بات کو سمجھئے، بڑا کام صرف بیلیڈ لوگ کرتے ہیں، ذہین لوگ۔</w:t>
      </w:r>
    </w:p>
    <w:p>
      <w:r>
        <w:rPr>
          <w:b/>
        </w:rPr>
        <w:t xml:space="preserve">[14:01] </w:t>
      </w:r>
      <w:r>
        <w:t>aur har brilliant aadmi egoist hota hai,</w:t>
      </w:r>
    </w:p>
    <w:p>
      <w:pPr>
        <w:jc w:val="right"/>
      </w:pPr>
      <w:r>
        <w:t>اور ہر بیلیڈ آدمی ایگوئسٹ ہوتا ہے،</w:t>
      </w:r>
    </w:p>
    <w:p>
      <w:r>
        <w:rPr>
          <w:b/>
        </w:rPr>
        <w:t xml:space="preserve">[14:08] </w:t>
      </w:r>
      <w:r>
        <w:t>har without exception. bara kaam sirf brilliant log karte hain, intelligent bohat zyada jo ho.</w:t>
      </w:r>
    </w:p>
    <w:p>
      <w:pPr>
        <w:jc w:val="right"/>
      </w:pPr>
      <w:r>
        <w:t>ہر ودا آؤٹ ایکسیپشن۔ بڑا کام صرف بریلینٹ لوگ کرتے ہیں، انٹیلیجنٹ بہت زیادہ جو ہو۔</w:t>
      </w:r>
    </w:p>
    <w:p>
      <w:r>
        <w:rPr>
          <w:b/>
        </w:rPr>
        <w:t xml:space="preserve">[14:19] </w:t>
      </w:r>
      <w:r>
        <w:t>lekin jo jitna brilliant hoga, utna egoist hoga wo. to sath kaam nahin kar sakta. yeh jo poori history hai, yeh poori history ke koi brilliant aadmi koi bara kaam nahin kar saka,</w:t>
      </w:r>
    </w:p>
    <w:p>
      <w:pPr>
        <w:jc w:val="right"/>
      </w:pPr>
      <w:r>
        <w:t>لیکن جو جتنا بریلینٹ ہوگا، اتنا ایگوئسٹ ہوگا وہ۔ تو ساتھ کام نہیں کر سکتا۔ یہ جو پوری ہسٹری ہے، یہ پوری ہسٹری کہ کوئی بریلینٹ آدمی کوئی بڑا کام نہیں کر سکا،</w:t>
      </w:r>
    </w:p>
    <w:p>
      <w:r>
        <w:rPr>
          <w:b/>
        </w:rPr>
        <w:t xml:space="preserve">[14:33] </w:t>
      </w:r>
      <w:r>
        <w:t>kyunke mil ke kaam karne ko tayyar nahin hua wo. aap koi nahin yeh bata sakta hai aadmi jis din siwaye scientists ke ke is scientists mein ego nahin hota, wahan wahan to mathematics hoti hai.</w:t>
      </w:r>
    </w:p>
    <w:p>
      <w:pPr>
        <w:jc w:val="right"/>
      </w:pPr>
      <w:r>
        <w:t>کیونکہ مل کے کام کرنے کو تیار نہیں ہوا وہ۔ آپ کوئی نہ یہ بتا سکتا ہے آدمی جس دن سوائے سائنس دانوں کے کہ اس سائنس دانوں میں ایگو نہیں ہوتا، وہاں وہاں تو میتھمیٹکس ہوتی ہے۔</w:t>
      </w:r>
    </w:p>
    <w:p>
      <w:r>
        <w:rPr>
          <w:b/>
        </w:rPr>
        <w:t xml:space="preserve">[14:50] </w:t>
      </w:r>
      <w:r>
        <w:t>yani mathematics ne replace kar diya hai ego ko. to science mein chunke ego nahin chalte, wahan mathematics chalti hai, to wahan par takrao nahin hota.</w:t>
      </w:r>
    </w:p>
    <w:p>
      <w:pPr>
        <w:jc w:val="right"/>
      </w:pPr>
      <w:r>
        <w:t>یعنی میتھمیٹکس نے ریپلیس کر دیا ہے ایگو کو۔ تو سائنس میں چونکہ ایگو نہیں چلتے، وہاں میتھمیٹکس چلتی ہے، تو وہاں پر ٹکراؤ نہیں ہوتا۔</w:t>
      </w:r>
    </w:p>
    <w:p>
      <w:r>
        <w:rPr>
          <w:b/>
        </w:rPr>
        <w:t xml:space="preserve">[15:05] </w:t>
      </w:r>
      <w:r>
        <w:t>is liye wo log bare bare kaam kar paate hain. lekin humanities mein aap jante hain ke yeh humanities ka subject hai, spirituality aur mazhab islam.</w:t>
      </w:r>
    </w:p>
    <w:p>
      <w:pPr>
        <w:jc w:val="right"/>
      </w:pPr>
      <w:r>
        <w:t>اس لیے وہ لوگ بڑے بڑے کام کر پاتے ہیں۔ لیکن ہیومینٹیز میں آپ جانتے ہیں کہ یہ ہیومینٹیز کا سبجیکٹ ہے، اسپریچوٹی اور مذہب اسلام۔</w:t>
      </w:r>
    </w:p>
    <w:p>
      <w:r>
        <w:rPr>
          <w:b/>
        </w:rPr>
        <w:t xml:space="preserve">[15:20] </w:t>
      </w:r>
      <w:r>
        <w:t>to aap ghor kijiye ke science mein to bare bare kaam hue, newton ne bohat bara kaam kiya, einstein ne bohat bara kaam kiya, rutherford ne bohat bara kaam kiya.</w:t>
      </w:r>
    </w:p>
    <w:p>
      <w:pPr>
        <w:jc w:val="right"/>
      </w:pPr>
      <w:r>
        <w:t>تو آپ غور کیجئے کہ سائنس میں تو بڑے بڑے کام ہوئے، نیوٹن نے بہت بڑا کام کیا، آئنسٹین نے بہت بڑا کام کیا، رذر فورڈ نے بہت بڑا کام کیا۔</w:t>
      </w:r>
    </w:p>
    <w:p>
      <w:r>
        <w:rPr>
          <w:b/>
        </w:rPr>
        <w:t xml:space="preserve">[15:34] </w:t>
      </w:r>
      <w:r>
        <w:t>lekin humanities mein koi aasan nahin milega aap ko, kyunke aapas mein takra ladte rehte hain, ego, ego, ego clash hota rehta hai.</w:t>
      </w:r>
    </w:p>
    <w:p>
      <w:pPr>
        <w:jc w:val="right"/>
      </w:pPr>
      <w:r>
        <w:t>لیکن ہیومینٹیز میں کوئی آسان نہیں ملے گا آپ کو، کیونکہ آپس میں ٹکرا لڑتے رہتے ہیں، ایگو، ایگو، ایگو کلیش ہوتا رہتا ہے۔</w:t>
      </w:r>
    </w:p>
    <w:p>
      <w:r>
        <w:rPr>
          <w:b/>
        </w:rPr>
        <w:t xml:space="preserve">[15:43] </w:t>
      </w:r>
      <w:r>
        <w:t>to beharhal jo yeh jo nahin gaye, iqbal, iqbal ahmad sohail sahib jo nahin gaye, to na to iqbal sahib koi bara kaam kar sake, na kamaluddin, khwaja kamaluddin bara kaam kar sake.</w:t>
      </w:r>
    </w:p>
    <w:p>
      <w:pPr>
        <w:jc w:val="right"/>
      </w:pPr>
      <w:r>
        <w:t>تو بہرحال جو یہ جو نہیں گئے، اقبال، اقبال احمد سہیل صاحب جو نہیں گئے، تو نہ تو اقبال صاحب کوئی بڑا کام کر سکے، نہ کمال الدین، خواجہ کمال الدین بڑا کام کر سکے۔</w:t>
      </w:r>
    </w:p>
    <w:p>
      <w:r>
        <w:rPr>
          <w:b/>
        </w:rPr>
        <w:t xml:space="preserve">[16:02] </w:t>
      </w:r>
      <w:r>
        <w:t>donon mein se koi bhi bara kaam nahin karta, donon agar ekatha ho jaate to do brain ekatha hote to kitna bara kaam ho sakta tha.</w:t>
      </w:r>
    </w:p>
    <w:p>
      <w:pPr>
        <w:jc w:val="right"/>
      </w:pPr>
      <w:r>
        <w:t>دونوں میں سے کوئی بھی بڑا کام نہیں کرتا، دونوں اگر اکٹھا ہو جاتے تو دو برین اکٹھا ہوتے تو کتنا بڑا کام ہو سکتا تھا۔</w:t>
      </w:r>
    </w:p>
    <w:p>
      <w:r>
        <w:rPr>
          <w:b/>
        </w:rPr>
        <w:t xml:space="preserve">[16:13] </w:t>
      </w:r>
      <w:r>
        <w:t>to ek to do brain ekatha hote hain, doosre ek do is aadmi ka span ekatha ho jata hai. mujhe kaam ka mauqa mila hai, farz kijiye 50 saal, aap ko mila 50 saal, to do aadmi ka span ekatha ho jaye, 100 saal ho gaye.</w:t>
      </w:r>
    </w:p>
    <w:p>
      <w:pPr>
        <w:jc w:val="right"/>
      </w:pPr>
      <w:r>
        <w:t>تو ایک تو دو برین اکٹھا ہوتے ہیں، دوسرے ایک دو اس آدمی کا اسپین اکٹھا ہو جاتا ہے۔ مجھے کام کا موقع ملا ہے، فرض کیجئے 50 سال، آپ کو ملا 50 سال، تو دو آدمی کا اسپین اکٹھا ہو جائے، سو سال ہو گئے۔</w:t>
      </w:r>
    </w:p>
    <w:p>
      <w:r>
        <w:rPr>
          <w:b/>
        </w:rPr>
        <w:t xml:space="preserve">[16:33] </w:t>
      </w:r>
      <w:r>
        <w:t>yani mujhe taqat ke sath, energy ke sath kaam karne ka mauqa mila hai 50 saal, aap ko mila 50 saal, in ko mila 50, is ko 50.</w:t>
      </w:r>
    </w:p>
    <w:p>
      <w:pPr>
        <w:jc w:val="right"/>
      </w:pPr>
      <w:r>
        <w:t>یعنی مجھے طاقت کے ساتھ، انرجی کے ساتھ کام کرنے کا موقع ملا ہے 50 سال، آپ کو ملا 50 سال، ان کو ملا 50، اس کو 50۔</w:t>
      </w:r>
    </w:p>
    <w:p>
      <w:r>
        <w:rPr>
          <w:b/>
        </w:rPr>
        <w:t xml:space="preserve">[16:44] </w:t>
      </w:r>
      <w:r>
        <w:t>to ab char aadmiyon ka ekatha ho jayen to un ka span of work ban jata hai 200 saal, akele rahega 50 saal.</w:t>
      </w:r>
    </w:p>
    <w:p>
      <w:pPr>
        <w:jc w:val="right"/>
      </w:pPr>
      <w:r>
        <w:t>تو اب چار آدمیوں کا اکٹھا ہو جائیں تو ان کا اسپین آف ورک بن جاتا ہے 200 سال، اکیلے رہے گا 50 سال۔</w:t>
      </w:r>
    </w:p>
    <w:p>
      <w:r>
        <w:rPr>
          <w:b/>
        </w:rPr>
        <w:t xml:space="preserve">[16:58] </w:t>
      </w:r>
      <w:r>
        <w:t>to is wajah se humanities ke line mein koi bara kaam nahin ho saka jaisa ke science mein hua tha.</w:t>
      </w:r>
    </w:p>
    <w:p>
      <w:pPr>
        <w:jc w:val="right"/>
      </w:pPr>
      <w:r>
        <w:t>تو اس وجہ سے ہیومینٹیز کے لائن میں کوئی بڑا کام نہیں ہو سکا جیسا کہ سائنس میں ہوا تھا۔</w:t>
      </w:r>
    </w:p>
    <w:p>
      <w:r>
        <w:rPr>
          <w:b/>
        </w:rPr>
        <w:t xml:space="preserve">[17:09] </w:t>
      </w:r>
      <w:r>
        <w:t>to main janta hoon doctor khalid khwaja kamal, khalid khwaja kamaluddin se to meri mulaqat nahin hui, lekin iqbal sohail to mere cousin the aur bohat hi zyada yani apne mein rehte the.</w:t>
      </w:r>
    </w:p>
    <w:p>
      <w:pPr>
        <w:jc w:val="right"/>
      </w:pPr>
      <w:r>
        <w:t>تو میں جانتا ہوں ڈاکٹر خالد خواجہ کمال، خالد خواجہ کمال الدین سے تو میری ملاقات نہیں ہوئی، لیکن اقبال سہیل تو میرے کزن تھے اور بہت ہی زیادہ یعنی اپنے میں رہتے تھے۔</w:t>
      </w:r>
    </w:p>
    <w:p>
      <w:r>
        <w:rPr>
          <w:b/>
        </w:rPr>
        <w:t xml:space="preserve">[17:23] </w:t>
      </w:r>
      <w:r>
        <w:t>wo ke sab baat baat bhi nahin karte the, sirf udhar mein vakalat karte the, bas koi koi aur kaam nahin kar sake wo.</w:t>
      </w:r>
    </w:p>
    <w:p>
      <w:pPr>
        <w:jc w:val="right"/>
      </w:pPr>
      <w:r>
        <w:t>وہ کہ سب بات بات بھی نہیں کرتے تھے، صرف ادھڑ میں وکالت کرتے تھے، بس کوئی کوئی اور کام نہیں کر سکے وہ۔</w:t>
      </w:r>
    </w:p>
    <w:p>
      <w:r>
        <w:rPr>
          <w:b/>
        </w:rPr>
        <w:t xml:space="preserve">[17:33] </w:t>
      </w:r>
      <w:r>
        <w:t>hata ke un ka jo bohat bara ghar tha, un ka un ki family ka, us mein us koi school aaj acha school aur chal raha hai, wo us ko allah ke fazl se main ne aur aur mere bhatije shakeel ahmad sahib ne wajah se bana bana hua.</w:t>
      </w:r>
    </w:p>
    <w:p>
      <w:pPr>
        <w:jc w:val="right"/>
      </w:pPr>
      <w:r>
        <w:t>حتیٰ کہ ان کا جو بہت بڑا گھر تھا، ان کا ان کی فیملی کا، اس میں اس کوئی سکول آج اچھا سکول اور چل رہا ہے، وہ اس کو اللہ کے فضل سے میں نے اور اور میرے بھتیجے شکیل احمد صاحب نے کی وجہ سے بنا بنا ہوا۔</w:t>
      </w:r>
    </w:p>
    <w:p>
      <w:r>
        <w:rPr>
          <w:b/>
        </w:rPr>
        <w:t xml:space="preserve">[17:51] </w:t>
      </w:r>
      <w:r>
        <w:t>unhon ne yeh bhi nahin kar kar paaye wo.</w:t>
      </w:r>
    </w:p>
    <w:p>
      <w:pPr>
        <w:jc w:val="right"/>
      </w:pPr>
      <w:r>
        <w:t>انہوں نے یہ بھی نہیں کر کر پائے وہ۔</w:t>
      </w:r>
    </w:p>
    <w:p>
      <w:r>
        <w:rPr>
          <w:b/>
        </w:rPr>
        <w:t xml:space="preserve">[17:57] </w:t>
      </w:r>
      <w:r>
        <w:t>to hum jo hum chahte hain is mission mein international logon ko join karna, hum hamara mission zaheen logon ka mission hai, intelligent logon ka mission hai.</w:t>
      </w:r>
    </w:p>
    <w:p>
      <w:pPr>
        <w:jc w:val="right"/>
      </w:pPr>
      <w:r>
        <w:t>تو ہم جو ہم چاہتے ہیں اس مشن میں انٹرنیشنل لوگوں کو جوائن کرنا، ہم ہمارا مشن ذہین لوگوں کا مشن ہے، انٹیلیجنٹ لوگوں کا مشن ہے۔</w:t>
      </w:r>
    </w:p>
    <w:p>
      <w:r>
        <w:rPr>
          <w:b/>
        </w:rPr>
        <w:t xml:space="preserve">[18:08] </w:t>
      </w:r>
      <w:r>
        <w:t>lekin mujhe bohat zyada dar hai ke hamare log jo hain aapas mein ikhtilaf kar ke alag alag ho jayenge, koi bara kaam nahin kar payenge.</w:t>
      </w:r>
    </w:p>
    <w:p>
      <w:pPr>
        <w:jc w:val="right"/>
      </w:pPr>
      <w:r>
        <w:t>لیکن مجھے بہت زیادہ ڈر ہے کہ ہمارے لوگ جو ہیں آپس میں اختلاف کر کے الگ الگ ہو جائیں گے، کوئی بڑا کام نہیں کر پائیں گے۔</w:t>
      </w:r>
    </w:p>
    <w:p>
      <w:r>
        <w:rPr>
          <w:b/>
        </w:rPr>
        <w:t xml:space="preserve">[18:18] </w:t>
      </w:r>
      <w:r>
        <w:t>isi liye main bohat zyada dua karta hoon is ke liye ke hamare saathi aapas ke takrao ka shikar na hon, hamare saathi aapas ke takrao ka shikar na hon.</w:t>
      </w:r>
    </w:p>
    <w:p>
      <w:pPr>
        <w:jc w:val="right"/>
      </w:pPr>
      <w:r>
        <w:t>اسی لیے میں بہت زیادہ دعا کرتا ہوں اس کے لیے کہ ہمارے ساتھی آپس کے ٹکراؤ کا شکار نہ ہوں، ہمارے ساتھی آپس کے ٹکراؤ کا شکار نہ ہوں۔</w:t>
      </w:r>
    </w:p>
    <w:p>
      <w:r>
        <w:rPr>
          <w:b/>
        </w:rPr>
        <w:t xml:space="preserve">[18:29] </w:t>
      </w:r>
      <w:r>
        <w:t>yani ego is ki shakal kya hai ke ego aap ka hurt ho, hone dijiye, aap offend koi kare, aap ko hone dijiye, aap ke darja koi ghataye to hone dijiye.</w:t>
      </w:r>
    </w:p>
    <w:p>
      <w:pPr>
        <w:jc w:val="right"/>
      </w:pPr>
      <w:r>
        <w:t>یعنی ایگو اس کی شکل کیا ہے کہ ایگو آپ کا ہٹ ہو، ہونے دیجئے، آپ افنڈ کوئی کرے، آپ کو ہونے دیجئے، آپ کے درجہ کوئی گھٹائے تو ہونے دیجئے۔</w:t>
      </w:r>
    </w:p>
    <w:p>
      <w:r>
        <w:rPr>
          <w:b/>
        </w:rPr>
        <w:t xml:space="preserve">[18:45] </w:t>
      </w:r>
      <w:r>
        <w:t>lekin mushkil yeh hai ke hamare saath kai bohat achhe achhe zaheen log aaye, lekin isi liye woh hamare saath chal nahi sake.</w:t>
      </w:r>
    </w:p>
    <w:p>
      <w:pPr>
        <w:jc w:val="right"/>
      </w:pPr>
      <w:r>
        <w:t>لیکن مشکل یہ ہے کہ ہمارے ساتھ کئی بہت اچھے اچھے ذہین لوگ آئے، لیکن اسی لیے وہ ہمارے ساتھ چل نہیں سکے۔</w:t>
      </w:r>
    </w:p>
    <w:p>
      <w:r>
        <w:rPr>
          <w:b/>
        </w:rPr>
        <w:t xml:space="preserve">[18:56] </w:t>
      </w:r>
      <w:r>
        <w:t>misalan dekhiye, ek zaheen aadmi the, woh hamare saath baqayda aaye aur kaam kiya unhone.</w:t>
      </w:r>
    </w:p>
    <w:p>
      <w:pPr>
        <w:jc w:val="right"/>
      </w:pPr>
      <w:r>
        <w:t>مثلاً دیکھیے، ایک ذہین آدمی تھے، وہ ہمارے ساتھ باقاعدہ آئے اور کام کیا انہوں نے۔</w:t>
      </w:r>
    </w:p>
    <w:p>
      <w:r>
        <w:rPr>
          <w:b/>
        </w:rPr>
        <w:t xml:space="preserve">[19:09] </w:t>
      </w:r>
      <w:r>
        <w:t>ab woh kahin professor hain kisi university mein, toh kisi ne poocha ke tum kyun chhod diya woh kaam? toh unhone unki zubaan se nikal gaya ke kya hum kisi ko bada karne ke liye karein?</w:t>
      </w:r>
    </w:p>
    <w:p>
      <w:pPr>
        <w:jc w:val="right"/>
      </w:pPr>
      <w:r>
        <w:t>اب وہ کہیں پروفیسر ہیں کسی یونیورسٹی میں، تو کسی نے پوچھا کہ تم کیوں چھوڑ دیا وہ کام؟ تو انہوں نے ان کی زبان سے نکل گیا کہ کیا ہم کسی کو بڑا کرنے کے لیے کریں؟</w:t>
      </w:r>
    </w:p>
    <w:p>
      <w:r>
        <w:rPr>
          <w:b/>
        </w:rPr>
        <w:t xml:space="preserve">[19:25] </w:t>
      </w:r>
      <w:r>
        <w:t>matlab hamare mission mein agar woh kaam karte toh unka khayal tha ke woh khud bade nahi honge, koi doosra bada ban jayega. yeh hai complex in logon ka jo zyada zaheen hote hain, jo zyada zaheen hote hain ke doosron ko aur shikayat hai.</w:t>
      </w:r>
    </w:p>
    <w:p>
      <w:pPr>
        <w:jc w:val="right"/>
      </w:pPr>
      <w:r>
        <w:t>مطلب ہمارے مشن میں اگر وہ کام کرتے تو ان کا خیال تھا کہ وہ خود بڑے نہیں ہوں گے، کوئی دوسرا بڑا بن جائے گا۔ یہ ہے کمپلیکس ان لوگوں کا جو زیادہ ذہین ہوتے ہیں، جو زیادہ ذہین ہوتے ہیں کہ دوسروں کو اور شکایت ہے۔</w:t>
      </w:r>
    </w:p>
    <w:p>
      <w:r>
        <w:rPr>
          <w:b/>
        </w:rPr>
        <w:t xml:space="preserve">[19:45] </w:t>
      </w:r>
      <w:r>
        <w:t>jitne bade log the hamare saath, sab shikayatein le ke baithe hue hain. kyun? shikayat koi iski hoti nahi. woh jo shikayat apne ko justify karne ke liye woh invent karte hain,</w:t>
      </w:r>
    </w:p>
    <w:p>
      <w:pPr>
        <w:jc w:val="right"/>
      </w:pPr>
      <w:r>
        <w:t>جتنے بڑے لوگ تھے ہمارے ساتھ، سب شکایتیں لے کے بیٹھے ہوئے ہیں۔ کیوں؟ شکایت کوئی اس کی ہوتی نہیں۔ وہ جو شکایت اپنے کو جسٹیفائی کرنے کے لیے وہ انوینٹ کرتے ہیں،</w:t>
      </w:r>
    </w:p>
    <w:p>
      <w:r>
        <w:rPr>
          <w:b/>
        </w:rPr>
        <w:t xml:space="preserve">[20:01] </w:t>
      </w:r>
      <w:r>
        <w:t>apne ko justify karne ke liye woh invent karte hain. aisi baat hai jiski koi koi sar par nahi hota, koi haqeeqat nahi hoti.</w:t>
      </w:r>
    </w:p>
    <w:p>
      <w:pPr>
        <w:jc w:val="right"/>
      </w:pPr>
      <w:r>
        <w:t>اپنے کو جسٹیفائی کرنے کے لیے وہ انوینٹ کرتے ہیں۔ ایسی بات ہے جس کی کوئی کوئی سر پر نہیں ہوتا، کوئی حقیقت نہیں ہوتی۔</w:t>
      </w:r>
    </w:p>
    <w:p>
      <w:r>
        <w:rPr>
          <w:b/>
        </w:rPr>
        <w:t xml:space="preserve">[20:14] </w:t>
      </w:r>
      <w:r>
        <w:t>toh dekhiye, Allah ke fazl se yeh jo mission hai, bohat bada mission hai, iska scope bohat zyada hai.</w:t>
      </w:r>
    </w:p>
    <w:p>
      <w:pPr>
        <w:jc w:val="right"/>
      </w:pPr>
      <w:r>
        <w:t>تو دیکھیے، اللہ کے فضل سے یہ جو مشن ہے، بہت بڑا مشن ہے، اس کا اسکوپ بہت زیادہ ہے۔</w:t>
      </w:r>
    </w:p>
    <w:p>
      <w:r>
        <w:rPr>
          <w:b/>
        </w:rPr>
        <w:t xml:space="preserve">[20:24] </w:t>
      </w:r>
      <w:r>
        <w:t>aur</w:t>
      </w:r>
    </w:p>
    <w:p>
      <w:pPr>
        <w:jc w:val="right"/>
      </w:pPr>
      <w:r>
        <w:t>اور</w:t>
      </w:r>
    </w:p>
    <w:p>
      <w:r>
        <w:rPr>
          <w:b/>
        </w:rPr>
        <w:t xml:space="preserve">[20:27] </w:t>
      </w:r>
      <w:r>
        <w:t>jo mission hai hamara, yani peaceful discrimination of Islam, yeh bohat bada mission hai. lekin aur Allah ke fazl se bohat achhe achhe zaheen log hamare saath jud gaye hain.</w:t>
      </w:r>
    </w:p>
    <w:p>
      <w:pPr>
        <w:jc w:val="right"/>
      </w:pPr>
      <w:r>
        <w:t>جو مشن ہے ہمارا، یعنی پیس فل ڈسکریمینیشن آف اسلام، یہ بہت بڑا مشن ہے۔ لیکن اور اللہ کے فضل سے بہت اچھے اچھے ذہین لوگ ہمارے ساتھ جڑ گئے ہیں۔</w:t>
      </w:r>
    </w:p>
    <w:p>
      <w:r>
        <w:rPr>
          <w:b/>
        </w:rPr>
        <w:t xml:space="preserve">[20:43] </w:t>
      </w:r>
      <w:r>
        <w:t>toh aap logon ko main naseehat karta hoon ke aap yeh soch lijiye, yeh khoob soch lijiye ke hum offend nahi honge, hamara ego hit ho toh hata rahe hain, aur isko excuse nahi banayenge.</w:t>
      </w:r>
    </w:p>
    <w:p>
      <w:pPr>
        <w:jc w:val="right"/>
      </w:pPr>
      <w:r>
        <w:t>تو آپ لوگوں کو میں نصیحت کرتا ہوں کہ آپ یہ سوچ لیجئے، یہ خوب سوچ لیجئے کہ ہم افینڈ نہیں ہوں گے، ہمارا ایگو ہٹ ہو تو ہٹا رہے ہیں، اور اس کو ایکسکیوز نہیں بنائیں گے۔</w:t>
      </w:r>
    </w:p>
    <w:p>
      <w:r>
        <w:rPr>
          <w:b/>
        </w:rPr>
        <w:t xml:space="preserve">[20:59] </w:t>
      </w:r>
      <w:r>
        <w:t>hum chhote hon toh hote rahe hain, hum hum isko excuse nahi banayenge. yani har haal mein hum isse jude rahenge. agar aap log aisa kar sakein toh inshallah aap ke zariye ek bohat bada kaam hoga,</w:t>
      </w:r>
    </w:p>
    <w:p>
      <w:pPr>
        <w:jc w:val="right"/>
      </w:pPr>
      <w:r>
        <w:t>ہم چھوٹے ہوں تو ہوتے رہے ہیں، ہم ہم اس کو ایکسکیوز نہیں بنائیں گے۔ یعنی ہر حال میں ہم اس سے جڑے رہیں گے۔ اگر آپ لوگ ایسا کر سکیں تو انشاءاللہ آپ کے ذریعے ایک بہت بڑا کام ہوگا،</w:t>
      </w:r>
    </w:p>
    <w:p>
      <w:r>
        <w:rPr>
          <w:b/>
        </w:rPr>
        <w:t xml:space="preserve">[21:15] </w:t>
      </w:r>
      <w:r>
        <w:t>bohat bada kaam. yani apni apni ego ko qabze mein rakhiye, apne jo khudi hai,</w:t>
      </w:r>
    </w:p>
    <w:p>
      <w:pPr>
        <w:jc w:val="right"/>
      </w:pPr>
      <w:r>
        <w:t>بہت بڑا کام۔ یعنی اپنی اپنی ایگو کو قبضے میں رکھیے، اپنے جو خودی ہے،</w:t>
      </w:r>
    </w:p>
    <w:p>
      <w:r>
        <w:rPr>
          <w:b/>
        </w:rPr>
        <w:t xml:space="preserve">[21:29] </w:t>
      </w:r>
      <w:r>
        <w:t>usko control mein rakhiye. apni badai ka ehsaas har aadmi mein hota hai, har har yaad rakhiye, har zaheen aadmi khud pasand hota hai, apne ko bada sochta hai.</w:t>
      </w:r>
    </w:p>
    <w:p>
      <w:pPr>
        <w:jc w:val="right"/>
      </w:pPr>
      <w:r>
        <w:t>اس کو کنٹرول میں رکھیے۔ اپنی بڑائی کا احساس ہر آدمی میں ہوتا ہے، ہر ہر یاد رکھیے، ہر ذہین آدمی خود پسند ہوتا ہے، اپنے کو بڑا سوچتا ہے۔</w:t>
      </w:r>
    </w:p>
    <w:p>
      <w:r>
        <w:rPr>
          <w:b/>
        </w:rPr>
        <w:t xml:space="preserve">[21:45] </w:t>
      </w:r>
      <w:r>
        <w:t>is se apne ko paak kar lijiye, apne andar, apne andar woh laiye, woh</w:t>
      </w:r>
    </w:p>
    <w:p>
      <w:pPr>
        <w:jc w:val="right"/>
      </w:pPr>
      <w:r>
        <w:t>اس سے اپنے کو پاک کر لیجئے، اپنے اندر، اپنے اندر وہ لائیے، وہ</w:t>
      </w:r>
    </w:p>
    <w:p>
      <w:r>
        <w:rPr>
          <w:b/>
        </w:rPr>
        <w:t xml:space="preserve">[21:58] </w:t>
      </w:r>
      <w:r>
        <w:t>woh modesty. sab se badi sifat bada kaam karne ke liye modesty hai. sab se bada agar modesty nahi hai toh aap kitne hi zyada intelligent hon, kuch bhi hon, kuch bada kaam nahi kar sakte aap, kyunke aap ka kaam multiply nahi hoga.</w:t>
      </w:r>
    </w:p>
    <w:p>
      <w:pPr>
        <w:jc w:val="right"/>
      </w:pPr>
      <w:r>
        <w:t>وہ ماڈیسٹی۔ سب سے بڑی صفت بڑا کام کرنے کے لیے ماڈیسٹی ہے۔ سب سے بڑا اگر ماڈیسٹی نہیں ہے تو آپ کتنے ہی زیادہ انٹیلیجنٹ ہوں، کچھ بھی ہوں، کوئی بڑا کام نہیں کر سکتے آپ، کیونکہ آپ کا کام ملٹی پلائی نہیں ہوگا۔</w:t>
      </w:r>
    </w:p>
    <w:p>
      <w:r>
        <w:rPr>
          <w:b/>
        </w:rPr>
        <w:t xml:space="preserve">[22:19] </w:t>
      </w:r>
      <w:r>
        <w:t>main ne arz kiya na ke agar zyada aadmi hon toh aap ka kaam multiply ho kar so so hazar saal ka ban sakta hai, lekin agar aap combined effort karna na jaane,</w:t>
      </w:r>
    </w:p>
    <w:p>
      <w:pPr>
        <w:jc w:val="right"/>
      </w:pPr>
      <w:r>
        <w:t>میں نے عرض کیا نا کہ اگر زیادہ آدمی ہوں تو آپ کا کام ملٹی پلائی ہو کر سو سو ہزار سال کا بن سکتا ہے، لیکن اگر آپ کمبائنڈ ایفرٹ کرنا نہ جانیں،</w:t>
      </w:r>
    </w:p>
    <w:p>
      <w:r>
        <w:rPr>
          <w:b/>
        </w:rPr>
        <w:t xml:space="preserve">[22:34] </w:t>
      </w:r>
      <w:r>
        <w:t>apne ego ko control na karein toh akele reh jaate hain, akele. toh meri dua hai ke Allah taala hum logon ko tofeeq de ke hum bada kaam kar sakein, aur bada kaam karne ke liye bada dil chahiye,</w:t>
      </w:r>
    </w:p>
    <w:p>
      <w:pPr>
        <w:jc w:val="right"/>
      </w:pPr>
      <w:r>
        <w:t>اپنے ایگو کو کنٹرول نہ کریں تو اکیلے رہ جاتے ہیں، اکیلے۔ تو میری دعا ہے کہ اللہ تعالی ہم لوگوں کو توفیق دے کہ ہم بڑا کام کر سکیں، اور بڑا کام کرنے کے لیے بڑا دل چاہیے،</w:t>
      </w:r>
    </w:p>
    <w:p>
      <w:r>
        <w:rPr>
          <w:b/>
        </w:rPr>
        <w:t xml:space="preserve">[22:52] </w:t>
      </w:r>
      <w:r>
        <w:t>bada kaam karne ke liye bada dil chahiye. assalam o alaikum wa rehmatullah.</w:t>
      </w:r>
    </w:p>
    <w:p>
      <w:pPr>
        <w:jc w:val="right"/>
      </w:pPr>
      <w:r>
        <w:t>بڑا کام کرنے کے لیے بڑا دل چاہیے۔ السلام علیکم ورحمۃ اللہ۔</w:t>
      </w:r>
    </w:p>
    <w:p>
      <w:r>
        <w:rPr>
          <w:b/>
        </w:rPr>
        <w:t xml:space="preserve">[23:04] </w:t>
      </w:r>
      <w:r>
        <w:t>apni apni aap ki badai jo hai woh koi chhoti ho jati hai, koi complex hai. toh asal cheez yeh hai ke aise log, yeh jo log complex mein pad jayein aur badai zaati badai mein pad jayein, toh jante hain woh kya karte hain?</w:t>
      </w:r>
    </w:p>
    <w:p>
      <w:pPr>
        <w:jc w:val="right"/>
      </w:pPr>
      <w:r>
        <w:t>اپنی اپنی آپ کی بڑائی جو ہے وہ کوئی چھوٹی ہو جاتی ہے، کوئی کمپلیکس ہے۔ تو اصل چیز یہ ہے کہ ایسے لوگ، یہ جو لوگ کمپلیکس میں پڑ جائیں اور بڑائی ذاتی بڑائی میں پڑ جائیں، تو جانتے ہیں وہ کیا کرتے ہیں؟</w:t>
      </w:r>
    </w:p>
    <w:p>
      <w:r>
        <w:rPr>
          <w:b/>
        </w:rPr>
        <w:t xml:space="preserve">[23:28] </w:t>
      </w:r>
      <w:r>
        <w:t>ek bohat bada gunah karte hain. duniya yeh farishton ke aap ne batate hain ke maine god almighty ko discover nahi kiya, main apni badai mein jeeta hoon,</w:t>
      </w:r>
    </w:p>
    <w:p>
      <w:pPr>
        <w:jc w:val="right"/>
      </w:pPr>
      <w:r>
        <w:t>ایک بہت بڑا گناہ کرتے ہیں۔ دنیا یہ فرشتوں کے آپ نے بتاتے ہیں کہ میں نے گاڈ المائٹ کو ڈسکور نہیں کیا، میں اپنی بڑائی میں جیتا ہوں،</w:t>
      </w:r>
    </w:p>
    <w:p>
      <w:r>
        <w:rPr>
          <w:b/>
        </w:rPr>
        <w:t xml:space="preserve">[23:44] </w:t>
      </w:r>
      <w:r>
        <w:t>khuda ki badai ko discover nahi kiya. maine bataiye ke farishte kya likhenge aap ko? jab bhi aap offend hote hain, jab bhi aap ego bhadakta hai aap ka, jab bhi aap ke thes lagti hai aap ke ana ko, toh kyun?</w:t>
      </w:r>
    </w:p>
    <w:p>
      <w:pPr>
        <w:jc w:val="right"/>
      </w:pPr>
      <w:r>
        <w:t>خدا کی بڑائی کو ڈسکور نہیں کیا۔ میں نے بتائیے کہ فرشتے کیا لکھیں گے آپ کو؟ جب بھی آپ افینڈ ہوتے ہیں، جب بھی آپ ایگو بھڑکتا ہے آپ کا، جب بھی آپ کے ٹھیس لگتی ہے آپ کے انا کو، تو کیوں؟</w:t>
      </w:r>
    </w:p>
    <w:p>
      <w:r>
        <w:rPr>
          <w:b/>
        </w:rPr>
        <w:t xml:space="preserve">[24:04] </w:t>
      </w:r>
      <w:r>
        <w:t>kyun? is tarah aap ab bhi badai mein jee rahe hain, baghair bole hue. ek andar andar aap ka aise yeh hai ke main bada hoon.</w:t>
      </w:r>
    </w:p>
    <w:p>
      <w:pPr>
        <w:jc w:val="right"/>
      </w:pPr>
      <w:r>
        <w:t>کیوں؟ اس طرح آپ اب بھی بڑائی میں جی رہے ہیں، بغیر بولے ہوئے۔ ایک اندر اندر آپ کا ایسے یہ ہے کہ میں بڑا ہوں۔</w:t>
      </w:r>
    </w:p>
    <w:p>
      <w:r>
        <w:rPr>
          <w:b/>
        </w:rPr>
        <w:t xml:space="preserve">[24:18] </w:t>
      </w:r>
      <w:r>
        <w:t>toh is ko nahi ke aap yeh keh rahe hain ke khuda bada nahi hai, bada toh main hoon. aap ghor kijiye ke jo aadmi yeh bata raha ho farishton ko ke bada toh main hoon, khuda bada nahi hai, toh kya likhenge woh aap ke bare mein?</w:t>
      </w:r>
    </w:p>
    <w:p>
      <w:pPr>
        <w:jc w:val="right"/>
      </w:pPr>
      <w:r>
        <w:t>تو اس کو نہیں کہ آپ یہ کہہ رہے ہیں کہ خدا بڑا نہیں ہے، بڑا تو میں ہوں۔ آپ غور کیجئے کہ جو آدمی یہ بتا رہا ہو فرشتوں کو کہ بڑا تو میں ہوں، خدا بڑا نہیں ہے، تو کیا لکھیں گے وہ آپ کے بارے میں؟</w:t>
      </w:r>
    </w:p>
    <w:p>
      <w:r>
        <w:rPr>
          <w:b/>
        </w:rPr>
        <w:t xml:space="preserve">[24:37] </w:t>
      </w:r>
      <w:r>
        <w:t>aap aap ka case ban jayega ke yeh woh insaan hai jo sab se bada jhoot bola. aap ka case yeh ban jayega ke yeh woh insaan hai jo sab se bada jhoot bola.</w:t>
      </w:r>
    </w:p>
    <w:p>
      <w:pPr>
        <w:jc w:val="right"/>
      </w:pPr>
      <w:r>
        <w:t>آپ آپ کا کیس بن جائے گا کہ یہ وہ انسان ہے جو سب سے بڑا جھوٹ بولا۔ آپ کا کیس یہ بن جائے گا کہ یہ وہ انسان ہے جو سب سے بڑا جھوٹ بولا۔</w:t>
      </w:r>
    </w:p>
    <w:p>
      <w:r>
        <w:rPr>
          <w:b/>
        </w:rPr>
        <w:t xml:space="preserve">[24:51] </w:t>
      </w:r>
      <w:r>
        <w:t>bada toh khuda tha, bada aap ne koi pata nahi hai. toh saada baat nahi hai yeh. yeh sochein agar aap toh achhanak criticize ho jayein.</w:t>
      </w:r>
    </w:p>
    <w:p>
      <w:pPr>
        <w:jc w:val="right"/>
      </w:pPr>
      <w:r>
        <w:t>بڑا تو خدا تھا، بڑا آپ نے کوئی پتہ نہیں ہے۔ تو سادہ بات نہیں ہے یہ۔ یہ سوچیں اگر آپ تو اچانک کریٹیسائز ہو جائیں۔</w:t>
      </w:r>
    </w:p>
    <w:p>
      <w:r>
        <w:rPr>
          <w:b/>
        </w:rPr>
        <w:t xml:space="preserve">[25:02] </w:t>
      </w:r>
      <w:r>
        <w:t>aap yeh sochte hi aap criticize ho jayenge. yeh jo hai yeh bohat hi base less. hmm, yeh woh hai.</w:t>
      </w:r>
    </w:p>
    <w:p>
      <w:pPr>
        <w:jc w:val="right"/>
      </w:pPr>
      <w:r>
        <w:t>آپ یہ سوچتے ہی آپ کریٹیسائز ہو جائیں گے۔ یہ جو ہے یہ بہت ہی بیس لیس۔ ہمم، یہ وہ ہے۔</w:t>
      </w:r>
    </w:p>
    <w:p>
      <w:r>
        <w:rPr>
          <w:b/>
        </w:rPr>
        <w:t xml:space="preserve">[25:12] </w:t>
      </w:r>
      <w:r>
        <w:t>ego aik baat dekhi. hmm, sahi word use kijiye. important kya cheez hai? ego important harghiz nahi hai.</w:t>
      </w:r>
    </w:p>
    <w:p>
      <w:pPr>
        <w:jc w:val="right"/>
      </w:pPr>
      <w:r>
        <w:t>ایگو ایک بات دیکھی۔ ہمم، صحیح ورڈ یوز کیجیے۔ امپورٹنٹ کیا چیز ہے؟ ایگو امپورٹنٹ ہرگز نہیں ہے۔</w:t>
      </w:r>
    </w:p>
    <w:p>
      <w:r>
        <w:rPr>
          <w:b/>
        </w:rPr>
        <w:t xml:space="preserve">[25:21] </w:t>
      </w:r>
      <w:r>
        <w:t>ego to shaitani feal hai. ego to shaitani jazba hai. jo cheez important hai woh hai duty ka ehsas.</w:t>
      </w:r>
    </w:p>
    <w:p>
      <w:pPr>
        <w:jc w:val="right"/>
      </w:pPr>
      <w:r>
        <w:t>ایگو تو شیطانی فعل ہے۔ ایگو تو شیطانی جذبہ ہے۔ جو چیز امپورٹنٹ ہے وہ ہے ڈیوٹی کا احساس۔</w:t>
      </w:r>
    </w:p>
    <w:p>
      <w:r>
        <w:rPr>
          <w:b/>
        </w:rPr>
        <w:t xml:space="preserve">[25:34] </w:t>
      </w:r>
      <w:r>
        <w:t>duty ka ehsas, mein ka ehsas nahi. ego ke maani mein ka ehsas aur duty ke maani kaam ka ehsas. jitna zyada duty ka ehsas hoga, utne zyada aadmi apne ko useful banayega.</w:t>
      </w:r>
    </w:p>
    <w:p>
      <w:pPr>
        <w:jc w:val="right"/>
      </w:pPr>
      <w:r>
        <w:t>ڈیوٹی کا احساس، میں کا احساس نہیں۔ ایگو کے معنی میں کا احساس اور ڈیوٹی کے معنی کام کا احساس۔ جتنا زیادہ ڈیوٹی کا احساس ہوگا، اتنے زیادہ آدمی اپنے کو یوزفل بنائے گا۔</w:t>
      </w:r>
    </w:p>
    <w:p>
      <w:r>
        <w:rPr>
          <w:b/>
        </w:rPr>
        <w:t xml:space="preserve">[25:51] </w:t>
      </w:r>
      <w:r>
        <w:t>aur jitna zyada mein ka ehsas hoga, utna hi woh girta chala jayega, girta chala jayega.</w:t>
      </w:r>
    </w:p>
    <w:p>
      <w:pPr>
        <w:jc w:val="right"/>
      </w:pPr>
      <w:r>
        <w:t>اور جتنا زیادہ میں کا احساس ہوگا، اتنا ہی وہ گرتا چلا جائے گا، گرتا چلا جائے گا۔</w:t>
      </w:r>
    </w:p>
    <w:p>
      <w:r>
        <w:rPr>
          <w:b/>
        </w:rPr>
        <w:t xml:space="preserve">[26:00] </w:t>
      </w:r>
      <w:r>
        <w:t>yeh to beautiful term hai yeh. yeh beautiful term hai. ego less speed ka naam hai confidence. jahan ego khatam ho jaye, wahan se confidence shuru hota hai.</w:t>
      </w:r>
    </w:p>
    <w:p>
      <w:pPr>
        <w:jc w:val="right"/>
      </w:pPr>
      <w:r>
        <w:t>یہ تو بیوٹی فل ٹرم ہے یہ۔ یہ بیوٹی فل ٹرم ہے۔ ایگو لیس اسپیڈ کا نام ہے کانفیڈنس۔ جہاں ایگو ختم ہو جائے، وہاں سے کانفیڈنس شروع ہوتا ہے۔</w:t>
      </w:r>
    </w:p>
    <w:p>
      <w:r>
        <w:rPr>
          <w:b/>
        </w:rPr>
        <w:t xml:space="preserve">[26:17] </w:t>
      </w:r>
      <w:r>
        <w:t>dekhiye, ab objective tor par is ko dekhiye. objective har scientist, har artist, even woh even Darwin jo samjhaya tha ke sab se bara,</w:t>
      </w:r>
    </w:p>
    <w:p>
      <w:pPr>
        <w:jc w:val="right"/>
      </w:pPr>
      <w:r>
        <w:t>دیکھیے، اب ابجیکٹو طور پر اس کو دیکھیے۔ ابجیکٹو ہر سائنٹسٹ، ہر آرٹسٹ، ایون وہ ایون ڈارون جو سمجھایا تھا کہ سب سے بڑا،</w:t>
      </w:r>
    </w:p>
    <w:p>
      <w:r>
        <w:rPr>
          <w:b/>
        </w:rPr>
        <w:t xml:space="preserve">[26:37] </w:t>
      </w:r>
      <w:r>
        <w:t>yani jis ke phal, jis ki theory jo thi evolution, us se sabza nikla Khuda ko na manne ka nazariya.</w:t>
      </w:r>
    </w:p>
    <w:p>
      <w:pPr>
        <w:jc w:val="right"/>
      </w:pPr>
      <w:r>
        <w:t>یعنی جس کے پھل، جس کی تھیوری جو تھی ایولوشن، اس سے سبزہ نکلا خدا کو نہ ماننے کا نظریہ۔</w:t>
      </w:r>
    </w:p>
    <w:p>
      <w:r>
        <w:rPr>
          <w:b/>
        </w:rPr>
        <w:t xml:space="preserve">[26:48] </w:t>
      </w:r>
      <w:r>
        <w:t>lekin aap us ki kitaab parhi to teen jagah woh Khuda ka naam leta hai. Darwin jo hai, us ki kitaab jo hai, us mein woh teen jagah Khuda ka naam leta hai.</w:t>
      </w:r>
    </w:p>
    <w:p>
      <w:pPr>
        <w:jc w:val="right"/>
      </w:pPr>
      <w:r>
        <w:t>لیکن آپ اس کی کتاب پڑھی تو تین جگہ وہ خدا کا نام لیتا ہے۔ ڈارون جو ہے، اس کی کتاب جو ہے، اس میں وہ تین جگہ خدا کا نام لیتا ہے۔</w:t>
      </w:r>
    </w:p>
    <w:p>
      <w:r>
        <w:rPr>
          <w:b/>
        </w:rPr>
        <w:t xml:space="preserve">[27:00] </w:t>
      </w:r>
      <w:r>
        <w:t>mein, mein, mein ne jo parha hai, har scientist, har scientist kahin na kahin mehsoos karta hai ke koi taqat hai, koi taqat hai, koi taqat hai.</w:t>
      </w:r>
    </w:p>
    <w:p>
      <w:pPr>
        <w:jc w:val="right"/>
      </w:pPr>
      <w:r>
        <w:t>میں، میں، میں نے جو پڑھا ہے، ہر سائنسدان، ہر سائنسدان کہیں نہ کہیں محسوس کرتا ہے کہ کوئی طاقت ہے، کوئی طاقت ہے، کوئی طاقت ہے۔</w:t>
      </w:r>
    </w:p>
    <w:p>
      <w:r>
        <w:rPr>
          <w:b/>
        </w:rPr>
        <w:t xml:space="preserve">[27:09] </w:t>
      </w:r>
      <w:r>
        <w:t>lekin unhon ne jo criterion bana rakha hai, woh rukawat hai.</w:t>
      </w:r>
    </w:p>
    <w:p>
      <w:pPr>
        <w:jc w:val="right"/>
      </w:pPr>
      <w:r>
        <w:t>لیکن انہوں نے جو کیٹرن بنا رکھا ہے، وہ رکاوٹ ہے۔</w:t>
      </w:r>
    </w:p>
    <w:p>
      <w:r>
        <w:rPr>
          <w:b/>
        </w:rPr>
        <w:t xml:space="preserve">[27:18] </w:t>
      </w:r>
      <w:r>
        <w:t>aap Galileo ne yeh shuru hua hai. Galileo se Galileo ne yeh kiya tha ke qualitative aspect calculate kar diya aur quantitative aspect calculate kar diya.</w:t>
      </w:r>
    </w:p>
    <w:p>
      <w:pPr>
        <w:jc w:val="right"/>
      </w:pPr>
      <w:r>
        <w:t>آپ گلیلیو نے یہ شروع ہوا ہے۔ گلیلیو سے گلیلیو نے یہ کیا تھا کہ کوالیٹیٹیو ایسپیکٹ کالک کر دیا اور کوانٹٹیٹیو ایسپیکٹ کالک کر دیا۔</w:t>
      </w:r>
    </w:p>
    <w:p>
      <w:r>
        <w:rPr>
          <w:b/>
        </w:rPr>
        <w:t xml:space="preserve">[27:31] </w:t>
      </w:r>
      <w:r>
        <w:t>us ne yeh keh diya ke science ka subject quantitative aspect ko tehqeeq karna nahi hai, quantitative aspect ko tehqeeq karna hai.</w:t>
      </w:r>
    </w:p>
    <w:p>
      <w:pPr>
        <w:jc w:val="right"/>
      </w:pPr>
      <w:r>
        <w:t>اس نے یہ کہہ دیا کہ سائنس کا سبجیکٹ کوانٹٹیٹیو ایسپیکٹ کو تحقیق کرنا نہیں ہے، کوانٹٹیٹیو ایسپیکٹ کو تحقیق کرنا ہے۔</w:t>
      </w:r>
    </w:p>
    <w:p>
      <w:r>
        <w:rPr>
          <w:b/>
        </w:rPr>
        <w:t xml:space="preserve">[27:41] </w:t>
      </w:r>
      <w:r>
        <w:t>is criterion ki wajah se un ka mind accept nahi karta Khuda ko. agarche mehsoos karte hain ke koi, koi hai, koi, koi un ki taqat hai to yeh bohat complex mamla hai.</w:t>
      </w:r>
    </w:p>
    <w:p>
      <w:pPr>
        <w:jc w:val="right"/>
      </w:pPr>
      <w:r>
        <w:t>اس کرائیٹیرین کی وجہ سے ان کا مائنڈ ایکسیپٹ نہیں کرتا خدا کو۔ اگرچہ محسوس کرتے ہیں کہ کوئی، کوئی ہے، کوئی، کوئی ان کی طاقت ہے تو یہ بہت کمپلیکس معاملہ ہے۔</w:t>
      </w:r>
    </w:p>
    <w:p>
      <w:r>
        <w:rPr>
          <w:b/>
        </w:rPr>
        <w:t xml:space="preserve">[27:56] </w:t>
      </w:r>
      <w:r>
        <w:t>un ki dishonest nahi kar sakte. aap scientists ko aap dishonest nahi kar sakte. un ka Galileo ne jo jo criterion set kar diya tha, train setter jo hai, yeh dekhiye, science ka jo train setter hai, woh Galileo hai.</w:t>
      </w:r>
    </w:p>
    <w:p>
      <w:pPr>
        <w:jc w:val="right"/>
      </w:pPr>
      <w:r>
        <w:t>ان کی ڈس آنسٹ نہیں کر سکتے۔ آپ سائنس دانوں کو آپ ڈس آنسٹ نہیں کر سکتے۔ ان کا گلیلیو نے جو جو کیٹرنم سیٹ کر دیا تھا، ٹرین سیٹر جو ہے، یہ دیکھیے، سائنس کا جو ٹرین سیٹر ہے، وہ گلیلیو ہے۔</w:t>
      </w:r>
    </w:p>
    <w:p>
      <w:r>
        <w:rPr>
          <w:b/>
        </w:rPr>
        <w:t xml:space="preserve">[28:15] </w:t>
      </w:r>
      <w:r>
        <w:t>train setter jo science mein set kar diya tha us din ke hum cheezon ke qualitative aspect par nahi jayenge, hum sirf quantitative aspect par jayenge.</w:t>
      </w:r>
    </w:p>
    <w:p>
      <w:pPr>
        <w:jc w:val="right"/>
      </w:pPr>
      <w:r>
        <w:t>ٹرین سیٹر جو سائنس میں سیٹ کر دیا تھا اس دن کہ ہم چیزوں کے کوالیٹیٹیو ایسپیکٹ پر نہیں جائیں گے، ہم صرف کوانٹٹیٹیو ایسپیکٹ پر جائیں گے۔</w:t>
      </w:r>
    </w:p>
    <w:p>
      <w:r>
        <w:rPr>
          <w:b/>
        </w:rPr>
        <w:t xml:space="preserve">[28:31] </w:t>
      </w:r>
      <w:r>
        <w:t>to isi ko border likha hai ke knowledge of things, knowledge of truth to alag kar diya.</w:t>
      </w:r>
    </w:p>
    <w:p>
      <w:pPr>
        <w:jc w:val="right"/>
      </w:pPr>
      <w:r>
        <w:t>تو اسی کو بارڈر لکھا ہے کہ نالج آف تھنگز، نالج آف ٹروتھ تو الگ کر دیا۔</w:t>
      </w:r>
    </w:p>
    <w:p>
      <w:r>
        <w:rPr>
          <w:b/>
        </w:rPr>
        <w:t xml:space="preserve">[28:40] </w:t>
      </w:r>
      <w:r>
        <w:t>yeh, yeh un ke criterion ki ghalati ghalati hai. un ke dishonest mein nahi manta un ko. woh dishonest.</w:t>
      </w:r>
    </w:p>
    <w:p>
      <w:pPr>
        <w:jc w:val="right"/>
      </w:pPr>
      <w:r>
        <w:t>یہ، یہ ان کے کرائیٹیرین کی غلطی غلطی ہے۔ ان کے ڈس آنسٹ میں نہیں مانتا ان کو۔ وہ ڈس آنسٹ۔</w:t>
      </w:r>
    </w:p>
    <w:p>
      <w:r>
        <w:rPr>
          <w:b/>
        </w:rPr>
        <w:t xml:space="preserve">[28:50] </w:t>
      </w:r>
      <w:r>
        <w:t>dekhiye, mein aap ko aik hadith sunata hoon. aik hadith. aik, aik sahabi kehte hain, do top ke sahabi ke baray mein kehte hain ke mein ne dekha aik bar ke woh dono baithe baat kar rahe hain.</w:t>
      </w:r>
    </w:p>
    <w:p>
      <w:pPr>
        <w:jc w:val="right"/>
      </w:pPr>
      <w:r>
        <w:t>دیکھیے، میں آپ کو ایک حدیث سناتا ہوں۔ ایک حدیث۔ ایک، ایک صحابی کہتے ہیں، دو ٹاپ کے صحابی کے بارے میں کہتے ہیں کہ میں نے دیکھا ایک بار کہ وہ دونوں بیٹھے بات کر رہے ہیں۔</w:t>
      </w:r>
    </w:p>
    <w:p>
      <w:r>
        <w:rPr>
          <w:b/>
        </w:rPr>
        <w:t xml:space="preserve">[29:10] </w:t>
      </w:r>
      <w:r>
        <w:t>ab, ab bohat tez baat kar rahe hain. jaisay lagta hai ke ab usay bol chaal band ho jaye gi. utter blunt. jaisay aik, aik sahabi ne kaha ke ant kazib to jhootay ho.</w:t>
      </w:r>
    </w:p>
    <w:p>
      <w:pPr>
        <w:jc w:val="right"/>
      </w:pPr>
      <w:r>
        <w:t>اب، اب بہت تیز بات کر رہے ہیں۔ جیسے لگتا ہے کہ اب اسے بول چال بند ہو جائے گی۔ عطا برت۔ جیسے ایک، ایک صحابی نے کہا کہ انت کاذب تو جھوٹے ہو۔</w:t>
      </w:r>
    </w:p>
    <w:p>
      <w:r>
        <w:rPr>
          <w:b/>
        </w:rPr>
        <w:t xml:space="preserve">[29:24] </w:t>
      </w:r>
      <w:r>
        <w:t>dosre ne kaha ke ant akzab to aur bhi, to aur bhi zyada jhootay ho. hain, yeh aakhri lafz hai ke ant kazib, ant akzab.</w:t>
      </w:r>
    </w:p>
    <w:p>
      <w:pPr>
        <w:jc w:val="right"/>
      </w:pPr>
      <w:r>
        <w:t>دوسرے نے کہا کہ انت اکذب تو اور بھی، تو اور بھی زیادہ جھوٹے ہو۔ ہیں، یہ آخری لفظ ہے کہ انت کاذب، انت اکذب۔</w:t>
      </w:r>
    </w:p>
    <w:p>
      <w:r>
        <w:rPr>
          <w:b/>
        </w:rPr>
        <w:t xml:space="preserve">[29:35] </w:t>
      </w:r>
      <w:r>
        <w:t>woh kehte hain ke jab woh baat khatam hui, uthe woh aik dam normal thay un dono. to aik dekhiye, aik hai apne ego ka ki taraf se bolna, ego ka problem bana kar bolna.</w:t>
      </w:r>
    </w:p>
    <w:p>
      <w:pPr>
        <w:jc w:val="right"/>
      </w:pPr>
      <w:r>
        <w:t>وہ کہتے ہیں کہ جب وہ بات ختم ہوئی، اٹھے وہ ایک دم نارمل تھے ان دونوں۔ تو ایک دیکھیے، ایک ہے اپنے ایگو کا کی طرف سے بولنا، ایگو کا پرابلم بنا کر بولنا۔</w:t>
      </w:r>
    </w:p>
    <w:p>
      <w:r>
        <w:rPr>
          <w:b/>
        </w:rPr>
        <w:t xml:space="preserve">[29:54] </w:t>
      </w:r>
      <w:r>
        <w:t>aik hai ke aadmi ego ka problem ban kar bolay, tab ghussa doosre maani doosre hotay hain.</w:t>
      </w:r>
    </w:p>
    <w:p>
      <w:pPr>
        <w:jc w:val="right"/>
      </w:pPr>
      <w:r>
        <w:t>ایک ہے کہ آدمی ایگو کا پرابلم بن کر بولے، تب غصہ دوسرے معنی دوسرے ہوتے ہیں۔</w:t>
      </w:r>
    </w:p>
    <w:p>
      <w:r>
        <w:rPr>
          <w:b/>
        </w:rPr>
        <w:t xml:space="preserve">[30:04] </w:t>
      </w:r>
      <w:r>
        <w:t>aik yeh hai ke subject ke upar subject ke upar dekhen, us ko personalize na karen. personalize na karen to kuch nahi hota.</w:t>
      </w:r>
    </w:p>
    <w:p>
      <w:pPr>
        <w:jc w:val="right"/>
      </w:pPr>
      <w:r>
        <w:t>ایک یہ ہے کہ سبجیکٹ کے اوپر سبجیکٹ کے اوپر دیکھیں، اس کو پرسنلائز نہ کریں۔ پرسنلائز نہ کریں تو کچھ نہیں ہوتا۔</w:t>
      </w:r>
    </w:p>
    <w:p>
      <w:r>
        <w:rPr>
          <w:b/>
        </w:rPr>
        <w:t xml:space="preserve">[30:16] </w:t>
      </w:r>
      <w:r>
        <w:t>ghussa ayega to aik second mein khatam. to woh to, to issue ko personalize na karen, tab ego bharkta hai.</w:t>
      </w:r>
    </w:p>
    <w:p>
      <w:pPr>
        <w:jc w:val="right"/>
      </w:pPr>
      <w:r>
        <w:t>غصہ آئے گا تو ایک سیکنڈ میں ختم۔ تو وہ تو، تو ایشو کو پرسنلائز نہ کریں، تب ایگو بھڑکتا ہے۔</w:t>
      </w:r>
    </w:p>
    <w:p>
      <w:r>
        <w:rPr>
          <w:b/>
        </w:rPr>
        <w:t xml:space="preserve">[30:30] </w:t>
      </w:r>
      <w:r>
        <w:t>bilkul subject ke taur par lein to meri zaat is mein alag rehti hai, subject alag rehta hai. Main to yahi karta hoon ke apni zaat ko alag kar leta hoon aur subject ko alag kar leta hoon.</w:t>
      </w:r>
    </w:p>
    <w:p>
      <w:pPr>
        <w:jc w:val="right"/>
      </w:pPr>
      <w:r>
        <w:t>بالکل سبجیکٹ کے طور پر لیں تو میری ذات اس میں الگ رہتی ہے، سبجیکٹ الگ رہتا ہے۔ میں تو یہی کرتا ہوں کہ اپنی ذات کو الگ کر لیتا ہوں اور سبجیکٹ کو الگ کر لیتا ہوں۔</w:t>
      </w:r>
    </w:p>
    <w:p>
      <w:r>
        <w:rPr>
          <w:b/>
        </w:rPr>
        <w:t xml:space="preserve">[30:46] </w:t>
      </w:r>
      <w:r>
        <w:t>to mujhe to koi pareshani nahi hoti. Insha Allah bhai, mujhe to ab bar bar aisa hota hai ke is ko log kuch kehte hain.</w:t>
      </w:r>
    </w:p>
    <w:p>
      <w:pPr>
        <w:jc w:val="right"/>
      </w:pPr>
      <w:r>
        <w:t>تو مجھے تو کوئی پریشانی نہیں ہوتی۔ انشاءاللہ بھئی، مجھے تو اب بار بار ایسا ہوتا ہے کہ اس کو لوگ کچھ کہتے ہیں۔</w:t>
      </w:r>
    </w:p>
    <w:p>
      <w:r>
        <w:rPr>
          <w:b/>
        </w:rPr>
        <w:t xml:space="preserve">[31:00] </w:t>
      </w:r>
      <w:r>
        <w:t>misalan ek aadmi mere paas milne ke liye aaya to us ne bataya ke main do ghante se aap ko dhoondh raha hoon. Aap ek bana mil milte nahi thay.</w:t>
      </w:r>
    </w:p>
    <w:p>
      <w:pPr>
        <w:jc w:val="right"/>
      </w:pPr>
      <w:r>
        <w:t>مثلاً ایک آدمی میرے پاس ملنے کے لیے آیا تو اس نے بتایا کہ میں دو گھنٹے سے آپ کو ڈھونڈ رہا ہوں۔ آپ ایک بنا مل ملتے نہیں تھے۔</w:t>
      </w:r>
    </w:p>
    <w:p>
      <w:r>
        <w:rPr>
          <w:b/>
        </w:rPr>
        <w:t xml:space="preserve">[31:14] </w:t>
      </w:r>
      <w:r>
        <w:t>to unhon ne kaha kyun do ghanta? Kaise laga bhai? Unhon ne kaha ke bhai jis se poochta tha, woh woh to BJP ka aadmi hai.</w:t>
      </w:r>
    </w:p>
    <w:p>
      <w:pPr>
        <w:jc w:val="right"/>
      </w:pPr>
      <w:r>
        <w:t>تو انہوں نے کہا کیوں دو گھنٹہ؟ کیسے لگا بھئی؟ انہوں نے کہا کہ بھئی جس سے پوچھتا تھا، وہ وہ تو بی جے پی کا آدمی ہے۔</w:t>
      </w:r>
    </w:p>
    <w:p>
      <w:r>
        <w:rPr>
          <w:b/>
        </w:rPr>
        <w:t xml:space="preserve">[31:23] </w:t>
      </w:r>
      <w:r>
        <w:t>arey woh to RSS ka aadmi hai. Arrey woh to Israel ka agent hai. To bhatakta raha, bhatakta raha. Balkay usay kaha, haan usay kaha tha ke main loot gaya.</w:t>
      </w:r>
    </w:p>
    <w:p>
      <w:pPr>
        <w:jc w:val="right"/>
      </w:pPr>
      <w:r>
        <w:t>ارے وہ تو آر ایس ایس کا آدمی ہے۔ ارے وہ تو اسرائیل کا ایجنٹ ہے۔ تو بھٹکتا رہا، بھٹکتا رہا۔ بلکہ اسے کہا، ہاں اسے کہا تھا کہ میں لوٹ گیا۔</w:t>
      </w:r>
    </w:p>
    <w:p>
      <w:r>
        <w:rPr>
          <w:b/>
        </w:rPr>
        <w:t xml:space="preserve">[31:36] </w:t>
      </w:r>
      <w:r>
        <w:t>phir rastay hi se phir loot raha hoon, wapas aaya. Aaya to bil, aaya to bil. To mujhe kuch nahi, yani ek second bhi mujhe kuch bura nahi, bura nahi laga.</w:t>
      </w:r>
    </w:p>
    <w:p>
      <w:pPr>
        <w:jc w:val="right"/>
      </w:pPr>
      <w:r>
        <w:t>پھر راستے ہی سے پھر لوٹ رہا ہوں، واپس آیا۔ آیا تو بل، آیا تو بل۔ تو مجھے کچھ نہیں، یعنی ایک سیکنڈ بھی مجھے کچھ برا نہیں، برا نہیں لگا۔</w:t>
      </w:r>
    </w:p>
    <w:p>
      <w:r>
        <w:rPr>
          <w:b/>
        </w:rPr>
        <w:t xml:space="preserve">[31:51] </w:t>
      </w:r>
      <w:r>
        <w:t>to main ne apne is mein dealings ki hain, apne zaat mein dealings ki hain. Yani main apni zaat ko alag rakhta hoon aur issue ko alag rakhta hoon.</w:t>
      </w:r>
    </w:p>
    <w:p>
      <w:pPr>
        <w:jc w:val="right"/>
      </w:pPr>
      <w:r>
        <w:t>تو میں نے اپنے اس میں ڈیلنگیں کی ہیں، اپنے ذات میں ڈیلنگیں کی ہیں۔ یعنی میں اپنی ذات کو الگ رکھتا ہوں اور ایشو کو الگ رکھتا ہوں۔</w:t>
      </w:r>
    </w:p>
    <w:p>
      <w:r>
        <w:rPr>
          <w:b/>
        </w:rPr>
        <w:t xml:space="preserve">[32:08] </w:t>
      </w:r>
      <w:r>
        <w:t>to mujhe to bilkul aasan hai. Aisay log maujood hain, in ko gawahi dila sakta hoon ke unhon ne mujh se itna sab kaha tha aur mujhe dealing kar ke main ne kuch asar nahi liya is ka.</w:t>
      </w:r>
    </w:p>
    <w:p>
      <w:pPr>
        <w:jc w:val="right"/>
      </w:pPr>
      <w:r>
        <w:t>تو مجھے تو بالکل آسان ہے۔ ایسے لوگ موجود ہیں، ان کو گواہی دلا سکتا ہوں کہ انہوں نے مجھ سے اتنا سب کہا تھا اور مجھے ڈیلنگ کر کے میں نے کچھ اثر نہیں لیا اس کا۔</w:t>
      </w:r>
    </w:p>
    <w:p>
      <w:r>
        <w:rPr>
          <w:b/>
        </w:rPr>
        <w:t xml:space="preserve">[32:23] </w:t>
      </w:r>
      <w:r>
        <w:t>dekhiye, yeh jo yeh jo main ne bataya formula, yeh formula apne gaon mein seekh chuka tha. Gaon mein aap hamare gaon mein gaye hain?</w:t>
      </w:r>
    </w:p>
    <w:p>
      <w:pPr>
        <w:jc w:val="right"/>
      </w:pPr>
      <w:r>
        <w:t>دیکھیے، یہ جو یہ جو میں نے بتایا فارمولا، یہ فارمولا اپنے گاؤں میں سیکھ چکا تھا۔ گاؤں میں آپ ہمارے گاؤں میں گئے ہیں؟</w:t>
      </w:r>
    </w:p>
    <w:p>
      <w:r>
        <w:rPr>
          <w:b/>
        </w:rPr>
        <w:t xml:space="preserve">[32:34] </w:t>
      </w:r>
      <w:r>
        <w:t>nahi, main acha nahi gaye. Wahan seekh chuka tha. Gaon mein jab main rehta tha, jab chota tha to ek dehati masal hai.</w:t>
      </w:r>
    </w:p>
    <w:p>
      <w:pPr>
        <w:jc w:val="right"/>
      </w:pPr>
      <w:r>
        <w:t>نہیں، میں اچھا نہیں گئے۔ وہاں سیکھ چکا تھا۔ گاؤں میں جب میں رہتا تھا، جب چھوٹا تھا تو ایک دیہاتی مسل ہے۔</w:t>
      </w:r>
    </w:p>
    <w:p>
      <w:r>
        <w:rPr>
          <w:b/>
        </w:rPr>
        <w:t xml:space="preserve">[32:46] </w:t>
      </w:r>
      <w:r>
        <w:t>gaon mein woh masal ke wording yeh hai ke</w:t>
      </w:r>
    </w:p>
    <w:p>
      <w:pPr>
        <w:jc w:val="right"/>
      </w:pPr>
      <w:r>
        <w:t>گاؤں میں وہ مسل کے ورڈنگ یہ ہے کہ</w:t>
      </w:r>
    </w:p>
    <w:p>
      <w:r>
        <w:rPr>
          <w:b/>
        </w:rPr>
        <w:t xml:space="preserve">[32:56] </w:t>
      </w:r>
      <w:r>
        <w:t>oont, oont jab tak pahaar nahi dekhta, woh bilbilata hai. Yeh main ne gaon mein suni thi. Masal oont hain, oont jab tak pahaar nahi dekhta, woh bilbilata hai ke woh sochta hai ke main bara hoon, main bara hoon.</w:t>
      </w:r>
    </w:p>
    <w:p>
      <w:pPr>
        <w:jc w:val="right"/>
      </w:pPr>
      <w:r>
        <w:t>اونٹ، اونٹ جب تک پہاڑ نہیں دیکھتا، وہ بلبلاتا ہے۔ یہ میں نے گاؤں میں سنی تھی۔ مسل اونٹ ہیں، اونٹ جب تک پہاڑ نہیں دیکھتا، وہ بلبلاتا ہے کہ وہ سوچتا ہے کہ میں بڑا ہوں، میں بڑا ہوں۔</w:t>
      </w:r>
    </w:p>
    <w:p>
      <w:r>
        <w:rPr>
          <w:b/>
        </w:rPr>
        <w:t xml:space="preserve">[33:16] </w:t>
      </w:r>
      <w:r>
        <w:t>jab pahaar dekh raha hota hai, itna bara pahaar hai to us ki woh khatam, woh khatam ho jati hai. To aap agar ghaat ki barhai ko mein dekhen ke rozana sochta hoon, rozana taqreeban Khuda ki barhai ke baray mein.</w:t>
      </w:r>
    </w:p>
    <w:p>
      <w:pPr>
        <w:jc w:val="right"/>
      </w:pPr>
      <w:r>
        <w:t>جب پہاڑ دیکھ رہا ہوتا ہے، اتنا بڑا پہاڑ ہے تو اس کی وہ ختم، وہ ختم ہو جاتی ہے۔ تو آپ اگر گھاٹ کی بڑائی کو میں دیکھیں کہ روزانہ سوچتا ہوں، روزانہ تقریباً خدا کی بڑائی کے بارے میں۔</w:t>
      </w:r>
    </w:p>
    <w:p>
      <w:r>
        <w:rPr>
          <w:b/>
        </w:rPr>
        <w:t xml:space="preserve">[33:34] </w:t>
      </w:r>
      <w:r>
        <w:t>woh jo thinking hai, woh woh jo, woh jo, woh jo ab, ab woh ex, woh ho gayi, establish ho gayi hai.</w:t>
      </w:r>
    </w:p>
    <w:p>
      <w:pPr>
        <w:jc w:val="right"/>
      </w:pPr>
      <w:r>
        <w:t>وہ جو تھنکنگ ہے، وہ وہ جو، وہ جو، وہ جو اب، اب وہ ایکس، وہ ہو گئی، اسٹیبلش ہو گئی ہے۔</w:t>
      </w:r>
    </w:p>
    <w:p>
      <w:r>
        <w:rPr>
          <w:b/>
        </w:rPr>
        <w:t xml:space="preserve">[33:46] </w:t>
      </w:r>
      <w:r>
        <w:t>yani woh expanding universe ka jo theory hai, expanding universe ke sare galaxy aur sare jo,</w:t>
      </w:r>
    </w:p>
    <w:p>
      <w:pPr>
        <w:jc w:val="right"/>
      </w:pPr>
      <w:r>
        <w:t>یعنی وہ ایکسپینڈنگ یونیورس کا جو تھیوری ہے، ایکسپینڈنگ یونیورس کہ سارے گلیکسی اور سارے جو،</w:t>
      </w:r>
    </w:p>
    <w:p>
      <w:r>
        <w:rPr>
          <w:b/>
        </w:rPr>
        <w:t xml:space="preserve">[34:00] </w:t>
      </w:r>
      <w:r>
        <w:t>yani universe ke jo woh hain, sab phail rahe hain, phail rahe hain, phail rahe hain musalsal. Aur har 144 years mein in ka distance double ho jata hai.</w:t>
      </w:r>
    </w:p>
    <w:p>
      <w:pPr>
        <w:jc w:val="right"/>
      </w:pPr>
      <w:r>
        <w:t>یعنی یونیورس کے جو وہ ہیں، سب پھیل رہے ہیں، پھیل رہے ہیں، پھیل رہے ہیں مسلسل۔ اور ہر 144 ایئرز میں ان کا ڈسٹنس ڈبل ہو جاتا ہے۔</w:t>
      </w:r>
    </w:p>
    <w:p>
      <w:r>
        <w:rPr>
          <w:b/>
        </w:rPr>
        <w:t xml:space="preserve">[34:15] </w:t>
      </w:r>
      <w:r>
        <w:t>144 years mein double ho jata hai. Main sochta hoon ke kitni bari universe hai aur woh kitna bara hoga Khuda jis ne banaya hai.</w:t>
      </w:r>
    </w:p>
    <w:p>
      <w:pPr>
        <w:jc w:val="right"/>
      </w:pPr>
      <w:r>
        <w:t>144 ایئرز میں ڈبل ہو جاتا ہے۔ میں سوچتا ہوں کہ کتنی بڑی یونیورس ہے اور وہ کتنا بڑا ہوگا خدا جس نے بنایا ہے۔</w:t>
      </w:r>
    </w:p>
    <w:p>
      <w:r>
        <w:rPr>
          <w:b/>
        </w:rPr>
        <w:t xml:space="preserve">[34:25] </w:t>
      </w:r>
      <w:r>
        <w:t>to main rozana taqreeban yeh lafz main ne kaha tha, mind baffling, mind baffling. To main apni soch ke ke muqablay mein Khuda kis ko jab sochta hoon to mind baffling is pe is pe sochta hoon.</w:t>
      </w:r>
    </w:p>
    <w:p>
      <w:pPr>
        <w:jc w:val="right"/>
      </w:pPr>
      <w:r>
        <w:t>تو میں روزانہ تقریباً یہ لفظ میں نے کہا تھا، مائنڈ باگلنگ، مائنڈ باگلنگ۔ تو میں اپنی سوچ کے کے مقابلے میں خدا کس کو جب سوچتا ہوں تو مائنڈ باگلنگ اس پہ اس پہ سوچتا ہوں۔</w:t>
      </w:r>
    </w:p>
    <w:p>
      <w:r>
        <w:rPr>
          <w:b/>
        </w:rPr>
        <w:t xml:space="preserve">[34:42] </w:t>
      </w:r>
      <w:r>
        <w:t>mind baffling. Aur main aakhri kai kai rozana mein sochta hoon ke main ne yeh chaha, woh chaha, woh chaha. Lekin sara mera chaha hua woh main chahta tha ke woh jo jo kehte hain zero defect management.</w:t>
      </w:r>
    </w:p>
    <w:p>
      <w:pPr>
        <w:jc w:val="right"/>
      </w:pPr>
      <w:r>
        <w:t>مائنڈ باگلنگ۔ اور میں آخری کئی کئی روزانہ میں سوچتا ہوں کہ میں نے یہ چاہا، وہ چاہا، وہ چاہا۔ لیکن سارا میرا چاہا ہوا وہ میں چاہتا تھا کہ وہ جو جو کہتے ہیں زیرو ڈیفیکٹ مینجمنٹ۔</w:t>
      </w:r>
    </w:p>
    <w:p>
      <w:r>
        <w:rPr>
          <w:b/>
        </w:rPr>
        <w:t xml:space="preserve">[35:00] </w:t>
      </w:r>
      <w:r>
        <w:t>to main ne bachpan se idealist hua. Idealist mein jo kaam bhi kaha kiya zindagi mein har kaam ko main ne zero defect management ke level pe karna chaha.</w:t>
      </w:r>
    </w:p>
    <w:p>
      <w:pPr>
        <w:jc w:val="right"/>
      </w:pPr>
      <w:r>
        <w:t>تو میں نے بچپن سے آئیڈیلسٹ ہوا۔ آئیڈیلسٹ میں جو کام بھی کہا کیا زندگی میں ہر کام کو میں نے زیرو ڈیفیکٹ مینجمنٹ کے لیول پہ کرنا چاہا۔</w:t>
      </w:r>
    </w:p>
    <w:p>
      <w:r>
        <w:rPr>
          <w:b/>
        </w:rPr>
        <w:t xml:space="preserve">[35:11] </w:t>
      </w:r>
      <w:r>
        <w:t>lekin ek bhi kaam nahi ho saka aisa. Main, yani birth idealist. To jo jo kaam main ne kiye, har kaam ko main ne chaha ke zero defect management ke tehat karoon.</w:t>
      </w:r>
    </w:p>
    <w:p>
      <w:pPr>
        <w:jc w:val="right"/>
      </w:pPr>
      <w:r>
        <w:t>لیکن ایک بھی کام نہیں ہو سکا ایسا۔ میں، یعنی برتھ آئیڈیلسٹ۔ تو جو جو کام میں نے کیے، ہر کام کو میں نے چاہا کہ زیرو ڈیفیکٹ مینجمنٹ کے تحت کروں۔</w:t>
      </w:r>
    </w:p>
    <w:p>
      <w:r>
        <w:rPr>
          <w:b/>
        </w:rPr>
        <w:t xml:space="preserve">[35:26] </w:t>
      </w:r>
      <w:r>
        <w:t>ek kaam bhi nahi kar saka main. To har din main discover karta hoon ke main to kuch nahi aur Khuda kar raha hai. Itni bari universe ko manage kar raha hai.</w:t>
      </w:r>
    </w:p>
    <w:p>
      <w:pPr>
        <w:jc w:val="right"/>
      </w:pPr>
      <w:r>
        <w:t>ایک کام بھی نہیں کر سکا میں۔ تو ہر دن میں ڈسکور کرتا ہوں کہ میں تو کچھ نہیں اور خدا کر رہا ہے۔ اتنی بڑی یونیورس کو مینج کر رہا ہے۔</w:t>
      </w:r>
    </w:p>
    <w:p>
      <w:r>
        <w:rPr>
          <w:b/>
        </w:rPr>
        <w:t xml:space="preserve">[35:36] </w:t>
      </w:r>
      <w:r>
        <w:t>sooraj ko, chand ko, gravity ko manage kar raha hai. Zero defect, yani zero defect management par woh sab ko control ki hui hai.</w:t>
      </w:r>
    </w:p>
    <w:p>
      <w:pPr>
        <w:jc w:val="right"/>
      </w:pPr>
      <w:r>
        <w:t>سورج کو، چاند کو، گریسٹی کو مینج کر رہا ہے۔ زیرو ڈیفیکٹ، یعنی زیرو ڈیفیکٹ مینجمنٹ پر وہ سب کو کنٹرول کی ہوئی ہے۔</w:t>
      </w:r>
    </w:p>
    <w:p>
      <w:r>
        <w:rPr>
          <w:b/>
        </w:rPr>
        <w:t xml:space="preserve">[35:46] </w:t>
      </w:r>
      <w:r>
        <w:t>to har har har din main apne discover karta hoon ke main to kuch bhi nahi hoon. Jo kuch hai woh Khuda hai.</w:t>
      </w:r>
    </w:p>
    <w:p>
      <w:pPr>
        <w:jc w:val="right"/>
      </w:pPr>
      <w:r>
        <w:t>تو ہر ہر ہر دن میں اپنے ڈسکور کرتا ہوں کہ میں تو کچھ بھی نہیں ہوں۔ جو کچھ ہے وہ خدا ہے۔</w:t>
      </w:r>
    </w:p>
    <w:p>
      <w:r>
        <w:rPr>
          <w:b/>
        </w:rPr>
        <w:t xml:space="preserve">[35:55] </w:t>
      </w:r>
      <w:r>
        <w:t>to woh log kaise bewakoof log honge jo apne ko bara samajhte hain is duniya mein. Ek ek cheez keh rahe hain, ek bara Khuda hai.</w:t>
      </w:r>
    </w:p>
    <w:p>
      <w:pPr>
        <w:jc w:val="right"/>
      </w:pPr>
      <w:r>
        <w:t>تو وہ لوگ کیسے بیوقوف لوگ ہوں گے جو اپنے کو بڑا سمجھتے ہیں اس دنیا میں۔ ایک ایک چیز کہہ رہے ہیں، ایک بڑا خدا ہے۔</w:t>
      </w:r>
    </w:p>
    <w:p>
      <w:r>
        <w:rPr>
          <w:b/>
        </w:rPr>
        <w:t xml:space="preserve">[36:05] </w:t>
      </w:r>
      <w:r>
        <w:t>tum khuda nahi ho aur phir bhi apne ko bara samajhte hain. to wo bohat hi zyada be samajh logon ke hua. ji ji.</w:t>
      </w:r>
    </w:p>
    <w:p>
      <w:pPr>
        <w:jc w:val="right"/>
      </w:pPr>
      <w:r>
        <w:t>تم خدا نہیں ہو اور پھر بھی اپنے کو بڑا سمجھتے ہیں۔ تو وہ بہت ہی زیادہ بے سمجھ لوگوں کے ہوا۔ جی جی۔</w:t>
      </w:r>
    </w:p>
    <w:p>
      <w:r>
        <w:rPr>
          <w:b/>
        </w:rPr>
        <w:t xml:space="preserve">[36:20] </w:t>
      </w:r>
      <w:r>
        <w:t>ab dekhiye, subah ko main rozana yahan baithta hoon. suraj nikalta hai. to aap jante hain ke suraj jo hai nau karor 30 lakh meel door hai zameen se.</w:t>
      </w:r>
    </w:p>
    <w:p>
      <w:pPr>
        <w:jc w:val="right"/>
      </w:pPr>
      <w:r>
        <w:t>اب دیکھیے، صبح کو میں روزانہ یہاں بیٹھتا ہوں۔ سورج نکلتا ہے۔ تو آپ جانتے ہیں کہ سورج جو ہے نو کروڑ 30 لاکھ میل دور ہے زمین سے۔</w:t>
      </w:r>
    </w:p>
    <w:p>
      <w:r>
        <w:rPr>
          <w:b/>
        </w:rPr>
        <w:t xml:space="preserve">[36:35] </w:t>
      </w:r>
      <w:r>
        <w:t>yani mujh se wo nau karor 30 lakh meel door hai aur main us ko dekh raha hoon. itni doori par hai aur bohat hi bohat hi zyada accuracy hai is ki.</w:t>
      </w:r>
    </w:p>
    <w:p>
      <w:pPr>
        <w:jc w:val="right"/>
      </w:pPr>
      <w:r>
        <w:t>یعنی مجھ سے وہ نو کروڑ 30 لاکھ میل دور ہے اور میں اس کو دیکھ رہا ہوں۔ اتنی دوری پر ہے اور بہت ہی بہت ہی زیادہ ایکوریسی ہے اس کی۔</w:t>
      </w:r>
    </w:p>
    <w:p>
      <w:r>
        <w:rPr>
          <w:b/>
        </w:rPr>
        <w:t xml:space="preserve">[36:49] </w:t>
      </w:r>
      <w:r>
        <w:t>is mein theek waqt pe nikalna, theek waqt pe doobna, ye kaise hai? ye main to kuch nahi kar sakta. to main hamesha compare karta hoon apne aap ko god se, apne aap ko god se.</w:t>
      </w:r>
    </w:p>
    <w:p>
      <w:pPr>
        <w:jc w:val="right"/>
      </w:pPr>
      <w:r>
        <w:t>اس میں ٹھیک وقت پہ نکلنا، ٹھیک وقت پہ ڈوبنا، یہ کیسے ہے؟ یہ میں تو کچھ نہیں کر سکتا۔ تو میں ہمیشہ کمپیئر کرتا ہوں اپنے آپ کو گاڈ سے، اپنے آپ کو گاڈ سے۔</w:t>
      </w:r>
    </w:p>
    <w:p>
      <w:r>
        <w:rPr>
          <w:b/>
        </w:rPr>
        <w:t xml:space="preserve">[37:03] </w:t>
      </w:r>
      <w:r>
        <w:t>yaqeen kijiye, rozana compare karta hoon. in comparison that we understand. to main jab compare karta hoon to apne ko bohat chota pata hoon aur khuda ko bohat bara pata hoon.</w:t>
      </w:r>
    </w:p>
    <w:p>
      <w:pPr>
        <w:jc w:val="right"/>
      </w:pPr>
      <w:r>
        <w:t>یقین کیجئے، روزانہ کمپیئر کرتا ہوں۔ ان کمپیریزن دیٹ وی انڈرسٹینڈ۔ تو میں جب کمپیئر کرتا ہوں تو اپنے کو بہت چھوٹا پاتا ہوں اور خدا کو بہت بڑا پاتا ہوں۔</w:t>
      </w:r>
    </w:p>
    <w:p>
      <w:r>
        <w:rPr>
          <w:b/>
        </w:rPr>
        <w:t xml:space="preserve">[37:17] </w:t>
      </w:r>
      <w:r>
        <w:t>to phir jo is tarah compare kare, wo wo uska ego kahan se aa jayega? kahan se aa jayega?</w:t>
      </w:r>
    </w:p>
    <w:p>
      <w:pPr>
        <w:jc w:val="right"/>
      </w:pPr>
      <w:r>
        <w:t>تو پھر جو اس طرح کمپیئر کرے، وہ وہ اس کا ایگو کہاں سے آ جائے گا؟ کہاں سے آ جائے گا؟</w:t>
      </w:r>
    </w:p>
    <w:p>
      <w:r>
        <w:rPr>
          <w:b/>
        </w:rPr>
        <w:t xml:space="preserve">[37:26] </w:t>
      </w:r>
      <w:r>
        <w:t>khuda ke direct hukum ke khilaf kiya? adam ne khuda ne direct kaha tha, us pe pass na jana.</w:t>
      </w:r>
    </w:p>
    <w:p>
      <w:pPr>
        <w:jc w:val="right"/>
      </w:pPr>
      <w:r>
        <w:t>خدا کے ڈائریکٹ حکم کے خلاف کیا؟ آدم نے خدا نے ڈائریکٹ کہا تھا، اس پہ پاس نہ جانا۔</w:t>
      </w:r>
    </w:p>
    <w:p>
      <w:r>
        <w:rPr>
          <w:b/>
        </w:rPr>
        <w:t xml:space="preserve">[37:36] </w:t>
      </w:r>
      <w:r>
        <w:t>direct kaha, phir bhi adam ne us ko kharab kar diya. to khuda ek ek kahega ab se ke mera mera direct mera hukum ko nahi follow kiya adam ne aur main ne us ko maaf kar diya.</w:t>
      </w:r>
    </w:p>
    <w:p>
      <w:pPr>
        <w:jc w:val="right"/>
      </w:pPr>
      <w:r>
        <w:t>ڈائریکٹ کہا، پھر بھی آدم نے اس کو خراب کر دیا۔ تو خدا ایک ایک کہے گا اب سے کہ میرا میرا ڈائریکٹ میرا حکم کو نہیں فالو کیا آدم نے اور میں نے اس کو معاف کر دیا۔</w:t>
      </w:r>
    </w:p>
    <w:p>
      <w:r>
        <w:rPr>
          <w:b/>
        </w:rPr>
        <w:t xml:space="preserve">[37:53] </w:t>
      </w:r>
      <w:r>
        <w:t>aur tum kaise aadmi the ke le ke baithe rahe? kisi ne tum ko offend kar diya aur tum le ke baith gaye. to main main to nahi baitha.</w:t>
      </w:r>
    </w:p>
    <w:p>
      <w:pPr>
        <w:jc w:val="right"/>
      </w:pPr>
      <w:r>
        <w:t>اور تم کیسے آدمی تھے کہ لے کے بیٹھے رہے؟ کسی نے تم کو افینڈ کر دیا اور تم لے کے بیٹھ گئے۔ تو میں میں تو نہیں بیٹھا۔</w:t>
      </w:r>
    </w:p>
    <w:p>
      <w:r>
        <w:rPr>
          <w:b/>
        </w:rPr>
        <w:t xml:space="preserve">[38:04] </w:t>
      </w:r>
      <w:r>
        <w:t>to kaha kya karenge? aap kya jawab denge? is liye kaha khuda aisa karta hai. hum to dunya to banti, jannat to banti, us ke ghair se nahi banti.</w:t>
      </w:r>
    </w:p>
    <w:p>
      <w:pPr>
        <w:jc w:val="right"/>
      </w:pPr>
      <w:r>
        <w:t>تو کہا کیا کریں گے؟ آپ کیا جواب دیں گے؟ اس لیے کہا خدا ایسا کرتا ہے۔ ہم تو دنیا تو بنتی، جنت تو بنتی، اس کے غیر سن نہیں بنتی۔</w:t>
      </w:r>
    </w:p>
    <w:p>
      <w:r>
        <w:rPr>
          <w:b/>
        </w:rPr>
        <w:t xml:space="preserve">[38:15] </w:t>
      </w:r>
      <w:r>
        <w:t>aap ki factory nahi banti, kuch nahi banta, sab khatam. hmm ji hmm. jise maaf farz karte hain ke mera ghar, meri factory, wo wo is is ka to existence na hota.</w:t>
      </w:r>
    </w:p>
    <w:p>
      <w:pPr>
        <w:jc w:val="right"/>
      </w:pPr>
      <w:r>
        <w:t>آپ کی فیکٹری نہیں بنتی، کچھ نہیں بنتا، سب ختم۔ ہمم جی ہمم۔ جسے معاف فرض کرتے ہیں کہ میرا گھر، میری فیکٹری، وہ وہ اس اس کا تو ایگزسٹنس نہ ہوتا۔</w:t>
      </w:r>
    </w:p>
    <w:p>
      <w:r>
        <w:rPr>
          <w:b/>
        </w:rPr>
        <w:t xml:space="preserve">[38:29] </w:t>
      </w:r>
      <w:r>
        <w:t>khuda ko samajhne ke liye main jante hain kya karta hoon, kaise kiya hoon, apne mind mein lata hoon ke kaise itni solar system ko control kar raha hai khuda, kaise galaxy ko control kar raha hai khuda, kaise itni bari universe ko control kar raha hai khuda.</w:t>
      </w:r>
    </w:p>
    <w:p>
      <w:pPr>
        <w:jc w:val="right"/>
      </w:pPr>
      <w:r>
        <w:t>خدا کو سمجھنے کے لیے میں جانتے ہیں کیا کرتا ہوں، کیسے کیا ہوں، اپنے مائنڈ میں لاتا ہوں کہ کیسے اتنی سولر سسٹم کو کنٹرول کر رہا ہے خدا، کیسے گلیکسی کو کنٹرول کر رہا ہے خدا، کیسے اتنی بڑی یونیورس کو کنٹرول کر رہا ہے خدا۔</w:t>
      </w:r>
    </w:p>
    <w:p>
      <w:r>
        <w:rPr>
          <w:b/>
        </w:rPr>
        <w:t xml:space="preserve">[38:46] </w:t>
      </w:r>
      <w:r>
        <w:t>is liye ke humein ye manna padega ke control kar raha hai kyun ke zero defect management sari universe mein zero defect management hai jo ke hamare bas mein nahi hai.</w:t>
      </w:r>
    </w:p>
    <w:p>
      <w:pPr>
        <w:jc w:val="right"/>
      </w:pPr>
      <w:r>
        <w:t>اس لیے کہ ہمیں یہ ماننا پڑے گا کہ کنٹرول کر رہا ہے کیونکہ زیرو ڈیفیکٹ مینجمنٹ ساری یونیورس میں زیرو ڈیفیکٹ مینجمنٹ ہے جو کہ ہمارے بس میں نہیں ہے۔</w:t>
      </w:r>
    </w:p>
    <w:p>
      <w:r>
        <w:rPr>
          <w:b/>
        </w:rPr>
        <w:t xml:space="preserve">[38:59] </w:t>
      </w:r>
      <w:r>
        <w:t>to manna padega hamare bohat hi powerful, hum hamare muqable mein hum to kuch bhi nahi, zero hain, wo bohat hi powerful hain.</w:t>
      </w:r>
    </w:p>
    <w:p>
      <w:pPr>
        <w:jc w:val="right"/>
      </w:pPr>
      <w:r>
        <w:t>تو ماننا پڑے گا ہمارے بہت ہی پاورفل، ہم ہمارے مقابلے میں ہم تو کچھ بھی نہیں، زیرو ہیں، وہ بہت ہی پاورفل ہیں۔</w:t>
      </w:r>
    </w:p>
    <w:p>
      <w:r>
        <w:rPr>
          <w:b/>
        </w:rPr>
        <w:t xml:space="preserve">[39:11] </w:t>
      </w:r>
      <w:r>
        <w:t>phir bhi wo action nahi leta, phir bhi khuda action nahi leta. ji to ab aap kya jawab denge?</w:t>
      </w:r>
    </w:p>
    <w:p>
      <w:pPr>
        <w:jc w:val="right"/>
      </w:pPr>
      <w:r>
        <w:t>پھر بھی وہ ایکشن نہیں لیتا، پھر بھی خدا ایکشن نہیں لیتا۔ جی تو اب آپ کیا جواب دیں گے؟</w:t>
      </w:r>
    </w:p>
    <w:p>
      <w:r>
        <w:rPr>
          <w:b/>
        </w:rPr>
        <w:t xml:space="preserve">[39:19] </w:t>
      </w:r>
      <w:r>
        <w:t>bataiye, kya jawab denge? itna itni bari universe ko chala raha hai, wo zero defect management ke sath action nahi leta, phir bhi bolta hai.</w:t>
      </w:r>
    </w:p>
    <w:p>
      <w:pPr>
        <w:jc w:val="right"/>
      </w:pPr>
      <w:r>
        <w:t>بتائیے، کیا جواب دیں گے؟ اتنا اتنی بڑی یونیورس کو چلا رہا ہے، وہ زیرو ڈیفیکٹ مینجمنٹ کے ساتھ ایکشن نہیں لیتا، پھر بھی بولتا ہے۔</w:t>
      </w:r>
    </w:p>
    <w:p>
      <w:r>
        <w:rPr>
          <w:b/>
        </w:rPr>
        <w:t xml:space="preserve">[39:34] </w:t>
      </w:r>
      <w:r>
        <w:t>to aap jab wo wo hote hain, ego bhadakta hai jab aap ka, to aap ne action le liya. jab aap ka ego bhadakta hai, us ko main ne aap ne action le liya.</w:t>
      </w:r>
    </w:p>
    <w:p>
      <w:pPr>
        <w:jc w:val="right"/>
      </w:pPr>
      <w:r>
        <w:t>تو آپ جب وہ وہ ہوتے ہیں، ایگو بھڑکتا ہے جب آپ کا، تو آپ نے ایکشن لے لیا۔ جب آپ کا ایگو بھڑکتا ہے، اس کو میں نے آپ نے ایکشن لے لیا۔</w:t>
      </w:r>
    </w:p>
    <w:p>
      <w:r>
        <w:rPr>
          <w:b/>
        </w:rPr>
        <w:t xml:space="preserve">[39:48] </w:t>
      </w:r>
      <w:r>
        <w:t>to aap ko aap ko right nahi hai action lene ka. log agar confidence mein kami hai to koi burai nahi hai, lekin jab over confident jo hota hai, wo to bade se bara blunder kar sakta hai.</w:t>
      </w:r>
    </w:p>
    <w:p>
      <w:pPr>
        <w:jc w:val="right"/>
      </w:pPr>
      <w:r>
        <w:t>تو آپ کو آپ کو رائٹ نہیں ہے ایکشن لینے کا۔ لوگ اگر کانفیڈنس میں کمی ہے تو کوئی برائی نہیں ہے، لیکن جب اوور کانفیڈنٹ جو ہوتا ہے، وہ تو بڑے سے بڑا بلنڈر کر سکتا ہے۔</w:t>
      </w:r>
    </w:p>
    <w:p>
      <w:r>
        <w:rPr>
          <w:b/>
        </w:rPr>
        <w:t xml:space="preserve">[40:02] </w:t>
      </w:r>
      <w:r>
        <w:t>aadmi bade se bara blunder kar sakta hai, wo apne aap hi hai. naz karne ki zaroorat nahi hai.</w:t>
      </w:r>
    </w:p>
    <w:p>
      <w:pPr>
        <w:jc w:val="right"/>
      </w:pPr>
      <w:r>
        <w:t>آدمی بڑے سے بڑا بلنڈر کر سکتا ہے، وہ اپنے آپ ہی ہے۔ ناز کرنے کی ضرورت نہیں ہے۔</w:t>
      </w:r>
    </w:p>
    <w:p>
      <w:r>
        <w:rPr>
          <w:b/>
        </w:rPr>
        <w:t xml:space="preserve">[40:11] </w:t>
      </w:r>
      <w:r>
        <w:t>aap jab jab mat kijiye, bas acha jab na kijiye, us ko apne aap hai. wo main to janta hoon ke wo apne aap nahi hai.</w:t>
      </w:r>
    </w:p>
    <w:p>
      <w:pPr>
        <w:jc w:val="right"/>
      </w:pPr>
      <w:r>
        <w:t>آپ جب جب مت کیجئے، بس اچھا جب نہ کیجئے، اس کو اپنے آپ ہے۔ وہ میں تو جانتا ہوں کہ وہ اپنے آپ نہیں ہے۔</w:t>
      </w:r>
    </w:p>
    <w:p>
      <w:r>
        <w:rPr>
          <w:b/>
        </w:rPr>
        <w:t xml:space="preserve">[40:20] </w:t>
      </w:r>
      <w:r>
        <w:t>haan, aur main apne ko zero pe rakhta hoon. yani main hamesha god se compare karta hoon. main kehta hoon ke god all powerful hai, main all powerless hoon.</w:t>
      </w:r>
    </w:p>
    <w:p>
      <w:pPr>
        <w:jc w:val="right"/>
      </w:pPr>
      <w:r>
        <w:t>ہاں، اور میں اپنے کو زیرو پہ رکھتا ہوں۔ یعنی میں ہمیشہ گاڈ سے کمپیئر کرتا ہوں۔ میں کہتا ہوں کہ گاڈ ال پاورفل ہے، میں ال پاورلیس ہوں۔</w:t>
      </w:r>
    </w:p>
    <w:p>
      <w:r>
        <w:rPr>
          <w:b/>
        </w:rPr>
        <w:t xml:space="preserve">[40:33] </w:t>
      </w:r>
      <w:r>
        <w:t>to phir bhi kaise maintain karta hoon confidence ko? ye kehne ki baat hai, wo by nature ka wo maintain hota hai. wo ye sab kehne ki baat hai.</w:t>
      </w:r>
    </w:p>
    <w:p>
      <w:pPr>
        <w:jc w:val="right"/>
      </w:pPr>
      <w:r>
        <w:t>تو پھر بھی کیسے مینٹین کرتا ہوں کانفیڈنس کو؟ یہ کہنے کی بات ہے، وہ بائی نیچر کا وہ مینٹین ہوتا ہے۔ وہ یہ سب کہنے کی بات ہے۔</w:t>
      </w:r>
    </w:p>
    <w:p>
      <w:r>
        <w:rPr>
          <w:b/>
        </w:rPr>
        <w:t xml:space="preserve">[40:43] </w:t>
      </w:r>
      <w:r>
        <w:t>ye samajh bataein, dekhiye, main aap ko ek ek raaz ki baat bataoon. raaz ki baat, ek ek secret of life. jo log is tarah ki baatein karte hain na, wo ek factor ko bhool jate hain.</w:t>
      </w:r>
    </w:p>
    <w:p>
      <w:pPr>
        <w:jc w:val="right"/>
      </w:pPr>
      <w:r>
        <w:t>یہ سمجھ بتائیں، دیکھیے، میں آپ کو ایک ایک راز کی بات بتاؤں۔ راز کی بات، ایک ایک سیکرٹ آف لائف۔ جو لوگ اس طرح کی باتیں کرتے ہیں نا، وہ ایک فیکٹر کو بھول جاتے ہیں۔</w:t>
      </w:r>
    </w:p>
    <w:p>
      <w:r>
        <w:rPr>
          <w:b/>
        </w:rPr>
        <w:t xml:space="preserve">[40:56] </w:t>
      </w:r>
      <w:r>
        <w:t>haan, wo hai nature. low confidence koi cheez nahi hai kyun ke wahan nature maujood hai. acha,</w:t>
      </w:r>
    </w:p>
    <w:p>
      <w:pPr>
        <w:jc w:val="right"/>
      </w:pPr>
      <w:r>
        <w:t>ہاں، وہ ہے نیچر۔ لو کانفیڈنس کوئی چیز نہیں ہے کیونکہ وہاں نیچر موجود ہے۔ اچھا،</w:t>
      </w:r>
    </w:p>
    <w:p>
      <w:r>
        <w:rPr>
          <w:b/>
        </w:rPr>
        <w:t xml:space="preserve">[41:07] </w:t>
      </w:r>
      <w:r>
        <w:t>bare bare jump karna ho aur aur bare bare baatein bolna ho, wo to insan ka apna hota hai. lekin is ke baad agar aap koi de relevant aap ki zindagi mein aaye to aap nature ko mehfooz rakhein.</w:t>
      </w:r>
    </w:p>
    <w:p>
      <w:pPr>
        <w:jc w:val="right"/>
      </w:pPr>
      <w:r>
        <w:t>بڑے بڑے جمپ کرنا ہو اور اور بڑے بڑے باتیں بولنا ہو، وہ تو انسان کا اپنا ہوتا ہے۔ لیکن اس کے بعد اگر آپ کوئی ڈی ریلیونٹ آپ کی زندگی میں آئے تو آپ نیچر کو محفوظ رکھیں۔</w:t>
      </w:r>
    </w:p>
    <w:p>
      <w:r>
        <w:rPr>
          <w:b/>
        </w:rPr>
        <w:t xml:space="preserve">[41:27] </w:t>
      </w:r>
      <w:r>
        <w:t>agar nature ko disturb na kiya ho aap ne to woh jagah jagah pakadta hai aap ko. sirf yeh aap ka kaam kijiye ke nature ko disturb mat kijiye.</w:t>
      </w:r>
    </w:p>
    <w:p>
      <w:pPr>
        <w:jc w:val="right"/>
      </w:pPr>
      <w:r>
        <w:t>اگر نیچر کو ڈسٹرب نہ کیا ہو آپ نے تو وہ جگہ جگہ پکڑتا ہے آپ کو۔ صرف یہ آپ کا کام کیجئے کہ نیچر کو ڈسٹرب مت کیجئے۔</w:t>
      </w:r>
    </w:p>
    <w:p>
      <w:r>
        <w:rPr>
          <w:b/>
        </w:rPr>
        <w:t xml:space="preserve">[41:41] </w:t>
      </w:r>
      <w:r>
        <w:t>nature ke mani hain conscious. aik hi cheez hai, nature aur conscious. apne conscious ko, apne nature ko bacha kar rakhiye.</w:t>
      </w:r>
    </w:p>
    <w:p>
      <w:pPr>
        <w:jc w:val="right"/>
      </w:pPr>
      <w:r>
        <w:t>نیچر کے معنی ہیں کانشیس۔ ایک ہی چیز ہے، نیچر اور کانشیس۔ اپنے کانشیس کو، اپنے نیچر کو بچا کر رکھیے۔</w:t>
      </w:r>
    </w:p>
    <w:p>
      <w:r>
        <w:rPr>
          <w:b/>
        </w:rPr>
        <w:t xml:space="preserve">[41:50] </w:t>
      </w:r>
      <w:r>
        <w:t>bacha kar har jagah pakdega aap ko, har jagah aap ko right track par chalata rahega. mein alag fazilat karta hoon.</w:t>
      </w:r>
    </w:p>
    <w:p>
      <w:pPr>
        <w:jc w:val="right"/>
      </w:pPr>
      <w:r>
        <w:t>بچا کر ہر جگہ پکڑے گا آپ کو، ہر جگہ آپ کو رائٹ ٹریک پر چلاتا رہے گا۔ میں الگ فضیلت کرتا ہوں۔</w:t>
      </w:r>
    </w:p>
    <w:p>
      <w:r>
        <w:rPr>
          <w:b/>
        </w:rPr>
        <w:t xml:space="preserve">[41:59] </w:t>
      </w:r>
      <w:r>
        <w:t>mein apne conscious ko, apne nature ko bacha kar rakhta hoon.</w:t>
      </w:r>
    </w:p>
    <w:p>
      <w:pPr>
        <w:jc w:val="right"/>
      </w:pPr>
      <w:r>
        <w:t>میں اپنے کانشیس کو، اپنے نیچر کو بچا کر رکھتا ہوں۔</w:t>
      </w:r>
    </w:p>
    <w:p>
      <w:r>
        <w:rPr>
          <w:b/>
        </w:rPr>
        <w:t xml:space="preserve">[42:06] </w:t>
      </w:r>
      <w:r>
        <w:t>to jump aap karein to conscious nahi work kar payega. lekin agar aap galat koi woh lo confidence ki taraf jayein to woh aap ko reinforcement karega.</w:t>
      </w:r>
    </w:p>
    <w:p>
      <w:pPr>
        <w:jc w:val="right"/>
      </w:pPr>
      <w:r>
        <w:t>تو جمپ آپ کریں تو کانشیس نہیں ورک کر پائے گا۔ لیکن اگر آپ غلط کوئی وہ لو کانفیڈنس کی طرف جائیں تو وہ آپ کو ری انسورسمنٹ کرے گا۔</w:t>
      </w:r>
    </w:p>
    <w:p>
      <w:r>
        <w:rPr>
          <w:b/>
        </w:rPr>
        <w:t xml:space="preserve">[42:21] </w:t>
      </w:r>
      <w:r>
        <w:t>aap ko</w:t>
      </w:r>
    </w:p>
    <w:p>
      <w:pPr>
        <w:jc w:val="right"/>
      </w:pPr>
      <w:r>
        <w:t>آپ کو</w:t>
      </w:r>
    </w:p>
    <w:p>
      <w:r>
        <w:rPr>
          <w:b/>
        </w:rPr>
        <w:t xml:space="preserve">[42:24] </w:t>
      </w:r>
      <w:r>
        <w:t>to aik hi cheez hai ke modesty apne andar develop kijiye aur ego se apne ko bachaiye. bas sab cheez apne aap hi maintain hota rehta rehta hai.</w:t>
      </w:r>
    </w:p>
    <w:p>
      <w:pPr>
        <w:jc w:val="right"/>
      </w:pPr>
      <w:r>
        <w:t>تو ایک ہی چیز ہے کہ ماڈیسٹری اپنے اندر ڈیولپ کیجئے اور ایگو سے اپنے کو بچائیے۔ بس سب چیز اپنے آپ ہی مینٹین ہوتا رہتا رہتا ہے۔</w:t>
      </w:r>
    </w:p>
    <w:p>
      <w:r>
        <w:rPr>
          <w:b/>
        </w:rPr>
        <w:t xml:space="preserve">[42:36] </w:t>
      </w:r>
      <w:r>
        <w:t>nature ya conscious apne aap maintain karta rehta hai. dekhiye, mera tareeqa kya hai. maslan subah ko utha mein, aaj aaj ki baat karta hoon.</w:t>
      </w:r>
    </w:p>
    <w:p>
      <w:pPr>
        <w:jc w:val="right"/>
      </w:pPr>
      <w:r>
        <w:t>نیچر یا کانشیس اپنے آپ مینٹین کرتا رہتا ہے۔ دیکھیں، میرا طریقہ کیا ہے۔ مثلاً صبح کو اٹھا میں، آج آج کی بات کرتا ہوں۔</w:t>
      </w:r>
    </w:p>
    <w:p>
      <w:r>
        <w:rPr>
          <w:b/>
        </w:rPr>
        <w:t xml:space="preserve">[42:48] </w:t>
      </w:r>
      <w:r>
        <w:t>mein subah ko utha aur bathroom gaya, mein motion ho gaya to aap yaqeen kijiye ke mein aisa mood mein hota hoon ke kaise mera khana digest ho gaya aur digest ho kar ke nigal gaya.</w:t>
      </w:r>
    </w:p>
    <w:p>
      <w:pPr>
        <w:jc w:val="right"/>
      </w:pPr>
      <w:r>
        <w:t>میں صبح کو اٹھا اور باتھ روم گیا، میں موشن ہو گیا۔ تو آپ یقین کیجئے کہ میں ایسا موڈ میں ہوتا ہوں کہ کیسے میرا کھانا ڈائجسٹ ہو گیا اور ڈائجسٹ ہو کر کے نگل گیا۔</w:t>
      </w:r>
    </w:p>
    <w:p>
      <w:r>
        <w:rPr>
          <w:b/>
        </w:rPr>
        <w:t xml:space="preserve">[43:08] </w:t>
      </w:r>
      <w:r>
        <w:t>khoon ban gaya, gas ban gaya. yeh itna overwhelm ho jata hai mein ke molty bolti ban jati hai. daily ka mera tajurba yeh hai.</w:t>
      </w:r>
    </w:p>
    <w:p>
      <w:pPr>
        <w:jc w:val="right"/>
      </w:pPr>
      <w:r>
        <w:t>خون بن گیا، گلیس بن گیا۔ یہ اتنا اوور ویلم ہو جاتا ہے میں کہ مولٹی بولتی بن جاتی ہوں۔ ڈیلی کا میرا تجربہ یہ ہے۔</w:t>
      </w:r>
    </w:p>
    <w:p>
      <w:r>
        <w:rPr>
          <w:b/>
        </w:rPr>
        <w:t xml:space="preserve">[43:17] </w:t>
      </w:r>
      <w:r>
        <w:t>log sochte nahi hain is mein</w:t>
      </w:r>
    </w:p>
    <w:p>
      <w:pPr>
        <w:jc w:val="right"/>
      </w:pPr>
      <w:r>
        <w:t>لوگ سوچتے نہیں ہیں اس میں</w:t>
      </w:r>
    </w:p>
    <w:p>
      <w:r>
        <w:rPr>
          <w:b/>
        </w:rPr>
        <w:t xml:space="preserve">[43:22] </w:t>
      </w:r>
      <w:r>
        <w:t>kaise hai. aaj aap</w:t>
      </w:r>
    </w:p>
    <w:p>
      <w:pPr>
        <w:jc w:val="right"/>
      </w:pPr>
      <w:r>
        <w:t>کیسے ہے۔ آج آپ</w:t>
      </w:r>
    </w:p>
    <w:p>
      <w:r>
        <w:rPr>
          <w:b/>
        </w:rPr>
        <w:t xml:space="preserve">[43:26] </w:t>
      </w:r>
      <w:r>
        <w:t>is ko daily ka tajurba, is ko kaise ignore karte hain? aap daily ka yeh kaise? aap ne khaya, woh khana jo hai, na gosht tha na khoon hai.</w:t>
      </w:r>
    </w:p>
    <w:p>
      <w:pPr>
        <w:jc w:val="right"/>
      </w:pPr>
      <w:r>
        <w:t>اس کو ڈیلی کا تجربہ، اس کو کیسے اگنور کرتے ہیں؟ آپ ڈیلی کا یہ کیسے؟ آپ نے کھایا، وہ کھانا جو ہے، نہ گوشت تھا نہ خون ہے۔</w:t>
      </w:r>
    </w:p>
    <w:p>
      <w:r>
        <w:rPr>
          <w:b/>
        </w:rPr>
        <w:t xml:space="preserve">[43:39] </w:t>
      </w:r>
      <w:r>
        <w:t>woh khana jo khaya aap ne, woh na gosht tha na khoon hai. woh kaise pait ja kar gosht aur khoon ban jata hai? kaise dil ki harkat chal rahi hai?</w:t>
      </w:r>
    </w:p>
    <w:p>
      <w:pPr>
        <w:jc w:val="right"/>
      </w:pPr>
      <w:r>
        <w:t>وہ کھانا جو کھایا آپ نے، وہ نہ گوشت تھا نہ خون ہے۔ وہ کیسے پیٹ جا کے گوشت اور خون بن جاتا ہے؟ کیسے دل کی حرکت چل رہی ہے؟</w:t>
      </w:r>
    </w:p>
    <w:p>
      <w:r>
        <w:rPr>
          <w:b/>
        </w:rPr>
        <w:t xml:space="preserve">[43:49] </w:t>
      </w:r>
      <w:r>
        <w:t>kaise mind sochta hai?</w:t>
      </w:r>
    </w:p>
    <w:p>
      <w:pPr>
        <w:jc w:val="right"/>
      </w:pPr>
      <w:r>
        <w:t>کیسے مائنڈ سوچتا ہے؟</w:t>
      </w:r>
    </w:p>
    <w:p>
      <w:r>
        <w:rPr>
          <w:b/>
        </w:rPr>
        <w:t xml:space="preserve">[43:54] </w:t>
      </w:r>
      <w:r>
        <w:t>jaise aaj mein soch raha tha ke mera mind kaise 90 saal se soch raha hai, soch raha hai, soch raha hai, soch raha hai, soch raha hai. is mein koi woh nahi padta.</w:t>
      </w:r>
    </w:p>
    <w:p>
      <w:pPr>
        <w:jc w:val="right"/>
      </w:pPr>
      <w:r>
        <w:t>جیسے آج میں سوچ رہا تھا کہ میرا مائنڈ کیسے 90 سال سے سوچ رہا ہے، سوچ رہا ہے، سوچ رہا ہے، سوچ رہا ہے، سوچ رہا ہے۔ اس میں کوئی وہ نہیں پڑتا۔</w:t>
      </w:r>
    </w:p>
    <w:p>
      <w:r>
        <w:rPr>
          <w:b/>
        </w:rPr>
        <w:t xml:space="preserve">[44:04] </w:t>
      </w:r>
      <w:r>
        <w:t>yeh sab to hamare har waqt ke experience hain. mein hairaan hoon ke kaise log nahi sochte is ke upar. har waqt ka experience hai.</w:t>
      </w:r>
    </w:p>
    <w:p>
      <w:pPr>
        <w:jc w:val="right"/>
      </w:pPr>
      <w:r>
        <w:t>یہ سب تو ہمارے ہر وقت کے ایکسپیرینس ہیں۔ میں حیران ہوں کہ کیسے لوگ نہیں سوچتے اس کے اوپر۔ ہر وقت کا ایکسپیرینس ہے۔</w:t>
      </w:r>
    </w:p>
    <w:p>
      <w:r>
        <w:rPr>
          <w:b/>
        </w:rPr>
        <w:t xml:space="preserve">[44:15] </w:t>
      </w:r>
      <w:r>
        <w:t>dekhiye, mein aap ko kal ka experience batata hoon.</w:t>
      </w:r>
    </w:p>
    <w:p>
      <w:pPr>
        <w:jc w:val="right"/>
      </w:pPr>
      <w:r>
        <w:t>دیکھیے، میں آپ کو کل کا ایکسپیرینس بتاتا ہوں۔</w:t>
      </w:r>
    </w:p>
    <w:p>
      <w:r>
        <w:rPr>
          <w:b/>
        </w:rPr>
        <w:t xml:space="preserve">[44:23] </w:t>
      </w:r>
      <w:r>
        <w:t>yeh jo science mein jo woh hai,</w:t>
      </w:r>
    </w:p>
    <w:p>
      <w:pPr>
        <w:jc w:val="right"/>
      </w:pPr>
      <w:r>
        <w:t>یہ جو سائنس میں جو وہ ہے،</w:t>
      </w:r>
    </w:p>
    <w:p>
      <w:r>
        <w:rPr>
          <w:b/>
        </w:rPr>
        <w:t xml:space="preserve">[44:31] </w:t>
      </w:r>
      <w:r>
        <w:t>big bang theory jo hai,</w:t>
      </w:r>
    </w:p>
    <w:p>
      <w:pPr>
        <w:jc w:val="right"/>
      </w:pPr>
      <w:r>
        <w:t>بگ بینگ تھیوری جو ہے،</w:t>
      </w:r>
    </w:p>
    <w:p>
      <w:r>
        <w:rPr>
          <w:b/>
        </w:rPr>
        <w:t xml:space="preserve">[44:34] </w:t>
      </w:r>
      <w:r>
        <w:t>ab nearly established ho chuki hai.</w:t>
      </w:r>
    </w:p>
    <w:p>
      <w:pPr>
        <w:jc w:val="right"/>
      </w:pPr>
      <w:r>
        <w:t>اب نیئرلی اسٹیبلش ہو چکی ہے۔</w:t>
      </w:r>
    </w:p>
    <w:p>
      <w:r>
        <w:rPr>
          <w:b/>
        </w:rPr>
        <w:t xml:space="preserve">[44:38] </w:t>
      </w:r>
      <w:r>
        <w:t>big bang theory</w:t>
      </w:r>
    </w:p>
    <w:p>
      <w:pPr>
        <w:jc w:val="right"/>
      </w:pPr>
      <w:r>
        <w:t>بگ بینگ تھیوری</w:t>
      </w:r>
    </w:p>
    <w:p>
      <w:r>
        <w:rPr>
          <w:b/>
        </w:rPr>
        <w:t xml:space="preserve">[44:41] </w:t>
      </w:r>
      <w:r>
        <w:t>aur is mein aik recently jo add hua hai, aik bohat bara mamla woh yeh hai ke</w:t>
      </w:r>
    </w:p>
    <w:p>
      <w:pPr>
        <w:jc w:val="right"/>
      </w:pPr>
      <w:r>
        <w:t>اور اس میں ایک ریسنٹلی جو ایڈ ہوا ہے، ایک بہت بڑا معاملہ وہ یہ ہے کہ</w:t>
      </w:r>
    </w:p>
    <w:p>
      <w:r>
        <w:rPr>
          <w:b/>
        </w:rPr>
        <w:t xml:space="preserve">[44:49] </w:t>
      </w:r>
      <w:r>
        <w:t>yeh yeh discover hui hai yeh baat ke jab big bang hua to us ke</w:t>
      </w:r>
    </w:p>
    <w:p>
      <w:pPr>
        <w:jc w:val="right"/>
      </w:pPr>
      <w:r>
        <w:t>یہ یہ ڈسکور ہوئی ہے یہ بات کہ جب بگ بینگ ہوا تو اس کے</w:t>
      </w:r>
    </w:p>
    <w:p>
      <w:r>
        <w:rPr>
          <w:b/>
        </w:rPr>
        <w:t xml:space="preserve">[44:57] </w:t>
      </w:r>
      <w:r>
        <w:t>kuch rays niklein, woh aaj bhi preserve hain.</w:t>
      </w:r>
    </w:p>
    <w:p>
      <w:pPr>
        <w:jc w:val="right"/>
      </w:pPr>
      <w:r>
        <w:t>کچھ ریز نکلیں، وہ آج بھی پریزرو ہیں۔</w:t>
      </w:r>
    </w:p>
    <w:p>
      <w:r>
        <w:rPr>
          <w:b/>
        </w:rPr>
        <w:t xml:space="preserve">[45:03] </w:t>
      </w:r>
      <w:r>
        <w:t>aaj bhi in ko yani dekha ja sakta hai ke is tareeqay se. to Quran mein hai ke اولم کفر ورسہ کانٹ۔</w:t>
      </w:r>
    </w:p>
    <w:p>
      <w:pPr>
        <w:jc w:val="right"/>
      </w:pPr>
      <w:r>
        <w:t>آج بھی ان کو یعنی دیکھا جا سکتا ہے کہ اس طریقے سے۔ تو قرآن میں ہے کہ اولم کفر ورسہ کانٹ۔</w:t>
      </w:r>
    </w:p>
    <w:p>
      <w:r>
        <w:rPr>
          <w:b/>
        </w:rPr>
        <w:t xml:space="preserve">[45:17] </w:t>
      </w:r>
      <w:r>
        <w:t>jab mein is ko parha, mein ne jaise mein hil gaya ke ke Khuda ke sath kon keh sakta tha ke roiyat ki satah par is ka is proof boleyon se kaise inkar karoge?</w:t>
      </w:r>
    </w:p>
    <w:p>
      <w:pPr>
        <w:jc w:val="right"/>
      </w:pPr>
      <w:r>
        <w:t>جب میں اس کو پڑھا، میں نے جیسے میں ہل گیا کہ کہ خدا کے ساتھ کون کہہ سکتا تھا کہ رویت کی سطح پر اس کا اس پروف بولیوں سے کیسے انکار کرو گے؟</w:t>
      </w:r>
    </w:p>
    <w:p>
      <w:r>
        <w:rPr>
          <w:b/>
        </w:rPr>
        <w:t xml:space="preserve">[45:29] </w:t>
      </w:r>
      <w:r>
        <w:t>tum</w:t>
      </w:r>
    </w:p>
    <w:p>
      <w:pPr>
        <w:jc w:val="right"/>
      </w:pPr>
      <w:r>
        <w:t>تم</w:t>
      </w:r>
    </w:p>
    <w:p>
      <w:r>
        <w:rPr>
          <w:b/>
        </w:rPr>
        <w:t xml:space="preserve">[45:33] </w:t>
      </w:r>
      <w:r>
        <w:t>big bang ke mani hain beginning of universe. to beginning of universe jo hui, aik aik aik dhamake se hui, explosion se.</w:t>
      </w:r>
    </w:p>
    <w:p>
      <w:pPr>
        <w:jc w:val="right"/>
      </w:pPr>
      <w:r>
        <w:t>بگ بینگ کے معنی ہیں بگننگ آف یونیورس۔ تو بگننگ آف یونیورس جو ہوئی، ایک ایک ایک دھماکے سے ہوئی، ایکسپلوژن سے۔</w:t>
      </w:r>
    </w:p>
    <w:p>
      <w:r>
        <w:rPr>
          <w:b/>
        </w:rPr>
        <w:t xml:space="preserve">[45:45] </w:t>
      </w:r>
      <w:r>
        <w:t>to woh roiyat ki satah par nahi, observation ki satah par is ka proof maujood hai. tum kaise inkar karoge? yeh bilkul bhai se hil gaya, hil gaya.</w:t>
      </w:r>
    </w:p>
    <w:p>
      <w:pPr>
        <w:jc w:val="right"/>
      </w:pPr>
      <w:r>
        <w:t>تو وہ رویت کی سطح پر نہیں، ابزرویشن کی سطح پر اس کا پروف موجود ہے۔ تم کیسے انکار کرو گے؟ یہ بالکل بھائی سے ہل گیا، ہل گیا۔</w:t>
      </w:r>
    </w:p>
    <w:p>
      <w:r>
        <w:rPr>
          <w:b/>
        </w:rPr>
        <w:t xml:space="preserve">[45:58] </w:t>
      </w:r>
      <w:r>
        <w:t>yeh aayat ka tarjuma yeh hai: kya nahin dekha woh logon ne jo Khuda ka inkar karte hain? yani observation, observation ki satah par hmm, iska proof maujood hai.</w:t>
      </w:r>
    </w:p>
    <w:p>
      <w:pPr>
        <w:jc w:val="right"/>
      </w:pPr>
      <w:r>
        <w:t>یہ آیت کا ترجمہ یہ ہے: کیا نہیں دیکھا وہ لوگوں نے جو خدا کا انکار کرتے ہیں؟ یعنی ابزرویشن، ابزرویشن کی سطح پر ہمم، اس کا پروف موجود ہے۔</w:t>
      </w:r>
    </w:p>
    <w:p>
      <w:r>
        <w:rPr>
          <w:b/>
        </w:rPr>
        <w:t xml:space="preserve">[46:11] </w:t>
      </w:r>
      <w:r>
        <w:t>hmm, phir bhi tum bekhabar ho is se. hmm, yeh main hil gaya bilkul. hmm, kaisa? hmm, sahi baat hai.</w:t>
      </w:r>
    </w:p>
    <w:p>
      <w:pPr>
        <w:jc w:val="right"/>
      </w:pPr>
      <w:r>
        <w:t>ہمم، پھر بھی تم بے خبر ہو اس سے۔ ہمم، یہ میں ہل گیا بالکل۔ ہمم، کیسا؟ ہمم، صحیح بات ہے۔</w:t>
      </w:r>
    </w:p>
    <w:p>
      <w:r>
        <w:rPr>
          <w:b/>
        </w:rPr>
        <w:t xml:space="preserve">[46:19] </w:t>
      </w:r>
      <w:r>
        <w:t>bilkul, iska tarjuma bataiye, is aayat ka tarjuma bataiye. Surah Al-Anbiya, chapter number 21, verse number 30.</w:t>
      </w:r>
    </w:p>
    <w:p>
      <w:pPr>
        <w:jc w:val="right"/>
      </w:pPr>
      <w:r>
        <w:t>بالکل، اس کا ترجمہ بتائیے، اس آیت کا ترجمہ بتائیے۔ سورہ الانبیاء، چیپٹر نمبر 21، ورس نمبر 30۔</w:t>
      </w:r>
    </w:p>
    <w:p>
      <w:r>
        <w:rPr>
          <w:b/>
        </w:rPr>
        <w:t xml:space="preserve">[46:29] </w:t>
      </w:r>
      <w:r>
        <w:t>awalam yar al-ladhina kafaroo anna al-samawati wal-ardi kanata ratqan fataqna-huma? Do not those who deny the truth see that the heaven and earth were joined together and that We then split them asunder?</w:t>
      </w:r>
    </w:p>
    <w:p>
      <w:pPr>
        <w:jc w:val="right"/>
      </w:pPr>
      <w:r>
        <w:t>اولم یور الذین کفرو ان السماوات والارض کان رتقا ففتقناہما؟ ڈو ناٹ دوز ہو ڈینائی دا ٹروتھ سی دیٹ دا ہیون اینڈ ارتھ ویر جوائن ٹوگیدر اینڈ دیٹ وی دین اسپلٹ دیم اسینڈر؟</w:t>
      </w:r>
    </w:p>
    <w:p>
      <w:r>
        <w:rPr>
          <w:b/>
        </w:rPr>
        <w:t xml:space="preserve">[46:46] </w:t>
      </w:r>
      <w:r>
        <w:t>yeh hila dene wala hai, yeh hila dene wala hai. Kya tum ne dekha nahin? Yani yeh taqreeban dedh hazar saal pehle yeh aayat utri thi is waqeye ki jo kuch bhi nahin janta tha insaan ke observation level par kahin is ka trace maujood hai.</w:t>
      </w:r>
    </w:p>
    <w:p>
      <w:pPr>
        <w:jc w:val="right"/>
      </w:pPr>
      <w:r>
        <w:t>یہ ہلا دینے والا ہے، یہ ہلا دینے والا ہے۔ کیا تم نے دیکھا نہیں؟ یعنی یہ تقریباً ڈیڑھ ہزار سال پہلے یہ آیت اتری تھی اس واقعے کی جو کچھ بھی نہیں جانتا تھا انسان کہ ابزرویشن لیول پر کہیں اس کا ٹریس موجود ہے۔</w:t>
      </w:r>
    </w:p>
    <w:p>
      <w:r>
        <w:rPr>
          <w:b/>
        </w:rPr>
        <w:t xml:space="preserve">[47:12] </w:t>
      </w:r>
      <w:r>
        <w:t>trace</w:t>
      </w:r>
    </w:p>
    <w:p>
      <w:pPr>
        <w:jc w:val="right"/>
      </w:pPr>
      <w:r>
        <w:t>ٹریس</w:t>
      </w:r>
    </w:p>
    <w:p>
      <w:r>
        <w:rPr>
          <w:b/>
        </w:rPr>
        <w:t xml:space="preserve">[47:16] </w:t>
      </w:r>
      <w:r>
        <w:t>big bang ka trace maujood hai.</w:t>
      </w:r>
    </w:p>
    <w:p>
      <w:pPr>
        <w:jc w:val="right"/>
      </w:pPr>
      <w:r>
        <w:t>بگ بینگ کا ٹریس موجود ہے۔</w:t>
      </w:r>
    </w:p>
    <w:p>
      <w:r>
        <w:rPr>
          <w:b/>
        </w:rPr>
        <w:t xml:space="preserve">[47:21] </w:t>
      </w:r>
      <w:r>
        <w:t>main is pe likha tha ke mazmoon is mein Islam aur asrar mein ehsan adna ke is mein qaul aql kya tha.</w:t>
      </w:r>
    </w:p>
    <w:p>
      <w:pPr>
        <w:jc w:val="right"/>
      </w:pPr>
      <w:r>
        <w:t>میں اس پہ لکھا تھا کہ مضمون اس میں اسلام اور اسرادر میں احسان اذنا کے اس میں قول عقل کیا تھا۔</w:t>
      </w:r>
    </w:p>
    <w:p>
      <w:r>
        <w:rPr>
          <w:b/>
        </w:rPr>
        <w:t xml:space="preserve">[47:29] </w:t>
      </w:r>
      <w:r>
        <w:t>main ne: it is right saying the writing of God handwriting. It is right saying the handwriting of God.</w:t>
      </w:r>
    </w:p>
    <w:p>
      <w:pPr>
        <w:jc w:val="right"/>
      </w:pPr>
      <w:r>
        <w:t>میں نے: اٹ از رائٹ سینگ دا رائٹنگ آف گاڈ ہینڈ رائٹنگ۔ اٹ از رائٹ سینگ دا ہینڈ رائٹنگ آف گاڈ۔</w:t>
      </w:r>
    </w:p>
    <w:p>
      <w:r>
        <w:rPr>
          <w:b/>
        </w:rPr>
        <w:t xml:space="preserve">[47:43] </w:t>
      </w:r>
      <w:r>
        <w:t>ek scientist ka qaul tha is mein: it is right saying the handwriting of God. Phir bhi aap apne ego ke liye baith rahe hain to aap zyada be bekhabar kaun hain?</w:t>
      </w:r>
    </w:p>
    <w:p>
      <w:pPr>
        <w:jc w:val="right"/>
      </w:pPr>
      <w:r>
        <w:t>ایک سائنس دان کا قول تھا اس میں: اٹ از رائٹ سینگ دا ہینڈ رائٹنگ آف گاڈ۔ پھر بھی آپ اپنے ایگو کے لیے بٹھ رہے ہیں تو آپ زیادہ بے بے خبر کون ہیں؟</w:t>
      </w:r>
    </w:p>
    <w:p>
      <w:r>
        <w:rPr>
          <w:b/>
        </w:rPr>
        <w:t xml:space="preserve">[47:58] </w:t>
      </w:r>
      <w:r>
        <w:t>poori universe kahegi ke tumhari ego baad mein jaaye. Tumhari ego ki value kya hai? Poori universe chalayegi ke tumhari ego ki value kya hai?</w:t>
      </w:r>
    </w:p>
    <w:p>
      <w:pPr>
        <w:jc w:val="right"/>
      </w:pPr>
      <w:r>
        <w:t>پوری یونیورس کہے گی کہ تمہاری ایگو باڑ میں جائے۔ تمہاری ایگو کی ویلیو کیا ہے؟ پوری یونیورس چلائے گی کہ تمہاری ایگو کی ویلیو کیا ہے؟</w:t>
      </w:r>
    </w:p>
    <w:p>
      <w:r>
        <w:rPr>
          <w:b/>
        </w:rPr>
        <w:t xml:space="preserve">[48:10] </w:t>
      </w:r>
      <w:r>
        <w:t>tum ho kya? Hamari ego ko poori universe be little kar rahi hai. Be little!</w:t>
      </w:r>
    </w:p>
    <w:p>
      <w:pPr>
        <w:jc w:val="right"/>
      </w:pPr>
      <w:r>
        <w:t>تم ہو کیا؟ ہماری ایگو کو پوری یونیورس بی لٹل کر رہی ہے۔ بی لٹل!</w:t>
      </w:r>
    </w:p>
    <w:p>
      <w:r>
        <w:rPr>
          <w:b/>
        </w:rPr>
        <w:t xml:space="preserve">[48:18] </w:t>
      </w:r>
      <w:r>
        <w:t>Hamari ego ko poori universe be little kar rahi hai.</w:t>
      </w:r>
    </w:p>
    <w:p>
      <w:pPr>
        <w:jc w:val="right"/>
      </w:pPr>
      <w:r>
        <w:t>ہماری ایگو کو پوری یونیورس بی لٹل کر رہی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