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Verses 67-73 April 29 , 2018</w:t>
      </w:r>
    </w:p>
    <w:p>
      <w:r>
        <w:t>https://www.youtube.com/watch?v=t_MtP6POTSM</w:t>
      </w:r>
    </w:p>
    <w:p>
      <w:r>
        <w:rPr>
          <w:b/>
        </w:rPr>
        <w:t xml:space="preserve">[00:11] </w:t>
      </w:r>
      <w:r>
        <w:t>Bismillah Rehman-e-Rahim, wa salla Allahu ala al-nabi al-kareem. Rabbi ishrah li sadri, wa yassir li amri, wa-hlul uqdatan min lisani yafqahu qawli.</w:t>
      </w:r>
    </w:p>
    <w:p>
      <w:pPr>
        <w:jc w:val="right"/>
      </w:pPr>
      <w:r>
        <w:t>بسم اللہ الرحمن الرحیم، وصلی اللہ علی النبی الکریم۔ رب اشرح لی صدری، ویسر لی امری، ولو لغت باللسانی یفقہ قولی۔</w:t>
      </w:r>
    </w:p>
    <w:p>
      <w:r>
        <w:rPr>
          <w:b/>
        </w:rPr>
        <w:t xml:space="preserve">[00:26] </w:t>
      </w:r>
      <w:r>
        <w:t>29 April 2018, routine ke mutabiq aaj bhi Quran ka dars hoga.</w:t>
      </w:r>
    </w:p>
    <w:p>
      <w:pPr>
        <w:jc w:val="right"/>
      </w:pPr>
      <w:r>
        <w:t>29 اپریل 2018، روٹین کے مطابق آج بھی قرآن کا درس ہوگا۔</w:t>
      </w:r>
    </w:p>
    <w:p>
      <w:r>
        <w:rPr>
          <w:b/>
        </w:rPr>
        <w:t xml:space="preserve">[00:36] </w:t>
      </w:r>
      <w:r>
        <w:t>Pehle kuch aayatein aap ke samne parhi jayengi, phir is ki sharah inshallah bayan hogi.</w:t>
      </w:r>
    </w:p>
    <w:p>
      <w:pPr>
        <w:jc w:val="right"/>
      </w:pPr>
      <w:r>
        <w:t>پہلے کچھ آیتیں آپ کے سامنے پڑھی جائیں گی، پھر اس کی شرح انشاءاللہ بیان ہوگی۔</w:t>
      </w:r>
    </w:p>
    <w:p>
      <w:r>
        <w:rPr>
          <w:b/>
        </w:rPr>
        <w:t xml:space="preserve">[00:44] </w:t>
      </w:r>
      <w:r>
        <w:t>Bismillah Rehman-e-Rahim. Wa idh qala Moosa li qawmihi: innallaha ya'murukum an tazbahu baqaratan, qalu atattakhidhuna huzuwan?</w:t>
      </w:r>
    </w:p>
    <w:p>
      <w:pPr>
        <w:jc w:val="right"/>
      </w:pPr>
      <w:r>
        <w:t>بسم اللہ الرحمن الرحیم۔ وَإِذْ قَالَ مُوسَى لِقَوْمِهِ: إِنَّ اللَّهَ يَأْمُرُكُمْ أَنْ تَذْبَحُوا بَقَرًا، قَالُوا أَتَتَّخِذُنَا هُزُوًا؟</w:t>
      </w:r>
    </w:p>
    <w:p>
      <w:r>
        <w:rPr>
          <w:b/>
        </w:rPr>
        <w:t xml:space="preserve">[00:56] </w:t>
      </w:r>
      <w:r>
        <w:t>Qala: a'udhu billahi an akuna min al-jahileen. Qalu: ud'u lana rabbaka yubayyin lana ma hi? Qala: innahu yaqoolu innaha baqaratun la faridun wa la bikrun,</w:t>
      </w:r>
    </w:p>
    <w:p>
      <w:pPr>
        <w:jc w:val="right"/>
      </w:pPr>
      <w:r>
        <w:t>قَالَ: أعوذ بالله أن أكون من الجاهلين. قَالُوا: ادع لنا ربك يبين لنا ما هي؟ قَالَ: إِنَّهُ يَقُولُ إِنَّهَا بَقَرَةٌ لَّا فَارِضٌ وَلَا بِكْرٌ،</w:t>
      </w:r>
    </w:p>
    <w:p>
      <w:r>
        <w:rPr>
          <w:b/>
        </w:rPr>
        <w:t xml:space="preserve">[01:09] </w:t>
      </w:r>
      <w:r>
        <w:t>awanun bayna dhalika faf'aloo ma tu'maroon</w:t>
      </w:r>
    </w:p>
    <w:p>
      <w:pPr>
        <w:jc w:val="right"/>
      </w:pPr>
      <w:r>
        <w:t>عَوَانٌ بَيْنَ ذَلِكَ فَافْعَلُوا مَا تُؤْمَرُونَ</w:t>
      </w:r>
    </w:p>
    <w:p>
      <w:r>
        <w:rPr>
          <w:b/>
        </w:rPr>
        <w:t xml:space="preserve">[01:13] </w:t>
      </w:r>
      <w:r>
        <w:t>. Qalu: ud'u lana rabbaka yubayyin lana ma lawnuha? Qala: innahu yaqoolu innaha baqaratun safra'u fāqi'un lawnuha tasurru al-nazireen.</w:t>
      </w:r>
    </w:p>
    <w:p>
      <w:pPr>
        <w:jc w:val="right"/>
      </w:pPr>
      <w:r>
        <w:t>. قَالُوا: ادع لنا ربك يبين لنا ما لونها؟ قَالَ: إِنَّهُ يَقُولُ إِنَّهَا بَقَرَةٌ صَفْرَاءٌ فَاقِعٌ لَونُهَا تَسُرٌّ الناظرين.</w:t>
      </w:r>
    </w:p>
    <w:p>
      <w:r>
        <w:rPr>
          <w:b/>
        </w:rPr>
        <w:t xml:space="preserve">[01:24] </w:t>
      </w:r>
      <w:r>
        <w:t>Qalu: ud'u lana rabbaka yubayyin lana ma hi? Inn al-baqarata shabaha 'alayna, wa inna in sha'a Allahu la-muhtadoon</w:t>
      </w:r>
    </w:p>
    <w:p>
      <w:pPr>
        <w:jc w:val="right"/>
      </w:pPr>
      <w:r>
        <w:t>قَالُوا: ادع لنا ربك يبين لنا ما هي؟ إِنَّ البَقَرَةَ شَابَهَ عَلَيْنَا، وَإِنَّا إِنْ شَاءَ اللَّهُ لَمُهْتَدُونَ</w:t>
      </w:r>
    </w:p>
    <w:p>
      <w:r>
        <w:rPr>
          <w:b/>
        </w:rPr>
        <w:t xml:space="preserve">[01:34] </w:t>
      </w:r>
      <w:r>
        <w:t>. Qala: innahu yaqoolu innaha baqaratun la dhululun tutheeru al-arda wa la tasqi al-harsa, musallamatun la shiyata fiha.</w:t>
      </w:r>
    </w:p>
    <w:p>
      <w:pPr>
        <w:jc w:val="right"/>
      </w:pPr>
      <w:r>
        <w:t>. قَالَ: إِنَّهُ يَقُولُ إِنَّهَا بَقَرَةٌ لَّا ذَلُولٌ تُثِيرُ الْأَرْضَ وَلَا تَسْقِي الْحَرْسَ، مُسَلَّمَةٌ لَّا شِيَةَ فِيهَا.</w:t>
      </w:r>
    </w:p>
    <w:p>
      <w:r>
        <w:rPr>
          <w:b/>
        </w:rPr>
        <w:t xml:space="preserve">[01:43] </w:t>
      </w:r>
      <w:r>
        <w:t>Qalu: al'ana ji'ta bil-haqq, fadhabahooha wa ma kadoo yaf'aloon. Wa idh qataltum nafsan faddara'tum fiha, wallahu mukhrijun ma kuntum taktumoona</w:t>
      </w:r>
    </w:p>
    <w:p>
      <w:pPr>
        <w:jc w:val="right"/>
      </w:pPr>
      <w:r>
        <w:t>قَالُوا: الآن جئت بالحق، فَذَبَحُوهَا وَمَا كَادُوا يَفْعَلُونَ. وَإِذْ قَتَلْتُمْ نَفْسًا فَادَّارَأْتُمْ فِيهَا، والله مُخْرِجٌ مَا كُنْتُمْ تَكْتُمُونَ</w:t>
      </w:r>
    </w:p>
    <w:p>
      <w:r>
        <w:rPr>
          <w:b/>
        </w:rPr>
        <w:t xml:space="preserve">[01:55] </w:t>
      </w:r>
      <w:r>
        <w:t>. Faqulna idriboohu bi ba'diha kadhalika yuhyillahu al-mawta wa yureekum ayatihi la'allakum ta'qiloon. Surah Al-Baqarah, chapter number 2, verse number 67 to 73.</w:t>
      </w:r>
    </w:p>
    <w:p>
      <w:pPr>
        <w:jc w:val="right"/>
      </w:pPr>
      <w:r>
        <w:t>. فَقُلْنَا اضْرِبُوهُ بِبَعْذِهَا كَذَلِكَ يُحِيِّ اللَّهُ الْمَوْتَى وَيُرِيكُمْ آيَاتِهِ لَعَلَّكُمْ تَعْقِلُونَ۔ سورہ البقرہ، چیپٹر نمبر ٹو، ورس نمبر 67 ٹو 73۔</w:t>
      </w:r>
    </w:p>
    <w:p>
      <w:r>
        <w:rPr>
          <w:b/>
        </w:rPr>
        <w:t xml:space="preserve">[02:12] </w:t>
      </w:r>
      <w:r>
        <w:t>Aur jab Moosa ne apni qaum se kaha ke Allah tum ko hukum deta hai ke tum ek bakra zabah karo, unhon ne kaha: kya tum hum se hansi kar rahe ho?</w:t>
      </w:r>
    </w:p>
    <w:p>
      <w:pPr>
        <w:jc w:val="right"/>
      </w:pPr>
      <w:r>
        <w:t>اور جب موسیٰ نے اپنی قوم سے کہا کہ اللہ تم کو حکم دیتا ہے کہ تم ایک بکرا ذبح کرو، انہوں نے کہا: کیا تم ہم سے ہنسی کر رہے ہو؟</w:t>
      </w:r>
    </w:p>
    <w:p>
      <w:r>
        <w:rPr>
          <w:b/>
        </w:rPr>
        <w:t xml:space="preserve">[02:23] </w:t>
      </w:r>
      <w:r>
        <w:t>musa ne kaha: main allah ki panah mangta hoon ke main aisa nadan banun. unhon ne kaha: apne rab se darkhwast karo ke wo hum se bayan kare ke wo bakra kaisi ho.</w:t>
      </w:r>
    </w:p>
    <w:p>
      <w:pPr>
        <w:jc w:val="right"/>
      </w:pPr>
      <w:r>
        <w:t>موسیٰ نے کہا: میں اللہ کی پناہ مانگتا ہوں کہ میں ایسا نادان بنوں۔ انہوں نے کہا: اپنے رب سے درخواست کرو کہ وہ ہم سے بیان کرے کہ وہ بکرا کیسی ہو۔</w:t>
      </w:r>
    </w:p>
    <w:p>
      <w:r>
        <w:rPr>
          <w:b/>
        </w:rPr>
        <w:t xml:space="preserve">[02:35] </w:t>
      </w:r>
      <w:r>
        <w:t>musa ne kaha: allah fermata hai ke wo bakra na boodhi ho na bachcha, un ke beech ki ho. ab kar dalo jo hukum tum ko mila hai.</w:t>
      </w:r>
    </w:p>
    <w:p>
      <w:pPr>
        <w:jc w:val="right"/>
      </w:pPr>
      <w:r>
        <w:t>موسیٰ نے کہا: اللہ فرماتا ہے کہ وہ بکرا نہ بوڑھی ہو نہ بچہ، ان کے بیچ کی ہو۔ اب کر ڈالو جو حکم تم کو ملا ہے۔</w:t>
      </w:r>
    </w:p>
    <w:p>
      <w:r>
        <w:rPr>
          <w:b/>
        </w:rPr>
        <w:t xml:space="preserve">[02:46] </w:t>
      </w:r>
      <w:r>
        <w:t>unhon ne kaha: apne rab se darkhwast karo ke wo bayan kare ke is ka rang kaisa ho. musa ne kaha: allah fermata hai ke wo gehre zard rang ki ho, dekhne walon ko achhi maloom hoti ho.</w:t>
      </w:r>
    </w:p>
    <w:p>
      <w:pPr>
        <w:jc w:val="right"/>
      </w:pPr>
      <w:r>
        <w:t>انہوں نے کہا: اپنے رب سے درخواست کرو کہ وہ بیان کرے کہ اس کا رنگ کیسا ہو۔ موسیٰ نے کہا: اللہ فرماتا ہے کہ وہ گہرے زرد رنگ کی ہو، دیکھنے والوں کو اچھی معلوم ہوتی ہو۔</w:t>
      </w:r>
    </w:p>
    <w:p>
      <w:r>
        <w:rPr>
          <w:b/>
        </w:rPr>
        <w:t xml:space="preserve">[03:02] </w:t>
      </w:r>
      <w:r>
        <w:t>unhon ne kaha: apne rab se bayan karo ke wo hum se bayan kar de ke wo kaisi ho, kyunke bakra mein hum ko shubah par gaya hai aur allah ne chaha to hum rah pa lenge.</w:t>
      </w:r>
    </w:p>
    <w:p>
      <w:pPr>
        <w:jc w:val="right"/>
      </w:pPr>
      <w:r>
        <w:t>انہوں نے کہا: اپنے رب سے بیان کرو کہ وہ ہم سے بیان کر دے کہ وہ کیسی ہو، کیونکہ بکرا میں ہم کو شبہ پڑ گیا ہے اور اللہ نے چاہا تو ہم راہ پا لیں گے۔</w:t>
      </w:r>
    </w:p>
    <w:p>
      <w:r>
        <w:rPr>
          <w:b/>
        </w:rPr>
        <w:t xml:space="preserve">[03:14] </w:t>
      </w:r>
      <w:r>
        <w:t>musa ne kaha: allah fermata hai ke wo aisi bakra ho ke mehnat karne wali na ho, zameen ko jotne wali aur khetun ko pani dene wali na ho.</w:t>
      </w:r>
    </w:p>
    <w:p>
      <w:pPr>
        <w:jc w:val="right"/>
      </w:pPr>
      <w:r>
        <w:t>موسیٰ نے کہا: اللہ فرماتا ہے کہ وہ ایسی بکرا ہو کہ محنت کرنے والی نہ ہو، زمین کو جوتنے والی اور کھیتوں کو پانی دینے والی نہ ہو۔</w:t>
      </w:r>
    </w:p>
    <w:p>
      <w:r>
        <w:rPr>
          <w:b/>
        </w:rPr>
        <w:t xml:space="preserve">[03:25] </w:t>
      </w:r>
      <w:r>
        <w:t>wo sahih salim ho, is mein koi daagh na ho. unhon ne kaha: ab tum wazeh baat laye ho. phir unhon ne is ko zabah kiya aur wo zabah karte nazar na aate the.</w:t>
      </w:r>
    </w:p>
    <w:p>
      <w:pPr>
        <w:jc w:val="right"/>
      </w:pPr>
      <w:r>
        <w:t>وہ صحیح سالم ہو، اس میں کوئی داغ نہ ہو۔ انہوں نے کہا: اب تم واضح بات لائے ہو۔ پھر انہوں نے اس کو ذبح کیا اور وہ ذبح کرتے نظر نہ آتے تھے۔</w:t>
      </w:r>
    </w:p>
    <w:p>
      <w:r>
        <w:rPr>
          <w:b/>
        </w:rPr>
        <w:t xml:space="preserve">[03:38] </w:t>
      </w:r>
      <w:r>
        <w:t>aur jab tum ne ek shakhs ko maar dala, phir ek doosre par is ka ilzam dalne lage, halanke allah ko zahir karna manzur tha jo kuch tum chupana chahte the.</w:t>
      </w:r>
    </w:p>
    <w:p>
      <w:pPr>
        <w:jc w:val="right"/>
      </w:pPr>
      <w:r>
        <w:t>اور جب تم نے ایک شخص کو مار ڈالا، پھر ایک دوسرے پر اس کا الزام ڈالنے لگے، حالانکہ اللہ کو ظاہر کرنا منظور تھا جو کچھ تم چھپانا چاہتے تھے۔</w:t>
      </w:r>
    </w:p>
    <w:p>
      <w:r>
        <w:rPr>
          <w:b/>
        </w:rPr>
        <w:t xml:space="preserve">[03:48] </w:t>
      </w:r>
      <w:r>
        <w:t>pas hum ne hukum diya ke maro is murde ko is ke ek tukde se. isi tarah zinda karta hai allah murdon ko aur wo tum ko apni nishaniyan dikhata hai taake tum samjho.</w:t>
      </w:r>
    </w:p>
    <w:p>
      <w:pPr>
        <w:jc w:val="right"/>
      </w:pPr>
      <w:r>
        <w:t>پس ہم نے حکم دیا کہ مارو اس مردے کو اس کے ایک ٹکڑے سے۔ اسی طرح زندہ کرتا ہے اللہ مردوں کو اور وہ تم کو اپنی نشانیاں دکھاتا ہے تاکہ تم سمجھو۔</w:t>
      </w:r>
    </w:p>
    <w:p>
      <w:r>
        <w:rPr>
          <w:b/>
        </w:rPr>
        <w:t xml:space="preserve">[04:00] </w:t>
      </w:r>
      <w:r>
        <w:t>dekhen, yeh jo ayaten hain, bazahir yeh yahud ki tareekh ka ek hissa hain, lekin aap sochiye,</w:t>
      </w:r>
    </w:p>
    <w:p>
      <w:pPr>
        <w:jc w:val="right"/>
      </w:pPr>
      <w:r>
        <w:t>دیکھیں، یہ جو آیتیں ہیں، بظاہر یہ یہود کی تاریخ کا ایک حصہ ہیں، لیکن آپ سوچیے،</w:t>
      </w:r>
    </w:p>
    <w:p>
      <w:r>
        <w:rPr>
          <w:b/>
        </w:rPr>
        <w:t xml:space="preserve">[04:15] </w:t>
      </w:r>
      <w:r>
        <w:t>quran ki shan yeh hai ke "likun lil alameen razeera".</w:t>
      </w:r>
    </w:p>
    <w:p>
      <w:pPr>
        <w:jc w:val="right"/>
      </w:pPr>
      <w:r>
        <w:t>قرآن کی شان یہ ہے کہ "لیکون للعالمین رضیرا"۔</w:t>
      </w:r>
    </w:p>
    <w:p>
      <w:r>
        <w:rPr>
          <w:b/>
        </w:rPr>
        <w:t xml:space="preserve">[04:24] </w:t>
      </w:r>
      <w:r>
        <w:t>"likun lil alameen razeera" sare alam ke liye warner. is ka aisa quran sirf is liye hoga ke mushrikeen ke, yani madine mein jo log the, mushrikeen aur munafikeen, yahud, bas un ki mazammat bayan kare, is ke siwa kuch nahi.</w:t>
      </w:r>
    </w:p>
    <w:p>
      <w:pPr>
        <w:jc w:val="right"/>
      </w:pPr>
      <w:r>
        <w:t>"لیکون للعالمین رضیرا" سارے عالم کے لیے وارنر۔ اس کا ایسا قرآن صرف اس لیے ہوگا کہ مشرکین کے، یعنی مدینے میں جو لوگ تھے، مشرکین اور منافقین، یہود، بس ان کی مذمت بیان کرے، اس کے سوا کچھ نہیں۔</w:t>
      </w:r>
    </w:p>
    <w:p>
      <w:r>
        <w:rPr>
          <w:b/>
        </w:rPr>
        <w:t xml:space="preserve">[04:49] </w:t>
      </w:r>
      <w:r>
        <w:t>ya pichhle logon ke</w:t>
      </w:r>
    </w:p>
    <w:p>
      <w:pPr>
        <w:jc w:val="right"/>
      </w:pPr>
      <w:r>
        <w:t>یا پچھلے لوگوں کے</w:t>
      </w:r>
    </w:p>
    <w:p>
      <w:r>
        <w:rPr>
          <w:b/>
        </w:rPr>
        <w:t xml:space="preserve">[04:53] </w:t>
      </w:r>
      <w:r>
        <w:t>anzar ki dastan bayan kare, bas to phir yeh sare alam ke liye kyun aaya hua? yaad dekhiye, aaj quran ko aap ko padhna hai applied way mein.</w:t>
      </w:r>
    </w:p>
    <w:p>
      <w:pPr>
        <w:jc w:val="right"/>
      </w:pPr>
      <w:r>
        <w:t>انظار کی داستان بیان کرے، بس تو پھر یہ سارے عالم کے لیے کیوں آیا ہوا؟ یاد دیکھیے، آج قرآن کو آپ کو پڑھنا ہے اپلائیڈ وے میں۔</w:t>
      </w:r>
    </w:p>
    <w:p>
      <w:r>
        <w:rPr>
          <w:b/>
        </w:rPr>
        <w:t xml:space="preserve">[05:06] </w:t>
      </w:r>
      <w:r>
        <w:t>jab quran utra tha, us waqt logon ne quran ko padha is ki lafzi mani ke aitbar se, literal meaning ke aitbar se.</w:t>
      </w:r>
    </w:p>
    <w:p>
      <w:pPr>
        <w:jc w:val="right"/>
      </w:pPr>
      <w:r>
        <w:t>جب قرآن اترا تھا، اس وقت لوگوں نے قرآن کو پڑھا اس کی لفظی معنی کے اعتبار سے، لٹرل میننگ کے اعتبار سے۔</w:t>
      </w:r>
    </w:p>
    <w:p>
      <w:r>
        <w:rPr>
          <w:b/>
        </w:rPr>
        <w:t xml:space="preserve">[05:18] </w:t>
      </w:r>
      <w:r>
        <w:t>lekin aaj aap ko padhna hai quran ko applied way mein, tab aap quran se le sakenge wo baat jo quran aap ko dena chahta hai.</w:t>
      </w:r>
    </w:p>
    <w:p>
      <w:pPr>
        <w:jc w:val="right"/>
      </w:pPr>
      <w:r>
        <w:t>لیکن آج آپ کو پڑھنا ہے قرآن کو اپلائیڈ وے میں، تب آپ قرآن سے لے سکیں گے وہ بات جو قرآن آپ کو دینا چاہتا ہے۔</w:t>
      </w:r>
    </w:p>
    <w:p>
      <w:r>
        <w:rPr>
          <w:b/>
        </w:rPr>
        <w:t xml:space="preserve">[05:33] </w:t>
      </w:r>
      <w:r>
        <w:t>yeh bahut zaruri cheez hai. to is ayat, to yeh jo ayaten hain quran ki, is par maine ghor kiya</w:t>
      </w:r>
    </w:p>
    <w:p>
      <w:pPr>
        <w:jc w:val="right"/>
      </w:pPr>
      <w:r>
        <w:t>یہ بہت ضروری چیز ہے۔ تو اس آیت، تو یہ جو آیتیں ہیں قرآن کی، اس پر میں نے غور کیا</w:t>
      </w:r>
    </w:p>
    <w:p>
      <w:r>
        <w:rPr>
          <w:b/>
        </w:rPr>
        <w:t xml:space="preserve">[05:43] </w:t>
      </w:r>
      <w:r>
        <w:t>to yeh literal mani mein nahi hai, applied mani mein hai, kyunke padhne wala to aaj ka hai. ayaten utri thin is seven century mein ki zaban mein, lekin padhne wala to aaj ka hai, is ko aaj ki zaban mein padhna padega.</w:t>
      </w:r>
    </w:p>
    <w:p>
      <w:pPr>
        <w:jc w:val="right"/>
      </w:pPr>
      <w:r>
        <w:t>تو یہ لٹرل معنی میں نہیں ہے، اپلائیڈ معنی میں ہے، کیونکہ پڑھنے والا تو آج کا ہے۔ آیتیں اتری تھیں اس سیون سینچری میں کی زبان میں، لیکن پڑھنے والا تو آج کا ہے، اس کو آج کی زبان میں پڑھنا پڑے گا۔</w:t>
      </w:r>
    </w:p>
    <w:p>
      <w:r>
        <w:rPr>
          <w:b/>
        </w:rPr>
        <w:t xml:space="preserve">[06:05] </w:t>
      </w:r>
      <w:r>
        <w:t>unhen hidayat nahi banegi. to aap ko dhoondna padega ke aaj ka bakra kya hai?</w:t>
      </w:r>
    </w:p>
    <w:p>
      <w:pPr>
        <w:jc w:val="right"/>
      </w:pPr>
      <w:r>
        <w:t>انہیں ہدایت نہیں بنے گی۔ تو آپ کو ڈھونڈنا پڑے گا کہ آج کا بکرا کیا ہے؟</w:t>
      </w:r>
    </w:p>
    <w:p>
      <w:r>
        <w:rPr>
          <w:b/>
        </w:rPr>
        <w:t xml:space="preserve">[06:17] </w:t>
      </w:r>
      <w:r>
        <w:t>aaj ke yahud kaun hain?</w:t>
      </w:r>
    </w:p>
    <w:p>
      <w:pPr>
        <w:jc w:val="right"/>
      </w:pPr>
      <w:r>
        <w:t>آج کے یہود کون ہیں؟</w:t>
      </w:r>
    </w:p>
    <w:p>
      <w:r>
        <w:rPr>
          <w:b/>
        </w:rPr>
        <w:t xml:space="preserve">[06:23] </w:t>
      </w:r>
      <w:r>
        <w:t>yeh janna padega aap ko.</w:t>
      </w:r>
    </w:p>
    <w:p>
      <w:pPr>
        <w:jc w:val="right"/>
      </w:pPr>
      <w:r>
        <w:t>یہ جاننا پڑے گا آپ کو۔</w:t>
      </w:r>
    </w:p>
    <w:p>
      <w:r>
        <w:rPr>
          <w:b/>
        </w:rPr>
        <w:t xml:space="preserve">[06:28] </w:t>
      </w:r>
      <w:r>
        <w:t>aaj ke yahud kaun hain? aaj ka bakra kya hai? aaj ki wo gumrahi kaun kiya hai jis mein aaj ka, aaj ki ummat mubtala hai?</w:t>
      </w:r>
    </w:p>
    <w:p>
      <w:pPr>
        <w:jc w:val="right"/>
      </w:pPr>
      <w:r>
        <w:t>آج کے یہود کون ہیں؟ آج کا بکرا کیا ہے؟ آج کی وہ گمراہی کون کیا ہے جس میں آج کا، آج کی امت مبتلا ہے؟</w:t>
      </w:r>
    </w:p>
    <w:p>
      <w:r>
        <w:rPr>
          <w:b/>
        </w:rPr>
        <w:t xml:space="preserve">[06:47] </w:t>
      </w:r>
      <w:r>
        <w:t>yeh ayaten aaj ki ummat ke liye aap ko samajhna padega. aaj ki ummat ke reference mein, mazi ki ummat ke reference mein padhenge aap, to is se aap ko kuch nahi milega.</w:t>
      </w:r>
    </w:p>
    <w:p>
      <w:pPr>
        <w:jc w:val="right"/>
      </w:pPr>
      <w:r>
        <w:t>یہ آیتیں آج کی امت کے لیے آپ کو سمجھنا پڑے گا۔ آج کی امت کے ریفرنس میں، ماضی کی امت کے ریفرنس میں پڑھیں گے آپ، تو اس سے آپ کو کچھ نہیں ملے گا۔</w:t>
      </w:r>
    </w:p>
    <w:p>
      <w:r>
        <w:rPr>
          <w:b/>
        </w:rPr>
        <w:t xml:space="preserve">[07:05] </w:t>
      </w:r>
      <w:r>
        <w:t>to aaj ki ummat kaun hai? yeh ji, yeh zawal yafta musalman hain.</w:t>
      </w:r>
    </w:p>
    <w:p>
      <w:pPr>
        <w:jc w:val="right"/>
      </w:pPr>
      <w:r>
        <w:t>تو آج کی امت کون ہے؟ یہ جی، یہ زوال یافتہ مسلمان ہیں۔</w:t>
      </w:r>
    </w:p>
    <w:p>
      <w:r>
        <w:rPr>
          <w:b/>
        </w:rPr>
        <w:t xml:space="preserve">[07:17] </w:t>
      </w:r>
      <w:r>
        <w:t>hadith mein aata hai ke "latun min kan qablakum", yani is ka matlab yeh hua: aye musalmanon!</w:t>
      </w:r>
    </w:p>
    <w:p>
      <w:pPr>
        <w:jc w:val="right"/>
      </w:pPr>
      <w:r>
        <w:t>حدیث میں آتا ہے کہ "لتون من کان قبلکم"، یعنی اس کا مطلب یہ ہوا: اے مسلمانوں!</w:t>
      </w:r>
    </w:p>
    <w:p>
      <w:r>
        <w:rPr>
          <w:b/>
        </w:rPr>
        <w:t xml:space="preserve">[07:27] </w:t>
      </w:r>
      <w:r>
        <w:t>ek waqt aayega ke tum ummat yahud ki jagah le loge.</w:t>
      </w:r>
    </w:p>
    <w:p>
      <w:pPr>
        <w:jc w:val="right"/>
      </w:pPr>
      <w:r>
        <w:t>ایک وقت آئے گا کہ تم امت یہود کی جگہ لے لو گے۔</w:t>
      </w:r>
    </w:p>
    <w:p>
      <w:r>
        <w:rPr>
          <w:b/>
        </w:rPr>
        <w:t xml:space="preserve">[07:37] </w:t>
      </w:r>
      <w:r>
        <w:t>parhiye poori hadees: "shubra bi shubra wa dhira'an bi dhira', hatta lo dakhloo johar dabb, tab'atumo hum".</w:t>
      </w:r>
    </w:p>
    <w:p>
      <w:pPr>
        <w:jc w:val="right"/>
      </w:pPr>
      <w:r>
        <w:t>پڑھیے پوری حدیث: "شبرا بشبر وذراعا بذراع، حتیٰ لو دخلوا جحر ضب، تبعتموہم"۔</w:t>
      </w:r>
    </w:p>
    <w:p>
      <w:r>
        <w:rPr>
          <w:b/>
        </w:rPr>
        <w:t xml:space="preserve">[07:51] </w:t>
      </w:r>
      <w:r>
        <w:t>tum zaroor un logon ki pairwi karoge jo tum se pehle thay, baalisht baalisht, haath dar haath, yahan tak ke agar woh goh ke bil mein dakhil ho jao, ho gaye to tum bhi dakhil ho jaoge.</w:t>
      </w:r>
    </w:p>
    <w:p>
      <w:pPr>
        <w:jc w:val="right"/>
      </w:pPr>
      <w:r>
        <w:t>تم ضرور ان لوگوں کی پیروی کرو گے جو تم سے پہلے تھے، بالشت بالشت، ہاتھ در ہاتھ، یہاں تک کہ اگر وہ گوہ کے بل میں داخل ہو جاؤ، ہو گئے تو تم بھی داخل ہو جاؤ گے۔</w:t>
      </w:r>
    </w:p>
    <w:p>
      <w:r>
        <w:rPr>
          <w:b/>
        </w:rPr>
        <w:t xml:space="preserve">[08:08] </w:t>
      </w:r>
      <w:r>
        <w:t>kahan hai? sahih al bukhari, sahih muslim.</w:t>
      </w:r>
    </w:p>
    <w:p>
      <w:pPr>
        <w:jc w:val="right"/>
      </w:pPr>
      <w:r>
        <w:t>کہاں ہے؟ صحیح البخاری، صحیح مسلم۔</w:t>
      </w:r>
    </w:p>
    <w:p>
      <w:r>
        <w:rPr>
          <w:b/>
        </w:rPr>
        <w:t xml:space="preserve">[08:13] </w:t>
      </w:r>
      <w:r>
        <w:t>yeh bukhari ki riwayat hai, muslim ki riwayat hai, yani sahihain ki riwayat hai.</w:t>
      </w:r>
    </w:p>
    <w:p>
      <w:pPr>
        <w:jc w:val="right"/>
      </w:pPr>
      <w:r>
        <w:t>یہ بخاری کی روایت ہے، مسلم کی روایت ہے، یعنی صحیحین کی روایت ہے۔</w:t>
      </w:r>
    </w:p>
    <w:p>
      <w:r>
        <w:rPr>
          <w:b/>
        </w:rPr>
        <w:t xml:space="preserve">[08:21] </w:t>
      </w:r>
      <w:r>
        <w:t>iska matlab kya hai? yeh yehud ki dastaan nahi bayan ki gayi hai, woh to guzar chuki hai, hazar saal se zyada muddat guzar chuki hai iske upar.</w:t>
      </w:r>
    </w:p>
    <w:p>
      <w:pPr>
        <w:jc w:val="right"/>
      </w:pPr>
      <w:r>
        <w:t>اس کا مطلب کیا ہے؟ یہ یہود کی داستان نہیں بیان کی گئی ہے، وہ تو گزر چکی ہے، ہزار سال سے زیادہ مدت گزر چکی ہے اس کے اوپر۔</w:t>
      </w:r>
    </w:p>
    <w:p>
      <w:r>
        <w:rPr>
          <w:b/>
        </w:rPr>
        <w:t xml:space="preserve">[08:37] </w:t>
      </w:r>
      <w:r>
        <w:t>in ayaton mein jo padhi gayi hain aap ke samne, isko is hadees ki roshni mein samjhiye.</w:t>
      </w:r>
    </w:p>
    <w:p>
      <w:pPr>
        <w:jc w:val="right"/>
      </w:pPr>
      <w:r>
        <w:t>ان آیات میں جو پڑھی گئی ہیں آپ کے سامنے، اس کو اس حدیث کی روشنی میں سمجھیے۔</w:t>
      </w:r>
    </w:p>
    <w:p>
      <w:r>
        <w:rPr>
          <w:b/>
        </w:rPr>
        <w:t xml:space="preserve">[08:46] </w:t>
      </w:r>
      <w:r>
        <w:t>quran ki in ayaton ko is hadees ki roshni mein samjhiye jo abhi padhi gayi aap ke samne, jiska matlab kya banega?</w:t>
      </w:r>
    </w:p>
    <w:p>
      <w:pPr>
        <w:jc w:val="right"/>
      </w:pPr>
      <w:r>
        <w:t>قرآن کی ان آیتوں کو اس حدیث کی روشنی میں سمجھیے جو ابھی پڑھی گئی آپ کے سامنے، جس کا مطلب کیا بنے گا؟</w:t>
      </w:r>
    </w:p>
    <w:p>
      <w:r>
        <w:rPr>
          <w:b/>
        </w:rPr>
        <w:t xml:space="preserve">[08:58] </w:t>
      </w:r>
      <w:r>
        <w:t>ke ek waqt aayega jab ke tum yehud ki jagah le loge.</w:t>
      </w:r>
    </w:p>
    <w:p>
      <w:pPr>
        <w:jc w:val="right"/>
      </w:pPr>
      <w:r>
        <w:t>کہ ایک وقت آئے گا جب کہ تم یہود کی جگہ لے لو گے۔</w:t>
      </w:r>
    </w:p>
    <w:p>
      <w:r>
        <w:rPr>
          <w:b/>
        </w:rPr>
        <w:t xml:space="preserve">[09:10] </w:t>
      </w:r>
      <w:r>
        <w:t>yeh bahut hi zyada chaukana karne wali ayat hai. yeh</w:t>
      </w:r>
    </w:p>
    <w:p>
      <w:pPr>
        <w:jc w:val="right"/>
      </w:pPr>
      <w:r>
        <w:t>یہ بہت ہی زیادہ چوکنا کرنے والی آیت ہے۔ یہ</w:t>
      </w:r>
    </w:p>
    <w:p>
      <w:r>
        <w:rPr>
          <w:b/>
        </w:rPr>
        <w:t xml:space="preserve">[09:21] </w:t>
      </w:r>
      <w:r>
        <w:t>isko hazar baar padhiye aur sochiye,</w:t>
      </w:r>
    </w:p>
    <w:p>
      <w:pPr>
        <w:jc w:val="right"/>
      </w:pPr>
      <w:r>
        <w:t>اس کو ہزار بار پڑھیے اور سوچیے،</w:t>
      </w:r>
    </w:p>
    <w:p>
      <w:r>
        <w:rPr>
          <w:b/>
        </w:rPr>
        <w:t xml:space="preserve">[09:26] </w:t>
      </w:r>
      <w:r>
        <w:t>yeh ummat yehud ki dastaan nahi hai, woh is baat ki dastaan hai ke ummat muslima par ek aisa waqt aayega ke woh</w:t>
      </w:r>
    </w:p>
    <w:p>
      <w:pPr>
        <w:jc w:val="right"/>
      </w:pPr>
      <w:r>
        <w:t>یہ امت یہود کی داستان نہیں ہے، وہ اس بات کی داستان ہے کہ امت مسلمہ پر ایک ایسا وقت آئے گا کہ وہ</w:t>
      </w:r>
    </w:p>
    <w:p>
      <w:r>
        <w:rPr>
          <w:b/>
        </w:rPr>
        <w:t xml:space="preserve">[09:41] </w:t>
      </w:r>
      <w:r>
        <w:t>ummat yehud ki jagah le legi.</w:t>
      </w:r>
    </w:p>
    <w:p>
      <w:pPr>
        <w:jc w:val="right"/>
      </w:pPr>
      <w:r>
        <w:t>امت یہود کی جگہ لے لے گی۔</w:t>
      </w:r>
    </w:p>
    <w:p>
      <w:r>
        <w:rPr>
          <w:b/>
        </w:rPr>
        <w:t xml:space="preserve">[09:49] </w:t>
      </w:r>
      <w:r>
        <w:t>kaisi bhayanak ayat hai!</w:t>
      </w:r>
    </w:p>
    <w:p>
      <w:pPr>
        <w:jc w:val="right"/>
      </w:pPr>
      <w:r>
        <w:t>کیسی بھیانک آیت ہے!</w:t>
      </w:r>
    </w:p>
    <w:p>
      <w:r>
        <w:rPr>
          <w:b/>
        </w:rPr>
        <w:t xml:space="preserve">[09:53] </w:t>
      </w:r>
      <w:r>
        <w:t>achha, ab yeh sochiye ke jab hadees mein peshangoi thi ke tum wohi karoge jo yehud ne kiya, to ab ab kaise aisa hoga?</w:t>
      </w:r>
    </w:p>
    <w:p>
      <w:pPr>
        <w:jc w:val="right"/>
      </w:pPr>
      <w:r>
        <w:t>اچھا، اب یہ سوچیے کہ جب حدیث میں پیشنگوئی تھی کہ تم وہی کرو گے جو یہود نے کیا، تو اب اب کیسے ایسا ہوگا؟</w:t>
      </w:r>
    </w:p>
    <w:p>
      <w:r>
        <w:rPr>
          <w:b/>
        </w:rPr>
        <w:t xml:space="preserve">[10:08] </w:t>
      </w:r>
      <w:r>
        <w:t>ab 1400 saal beet gaye to ab kya hua? aap ko manna padega ke aisa ho chuka. jab 1400 saal beet gaye to aisa ho chuka, to woh kaise hua?</w:t>
      </w:r>
    </w:p>
    <w:p>
      <w:pPr>
        <w:jc w:val="right"/>
      </w:pPr>
      <w:r>
        <w:t>اب 1400 سال بیت گئے تو اب کیا ہوا؟ آپ کو ماننا پڑے گا کہ ایسا ہو چکا۔ جب 1400 سال بیت گئے تو ایسا ہو چکا، تو وہ کیسے ہوا؟</w:t>
      </w:r>
    </w:p>
    <w:p>
      <w:r>
        <w:rPr>
          <w:b/>
        </w:rPr>
        <w:t xml:space="preserve">[10:26] </w:t>
      </w:r>
      <w:r>
        <w:t>to aap ko ek discovery hogi.</w:t>
      </w:r>
    </w:p>
    <w:p>
      <w:pPr>
        <w:jc w:val="right"/>
      </w:pPr>
      <w:r>
        <w:t>تو آپ کو ایک ڈسکوری ہوگی۔</w:t>
      </w:r>
    </w:p>
    <w:p>
      <w:r>
        <w:rPr>
          <w:b/>
        </w:rPr>
        <w:t xml:space="preserve">[10:33] </w:t>
      </w:r>
      <w:r>
        <w:t>aap ko ek discovery hogi. woh discovery yeh hai ke jo hua hai, woh suratan nahi hua hai, ma'anvi hua hai.</w:t>
      </w:r>
    </w:p>
    <w:p>
      <w:pPr>
        <w:jc w:val="right"/>
      </w:pPr>
      <w:r>
        <w:t>آپ کو ایک ڈسکوری ہوگی۔ وہ ڈسکوری یہ ہے کہ جو ہوا ہے، وہ صورتاً نہیں ہوا ہے، معنویٰ ہوا ہے۔</w:t>
      </w:r>
    </w:p>
    <w:p>
      <w:r>
        <w:rPr>
          <w:b/>
        </w:rPr>
        <w:t xml:space="preserve">[10:47] </w:t>
      </w:r>
      <w:r>
        <w:t>yani form ke aitbar se nahi hua hai, balki spirit ke aitbar se hua hai.</w:t>
      </w:r>
    </w:p>
    <w:p>
      <w:pPr>
        <w:jc w:val="right"/>
      </w:pPr>
      <w:r>
        <w:t>یعنی فارم کے اعتبار سے نہیں ہوا ہے، بلکہ اسپرٹ کے اعتبار سے ہوا ہے۔</w:t>
      </w:r>
    </w:p>
    <w:p>
      <w:r>
        <w:rPr>
          <w:b/>
        </w:rPr>
        <w:t xml:space="preserve">[11:01] </w:t>
      </w:r>
      <w:r>
        <w:t>kaisi ajib baat hai!</w:t>
      </w:r>
    </w:p>
    <w:p>
      <w:pPr>
        <w:jc w:val="right"/>
      </w:pPr>
      <w:r>
        <w:t>کیسی عجیب بات ہے!</w:t>
      </w:r>
    </w:p>
    <w:p>
      <w:r>
        <w:rPr>
          <w:b/>
        </w:rPr>
        <w:t xml:space="preserve">[11:04] </w:t>
      </w:r>
      <w:r>
        <w:t>yani aaj ka bakra kuch aur hai. aaj ka bakra woh nahi hai jo yehud ka bakra tha.</w:t>
      </w:r>
    </w:p>
    <w:p>
      <w:pPr>
        <w:jc w:val="right"/>
      </w:pPr>
      <w:r>
        <w:t>یعنی آج کا بکرا کچھ اور ہے۔ آج کا بکرا وہ نہیں ہے جو یہود کا بکرا تھا۔</w:t>
      </w:r>
    </w:p>
    <w:p>
      <w:r>
        <w:rPr>
          <w:b/>
        </w:rPr>
        <w:t xml:space="preserve">[11:14] </w:t>
      </w:r>
      <w:r>
        <w:t>saari behas zibah karte hain log: bakra, bakra, bakra!</w:t>
      </w:r>
    </w:p>
    <w:p>
      <w:pPr>
        <w:jc w:val="right"/>
      </w:pPr>
      <w:r>
        <w:t>ساری بحث ذبح کرتے ہیں لوگ: بکرا، بکرا، بکرا!</w:t>
      </w:r>
    </w:p>
    <w:p>
      <w:r>
        <w:rPr>
          <w:b/>
        </w:rPr>
        <w:t xml:space="preserve">[11:22] </w:t>
      </w:r>
      <w:r>
        <w:t>aaj ka bakra woh nahi hai jo yehud ke zamane mein tha. aaj ka bakra doosra hai. aaj ka bakra hai material interest.</w:t>
      </w:r>
    </w:p>
    <w:p>
      <w:pPr>
        <w:jc w:val="right"/>
      </w:pPr>
      <w:r>
        <w:t>آج کا بکرا وہ نہیں ہے جو یہود کے زمانے میں تھا۔ آج کا بکرا دوسرا ہے۔ آج کا بکرا ہے مٹیریل انٹرسٹ۔</w:t>
      </w:r>
    </w:p>
    <w:p>
      <w:r>
        <w:rPr>
          <w:b/>
        </w:rPr>
        <w:t xml:space="preserve">[11:34] </w:t>
      </w:r>
      <w:r>
        <w:t>aaj ka bakra hai material interest. aaj saare musalman, one to all, jahan tak main jaanta hoon, sab daud rahe hain material interest ke peeche.</w:t>
      </w:r>
    </w:p>
    <w:p>
      <w:pPr>
        <w:jc w:val="right"/>
      </w:pPr>
      <w:r>
        <w:t>آج کا بکرا ہے مٹیریل انٹرسٹ۔ آج سارے مسلمان، ون ٹو آل، جہاں تک میں جانتا ہوں، سب دوڑ رہے ہیں مٹیریل انٹرسٹ کے پیچھے۔</w:t>
      </w:r>
    </w:p>
    <w:p>
      <w:r>
        <w:rPr>
          <w:b/>
        </w:rPr>
        <w:t xml:space="preserve">[11:49] </w:t>
      </w:r>
      <w:r>
        <w:t>sab ko dollar chahiye, sab ko paisa chahiye, sab ko money chahiye, sab ko material taraqqi chahiye, sab ko yeh sab cheezein chahiye.</w:t>
      </w:r>
    </w:p>
    <w:p>
      <w:pPr>
        <w:jc w:val="right"/>
      </w:pPr>
      <w:r>
        <w:t>سب کو ڈالر چاہیے، سب کو پیسہ چاہیے، سب کو منی چاہیے، سب کو مٹیریل ترقی چاہیے، سب کو یہ سب چیزیں چاہیے۔</w:t>
      </w:r>
    </w:p>
    <w:p>
      <w:r>
        <w:rPr>
          <w:b/>
        </w:rPr>
        <w:t xml:space="preserve">[12:06] </w:t>
      </w:r>
      <w:r>
        <w:t>to iske ma'ani kya hue? iske ma'ani yeh hue ke quran ki in ayaton ko aap agar samajhna chahte hain to replace kijiye, yani bakra ki jagah rakhiye material interest.</w:t>
      </w:r>
    </w:p>
    <w:p>
      <w:pPr>
        <w:jc w:val="right"/>
      </w:pPr>
      <w:r>
        <w:t>تو اس کے معنی کیا ہوئے؟ اس کے معنی یہ ہوئے کہ قرآن کی ان آیتوں کو آپ اگر سمجھنا چاہتے ہیں تو ریپلیس کیجئے، یعنی بکرا کی جگہ رکھیے مٹیریل انٹرسٹ۔</w:t>
      </w:r>
    </w:p>
    <w:p>
      <w:r>
        <w:rPr>
          <w:b/>
        </w:rPr>
        <w:t xml:space="preserve">[12:21] </w:t>
      </w:r>
      <w:r>
        <w:t>tab aap samjhenge ke kya hua, history mein kya ho gaya, kya ho gaya.</w:t>
      </w:r>
    </w:p>
    <w:p>
      <w:pPr>
        <w:jc w:val="right"/>
      </w:pPr>
      <w:r>
        <w:t>تب آپ سمجھیں گے کہ کیا ہوا، ہسٹری میں کیا ہو گیا، کیا ہو گیا۔</w:t>
      </w:r>
    </w:p>
    <w:p>
      <w:r>
        <w:rPr>
          <w:b/>
        </w:rPr>
        <w:t xml:space="preserve">[12:35] </w:t>
      </w:r>
      <w:r>
        <w:t>kyunke woh itni lambi muddat guzar chuki, 1400 saal, to kya rasool Allah ki peshangoi abhi tak poori nahi hui?</w:t>
      </w:r>
    </w:p>
    <w:p>
      <w:pPr>
        <w:jc w:val="right"/>
      </w:pPr>
      <w:r>
        <w:t>کیونکہ وہ اتنی لمبی مدت گزر چکی، 1400 سال، تو کیا رسول اللہ کی پیشنگوئی ابھی تک پوری نہیں ہوئی؟</w:t>
      </w:r>
    </w:p>
    <w:p>
      <w:r>
        <w:rPr>
          <w:b/>
        </w:rPr>
        <w:t xml:space="preserve">[12:46] </w:t>
      </w:r>
      <w:r>
        <w:t>jo peshangoi rasool Allah ne ki thi 1400 saal pehle, kya woh poori nahi hui? woh</w:t>
      </w:r>
    </w:p>
    <w:p>
      <w:pPr>
        <w:jc w:val="right"/>
      </w:pPr>
      <w:r>
        <w:t>جو پیشنگوئی رسول اللہ نے کی تھی 1400 سال پہلے، کیا وہ پوری نہیں ہوئی؟ وہ</w:t>
      </w:r>
    </w:p>
    <w:p>
      <w:r>
        <w:rPr>
          <w:b/>
        </w:rPr>
        <w:t xml:space="preserve">[12:55] </w:t>
      </w:r>
      <w:r>
        <w:t>1400 saal itna zyada hai ke aap ko bator aqeedah manna padega, bator aqeedah ke peshangoi poori ho chuki hai.</w:t>
      </w:r>
    </w:p>
    <w:p>
      <w:pPr>
        <w:jc w:val="right"/>
      </w:pPr>
      <w:r>
        <w:t>1400 سال اتنا زیادہ ہے کہ آپ کو بطور عقیدہ ماننا پڑے گا، بطور عقیدہ کہ پیشنگوئی پوری ہو چکی ہے۔</w:t>
      </w:r>
    </w:p>
    <w:p>
      <w:r>
        <w:rPr>
          <w:b/>
        </w:rPr>
        <w:t xml:space="preserve">[13:08] </w:t>
      </w:r>
      <w:r>
        <w:t>yaani musalmanon ne "latun man kan qablakum" ka daur aa chuka hai insanon par.</w:t>
      </w:r>
    </w:p>
    <w:p>
      <w:pPr>
        <w:jc w:val="right"/>
      </w:pPr>
      <w:r>
        <w:t>یعنی مسلمانوں نے "لتون من کان قبلکم" کا دور آ چکا ہے انسانوں پر۔</w:t>
      </w:r>
    </w:p>
    <w:p>
      <w:r>
        <w:rPr>
          <w:b/>
        </w:rPr>
        <w:t xml:space="preserve">[13:19] </w:t>
      </w:r>
      <w:r>
        <w:t>to jab aap yeh daryaft karenge to aap sochenge ke yahood jo the, unhon ne bakra ki parastish mein mubtala ho gaye the.</w:t>
      </w:r>
    </w:p>
    <w:p>
      <w:pPr>
        <w:jc w:val="right"/>
      </w:pPr>
      <w:r>
        <w:t>تو جب آپ یہ دریافت کریں گے تو آپ سوچیں گے کہ یہود جو تھے، انہوں نے بکرا کی پرستش میں مبتلا ہو گئے تھے۔</w:t>
      </w:r>
    </w:p>
    <w:p>
      <w:r>
        <w:rPr>
          <w:b/>
        </w:rPr>
        <w:t xml:space="preserve">[13:32] </w:t>
      </w:r>
      <w:r>
        <w:t>yahood!</w:t>
      </w:r>
    </w:p>
    <w:p>
      <w:pPr>
        <w:jc w:val="right"/>
      </w:pPr>
      <w:r>
        <w:t>یہود!</w:t>
      </w:r>
    </w:p>
    <w:p>
      <w:r>
        <w:rPr>
          <w:b/>
        </w:rPr>
        <w:t xml:space="preserve">[13:36] </w:t>
      </w:r>
      <w:r>
        <w:t>to aaj ka bakra kya hai jis ko humein sacrifice karna hai? yaani yahood ka, yahood ne jab apne zamane ke bakra ko sacrifice kiya,</w:t>
      </w:r>
    </w:p>
    <w:p>
      <w:pPr>
        <w:jc w:val="right"/>
      </w:pPr>
      <w:r>
        <w:t>تو آج کا بکرا کیا ہے جس کو ہمیں سیکریفائس کرنا ہے؟ یعنی یہود کا، یہود نے جب اپنے زمانے کے بکرا کو سیکریفائس کیا،</w:t>
      </w:r>
    </w:p>
    <w:p>
      <w:r>
        <w:rPr>
          <w:b/>
        </w:rPr>
        <w:t xml:space="preserve">[13:52] </w:t>
      </w:r>
      <w:r>
        <w:t>tab un ko Allah ka qabool kiya, qabooliyat mili. tab nabi ne un ko qabool kiya.</w:t>
      </w:r>
    </w:p>
    <w:p>
      <w:pPr>
        <w:jc w:val="right"/>
      </w:pPr>
      <w:r>
        <w:t>تب ان کو اللہ کا قبول کیا، قبولیت ملی۔ تب نبی نے ان کو قبول کیا۔</w:t>
      </w:r>
    </w:p>
    <w:p>
      <w:r>
        <w:rPr>
          <w:b/>
        </w:rPr>
        <w:t xml:space="preserve">[14:00] </w:t>
      </w:r>
      <w:r>
        <w:t>to aaj ka bakra konsa hai jis ko hum sacrifice karein? to Allah ka hamari qabooliyat hogi, hamara peghambar hum ko manega.</w:t>
      </w:r>
    </w:p>
    <w:p>
      <w:pPr>
        <w:jc w:val="right"/>
      </w:pPr>
      <w:r>
        <w:t>تو آج کا بکرا کونسا ہے جس کو ہم سیکریفائس کریں؟ تو اللہ کا ہماری قبولیت ہوگی، ہمارا پیغمبر ہم کو مانے گا۔</w:t>
      </w:r>
    </w:p>
    <w:p>
      <w:r>
        <w:rPr>
          <w:b/>
        </w:rPr>
        <w:t xml:space="preserve">[14:11] </w:t>
      </w:r>
      <w:r>
        <w:t>warna wahi hoga ke Quran mein aata hai ke woh rasool, koi peghambar kahega ke chhod diya meri qaum ne.</w:t>
      </w:r>
    </w:p>
    <w:p>
      <w:pPr>
        <w:jc w:val="right"/>
      </w:pPr>
      <w:r>
        <w:t>ورنہ وہی ہوگا کہ قرآن میں آتا ہے کہ وہ رسول، کوئی پیغمبر کہے گا کہ چھوڑ دیا میری قوم نے۔</w:t>
      </w:r>
    </w:p>
    <w:p>
      <w:r>
        <w:rPr>
          <w:b/>
        </w:rPr>
        <w:t xml:space="preserve">[14:21] </w:t>
      </w:r>
      <w:r>
        <w:t>wa qala al-rasool: "ya rabb! inna qawmi al-qurana mahjoorah". yaad dekhiye, yeh yeh yeh yeh warning hai ke aap ka rasool Muhammad sallallahu alaihi wasallam</w:t>
      </w:r>
    </w:p>
    <w:p>
      <w:pPr>
        <w:jc w:val="right"/>
      </w:pPr>
      <w:r>
        <w:t>وقال الرسول: "یا رب! ان قوم القرآن محجورہ"۔ یاد دیکھیے، یہ یہ یہ یہ وارننگ ہے کہ آپ کا رسول محمد صلی اللہ علیہ وسلم</w:t>
      </w:r>
    </w:p>
    <w:p>
      <w:r>
        <w:rPr>
          <w:b/>
        </w:rPr>
        <w:t xml:space="preserve">[14:37] </w:t>
      </w:r>
      <w:r>
        <w:t>bator, yaani Allah taala ke bator witness ke bolenge ke mere baad meri qaum ne mere raaste ko chhod diya.</w:t>
      </w:r>
    </w:p>
    <w:p>
      <w:pPr>
        <w:jc w:val="right"/>
      </w:pPr>
      <w:r>
        <w:t>بطور، یعنی اللہ تعالی کے بطور وٹنس کے بولیں گے کہ میرے بعد میری قوم نے میرے راستے کو چھوڑ دیا۔</w:t>
      </w:r>
    </w:p>
    <w:p>
      <w:r>
        <w:rPr>
          <w:b/>
        </w:rPr>
        <w:t xml:space="preserve">[14:53] </w:t>
      </w:r>
      <w:r>
        <w:t>to ab kya karna hai? aap ko sacrifice karna hai is cheez ki jo aaj ka bakra hai.</w:t>
      </w:r>
    </w:p>
    <w:p>
      <w:pPr>
        <w:jc w:val="right"/>
      </w:pPr>
      <w:r>
        <w:t>تو اب کیا کرنا ہے؟ آپ کو سیکریفائس کرنا ہے اس چیز کی جو آج کا بکرا ہے۔</w:t>
      </w:r>
    </w:p>
    <w:p>
      <w:r>
        <w:rPr>
          <w:b/>
        </w:rPr>
        <w:t xml:space="preserve">[15:04] </w:t>
      </w:r>
      <w:r>
        <w:t>tab aap, aap ka rasool aap ko accept karega aur aap ka Khuda aap ko accept karega. yaani material interest,</w:t>
      </w:r>
    </w:p>
    <w:p>
      <w:pPr>
        <w:jc w:val="right"/>
      </w:pPr>
      <w:r>
        <w:t>تب آپ، آپ کا رسول آپ کو ایکسیپٹ کرے گا اور آپ کا خدا آپ کو ایکسیپٹ کرے گا۔ یعنی مٹیریل انٹرسٹ،</w:t>
      </w:r>
    </w:p>
    <w:p>
      <w:r>
        <w:rPr>
          <w:b/>
        </w:rPr>
        <w:t xml:space="preserve">[15:18] </w:t>
      </w:r>
      <w:r>
        <w:t>material interest!</w:t>
      </w:r>
    </w:p>
    <w:p>
      <w:pPr>
        <w:jc w:val="right"/>
      </w:pPr>
      <w:r>
        <w:t>مٹیریل انٹرسٹ!</w:t>
      </w:r>
    </w:p>
    <w:p>
      <w:r>
        <w:rPr>
          <w:b/>
        </w:rPr>
        <w:t xml:space="preserve">[15:22] </w:t>
      </w:r>
      <w:r>
        <w:t>aap bhaag rahe hon daar ke peeche</w:t>
      </w:r>
    </w:p>
    <w:p>
      <w:pPr>
        <w:jc w:val="right"/>
      </w:pPr>
      <w:r>
        <w:t>آپ بھاگ رہے ہوں ڈار کے پیچھے</w:t>
      </w:r>
    </w:p>
    <w:p>
      <w:r>
        <w:rPr>
          <w:b/>
        </w:rPr>
        <w:t xml:space="preserve">[15:28] </w:t>
      </w:r>
      <w:r>
        <w:t>aur aap keh rahe hain ke hum to yahood nahi hain, hum to musalman hain, to yeh mana nahi jayega. aap ko kaha jayega ke tumhare zamane ka jo bakra tha, us ko to us ke peeche,</w:t>
      </w:r>
    </w:p>
    <w:p>
      <w:pPr>
        <w:jc w:val="right"/>
      </w:pPr>
      <w:r>
        <w:t>اور آپ کہہ رہے ہیں کہ ہم تو یہود نہیں ہیں، ہم تو مسلمان ہیں، تو یہ مانا نہیں جائے گا۔ آپ کو کہا جائے گا کہ تمہارے زمانے کا جو بکرا تھا، اس کو تو اس کے پیچھے،</w:t>
      </w:r>
    </w:p>
    <w:p>
      <w:r>
        <w:rPr>
          <w:b/>
        </w:rPr>
        <w:t xml:space="preserve">[15:43] </w:t>
      </w:r>
      <w:r>
        <w:t>uski parastish kar rahe the, daud rahe the us ke peeche. to zabaan se bolne se kya hua? lift service jaani chali ga</w:t>
      </w:r>
    </w:p>
    <w:p>
      <w:pPr>
        <w:jc w:val="right"/>
      </w:pPr>
      <w:r>
        <w:t>اس کی پرستش کر رہے تھے، دوڑ رہے تھے اس کے پیچھے۔ تو زبان سے بولنے سے کیا ہوا؟ لفٹ سروس جانی چلے 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