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April 2018 (Urdu)</w:t>
      </w:r>
    </w:p>
    <w:p>
      <w:r>
        <w:t>https://www.youtube.com/watch?v=YhyV9Pr8sdA</w:t>
      </w:r>
    </w:p>
    <w:p>
      <w:r>
        <w:rPr>
          <w:b/>
        </w:rPr>
        <w:t xml:space="preserve">[00:08] </w:t>
      </w:r>
      <w:r>
        <w:t>arsala, april 2018.</w:t>
      </w:r>
    </w:p>
    <w:p>
      <w:pPr>
        <w:jc w:val="right"/>
      </w:pPr>
      <w:r>
        <w:t>ارسالہ، اپریل 2018۔</w:t>
      </w:r>
    </w:p>
    <w:p>
      <w:r>
        <w:rPr>
          <w:b/>
        </w:rPr>
        <w:t xml:space="preserve">[00:15] </w:t>
      </w:r>
      <w:r>
        <w:t>maqaleed al-samawat wal arz.</w:t>
      </w:r>
    </w:p>
    <w:p>
      <w:pPr>
        <w:jc w:val="right"/>
      </w:pPr>
      <w:r>
        <w:t>مقالید السماوات والارض۔</w:t>
      </w:r>
    </w:p>
    <w:p>
      <w:r>
        <w:rPr>
          <w:b/>
        </w:rPr>
        <w:t xml:space="preserve">[00:23] </w:t>
      </w:r>
      <w:r>
        <w:t>quran mein Allah rabb al-alameen ki qudrat ko mukhtalif alfaaz mein bayan kiya gaya hai, is silsile mein</w:t>
      </w:r>
    </w:p>
    <w:p>
      <w:pPr>
        <w:jc w:val="right"/>
      </w:pPr>
      <w:r>
        <w:t>قرآن میں اللہ رب العالمین کی قدرت کو مختلف الفاظ میں بیان کیا گیا ہے، اس سلسلے میں</w:t>
      </w:r>
    </w:p>
    <w:p>
      <w:r>
        <w:rPr>
          <w:b/>
        </w:rPr>
        <w:t xml:space="preserve">[00:30] </w:t>
      </w:r>
      <w:r>
        <w:t>ek aayat ke alfaaz yeh hain: lahu maqaleed al-samawat wal arz yabsut al-rizqa liman yashaa wa yuqaddar innahu bikulli</w:t>
      </w:r>
    </w:p>
    <w:p>
      <w:pPr>
        <w:jc w:val="right"/>
      </w:pPr>
      <w:r>
        <w:t>ایک آیت کے الفاظ یہ ہیں: لہو مقالید السماوات والارض یبسط الرزق لمن یشاء ويقدر إنه بكل</w:t>
      </w:r>
    </w:p>
    <w:p>
      <w:r>
        <w:rPr>
          <w:b/>
        </w:rPr>
        <w:t xml:space="preserve">[00:38] </w:t>
      </w:r>
      <w:r>
        <w:t>shayin aleem.</w:t>
      </w:r>
    </w:p>
    <w:p>
      <w:pPr>
        <w:jc w:val="right"/>
      </w:pPr>
      <w:r>
        <w:t>شيء عليم۔</w:t>
      </w:r>
    </w:p>
    <w:p>
      <w:r>
        <w:rPr>
          <w:b/>
        </w:rPr>
        <w:t xml:space="preserve">[00:43] </w:t>
      </w:r>
      <w:r>
        <w:t>yani isi ke ikhtiyar mein hain aasmanon aur zameen ki kunjiyaan hain, woh jis ke liye chahta hai</w:t>
      </w:r>
    </w:p>
    <w:p>
      <w:pPr>
        <w:jc w:val="right"/>
      </w:pPr>
      <w:r>
        <w:t>یعنی اسی کے اختیار میں ہیں آسمانوں اور زمین کی کنجیاں ہیں، وہ جس کے لیے چاہتا ہے</w:t>
      </w:r>
    </w:p>
    <w:p>
      <w:r>
        <w:rPr>
          <w:b/>
        </w:rPr>
        <w:t xml:space="preserve">[00:48] </w:t>
      </w:r>
      <w:r>
        <w:t>zyada rozi deta hai aur jis ko chahta hai kam kar deta hai, beshak woh har cheez</w:t>
      </w:r>
    </w:p>
    <w:p>
      <w:pPr>
        <w:jc w:val="right"/>
      </w:pPr>
      <w:r>
        <w:t>زیادہ روزی دیتا ہے اور جس کو چاہتا ہے کم کر دیتا ہے، بے شک وہ ہر چیز</w:t>
      </w:r>
    </w:p>
    <w:p>
      <w:r>
        <w:rPr>
          <w:b/>
        </w:rPr>
        <w:t xml:space="preserve">[00:53] </w:t>
      </w:r>
      <w:r>
        <w:t>ka ilm rakhne wala hai.</w:t>
      </w:r>
    </w:p>
    <w:p>
      <w:pPr>
        <w:jc w:val="right"/>
      </w:pPr>
      <w:r>
        <w:t>کا علم رکھنے والا ہے۔</w:t>
      </w:r>
    </w:p>
    <w:p>
      <w:r>
        <w:rPr>
          <w:b/>
        </w:rPr>
        <w:t xml:space="preserve">[00:58] </w:t>
      </w:r>
      <w:r>
        <w:t>is baat ko doosre alfaaz mein is tarah kaha ja sakta hai ke poori kainat ka switch board</w:t>
      </w:r>
    </w:p>
    <w:p>
      <w:pPr>
        <w:jc w:val="right"/>
      </w:pPr>
      <w:r>
        <w:t>اس بات کو دوسرے الفاظ میں اس طرح کہا جا سکتا ہے کہ پوری کائنات کا سوئچ بورڈ</w:t>
      </w:r>
    </w:p>
    <w:p>
      <w:r>
        <w:rPr>
          <w:b/>
        </w:rPr>
        <w:t xml:space="preserve">[01:03] </w:t>
      </w:r>
      <w:r>
        <w:t>Allah rabb al-alameen ke paas hai, woh jis switch ko chahe on kare aur jis switch ko</w:t>
      </w:r>
    </w:p>
    <w:p>
      <w:pPr>
        <w:jc w:val="right"/>
      </w:pPr>
      <w:r>
        <w:t>اللہ رب العالمین کے پاس ہے، وہ جس سوئچ کو چاہے آن کرے اور جس سوئچ کو</w:t>
      </w:r>
    </w:p>
    <w:p>
      <w:r>
        <w:rPr>
          <w:b/>
        </w:rPr>
        <w:t xml:space="preserve">[01:08] </w:t>
      </w:r>
      <w:r>
        <w:t>chahe off kar de.</w:t>
      </w:r>
    </w:p>
    <w:p>
      <w:pPr>
        <w:jc w:val="right"/>
      </w:pPr>
      <w:r>
        <w:t>چاہے آف کر دے۔</w:t>
      </w:r>
    </w:p>
    <w:p>
      <w:r>
        <w:rPr>
          <w:b/>
        </w:rPr>
        <w:t xml:space="preserve">[01:14] </w:t>
      </w:r>
      <w:r>
        <w:t>aadmi ko chahiye ke woh sirf Allah rabb al-alameen par bharosa kare.</w:t>
      </w:r>
    </w:p>
    <w:p>
      <w:pPr>
        <w:jc w:val="right"/>
      </w:pPr>
      <w:r>
        <w:t>آدمی کو چاہیے کہ وہ صرف اللہ رب العالمین پر بھروسہ کرے۔</w:t>
      </w:r>
    </w:p>
    <w:p>
      <w:r>
        <w:rPr>
          <w:b/>
        </w:rPr>
        <w:t xml:space="preserve">[01:20] </w:t>
      </w:r>
      <w:r>
        <w:t>woh maange to Allah rabb al-alameen se maange, woh umeed rakhe to sirf Allah rabb al-alameen se umeed rakhe.</w:t>
      </w:r>
    </w:p>
    <w:p>
      <w:pPr>
        <w:jc w:val="right"/>
      </w:pPr>
      <w:r>
        <w:t>وہ مانگے تو اللہ رب العالمین سے مانگے، وہ امید رکھے تو صرف اللہ رب العالمین سے امید رکھے۔</w:t>
      </w:r>
    </w:p>
    <w:p>
      <w:r>
        <w:rPr>
          <w:b/>
        </w:rPr>
        <w:t xml:space="preserve">[01:26] </w:t>
      </w:r>
      <w:r>
        <w:t>is maamle mein uska yaqeen itna barha hua ho ke woh Allah rabb al-alameen se kabhi aur</w:t>
      </w:r>
    </w:p>
    <w:p>
      <w:pPr>
        <w:jc w:val="right"/>
      </w:pPr>
      <w:r>
        <w:t>اس معاملے میں اس کا یقین اتنا بڑھا ہوا ہو کہ وہ اللہ رب العالمین سے کبھی اور</w:t>
      </w:r>
    </w:p>
    <w:p>
      <w:r>
        <w:rPr>
          <w:b/>
        </w:rPr>
        <w:t xml:space="preserve">[01:32] </w:t>
      </w:r>
      <w:r>
        <w:t>kisi haal mein mayoosi ka shikar na ho. yeh yaqeen</w:t>
      </w:r>
    </w:p>
    <w:p>
      <w:pPr>
        <w:jc w:val="right"/>
      </w:pPr>
      <w:r>
        <w:t>کسی حال میں مایوسی کا شکار نہ ہو۔ یہ یقین</w:t>
      </w:r>
    </w:p>
    <w:p>
      <w:r>
        <w:rPr>
          <w:b/>
        </w:rPr>
        <w:t xml:space="preserve">[01:38] </w:t>
      </w:r>
      <w:r>
        <w:t>kisi insaan ke andar is waqt paida hota hai jab ke woh Allah rabb al-alameen ko sho'oor ki satah par daryaft kar le. ek aur maqam par is haqeeqat ko in alfaaz mein bayan kiya gaya hai: wa lillahi khazain al-samawat wal ard walakin al-munafiqeen la yafqahoon. yaani aur aasmanon aur zameen ke khazane Allah hi ke hain lekin munafiqeen nahi samajh</w:t>
      </w:r>
    </w:p>
    <w:p>
      <w:pPr>
        <w:jc w:val="right"/>
      </w:pPr>
      <w:r>
        <w:t>کسی انسان کے اندر اس وقت پیدا ہوتا ہے جب کہ وہ اللہ رب العالمین کو شعور کی سطح پر دریافت کر لے۔ ایک اور مقام پر اس حقیقت کو ان الفاظ میں بیان کیا گیا ہے: وللہ خزائن السماوات والارض ولكن المنافقین لا یفقہون۔ یعنی اور آسمانوں اور زمین کے خزانے اللہ ہی کے ہیں لیکن منافقین نہیں سمج</w:t>
      </w:r>
    </w:p>
    <w:p>
      <w:r>
        <w:rPr>
          <w:b/>
        </w:rPr>
        <w:t xml:space="preserve">[02:08] </w:t>
      </w:r>
      <w:r>
        <w:t>te. is ayat mein munafiqeen se murad koi firqa nahi hai, balke is se murad woh log hain jo zabaan se Allah ka iqrar to karein magar Allah par un ka iqrar daryaft ya discovery ke darje tak na pahuncha ho. is bina par un ka iqrar yaqeen ki kaifiyat se khali ho, woh lab service ke darje mein Allah ko maante hon magar Allah ka</w:t>
      </w:r>
    </w:p>
    <w:p>
      <w:pPr>
        <w:jc w:val="right"/>
      </w:pPr>
      <w:r>
        <w:t>ھتے۔ اس آیت میں منافقین سے مراد کوئی فرقہ نہیں ہے، بلکہ اس سے مراد وہ لوگ ہیں جو زبان سے اللہ کا اقرار تو کریں مگر اللہ پر ان کا اقرار دریافت یا ڈسکوری کے درجے تک نہ پہنچا ہو۔ اس بنا پر ان کا اقرار یقین کی کیفیت سے خالی ہو، وہ لب سروس کے درجے میں اللہ کو مانتے ہوں لیکن اللہ کا ع</w:t>
      </w:r>
    </w:p>
    <w:p>
      <w:r>
        <w:rPr>
          <w:b/>
        </w:rPr>
        <w:t xml:space="preserve">[02:38] </w:t>
      </w:r>
      <w:r>
        <w:t>qaida un ki shakhsiyat saazi mein moasser aamil ki hesiyat se shamil na hua ho.</w:t>
      </w:r>
    </w:p>
    <w:p>
      <w:pPr>
        <w:jc w:val="right"/>
      </w:pPr>
      <w:r>
        <w:t>قیدہ ان کی شخصیت سازی میں موثر عامل کی حیثیت سے شامل نہ ہوا ہو۔</w:t>
      </w:r>
    </w:p>
    <w:p>
      <w:r>
        <w:rPr>
          <w:b/>
        </w:rPr>
        <w:t xml:space="preserve">[02:48] </w:t>
      </w:r>
      <w:r>
        <w:t>woh Allah ko maane magar Allah un ke liye yaqeen ka سرمایہ na bana ho.</w:t>
      </w:r>
    </w:p>
    <w:p>
      <w:pPr>
        <w:jc w:val="right"/>
      </w:pPr>
      <w:r>
        <w:t>وہ اللہ کو مانیں مگر اللہ ان کے لیے یقین کا سرمایہ نہ بنا ہو۔</w:t>
      </w:r>
    </w:p>
    <w:p>
      <w:r>
        <w:rPr>
          <w:b/>
        </w:rPr>
        <w:t xml:space="preserve">[02:59] </w:t>
      </w:r>
      <w:r>
        <w:t>ahsan al-amal ka intekhab.</w:t>
      </w:r>
    </w:p>
    <w:p>
      <w:pPr>
        <w:jc w:val="right"/>
      </w:pPr>
      <w:r>
        <w:t>احسن العمل کا انتخاب۔</w:t>
      </w:r>
    </w:p>
    <w:p>
      <w:r>
        <w:rPr>
          <w:b/>
        </w:rPr>
        <w:t xml:space="preserve">[03:09] </w:t>
      </w:r>
      <w:r>
        <w:t>quran mein takhleeq ka maqsad yeh bataya gaya hai ke ahsan al-amal ya best in conduct afraad ka</w:t>
      </w:r>
    </w:p>
    <w:p>
      <w:pPr>
        <w:jc w:val="right"/>
      </w:pPr>
      <w:r>
        <w:t>قرآن میں تخلیق کا مقصد یہ بتایا گیا ہے کہ احسن العمل یا بیسٹ ان کنڈکٹ افراد کا</w:t>
      </w:r>
    </w:p>
    <w:p>
      <w:r>
        <w:rPr>
          <w:b/>
        </w:rPr>
        <w:t xml:space="preserve">[03:15] </w:t>
      </w:r>
      <w:r>
        <w:t>intekhab ya selection kiya jaye: al-mulk.</w:t>
      </w:r>
    </w:p>
    <w:p>
      <w:pPr>
        <w:jc w:val="right"/>
      </w:pPr>
      <w:r>
        <w:t>انتخاب یا سلیکشن کیا جائے: الملک۔</w:t>
      </w:r>
    </w:p>
    <w:p>
      <w:r>
        <w:rPr>
          <w:b/>
        </w:rPr>
        <w:t xml:space="preserve">[03:21] </w:t>
      </w:r>
      <w:r>
        <w:t>Allah rabb al-alameen ka yeh mansooba hai ke poori tareekh bashri se aise afraad ka intekhab kiya jaye</w:t>
      </w:r>
    </w:p>
    <w:p>
      <w:pPr>
        <w:jc w:val="right"/>
      </w:pPr>
      <w:r>
        <w:t>اللہ رب العالمین کا یہ منصوبہ ہے کہ پوری تاریخ بشری سے ایسے افراد کا انتخاب کیا جائے</w:t>
      </w:r>
    </w:p>
    <w:p>
      <w:r>
        <w:rPr>
          <w:b/>
        </w:rPr>
        <w:t xml:space="preserve">[03:27] </w:t>
      </w:r>
      <w:r>
        <w:t>jo apne character ke aitbar se behtareen log hon.</w:t>
      </w:r>
    </w:p>
    <w:p>
      <w:pPr>
        <w:jc w:val="right"/>
      </w:pPr>
      <w:r>
        <w:t>جو اپنے کریکٹر کے اعتبار سے بہترین لوگ ہوں۔</w:t>
      </w:r>
    </w:p>
    <w:p>
      <w:r>
        <w:rPr>
          <w:b/>
        </w:rPr>
        <w:t xml:space="preserve">[03:33] </w:t>
      </w:r>
      <w:r>
        <w:t>is takhleeqi naqshe ke mutabiq dunya mein mukhtalif qism ke halaat paish aate hain, in</w:t>
      </w:r>
    </w:p>
    <w:p>
      <w:pPr>
        <w:jc w:val="right"/>
      </w:pPr>
      <w:r>
        <w:t>اس تخلیقی نقشے کے مطابق دنیا میں مختلف قسم کے حالات پیش آتے ہیں، ان</w:t>
      </w:r>
    </w:p>
    <w:p>
      <w:r>
        <w:rPr>
          <w:b/>
        </w:rPr>
        <w:t xml:space="preserve">[03:39] </w:t>
      </w:r>
      <w:r>
        <w:t>halaat ke darmiyan un afraad ka intikhab kiya jata hai jo ahsan ul amal hon. Is ka maqsad yeh hai ke poori tareekh ke behtareen insanon ko chun kar un ka aik aala muashra banaya jaye. Isi aala muashray ka naam jannat ya paradise hai. Muntakhib afraad par mabni is muashray ka zikr quran mein un alfaz mein aya hai: wa mayuti' allaha wa rasool</w:t>
      </w:r>
    </w:p>
    <w:p>
      <w:pPr>
        <w:jc w:val="right"/>
      </w:pPr>
      <w:r>
        <w:t>حالات کے درمیان ان افراد کا انتخاب کیا جاتا ہے جو احسن العمل ہوں۔ اس کا مقصد یہ ہے کہ پوری تاریخ کے بہترین انسانوں کو چن کر ان کا ایک اعلیٰ معاشرہ بنایا جائے۔ اسی اعلیٰ معاشرے کا نام جنت یا پیراڈائز ہے۔ منتخب افراد پر مبنی اس معاشرے کا ذکر قرآن میں ان الفاظ میں آیا ہے: وَمَيُوتِعِ اللَّهَ وَالرَّسُولَ</w:t>
      </w:r>
    </w:p>
    <w:p>
      <w:r>
        <w:rPr>
          <w:b/>
        </w:rPr>
        <w:t xml:space="preserve">[04:09] </w:t>
      </w:r>
      <w:r>
        <w:t>faolaika ma'al lazeena an'ama allahu alaihim minal nabiyyeena was siddiqeena wash shuhadaai was saliheena wahasuna olaika rafeeqan.</w:t>
      </w:r>
    </w:p>
    <w:p>
      <w:pPr>
        <w:jc w:val="right"/>
      </w:pPr>
      <w:r>
        <w:t>فَأُولَائِكَ مَعَ الَّذِينَ أَنْعَمَ اللَّهُ عَلَيْهِمْ مِنَ النَّبِيِّينَ وَالصِّدِّيقِينَ وَالشُّهَدَاءِ وَالصَّالِحِينَ وَحَسُنَ أُولَائِكَ رَفِيقًا۔</w:t>
      </w:r>
    </w:p>
    <w:p>
      <w:r>
        <w:rPr>
          <w:b/>
        </w:rPr>
        <w:t xml:space="preserve">[04:17] </w:t>
      </w:r>
      <w:r>
        <w:t>yani aur jo Allah aur rasool ki itaat karega woh un logon ke saath hoga jin par</w:t>
      </w:r>
    </w:p>
    <w:p>
      <w:pPr>
        <w:jc w:val="right"/>
      </w:pPr>
      <w:r>
        <w:t>یعنی اور جو اللہ اور رسول کی اطاعت کرے گا وہ ان لوگوں کے ساتھ ہوگا جن پر</w:t>
      </w:r>
    </w:p>
    <w:p>
      <w:r>
        <w:rPr>
          <w:b/>
        </w:rPr>
        <w:t xml:space="preserve">[04:24] </w:t>
      </w:r>
      <w:r>
        <w:t>Allah ne inaam kiya, yani paighambar aur siddiq aur shaheed aur saaleh.</w:t>
      </w:r>
    </w:p>
    <w:p>
      <w:pPr>
        <w:jc w:val="right"/>
      </w:pPr>
      <w:r>
        <w:t>اللہ نے انعام کیا، یعنی پیغمبر اور صدیق اور شہید اور صالح۔</w:t>
      </w:r>
    </w:p>
    <w:p>
      <w:r>
        <w:rPr>
          <w:b/>
        </w:rPr>
        <w:t xml:space="preserve">[04:32] </w:t>
      </w:r>
      <w:r>
        <w:t>kaisi achhi hai un ki ra</w:t>
      </w:r>
    </w:p>
    <w:p>
      <w:pPr>
        <w:jc w:val="right"/>
      </w:pPr>
      <w:r>
        <w:t>کیسی اچھی ہے ان کی رف</w:t>
      </w:r>
    </w:p>
    <w:p>
      <w:r>
        <w:rPr>
          <w:b/>
        </w:rPr>
        <w:t xml:space="preserve">[04:39] </w:t>
      </w:r>
      <w:r>
        <w:t>faaqat.</w:t>
      </w:r>
    </w:p>
    <w:p>
      <w:pPr>
        <w:jc w:val="right"/>
      </w:pPr>
      <w:r>
        <w:t>اقت۔</w:t>
      </w:r>
    </w:p>
    <w:p>
      <w:r>
        <w:rPr>
          <w:b/>
        </w:rPr>
        <w:t xml:space="preserve">[04:45] </w:t>
      </w:r>
      <w:r>
        <w:t>quran ke alfaaz mein jannat husn rifaaqat ka ek aala maashra hai.</w:t>
      </w:r>
    </w:p>
    <w:p>
      <w:pPr>
        <w:jc w:val="right"/>
      </w:pPr>
      <w:r>
        <w:t>قرآن کے الفاظ میں جنت حسن رفاقت کا ایک اعلیٰ معاشرہ ہے۔</w:t>
      </w:r>
    </w:p>
    <w:p>
      <w:r>
        <w:rPr>
          <w:b/>
        </w:rPr>
        <w:t xml:space="preserve">[04:51] </w:t>
      </w:r>
      <w:r>
        <w:t>is maashre ke afraad ki sifat kya hogi, is ka zikr quran mein maujood hai.</w:t>
      </w:r>
    </w:p>
    <w:p>
      <w:pPr>
        <w:jc w:val="right"/>
      </w:pPr>
      <w:r>
        <w:t>اس معاشرے کے افراد کی صفت کیا ہوگی، اس کا ذکر قرآن میں موجود ہے۔</w:t>
      </w:r>
    </w:p>
    <w:p>
      <w:r>
        <w:rPr>
          <w:b/>
        </w:rPr>
        <w:t xml:space="preserve">[04:57] </w:t>
      </w:r>
      <w:r>
        <w:t>is ki imtiyazi sifat yeh hogi ke jannat daarussalam ya daa home of peace hoga, al an'aam.</w:t>
      </w:r>
    </w:p>
    <w:p>
      <w:pPr>
        <w:jc w:val="right"/>
      </w:pPr>
      <w:r>
        <w:t>اس کی امتیازی صفت یہ ہوگی کہ جنت دارالسلام یا دا ہوم آف پیس ہوگا، الانعام۔</w:t>
      </w:r>
    </w:p>
    <w:p>
      <w:r>
        <w:rPr>
          <w:b/>
        </w:rPr>
        <w:t xml:space="preserve">[05:03] </w:t>
      </w:r>
      <w:r>
        <w:t>wahan ke har fard ke dil mein doosron ke liye aman aur khair khwaahi ka jazba hoga.</w:t>
      </w:r>
    </w:p>
    <w:p>
      <w:pPr>
        <w:jc w:val="right"/>
      </w:pPr>
      <w:r>
        <w:t>وہاں کے ہر فرد کے دل میں دوسروں کے لیے امن اور خیر خواہی کا جذبہ ہوگا۔</w:t>
      </w:r>
    </w:p>
    <w:p>
      <w:r>
        <w:rPr>
          <w:b/>
        </w:rPr>
        <w:t xml:space="preserve">[05:09] </w:t>
      </w:r>
      <w:r>
        <w:t>وہاں کسی فرد کے ذریعے دوسرے فرد کو زحمت یا nuisance کا تجربہ نہ ہوگا۔</w:t>
      </w:r>
    </w:p>
    <w:p>
      <w:pPr>
        <w:jc w:val="right"/>
      </w:pPr>
      <w:r>
        <w:t>وہاں کسی فرد کے ذریعے دوسرے فرد کو زحمت یا نیوسنس کا تجربہ نہ ہوگا۔</w:t>
      </w:r>
    </w:p>
    <w:p>
      <w:r>
        <w:rPr>
          <w:b/>
        </w:rPr>
        <w:t xml:space="preserve">[05:15] </w:t>
      </w:r>
      <w:r>
        <w:t>وہاں ہر شخص مثبت سوچ یا positive thinking کا حامل ہوگا وغیرہ۔</w:t>
      </w:r>
    </w:p>
    <w:p>
      <w:pPr>
        <w:jc w:val="right"/>
      </w:pPr>
      <w:r>
        <w:t>وہاں ہر شخص مثبت سوچ یا پوزیٹیو تھنکنگ کا حامل ہوگا وغیرہ۔</w:t>
      </w:r>
    </w:p>
    <w:p>
      <w:r>
        <w:rPr>
          <w:b/>
        </w:rPr>
        <w:t xml:space="preserve">[05:21] </w:t>
      </w:r>
      <w:r>
        <w:t>un ki yeh aala sifat aakhirat ki tarbiyat ka nateeja na hogi balkeh khud duniya ki zindagi mein</w:t>
      </w:r>
    </w:p>
    <w:p>
      <w:pPr>
        <w:jc w:val="right"/>
      </w:pPr>
      <w:r>
        <w:t>ان کی یہ اعلیٰ صفت آخرت کی تربیت کا نتیجہ نہ ہوگی بلکہ خود دنیا کی زندگی میں</w:t>
      </w:r>
    </w:p>
    <w:p>
      <w:r>
        <w:rPr>
          <w:b/>
        </w:rPr>
        <w:t xml:space="preserve">[05:27] </w:t>
      </w:r>
      <w:r>
        <w:t>وہ اسی اصول پر self-made men بن چکے ہوں گے۔</w:t>
      </w:r>
    </w:p>
    <w:p>
      <w:pPr>
        <w:jc w:val="right"/>
      </w:pPr>
      <w:r>
        <w:t>وہ اسی اصول پر سیلف میڈ مین بن چکے ہوں گے۔</w:t>
      </w:r>
    </w:p>
    <w:p>
      <w:r>
        <w:rPr>
          <w:b/>
        </w:rPr>
        <w:t xml:space="preserve">[05:33] </w:t>
      </w:r>
      <w:r>
        <w:t>yeh woh log honge jo duniya mein isi</w:t>
      </w:r>
    </w:p>
    <w:p>
      <w:pPr>
        <w:jc w:val="right"/>
      </w:pPr>
      <w:r>
        <w:t>یہ وہ لوگ ہوں گے جو دنیا میں اسی</w:t>
      </w:r>
    </w:p>
    <w:p>
      <w:r>
        <w:rPr>
          <w:b/>
        </w:rPr>
        <w:t xml:space="preserve">[05:39] </w:t>
      </w:r>
      <w:r>
        <w:t>ussool ki pairwi kar ke khud inضبati zindagi ya self disciplined life ka saboot de chukay honge. Abadi jannat. Quran mein bataya gaya hai ke jannat ka inaam ghair mamnoon inaam ya endless reward hoga. Is silsilay</w:t>
      </w:r>
    </w:p>
    <w:p>
      <w:pPr>
        <w:jc w:val="right"/>
      </w:pPr>
      <w:r>
        <w:t>اصول کی پیروی کر کے خود انضباطی زندگی یا سیلف ڈسپلنڈ لائف کا ثبوت دے چکے ہوں گے۔ ابدی جنت۔ قرآن میں بتایا گیا ہے کہ جنت کا انعام غیر ممنون انعام یا اینڈ لیس ریوارڈ ہوگا۔ اس سلسلے</w:t>
      </w:r>
    </w:p>
    <w:p>
      <w:r>
        <w:rPr>
          <w:b/>
        </w:rPr>
        <w:t xml:space="preserve">[06:09] </w:t>
      </w:r>
      <w:r>
        <w:t>mein quran mein char jagah ajr ghair mamnoon ke alfaz aaye hain. Aik jagah yeh haqeeqat mudaj alfaz mein bayan hui hai: wa amma alladheena su'idoo fafee al-jannati khalideena feeha ma damati as-samawatu wa al-ardu illa ma shaa'a rabbuka 'ataa'an ghaira majzooz. Yani aur jo log khush bakht hain woh jannat mein honge, woh is mein rahengay jab tak aas</w:t>
      </w:r>
    </w:p>
    <w:p>
      <w:pPr>
        <w:jc w:val="right"/>
      </w:pPr>
      <w:r>
        <w:t>میں قرآن میں چار جگہ اجر غیر ممنون کے الفاظ آئے ہیں۔ ایک جگہ یہ حقیقت مدجز الفاظ میں بیان ہوئی ہے: وَأَمَّا الَّذِينَ سُعِدُوا فَفِي الْجَنَّةِ خَالِدِينَ فِيهَا مَا دَامَتِ السَّمَاوَاتُ وَالْأَرْضِ إِلَّا مَا شَاءَ رَبُّكَ عَطَاءً غَيْرَ مَجْزُوزٍ۔ یعنی اور جو لوگ خوش بخت ہیں وہ جنت میں ہوں گے، وہ اس میں رہیں گے جب تک آس</w:t>
      </w:r>
    </w:p>
    <w:p>
      <w:r>
        <w:rPr>
          <w:b/>
        </w:rPr>
        <w:t xml:space="preserve">[06:39] </w:t>
      </w:r>
      <w:r>
        <w:t>maan aur zameen qaaim hain magar jo tera rab chaahe.</w:t>
      </w:r>
    </w:p>
    <w:p>
      <w:pPr>
        <w:jc w:val="right"/>
      </w:pPr>
      <w:r>
        <w:t>مان اور زمین قائم ہیں مگر جو تیرا رب چاہے۔</w:t>
      </w:r>
    </w:p>
    <w:p>
      <w:r>
        <w:rPr>
          <w:b/>
        </w:rPr>
        <w:t xml:space="preserve">[06:45] </w:t>
      </w:r>
      <w:r>
        <w:t>ek atiya jo kabhi khatm hone wala nahin.</w:t>
      </w:r>
    </w:p>
    <w:p>
      <w:pPr>
        <w:jc w:val="right"/>
      </w:pPr>
      <w:r>
        <w:t>ایک عطیہ جو کبھی ختم ہونے والا نہیں۔</w:t>
      </w:r>
    </w:p>
    <w:p>
      <w:r>
        <w:rPr>
          <w:b/>
        </w:rPr>
        <w:t xml:space="preserve">[06:50] </w:t>
      </w:r>
      <w:r>
        <w:t>jannat ka ghair munqata hona waazeh hai kyunke jannat rabbul aalameen ka atiya hai aur khudaaye la mahdood ka</w:t>
      </w:r>
    </w:p>
    <w:p>
      <w:pPr>
        <w:jc w:val="right"/>
      </w:pPr>
      <w:r>
        <w:t>جنت کا غیر منقطع ہونا واضح ہے کیونکہ جنت رب العالمین کا عطیہ ہے اور خدائے لامحدود کا</w:t>
      </w:r>
    </w:p>
    <w:p>
      <w:r>
        <w:rPr>
          <w:b/>
        </w:rPr>
        <w:t xml:space="preserve">[06:55] </w:t>
      </w:r>
      <w:r>
        <w:t>atiya kabhi mahdood nahin ho sakta.</w:t>
      </w:r>
    </w:p>
    <w:p>
      <w:pPr>
        <w:jc w:val="right"/>
      </w:pPr>
      <w:r>
        <w:t>عطیہ کبھی محدود نہیں ہو سکتا۔</w:t>
      </w:r>
    </w:p>
    <w:p>
      <w:r>
        <w:rPr>
          <w:b/>
        </w:rPr>
        <w:t xml:space="preserve">[07:00] </w:t>
      </w:r>
      <w:r>
        <w:t>yeh rabbul aalameen ki shaan ke khilaaf hai ke woh kisi ko mahdood atiya de.</w:t>
      </w:r>
    </w:p>
    <w:p>
      <w:pPr>
        <w:jc w:val="right"/>
      </w:pPr>
      <w:r>
        <w:t>یہ رب العالمین کی شان کے خلاف ہے کہ وہ کسی کو محدود عطیہ دے۔</w:t>
      </w:r>
    </w:p>
    <w:p>
      <w:r>
        <w:rPr>
          <w:b/>
        </w:rPr>
        <w:t xml:space="preserve">[07:05] </w:t>
      </w:r>
      <w:r>
        <w:t>mahdood atiye ka tasawwur Allah rabbul aalameen ke</w:t>
      </w:r>
    </w:p>
    <w:p>
      <w:pPr>
        <w:jc w:val="right"/>
      </w:pPr>
      <w:r>
        <w:t>محدود عطیے کا تصور اللہ رب العالمین کے</w:t>
      </w:r>
    </w:p>
    <w:p>
      <w:r>
        <w:rPr>
          <w:b/>
        </w:rPr>
        <w:t xml:space="preserve">[07:10] </w:t>
      </w:r>
      <w:r>
        <w:t>کمتر اندازے یا underestimation کے ہم معنی ہے اور ایسا کبھی ہونے والا نہیں۔</w:t>
      </w:r>
    </w:p>
    <w:p>
      <w:pPr>
        <w:jc w:val="right"/>
      </w:pPr>
      <w:r>
        <w:t>کمتر اندازے یا انڈر ایسٹیمیشن کے ہم معنی ہے اور ایسا کبھی ہونے والا نہیں۔</w:t>
      </w:r>
    </w:p>
    <w:p>
      <w:r>
        <w:rPr>
          <w:b/>
        </w:rPr>
        <w:t xml:space="preserve">[07:18] </w:t>
      </w:r>
      <w:r>
        <w:t>ab sawaal insaan ka hai: kya yeh la mahdoodiyat jo Allah ki nisbat se hai woh insaan ki nisbat</w:t>
      </w:r>
    </w:p>
    <w:p>
      <w:pPr>
        <w:jc w:val="right"/>
      </w:pPr>
      <w:r>
        <w:t>اب سوال انسان کا ہے: کیا یہ لامحدودیت جو اللہ کی نسبت سے ہے وہ انسان کی نسبت</w:t>
      </w:r>
    </w:p>
    <w:p>
      <w:r>
        <w:rPr>
          <w:b/>
        </w:rPr>
        <w:t xml:space="preserve">[07:26] </w:t>
      </w:r>
      <w:r>
        <w:t>se bhi baaqi rahegi? is ka jawaab haan hai, jo Khuda ki taraf se unhein ba taur atiya milega.</w:t>
      </w:r>
    </w:p>
    <w:p>
      <w:pPr>
        <w:jc w:val="right"/>
      </w:pPr>
      <w:r>
        <w:t>سے بھی باقی رہے گی؟ اس کا جواب ہاں ہے، جو خدا کی طرف سے انہیں بطور عطیہ ملے گا۔</w:t>
      </w:r>
    </w:p>
    <w:p>
      <w:r>
        <w:rPr>
          <w:b/>
        </w:rPr>
        <w:t xml:space="preserve">[07:33] </w:t>
      </w:r>
      <w:r>
        <w:t>quran mein bataya gaya hai ke ahle jannat ko jannat mein dakhla mil jaayega toh woh kahenge:</w:t>
      </w:r>
    </w:p>
    <w:p>
      <w:pPr>
        <w:jc w:val="right"/>
      </w:pPr>
      <w:r>
        <w:t>قرآن میں بتایا گیا ہے کہ اہل جنت کو جنت میں داخلہ مل جائے گا تو وہ کہیں گے:</w:t>
      </w:r>
    </w:p>
    <w:p>
      <w:r>
        <w:rPr>
          <w:b/>
        </w:rPr>
        <w:t xml:space="preserve">[07:41] </w:t>
      </w:r>
      <w:r>
        <w:t>alhamdu lillahil lazi azhaba annal hozn.</w:t>
      </w:r>
    </w:p>
    <w:p>
      <w:pPr>
        <w:jc w:val="right"/>
      </w:pPr>
      <w:r>
        <w:t>الحمدللہ الذی اذہب ان الحزن۔</w:t>
      </w:r>
    </w:p>
    <w:p>
      <w:r>
        <w:rPr>
          <w:b/>
        </w:rPr>
        <w:t xml:space="preserve">[07:47] </w:t>
      </w:r>
      <w:r>
        <w:t>yani shukr hai Allah ka jis ne hum se ranj ko khatm kar diya.</w:t>
      </w:r>
    </w:p>
    <w:p>
      <w:pPr>
        <w:jc w:val="right"/>
      </w:pPr>
      <w:r>
        <w:t>یعنی شکر ہے اللہ کا جس نے ہم سے رنج کو ختم کر دیا۔</w:t>
      </w:r>
    </w:p>
    <w:p>
      <w:r>
        <w:rPr>
          <w:b/>
        </w:rPr>
        <w:t xml:space="preserve">[07:53] </w:t>
      </w:r>
      <w:r>
        <w:t>ahle jannat ki taraf se ehsaas hamd bila shubah ek takhleeqi ehsaas ya creative feeling ki baat hai.</w:t>
      </w:r>
    </w:p>
    <w:p>
      <w:pPr>
        <w:jc w:val="right"/>
      </w:pPr>
      <w:r>
        <w:t>اہل جنت کی طرف سے احساس حمد بلاشبہ ایک تخلیقی احساس یا کریٹیو فیلنگ کی بات ہے۔</w:t>
      </w:r>
    </w:p>
    <w:p>
      <w:r>
        <w:rPr>
          <w:b/>
        </w:rPr>
        <w:t xml:space="preserve">[07:59] </w:t>
      </w:r>
      <w:r>
        <w:t>yeh creative ehsaas unhone duniya ki zindagi mein haasil kiya hoga.</w:t>
      </w:r>
    </w:p>
    <w:p>
      <w:pPr>
        <w:jc w:val="right"/>
      </w:pPr>
      <w:r>
        <w:t>یہ کریٹیو احساس انہوں نے دنیا کی زندگی میں حاصل کیا ہوگا۔</w:t>
      </w:r>
    </w:p>
    <w:p>
      <w:r>
        <w:rPr>
          <w:b/>
        </w:rPr>
        <w:t xml:space="preserve">[08:05] </w:t>
      </w:r>
      <w:r>
        <w:t>yeh creative ehsaas hamd jo jannat ke paane se pehle bazariya ma'ar</w:t>
      </w:r>
    </w:p>
    <w:p>
      <w:pPr>
        <w:jc w:val="right"/>
      </w:pPr>
      <w:r>
        <w:t>یہ کریٹیو احساس حمد جو جنت کے پانے سے پہلے بذریعہ معر</w:t>
      </w:r>
    </w:p>
    <w:p>
      <w:r>
        <w:rPr>
          <w:b/>
        </w:rPr>
        <w:t xml:space="preserve">[08:11] </w:t>
      </w:r>
      <w:r>
        <w:t>فت اہل جنت کے اندر پرورش پائے گا، وہ اتنا طاقتور ہوگا کہ وہ جنت کا ابدی عطیہ</w:t>
      </w:r>
    </w:p>
    <w:p>
      <w:pPr>
        <w:jc w:val="right"/>
      </w:pPr>
      <w:r>
        <w:t>فت اہل جنت کے اندر پرورش پائے گا، وہ اتنا طاقتور ہوگا کہ وہ جنت کا ابدی عطیہ</w:t>
      </w:r>
    </w:p>
    <w:p>
      <w:r>
        <w:rPr>
          <w:b/>
        </w:rPr>
        <w:t xml:space="preserve">[08:23] </w:t>
      </w:r>
      <w:r>
        <w:t>پانے کے بعد بھی برابر ایک اضافہ پذیر تجربے کی حیثیت سے جاری رہے گا۔</w:t>
      </w:r>
    </w:p>
    <w:p>
      <w:pPr>
        <w:jc w:val="right"/>
      </w:pPr>
      <w:r>
        <w:t>پانے کے بعد بھی برابر ایک اضافہ پذیر تجربے کی حیثیت سے جاری رہے گا۔</w:t>
      </w:r>
    </w:p>
    <w:p>
      <w:r>
        <w:rPr>
          <w:b/>
        </w:rPr>
        <w:t xml:space="preserve">[08:34] </w:t>
      </w:r>
      <w:r>
        <w:t>جنت جس طرح ابدی ہوگی اسی طرح جنت کے پانے پر احساس حمد بھی یقینی طور پر ابدی ہوگا۔</w:t>
      </w:r>
    </w:p>
    <w:p>
      <w:pPr>
        <w:jc w:val="right"/>
      </w:pPr>
      <w:r>
        <w:t>جنت جس طرح ابدی ہوگی اسی طرح جنت کے پانے پر احساس حمد بھی یقینی طور پر ابدی ہوگا۔</w:t>
      </w:r>
    </w:p>
    <w:p>
      <w:r>
        <w:rPr>
          <w:b/>
        </w:rPr>
        <w:t xml:space="preserve">[08:46] </w:t>
      </w:r>
      <w:r>
        <w:t>اللہ کا ذکر۔</w:t>
      </w:r>
    </w:p>
    <w:p>
      <w:pPr>
        <w:jc w:val="right"/>
      </w:pPr>
      <w:r>
        <w:t>اللہ کا ذکر۔</w:t>
      </w:r>
    </w:p>
    <w:p>
      <w:r>
        <w:rPr>
          <w:b/>
        </w:rPr>
        <w:t xml:space="preserve">[08:56] </w:t>
      </w:r>
      <w:r>
        <w:t>ایک حدیث رسول ان الفاظ میں آئی ہے: alaa unabbiukum bikhairi aemaalikum wa azkaahaa 'inda maleekikum wa arfa'eehaa fee darajaatikum</w:t>
      </w:r>
    </w:p>
    <w:p>
      <w:pPr>
        <w:jc w:val="right"/>
      </w:pPr>
      <w:r>
        <w:t>ایک حدیث رسول ان الفاظ میں آئی ہے: أَلَا أُنَبِّئُكُمْ بِخَيْرِ أَعْمَالِكُمْ وَأَزْكَاهَا عِنْدَ مَلِيكِكُمْ وَأَرْفَعِيهَا فِي دَرَجَاتِكُمْ</w:t>
      </w:r>
    </w:p>
    <w:p>
      <w:r>
        <w:rPr>
          <w:b/>
        </w:rPr>
        <w:t xml:space="preserve">[09:06] </w:t>
      </w:r>
      <w:r>
        <w:t>wa khairu lakum min anfaaqi adh-dhahabi wal-waraqi wa khairu lakum min an talqaw 'aduwwakum fatadribuu a'naaqahum wa yadribuu a'naaqakum q</w:t>
      </w:r>
    </w:p>
    <w:p>
      <w:pPr>
        <w:jc w:val="right"/>
      </w:pPr>
      <w:r>
        <w:t>وَخَيْرُ لَكُمْ مِنْ أَنْفَاقِ الذَّهْبِ وَالْوَرَقِ وَخَيْرُ لَكُمْ مِنْ أَنْ تَلْقَوْا عَدُوَّكُمْ فَتَضْرِبُوا أَعْنَاقَهُمْ وَيَضْرِبُوا أَعْنَاقَكُمْ ق</w:t>
      </w:r>
    </w:p>
    <w:p>
      <w:r>
        <w:rPr>
          <w:b/>
        </w:rPr>
        <w:t xml:space="preserve">[09:16] </w:t>
      </w:r>
      <w:r>
        <w:t>aalaw balaa qaala dhikru allaahee ta'aalaa. Sunan at-Tirmidhi.</w:t>
      </w:r>
    </w:p>
    <w:p>
      <w:pPr>
        <w:jc w:val="right"/>
      </w:pPr>
      <w:r>
        <w:t>َالُوا بَلَى قَالَ ذِكْرُ اللَّهِ تَعَالَىٰ۔ سنن الترمذی۔</w:t>
      </w:r>
    </w:p>
    <w:p>
      <w:r>
        <w:rPr>
          <w:b/>
        </w:rPr>
        <w:t xml:space="preserve">[09:22] </w:t>
      </w:r>
      <w:r>
        <w:t>یعنی کیا میں تمہیں سب سے بہتر اعمال کے بارے میں نہ بتاؤں؟ وہ تمہارے بادشاہ کے نزدیک</w:t>
      </w:r>
    </w:p>
    <w:p>
      <w:pPr>
        <w:jc w:val="right"/>
      </w:pPr>
      <w:r>
        <w:t>یعنی کیا میں تمہیں سب سے بہتر اعمال کے بارے میں نہ بتاؤں؟ وہ تمہارے بادشاہ کے نزدیک</w:t>
      </w:r>
    </w:p>
    <w:p>
      <w:r>
        <w:rPr>
          <w:b/>
        </w:rPr>
        <w:t xml:space="preserve">[09:28] </w:t>
      </w:r>
      <w:r>
        <w:t>بہت پاکیزہ ہے، وہ تمہارے درجات کے لیے سب سے بلند ہے، اور وہ تمہارے لیے بہتر ہے</w:t>
      </w:r>
    </w:p>
    <w:p>
      <w:pPr>
        <w:jc w:val="right"/>
      </w:pPr>
      <w:r>
        <w:t>بہت پاکیزہ ہے، وہ تمہارے درجات کے لیے سب سے بلند ہے، اور وہ تمہارے لیے بہتر ہے</w:t>
      </w:r>
    </w:p>
    <w:p>
      <w:r>
        <w:rPr>
          <w:b/>
        </w:rPr>
        <w:t xml:space="preserve">[09:34] </w:t>
      </w:r>
      <w:r>
        <w:t>سونا اور چاندی خرچ کرنے سے، اور وہ اس سے بہتر ہے کہ تم اپنے دشمنوں سے ملو،</w:t>
      </w:r>
    </w:p>
    <w:p>
      <w:pPr>
        <w:jc w:val="right"/>
      </w:pPr>
      <w:r>
        <w:t>سونا اور چاندی خرچ کرنے سے، اور وہ اس سے بہتر ہے کہ تم اپنے دشمنوں سے ملو،</w:t>
      </w:r>
    </w:p>
    <w:p>
      <w:r>
        <w:rPr>
          <w:b/>
        </w:rPr>
        <w:t xml:space="preserve">[09:40] </w:t>
      </w:r>
      <w:r>
        <w:t>تم ان کی گرد</w:t>
      </w:r>
    </w:p>
    <w:p>
      <w:pPr>
        <w:jc w:val="right"/>
      </w:pPr>
      <w:r>
        <w:t>تم ان کی گرد</w:t>
      </w:r>
    </w:p>
    <w:p>
      <w:r>
        <w:rPr>
          <w:b/>
        </w:rPr>
        <w:t xml:space="preserve">[09:46] </w:t>
      </w:r>
      <w:r>
        <w:t>ein maro aur woh tumhari gardanein maro. Sahaba ne kaha ke kyun nahin? Aap ne kaha: Allah ka zikr. Yahan zikr Allah se murad Allah ka lafzi wird nahin hai, balkeh is se murad Allah ki shaoori yaad ya intellectual remembrance hai. Yeh yaad shaoori ya non-stop andaaz mein har waqt matloob hai. Yeh shaoori yaad kisi qism ke routine ka naam</w:t>
      </w:r>
    </w:p>
    <w:p>
      <w:pPr>
        <w:jc w:val="right"/>
      </w:pPr>
      <w:r>
        <w:t>نیں مارو اور وہ تمہاری گردنیں ماریں۔ صحابہ نے کہا کہ کیوں نہیں؟ آپ نے کہا: اللہ کا ذکر۔ یہاں ذکر اللہ سے مراد اللہ کا لفظی ورد نہیں ہے، بلکہ اس سے مراد اللہ کی شعوری یاد یا انٹلیکچول ریممبرنس ہے۔ یہ یاد شعوری یا نان اسٹاپ انداز میں ہر وقت مطلوب ہے۔ یہ شعوری یاد کسی قسم کے روٹین کا نام</w:t>
      </w:r>
    </w:p>
    <w:p>
      <w:r>
        <w:rPr>
          <w:b/>
        </w:rPr>
        <w:t xml:space="preserve">[10:16] </w:t>
      </w:r>
      <w:r>
        <w:t>نہیں ہے، بلکہ وہ اعلیٰ حقیقت کی دریافت کے نتیجے میں ذہن انسانی میں خود بخود پیدا ہوتی ہے۔</w:t>
      </w:r>
    </w:p>
    <w:p>
      <w:pPr>
        <w:jc w:val="right"/>
      </w:pPr>
      <w:r>
        <w:t>نہیں ہے، بلکہ وہ اعلیٰ حقیقت کی دریافت کے نتیجے میں ذہن انسانی میں خود بخود پیدا ہوتی ہے۔</w:t>
      </w:r>
    </w:p>
    <w:p>
      <w:r>
        <w:rPr>
          <w:b/>
        </w:rPr>
        <w:t xml:space="preserve">[10:24] </w:t>
      </w:r>
      <w:r>
        <w:t>یہ ایک زندہ اور تخلیقی سوچ ہے جس کا ذکر قرآن میں آیا ہے۔</w:t>
      </w:r>
    </w:p>
    <w:p>
      <w:pPr>
        <w:jc w:val="right"/>
      </w:pPr>
      <w:r>
        <w:t>یہ ایک زندہ اور تخلیقی سوچ ہے جس کا ذکر قرآن میں آیا ہے۔</w:t>
      </w:r>
    </w:p>
    <w:p>
      <w:r>
        <w:rPr>
          <w:b/>
        </w:rPr>
        <w:t xml:space="preserve">[10:32] </w:t>
      </w:r>
      <w:r>
        <w:t>ان آیتوں کا ترجمہ یہ ہے: آسمانوں اور زمین کی پیدائش میں اور رات دن کے باری باری</w:t>
      </w:r>
    </w:p>
    <w:p>
      <w:pPr>
        <w:jc w:val="right"/>
      </w:pPr>
      <w:r>
        <w:t>ان آیتوں کا ترجمہ یہ ہے: آسمانوں اور زمین کی پیدائش میں اور رات دن کے باری باری</w:t>
      </w:r>
    </w:p>
    <w:p>
      <w:r>
        <w:rPr>
          <w:b/>
        </w:rPr>
        <w:t xml:space="preserve">[10:39] </w:t>
      </w:r>
      <w:r>
        <w:t>آنے میں عقل والوں کے لیے بہت نشانیاں ہیں جو کھڑے اور بیٹھے اور اپنی کروٹوں پر</w:t>
      </w:r>
    </w:p>
    <w:p>
      <w:pPr>
        <w:jc w:val="right"/>
      </w:pPr>
      <w:r>
        <w:t>آنے میں عقل والوں کے لیے بہت نشانیاں ہیں جو کھڑے اور بیٹھے اور اپنی کروٹوں پر</w:t>
      </w:r>
    </w:p>
    <w:p>
      <w:r>
        <w:rPr>
          <w:b/>
        </w:rPr>
        <w:t xml:space="preserve">[10:47] </w:t>
      </w:r>
      <w:r>
        <w:t>اللہ کو یاد کرتے ہیں اور آسمانوں اور زمین کی پیدائش میں غور کرتے رہتے ہیں۔</w:t>
      </w:r>
    </w:p>
    <w:p>
      <w:pPr>
        <w:jc w:val="right"/>
      </w:pPr>
      <w:r>
        <w:t>اللہ کو یاد کرتے ہیں اور آسمانوں اور زمین کی پیدائش میں غور کرتے رہتے ہیں۔</w:t>
      </w:r>
    </w:p>
    <w:p>
      <w:r>
        <w:rPr>
          <w:b/>
        </w:rPr>
        <w:t xml:space="preserve">[10:53] </w:t>
      </w:r>
      <w:r>
        <w:t>وہ کہہ اٹھتے ہیں: اے ہمارے رب!</w:t>
      </w:r>
    </w:p>
    <w:p>
      <w:pPr>
        <w:jc w:val="right"/>
      </w:pPr>
      <w:r>
        <w:t>وہ کہہ اٹھتے ہیں: اے ہمارے رب!</w:t>
      </w:r>
    </w:p>
    <w:p>
      <w:r>
        <w:rPr>
          <w:b/>
        </w:rPr>
        <w:t xml:space="preserve">[10:59] </w:t>
      </w:r>
      <w:r>
        <w:t>تو نے یہ سب بے مقصد نہیں بنایا، تو پاک ہے، پس ہم کو آگ کے عذاب سے بچا۔</w:t>
      </w:r>
    </w:p>
    <w:p>
      <w:pPr>
        <w:jc w:val="right"/>
      </w:pPr>
      <w:r>
        <w:t>تو نے یہ سب بے مقصد نہیں بنایا، تو پاک ہے، پس ہم کو آگ کے عذاب سے بچا۔</w:t>
      </w:r>
    </w:p>
    <w:p>
      <w:r>
        <w:rPr>
          <w:b/>
        </w:rPr>
        <w:t xml:space="preserve">[11:05] </w:t>
      </w:r>
      <w:r>
        <w:t>یہ اعلیٰ ذکر کسی انسان کے اندر اس وقت پیدا ہوتا ہے جب کہ وہ گہرے غور و</w:t>
      </w:r>
    </w:p>
    <w:p>
      <w:pPr>
        <w:jc w:val="right"/>
      </w:pPr>
      <w:r>
        <w:t>یہ اعلیٰ ذکر کسی انسان کے اندر اس وقت پیدا ہوتا ہے جب کہ وہ گہرے غور و</w:t>
      </w:r>
    </w:p>
    <w:p>
      <w:r>
        <w:rPr>
          <w:b/>
        </w:rPr>
        <w:t xml:space="preserve">[11:11] </w:t>
      </w:r>
      <w:r>
        <w:t>فکر کے ذریعے اللہ رب العالمین کو دریافت کر</w:t>
      </w:r>
    </w:p>
    <w:p>
      <w:pPr>
        <w:jc w:val="right"/>
      </w:pPr>
      <w:r>
        <w:t>فکر کے ذریعے اللہ رب العالمین کو دریافت کر</w:t>
      </w:r>
    </w:p>
    <w:p>
      <w:r>
        <w:rPr>
          <w:b/>
        </w:rPr>
        <w:t xml:space="preserve">[11:17] </w:t>
      </w:r>
      <w:r>
        <w:t>ے۔</w:t>
      </w:r>
    </w:p>
    <w:p>
      <w:pPr>
        <w:jc w:val="right"/>
      </w:pPr>
      <w:r>
        <w:t>ے۔</w:t>
      </w:r>
    </w:p>
    <w:p>
      <w:r>
        <w:rPr>
          <w:b/>
        </w:rPr>
        <w:t xml:space="preserve">[11:23] </w:t>
      </w:r>
      <w:r>
        <w:t>یہ دریافت اتنی کامل ہو کہ وہ سوچ پر غالب آ جائے، اس کی شخصیت اسی دریافت میں</w:t>
      </w:r>
    </w:p>
    <w:p>
      <w:pPr>
        <w:jc w:val="right"/>
      </w:pPr>
      <w:r>
        <w:t>یہ دریافت اتنی کامل ہو کہ وہ سوچ پر غالب آ جائے، اس کی شخصیت اسی دریافت میں</w:t>
      </w:r>
    </w:p>
    <w:p>
      <w:r>
        <w:rPr>
          <w:b/>
        </w:rPr>
        <w:t xml:space="preserve">[11:29] </w:t>
      </w:r>
      <w:r>
        <w:t>ڈھل جائے، وہ اس کے صبح و شام کا ناگزیر اثاثہ بن جائے۔</w:t>
      </w:r>
    </w:p>
    <w:p>
      <w:pPr>
        <w:jc w:val="right"/>
      </w:pPr>
      <w:r>
        <w:t>ڈھل جائے، وہ اس کے صبح و شام کا ناگزیر اثاثہ بن جائے۔</w:t>
      </w:r>
    </w:p>
    <w:p>
      <w:r>
        <w:rPr>
          <w:b/>
        </w:rPr>
        <w:t xml:space="preserve">[11:35] </w:t>
      </w:r>
      <w:r>
        <w:t>قرآن فہمی کا معیار۔</w:t>
      </w:r>
    </w:p>
    <w:p>
      <w:pPr>
        <w:jc w:val="right"/>
      </w:pPr>
      <w:r>
        <w:t>قرآن فہمی کا معیار۔</w:t>
      </w:r>
    </w:p>
    <w:p>
      <w:r>
        <w:rPr>
          <w:b/>
        </w:rPr>
        <w:t xml:space="preserve">[11:41] </w:t>
      </w:r>
      <w:r>
        <w:t>لوگوں نے قرآن</w:t>
      </w:r>
    </w:p>
    <w:p>
      <w:pPr>
        <w:jc w:val="right"/>
      </w:pPr>
      <w:r>
        <w:t>لوگوں نے قرآن</w:t>
      </w:r>
    </w:p>
    <w:p>
      <w:r>
        <w:rPr>
          <w:b/>
        </w:rPr>
        <w:t xml:space="preserve">[11:47] </w:t>
      </w:r>
      <w:r>
        <w:t>fehmi ka khud sakhta tor par aik ghalat mayar bana rakha hai.</w:t>
      </w:r>
    </w:p>
    <w:p>
      <w:pPr>
        <w:jc w:val="right"/>
      </w:pPr>
      <w:r>
        <w:t>فہمی کا خود ساختہ طور پر ایک غلط معیار بنا رکھا ہے۔</w:t>
      </w:r>
    </w:p>
    <w:p>
      <w:r>
        <w:rPr>
          <w:b/>
        </w:rPr>
        <w:t xml:space="preserve">[11:53] </w:t>
      </w:r>
      <w:r>
        <w:t>woh quran fehmi us ko samajhte hain ke is mein alfaz ki tehqeeq ho, fanni tajziya kiya gaya</w:t>
      </w:r>
    </w:p>
    <w:p>
      <w:pPr>
        <w:jc w:val="right"/>
      </w:pPr>
      <w:r>
        <w:t>وہ قرآن فہمی اس کو سمجھتے ہیں کہ اس میں الفاظ کی تحقیق ہو، فنی تجزیہ کیا گیا</w:t>
      </w:r>
    </w:p>
    <w:p>
      <w:r>
        <w:rPr>
          <w:b/>
        </w:rPr>
        <w:t xml:space="preserve">[11:59] </w:t>
      </w:r>
      <w:r>
        <w:t>ho, is ke andar shakhsiyaton ke hawalay darj hon, quran ki ayaton ki tafseer shan e nazool ke hawale</w:t>
      </w:r>
    </w:p>
    <w:p>
      <w:pPr>
        <w:jc w:val="right"/>
      </w:pPr>
      <w:r>
        <w:t>ہو، اس کے اندر شخصیتوں کے حوالے درج ہوں، قرآن کی آیتوں کی تفسیر شان نزول کے حوالے</w:t>
      </w:r>
    </w:p>
    <w:p>
      <w:r>
        <w:rPr>
          <w:b/>
        </w:rPr>
        <w:t xml:space="preserve">[12:05] </w:t>
      </w:r>
      <w:r>
        <w:t>se ki gayi ho, is mein quran ki ayaton ka rabt ya order bayan kiya gaya ho waghera.</w:t>
      </w:r>
    </w:p>
    <w:p>
      <w:pPr>
        <w:jc w:val="right"/>
      </w:pPr>
      <w:r>
        <w:t>سے کی گئی ہو، اس میں قرآن کی آیتوں کا ربط یا آرڈر بیان کیا گیا ہو وغیرہ۔</w:t>
      </w:r>
    </w:p>
    <w:p>
      <w:r>
        <w:rPr>
          <w:b/>
        </w:rPr>
        <w:t xml:space="preserve">[12:11] </w:t>
      </w:r>
      <w:r>
        <w:t>magar yeh sab</w:t>
      </w:r>
    </w:p>
    <w:p>
      <w:pPr>
        <w:jc w:val="right"/>
      </w:pPr>
      <w:r>
        <w:t>مگر یہ سب</w:t>
      </w:r>
    </w:p>
    <w:p>
      <w:r>
        <w:rPr>
          <w:b/>
        </w:rPr>
        <w:t xml:space="preserve">[12:17] </w:t>
      </w:r>
      <w:r>
        <w:t>quran fehmi ke khud sakhta mayar hain. Is tarah ke bazahir tehqeeqi mazmoon mein qari ko sab kuch milta hai lekin wohi cheez nahin milti jo quran o sunnat ka maqsad asli hai, jis ko quran mein zikr o tazkir jaise alfaz mein bayan kiya gaya hai. Isi tarah ki fanni tashreeh o tafseer ke baray mein Anwar Shah Kashmiri ne aik hadees ki sharah ke zail mein kaha hai: lam yata</w:t>
      </w:r>
    </w:p>
    <w:p>
      <w:pPr>
        <w:jc w:val="right"/>
      </w:pPr>
      <w:r>
        <w:t>قرآن فہمی کے خود ساختہ معیار ہیں۔ اس طرح کے بظاہر تحقیقی مضمون میں قاری کو سب کچھ ملتا ہے لیکن وہی چیز نہیں ملتی جو قرآن و سنت کا مقصد اصلی ہے، جس کو قرآن میں ذکرہ اور تذکر جیسے الفاظ میں بیان کیا گیا ہے۔ اسی طرح کی فنی تشریح و تفسیر کے بارے میں انور شاہ کشمیری نے ایک حدیث کی شرح کے ذیل میں کہا ہے: لم یتح</w:t>
      </w:r>
    </w:p>
    <w:p>
      <w:r>
        <w:rPr>
          <w:b/>
        </w:rPr>
        <w:t xml:space="preserve">[12:47] </w:t>
      </w:r>
      <w:r>
        <w:t>hassal 'indana minhu shay'un ghaira hall al-alfaz. Faydh al-Bari 'ala Sahih al-Bukhari. Yani hamein is se hall alfaz ke ilawa kuch nahin mila. Quran o hadees ko parhne ka asal faida yeh hai ke aadmi ke andar Khuda ka khauf paida ho, us ko is mein Allah se mohabbat ki ghiza mile, us ko Allah o Rasool ke kalam mein hikmat</w:t>
      </w:r>
    </w:p>
    <w:p>
      <w:pPr>
        <w:jc w:val="right"/>
      </w:pPr>
      <w:r>
        <w:t>صل عندنا منہ شیء غیر حل الالفاظ۔ فیض الباری علی صحیح البخاری۔ یعنی ہمیں اس سے حل الفاظ کے علاوہ کچھ نہیں ملا۔ قرآن و حدیث کو پڑھنے کا اصل فائدہ یہ ہے کہ آدمی کے اندر خدا کا خوف پیدا ہو، اس کو اس میں اللہ سے محبت کی غذا ملے، اس کو اللہ و رسول کے کلام میں حکمت</w:t>
      </w:r>
    </w:p>
    <w:p>
      <w:r>
        <w:rPr>
          <w:b/>
        </w:rPr>
        <w:t xml:space="preserve">[13:17] </w:t>
      </w:r>
      <w:r>
        <w:t>ya wisdom ki daryaft hone lagay.</w:t>
      </w:r>
    </w:p>
    <w:p>
      <w:pPr>
        <w:jc w:val="right"/>
      </w:pPr>
      <w:r>
        <w:t>یا وزڈم کی دریافت ہونے لگے۔</w:t>
      </w:r>
    </w:p>
    <w:p>
      <w:r>
        <w:rPr>
          <w:b/>
        </w:rPr>
        <w:t xml:space="preserve">[13:22] </w:t>
      </w:r>
      <w:r>
        <w:t>is ke liye quran o sunnat ka mutala Allah se mulaqat ke hum ma'ni ban jaye.</w:t>
      </w:r>
    </w:p>
    <w:p>
      <w:pPr>
        <w:jc w:val="right"/>
      </w:pPr>
      <w:r>
        <w:t>اس کے لیے قرآن و سنت کا مطالعہ اللہ سے ملاقات کے ہم معنی بن جائے۔</w:t>
      </w:r>
    </w:p>
    <w:p>
      <w:r>
        <w:rPr>
          <w:b/>
        </w:rPr>
        <w:t xml:space="preserve">[13:27] </w:t>
      </w:r>
      <w:r>
        <w:t>woh quran o sunnat ko parhe to us ko mehsoos ho ke woh alam e aakhirat mein Allah rabb</w:t>
      </w:r>
    </w:p>
    <w:p>
      <w:pPr>
        <w:jc w:val="right"/>
      </w:pPr>
      <w:r>
        <w:t>وہ قرآن و سنت کو پڑھے تو اس کو محسوس ہو کہ وہ عالم آخرت میں اللہ رب</w:t>
      </w:r>
    </w:p>
    <w:p>
      <w:r>
        <w:rPr>
          <w:b/>
        </w:rPr>
        <w:t xml:space="preserve">[13:32] </w:t>
      </w:r>
      <w:r>
        <w:t>ul alameen ke samne khara hua hai.</w:t>
      </w:r>
    </w:p>
    <w:p>
      <w:pPr>
        <w:jc w:val="right"/>
      </w:pPr>
      <w:r>
        <w:t>العالمین کے سامنے کھڑا ہوا ہے۔</w:t>
      </w:r>
    </w:p>
    <w:p>
      <w:r>
        <w:rPr>
          <w:b/>
        </w:rPr>
        <w:t xml:space="preserve">[13:37] </w:t>
      </w:r>
      <w:r>
        <w:t>Allah aur rasool ka kalam parhne se is ke andar muhasiba ya introspection ka jazba paida ho.</w:t>
      </w:r>
    </w:p>
    <w:p>
      <w:pPr>
        <w:jc w:val="right"/>
      </w:pPr>
      <w:r>
        <w:t>اللہ اور رسول کا کلام پڑھنے سے اس کے اندر محاسبہ یا انٹروسپیکشن کا جذبہ پیدا ہو۔</w:t>
      </w:r>
    </w:p>
    <w:p>
      <w:r>
        <w:rPr>
          <w:b/>
        </w:rPr>
        <w:t xml:space="preserve">[13:42] </w:t>
      </w:r>
      <w:r>
        <w:t>is ke liye quran o sunnat ka mutala</w:t>
      </w:r>
    </w:p>
    <w:p>
      <w:pPr>
        <w:jc w:val="right"/>
      </w:pPr>
      <w:r>
        <w:t>اس کے لیے قرآن و سنت کا مطالعہ</w:t>
      </w:r>
    </w:p>
    <w:p>
      <w:r>
        <w:rPr>
          <w:b/>
        </w:rPr>
        <w:t xml:space="preserve">[13:47] </w:t>
      </w:r>
      <w:r>
        <w:t>jannat aur jahannum ke ta'aruf ke hum ma'ni ban jaye.</w:t>
      </w:r>
    </w:p>
    <w:p>
      <w:pPr>
        <w:jc w:val="right"/>
      </w:pPr>
      <w:r>
        <w:t>جنت اور جہنم کے تعارف کے ہم معنی بن جائے۔</w:t>
      </w:r>
    </w:p>
    <w:p>
      <w:r>
        <w:rPr>
          <w:b/>
        </w:rPr>
        <w:t xml:space="preserve">[13:53] </w:t>
      </w:r>
      <w:r>
        <w:t>quran o hadith ke mutale ka maqsad yeh nahi hai ke kuch fanni nukat ka hal aap ko</w:t>
      </w:r>
    </w:p>
    <w:p>
      <w:pPr>
        <w:jc w:val="right"/>
      </w:pPr>
      <w:r>
        <w:t>قرآن و حدیث کے مطالعے کا مقصد یہ نہیں ہے کہ کچھ فنی نکات کا حل آپ کو</w:t>
      </w:r>
    </w:p>
    <w:p>
      <w:r>
        <w:rPr>
          <w:b/>
        </w:rPr>
        <w:t xml:space="preserve">[13:59] </w:t>
      </w:r>
      <w:r>
        <w:t>mil jaye, balke quran o hadith ke mutale ka maqsad yeh hai ke aap ke andar fikri bhonchal</w:t>
      </w:r>
    </w:p>
    <w:p>
      <w:pPr>
        <w:jc w:val="right"/>
      </w:pPr>
      <w:r>
        <w:t>مل جائے، بلکہ قرآن و حدیث کے مطالعے کا مقصد یہ ہے کہ آپ کے اندر فکری بھونچال</w:t>
      </w:r>
    </w:p>
    <w:p>
      <w:r>
        <w:rPr>
          <w:b/>
        </w:rPr>
        <w:t xml:space="preserve">[14:05] </w:t>
      </w:r>
      <w:r>
        <w:t>پیدا ہو، آپ کے اندر spiritual storming آئے، آپ کا ذہن non-creative سے creative بن جائے۔</w:t>
      </w:r>
    </w:p>
    <w:p>
      <w:pPr>
        <w:jc w:val="right"/>
      </w:pPr>
      <w:r>
        <w:t>پیدا ہو، آپ کے اندر سپریچول سٹارمنگ آئے، آپ کا ذہن نان کریٹیو سے کریٹیو بن جائے۔</w:t>
      </w:r>
    </w:p>
    <w:p>
      <w:r>
        <w:rPr>
          <w:b/>
        </w:rPr>
        <w:t xml:space="preserve">[14:11] </w:t>
      </w:r>
      <w:r>
        <w:t>quran o hadith ka sahi mutala woh hai jo aap ko</w:t>
      </w:r>
    </w:p>
    <w:p>
      <w:pPr>
        <w:jc w:val="right"/>
      </w:pPr>
      <w:r>
        <w:t>قرآن و حدیث کا صحیح مطالعہ وہ ہے جو آپ کو</w:t>
      </w:r>
    </w:p>
    <w:p>
      <w:r>
        <w:rPr>
          <w:b/>
        </w:rPr>
        <w:t xml:space="preserve">[14:17] </w:t>
      </w:r>
      <w:r>
        <w:t>sajda e qurbat ka tajruba kara de.</w:t>
      </w:r>
    </w:p>
    <w:p>
      <w:pPr>
        <w:jc w:val="right"/>
      </w:pPr>
      <w:r>
        <w:t>سجدہ قربت کا تجربہ کرا دے۔</w:t>
      </w:r>
    </w:p>
    <w:p>
      <w:r>
        <w:rPr>
          <w:b/>
        </w:rPr>
        <w:t xml:space="preserve">[14:23] </w:t>
      </w:r>
      <w:r>
        <w:t>pur umeed ayyat o ahadees.</w:t>
      </w:r>
    </w:p>
    <w:p>
      <w:pPr>
        <w:jc w:val="right"/>
      </w:pPr>
      <w:r>
        <w:t>پرامید آیات و احادیث۔</w:t>
      </w:r>
    </w:p>
    <w:p>
      <w:r>
        <w:rPr>
          <w:b/>
        </w:rPr>
        <w:t xml:space="preserve">[14:29] </w:t>
      </w:r>
      <w:r>
        <w:t>imam suyuti ne likha hai ke quran mein umeed afza ayyat ki tadad das se kuch zyada hai.</w:t>
      </w:r>
    </w:p>
    <w:p>
      <w:pPr>
        <w:jc w:val="right"/>
      </w:pPr>
      <w:r>
        <w:t>امام سیوطی نے لکھا ہے کہ قرآن میں امید افزا آیتوں کی تعداد دس سے کچھ زیادہ ہے۔</w:t>
      </w:r>
    </w:p>
    <w:p>
      <w:r>
        <w:rPr>
          <w:b/>
        </w:rPr>
        <w:t xml:space="preserve">[14:35] </w:t>
      </w:r>
      <w:r>
        <w:t>al itqan fi uloom al quran.</w:t>
      </w:r>
    </w:p>
    <w:p>
      <w:pPr>
        <w:jc w:val="right"/>
      </w:pPr>
      <w:r>
        <w:t>الاتقان فی علوم القرآن۔</w:t>
      </w:r>
    </w:p>
    <w:p>
      <w:r>
        <w:rPr>
          <w:b/>
        </w:rPr>
        <w:t xml:space="preserve">[14:41] </w:t>
      </w:r>
      <w:r>
        <w:t>un mein se</w:t>
      </w:r>
    </w:p>
    <w:p>
      <w:pPr>
        <w:jc w:val="right"/>
      </w:pPr>
      <w:r>
        <w:t>ان میں سے</w:t>
      </w:r>
    </w:p>
    <w:p>
      <w:r>
        <w:rPr>
          <w:b/>
        </w:rPr>
        <w:t xml:space="preserve">[14:48] </w:t>
      </w:r>
      <w:r>
        <w:t>aik aayat yeh hai: qul ya 'ibadi alladheena asrafu 'ala anfusihim la taqnato min rahmatillah innallaha yaghfiru adh-dhunuba jamee'an innahu huwa al-ghafuru ar-rahim. Yani kaho ke aey mere bando jinhon ne apni janon par ziyadati ki hai, Allah ki rehmat se mayoos na ho. Beshak Allah tamam gunahon ko maaf kar</w:t>
      </w:r>
    </w:p>
    <w:p>
      <w:pPr>
        <w:jc w:val="right"/>
      </w:pPr>
      <w:r>
        <w:t>ایک آیت یہ ہے: قل یا عبادی الذین اصرف علی انفسہم لا تقنت من رحمت اللہ ان اللہ یغفر الذنوب جمیعا انہ الغفور الرحیم۔ یعنی کہو کہ اے میرے بندو جنہوں نے اپنی جانوں پر زیادتی کی ہے، اللہ کی رحمت سے مایوس نہ ہو۔ بے شک اللہ تمام گناہوں کو معاف کر د</w:t>
      </w:r>
    </w:p>
    <w:p>
      <w:r>
        <w:rPr>
          <w:b/>
        </w:rPr>
        <w:t xml:space="preserve">[15:18] </w:t>
      </w:r>
      <w:r>
        <w:t>yatta hai, woh bara bakhshne wala, meherban hai.</w:t>
      </w:r>
    </w:p>
    <w:p>
      <w:pPr>
        <w:jc w:val="right"/>
      </w:pPr>
      <w:r>
        <w:t>یتا ہے، وہ بڑا بخشنے والا، مہربان ہے۔</w:t>
      </w:r>
    </w:p>
    <w:p>
      <w:r>
        <w:rPr>
          <w:b/>
        </w:rPr>
        <w:t xml:space="preserve">[15:24] </w:t>
      </w:r>
      <w:r>
        <w:t>isi tarah ahadees mein bhi isi qism ke pur umeed aqwal aaye hain.</w:t>
      </w:r>
    </w:p>
    <w:p>
      <w:pPr>
        <w:jc w:val="right"/>
      </w:pPr>
      <w:r>
        <w:t>اسی طرح احادیث میں بھی اسی قسم کے پرامید اقوال آئے ہیں۔</w:t>
      </w:r>
    </w:p>
    <w:p>
      <w:r>
        <w:rPr>
          <w:b/>
        </w:rPr>
        <w:t xml:space="preserve">[15:30] </w:t>
      </w:r>
      <w:r>
        <w:t>ek hadith rasool in alfaz mein aayi hai: jab khalaqal khalqa kataba kitaban fa huwa indahu fawqal arsh</w:t>
      </w:r>
    </w:p>
    <w:p>
      <w:pPr>
        <w:jc w:val="right"/>
      </w:pPr>
      <w:r>
        <w:t>ایک حدیث رسول ان الفاظ میں آئی ہے: لما خلق اللہ الخلق کتب کتابا فھو عندہ فوق العرش</w:t>
      </w:r>
    </w:p>
    <w:p>
      <w:r>
        <w:rPr>
          <w:b/>
        </w:rPr>
        <w:t xml:space="preserve">[15:36] </w:t>
      </w:r>
      <w:r>
        <w:t>ana rahmati sabaqat ghazabi. musnad ahmad.</w:t>
      </w:r>
    </w:p>
    <w:p>
      <w:pPr>
        <w:jc w:val="right"/>
      </w:pPr>
      <w:r>
        <w:t>انا رحمتی سبقت غضبی۔ مسند احمد۔</w:t>
      </w:r>
    </w:p>
    <w:p>
      <w:r>
        <w:rPr>
          <w:b/>
        </w:rPr>
        <w:t xml:space="preserve">[15:42] </w:t>
      </w:r>
      <w:r>
        <w:t>wa fi riwayat ana rahmati gh</w:t>
      </w:r>
    </w:p>
    <w:p>
      <w:pPr>
        <w:jc w:val="right"/>
      </w:pPr>
      <w:r>
        <w:t>وفي روایت انا رحمتی غ</w:t>
      </w:r>
    </w:p>
    <w:p>
      <w:r>
        <w:rPr>
          <w:b/>
        </w:rPr>
        <w:t xml:space="preserve">[15:48] </w:t>
      </w:r>
      <w:r>
        <w:t>labt ghazbi.</w:t>
      </w:r>
    </w:p>
    <w:p>
      <w:pPr>
        <w:jc w:val="right"/>
      </w:pPr>
      <w:r>
        <w:t>لبت غضبی۔</w:t>
      </w:r>
    </w:p>
    <w:p>
      <w:r>
        <w:rPr>
          <w:b/>
        </w:rPr>
        <w:t xml:space="preserve">[15:52] </w:t>
      </w:r>
      <w:r>
        <w:t>yani jab Allah ne makhlooq ko paida kiya to us ne ek kitab likhi, yeh kitab us ke</w:t>
      </w:r>
    </w:p>
    <w:p>
      <w:pPr>
        <w:jc w:val="right"/>
      </w:pPr>
      <w:r>
        <w:t>یعنی جب اللہ نے مخلوق کو پیدا کیا تو اس نے ایک کتاب لکھی، یہ کتاب اس کے</w:t>
      </w:r>
    </w:p>
    <w:p>
      <w:r>
        <w:rPr>
          <w:b/>
        </w:rPr>
        <w:t xml:space="preserve">[15:56] </w:t>
      </w:r>
      <w:r>
        <w:t>paas arsh ke oopar hai.</w:t>
      </w:r>
    </w:p>
    <w:p>
      <w:pPr>
        <w:jc w:val="right"/>
      </w:pPr>
      <w:r>
        <w:t>پاس عرش کے اوپر ہے۔</w:t>
      </w:r>
    </w:p>
    <w:p>
      <w:r>
        <w:rPr>
          <w:b/>
        </w:rPr>
        <w:t xml:space="preserve">[16:00] </w:t>
      </w:r>
      <w:r>
        <w:t>beshak meri rehmat mere ghazab se aage hai.</w:t>
      </w:r>
    </w:p>
    <w:p>
      <w:pPr>
        <w:jc w:val="right"/>
      </w:pPr>
      <w:r>
        <w:t>بے شک میری رحمت میرے غضب سے آگے ہے۔</w:t>
      </w:r>
    </w:p>
    <w:p>
      <w:r>
        <w:rPr>
          <w:b/>
        </w:rPr>
        <w:t xml:space="preserve">[16:05] </w:t>
      </w:r>
      <w:r>
        <w:t>ek aur riwayat mein hai: beshak meri rehmat mere ghazab par ghalib hai.</w:t>
      </w:r>
    </w:p>
    <w:p>
      <w:pPr>
        <w:jc w:val="right"/>
      </w:pPr>
      <w:r>
        <w:t>ایک اور روایت میں ہے: بے شک میری رحمت میرے غضب پر غالب ہے۔</w:t>
      </w:r>
    </w:p>
    <w:p>
      <w:r>
        <w:rPr>
          <w:b/>
        </w:rPr>
        <w:t xml:space="preserve">[16:09] </w:t>
      </w:r>
      <w:r>
        <w:t>Qur'an ki mazkoora ayat ek be had pur umeed ayat hai.</w:t>
      </w:r>
    </w:p>
    <w:p>
      <w:pPr>
        <w:jc w:val="right"/>
      </w:pPr>
      <w:r>
        <w:t>قرآن کی مذکورہ آیت ایک بے حد پرامید آیت ہے۔</w:t>
      </w:r>
    </w:p>
    <w:p>
      <w:r>
        <w:rPr>
          <w:b/>
        </w:rPr>
        <w:t xml:space="preserve">[16:13] </w:t>
      </w:r>
      <w:r>
        <w:t>isi tarah hadith bhi ek be had pur umeed</w:t>
      </w:r>
    </w:p>
    <w:p>
      <w:pPr>
        <w:jc w:val="right"/>
      </w:pPr>
      <w:r>
        <w:t>اسی طرح حدیث بھی ایک بے حد پرامید</w:t>
      </w:r>
    </w:p>
    <w:p>
      <w:r>
        <w:rPr>
          <w:b/>
        </w:rPr>
        <w:t xml:space="preserve">[16:18] </w:t>
      </w:r>
      <w:r>
        <w:t>hadith hai.</w:t>
      </w:r>
    </w:p>
    <w:p>
      <w:pPr>
        <w:jc w:val="right"/>
      </w:pPr>
      <w:r>
        <w:t>حدیث ہے۔</w:t>
      </w:r>
    </w:p>
    <w:p>
      <w:r>
        <w:rPr>
          <w:b/>
        </w:rPr>
        <w:t xml:space="preserve">[16:24] </w:t>
      </w:r>
      <w:r>
        <w:t>donon mein jo mushtarik baat hai woh yeh hai ke is umeed ki buniyad rehmat hai.</w:t>
      </w:r>
    </w:p>
    <w:p>
      <w:pPr>
        <w:jc w:val="right"/>
      </w:pPr>
      <w:r>
        <w:t>دونوں میں جو مشترک بات ہے وہ یہ ہے کہ اس امید کی بنیاد رحمت ہے۔</w:t>
      </w:r>
    </w:p>
    <w:p>
      <w:r>
        <w:rPr>
          <w:b/>
        </w:rPr>
        <w:t xml:space="preserve">[16:30] </w:t>
      </w:r>
      <w:r>
        <w:t>Allah Rabb-ul-Alameen ki sifaat mein ek sifat is ka Raheem o Kareem hona hai.</w:t>
      </w:r>
    </w:p>
    <w:p>
      <w:pPr>
        <w:jc w:val="right"/>
      </w:pPr>
      <w:r>
        <w:t>اللہ رب العالمین کی صفات میں ایک صفت اس کا رحیم و کریم ہونا ہے۔</w:t>
      </w:r>
    </w:p>
    <w:p>
      <w:r>
        <w:rPr>
          <w:b/>
        </w:rPr>
        <w:t xml:space="preserve">[16:36] </w:t>
      </w:r>
      <w:r>
        <w:t>woh apne bondon ke sath hamesha rehmat ka muamla farmata hai.</w:t>
      </w:r>
    </w:p>
    <w:p>
      <w:pPr>
        <w:jc w:val="right"/>
      </w:pPr>
      <w:r>
        <w:t>وہ اپنے بندوں کے ساتھ ہمیشہ رحمت کا معاملہ فرماتا ہے۔</w:t>
      </w:r>
    </w:p>
    <w:p>
      <w:r>
        <w:rPr>
          <w:b/>
        </w:rPr>
        <w:t xml:space="preserve">[16:42] </w:t>
      </w:r>
      <w:r>
        <w:t>Allah Rabb-ul-Alameen ki yeh sifat bande ke liye bilashuba sab se ziyada pur umeed sifat hai. Allah Rabb</w:t>
      </w:r>
    </w:p>
    <w:p>
      <w:pPr>
        <w:jc w:val="right"/>
      </w:pPr>
      <w:r>
        <w:t>اللہ رب العالمین کی یہ صفت بندے کے لیے بلاشبہ سب سے زیادہ پرامید صفت ہے۔ اللہ رب</w:t>
      </w:r>
    </w:p>
    <w:p>
      <w:r>
        <w:rPr>
          <w:b/>
        </w:rPr>
        <w:t xml:space="preserve">[16:48] </w:t>
      </w:r>
      <w:r>
        <w:t>ul-Alameen ka Raheem o Kareem hona is ke bondon ko yeh mauqa deta hai ke woh aise alfaaz</w:t>
      </w:r>
    </w:p>
    <w:p>
      <w:pPr>
        <w:jc w:val="right"/>
      </w:pPr>
      <w:r>
        <w:t>العالمین کا رحیم و کریم ہونا اس کے بندوں کو یہ موقع دیتا ہے کہ وہ ایسے الفاظ</w:t>
      </w:r>
    </w:p>
    <w:p>
      <w:r>
        <w:rPr>
          <w:b/>
        </w:rPr>
        <w:t xml:space="preserve">[16:55] </w:t>
      </w:r>
      <w:r>
        <w:t>mein apne Rab ko pukarein jo Allah ki rehmat ko inook karne wale hon.</w:t>
      </w:r>
    </w:p>
    <w:p>
      <w:pPr>
        <w:jc w:val="right"/>
      </w:pPr>
      <w:r>
        <w:t>میں اپنے رب کو پکاریں جو اللہ کی رحمت کو انوک کرنے والے ہوں۔</w:t>
      </w:r>
    </w:p>
    <w:p>
      <w:r>
        <w:rPr>
          <w:b/>
        </w:rPr>
        <w:t xml:space="preserve">[17:03] </w:t>
      </w:r>
      <w:r>
        <w:t>agar banda aisi dua kare to woh goya Ism-e-Azam ke sath apne Rab ko pukarta hai, aur</w:t>
      </w:r>
    </w:p>
    <w:p>
      <w:pPr>
        <w:jc w:val="right"/>
      </w:pPr>
      <w:r>
        <w:t>اگر بندہ ایسی دعا کرے تو وہ گویا اسم اعظم کے ساتھ اپنے رب کو پکارتا ہے، اور</w:t>
      </w:r>
    </w:p>
    <w:p>
      <w:r>
        <w:rPr>
          <w:b/>
        </w:rPr>
        <w:t xml:space="preserve">[17:10] </w:t>
      </w:r>
      <w:r>
        <w:t>jo aadmi Ism-e-Azam ke sath apne Rab ko pukare to Allah Rabb-ul-Alameen is ki pukar ko zaroor</w:t>
      </w:r>
    </w:p>
    <w:p>
      <w:pPr>
        <w:jc w:val="right"/>
      </w:pPr>
      <w:r>
        <w:t>جو آدمی اسم اعظم کے ساتھ اپنے رب کو پکارے تو اللہ رب العالمین اس کی پکار کو ضرور</w:t>
      </w:r>
    </w:p>
    <w:p>
      <w:r>
        <w:rPr>
          <w:b/>
        </w:rPr>
        <w:t xml:space="preserve">[17:18] </w:t>
      </w:r>
      <w:r>
        <w:t>qubool fermata hai. allah se umeed. insaan ki takhleeq ke bare mein ek hadith rasool in alfaaz mein aayi hai: khalaq allahu adama ala suratih. sahih bukhari. yani allah ne adam ko apni surat par paida kiya. is hadith</w:t>
      </w:r>
    </w:p>
    <w:p>
      <w:pPr>
        <w:jc w:val="right"/>
      </w:pPr>
      <w:r>
        <w:t>قبول فرماتا ہے۔ اللہ سے امید۔ انسان کی تخلیق کے بارے میں ایک حدیث رسول ان الفاظ میں آئی ہے: خلق اللہ آدم علی صورتہ۔ صحیح بخاری۔ یعنی اللہ نے آدم کو اپنی صورت پر پیدا کیا۔ اس حدیث</w:t>
      </w:r>
    </w:p>
    <w:p>
      <w:r>
        <w:rPr>
          <w:b/>
        </w:rPr>
        <w:t xml:space="preserve">[17:48] </w:t>
      </w:r>
      <w:r>
        <w:t>mein adam se murad insaan hai, aur surat ya image ka matlab yeh hai ke insaan ke andar us misbat ya positive sifaat ka ek shama, very little part rakh diya gaya hai jo allah rabbul alameen ke andar kamil maano mein maujood hai, maslan reham o shafqat. yeh hadith rasool ek umeed ya hope ki hadith hai. yeh hadith aap ko mauqa deti hai ke aap allah se umeed qai</w:t>
      </w:r>
    </w:p>
    <w:p>
      <w:pPr>
        <w:jc w:val="right"/>
      </w:pPr>
      <w:r>
        <w:t>میں آدم سے مراد انسان ہے، اور صورت یا امیج کا مطلب یہ ہے کہ انسان کے اندر اس مثبت یا پوزیٹیو صفات کا ایک شمع، ویری لٹل پارٹ رکھ دیا گیا ہے جو اللہ رب العالمین کے اندر کامل معنوں میں موجود ہے، مثلاً رحم و شفقت۔ یہ حدیث رسول ایک امید یا ہوپ کی حدیث ہے۔ یہ حدیث آپ کو موقع دیتی ہے کہ آپ اللہ سے امید قائ</w:t>
      </w:r>
    </w:p>
    <w:p>
      <w:r>
        <w:rPr>
          <w:b/>
        </w:rPr>
        <w:t xml:space="preserve">[18:18] </w:t>
      </w:r>
      <w:r>
        <w:t>m karein, woh yeh ke Allah ne jab insaan ke andar rehmat ka yeh jazba rakha hai ke</w:t>
      </w:r>
    </w:p>
    <w:p>
      <w:pPr>
        <w:jc w:val="right"/>
      </w:pPr>
      <w:r>
        <w:t>م کریں، وہ یہ کہ اللہ نے جب انسان کے اندر رحمت کا یہ جذبہ رکھا ہے کہ</w:t>
      </w:r>
    </w:p>
    <w:p>
      <w:r>
        <w:rPr>
          <w:b/>
        </w:rPr>
        <w:t xml:space="preserve">[18:24] </w:t>
      </w:r>
      <w:r>
        <w:t>ghussa aane par woh kisi ko maaf kar de to khud Allah ke andar yeh sifat yaqeenan be</w:t>
      </w:r>
    </w:p>
    <w:p>
      <w:pPr>
        <w:jc w:val="right"/>
      </w:pPr>
      <w:r>
        <w:t>غصہ آنے پر وہ کسی کو معاف کر دے تو خود اللہ کے اندر یہ صفت یقیناً بے</w:t>
      </w:r>
    </w:p>
    <w:p>
      <w:r>
        <w:rPr>
          <w:b/>
        </w:rPr>
        <w:t xml:space="preserve">[18:30] </w:t>
      </w:r>
      <w:r>
        <w:t>hisab gunah ziyada darje mein hogi.</w:t>
      </w:r>
    </w:p>
    <w:p>
      <w:pPr>
        <w:jc w:val="right"/>
      </w:pPr>
      <w:r>
        <w:t>حساب گناہ زیادہ درجے میں ہوگی۔</w:t>
      </w:r>
    </w:p>
    <w:p>
      <w:r>
        <w:rPr>
          <w:b/>
        </w:rPr>
        <w:t xml:space="preserve">[18:36] </w:t>
      </w:r>
      <w:r>
        <w:t>is liye insaan ko kabhi Allah ke atiyye ke bare mein mayusi mein mubtala nahi hona chahiye.</w:t>
      </w:r>
    </w:p>
    <w:p>
      <w:pPr>
        <w:jc w:val="right"/>
      </w:pPr>
      <w:r>
        <w:t>اس لیے انسان کو کبھی اللہ کے عطیے کے بارے میں مایوسی میں مبتلا نہیں ہونا چاہیے۔</w:t>
      </w:r>
    </w:p>
    <w:p>
      <w:r>
        <w:rPr>
          <w:b/>
        </w:rPr>
        <w:t xml:space="preserve">[18:42] </w:t>
      </w:r>
      <w:r>
        <w:t>yeh sochte hue mujhe ek waqia yaad aaya jis ko mein ne khud</w:t>
      </w:r>
    </w:p>
    <w:p>
      <w:pPr>
        <w:jc w:val="right"/>
      </w:pPr>
      <w:r>
        <w:t>یہ سوچتے ہوئے مجھے ایک واقعہ یاد آیا جس کو میں نے خود</w:t>
      </w:r>
    </w:p>
    <w:p>
      <w:r>
        <w:rPr>
          <w:b/>
        </w:rPr>
        <w:t xml:space="preserve">[18:48] </w:t>
      </w:r>
      <w:r>
        <w:t>zaati taur par dekha hai.</w:t>
      </w:r>
    </w:p>
    <w:p>
      <w:pPr>
        <w:jc w:val="right"/>
      </w:pPr>
      <w:r>
        <w:t>ذاتی طور پر دیکھا ہے۔</w:t>
      </w:r>
    </w:p>
    <w:p>
      <w:r>
        <w:rPr>
          <w:b/>
        </w:rPr>
        <w:t xml:space="preserve">[18:52] </w:t>
      </w:r>
      <w:r>
        <w:t>yeh British India ka waqia hai.</w:t>
      </w:r>
    </w:p>
    <w:p>
      <w:pPr>
        <w:jc w:val="right"/>
      </w:pPr>
      <w:r>
        <w:t>یہ برٹش انڈیا کا واقعہ ہے۔</w:t>
      </w:r>
    </w:p>
    <w:p>
      <w:r>
        <w:rPr>
          <w:b/>
        </w:rPr>
        <w:t xml:space="preserve">[18:56] </w:t>
      </w:r>
      <w:r>
        <w:t>us waqt mein naujawani ki umar mein tha aur Azamgarh ke ek gaon mein rehta tha.</w:t>
      </w:r>
    </w:p>
    <w:p>
      <w:pPr>
        <w:jc w:val="right"/>
      </w:pPr>
      <w:r>
        <w:t>اس وقت میں نوجوانی کی عمر میں تھا اور اعظم گڑھ کے ایک گاؤں میں رہتا تھا۔</w:t>
      </w:r>
    </w:p>
    <w:p>
      <w:r>
        <w:rPr>
          <w:b/>
        </w:rPr>
        <w:t xml:space="preserve">[18:59] </w:t>
      </w:r>
      <w:r>
        <w:t>ek din mein ne dekha ke ek zameendar ya landlord ne gaon ke ek dilat ko apne</w:t>
      </w:r>
    </w:p>
    <w:p>
      <w:pPr>
        <w:jc w:val="right"/>
      </w:pPr>
      <w:r>
        <w:t>ایک دن میں نے دیکھا کہ ایک زمیندار یا لینڈ لارڈ نے گاؤں کے ایک دلط کو اپنے</w:t>
      </w:r>
    </w:p>
    <w:p>
      <w:r>
        <w:rPr>
          <w:b/>
        </w:rPr>
        <w:t xml:space="preserve">[19:03] </w:t>
      </w:r>
      <w:r>
        <w:t>ghar par bulaya.</w:t>
      </w:r>
    </w:p>
    <w:p>
      <w:pPr>
        <w:jc w:val="right"/>
      </w:pPr>
      <w:r>
        <w:t>گھر پر بلایا۔</w:t>
      </w:r>
    </w:p>
    <w:p>
      <w:r>
        <w:rPr>
          <w:b/>
        </w:rPr>
        <w:t xml:space="preserve">[19:07] </w:t>
      </w:r>
      <w:r>
        <w:t>dalt ne zamindar ka ek kaam nahi kiya tha, is liye wo is par ghussa tha.</w:t>
      </w:r>
    </w:p>
    <w:p>
      <w:pPr>
        <w:jc w:val="right"/>
      </w:pPr>
      <w:r>
        <w:t>دلط نے زمیندار کا ایک کام نہیں کیا تھا، اس لیے وہ اس پر غصہ تھا۔</w:t>
      </w:r>
    </w:p>
    <w:p>
      <w:r>
        <w:rPr>
          <w:b/>
        </w:rPr>
        <w:t xml:space="preserve">[19:11] </w:t>
      </w:r>
      <w:r>
        <w:t>is ne dalt ko apne samne bithaya aur us ko us ki ghalati yaad dilai aur danda hath</w:t>
      </w:r>
    </w:p>
    <w:p>
      <w:pPr>
        <w:jc w:val="right"/>
      </w:pPr>
      <w:r>
        <w:t>اس نے دلط کو اپنے سامنے بٹھایا اور اس کو اس کی غلطی یاد دلائی اور ڈنڈا ہاتھ</w:t>
      </w:r>
    </w:p>
    <w:p>
      <w:r>
        <w:rPr>
          <w:b/>
        </w:rPr>
        <w:t xml:space="preserve">[19:14] </w:t>
      </w:r>
      <w:r>
        <w:t>mein le kar kaha</w:t>
      </w:r>
    </w:p>
    <w:p>
      <w:pPr>
        <w:jc w:val="right"/>
      </w:pPr>
      <w:r>
        <w:t>میں لے کر کہا</w:t>
      </w:r>
    </w:p>
    <w:p>
      <w:r>
        <w:rPr>
          <w:b/>
        </w:rPr>
        <w:t xml:space="preserve">[19:18] </w:t>
      </w:r>
      <w:r>
        <w:t>keh aaj main tum ko maroonga.</w:t>
      </w:r>
    </w:p>
    <w:p>
      <w:pPr>
        <w:jc w:val="right"/>
      </w:pPr>
      <w:r>
        <w:t>کہ آج میں تم کو ماروں گا۔</w:t>
      </w:r>
    </w:p>
    <w:p>
      <w:r>
        <w:rPr>
          <w:b/>
        </w:rPr>
        <w:t xml:space="preserve">[19:23] </w:t>
      </w:r>
      <w:r>
        <w:t>dalt apni peeth khol kar baith gaya aur kaha: "babu! le mara!</w:t>
      </w:r>
    </w:p>
    <w:p>
      <w:pPr>
        <w:jc w:val="right"/>
      </w:pPr>
      <w:r>
        <w:t>دلط اپنی پیٹھ کھول کر بیٹھ گیا اور کہا: "بابو! لے مارا!</w:t>
      </w:r>
    </w:p>
    <w:p>
      <w:r>
        <w:rPr>
          <w:b/>
        </w:rPr>
        <w:t xml:space="preserve">[19:28] </w:t>
      </w:r>
      <w:r>
        <w:t>lijiyey sahib, mariyey!" yeh sun kar zamindar ke hath se danda chhoot kar gir pada.</w:t>
      </w:r>
    </w:p>
    <w:p>
      <w:pPr>
        <w:jc w:val="right"/>
      </w:pPr>
      <w:r>
        <w:t>لیجئے صاحب، ماریے!" یہ سن کر زمیندار کے ہاتھ سے ڈنڈا چھوٹ کر گر پڑا۔</w:t>
      </w:r>
    </w:p>
    <w:p>
      <w:r>
        <w:rPr>
          <w:b/>
        </w:rPr>
        <w:t xml:space="preserve">[19:33] </w:t>
      </w:r>
      <w:r>
        <w:t>is ne dalt se kaha keh "jao, main ne maaf kiya!" yeh keh kar zamindar apne ghar ke</w:t>
      </w:r>
    </w:p>
    <w:p>
      <w:pPr>
        <w:jc w:val="right"/>
      </w:pPr>
      <w:r>
        <w:t>اس نے دلط سے کہا کہ "جاؤ، میں نے معاف کیا!" یہ کہہ کر زمیندار اپنے گھر کے</w:t>
      </w:r>
    </w:p>
    <w:p>
      <w:r>
        <w:rPr>
          <w:b/>
        </w:rPr>
        <w:t xml:space="preserve">[19:38] </w:t>
      </w:r>
      <w:r>
        <w:t>andar chala gaya.</w:t>
      </w:r>
    </w:p>
    <w:p>
      <w:pPr>
        <w:jc w:val="right"/>
      </w:pPr>
      <w:r>
        <w:t>اندر چلا گیا۔</w:t>
      </w:r>
    </w:p>
    <w:p>
      <w:r>
        <w:rPr>
          <w:b/>
        </w:rPr>
        <w:t xml:space="preserve">[19:43] </w:t>
      </w:r>
      <w:r>
        <w:t>is waqie ke baad main ne socha keh zamindar ke andar yeh sifat khalique ki</w:t>
      </w:r>
    </w:p>
    <w:p>
      <w:pPr>
        <w:jc w:val="right"/>
      </w:pPr>
      <w:r>
        <w:t>اس واقعے کے بعد میں نے سوچا کہ زمیندار کے اندر یہ صفت خالق کی</w:t>
      </w:r>
    </w:p>
    <w:p>
      <w:r>
        <w:rPr>
          <w:b/>
        </w:rPr>
        <w:t xml:space="preserve">[19:48] </w:t>
      </w:r>
      <w:r>
        <w:t>di hui thi, is liye khalique ke andar yeh sifat yaqeenan aur bhi zyada hogi.</w:t>
      </w:r>
    </w:p>
    <w:p>
      <w:pPr>
        <w:jc w:val="right"/>
      </w:pPr>
      <w:r>
        <w:t>دی ہوئی تھی، اس لیے خالق کے اندر یہ صفت یقیناً اور بھی زیادہ ہوگی۔</w:t>
      </w:r>
    </w:p>
    <w:p>
      <w:r>
        <w:rPr>
          <w:b/>
        </w:rPr>
        <w:t xml:space="preserve">[19:58] </w:t>
      </w:r>
      <w:r>
        <w:t>khalique yaqeenan mujhe maaf kar dega agar main us ke samne apne aap ko jhuka doon.</w:t>
      </w:r>
    </w:p>
    <w:p>
      <w:pPr>
        <w:jc w:val="right"/>
      </w:pPr>
      <w:r>
        <w:t>خالق یقیناً مجھے معاف کر دے گا اگر میں اس کے سامنے اپنے آپ کو جھکا دوں۔</w:t>
      </w:r>
    </w:p>
    <w:p>
      <w:r>
        <w:rPr>
          <w:b/>
        </w:rPr>
        <w:t xml:space="preserve">[20:08] </w:t>
      </w:r>
      <w:r>
        <w:t>aakhirat ka mazmoon. ek aadmi</w:t>
      </w:r>
    </w:p>
    <w:p>
      <w:pPr>
        <w:jc w:val="right"/>
      </w:pPr>
      <w:r>
        <w:t>آخرت کا مضمون۔ ایک آدمی</w:t>
      </w:r>
    </w:p>
    <w:p>
      <w:r>
        <w:rPr>
          <w:b/>
        </w:rPr>
        <w:t xml:space="preserve">[20:18] </w:t>
      </w:r>
      <w:r>
        <w:t>quran aur hadith ka mutala kare, wo sahaba ke halaat ko parhe.</w:t>
      </w:r>
    </w:p>
    <w:p>
      <w:pPr>
        <w:jc w:val="right"/>
      </w:pPr>
      <w:r>
        <w:t>قرآن اور حدیث کا مطالعہ کرے، وہ صحابہ کے حالات کو پڑھے۔</w:t>
      </w:r>
    </w:p>
    <w:p>
      <w:r>
        <w:rPr>
          <w:b/>
        </w:rPr>
        <w:t xml:space="preserve">[20:24] </w:t>
      </w:r>
      <w:r>
        <w:t>agar wo sanjeeda hai to ain mumkin hai keh us ki soch aakhirat rukh hi soch ban jaye.</w:t>
      </w:r>
    </w:p>
    <w:p>
      <w:pPr>
        <w:jc w:val="right"/>
      </w:pPr>
      <w:r>
        <w:t>اگر وہ سنجیدہ ہے تو عین ممکن ہے کہ اس کی سوچ آخرت رخ ہی سوچ بن جائے۔</w:t>
      </w:r>
    </w:p>
    <w:p>
      <w:r>
        <w:rPr>
          <w:b/>
        </w:rPr>
        <w:t xml:space="preserve">[20:31] </w:t>
      </w:r>
      <w:r>
        <w:t>wo aakhirat ke mazmoon par likhna aur bolna shuru kar de, lekin ain mumkin hai keh ab bhi</w:t>
      </w:r>
    </w:p>
    <w:p>
      <w:pPr>
        <w:jc w:val="right"/>
      </w:pPr>
      <w:r>
        <w:t>وہ آخرت کے مضمون پر لکھنا اور بولنا شروع کر دے، لیکن عین ممکن ہے کہ اب بھی</w:t>
      </w:r>
    </w:p>
    <w:p>
      <w:r>
        <w:rPr>
          <w:b/>
        </w:rPr>
        <w:t xml:space="preserve">[20:37] </w:t>
      </w:r>
      <w:r>
        <w:t>us ka likhna aakhirat nawisi ke hum maani ho.</w:t>
      </w:r>
    </w:p>
    <w:p>
      <w:pPr>
        <w:jc w:val="right"/>
      </w:pPr>
      <w:r>
        <w:t>اس کا لکھنا آخرت نویسی کے ہم معنی ہو۔</w:t>
      </w:r>
    </w:p>
    <w:p>
      <w:r>
        <w:rPr>
          <w:b/>
        </w:rPr>
        <w:t xml:space="preserve">[20:43] </w:t>
      </w:r>
      <w:r>
        <w:t>fanni aitbar se sahi hone ke bawajood is ke likhne aur bolne mein aakhirat ka gehra ad</w:t>
      </w:r>
    </w:p>
    <w:p>
      <w:pPr>
        <w:jc w:val="right"/>
      </w:pPr>
      <w:r>
        <w:t>فنی اعتبار سے صحیح ہونے کے باوجود اس کے لکھنے اور بولنے میں آخرت کا گہرا اد</w:t>
      </w:r>
    </w:p>
    <w:p>
      <w:r>
        <w:rPr>
          <w:b/>
        </w:rPr>
        <w:t xml:space="preserve">[20:49] </w:t>
      </w:r>
      <w:r>
        <w:t>rak shamil na ho. lekin aadmi agar lambi umar paaye, us par bemari aur hadsaat ke halaat guzre, yahan tak ke woh boodha ho jaye, us par boodhape ke halaat guzre, woh atis aur kamzori ke halaat se dochar ho, agar aisa ho to us ka aakhirat ka ilm aakhirat ka gehra ehsas ban jayega. pehle agar woh aakhirat ke oopar likhta tha to ab woh</w:t>
      </w:r>
    </w:p>
    <w:p>
      <w:pPr>
        <w:jc w:val="right"/>
      </w:pPr>
      <w:r>
        <w:t>راک شامل نہ ہو۔ لیکن آدمی اگر لمبی عمر پائے، اس پر بیماری اور حادثات کے حالات گزریں، یہاں تک کہ وہ بوڑھا ہو جائے، اس پر بڑھاپے کے حالات گزریں، وہ عطس اور کمزوری کے حالات سے دوچار ہو، اگر ایسا ہو تو اس کا آخرت کا علم آخرت کا گہرا احساس بن جائے گا۔ پہلے اگر وہ آخرت کے اوپر لکھتا تھا تو اب وہ</w:t>
      </w:r>
    </w:p>
    <w:p>
      <w:r>
        <w:rPr>
          <w:b/>
        </w:rPr>
        <w:t xml:space="preserve">[21:19] </w:t>
      </w:r>
      <w:r>
        <w:t>aakhirat mein jeene wala ban jayega. jo aadmi apni umar ke lihaz se aakhirat mein jeene ke daur mein pahunch jaye, us ke liye aakhirat ek aisa mozu ban jayega jis ka woh zati taur par tajruba kar raha hai. pehle agar woh aakhirat ko padhta tha to ab woh aakhirat ko dekhne wala ban jayega. pehle agar woh aakhirat par maloomat diya karta tha to ab woh aisa in</w:t>
      </w:r>
    </w:p>
    <w:p>
      <w:pPr>
        <w:jc w:val="right"/>
      </w:pPr>
      <w:r>
        <w:t>آخرت میں جینے والا بن جائے گا۔ جو آدمی اپنی عمر کے لحاظ سے آخرت میں جینے کے دور میں پہنچ جائے، اس کے لیے آخرت ایک ایسا موضوع بن جائے گا جس کا وہ ذاتی طور پر تجربہ کر رہا ہے۔ پہلے اگر وہ آخرت کو پڑھتا تھا تو اب وہ آخرت کو دیکھنے والا بن جائے گا۔ پہلے اگر وہ آخرت پر معلومات دیا کرتا تھا تو اب وہ ایسا ان</w:t>
      </w:r>
    </w:p>
    <w:p>
      <w:r>
        <w:rPr>
          <w:b/>
        </w:rPr>
        <w:t xml:space="preserve">[21:49] </w:t>
      </w:r>
      <w:r>
        <w:t>hasan ban jayega jo goya keh aakhirat ka zaati tajurba kar raha hai.</w:t>
      </w:r>
    </w:p>
    <w:p>
      <w:pPr>
        <w:jc w:val="right"/>
      </w:pPr>
      <w:r>
        <w:t>سان بن جائے گا جو گویا کہ آخرت کا ذاتی تجربہ کر رہا ہے۔</w:t>
      </w:r>
    </w:p>
    <w:p>
      <w:r>
        <w:rPr>
          <w:b/>
        </w:rPr>
        <w:t xml:space="preserve">[21:54] </w:t>
      </w:r>
      <w:r>
        <w:t>pehle agar wo aakhirat nawisi karta tha to ab wo aakhirat ke mozu par tajurba nawisi ke marhale</w:t>
      </w:r>
    </w:p>
    <w:p>
      <w:pPr>
        <w:jc w:val="right"/>
      </w:pPr>
      <w:r>
        <w:t>پہلے اگر وہ آخرت نویسی کرتا تھا تو اب وہ آخرت کے موضوع پر تجربہ نویسی کے مرحلے</w:t>
      </w:r>
    </w:p>
    <w:p>
      <w:r>
        <w:rPr>
          <w:b/>
        </w:rPr>
        <w:t xml:space="preserve">[21:59] </w:t>
      </w:r>
      <w:r>
        <w:t>mein pohanch jayega.</w:t>
      </w:r>
    </w:p>
    <w:p>
      <w:pPr>
        <w:jc w:val="right"/>
      </w:pPr>
      <w:r>
        <w:t>میں پہنچ جائے گا۔</w:t>
      </w:r>
    </w:p>
    <w:p>
      <w:r>
        <w:rPr>
          <w:b/>
        </w:rPr>
        <w:t xml:space="preserve">[22:04] </w:t>
      </w:r>
      <w:r>
        <w:t>aisa aadmi bohat qeemti hota hai.</w:t>
      </w:r>
    </w:p>
    <w:p>
      <w:pPr>
        <w:jc w:val="right"/>
      </w:pPr>
      <w:r>
        <w:t>ایسا آدمی بہت قیمتی ہوتا ہے۔</w:t>
      </w:r>
    </w:p>
    <w:p>
      <w:r>
        <w:rPr>
          <w:b/>
        </w:rPr>
        <w:t xml:space="preserve">[22:09] </w:t>
      </w:r>
      <w:r>
        <w:t>dusron ko chahiye keh wo us ki qadar ko pehchanen, wo us ki sohbat se faida uthayen, wo</w:t>
      </w:r>
    </w:p>
    <w:p>
      <w:pPr>
        <w:jc w:val="right"/>
      </w:pPr>
      <w:r>
        <w:t>دوسروں کو چاہیے کہ وہ اس کی قدر کو پہچانیں، وہ اس کی صحبت سے فائدہ اٹھائیں، وہ</w:t>
      </w:r>
    </w:p>
    <w:p>
      <w:r>
        <w:rPr>
          <w:b/>
        </w:rPr>
        <w:t xml:space="preserve">[22:14] </w:t>
      </w:r>
      <w:r>
        <w:t>us ke tajurbe se zyada se zyada faida uthayen.</w:t>
      </w:r>
    </w:p>
    <w:p>
      <w:pPr>
        <w:jc w:val="right"/>
      </w:pPr>
      <w:r>
        <w:t>اس کے تجربے سے زیادہ سے زیادہ فائدہ اٹھائیں۔</w:t>
      </w:r>
    </w:p>
    <w:p>
      <w:r>
        <w:rPr>
          <w:b/>
        </w:rPr>
        <w:t xml:space="preserve">[22:19] </w:t>
      </w:r>
      <w:r>
        <w:t>kisi ki tehreer o taqreer se aap ko maloomat mil sakti hain, lekin tajurba kar se jo cheez</w:t>
      </w:r>
    </w:p>
    <w:p>
      <w:pPr>
        <w:jc w:val="right"/>
      </w:pPr>
      <w:r>
        <w:t>کسی کی تحریر و تقریر سے آپ کو معلومات مل سکتی ہیں، لیکن تجربہ کار سے جو چیز</w:t>
      </w:r>
    </w:p>
    <w:p>
      <w:r>
        <w:rPr>
          <w:b/>
        </w:rPr>
        <w:t xml:space="preserve">[22:27] </w:t>
      </w:r>
      <w:r>
        <w:t>milti hai woh is se zyada hoti hai, yaani aakhirat wala ban jana.</w:t>
      </w:r>
    </w:p>
    <w:p>
      <w:pPr>
        <w:jc w:val="right"/>
      </w:pPr>
      <w:r>
        <w:t>ملتی ہے وہ اس سے زیادہ ہوتی ہے، یعنی آخرت والا بن جانا۔</w:t>
      </w:r>
    </w:p>
    <w:p>
      <w:r>
        <w:rPr>
          <w:b/>
        </w:rPr>
        <w:t xml:space="preserve">[22:34] </w:t>
      </w:r>
      <w:r>
        <w:t>tahum tajrube ka daur isi aadmi ke liye mufeed ho sakta hai jo budhape se pehle aakhirat ko</w:t>
      </w:r>
    </w:p>
    <w:p>
      <w:pPr>
        <w:jc w:val="right"/>
      </w:pPr>
      <w:r>
        <w:t>تاہم تجربے کا دور اسی آدمی کے لیے مفید ہو سکتا ہے جو بڑھاپے سے پہلے آخرت کو</w:t>
      </w:r>
    </w:p>
    <w:p>
      <w:r>
        <w:rPr>
          <w:b/>
        </w:rPr>
        <w:t xml:space="preserve">[22:42] </w:t>
      </w:r>
      <w:r>
        <w:t>janne wala ho, woh quran o hadees ke zariye aakhirat ka ilm hasil karne ke baad aakhirat mein jeene ki</w:t>
      </w:r>
    </w:p>
    <w:p>
      <w:pPr>
        <w:jc w:val="right"/>
      </w:pPr>
      <w:r>
        <w:t>جاننے والا ہو، وہ قرآن و حدیث کے ذریعے آخرت کا علم حاصل کرنے کے بعد آخرت میں جینے کی</w:t>
      </w:r>
    </w:p>
    <w:p>
      <w:r>
        <w:rPr>
          <w:b/>
        </w:rPr>
        <w:t xml:space="preserve">[22:49] </w:t>
      </w:r>
      <w:r>
        <w:t>koshish karne wala ban chuka ho.</w:t>
      </w:r>
    </w:p>
    <w:p>
      <w:pPr>
        <w:jc w:val="right"/>
      </w:pPr>
      <w:r>
        <w:t>کوشش کرنے والا بن چکا ہو۔</w:t>
      </w:r>
    </w:p>
    <w:p>
      <w:r>
        <w:rPr>
          <w:b/>
        </w:rPr>
        <w:t xml:space="preserve">[22:57] </w:t>
      </w:r>
      <w:r>
        <w:t>har ek ke liye khair.</w:t>
      </w:r>
    </w:p>
    <w:p>
      <w:pPr>
        <w:jc w:val="right"/>
      </w:pPr>
      <w:r>
        <w:t>ہر ایک کے لیے خیر۔</w:t>
      </w:r>
    </w:p>
    <w:p>
      <w:r>
        <w:rPr>
          <w:b/>
        </w:rPr>
        <w:t xml:space="preserve">[23:05] </w:t>
      </w:r>
      <w:r>
        <w:t>paighambar e islam sallallahu alaihi wasallam ki ek hadees in alfaaz mein aayi hai: "an abi huraira qala:</w:t>
      </w:r>
    </w:p>
    <w:p>
      <w:pPr>
        <w:jc w:val="right"/>
      </w:pPr>
      <w:r>
        <w:t>پیغمبر اسلام صلی اللہ علیہ وسلم کی ایک حدیث ان الفاظ میں آئی ہے: "عن ابی ہریرۃ قال:</w:t>
      </w:r>
    </w:p>
    <w:p>
      <w:r>
        <w:rPr>
          <w:b/>
        </w:rPr>
        <w:t xml:space="preserve">[23:12] </w:t>
      </w:r>
      <w:r>
        <w:t>qala rasool Allah sallallahu alaihi wasallam: al momin</w:t>
      </w:r>
    </w:p>
    <w:p>
      <w:pPr>
        <w:jc w:val="right"/>
      </w:pPr>
      <w:r>
        <w:t>قال رسول اللہ صلی اللہ علیہ وسلم: المومن</w:t>
      </w:r>
    </w:p>
    <w:p>
      <w:r>
        <w:rPr>
          <w:b/>
        </w:rPr>
        <w:t xml:space="preserve">[23:20] </w:t>
      </w:r>
      <w:r>
        <w:t>al qawi khair wa ahab ilal Allah min al momin zaeef, wa fi kull khair." sahih muslim.</w:t>
      </w:r>
    </w:p>
    <w:p>
      <w:pPr>
        <w:jc w:val="right"/>
      </w:pPr>
      <w:r>
        <w:t>القوی خیر و احب الی اللہ من المومن ضعیف، وفي کل خیر۔" صحیح مسلم۔</w:t>
      </w:r>
    </w:p>
    <w:p>
      <w:r>
        <w:rPr>
          <w:b/>
        </w:rPr>
        <w:t xml:space="preserve">[23:27] </w:t>
      </w:r>
      <w:r>
        <w:t>hazrat abu huraira se riwayat hai ke rasool Allah sallallahu alaihi wasallam ne farmaya: "taqatwar momin Allah ke</w:t>
      </w:r>
    </w:p>
    <w:p>
      <w:pPr>
        <w:jc w:val="right"/>
      </w:pPr>
      <w:r>
        <w:t>حضرت ابوہریرہ سے روایت ہے کہ رسول اللہ صلی اللہ علیہ وسلم نے فرمایا: "طاقتور مومن اللہ کے</w:t>
      </w:r>
    </w:p>
    <w:p>
      <w:r>
        <w:rPr>
          <w:b/>
        </w:rPr>
        <w:t xml:space="preserve">[23:35] </w:t>
      </w:r>
      <w:r>
        <w:t>nazdeek behtar aur zyada mehboob hai kamzor momin se, aur bhalai har ek ke liye hai." ek shakhs</w:t>
      </w:r>
    </w:p>
    <w:p>
      <w:pPr>
        <w:jc w:val="right"/>
      </w:pPr>
      <w:r>
        <w:t>نزدیک بہتر اور زیادہ محبوب ہے کمزور مومن سے، اور بھلائی ہر ایک کے لیے ہے۔" ایک شخص</w:t>
      </w:r>
    </w:p>
    <w:p>
      <w:r>
        <w:rPr>
          <w:b/>
        </w:rPr>
        <w:t xml:space="preserve">[23:42] </w:t>
      </w:r>
      <w:r>
        <w:t>agar paidaishi taur par taqatwar ho to us ke liye yeh</w:t>
      </w:r>
    </w:p>
    <w:p>
      <w:pPr>
        <w:jc w:val="right"/>
      </w:pPr>
      <w:r>
        <w:t>اگر پیدائشی طور پر طاقتور ہو تو اس کے لیے یہ</w:t>
      </w:r>
    </w:p>
    <w:p>
      <w:r>
        <w:rPr>
          <w:b/>
        </w:rPr>
        <w:t xml:space="preserve">[23:50] </w:t>
      </w:r>
      <w:r>
        <w:t>mumkin hota hai ke woh apne tamam mamlaat ko khud apni taqat se durust kar le, lekin jo insaan paidaishi taur par kamzor ho, woh bazahir is qabil nahi hota ke apne mamlaat ko khud apni taqat se durust kar sake. lekin khair dono ke liye hai: ek ke liye apni zati taqat ki buniyad par aur doosre ke liye allah ki madad ki buniyad par. jo aadmi zaeef</w:t>
      </w:r>
    </w:p>
    <w:p>
      <w:pPr>
        <w:jc w:val="right"/>
      </w:pPr>
      <w:r>
        <w:t>ممکن ہوتا ہے کہ وہ اپنے تمام معاملات کو خود اپنی طاقت سے درست کر لے، لیکن جو انسان پیدائشی طور پر کمزور ہو، وہ بظاہر اس قابل نہیں ہوتا کہ اپنے معاملات کو خود اپنی طاقت سے درست کر سکے۔ لیکن خیر دونوں کے لیے ہے: ایک کے لیے اپنی ذاتی طاقت کی بنیاد پر اور دوسرے کے لیے اللہ کی مدد کی بنیاد پر۔ جو آدمی ضعیف</w:t>
      </w:r>
    </w:p>
    <w:p>
      <w:r>
        <w:rPr>
          <w:b/>
        </w:rPr>
        <w:t xml:space="preserve">[24:20] </w:t>
      </w:r>
      <w:r>
        <w:t>ho, woh agar manfi nafsiyat mein mubtala na ho to us ke andar allah ki yaad jaag uthti hai, woh allah se madad ka talib ban jata hai. is bina par yeh hota hai ke allah us ki madad par aa jata hai. jab kamzor insaan yeh kehta hai ke "khudaya! tu ne mujh ko kamzor paida kiya, ab tujh hi ko yeh karna hai ke tu meri kamzori ki talafi kare", is qism ki</w:t>
      </w:r>
    </w:p>
    <w:p>
      <w:pPr>
        <w:jc w:val="right"/>
      </w:pPr>
      <w:r>
        <w:t>ہو، وہ اگر منفی نفسیات میں مبتلا نہ ہو تو اس کے اندر اللہ کی یاد جاگ اٹھتی ہے، وہ اللہ سے مدد کا طالب بن جاتا ہے۔ اس بنا پر یہ ہوتا ہے کہ اللہ اس کی مدد پر آ جاتا ہے۔ جب کمزور انسان یہ کہتا ہے کہ "خدایا! تو نے مجھ کو کمزور پیدا کیا، اب تجھ ہی کو یہ کرنا ہے کہ تو میری کمزوری کی تلافی کرے"، اس قسم کی</w:t>
      </w:r>
    </w:p>
    <w:p>
      <w:r>
        <w:rPr>
          <w:b/>
        </w:rPr>
        <w:t xml:space="preserve">[24:50] </w:t>
      </w:r>
      <w:r>
        <w:t>dua Allah ki rehmat ko inok karne wali hoti hai.</w:t>
      </w:r>
    </w:p>
    <w:p>
      <w:pPr>
        <w:jc w:val="right"/>
      </w:pPr>
      <w:r>
        <w:t>دعا اللہ کی رحمت کو انوک کرنے والی ہوتی ہے۔</w:t>
      </w:r>
    </w:p>
    <w:p>
      <w:r>
        <w:rPr>
          <w:b/>
        </w:rPr>
        <w:t xml:space="preserve">[24:55] </w:t>
      </w:r>
      <w:r>
        <w:t>Allah aise insaan ki taraf mazeed izafe ke sath mutawajjah ho jata hai.</w:t>
      </w:r>
    </w:p>
    <w:p>
      <w:pPr>
        <w:jc w:val="right"/>
      </w:pPr>
      <w:r>
        <w:t>اللہ ایسے انسان کی طرف مزید اضافے کے ساتھ متوجہ ہو جاتا ہے۔</w:t>
      </w:r>
    </w:p>
    <w:p>
      <w:r>
        <w:rPr>
          <w:b/>
        </w:rPr>
        <w:t xml:space="preserve">[25:00] </w:t>
      </w:r>
      <w:r>
        <w:t>jo insaan apne aap ko taqatwar paye, us ke andar apne aap par bharose ki nafsiyat paida ho jati hai.</w:t>
      </w:r>
    </w:p>
    <w:p>
      <w:pPr>
        <w:jc w:val="right"/>
      </w:pPr>
      <w:r>
        <w:t>جو انسان اپنے آپ کو طاقتور پائے، اس کے اندر اپنے آپ پر بھروسے کی نفسیات پیدا ہو جاتی ہے۔</w:t>
      </w:r>
    </w:p>
    <w:p>
      <w:r>
        <w:rPr>
          <w:b/>
        </w:rPr>
        <w:t xml:space="preserve">[25:05] </w:t>
      </w:r>
      <w:r>
        <w:t>is ke bar aks, jo aadmi apne aap ko kamzor paye, us ke andar Allah se talab ki nafsiyat</w:t>
      </w:r>
    </w:p>
    <w:p>
      <w:pPr>
        <w:jc w:val="right"/>
      </w:pPr>
      <w:r>
        <w:t>اس کے برعکس، جو آدمی اپنے آپ کو کمزور پائے، اس کے اندر اللہ سے طلب کی نفسیات</w:t>
      </w:r>
    </w:p>
    <w:p>
      <w:r>
        <w:rPr>
          <w:b/>
        </w:rPr>
        <w:t xml:space="preserve">[25:10] </w:t>
      </w:r>
      <w:r>
        <w:t>jaag uthti hai.</w:t>
      </w:r>
    </w:p>
    <w:p>
      <w:pPr>
        <w:jc w:val="right"/>
      </w:pPr>
      <w:r>
        <w:t>جاگ اٹھتی ہے۔</w:t>
      </w:r>
    </w:p>
    <w:p>
      <w:r>
        <w:rPr>
          <w:b/>
        </w:rPr>
        <w:t xml:space="preserve">[25:15] </w:t>
      </w:r>
      <w:r>
        <w:t>wo dua karne lagta hai ke</w:t>
      </w:r>
    </w:p>
    <w:p>
      <w:pPr>
        <w:jc w:val="right"/>
      </w:pPr>
      <w:r>
        <w:t>وہ دعا کرنے لگتا ہے کہ</w:t>
      </w:r>
    </w:p>
    <w:p>
      <w:r>
        <w:rPr>
          <w:b/>
        </w:rPr>
        <w:t xml:space="preserve">[25:20] </w:t>
      </w:r>
      <w:r>
        <w:t>"khudaya!</w:t>
      </w:r>
    </w:p>
    <w:p>
      <w:pPr>
        <w:jc w:val="right"/>
      </w:pPr>
      <w:r>
        <w:t>"خدایا!</w:t>
      </w:r>
    </w:p>
    <w:p>
      <w:r>
        <w:rPr>
          <w:b/>
        </w:rPr>
        <w:t xml:space="preserve">[25:27] </w:t>
      </w:r>
      <w:r>
        <w:t>tu ne mujhe zaeef paida kiya hai, ab tu hi mere zuaf ki talafi farma".</w:t>
      </w:r>
    </w:p>
    <w:p>
      <w:pPr>
        <w:jc w:val="right"/>
      </w:pPr>
      <w:r>
        <w:t>تو نے مجھے ضعیف پیدا کیا ہے، اب تو ہی میرے ضعف کی تلافی فرما"۔</w:t>
      </w:r>
    </w:p>
    <w:p>
      <w:r>
        <w:rPr>
          <w:b/>
        </w:rPr>
        <w:t xml:space="preserve">[25:34] </w:t>
      </w:r>
      <w:r>
        <w:t>is tarah ki dua zaroor qubool hoti hai, aur banda zaeef Allah ki madad se wo kaam kar</w:t>
      </w:r>
    </w:p>
    <w:p>
      <w:pPr>
        <w:jc w:val="right"/>
      </w:pPr>
      <w:r>
        <w:t>اس طرح کی دعا ضرور قبول ہوتی ہے، اور بندہ ضعیف اللہ کی مدد سے وہ کام کر</w:t>
      </w:r>
    </w:p>
    <w:p>
      <w:r>
        <w:rPr>
          <w:b/>
        </w:rPr>
        <w:t xml:space="preserve">[25:40] </w:t>
      </w:r>
      <w:r>
        <w:t>leta hai jo aksar halaat mein banda qawi ke liye mumkin nahi hota.</w:t>
      </w:r>
    </w:p>
    <w:p>
      <w:pPr>
        <w:jc w:val="right"/>
      </w:pPr>
      <w:r>
        <w:t>لیتا ہے جو اکثر حالات میں بندہ قوی کے لیے ممکن نہیں ہوتا۔</w:t>
      </w:r>
    </w:p>
    <w:p>
      <w:r>
        <w:rPr>
          <w:b/>
        </w:rPr>
        <w:t xml:space="preserve">[25:47] </w:t>
      </w:r>
      <w:r>
        <w:t>magar is ki ek shart hai, wo yeh ke banda zaeef ke andar tawazu ya modesty ki sifat</w:t>
      </w:r>
    </w:p>
    <w:p>
      <w:pPr>
        <w:jc w:val="right"/>
      </w:pPr>
      <w:r>
        <w:t>مگر اس کی ایک شرط ہے، وہ یہ کہ بندہ ضعیف کے اندر تواضع یا ماڈیسٹی کی صفت</w:t>
      </w:r>
    </w:p>
    <w:p>
      <w:r>
        <w:rPr>
          <w:b/>
        </w:rPr>
        <w:t xml:space="preserve">[25:54] </w:t>
      </w:r>
      <w:r>
        <w:t>pai jati ho.</w:t>
      </w:r>
    </w:p>
    <w:p>
      <w:pPr>
        <w:jc w:val="right"/>
      </w:pPr>
      <w:r>
        <w:t>پائی جاتی ہو۔</w:t>
      </w:r>
    </w:p>
    <w:p>
      <w:r>
        <w:rPr>
          <w:b/>
        </w:rPr>
        <w:t xml:space="preserve">[26:01] </w:t>
      </w:r>
      <w:r>
        <w:t>insaan aur kainat.</w:t>
      </w:r>
    </w:p>
    <w:p>
      <w:pPr>
        <w:jc w:val="right"/>
      </w:pPr>
      <w:r>
        <w:t>انسان اور کائنات۔</w:t>
      </w:r>
    </w:p>
    <w:p>
      <w:r>
        <w:rPr>
          <w:b/>
        </w:rPr>
        <w:t xml:space="preserve">[26:07] </w:t>
      </w:r>
      <w:r>
        <w:t>insaan maujooda duniya mein paidaish ki buniyad par dakhil hota hai.</w:t>
      </w:r>
    </w:p>
    <w:p>
      <w:pPr>
        <w:jc w:val="right"/>
      </w:pPr>
      <w:r>
        <w:t>انسان موجودہ دنیا میں پیدائش کی بنیاد پر داخل ہوتا ہے۔</w:t>
      </w:r>
    </w:p>
    <w:p>
      <w:r>
        <w:rPr>
          <w:b/>
        </w:rPr>
        <w:t xml:space="preserve">[26:13] </w:t>
      </w:r>
      <w:r>
        <w:t>har paida honay wala maa ke pait se nikal kar maujooda dunya mein dakhil ho jata hai.</w:t>
      </w:r>
    </w:p>
    <w:p>
      <w:pPr>
        <w:jc w:val="right"/>
      </w:pPr>
      <w:r>
        <w:t>ہر پیدا ہونے والا ماں کے پیٹ سے نکل کر موجودہ دنیا میں داخل ہو جاتا ہے۔</w:t>
      </w:r>
    </w:p>
    <w:p>
      <w:r>
        <w:rPr>
          <w:b/>
        </w:rPr>
        <w:t xml:space="preserve">[26:19] </w:t>
      </w:r>
      <w:r>
        <w:t>yeh kisi insaan ke liye is dunya mein pehla dakhila hai.</w:t>
      </w:r>
    </w:p>
    <w:p>
      <w:pPr>
        <w:jc w:val="right"/>
      </w:pPr>
      <w:r>
        <w:t>یہ کسی انسان کے لیے اس دنیا میں پہلا داخلہ ہے۔</w:t>
      </w:r>
    </w:p>
    <w:p>
      <w:r>
        <w:rPr>
          <w:b/>
        </w:rPr>
        <w:t xml:space="preserve">[26:25] </w:t>
      </w:r>
      <w:r>
        <w:t>yeh dakhila har insaan ko sirf paidaish ki buniyad par mil jata hai, magar yeh dakhila aarzi dakhila hai.</w:t>
      </w:r>
    </w:p>
    <w:p>
      <w:pPr>
        <w:jc w:val="right"/>
      </w:pPr>
      <w:r>
        <w:t>یہ داخلہ ہر انسان کو محض پیدائش کی بنیاد پر مل جاتا ہے، مگر یہ داخلہ عارضی داخلہ ہے۔</w:t>
      </w:r>
    </w:p>
    <w:p>
      <w:r>
        <w:rPr>
          <w:b/>
        </w:rPr>
        <w:t xml:space="preserve">[26:31] </w:t>
      </w:r>
      <w:r>
        <w:t>maut ke baad insaan dobara khuda ki dunya mein dakhil hota hai.</w:t>
      </w:r>
    </w:p>
    <w:p>
      <w:pPr>
        <w:jc w:val="right"/>
      </w:pPr>
      <w:r>
        <w:t>موت کے بعد انسان دوبارہ خدا کی دنیا میں داخل ہوتا ہے۔</w:t>
      </w:r>
    </w:p>
    <w:p>
      <w:r>
        <w:rPr>
          <w:b/>
        </w:rPr>
        <w:t xml:space="preserve">[26:37] </w:t>
      </w:r>
      <w:r>
        <w:t>dunya mein pehla dakhila aarzi dakhila tha, lekin doosra dakhila mustaqil dakhila hai.</w:t>
      </w:r>
    </w:p>
    <w:p>
      <w:pPr>
        <w:jc w:val="right"/>
      </w:pPr>
      <w:r>
        <w:t>دنیا میں پہلا داخلہ عارضی داخلہ تھا، لیکن دوسرا داخلہ مستقل داخلہ ہے۔</w:t>
      </w:r>
    </w:p>
    <w:p>
      <w:r>
        <w:rPr>
          <w:b/>
        </w:rPr>
        <w:t xml:space="preserve">[26:43] </w:t>
      </w:r>
      <w:r>
        <w:t>pehla dakhila kisi ko paidaish ki buniyad par apne aap mil jata hai, lekin doosre dakhile ki noiyat</w:t>
      </w:r>
    </w:p>
    <w:p>
      <w:pPr>
        <w:jc w:val="right"/>
      </w:pPr>
      <w:r>
        <w:t>پہلا داخلہ کسی کو پیدائش کی بنیاد پر اپنے آپ مل جاتا ہے، لیکن دوسرے داخلے کی نوعیت</w:t>
      </w:r>
    </w:p>
    <w:p>
      <w:r>
        <w:rPr>
          <w:b/>
        </w:rPr>
        <w:t xml:space="preserve">[26:49] </w:t>
      </w:r>
      <w:r>
        <w:t>bilkul mukhtalif hai.</w:t>
      </w:r>
    </w:p>
    <w:p>
      <w:pPr>
        <w:jc w:val="right"/>
      </w:pPr>
      <w:r>
        <w:t>بالکل مختلف ہے۔</w:t>
      </w:r>
    </w:p>
    <w:p>
      <w:r>
        <w:rPr>
          <w:b/>
        </w:rPr>
        <w:t xml:space="preserve">[26:55] </w:t>
      </w:r>
      <w:r>
        <w:t>doosra dakhila kisi insaan ko sirf istehqaq ya merit ki buniyad par mil</w:t>
      </w:r>
    </w:p>
    <w:p>
      <w:pPr>
        <w:jc w:val="right"/>
      </w:pPr>
      <w:r>
        <w:t>دوسرا داخلہ کسی انسان کو صرف استحقاق یا میرٹ کی بنیاد پر مل</w:t>
      </w:r>
    </w:p>
    <w:p>
      <w:r>
        <w:rPr>
          <w:b/>
        </w:rPr>
        <w:t xml:space="preserve">[27:01] </w:t>
      </w:r>
      <w:r>
        <w:t>e ga. pehle daur e hayat ki hesiyat yeh hai ke woh istihqaaq sabit karne ka daur hai. pehle daur e hayat mein insaan ko yeh karna hai ke woh apne amal se yeh sabit kare ke woh khuda ki duniya mein mustaqil qiyam ka waqai haqdar hai. is doosre dakhile ke bare mein quran ki chand ayatain yeh hain: "yomaidhin turoona la tukhfa minna khafiya, fa</w:t>
      </w:r>
    </w:p>
    <w:p>
      <w:pPr>
        <w:jc w:val="right"/>
      </w:pPr>
      <w:r>
        <w:t>ے گا۔ پہلے دور حیات کی حیثیت یہ ہے کہ وہ استحقاق ثابت کرنے کا دور ہے۔ پہلے دور حیات میں انسان کو یہ کرنا ہے کہ وہ اپنے عمل سے یہ ثابت کرے کہ وہ خدا کی دنیا میں مستقل قیام کا واقعی حقدار ہے۔ اس دوسرے داخلے کے بارے میں قرآن کی چند آیتیں یہ ہیں: "یوماذن توردون لا تخفا منکم خافیہ، ف</w:t>
      </w:r>
    </w:p>
    <w:p>
      <w:r>
        <w:rPr>
          <w:b/>
        </w:rPr>
        <w:t xml:space="preserve">[27:31] </w:t>
      </w:r>
      <w:r>
        <w:t>ama man utiya kitaba biyaminehi, fayqul kitabiya: ani zunantu, ani mulaqiya hisabiya, fahuwa fi ishatin radiyatin, fi jannatin</w:t>
      </w:r>
    </w:p>
    <w:p>
      <w:pPr>
        <w:jc w:val="right"/>
      </w:pPr>
      <w:r>
        <w:t>اما من اوتی کتابہ بیمینہ، فیقول کتابیہ: انی ذننت، انی ملاق حسابیہ، فھو فی عیشت الرادیہ، فی جنت</w:t>
      </w:r>
    </w:p>
    <w:p>
      <w:r>
        <w:rPr>
          <w:b/>
        </w:rPr>
        <w:t xml:space="preserve">[27:41] </w:t>
      </w:r>
      <w:r>
        <w:t>aaliyah, qutufuha daniyah, kuloo washraboo hani bima aslaftum fil ayyamil khaliyah.</w:t>
      </w:r>
    </w:p>
    <w:p>
      <w:pPr>
        <w:jc w:val="right"/>
      </w:pPr>
      <w:r>
        <w:t>عالیہ، قطوفہ دانیہ، کلو واشربو ہنی بما اسلفتم فی الایام الخالیہ"۔</w:t>
      </w:r>
    </w:p>
    <w:p>
      <w:r>
        <w:rPr>
          <w:b/>
        </w:rPr>
        <w:t xml:space="preserve">[27:51] </w:t>
      </w:r>
      <w:r>
        <w:t>yani is din tum pesh kiye jaoge, tumhari koi baat posheeda na hogi</w:t>
      </w:r>
    </w:p>
    <w:p>
      <w:pPr>
        <w:jc w:val="right"/>
      </w:pPr>
      <w:r>
        <w:t>یعنی اس دن تم پیش کیے جاؤ گے، تمہاری کوئی بات پوشیدہ نہ ہوگی</w:t>
      </w:r>
    </w:p>
    <w:p>
      <w:r>
        <w:rPr>
          <w:b/>
        </w:rPr>
        <w:t xml:space="preserve">[28:01] </w:t>
      </w:r>
      <w:r>
        <w:t>—</w:t>
      </w:r>
    </w:p>
    <w:p>
      <w:pPr>
        <w:jc w:val="right"/>
      </w:pPr>
      <w:r>
        <w:t>۔</w:t>
      </w:r>
    </w:p>
    <w:p>
      <w:r>
        <w:rPr>
          <w:b/>
        </w:rPr>
        <w:t xml:space="preserve">[28:07] </w:t>
      </w:r>
      <w:r>
        <w:t>pas jis shakhs ko uska aamal nama uske dayen hath mein diya jayega to woh</w:t>
      </w:r>
    </w:p>
    <w:p>
      <w:pPr>
        <w:jc w:val="right"/>
      </w:pPr>
      <w:r>
        <w:t>پس جس شخص کو اس کا اعمال نامہ اس کے دائیں ہاتھ میں دیا جائے گا تو وہ</w:t>
      </w:r>
    </w:p>
    <w:p>
      <w:r>
        <w:rPr>
          <w:b/>
        </w:rPr>
        <w:t xml:space="preserve">[28:12] </w:t>
      </w:r>
      <w:r>
        <w:t>kahega ke "lo!</w:t>
      </w:r>
    </w:p>
    <w:p>
      <w:pPr>
        <w:jc w:val="right"/>
      </w:pPr>
      <w:r>
        <w:t>کہے گا کہ "لو!</w:t>
      </w:r>
    </w:p>
    <w:p>
      <w:r>
        <w:rPr>
          <w:b/>
        </w:rPr>
        <w:t xml:space="preserve">[28:17] </w:t>
      </w:r>
      <w:r>
        <w:t>mera aamal nama padho, maine guman rakha tha ke mujhko mera hisab pesh aanay wala hai".</w:t>
      </w:r>
    </w:p>
    <w:p>
      <w:pPr>
        <w:jc w:val="right"/>
      </w:pPr>
      <w:r>
        <w:t>میرا اعمال نامہ پڑھو، میں نے گمان رکھا تھا کہ مجھ کو میرا حساب پیش آنے والا ہے"۔</w:t>
      </w:r>
    </w:p>
    <w:p>
      <w:r>
        <w:rPr>
          <w:b/>
        </w:rPr>
        <w:t xml:space="preserve">[28:22] </w:t>
      </w:r>
      <w:r>
        <w:t>pas woh aik pasandeeda zindagi mein hoga, oonche bagh mein uske phool jhuke padh rahay honge.</w:t>
      </w:r>
    </w:p>
    <w:p>
      <w:pPr>
        <w:jc w:val="right"/>
      </w:pPr>
      <w:r>
        <w:t>پس وہ ایک پسندیدہ زندگی میں ہوگا، اونچے باغ میں اس کے پھل جھکے پڑ رہے ہوں گے۔</w:t>
      </w:r>
    </w:p>
    <w:p>
      <w:r>
        <w:rPr>
          <w:b/>
        </w:rPr>
        <w:t xml:space="preserve">[28:27] </w:t>
      </w:r>
      <w:r>
        <w:t>khao aur piyo khushi ke sath in aamal ke badle mein jo tumne guzray huay dinon mein kiye.</w:t>
      </w:r>
    </w:p>
    <w:p>
      <w:pPr>
        <w:jc w:val="right"/>
      </w:pPr>
      <w:r>
        <w:t>کھاؤ اور پیو خوشی کے ساتھ ان اعمال کے بدلے میں جو تم نے گزرے ہوئے دنوں میں کیے۔</w:t>
      </w:r>
    </w:p>
    <w:p>
      <w:r>
        <w:rPr>
          <w:b/>
        </w:rPr>
        <w:t xml:space="preserve">[28:32] </w:t>
      </w:r>
      <w:r>
        <w:t>khuda ki dunya mein pehle dakhile ke sath musibat shamil thi, iske bar aks yeh doosra dakhila tamam</w:t>
      </w:r>
    </w:p>
    <w:p>
      <w:pPr>
        <w:jc w:val="right"/>
      </w:pPr>
      <w:r>
        <w:t>خدا کی دنیا میں پہلے داخلے کے ساتھ مصیبت شامل تھی، اس کے برعکس یہ دوسرا داخلہ تمام</w:t>
      </w:r>
    </w:p>
    <w:p>
      <w:r>
        <w:rPr>
          <w:b/>
        </w:rPr>
        <w:t xml:space="preserve">[28:44] </w:t>
      </w:r>
      <w:r>
        <w:t>تر ہنین یعنی pleasure کا داخلہ ہوگا۔</w:t>
      </w:r>
    </w:p>
    <w:p>
      <w:pPr>
        <w:jc w:val="right"/>
      </w:pPr>
      <w:r>
        <w:t>تر ہنین یعنی پلیژر کا داخلہ ہوگا۔</w:t>
      </w:r>
    </w:p>
    <w:p>
      <w:r>
        <w:rPr>
          <w:b/>
        </w:rPr>
        <w:t xml:space="preserve">[28:55] </w:t>
      </w:r>
      <w:r>
        <w:t>pehla dakhila imtehan ke liye tha aur doosra dakhila inam ke liye hoga.</w:t>
      </w:r>
    </w:p>
    <w:p>
      <w:pPr>
        <w:jc w:val="right"/>
      </w:pPr>
      <w:r>
        <w:t>پہلا داخلہ امتحان کے لیے تھا اور دوسرا داخلہ انعام کے لیے ہوگا۔</w:t>
      </w:r>
    </w:p>
    <w:p>
      <w:r>
        <w:rPr>
          <w:b/>
        </w:rPr>
        <w:t xml:space="preserve">[29:06] </w:t>
      </w:r>
      <w:r>
        <w:t>ghair haqeeqat pasandana mansooba.</w:t>
      </w:r>
    </w:p>
    <w:p>
      <w:pPr>
        <w:jc w:val="right"/>
      </w:pPr>
      <w:r>
        <w:t>غیر حقیقت پسندانہ منصوبہ۔</w:t>
      </w:r>
    </w:p>
    <w:p>
      <w:r>
        <w:rPr>
          <w:b/>
        </w:rPr>
        <w:t xml:space="preserve">[29:13] </w:t>
      </w:r>
      <w:r>
        <w:t>quran mein aik fitri haqeeqat ko in alfaaz mein bayan kiya gaya hai: "tumhari amaani se kuch nahi hoga, nisaa".</w:t>
      </w:r>
    </w:p>
    <w:p>
      <w:pPr>
        <w:jc w:val="right"/>
      </w:pPr>
      <w:r>
        <w:t>قرآن میں ایک فطری حقیقت کو ان الفاظ میں بیان کیا گیا ہے: "تمہاری امانی سے کچھ نہیں ہوگا، النساء"۔</w:t>
      </w:r>
    </w:p>
    <w:p>
      <w:r>
        <w:rPr>
          <w:b/>
        </w:rPr>
        <w:t xml:space="preserve">[29:21] </w:t>
      </w:r>
      <w:r>
        <w:t>amaani ka matlab hai be buniyad aarzooen ya false desires.</w:t>
      </w:r>
    </w:p>
    <w:p>
      <w:pPr>
        <w:jc w:val="right"/>
      </w:pPr>
      <w:r>
        <w:t>امانی کا مطلب ہے بے بنیاد آرزوئیں یا فالس ڈیزائرز۔</w:t>
      </w:r>
    </w:p>
    <w:p>
      <w:r>
        <w:rPr>
          <w:b/>
        </w:rPr>
        <w:t xml:space="preserve">[29:28] </w:t>
      </w:r>
      <w:r>
        <w:t>yeh baat quran mein mazhabi mani mein aayi hai, magar yahi baat secular mani mein bhi durust hai. Yani dunya</w:t>
      </w:r>
    </w:p>
    <w:p>
      <w:pPr>
        <w:jc w:val="right"/>
      </w:pPr>
      <w:r>
        <w:t>یہ بات قرآن میں مذہبی معنی میں آئی ہے، مگر یہی بات سیکولر معنی میں بھی درست ہے۔ یعنی دنیا</w:t>
      </w:r>
    </w:p>
    <w:p>
      <w:r>
        <w:rPr>
          <w:b/>
        </w:rPr>
        <w:t xml:space="preserve">[29:36] </w:t>
      </w:r>
      <w:r>
        <w:t>وی معاملات میں غیر حقیقت پسندانہ منصوبہ بندی یا unrealistic planning کا طریقہ اختیار کرنا۔</w:t>
      </w:r>
    </w:p>
    <w:p>
      <w:pPr>
        <w:jc w:val="right"/>
      </w:pPr>
      <w:r>
        <w:t>وی معاملات میں غیر حقیقت پسندانہ منصوبہ بندی یا ان ریلسٹک پلاننگ کا طریقہ اختیار کرنا۔</w:t>
      </w:r>
    </w:p>
    <w:p>
      <w:r>
        <w:rPr>
          <w:b/>
        </w:rPr>
        <w:t xml:space="preserve">[29:42] </w:t>
      </w:r>
      <w:r>
        <w:t>maujooda dunya haqaaq ki dunya hai.</w:t>
      </w:r>
    </w:p>
    <w:p>
      <w:pPr>
        <w:jc w:val="right"/>
      </w:pPr>
      <w:r>
        <w:t>موجودہ دنیا حقائق کی دنیا ہے۔</w:t>
      </w:r>
    </w:p>
    <w:p>
      <w:r>
        <w:rPr>
          <w:b/>
        </w:rPr>
        <w:t xml:space="preserve">[29:48] </w:t>
      </w:r>
      <w:r>
        <w:t>yahan amaani ki buniyad par jo mansooba banaya jaye, woh natijay ke aitbar se hamesha nakaam rahega.</w:t>
      </w:r>
    </w:p>
    <w:p>
      <w:pPr>
        <w:jc w:val="right"/>
      </w:pPr>
      <w:r>
        <w:t>یہاں امانی کی بنیاد پر جو منصوبہ بنایا جائے، وہ نتیجے کے اعتبار سے ہمیشہ ناکام رہے گا۔</w:t>
      </w:r>
    </w:p>
    <w:p>
      <w:r>
        <w:rPr>
          <w:b/>
        </w:rPr>
        <w:t xml:space="preserve">[29:54] </w:t>
      </w:r>
      <w:r>
        <w:t>aise mauqa par log aam taur par apni nakaami ka ilzaam doosron ke upar daalte hain, magar aisa</w:t>
      </w:r>
    </w:p>
    <w:p>
      <w:pPr>
        <w:jc w:val="right"/>
      </w:pPr>
      <w:r>
        <w:t>ایسے موقع پر لوگ عام طور پر اپنی ناکامی کا الزام دوسروں کے اوپر ڈالتے ہیں، مگر ایسا</w:t>
      </w:r>
    </w:p>
    <w:p>
      <w:r>
        <w:rPr>
          <w:b/>
        </w:rPr>
        <w:t xml:space="preserve">[30:00] </w:t>
      </w:r>
      <w:r>
        <w:t>radd-e-amal nakaami par</w:t>
      </w:r>
    </w:p>
    <w:p>
      <w:pPr>
        <w:jc w:val="right"/>
      </w:pPr>
      <w:r>
        <w:t>ردعمل ناکامی پر</w:t>
      </w:r>
    </w:p>
    <w:p>
      <w:r>
        <w:rPr>
          <w:b/>
        </w:rPr>
        <w:t xml:space="preserve">[30:06] </w:t>
      </w:r>
      <w:r>
        <w:t>nadani ka izafa hai.</w:t>
      </w:r>
    </w:p>
    <w:p>
      <w:pPr>
        <w:jc w:val="right"/>
      </w:pPr>
      <w:r>
        <w:t>نادانی کا اضافہ ہے۔</w:t>
      </w:r>
    </w:p>
    <w:p>
      <w:r>
        <w:rPr>
          <w:b/>
        </w:rPr>
        <w:t xml:space="preserve">[30:11] </w:t>
      </w:r>
      <w:r>
        <w:t>is dunya mein har nakaami khud apni ghair haqeeqat pasandana mansooba bandi ki buniyad par hoti hai.</w:t>
      </w:r>
    </w:p>
    <w:p>
      <w:pPr>
        <w:jc w:val="right"/>
      </w:pPr>
      <w:r>
        <w:t>اس دنیا میں ہر ناکامی خود اپنی غیر حقیقت پسندانہ منصوبہ بندی کی بنیاد پر ہوتی ہے۔</w:t>
      </w:r>
    </w:p>
    <w:p>
      <w:r>
        <w:rPr>
          <w:b/>
        </w:rPr>
        <w:t xml:space="preserve">[30:16] </w:t>
      </w:r>
      <w:r>
        <w:t>is liye jab bhi aadmi ko is qism ka tajruba ho to us ko chahiye ke woh doosri</w:t>
      </w:r>
    </w:p>
    <w:p>
      <w:pPr>
        <w:jc w:val="right"/>
      </w:pPr>
      <w:r>
        <w:t>اس لیے جب بھی آدمی کو اس قسم کا تجربہ ہو تو اس کو چاہیے کہ وہ دوسری</w:t>
      </w:r>
    </w:p>
    <w:p>
      <w:r>
        <w:rPr>
          <w:b/>
        </w:rPr>
        <w:t xml:space="preserve">[30:21] </w:t>
      </w:r>
      <w:r>
        <w:t>ghalti na kare.</w:t>
      </w:r>
    </w:p>
    <w:p>
      <w:pPr>
        <w:jc w:val="right"/>
      </w:pPr>
      <w:r>
        <w:t>غلطی نہ کرے۔</w:t>
      </w:r>
    </w:p>
    <w:p>
      <w:r>
        <w:rPr>
          <w:b/>
        </w:rPr>
        <w:t xml:space="preserve">[30:26] </w:t>
      </w:r>
      <w:r>
        <w:t>woh doosron ki shikayat karne ke bajaye khud apni ghalti ko daryaft kare aur mabni bar haqeeqat mansooba</w:t>
      </w:r>
    </w:p>
    <w:p>
      <w:pPr>
        <w:jc w:val="right"/>
      </w:pPr>
      <w:r>
        <w:t>وہ دوسروں کی شکایت کرنے کے بجائے خود اپنی غلطی کو دریافت کرے اور مبنی بر حقیقت منصوبہ</w:t>
      </w:r>
    </w:p>
    <w:p>
      <w:r>
        <w:rPr>
          <w:b/>
        </w:rPr>
        <w:t xml:space="preserve">[30:31] </w:t>
      </w:r>
      <w:r>
        <w:t>bandi ke zariye dobara apne ko kaamyaab</w:t>
      </w:r>
    </w:p>
    <w:p>
      <w:pPr>
        <w:jc w:val="right"/>
      </w:pPr>
      <w:r>
        <w:t>بندی کے ذریعے دوبارہ اپنے کو کامیاب</w:t>
      </w:r>
    </w:p>
    <w:p>
      <w:r>
        <w:rPr>
          <w:b/>
        </w:rPr>
        <w:t xml:space="preserve">[30:36] </w:t>
      </w:r>
      <w:r>
        <w:t>banane ki koshish kare.</w:t>
      </w:r>
    </w:p>
    <w:p>
      <w:pPr>
        <w:jc w:val="right"/>
      </w:pPr>
      <w:r>
        <w:t>بنانے کی کوشش کرے۔</w:t>
      </w:r>
    </w:p>
    <w:p>
      <w:r>
        <w:rPr>
          <w:b/>
        </w:rPr>
        <w:t xml:space="preserve">[30:41] </w:t>
      </w:r>
      <w:r>
        <w:t>ghair haqeeqat pasandana mansooba hamesha do sabab se hota hai: ya galat nishana ya goal ki wajah se,</w:t>
      </w:r>
    </w:p>
    <w:p>
      <w:pPr>
        <w:jc w:val="right"/>
      </w:pPr>
      <w:r>
        <w:t>غیر حقیقت پسندانہ منصوبہ ہمیشہ دو سبب سے ہوتا ہے: یا غلط نشانہ یا گول کی وجہ سے،</w:t>
      </w:r>
    </w:p>
    <w:p>
      <w:r>
        <w:rPr>
          <w:b/>
        </w:rPr>
        <w:t xml:space="preserve">[30:45] </w:t>
      </w:r>
      <w:r>
        <w:t>ya galat tadbeer ki wajah se.</w:t>
      </w:r>
    </w:p>
    <w:p>
      <w:pPr>
        <w:jc w:val="right"/>
      </w:pPr>
      <w:r>
        <w:t>یا غلط تدبیر کی وجہ سے۔</w:t>
      </w:r>
    </w:p>
    <w:p>
      <w:r>
        <w:rPr>
          <w:b/>
        </w:rPr>
        <w:t xml:space="preserve">[30:49] </w:t>
      </w:r>
      <w:r>
        <w:t>galat nishane ka matlab yeh hai ke aadmi aisi cheez ko nishana banaye jo ba-aitbaar halaat is ke</w:t>
      </w:r>
    </w:p>
    <w:p>
      <w:pPr>
        <w:jc w:val="right"/>
      </w:pPr>
      <w:r>
        <w:t>غلط نشانے کا مطلب یہ ہے کہ آدمی ایسی چیز کو نشانہ بنائے جو باعتبار حالات اس کے</w:t>
      </w:r>
    </w:p>
    <w:p>
      <w:r>
        <w:rPr>
          <w:b/>
        </w:rPr>
        <w:t xml:space="preserve">[30:54] </w:t>
      </w:r>
      <w:r>
        <w:t>لیے قابل حصول یا achievable ہی نہ ہو۔</w:t>
      </w:r>
    </w:p>
    <w:p>
      <w:pPr>
        <w:jc w:val="right"/>
      </w:pPr>
      <w:r>
        <w:t>لیے قابل حصول یا اچیویبل ہی نہ ہو۔</w:t>
      </w:r>
    </w:p>
    <w:p>
      <w:r>
        <w:rPr>
          <w:b/>
        </w:rPr>
        <w:t xml:space="preserve">[30:58] </w:t>
      </w:r>
      <w:r>
        <w:t>misalan aalami hukoomat.</w:t>
      </w:r>
    </w:p>
    <w:p>
      <w:pPr>
        <w:jc w:val="right"/>
      </w:pPr>
      <w:r>
        <w:t>مثلاً عالمی حکومت۔</w:t>
      </w:r>
    </w:p>
    <w:p>
      <w:r>
        <w:rPr>
          <w:b/>
        </w:rPr>
        <w:t xml:space="preserve">[31:02] </w:t>
      </w:r>
      <w:r>
        <w:t>tareekh batati hai ke jis ne bhi</w:t>
      </w:r>
    </w:p>
    <w:p>
      <w:pPr>
        <w:jc w:val="right"/>
      </w:pPr>
      <w:r>
        <w:t>تاریخ بتاتی ہے کہ جس نے بھی</w:t>
      </w:r>
    </w:p>
    <w:p>
      <w:r>
        <w:rPr>
          <w:b/>
        </w:rPr>
        <w:t xml:space="preserve">[31:06] </w:t>
      </w:r>
      <w:r>
        <w:t>apne liye aalami government ka nishana ikhtiyar kiya, woh hamesha nakaam raha.</w:t>
      </w:r>
    </w:p>
    <w:p>
      <w:pPr>
        <w:jc w:val="right"/>
      </w:pPr>
      <w:r>
        <w:t>اپنے لیے عالمی گورنمنٹ کا نشانہ اختیار کیا، وہ ہمیشہ ناکام رہا۔</w:t>
      </w:r>
    </w:p>
    <w:p>
      <w:r>
        <w:rPr>
          <w:b/>
        </w:rPr>
        <w:t xml:space="preserve">[31:11] </w:t>
      </w:r>
      <w:r>
        <w:t>doosri cheez galat tadbeer hai.</w:t>
      </w:r>
    </w:p>
    <w:p>
      <w:pPr>
        <w:jc w:val="right"/>
      </w:pPr>
      <w:r>
        <w:t>دوسری چیز غلط تدبیر ہے۔</w:t>
      </w:r>
    </w:p>
    <w:p>
      <w:r>
        <w:rPr>
          <w:b/>
        </w:rPr>
        <w:t xml:space="preserve">[31:17] </w:t>
      </w:r>
      <w:r>
        <w:t>misalan is dunya mein hamesha koi kaamyaabi paimon tareeqa kar ke zariye haasil hoti hai.</w:t>
      </w:r>
    </w:p>
    <w:p>
      <w:pPr>
        <w:jc w:val="right"/>
      </w:pPr>
      <w:r>
        <w:t>مثلاً اس دنیا میں ہمیشہ کوئی کامیابی پرامن طریقہ کار کے ذریعے حاصل ہوتی ہے۔</w:t>
      </w:r>
    </w:p>
    <w:p>
      <w:r>
        <w:rPr>
          <w:b/>
        </w:rPr>
        <w:t xml:space="preserve">[31:22] </w:t>
      </w:r>
      <w:r>
        <w:t>mutashaddidana tareeqa kabhi kaamyaab nahi hota.</w:t>
      </w:r>
    </w:p>
    <w:p>
      <w:pPr>
        <w:jc w:val="right"/>
      </w:pPr>
      <w:r>
        <w:t>متشددانہ طریقہ کبھی کامیاب نہیں ہوتا۔</w:t>
      </w:r>
    </w:p>
    <w:p>
      <w:r>
        <w:rPr>
          <w:b/>
        </w:rPr>
        <w:t xml:space="preserve">[31:27] </w:t>
      </w:r>
      <w:r>
        <w:t>aisi halat mein jo shakhs bhi mutashaddidana tareeqa ikhtiyar karega, khwah ba-sabab khud woh is ko kitna</w:t>
      </w:r>
    </w:p>
    <w:p>
      <w:pPr>
        <w:jc w:val="right"/>
      </w:pPr>
      <w:r>
        <w:t>ایسی حالت میں جو شخص بھی متشددانہ طریقہ اختیار کرے گا، خواہ بطور خود وہ اس کو کتنا</w:t>
      </w:r>
    </w:p>
    <w:p>
      <w:r>
        <w:rPr>
          <w:b/>
        </w:rPr>
        <w:t xml:space="preserve">[31:32] </w:t>
      </w:r>
      <w:r>
        <w:t>hi durust samajhta ho, woh lazmi taur</w:t>
      </w:r>
    </w:p>
    <w:p>
      <w:pPr>
        <w:jc w:val="right"/>
      </w:pPr>
      <w:r>
        <w:t>ہی درست سمجھتا ہو، وہ لازمی طور</w:t>
      </w:r>
    </w:p>
    <w:p>
      <w:r>
        <w:rPr>
          <w:b/>
        </w:rPr>
        <w:t xml:space="preserve">[31:37] </w:t>
      </w:r>
      <w:r>
        <w:t>par nakaami se dochar hoga.</w:t>
      </w:r>
    </w:p>
    <w:p>
      <w:pPr>
        <w:jc w:val="right"/>
      </w:pPr>
      <w:r>
        <w:t>پر ناکامی سے دوچار ہوگا۔</w:t>
      </w:r>
    </w:p>
    <w:p>
      <w:r>
        <w:rPr>
          <w:b/>
        </w:rPr>
        <w:t xml:space="preserve">[31:44] </w:t>
      </w:r>
      <w:r>
        <w:t>aadmi ko chahiye ke woh kabhi amani ki buniyad par koi mansooba na banaye, na infiradi satah par</w:t>
      </w:r>
    </w:p>
    <w:p>
      <w:pPr>
        <w:jc w:val="right"/>
      </w:pPr>
      <w:r>
        <w:t>آدمی کو چاہیے کہ وہ کبھی امانی کی بنیاد پر کوئی منصوبہ نہ بنائے، نہ انفرادی سطح پر</w:t>
      </w:r>
    </w:p>
    <w:p>
      <w:r>
        <w:rPr>
          <w:b/>
        </w:rPr>
        <w:t xml:space="preserve">[31:51] </w:t>
      </w:r>
      <w:r>
        <w:t>aur na qaumi satah par.</w:t>
      </w:r>
    </w:p>
    <w:p>
      <w:pPr>
        <w:jc w:val="right"/>
      </w:pPr>
      <w:r>
        <w:t>اور نہ قومی سطح پر۔</w:t>
      </w:r>
    </w:p>
    <w:p>
      <w:r>
        <w:rPr>
          <w:b/>
        </w:rPr>
        <w:t xml:space="preserve">[31:59] </w:t>
      </w:r>
      <w:r>
        <w:t>jo shakhs bhi aisa karega, woh lazman nakaam hoga, khwah us ne ba-sabab khud is ke liye</w:t>
      </w:r>
    </w:p>
    <w:p>
      <w:pPr>
        <w:jc w:val="right"/>
      </w:pPr>
      <w:r>
        <w:t>جو شخص بھی ایسا کرے گا، وہ لازماً ناکام ہوگا، خواہ اس نے بطور خود اس کے لیے</w:t>
      </w:r>
    </w:p>
    <w:p>
      <w:r>
        <w:rPr>
          <w:b/>
        </w:rPr>
        <w:t xml:space="preserve">[32:06] </w:t>
      </w:r>
      <w:r>
        <w:t>kitne hi zyada khoobsurat alfaaz waza kiye hon.</w:t>
      </w:r>
    </w:p>
    <w:p>
      <w:pPr>
        <w:jc w:val="right"/>
      </w:pPr>
      <w:r>
        <w:t>کتنے ہی زیادہ خوبصورت الفاظ وضع کیے ہوں۔</w:t>
      </w:r>
    </w:p>
    <w:p>
      <w:r>
        <w:rPr>
          <w:b/>
        </w:rPr>
        <w:t xml:space="preserve">[32:13] </w:t>
      </w:r>
      <w:r>
        <w:t>ehl-e-maghrib ka contribution.</w:t>
      </w:r>
    </w:p>
    <w:p>
      <w:pPr>
        <w:jc w:val="right"/>
      </w:pPr>
      <w:r>
        <w:t>اہل مغرب کا کنٹریبیوشن۔</w:t>
      </w:r>
    </w:p>
    <w:p>
      <w:r>
        <w:rPr>
          <w:b/>
        </w:rPr>
        <w:t xml:space="preserve">[32:18] </w:t>
      </w:r>
      <w:r>
        <w:t>ek survey mein yeh poocha gaya ke daur-e-jadeed ki sab se ahem ijaad kya hai? ek maghribi</w:t>
      </w:r>
    </w:p>
    <w:p>
      <w:pPr>
        <w:jc w:val="right"/>
      </w:pPr>
      <w:r>
        <w:t>ایک سروے میں یہ پوچھا گیا کہ دور جدید کی سب سے اہم ایجاد کیا ہے؟ ایک مغربی</w:t>
      </w:r>
    </w:p>
    <w:p>
      <w:r>
        <w:rPr>
          <w:b/>
        </w:rPr>
        <w:t xml:space="preserve">[32:23] </w:t>
      </w:r>
      <w:r>
        <w:t>insaan ne is ke jawab mein kaha ke siphon.</w:t>
      </w:r>
    </w:p>
    <w:p>
      <w:pPr>
        <w:jc w:val="right"/>
      </w:pPr>
      <w:r>
        <w:t>انسان نے اس کے جواب میں کہا کہ سائفن۔</w:t>
      </w:r>
    </w:p>
    <w:p>
      <w:r>
        <w:rPr>
          <w:b/>
        </w:rPr>
        <w:t xml:space="preserve">[32:28] </w:t>
      </w:r>
      <w:r>
        <w:t>siphon is technique ka naam hai jo washroom mein koi naya masla paida kiye baghair is ki</w:t>
      </w:r>
    </w:p>
    <w:p>
      <w:pPr>
        <w:jc w:val="right"/>
      </w:pPr>
      <w:r>
        <w:t>سائفن اس ٹیکنیک کا نام ہے جو واش روم میں کوئی نیا مسئلہ پیدا کیے بغیر اس کی</w:t>
      </w:r>
    </w:p>
    <w:p>
      <w:r>
        <w:rPr>
          <w:b/>
        </w:rPr>
        <w:t xml:space="preserve">[32:33] </w:t>
      </w:r>
      <w:r>
        <w:t>gandagi ko poori tarah saaf kar deta hai.</w:t>
      </w:r>
    </w:p>
    <w:p>
      <w:pPr>
        <w:jc w:val="right"/>
      </w:pPr>
      <w:r>
        <w:t>گندگی کو پوری طرح صاف کر دیتا ہے۔</w:t>
      </w:r>
    </w:p>
    <w:p>
      <w:r>
        <w:rPr>
          <w:b/>
        </w:rPr>
        <w:t xml:space="preserve">[32:38] </w:t>
      </w:r>
      <w:r>
        <w:t>Siphon: A tube used to convey liquid upwards from a r</w:t>
      </w:r>
    </w:p>
    <w:p>
      <w:pPr>
        <w:jc w:val="right"/>
      </w:pPr>
      <w:r>
        <w:t>سائفن: اے ٹیوب یوز ٹو کنوے لیکوڈ اپورڈز فرام اے ر</w:t>
      </w:r>
    </w:p>
    <w:p>
      <w:r>
        <w:rPr>
          <w:b/>
        </w:rPr>
        <w:t xml:space="preserve">[32:43] </w:t>
      </w:r>
      <w:r>
        <w:t>servoir and then down to a lower level of its own accord. Once liquid has been forced into the tube, typically by suction or immersion, flow continues unaided. Siphon safai ki ek saada technique hai, lekin poori tareekh mein koi haiwan is ko daryaft na kar saka. Daur-e-jadeed mein jab aql ka azadana istemal shuru hua to insaan ne durbin</w:t>
      </w:r>
    </w:p>
    <w:p>
      <w:pPr>
        <w:jc w:val="right"/>
      </w:pPr>
      <w:r>
        <w:t>یزروائر اینڈ دین ڈاؤن ٹو اے لوئر لیول اف اٹس اون اکارڈ۔ ونس لیکوڈ ہیز بین فورسڈ انٹو دی ٹیوب، ٹپیکلی بائے سیکشن اور ایمرشن، فلو کنٹینیوز ان ایڈڈ۔ سائفن صفائی کی ایک سادہ ٹیکنیک ہے، لیکن پوری تاریخ میں کوئی حیوان اس کو دریافت نہ کر سکا۔ دور جدید میں جب عقل کا آزادانہ استعمال شروع ہوا تو انسان نے دوربین</w:t>
      </w:r>
    </w:p>
    <w:p>
      <w:r>
        <w:rPr>
          <w:b/>
        </w:rPr>
        <w:t xml:space="preserve">[33:13] </w:t>
      </w:r>
      <w:r>
        <w:t>aur khurdbeen se le kar siphon tak beshumar cheezein daryaft keen.</w:t>
      </w:r>
    </w:p>
    <w:p>
      <w:pPr>
        <w:jc w:val="right"/>
      </w:pPr>
      <w:r>
        <w:t>اور خوردبین سے لے کر سائفن تک بے شمار چیزیں دریافت کیں۔</w:t>
      </w:r>
    </w:p>
    <w:p>
      <w:r>
        <w:rPr>
          <w:b/>
        </w:rPr>
        <w:t xml:space="preserve">[33:20] </w:t>
      </w:r>
      <w:r>
        <w:t>modern tehzeeb ko wajood mein laane ka kaam taqreeban tamam tar ehl-e-maghrib ne anjaam diya hai.</w:t>
      </w:r>
    </w:p>
    <w:p>
      <w:pPr>
        <w:jc w:val="right"/>
      </w:pPr>
      <w:r>
        <w:t>ماڈرن تہذیب کو وجود میں لانے کا کام تقریباً تمام تر اہل مغرب نے انجام دیا ہے۔</w:t>
      </w:r>
    </w:p>
    <w:p>
      <w:r>
        <w:rPr>
          <w:b/>
        </w:rPr>
        <w:t xml:space="preserve">[33:26] </w:t>
      </w:r>
      <w:r>
        <w:t>is maamle par ghaur karte hue raqim-ul-huroof ne yeh samjha hai ke is maamle mein Allah taala</w:t>
      </w:r>
    </w:p>
    <w:p>
      <w:pPr>
        <w:jc w:val="right"/>
      </w:pPr>
      <w:r>
        <w:t>اس معاملے پر غور کرتے ہوئے راقم الحروف نے یہ سمجھا ہے کہ اس معاملے میں اللہ تعالی</w:t>
      </w:r>
    </w:p>
    <w:p>
      <w:r>
        <w:rPr>
          <w:b/>
        </w:rPr>
        <w:t xml:space="preserve">[33:32] </w:t>
      </w:r>
      <w:r>
        <w:t>ne taqseem-e-kaar ka usool ikhtiyar farmaya hai.</w:t>
      </w:r>
    </w:p>
    <w:p>
      <w:pPr>
        <w:jc w:val="right"/>
      </w:pPr>
      <w:r>
        <w:t>نے تقسیم کار کا اصول اختیار فرمایا ہے۔</w:t>
      </w:r>
    </w:p>
    <w:p>
      <w:r>
        <w:rPr>
          <w:b/>
        </w:rPr>
        <w:t xml:space="preserve">[33:38] </w:t>
      </w:r>
      <w:r>
        <w:t>yaani deen-e-haq ki ishaat ka kaam ehl-e-islam ki zimmedari qarar diya</w:t>
      </w:r>
    </w:p>
    <w:p>
      <w:pPr>
        <w:jc w:val="right"/>
      </w:pPr>
      <w:r>
        <w:t>یعنی دین حق کی اشاعت کا کام اہل اسلام کی ذمہ داری قرار دیا</w:t>
      </w:r>
    </w:p>
    <w:p>
      <w:r>
        <w:rPr>
          <w:b/>
        </w:rPr>
        <w:t xml:space="preserve">[33:44] </w:t>
      </w:r>
      <w:r>
        <w:t>aur ehl-e-maghrib ko is maamle mein hadees ke alfaaz mein taeed ka role ata farmaya.</w:t>
      </w:r>
    </w:p>
    <w:p>
      <w:pPr>
        <w:jc w:val="right"/>
      </w:pPr>
      <w:r>
        <w:t>اور اہل مغرب کو اس معاملے میں حدیث کے الفاظ میں تائید کا رول عطا فرمایا۔</w:t>
      </w:r>
    </w:p>
    <w:p>
      <w:r>
        <w:rPr>
          <w:b/>
        </w:rPr>
        <w:t xml:space="preserve">[33:50] </w:t>
      </w:r>
      <w:r>
        <w:t>deen-e-khudawandi ki ishaat ke maamle mein ehl-e-islam ka role barah-e-raast role hai aur ehl-e-maghrib</w:t>
      </w:r>
    </w:p>
    <w:p>
      <w:pPr>
        <w:jc w:val="right"/>
      </w:pPr>
      <w:r>
        <w:t>دین خداوندی کی اشاعت کے معاملے میں اہل اسلام کا رول براہ راست رول ہے اور اہل مغرب</w:t>
      </w:r>
    </w:p>
    <w:p>
      <w:r>
        <w:rPr>
          <w:b/>
        </w:rPr>
        <w:t xml:space="preserve">[33:56] </w:t>
      </w:r>
      <w:r>
        <w:t>ka role bil-waasta role.</w:t>
      </w:r>
    </w:p>
    <w:p>
      <w:pPr>
        <w:jc w:val="right"/>
      </w:pPr>
      <w:r>
        <w:t>کا رول بالواسطہ رول۔</w:t>
      </w:r>
    </w:p>
    <w:p>
      <w:r>
        <w:rPr>
          <w:b/>
        </w:rPr>
        <w:t xml:space="preserve">[34:02] </w:t>
      </w:r>
      <w:r>
        <w:t>magar baaz asbaab se musalmanon ne ehl-e-maghrib ko apna dushman samajh liya aur un ke khilaaf musallah</w:t>
      </w:r>
    </w:p>
    <w:p>
      <w:pPr>
        <w:jc w:val="right"/>
      </w:pPr>
      <w:r>
        <w:t>مگر بعض اسباب سے مسلمانوں نے اہل مغرب کو اپنا دشمن سمجھ لیا اور ان کے خلاف مسلح</w:t>
      </w:r>
    </w:p>
    <w:p>
      <w:r>
        <w:rPr>
          <w:b/>
        </w:rPr>
        <w:t xml:space="preserve">[34:08] </w:t>
      </w:r>
      <w:r>
        <w:t>ya ghair musallah jang chhed di.</w:t>
      </w:r>
    </w:p>
    <w:p>
      <w:pPr>
        <w:jc w:val="right"/>
      </w:pPr>
      <w:r>
        <w:t>یا غیر مسلح جنگ چھیڑ دیا۔</w:t>
      </w:r>
    </w:p>
    <w:p>
      <w:r>
        <w:rPr>
          <w:b/>
        </w:rPr>
        <w:t xml:space="preserve">[34:14] </w:t>
      </w:r>
      <w:r>
        <w:t>is ka nateeja yeh hua ke deen ki dawat-o-ishaat ka kaam anjaam paane se reh gaya.</w:t>
      </w:r>
    </w:p>
    <w:p>
      <w:pPr>
        <w:jc w:val="right"/>
      </w:pPr>
      <w:r>
        <w:t>اس کا نتیجہ یہ ہوا کہ دین کی دعوت و اشاعت کا کام انجام پانے سے رہ گیا۔</w:t>
      </w:r>
    </w:p>
    <w:p>
      <w:r>
        <w:rPr>
          <w:b/>
        </w:rPr>
        <w:t xml:space="preserve">[34:20] </w:t>
      </w:r>
      <w:r>
        <w:t>deen ki dawat-o-ishaat ke liye jin maadi cheezon ki zaroorat thi, un sab ko ehl-e-maghrib</w:t>
      </w:r>
    </w:p>
    <w:p>
      <w:pPr>
        <w:jc w:val="right"/>
      </w:pPr>
      <w:r>
        <w:t>دین کی دعوت و اشاعت کے لیے جن مادی چیزوں کی ضرورت تھی، ان سب کو اہل مغرب</w:t>
      </w:r>
    </w:p>
    <w:p>
      <w:r>
        <w:rPr>
          <w:b/>
        </w:rPr>
        <w:t xml:space="preserve">[34:26] </w:t>
      </w:r>
      <w:r>
        <w:t>ne jadeed sanad aur jadeed technology ke zariye faraham kiya.</w:t>
      </w:r>
    </w:p>
    <w:p>
      <w:pPr>
        <w:jc w:val="right"/>
      </w:pPr>
      <w:r>
        <w:t>نے جدید سند اور جدید ٹیکنالوجی کے ذریعے فراہم کیا۔</w:t>
      </w:r>
    </w:p>
    <w:p>
      <w:r>
        <w:rPr>
          <w:b/>
        </w:rPr>
        <w:t xml:space="preserve">[34:32] </w:t>
      </w:r>
      <w:r>
        <w:t>ab ehl-e-islam ke liye zaroori hai ke woh ehl-e-maghrib ka shukriya ada karte hue un zarea'</w:t>
      </w:r>
    </w:p>
    <w:p>
      <w:pPr>
        <w:jc w:val="right"/>
      </w:pPr>
      <w:r>
        <w:t>اب اہل اسلام کے لیے ضروری ہے کہ وہ اہل مغرب کا شکریہ ادا کرتے ہوئے ان ذرائع</w:t>
      </w:r>
    </w:p>
    <w:p>
      <w:r>
        <w:rPr>
          <w:b/>
        </w:rPr>
        <w:t xml:space="preserve">[34:38] </w:t>
      </w:r>
      <w:r>
        <w:t>ko deen-e-khudawandi ki taeed ke</w:t>
      </w:r>
    </w:p>
    <w:p>
      <w:pPr>
        <w:jc w:val="right"/>
      </w:pPr>
      <w:r>
        <w:t>کو دین خداوندی کی تائید کے</w:t>
      </w:r>
    </w:p>
    <w:p>
      <w:r>
        <w:rPr>
          <w:b/>
        </w:rPr>
        <w:t xml:space="preserve">[34:44] </w:t>
      </w:r>
      <w:r>
        <w:t>liye istemal karein.</w:t>
      </w:r>
    </w:p>
    <w:p>
      <w:pPr>
        <w:jc w:val="right"/>
      </w:pPr>
      <w:r>
        <w:t>لیے استعمال کریں۔</w:t>
      </w:r>
    </w:p>
    <w:p>
      <w:r>
        <w:rPr>
          <w:b/>
        </w:rPr>
        <w:t xml:space="preserve">[34:54] </w:t>
      </w:r>
      <w:r>
        <w:t>ijma ki haqeeqat.</w:t>
      </w:r>
    </w:p>
    <w:p>
      <w:pPr>
        <w:jc w:val="right"/>
      </w:pPr>
      <w:r>
        <w:t>اجماع کی حقیقت۔</w:t>
      </w:r>
    </w:p>
    <w:p>
      <w:r>
        <w:rPr>
          <w:b/>
        </w:rPr>
        <w:t xml:space="preserve">[35:04] </w:t>
      </w:r>
      <w:r>
        <w:t>paighambar-e-islam sallallahu alaihi wasallam ne apne aakhri zamane mein farmaya tha: "tarakt fikum amrain lan tadillu ma tamassak</w:t>
      </w:r>
    </w:p>
    <w:p>
      <w:pPr>
        <w:jc w:val="right"/>
      </w:pPr>
      <w:r>
        <w:t>پیغمبر اسلام صلی اللہ علیہ وسلم نے اپنے آخری زمانے میں فرمایا تھا: "ترکت فیکم امرین لن تضلوا ما تمسک</w:t>
      </w:r>
    </w:p>
    <w:p>
      <w:r>
        <w:rPr>
          <w:b/>
        </w:rPr>
        <w:t xml:space="preserve">[35:15] </w:t>
      </w:r>
      <w:r>
        <w:t>tum bih Kitab Allah wa Sunnat Nabih".</w:t>
      </w:r>
    </w:p>
    <w:p>
      <w:pPr>
        <w:jc w:val="right"/>
      </w:pPr>
      <w:r>
        <w:t>تم بہما کتاب اللہ وسنت نبیہ"۔</w:t>
      </w:r>
    </w:p>
    <w:p>
      <w:r>
        <w:rPr>
          <w:b/>
        </w:rPr>
        <w:t xml:space="preserve">[35:21] </w:t>
      </w:r>
      <w:r>
        <w:t>yaani mein tumhare darmiyan do cheezein chhod raha hoon, tum hargiz gumrah na hoge jab tak tum un</w:t>
      </w:r>
    </w:p>
    <w:p>
      <w:pPr>
        <w:jc w:val="right"/>
      </w:pPr>
      <w:r>
        <w:t>یعنی میں تمہارے درمیان دو چیزیں چھوڑ رہا ہوں، تم ہرگز گمراہ نہ ہوگے جب تک تم ان</w:t>
      </w:r>
    </w:p>
    <w:p>
      <w:r>
        <w:rPr>
          <w:b/>
        </w:rPr>
        <w:t xml:space="preserve">[35:27] </w:t>
      </w:r>
      <w:r>
        <w:t>donon ko pakre raho ge: Allah ki kitab aur us ke nabi ki sunnat.</w:t>
      </w:r>
    </w:p>
    <w:p>
      <w:pPr>
        <w:jc w:val="right"/>
      </w:pPr>
      <w:r>
        <w:t>دونوں کو پکڑے رہو گے: اللہ کی کتاب اور اس کے نبی کی سنت۔</w:t>
      </w:r>
    </w:p>
    <w:p>
      <w:r>
        <w:rPr>
          <w:b/>
        </w:rPr>
        <w:t xml:space="preserve">[35:33] </w:t>
      </w:r>
      <w:r>
        <w:t>is qaul-e-rasool se yeh sabit hua ke masdar-e-shariat sirf do hain.</w:t>
      </w:r>
    </w:p>
    <w:p>
      <w:pPr>
        <w:jc w:val="right"/>
      </w:pPr>
      <w:r>
        <w:t>اس قول رسول سے یہ ثابت ہوا کہ مصدر شریعت صرف دو ہیں۔</w:t>
      </w:r>
    </w:p>
    <w:p>
      <w:r>
        <w:rPr>
          <w:b/>
        </w:rPr>
        <w:t xml:space="preserve">[35:39] </w:t>
      </w:r>
      <w:r>
        <w:t>kisi ko yeh haq nahi ke woh is tadad mein izafa kar ke in ko teen ya char bana</w:t>
      </w:r>
    </w:p>
    <w:p>
      <w:pPr>
        <w:jc w:val="right"/>
      </w:pPr>
      <w:r>
        <w:t>کسی کو یہ حق نہیں کہ وہ اس تعداد میں اضافہ کر کے ان کو تین یا چار بنا</w:t>
      </w:r>
    </w:p>
    <w:p>
      <w:r>
        <w:rPr>
          <w:b/>
        </w:rPr>
        <w:t xml:space="preserve">[35:45] </w:t>
      </w:r>
      <w:r>
        <w:t>le. Sahaba aur tabeen ke zamane mein deen ke bare mein yahi tasawwur paya jata tha. Is zamane mein yahi do cheezein masadir-e-shariat ki hesiyat rakhti theen. Lekin Abbasi khilafat ke zamane mein fiqh ka daur aaya. Us waqt yeh maan liya gaya ke Quran-o-sunnat ke ilawa ek aur masdar-e-shariat bhi hai aur woh muslim ulama ka ijma hai. Fuqaha ke</w:t>
      </w:r>
    </w:p>
    <w:p>
      <w:pPr>
        <w:jc w:val="right"/>
      </w:pPr>
      <w:r>
        <w:t>لے۔ صحابہ اور تابعین کے زمانے میں دین کے بارے میں یہی تصور پایا جاتا تھا۔ اس زمانے میں یہی دو چیزیں مصادر شریعت کی حیثیت رکھتی تھیں۔ لیکن عباسی خلافت کے زمانے میں فقہاء کا دور آیا۔ اس وقت یہ مان لیا گیا کہ قرآن و سنت کے علاوہ ایک اور مصدر شریعت بھی ہے اور وہ مسلم علماء کا اجماع ہے۔ فقہاء کے</w:t>
      </w:r>
    </w:p>
    <w:p>
      <w:r>
        <w:rPr>
          <w:b/>
        </w:rPr>
        <w:t xml:space="preserve">[36:15] </w:t>
      </w:r>
      <w:r>
        <w:t>is izafe ko aam taur par musalmanon ke darmiyan tasleem kar liya gaya.</w:t>
      </w:r>
    </w:p>
    <w:p>
      <w:pPr>
        <w:jc w:val="right"/>
      </w:pPr>
      <w:r>
        <w:t>اس اضافے کو عام طور پر مسلمانوں کے درمیان تسلیم کر لیا گیا۔</w:t>
      </w:r>
    </w:p>
    <w:p>
      <w:r>
        <w:rPr>
          <w:b/>
        </w:rPr>
        <w:t xml:space="preserve">[36:21] </w:t>
      </w:r>
      <w:r>
        <w:t>ulama ke ijma ko masdar-e-shariat ka darja dena kulli taur par galat na tha.</w:t>
      </w:r>
    </w:p>
    <w:p>
      <w:pPr>
        <w:jc w:val="right"/>
      </w:pPr>
      <w:r>
        <w:t>علماء کے اجماع کو مصدر شریعت کا درجہ دینا کلی طور پر غلط نہ تھا۔</w:t>
      </w:r>
    </w:p>
    <w:p>
      <w:r>
        <w:rPr>
          <w:b/>
        </w:rPr>
        <w:t xml:space="preserve">[36:27] </w:t>
      </w:r>
      <w:r>
        <w:t>tahum is ijma ki hesiyat sirf waqti ma'ne mein thi, na ke abadi ma'ne mein.</w:t>
      </w:r>
    </w:p>
    <w:p>
      <w:pPr>
        <w:jc w:val="right"/>
      </w:pPr>
      <w:r>
        <w:t>تاہم اس اجماع کی حیثیت صرف وقتی معنی میں تھی، نہ کہ ابدی معنی میں۔</w:t>
      </w:r>
    </w:p>
    <w:p>
      <w:r>
        <w:rPr>
          <w:b/>
        </w:rPr>
        <w:t xml:space="preserve">[36:33] </w:t>
      </w:r>
      <w:r>
        <w:t>yani agar musalmanon ke darmiyan ek masla paida ho, is par koi wazeh hukum pehle se maujood na</w:t>
      </w:r>
    </w:p>
    <w:p>
      <w:pPr>
        <w:jc w:val="right"/>
      </w:pPr>
      <w:r>
        <w:t>یعنی اگر مسلمانوں کے درمیان ایک مسئلہ پیدا ہو، اس پر کوئی واضح حکم پہلے سے موجود نہ</w:t>
      </w:r>
    </w:p>
    <w:p>
      <w:r>
        <w:rPr>
          <w:b/>
        </w:rPr>
        <w:t xml:space="preserve">[36:39] </w:t>
      </w:r>
      <w:r>
        <w:t>ho to woh ulama ki majlis mein zir</w:t>
      </w:r>
    </w:p>
    <w:p>
      <w:pPr>
        <w:jc w:val="right"/>
      </w:pPr>
      <w:r>
        <w:t>ہو تو وہ علماء کی مجلس میں زیر</w:t>
      </w:r>
    </w:p>
    <w:p>
      <w:r>
        <w:rPr>
          <w:b/>
        </w:rPr>
        <w:t xml:space="preserve">[36:45] </w:t>
      </w:r>
      <w:r>
        <w:t>bahs aayega.</w:t>
      </w:r>
    </w:p>
    <w:p>
      <w:pPr>
        <w:jc w:val="right"/>
      </w:pPr>
      <w:r>
        <w:t>بحث آئے گا۔</w:t>
      </w:r>
    </w:p>
    <w:p>
      <w:r>
        <w:rPr>
          <w:b/>
        </w:rPr>
        <w:t xml:space="preserve">[36:49] </w:t>
      </w:r>
      <w:r>
        <w:t>is bahs ke baad agar ulama ke ittefaq-e-ray se ek baat tay ho jaye to us ko</w:t>
      </w:r>
    </w:p>
    <w:p>
      <w:pPr>
        <w:jc w:val="right"/>
      </w:pPr>
      <w:r>
        <w:t>اس مباحثے کے بعد اگر علماء کے اتفاق رائے سے ایک بات طے ہو جائے تو اس کو</w:t>
      </w:r>
    </w:p>
    <w:p>
      <w:r>
        <w:rPr>
          <w:b/>
        </w:rPr>
        <w:t xml:space="preserve">[36:54] </w:t>
      </w:r>
      <w:r>
        <w:t>ijma-e-ummat kaha ja sakta hai.</w:t>
      </w:r>
    </w:p>
    <w:p>
      <w:pPr>
        <w:jc w:val="right"/>
      </w:pPr>
      <w:r>
        <w:t>اجماع امت کہا جا سکتا ہے۔</w:t>
      </w:r>
    </w:p>
    <w:p>
      <w:r>
        <w:rPr>
          <w:b/>
        </w:rPr>
        <w:t xml:space="preserve">[36:58] </w:t>
      </w:r>
      <w:r>
        <w:t>lekin shariat ke abadi masdar ki hesiyat se nahi, balkeh ek pesh-amadah masle mein waqti aitbar se</w:t>
      </w:r>
    </w:p>
    <w:p>
      <w:pPr>
        <w:jc w:val="right"/>
      </w:pPr>
      <w:r>
        <w:t>لیکن شریعت کے ابدی مصدر کی حیثیت سے نہیں، بلکہ ایک پیش آمدہ مسئلے میں وقتی اعتبار سے</w:t>
      </w:r>
    </w:p>
    <w:p>
      <w:r>
        <w:rPr>
          <w:b/>
        </w:rPr>
        <w:t xml:space="preserve">[37:02] </w:t>
      </w:r>
      <w:r>
        <w:t>shariat ke amli موقف ko mutayyan karne ke liye.</w:t>
      </w:r>
    </w:p>
    <w:p>
      <w:pPr>
        <w:jc w:val="right"/>
      </w:pPr>
      <w:r>
        <w:t>شریعت کے عملی موقف کو متعین کرنے کے لیے۔</w:t>
      </w:r>
    </w:p>
    <w:p>
      <w:r>
        <w:rPr>
          <w:b/>
        </w:rPr>
        <w:t xml:space="preserve">[37:07] </w:t>
      </w:r>
      <w:r>
        <w:t>yeh pesh-amadah masle ka ek waqti hal hai.</w:t>
      </w:r>
    </w:p>
    <w:p>
      <w:pPr>
        <w:jc w:val="right"/>
      </w:pPr>
      <w:r>
        <w:t>یہ پیش آمدہ مسئلے کا ایک وقتی حل ہے۔</w:t>
      </w:r>
    </w:p>
    <w:p>
      <w:r>
        <w:rPr>
          <w:b/>
        </w:rPr>
        <w:t xml:space="preserve">[37:11] </w:t>
      </w:r>
      <w:r>
        <w:t>woh shariat-e-islami ka</w:t>
      </w:r>
    </w:p>
    <w:p>
      <w:pPr>
        <w:jc w:val="right"/>
      </w:pPr>
      <w:r>
        <w:t>وہ شریعت اسلامی کا</w:t>
      </w:r>
    </w:p>
    <w:p>
      <w:r>
        <w:rPr>
          <w:b/>
        </w:rPr>
        <w:t xml:space="preserve">[37:15] </w:t>
      </w:r>
      <w:r>
        <w:t>abadi hissa nahi. Pesh aamda masle mein is qism ke ijma ya ittifaq-e-ray ko waqti mani mein qabil-e-itatba samjha ja sakta hai. Lekin yeh ganjayish yaqeenan baqi rahegi ke baat ko naye halaat mein ulama koi naya faisla dein. Is mamle mein ulama kisi saabiq ijma ke paband na honge. Goiya ke is qism ka ijma pesh aamda masle ko</w:t>
      </w:r>
    </w:p>
    <w:p>
      <w:pPr>
        <w:jc w:val="right"/>
      </w:pPr>
      <w:r>
        <w:t>ابدی حصہ نہیں۔ پیش آمدہ مسئلے میں اس قسم کے اجماع یا اتفاق رائے کو وقتی معنی میں قابل اتباع سمجھا جا سکتا ہے۔ لیکن یہ گنجائش یقینا باقی رہے گی کہ بات کو نئے حالات میں علماء کوئی نیا فیصلہ دیں۔ اس معاملے میں علماء کسی سابق اجماع کے پابند نہ ہوں گے۔ گویا کہ اس قسم کا اجماع پیش آمدہ مسئلے کو ح</w:t>
      </w:r>
    </w:p>
    <w:p>
      <w:r>
        <w:rPr>
          <w:b/>
        </w:rPr>
        <w:t xml:space="preserve">[37:45] </w:t>
      </w:r>
      <w:r>
        <w:t>hal karne ki ek waqti tadbeer hai, na yeh ke us ko hamesha ke liye shariat ka ek</w:t>
      </w:r>
    </w:p>
    <w:p>
      <w:pPr>
        <w:jc w:val="right"/>
      </w:pPr>
      <w:r>
        <w:t>ل کرنے کی ایک وقتی تدبیر ہے، نہ یہ کہ اس کو ہمیشہ کے لیے شریعت کا ایک</w:t>
      </w:r>
    </w:p>
    <w:p>
      <w:r>
        <w:rPr>
          <w:b/>
        </w:rPr>
        <w:t xml:space="preserve">[37:55] </w:t>
      </w:r>
      <w:r>
        <w:t>mustaqil masdar ya source maan liya jaye.</w:t>
      </w:r>
    </w:p>
    <w:p>
      <w:pPr>
        <w:jc w:val="right"/>
      </w:pPr>
      <w:r>
        <w:t>مستقل مصدر یا سورس مان لیا جائے۔</w:t>
      </w:r>
    </w:p>
    <w:p>
      <w:r>
        <w:rPr>
          <w:b/>
        </w:rPr>
        <w:t xml:space="preserve">[38:05] </w:t>
      </w:r>
      <w:r>
        <w:t>ijtehad kya hai? ijtehad ka lafzi matlab hai poori koshish karna, to strive.</w:t>
      </w:r>
    </w:p>
    <w:p>
      <w:pPr>
        <w:jc w:val="right"/>
      </w:pPr>
      <w:r>
        <w:t>اجتہاد کیا ہے؟ اجتہاد کا لفظی مطلب ہے پوری کوشش کرنا، ٹ</w:t>
      </w:r>
    </w:p>
    <w:p>
      <w:r>
        <w:rPr>
          <w:b/>
        </w:rPr>
        <w:t xml:space="preserve">[38:15] </w:t>
      </w:r>
      <w:r>
        <w:t>to strive.</w:t>
      </w:r>
    </w:p>
    <w:p>
      <w:pPr>
        <w:jc w:val="right"/>
      </w:pPr>
      <w:r>
        <w:t>و سٹرائیو۔</w:t>
      </w:r>
    </w:p>
    <w:p>
      <w:r>
        <w:rPr>
          <w:b/>
        </w:rPr>
        <w:t xml:space="preserve">[38:21] </w:t>
      </w:r>
      <w:r>
        <w:t>ijtehad ka lafz hadith ki do riwayat mein aaya hai.</w:t>
      </w:r>
    </w:p>
    <w:p>
      <w:pPr>
        <w:jc w:val="right"/>
      </w:pPr>
      <w:r>
        <w:t>اجتہاد کا لفظ حدیث کی دو روایتوں میں آیا ہے۔</w:t>
      </w:r>
    </w:p>
    <w:p>
      <w:r>
        <w:rPr>
          <w:b/>
        </w:rPr>
        <w:t xml:space="preserve">[38:26] </w:t>
      </w:r>
      <w:r>
        <w:t>un donon hadison mein ijtehad ka matlab hai kisi mamle mein amr-e-shari maloom karne ki koshish karna.</w:t>
      </w:r>
    </w:p>
    <w:p>
      <w:pPr>
        <w:jc w:val="right"/>
      </w:pPr>
      <w:r>
        <w:t>ان دونوں حدیثوں میں اجتہاد کا مطلب ہے کسی معاملے میں امر شرعی معلوم کرنے کی کوشش کرنا۔</w:t>
      </w:r>
    </w:p>
    <w:p>
      <w:r>
        <w:rPr>
          <w:b/>
        </w:rPr>
        <w:t xml:space="preserve">[38:31] </w:t>
      </w:r>
      <w:r>
        <w:t>quran mein is ke hum ma'ni lafz istinbat aaya hai.</w:t>
      </w:r>
    </w:p>
    <w:p>
      <w:pPr>
        <w:jc w:val="right"/>
      </w:pPr>
      <w:r>
        <w:t>قرآن میں اس کے ہم معنی لفظ استنبات آیا ہے۔</w:t>
      </w:r>
    </w:p>
    <w:p>
      <w:r>
        <w:rPr>
          <w:b/>
        </w:rPr>
        <w:t xml:space="preserve">[38:36] </w:t>
      </w:r>
      <w:r>
        <w:t>is ka matlab hai nateeja akhaz karna, to infer.</w:t>
      </w:r>
    </w:p>
    <w:p>
      <w:pPr>
        <w:jc w:val="right"/>
      </w:pPr>
      <w:r>
        <w:t>اس کا مطلب ہے نتیجہ اخذ کرنا، ٹو انفر۔</w:t>
      </w:r>
    </w:p>
    <w:p>
      <w:r>
        <w:rPr>
          <w:b/>
        </w:rPr>
        <w:t xml:space="preserve">[38:41] </w:t>
      </w:r>
      <w:r>
        <w:t>ijtehad ya istinbat ki koi lazmi shart ya condition nahi hai.</w:t>
      </w:r>
    </w:p>
    <w:p>
      <w:pPr>
        <w:jc w:val="right"/>
      </w:pPr>
      <w:r>
        <w:t>اجتہاد یا استنبات کی کوئی لازمی شرط یا کنڈیشن نہیں ہے۔</w:t>
      </w:r>
    </w:p>
    <w:p>
      <w:r>
        <w:rPr>
          <w:b/>
        </w:rPr>
        <w:t xml:space="preserve">[38:46] </w:t>
      </w:r>
      <w:r>
        <w:t>har aadmi ijtehad aur istinbat ka amal kar sakta hai.</w:t>
      </w:r>
    </w:p>
    <w:p>
      <w:pPr>
        <w:jc w:val="right"/>
      </w:pPr>
      <w:r>
        <w:t>ہر آدمی اجتہاد اور استنبات کا عمل کر سکتا ہے۔</w:t>
      </w:r>
    </w:p>
    <w:p>
      <w:r>
        <w:rPr>
          <w:b/>
        </w:rPr>
        <w:t xml:space="preserve">[38:54] </w:t>
      </w:r>
      <w:r>
        <w:t>is ki shart sirf yeh hai ke kisi ijtihad ya istinbat ko mutlaq na samjha jaye, balkeh is</w:t>
      </w:r>
    </w:p>
    <w:p>
      <w:pPr>
        <w:jc w:val="right"/>
      </w:pPr>
      <w:r>
        <w:t>اس کی شرط صرف یہ ہے کہ کسی اجتہاد یا استنبات کو مطلق نہ سمجھا جائے، بلکہ اس</w:t>
      </w:r>
    </w:p>
    <w:p>
      <w:r>
        <w:rPr>
          <w:b/>
        </w:rPr>
        <w:t xml:space="preserve">[39:02] </w:t>
      </w:r>
      <w:r>
        <w:t>ko nazar sani ka mozu ya subject to re examination samjha jaye.</w:t>
      </w:r>
    </w:p>
    <w:p>
      <w:pPr>
        <w:jc w:val="right"/>
      </w:pPr>
      <w:r>
        <w:t>کو نظر ثانی کا موضوع یا سبجیکٹ ٹو ری ایگزامینیشن سمجھا جائے۔</w:t>
      </w:r>
    </w:p>
    <w:p>
      <w:r>
        <w:rPr>
          <w:b/>
        </w:rPr>
        <w:t xml:space="preserve">[39:09] </w:t>
      </w:r>
      <w:r>
        <w:t>hadith mein aya hai: "jab hukum al hakim fajtahad fasab falahu ajran waztajhad</w:t>
      </w:r>
    </w:p>
    <w:p>
      <w:pPr>
        <w:jc w:val="right"/>
      </w:pPr>
      <w:r>
        <w:t>حدیث میں آیا ہے: "اذا حکم الحاکم فاجتہد فاصاب فلہ اجران وازجتہد</w:t>
      </w:r>
    </w:p>
    <w:p>
      <w:r>
        <w:rPr>
          <w:b/>
        </w:rPr>
        <w:t xml:space="preserve">[39:17] </w:t>
      </w:r>
      <w:r>
        <w:t>fa'akhata falahu ajr". Sahih Bukhari. Yaani jab koi hakim faisla de aur woh ijtihad kare aur us ka woh hukum durust ho to us ko dohra ajr milega. Aur agar us ne koi aisa hukum diya jis mein us ne ijtihad kiya lekin woh khata kar gaya to us ko ek ajr milega. Is ka matlab yeh hai ke kisi ka ijtihad mutlaq ijtihad nahi hai. Har shakhs ka ijtihad nazar-e-sani ka mauzu</w:t>
      </w:r>
    </w:p>
    <w:p>
      <w:pPr>
        <w:jc w:val="right"/>
      </w:pPr>
      <w:r>
        <w:t>فاخطا فلہ اجر"۔ صحیح بخاری۔ یعنی جب کوئی حاکم فیصلہ دے اور وہ اجتہاد کرے اور اس کا وہ حکم درست ہو تو اس کو دہرا اجر ملے گا۔ اور اگر اس نے کوئی ایسا حکم دیا جس میں اس نے اجتہاد کیا لیکن وہ خطا کر گیا تو اس کو ایک اجر ملے گا۔ اس کا مطلب یہ ہے کہ کسی کا اجتہاد مطلق اجتہاد نہیں ہے۔ ہر شخص کا اجتہاد نظر ثانی کا موضوع</w:t>
      </w:r>
    </w:p>
    <w:p>
      <w:r>
        <w:rPr>
          <w:b/>
        </w:rPr>
        <w:t xml:space="preserve">[39:47] </w:t>
      </w:r>
      <w:r>
        <w:t>ya subject to re-examination hai. Ijtihad ke haq hone ya na hone ki buniyad par kisi ke ijtihad ko jaancha nahi jayega, balke us aitbar se jaancha jayega ke bahs-o-tahqeeq ke baad us ka ijtihad durust sabit hua hai ya woh ek galat ijtihad tha. Ijtihadi khata par ek ajr ka wada yeh ma'ni rakhta hai ke ijtihad</w:t>
      </w:r>
    </w:p>
    <w:p>
      <w:pPr>
        <w:jc w:val="right"/>
      </w:pPr>
      <w:r>
        <w:t>یا سبجیکٹ ٹو ری ایگزامینیشن ہے۔ اجتہاد کے حق ہونے یا نہ ہونے کی بنیاد پر کسی کے اجتہاد کو جانچا نہیں جائے گا، بلکہ اس اعتبار سے جانچا جائے گا کہ بحث و تحقیق کے بعد اس کا اجتہاد درست ثابت ہوا ہے یا وہ ایک غلط اجتہاد تھا۔ اجتہادی خطا پر ایک اجر کا وعدہ یہ معنی رکھتا ہے کہ اجتہاد</w:t>
      </w:r>
    </w:p>
    <w:p>
      <w:r>
        <w:rPr>
          <w:b/>
        </w:rPr>
        <w:t xml:space="preserve">[40:17] </w:t>
      </w:r>
      <w:r>
        <w:t>ka darwaza kisi hal mein band nahi, balkeh jo darwaza band hai woh sirf yeh hai ke kisi</w:t>
      </w:r>
    </w:p>
    <w:p>
      <w:pPr>
        <w:jc w:val="right"/>
      </w:pPr>
      <w:r>
        <w:t>کا دروازہ کسی حال میں بند نہیں، بلکہ جو دروازہ بند ہے وہ صرف یہ ہے کہ کسی</w:t>
      </w:r>
    </w:p>
    <w:p>
      <w:r>
        <w:rPr>
          <w:b/>
        </w:rPr>
        <w:t xml:space="preserve">[40:24] </w:t>
      </w:r>
      <w:r>
        <w:t>ke ijtihad ko tanqeed se bartar samjha jaye aur yeh aqida bana liya jaye ke falan shakhs</w:t>
      </w:r>
    </w:p>
    <w:p>
      <w:pPr>
        <w:jc w:val="right"/>
      </w:pPr>
      <w:r>
        <w:t>کے اجتہاد کو تنقید سے بالاتر سمجھ لیا جائے اور یہ عقیدہ بنا لیا جائے کہ فلاں شخص</w:t>
      </w:r>
    </w:p>
    <w:p>
      <w:r>
        <w:rPr>
          <w:b/>
        </w:rPr>
        <w:t xml:space="preserve">[40:32] </w:t>
      </w:r>
      <w:r>
        <w:t>imam barhaq ya mujtahid mutlaq hai aur us ke ijtihad ko kisi mazeed tehqeeq ke baghair tasleem karna chahiye.</w:t>
      </w:r>
    </w:p>
    <w:p>
      <w:pPr>
        <w:jc w:val="right"/>
      </w:pPr>
      <w:r>
        <w:t>امام برحق یا مجتہد مطلق ہے اور اس کے اجتہاد کو کسی مزید تحقیق کے بغیر تسلیم کرنا چاہیے۔</w:t>
      </w:r>
    </w:p>
    <w:p>
      <w:r>
        <w:rPr>
          <w:b/>
        </w:rPr>
        <w:t xml:space="preserve">[40:40] </w:t>
      </w:r>
      <w:r>
        <w:t>goya ke khud ijtihad ka darwaza band nahi hai,</w:t>
      </w:r>
    </w:p>
    <w:p>
      <w:pPr>
        <w:jc w:val="right"/>
      </w:pPr>
      <w:r>
        <w:t>گویا کہ خود اجتہاد کا دروازہ بند نہیں ہے،</w:t>
      </w:r>
    </w:p>
    <w:p>
      <w:r>
        <w:rPr>
          <w:b/>
        </w:rPr>
        <w:t xml:space="preserve">[40:47] </w:t>
      </w:r>
      <w:r>
        <w:t>balkeh nabi ke siwa kisi aur ko mutlaq shari samjhne ka darwaza band hai. Mansookh mauqoof.</w:t>
      </w:r>
    </w:p>
    <w:p>
      <w:pPr>
        <w:jc w:val="right"/>
      </w:pPr>
      <w:r>
        <w:t>بلکہ نبی کے سوا کسی اور کو مطلق شارع سمجھنے کا دروازہ بند ہے۔ منسوخ موقوف۔</w:t>
      </w:r>
    </w:p>
    <w:p>
      <w:r>
        <w:rPr>
          <w:b/>
        </w:rPr>
        <w:t xml:space="preserve">[41:03] </w:t>
      </w:r>
      <w:r>
        <w:t>deen ke ahkam mumkin tor par do qism ke ho sakte hain: ek woh</w:t>
      </w:r>
    </w:p>
    <w:p>
      <w:pPr>
        <w:jc w:val="right"/>
      </w:pPr>
      <w:r>
        <w:t>دین کے احکام ممکن طور پر دو قسم کے ہو سکتے ہیں: ایک وہ</w:t>
      </w:r>
    </w:p>
    <w:p>
      <w:r>
        <w:rPr>
          <w:b/>
        </w:rPr>
        <w:t xml:space="preserve">[41:18] </w:t>
      </w:r>
      <w:r>
        <w:t>jo qabil e taseekh hon aur doosra woh jin ko mansookh to na kiya ja sakta ho, lekin un</w:t>
      </w:r>
    </w:p>
    <w:p>
      <w:pPr>
        <w:jc w:val="right"/>
      </w:pPr>
      <w:r>
        <w:t>جو قابل تنسیخ ہوں اور دوسرا وہ جن کو منسوخ تو نہ کیا جا سکتا ہو، لیکن ان</w:t>
      </w:r>
    </w:p>
    <w:p>
      <w:r>
        <w:rPr>
          <w:b/>
        </w:rPr>
        <w:t xml:space="preserve">[41:24] </w:t>
      </w:r>
      <w:r>
        <w:t>ko waqti tor par mauqoof karna durust ho.</w:t>
      </w:r>
    </w:p>
    <w:p>
      <w:pPr>
        <w:jc w:val="right"/>
      </w:pPr>
      <w:r>
        <w:t>کو وقتی طور پر موقوف کرنا درست ہو۔</w:t>
      </w:r>
    </w:p>
    <w:p>
      <w:r>
        <w:rPr>
          <w:b/>
        </w:rPr>
        <w:t xml:space="preserve">[41:30] </w:t>
      </w:r>
      <w:r>
        <w:t>kisi sharai hukum ko mansookh ya abrogate karna ek usooli mamla hai aur usooli mamle mein taghayur ka</w:t>
      </w:r>
    </w:p>
    <w:p>
      <w:pPr>
        <w:jc w:val="right"/>
      </w:pPr>
      <w:r>
        <w:t>کسی شرعی حکم کو منسوخ یا ایبروگیٹ کرنا ایک اصولی معاملہ ہے اور اصولی معاملے میں تغیر کا</w:t>
      </w:r>
    </w:p>
    <w:p>
      <w:r>
        <w:rPr>
          <w:b/>
        </w:rPr>
        <w:t xml:space="preserve">[41:36] </w:t>
      </w:r>
      <w:r>
        <w:t>haq sirf shari ko hai.</w:t>
      </w:r>
    </w:p>
    <w:p>
      <w:pPr>
        <w:jc w:val="right"/>
      </w:pPr>
      <w:r>
        <w:t>حق صرف شارع کو ہے۔</w:t>
      </w:r>
    </w:p>
    <w:p>
      <w:r>
        <w:rPr>
          <w:b/>
        </w:rPr>
        <w:t xml:space="preserve">[41:42] </w:t>
      </w:r>
      <w:r>
        <w:t>aur jahan tak mauqoof ya suspend karne ka mamla hai, woh ek ijtihadi mamla hai</w:t>
      </w:r>
    </w:p>
    <w:p>
      <w:pPr>
        <w:jc w:val="right"/>
      </w:pPr>
      <w:r>
        <w:t>اور جہاں تک موقوف یا سسپینڈ کرنے کا معاملہ ہے، وہ ایک اجتہادی معاملہ ہے</w:t>
      </w:r>
    </w:p>
    <w:p>
      <w:r>
        <w:rPr>
          <w:b/>
        </w:rPr>
        <w:t xml:space="preserve">[41:48] </w:t>
      </w:r>
      <w:r>
        <w:t>aur ummat ke ulma dalail shariya ke zariye ba tour ijtihad aisa kar sakte hain.</w:t>
      </w:r>
    </w:p>
    <w:p>
      <w:pPr>
        <w:jc w:val="right"/>
      </w:pPr>
      <w:r>
        <w:t>اور امت کے علماء دلائل شریعہ کے ذریعے بطور اجتہاد ایسا کر سکتے ہیں۔</w:t>
      </w:r>
    </w:p>
    <w:p>
      <w:r>
        <w:rPr>
          <w:b/>
        </w:rPr>
        <w:t xml:space="preserve">[41:54] </w:t>
      </w:r>
      <w:r>
        <w:t>misal ke tor par rasool Allah sal Allah alaih wasallam ke madni daur mein waqti tor par qibla e yahood ko qibla</w:t>
      </w:r>
    </w:p>
    <w:p>
      <w:pPr>
        <w:jc w:val="right"/>
      </w:pPr>
      <w:r>
        <w:t>مثلاً رسول اللہ صلی اللہ علیہ وسلم کے مدنی دور میں وقتی طور پر قبلہ یہود کو قبلہ</w:t>
      </w:r>
    </w:p>
    <w:p>
      <w:r>
        <w:rPr>
          <w:b/>
        </w:rPr>
        <w:t xml:space="preserve">[42:00] </w:t>
      </w:r>
      <w:r>
        <w:t>e muslimeen qarar de diya gaya, lekin baad ko yeh hukum matrook ho gaya.</w:t>
      </w:r>
    </w:p>
    <w:p>
      <w:pPr>
        <w:jc w:val="right"/>
      </w:pPr>
      <w:r>
        <w:t>مسلمین قرار دے دیا گیا، لیکن بعد کو یہ حکم متروک ہو گیا۔</w:t>
      </w:r>
    </w:p>
    <w:p>
      <w:r>
        <w:rPr>
          <w:b/>
        </w:rPr>
        <w:t xml:space="preserve">[42:06] </w:t>
      </w:r>
      <w:r>
        <w:t>yani kaba abadi tor par ahle islam ka qibla qarar paya.</w:t>
      </w:r>
    </w:p>
    <w:p>
      <w:pPr>
        <w:jc w:val="right"/>
      </w:pPr>
      <w:r>
        <w:t>یعنی کعبہ ابدی طور پر اہل اسلام کا قبلہ قرار پایا۔</w:t>
      </w:r>
    </w:p>
    <w:p>
      <w:r>
        <w:rPr>
          <w:b/>
        </w:rPr>
        <w:t xml:space="preserve">[42:12] </w:t>
      </w:r>
      <w:r>
        <w:t>ab kisi ko yeh haq nahi ke woh</w:t>
      </w:r>
    </w:p>
    <w:p>
      <w:pPr>
        <w:jc w:val="right"/>
      </w:pPr>
      <w:r>
        <w:t>اب کسی کو یہ حق نہیں کہ وہ</w:t>
      </w:r>
    </w:p>
    <w:p>
      <w:r>
        <w:rPr>
          <w:b/>
        </w:rPr>
        <w:t xml:space="preserve">[42:18] </w:t>
      </w:r>
      <w:r>
        <w:t>is hukum mein taghayur kare.</w:t>
      </w:r>
    </w:p>
    <w:p>
      <w:pPr>
        <w:jc w:val="right"/>
      </w:pPr>
      <w:r>
        <w:t>اس حکم میں تغیر کرے۔</w:t>
      </w:r>
    </w:p>
    <w:p>
      <w:r>
        <w:rPr>
          <w:b/>
        </w:rPr>
        <w:t xml:space="preserve">[42:24] </w:t>
      </w:r>
      <w:r>
        <w:t>kisi hukum ko mauqoof qarar dene ka mamla ek ijtihadi mamla hai.</w:t>
      </w:r>
    </w:p>
    <w:p>
      <w:pPr>
        <w:jc w:val="right"/>
      </w:pPr>
      <w:r>
        <w:t>کسی حکم کو موقوف قرار دینے کا معاملہ ایک اجتہادی معاملہ ہے۔</w:t>
      </w:r>
    </w:p>
    <w:p>
      <w:r>
        <w:rPr>
          <w:b/>
        </w:rPr>
        <w:t xml:space="preserve">[42:30] </w:t>
      </w:r>
      <w:r>
        <w:t>misal ke tor par adad e quwwat ke baray mein hadith mein aya hai ke is se murad teer andazi hai.</w:t>
      </w:r>
    </w:p>
    <w:p>
      <w:pPr>
        <w:jc w:val="right"/>
      </w:pPr>
      <w:r>
        <w:t>مثلاً اعداد قوت کے بارے میں حدیث میں آیا ہے کہ اس سے مراد تیر اندازی ہے۔</w:t>
      </w:r>
    </w:p>
    <w:p>
      <w:r>
        <w:rPr>
          <w:b/>
        </w:rPr>
        <w:t xml:space="preserve">[42:36] </w:t>
      </w:r>
      <w:r>
        <w:t>paighambar e islam ne quran ki ayat padhi: "وَاعِدُّوا لَهُمْ مَا اسْتَطَعْتُمْ مِنْ قُوَّةٍ" aur kaha: "الا ان القوة</w:t>
      </w:r>
    </w:p>
    <w:p>
      <w:pPr>
        <w:jc w:val="right"/>
      </w:pPr>
      <w:r>
        <w:t>پیغمبر اسلام نے قرآن کی آیت پڑھی: "وَاعِدُّوا لَهُمْ مَا اسْتَطَعْتُمْ مِنْ قُوَّةٍ" اور کہا: "الا إن القوة</w:t>
      </w:r>
    </w:p>
    <w:p>
      <w:r>
        <w:rPr>
          <w:b/>
        </w:rPr>
        <w:t xml:space="preserve">[42:42] </w:t>
      </w:r>
      <w:r>
        <w:t>الرميُّ، الا ان الق</w:t>
      </w:r>
    </w:p>
    <w:p>
      <w:pPr>
        <w:jc w:val="right"/>
      </w:pPr>
      <w:r>
        <w:t>الرميُّ، الا إن الق</w:t>
      </w:r>
    </w:p>
    <w:p>
      <w:r>
        <w:rPr>
          <w:b/>
        </w:rPr>
        <w:t xml:space="preserve">[42:48] </w:t>
      </w:r>
      <w:r>
        <w:t>وة الرميُّ، الا ان القوة الرميُّ"۔ sahih muslim.</w:t>
      </w:r>
    </w:p>
    <w:p>
      <w:pPr>
        <w:jc w:val="right"/>
      </w:pPr>
      <w:r>
        <w:t>وة الرميُّ، الا إن القوة الرميُّ"۔ صحیح مسلم۔</w:t>
      </w:r>
    </w:p>
    <w:p>
      <w:r>
        <w:rPr>
          <w:b/>
        </w:rPr>
        <w:t xml:space="preserve">[42:54] </w:t>
      </w:r>
      <w:r>
        <w:t>maujooda zamanay mein is hukum ki hesiyat aik mauqoof hukum ki hai, lekin agar kisi waqt halaat ka</w:t>
      </w:r>
    </w:p>
    <w:p>
      <w:pPr>
        <w:jc w:val="right"/>
      </w:pPr>
      <w:r>
        <w:t>موجودہ زمانے میں اس حکم کی حیثیت ایک موقوف حکم کی ہے، لیکن اگر کسی وقت حالات کا</w:t>
      </w:r>
    </w:p>
    <w:p>
      <w:r>
        <w:rPr>
          <w:b/>
        </w:rPr>
        <w:t xml:space="preserve">[43:00] </w:t>
      </w:r>
      <w:r>
        <w:t>taqaza ho ke rami ke tareeqay ko dobara ikhtiyar kiya jaye to is tareeqay ko ikhtiyar kiya ja sakta hai.</w:t>
      </w:r>
    </w:p>
    <w:p>
      <w:pPr>
        <w:jc w:val="right"/>
      </w:pPr>
      <w:r>
        <w:t>تقاضا ہو کہ رمی کے طریقے کو دوبارہ اختیار کیا جائے تو اس طریقے کو اختیار کیا جا سکتا ہے۔</w:t>
      </w:r>
    </w:p>
    <w:p>
      <w:r>
        <w:rPr>
          <w:b/>
        </w:rPr>
        <w:t xml:space="preserve">[43:06] </w:t>
      </w:r>
      <w:r>
        <w:t>goya ke kisi hukum ka mauqoof hona hamesha mashroot ma'ni mein hota hai.</w:t>
      </w:r>
    </w:p>
    <w:p>
      <w:pPr>
        <w:jc w:val="right"/>
      </w:pPr>
      <w:r>
        <w:t>گویا کہ کسی حکم کا موقوف ہونا ہمیشہ مشروط معنی میں ہوتا ہے۔</w:t>
      </w:r>
    </w:p>
    <w:p>
      <w:r>
        <w:rPr>
          <w:b/>
        </w:rPr>
        <w:t xml:space="preserve">[43:12] </w:t>
      </w:r>
      <w:r>
        <w:t>kisi hukum ko mun</w:t>
      </w:r>
    </w:p>
    <w:p>
      <w:pPr>
        <w:jc w:val="right"/>
      </w:pPr>
      <w:r>
        <w:t>کسی حکم کو من</w:t>
      </w:r>
    </w:p>
    <w:p>
      <w:r>
        <w:rPr>
          <w:b/>
        </w:rPr>
        <w:t xml:space="preserve">[43:18] </w:t>
      </w:r>
      <w:r>
        <w:t>sookh qarar dene ka ikhtiyar sirf shari'a ko hai, yaani Allah aur Allah ke Rasool ko. aur jahan tak mauqoof qarar dene ka mamla hai, yeh aik ijtihadi fe'l hai. ummat ke ulama ko yeh haq hai ke woh qanoon-e-zarurat ya law of necessity ke tehat kisi hukm ko waqti taur par mauqoof qarar de dein. isi ki aik misal yeh hai ke ashaab-e-Rasool ke zamanay mein ahle fitna se qital</w:t>
      </w:r>
    </w:p>
    <w:p>
      <w:pPr>
        <w:jc w:val="right"/>
      </w:pPr>
      <w:r>
        <w:t>سوخ قرار دینے کا اختیار صرف شارع کو ہے، یعنی اللہ اور اللہ کے رسول کو۔ اور جہاں تک موقوف قرار دینے کا معاملہ ہے، یہ ایک اجتہادی فعل ہے۔ امت کے علماء کو یہ حق ہے کہ وہ قانون ضرورت یا لاء آف نیسیسٹی کے تحت کسی حکم کو وقتی طور پر موقوف قرار دے دیں۔ اسی کی ایک مثال یہ ہے کہ اصحاب رسول کے زمانے میں اہل فتنہ سے قتال</w:t>
      </w:r>
    </w:p>
    <w:p>
      <w:r>
        <w:rPr>
          <w:b/>
        </w:rPr>
        <w:t xml:space="preserve">[43:48] </w:t>
      </w:r>
      <w:r>
        <w:t>ka hukum diya gaya tha.</w:t>
      </w:r>
    </w:p>
    <w:p>
      <w:pPr>
        <w:jc w:val="right"/>
      </w:pPr>
      <w:r>
        <w:t>کا حکم دیا گیا تھا۔</w:t>
      </w:r>
    </w:p>
    <w:p>
      <w:r>
        <w:rPr>
          <w:b/>
        </w:rPr>
        <w:t xml:space="preserve">[43:58] </w:t>
      </w:r>
      <w:r>
        <w:t>yeh hukum chounkay shariat ke matan mein maujood hai, is liye koi shakhs is ko mansookh nahi qarar de sakta.</w:t>
      </w:r>
    </w:p>
    <w:p>
      <w:pPr>
        <w:jc w:val="right"/>
      </w:pPr>
      <w:r>
        <w:t>یہ حکم چونکہ شریعت کے متن میں موجود ہے، اس لیے کوئی شخص اس کو منسوخ نہیں قرار دے سکتا۔</w:t>
      </w:r>
    </w:p>
    <w:p>
      <w:r>
        <w:rPr>
          <w:b/>
        </w:rPr>
        <w:t xml:space="preserve">[44:08] </w:t>
      </w:r>
      <w:r>
        <w:t>albatta zaroorat shariya ke tehat bator ijtihad is hukum ko mauqoof qarar diya ja sakta hai.</w:t>
      </w:r>
    </w:p>
    <w:p>
      <w:pPr>
        <w:jc w:val="right"/>
      </w:pPr>
      <w:r>
        <w:t>البتہ ضرورت شریعہ کے تحت بطور اجتہاد اس حکم کو موقوف قرار دیا جا سکتا ہے۔</w:t>
      </w:r>
    </w:p>
    <w:p>
      <w:r>
        <w:rPr>
          <w:b/>
        </w:rPr>
        <w:t xml:space="preserve">[44:19] </w:t>
      </w:r>
      <w:r>
        <w:t>intellectual trap.</w:t>
      </w:r>
    </w:p>
    <w:p>
      <w:pPr>
        <w:jc w:val="right"/>
      </w:pPr>
      <w:r>
        <w:t>انٹلیکچول ٹریپ۔</w:t>
      </w:r>
    </w:p>
    <w:p>
      <w:r>
        <w:rPr>
          <w:b/>
        </w:rPr>
        <w:t xml:space="preserve">[44:25] </w:t>
      </w:r>
      <w:r>
        <w:t>quran mein aik haqeeqat ko in alfaaz mein bayan kiya gaya hai: "wa qalat al yahood wa al nasara: nahnu abnaa Allah</w:t>
      </w:r>
    </w:p>
    <w:p>
      <w:pPr>
        <w:jc w:val="right"/>
      </w:pPr>
      <w:r>
        <w:t>قرآن میں ایک حقیقت کو ان الفاظ میں بیان کیا گیا ہے: "وقالت الیہود والنصاری: نحن ابناء اللہ</w:t>
      </w:r>
    </w:p>
    <w:p>
      <w:r>
        <w:rPr>
          <w:b/>
        </w:rPr>
        <w:t xml:space="preserve">[44:31] </w:t>
      </w:r>
      <w:r>
        <w:t>wa ahbaa'uh, qul: falamma yu'adhdhibukum bidhunubikum bal antum basharum mimman khalaq".</w:t>
      </w:r>
    </w:p>
    <w:p>
      <w:pPr>
        <w:jc w:val="right"/>
      </w:pPr>
      <w:r>
        <w:t>واحباؤہ، قل: فلما یعذبکم بذنوبکم بل انتم بشر ممن خلق"۔</w:t>
      </w:r>
    </w:p>
    <w:p>
      <w:r>
        <w:rPr>
          <w:b/>
        </w:rPr>
        <w:t xml:space="preserve">[44:37] </w:t>
      </w:r>
      <w:r>
        <w:t>yani aur yahood o nasara kehte hain ke hum Khuda ke bete aur us ke mehboob hain.</w:t>
      </w:r>
    </w:p>
    <w:p>
      <w:pPr>
        <w:jc w:val="right"/>
      </w:pPr>
      <w:r>
        <w:t>یعنی اور یہود و نصاری کہتے ہیں کہ ہم خدا کے بیٹے اور اس کے محبوب ہیں۔</w:t>
      </w:r>
    </w:p>
    <w:p>
      <w:r>
        <w:rPr>
          <w:b/>
        </w:rPr>
        <w:t xml:space="preserve">[44:43] </w:t>
      </w:r>
      <w:r>
        <w:t>tum kaho ke phir woh tumhare gunahon par tum ko saza</w:t>
      </w:r>
    </w:p>
    <w:p>
      <w:pPr>
        <w:jc w:val="right"/>
      </w:pPr>
      <w:r>
        <w:t>تم کہو کہ پھر وہ تمہارے گناہوں پر تم کو سز</w:t>
      </w:r>
    </w:p>
    <w:p>
      <w:r>
        <w:rPr>
          <w:b/>
        </w:rPr>
        <w:t xml:space="preserve">[44:49] </w:t>
      </w:r>
      <w:r>
        <w:t>kyun deta hai? Nahi, balkeh tum bhi Allah ki paida ki hui makhlooq mein se aik fard ho.</w:t>
      </w:r>
    </w:p>
    <w:p>
      <w:pPr>
        <w:jc w:val="right"/>
      </w:pPr>
      <w:r>
        <w:t>ا کیوں دیتا ہے؟ نہیں، بلکہ تم بھی اللہ کی پیدا کی ہوئی مخلوق میں سے ایک فرد ہو۔</w:t>
      </w:r>
    </w:p>
    <w:p>
      <w:r>
        <w:rPr>
          <w:b/>
        </w:rPr>
        <w:t xml:space="preserve">[44:55] </w:t>
      </w:r>
      <w:r>
        <w:t>insan ka yeh mizaj hai ke woh kisi khud sakhta nazariye ke tehat shaoori ya ghair shaoori taur</w:t>
      </w:r>
    </w:p>
    <w:p>
      <w:pPr>
        <w:jc w:val="right"/>
      </w:pPr>
      <w:r>
        <w:t>انسان کا یہ مزاج ہے کہ وہ کسی خود ساختہ نظریے کے تحت شعوری یا غیر شعوری طور</w:t>
      </w:r>
    </w:p>
    <w:p>
      <w:r>
        <w:rPr>
          <w:b/>
        </w:rPr>
        <w:t xml:space="preserve">[45:01] </w:t>
      </w:r>
      <w:r>
        <w:t>par apne aap ko special samajhne lagta hai.</w:t>
      </w:r>
    </w:p>
    <w:p>
      <w:pPr>
        <w:jc w:val="right"/>
      </w:pPr>
      <w:r>
        <w:t>پر اپنے آپ کو اسپیشل سمجھنے لگتا ہے۔</w:t>
      </w:r>
    </w:p>
    <w:p>
      <w:r>
        <w:rPr>
          <w:b/>
        </w:rPr>
        <w:t xml:space="preserve">[45:07] </w:t>
      </w:r>
      <w:r>
        <w:t>kabhi nasal ki buniyad par, kabhi mazhab ki buniyad par, kabhi culture ki buniyad par, kabhi apne ilaqay</w:t>
      </w:r>
    </w:p>
    <w:p>
      <w:pPr>
        <w:jc w:val="right"/>
      </w:pPr>
      <w:r>
        <w:t>کبھی نسل کی بنیاد پر، کبھی مذہب کی بنیاد پر، کبھی کلچر کی بنیاد پر، کبھی اپنے علاقے</w:t>
      </w:r>
    </w:p>
    <w:p>
      <w:r>
        <w:rPr>
          <w:b/>
        </w:rPr>
        <w:t xml:space="preserve">[45:13] </w:t>
      </w:r>
      <w:r>
        <w:t>ki buniyad par, kabhi kisi aur buniyad par.</w:t>
      </w:r>
    </w:p>
    <w:p>
      <w:pPr>
        <w:jc w:val="right"/>
      </w:pPr>
      <w:r>
        <w:t>کی بنیاد پر، کبھی کسی اور بنیاد پر۔</w:t>
      </w:r>
    </w:p>
    <w:p>
      <w:r>
        <w:rPr>
          <w:b/>
        </w:rPr>
        <w:t xml:space="preserve">[45:19] </w:t>
      </w:r>
      <w:r>
        <w:t>jo log is tarah apne aap ko special samajh lein, woh amalan aik qism ke zehni shikanjay ya</w:t>
      </w:r>
    </w:p>
    <w:p>
      <w:pPr>
        <w:jc w:val="right"/>
      </w:pPr>
      <w:r>
        <w:t>جو لوگ اس طرح اپنے آپ کو اسپیشل سمجھ لیں، وہ عملاً ایک قسم کے ذہنی شکنجے یا</w:t>
      </w:r>
    </w:p>
    <w:p>
      <w:r>
        <w:rPr>
          <w:b/>
        </w:rPr>
        <w:t xml:space="preserve">[45:24] </w:t>
      </w:r>
      <w:r>
        <w:t>intellectual trap میں پھنس جاتے ہیں۔</w:t>
      </w:r>
    </w:p>
    <w:p>
      <w:pPr>
        <w:jc w:val="right"/>
      </w:pPr>
      <w:r>
        <w:t>انٹلیکچول ٹریپ میں پھنس جاتے ہیں۔</w:t>
      </w:r>
    </w:p>
    <w:p>
      <w:r>
        <w:rPr>
          <w:b/>
        </w:rPr>
        <w:t xml:space="preserve">[45:29] </w:t>
      </w:r>
      <w:r>
        <w:t>ایسے لوگوں کا حال یہ ہوتا ہے کہ وہ ذہنی جمود یا intellectual stagnation میں مبتلا ہو جاتے ہیں۔</w:t>
      </w:r>
    </w:p>
    <w:p>
      <w:pPr>
        <w:jc w:val="right"/>
      </w:pPr>
      <w:r>
        <w:t>ایسے لوگوں کا حال یہ ہوتا ہے کہ وہ ذہنی جمود یا انٹلیکچول سٹیگنیشن میں مبتلا ہو جاتے ہیں۔</w:t>
      </w:r>
    </w:p>
    <w:p>
      <w:r>
        <w:rPr>
          <w:b/>
        </w:rPr>
        <w:t xml:space="preserve">[45:34] </w:t>
      </w:r>
      <w:r>
        <w:t>un ke andar takhleeqi soch khatm ho jati hai.</w:t>
      </w:r>
    </w:p>
    <w:p>
      <w:pPr>
        <w:jc w:val="right"/>
      </w:pPr>
      <w:r>
        <w:t>ان کے اندر تخلیقی سوچ ختم ہو جاتی ہے۔</w:t>
      </w:r>
    </w:p>
    <w:p>
      <w:r>
        <w:rPr>
          <w:b/>
        </w:rPr>
        <w:t xml:space="preserve">[45:39] </w:t>
      </w:r>
      <w:r>
        <w:t>woh apne aap ko is se oopar samajh lete hain ke woh apne baray mein nazar saani karein.</w:t>
      </w:r>
    </w:p>
    <w:p>
      <w:pPr>
        <w:jc w:val="right"/>
      </w:pPr>
      <w:r>
        <w:t>وہ اپنے آپ کو اس سے اوپر سمجھ لیتے ہیں کہ وہ اپنے بارے میں نظر ثانی کریں۔</w:t>
      </w:r>
    </w:p>
    <w:p>
      <w:r>
        <w:rPr>
          <w:b/>
        </w:rPr>
        <w:t xml:space="preserve">[45:44] </w:t>
      </w:r>
      <w:r>
        <w:t>apni ghalti ko maan</w:t>
      </w:r>
    </w:p>
    <w:p>
      <w:pPr>
        <w:jc w:val="right"/>
      </w:pPr>
      <w:r>
        <w:t>اپنی غلطی کو مان</w:t>
      </w:r>
    </w:p>
    <w:p>
      <w:r>
        <w:rPr>
          <w:b/>
        </w:rPr>
        <w:t xml:space="preserve">[45:49] </w:t>
      </w:r>
      <w:r>
        <w:t>na un ke mizaj mein baqi nahi rehta.</w:t>
      </w:r>
    </w:p>
    <w:p>
      <w:pPr>
        <w:jc w:val="right"/>
      </w:pPr>
      <w:r>
        <w:t>نا ان کے مزاج میں باقی نہیں رہتا۔</w:t>
      </w:r>
    </w:p>
    <w:p>
      <w:r>
        <w:rPr>
          <w:b/>
        </w:rPr>
        <w:t xml:space="preserve">[45:54] </w:t>
      </w:r>
      <w:r>
        <w:t>woh apne aap ko doosron se afzal samajh lete hain.</w:t>
      </w:r>
    </w:p>
    <w:p>
      <w:pPr>
        <w:jc w:val="right"/>
      </w:pPr>
      <w:r>
        <w:t>وہ اپنے آپ کو دوسروں سے افضل سمجھ لیتے ہیں۔</w:t>
      </w:r>
    </w:p>
    <w:p>
      <w:r>
        <w:rPr>
          <w:b/>
        </w:rPr>
        <w:t xml:space="preserve">[45:59] </w:t>
      </w:r>
      <w:r>
        <w:t>un ke nazdeek un ke apne rehnuma rehnuma-e-azam ban jatay hain.</w:t>
      </w:r>
    </w:p>
    <w:p>
      <w:pPr>
        <w:jc w:val="right"/>
      </w:pPr>
      <w:r>
        <w:t>ان کے نزدیک ان کے اپنے رہنما رہنمائے اعظم بن جاتے ہیں۔</w:t>
      </w:r>
    </w:p>
    <w:p>
      <w:r>
        <w:rPr>
          <w:b/>
        </w:rPr>
        <w:t xml:space="preserve">[46:04] </w:t>
      </w:r>
      <w:r>
        <w:t>woh apne ahle ilm ko mufakkir-e-azam samajh lete hain.</w:t>
      </w:r>
    </w:p>
    <w:p>
      <w:pPr>
        <w:jc w:val="right"/>
      </w:pPr>
      <w:r>
        <w:t>وہ اپنے اہل علم کو مفکر اعظم سمجھ لیتے ہیں۔</w:t>
      </w:r>
    </w:p>
    <w:p>
      <w:r>
        <w:rPr>
          <w:b/>
        </w:rPr>
        <w:t xml:space="preserve">[46:09] </w:t>
      </w:r>
      <w:r>
        <w:t>un ki apni shakhsiyaten ahed saaz shakhsiyaton ka darja haasil kar leti hain.</w:t>
      </w:r>
    </w:p>
    <w:p>
      <w:pPr>
        <w:jc w:val="right"/>
      </w:pPr>
      <w:r>
        <w:t>ان کی اپنی شخصیتیں عہد ساز شخصیتوں کا درجہ حاصل کر لیتی ہیں۔</w:t>
      </w:r>
    </w:p>
    <w:p>
      <w:r>
        <w:rPr>
          <w:b/>
        </w:rPr>
        <w:t xml:space="preserve">[46:14] </w:t>
      </w:r>
      <w:r>
        <w:t>woh shoori ya ghair shoori taur par</w:t>
      </w:r>
    </w:p>
    <w:p>
      <w:pPr>
        <w:jc w:val="right"/>
      </w:pPr>
      <w:r>
        <w:t>وہ شعوری یا غیر شعوری طور پر</w:t>
      </w:r>
    </w:p>
    <w:p>
      <w:r>
        <w:rPr>
          <w:b/>
        </w:rPr>
        <w:t xml:space="preserve">[46:19] </w:t>
      </w:r>
      <w:r>
        <w:t>samajh lete hain ke ghalati doosron ki hai, na ke hamari.</w:t>
      </w:r>
    </w:p>
    <w:p>
      <w:pPr>
        <w:jc w:val="right"/>
      </w:pPr>
      <w:r>
        <w:t>سمجھ لیتے ہیں کہ غلطی دوسروں کی ہے، نہ کہ ہماری۔</w:t>
      </w:r>
    </w:p>
    <w:p>
      <w:r>
        <w:rPr>
          <w:b/>
        </w:rPr>
        <w:t xml:space="preserve">[46:25] </w:t>
      </w:r>
      <w:r>
        <w:t>ایسے لوگ موضوعی سوچ یا objective thinking سے محروم ہو جاتے ہیں۔</w:t>
      </w:r>
    </w:p>
    <w:p>
      <w:pPr>
        <w:jc w:val="right"/>
      </w:pPr>
      <w:r>
        <w:t>ایسے لوگ موضوعی سوچ یا ابجیکٹو تھنکنگ سے محروم ہو جاتے ہیں۔</w:t>
      </w:r>
    </w:p>
    <w:p>
      <w:r>
        <w:rPr>
          <w:b/>
        </w:rPr>
        <w:t xml:space="preserve">[46:31] </w:t>
      </w:r>
      <w:r>
        <w:t>وہ اس قابل نہیں رہتے کہ وہ اپنے معاملات کی حقیقت پسندانہ منصوبہ بندی یا realistic planning کریں۔</w:t>
      </w:r>
    </w:p>
    <w:p>
      <w:pPr>
        <w:jc w:val="right"/>
      </w:pPr>
      <w:r>
        <w:t>وہ اس قابل نہیں رہتے کہ وہ اپنے معاملات کی حقیقت پسندانہ منصوبہ بندی یا ریلسٹک پلاننگ کریں۔</w:t>
      </w:r>
    </w:p>
    <w:p>
      <w:r>
        <w:rPr>
          <w:b/>
        </w:rPr>
        <w:t xml:space="preserve">[46:37] </w:t>
      </w:r>
      <w:r>
        <w:t>ترقی کا سب سے بڑا راز یہ ہے کہ لوگوں میں خود اپنے آپ پر تنقید یا self</w:t>
      </w:r>
    </w:p>
    <w:p>
      <w:pPr>
        <w:jc w:val="right"/>
      </w:pPr>
      <w:r>
        <w:t>ترقی کا سب سے بڑا راز یہ ہے کہ لوگوں میں خود اپنے آپ پر تنقید یا سیلف</w:t>
      </w:r>
    </w:p>
    <w:p>
      <w:r>
        <w:rPr>
          <w:b/>
        </w:rPr>
        <w:t xml:space="preserve">[46:44] </w:t>
      </w:r>
      <w:r>
        <w:t>criticism ka mizaj ho,</w:t>
      </w:r>
    </w:p>
    <w:p>
      <w:pPr>
        <w:jc w:val="right"/>
      </w:pPr>
      <w:r>
        <w:t>کریٹیسزم کا مزاج ہو،</w:t>
      </w:r>
    </w:p>
    <w:p>
      <w:r>
        <w:rPr>
          <w:b/>
        </w:rPr>
        <w:t xml:space="preserve">[46:50] </w:t>
      </w:r>
      <w:r>
        <w:t>aur aise logon mein yeh mizaj mukammal taur par khatm ho jata hai.</w:t>
      </w:r>
    </w:p>
    <w:p>
      <w:pPr>
        <w:jc w:val="right"/>
      </w:pPr>
      <w:r>
        <w:t>اور ایسے لوگوں میں یہ مزاج مکمل طور پر ختم ہو جاتا ہے۔</w:t>
      </w:r>
    </w:p>
    <w:p>
      <w:r>
        <w:rPr>
          <w:b/>
        </w:rPr>
        <w:t xml:space="preserve">[47:00] </w:t>
      </w:r>
      <w:r>
        <w:t>woh tareef karne wale ko apna dost aur tanqeed karne wale ko apna dushman samajh lete hain.</w:t>
      </w:r>
    </w:p>
    <w:p>
      <w:pPr>
        <w:jc w:val="right"/>
      </w:pPr>
      <w:r>
        <w:t>وہ تعریف کرنے والے کو اپنا دوست اور تنقید کرنے والے کو اپنا دشمن سمجھ لیتے ہیں۔</w:t>
      </w:r>
    </w:p>
    <w:p>
      <w:r>
        <w:rPr>
          <w:b/>
        </w:rPr>
        <w:t xml:space="preserve">[47:11] </w:t>
      </w:r>
      <w:r>
        <w:t>aise logon ke liye taraqqi ka raaz yeh hai ke woh apni is kamzori se bahar aayen.</w:t>
      </w:r>
    </w:p>
    <w:p>
      <w:pPr>
        <w:jc w:val="right"/>
      </w:pPr>
      <w:r>
        <w:t>ایسے لوگوں کے لیے ترقی کا راز یہ ہے کہ وہ اپنی اس کمزوری سے باہر آئیں۔</w:t>
      </w:r>
    </w:p>
    <w:p>
      <w:r>
        <w:rPr>
          <w:b/>
        </w:rPr>
        <w:t xml:space="preserve">[47:22] </w:t>
      </w:r>
      <w:r>
        <w:t>millat-e-ibrahim.</w:t>
      </w:r>
    </w:p>
    <w:p>
      <w:pPr>
        <w:jc w:val="right"/>
      </w:pPr>
      <w:r>
        <w:t>ملت ابراہیم۔</w:t>
      </w:r>
    </w:p>
    <w:p>
      <w:r>
        <w:rPr>
          <w:b/>
        </w:rPr>
        <w:t xml:space="preserve">[47:28] </w:t>
      </w:r>
      <w:r>
        <w:t>lucknow se arsalah ke ek qari ne maulana sahib se ek sawal poocha hai.</w:t>
      </w:r>
    </w:p>
    <w:p>
      <w:pPr>
        <w:jc w:val="right"/>
      </w:pPr>
      <w:r>
        <w:t>لکھنو سے ارسالہ کے ایک قاری نے مولانا صاحب سے ایک سوال پوچھا ہے۔</w:t>
      </w:r>
    </w:p>
    <w:p>
      <w:r>
        <w:rPr>
          <w:b/>
        </w:rPr>
        <w:t xml:space="preserve">[47:34] </w:t>
      </w:r>
      <w:r>
        <w:t>unhon ne likha hai ke quran mein ek se ziyada baar itteba-e-millat-e-ibrahim ka hukum diya gaya hai.</w:t>
      </w:r>
    </w:p>
    <w:p>
      <w:pPr>
        <w:jc w:val="right"/>
      </w:pPr>
      <w:r>
        <w:t>انہوں نے لکھا ہے کہ قرآن میں ایک سے زیادہ بار اتباع ملت ابراہیم کا حکم دیا گیا ہے۔</w:t>
      </w:r>
    </w:p>
    <w:p>
      <w:r>
        <w:rPr>
          <w:b/>
        </w:rPr>
        <w:t xml:space="preserve">[47:40] </w:t>
      </w:r>
      <w:r>
        <w:t>yeh millat-e-ibrahim kya hai? barah-e-karam wazeh karen.</w:t>
      </w:r>
    </w:p>
    <w:p>
      <w:pPr>
        <w:jc w:val="right"/>
      </w:pPr>
      <w:r>
        <w:t>یہ ملت ابراہیم کیا ہے؟ براہ کرم واضح کریں۔</w:t>
      </w:r>
    </w:p>
    <w:p>
      <w:r>
        <w:rPr>
          <w:b/>
        </w:rPr>
        <w:t xml:space="preserve">[47:46] </w:t>
      </w:r>
      <w:r>
        <w:t>is sawal ka jawab yeh hai ke woh cheez jis ko hum millat-e-ibrahim</w:t>
      </w:r>
    </w:p>
    <w:p>
      <w:pPr>
        <w:jc w:val="right"/>
      </w:pPr>
      <w:r>
        <w:t>اس سوال کا جواب یہ ہے کہ وہ چیز جس کو ہم ملت ابراہیم</w:t>
      </w:r>
    </w:p>
    <w:p>
      <w:r>
        <w:rPr>
          <w:b/>
        </w:rPr>
        <w:t xml:space="preserve">[47:52] </w:t>
      </w:r>
      <w:r>
        <w:t>ya ibrahimi millat kehte hain, woh wohi hai jis ka doosra naam islam hai.</w:t>
      </w:r>
    </w:p>
    <w:p>
      <w:pPr>
        <w:jc w:val="right"/>
      </w:pPr>
      <w:r>
        <w:t>یا ابراہیمی ملت کہتے ہیں، وہ وہی ہے جس کا دوسرا نام اسلام ہے۔</w:t>
      </w:r>
    </w:p>
    <w:p>
      <w:r>
        <w:rPr>
          <w:b/>
        </w:rPr>
        <w:t xml:space="preserve">[48:00] </w:t>
      </w:r>
      <w:r>
        <w:t>asal yeh hai ke is waqt duniya mein teen bare aasmani mazahib hain: deen-e-yahood, deen-e-nasara, aur deen-e-muhammad.</w:t>
      </w:r>
    </w:p>
    <w:p>
      <w:pPr>
        <w:jc w:val="right"/>
      </w:pPr>
      <w:r>
        <w:t>اصل یہ ہے کہ اس وقت دنیا میں تین بڑے آسمانی مذاہب ہیں: دین یہود، دین نصاری، اور دین محمد۔</w:t>
      </w:r>
    </w:p>
    <w:p>
      <w:r>
        <w:rPr>
          <w:b/>
        </w:rPr>
        <w:t xml:space="preserve">[48:08] </w:t>
      </w:r>
      <w:r>
        <w:t>in teeno mazahib ke mureth aala hazrat ibrahim alaihi assalam the, is liye hazrat ibrahim alaihi assalam ko</w:t>
      </w:r>
    </w:p>
    <w:p>
      <w:pPr>
        <w:jc w:val="right"/>
      </w:pPr>
      <w:r>
        <w:t>ان تینوں مذاہب کے مورث اعلیٰ حضرت ابراہیم علیہ السلام تھے، اس لیے حضرت ابراہیم علیہ السلام کو</w:t>
      </w:r>
    </w:p>
    <w:p>
      <w:r>
        <w:rPr>
          <w:b/>
        </w:rPr>
        <w:t xml:space="preserve">[48:16] </w:t>
      </w:r>
      <w:r>
        <w:t>quran mein imam-un-nas kaha gaya hai.</w:t>
      </w:r>
    </w:p>
    <w:p>
      <w:pPr>
        <w:jc w:val="right"/>
      </w:pPr>
      <w:r>
        <w:t>قرآن میں امام الناس کہا گیا ہے۔</w:t>
      </w:r>
    </w:p>
    <w:p>
      <w:r>
        <w:rPr>
          <w:b/>
        </w:rPr>
        <w:t xml:space="preserve">[48:24] </w:t>
      </w:r>
      <w:r>
        <w:t>teeno mazahib ke bani hazrat ibrahim ki nasal se talluq rakhte hain.</w:t>
      </w:r>
    </w:p>
    <w:p>
      <w:pPr>
        <w:jc w:val="right"/>
      </w:pPr>
      <w:r>
        <w:t>تینوں مذاہب کے بانی حضرت ابراہیم کی نسل سے تعلق رکھتے ہیں۔</w:t>
      </w:r>
    </w:p>
    <w:p>
      <w:r>
        <w:rPr>
          <w:b/>
        </w:rPr>
        <w:t xml:space="preserve">[48:32] </w:t>
      </w:r>
      <w:r>
        <w:t>hazrat ibrahim ki isi jamiyyat ki bina par quran mein un ko ummat kaha gaya hai.</w:t>
      </w:r>
    </w:p>
    <w:p>
      <w:pPr>
        <w:jc w:val="right"/>
      </w:pPr>
      <w:r>
        <w:t>حضرت ابراہیم کی اسی جامعیت کی بنا پر قرآن میں ان کو امت کہا گیا ہے۔</w:t>
      </w:r>
    </w:p>
    <w:p>
      <w:r>
        <w:rPr>
          <w:b/>
        </w:rPr>
        <w:t xml:space="preserve">[48:40] </w:t>
      </w:r>
      <w:r>
        <w:t>hazrat ibrahim alaihi assalam taqreeban chaar hazar saal pehle qadeem iraq mein paida hue.</w:t>
      </w:r>
    </w:p>
    <w:p>
      <w:pPr>
        <w:jc w:val="right"/>
      </w:pPr>
      <w:r>
        <w:t>حضرت ابراہیم علیہ السلام تقریباً چار ہزار سال پہلے قدیم عراق میں پیدا ہوئے۔</w:t>
      </w:r>
    </w:p>
    <w:p>
      <w:r>
        <w:rPr>
          <w:b/>
        </w:rPr>
        <w:t xml:space="preserve">[48:48] </w:t>
      </w:r>
      <w:r>
        <w:t>hazrat ibrahim alaihi assalam ek sahib-e-kitab paighambar the, agarche un ki kitab aaj mehfooz nahin.</w:t>
      </w:r>
    </w:p>
    <w:p>
      <w:pPr>
        <w:jc w:val="right"/>
      </w:pPr>
      <w:r>
        <w:t>حضرت ابراہیم علیہ السلام ایک صاحب کتاب پیغمبر تھے، اگرچہ ان کی کتاب آج محفوظ نہیں۔</w:t>
      </w:r>
    </w:p>
    <w:p>
      <w:r>
        <w:rPr>
          <w:b/>
        </w:rPr>
        <w:t xml:space="preserve">[48:56] </w:t>
      </w:r>
      <w:r>
        <w:t>isi tarah baqi teenon mazahib ke anbiya mein se Hazrat Musa aur Hazrat Isa sahib-e-kitab anbiya thay, taham un ki kitabein bhi aaj poori tarah mehfooz halat mein nahi hain. Hazrat Muhammad Sal Allah o Alaih o Salam ne isi baray mein yeh kaha ke main isi deen ko le kar aaya hoon jis deen ko le kar Hazrat Ibrahim Alaihissalam aaye thay. is aitbaar se Rasool Allah Sal Allah o Alaih o Salam ka</w:t>
      </w:r>
    </w:p>
    <w:p>
      <w:pPr>
        <w:jc w:val="right"/>
      </w:pPr>
      <w:r>
        <w:t>اسی طرح بقیہ تینوں مذاہب کے انبیاء میں سے حضرت موسیٰ اور حضرت مسیح صاحب کتاب پیغمبر تھے، تاہم ان کی کتابیں بھی آج پوری طرح محفوظ حالت میں نہیں ہیں۔ حضرت محمد صلی اللہ علیہ وسلم نے اسی بارے میں یہ کہا کہ میں اسی دین کو لے کر آیا ہوں جس دین کو لے کر حضرت ابراہیم علیہ السلام آئے تھے۔ اس اعتبار سے رسول اللہ صلی اللہ علیہ وسلم کا</w:t>
      </w:r>
    </w:p>
    <w:p>
      <w:r>
        <w:rPr>
          <w:b/>
        </w:rPr>
        <w:t xml:space="preserve">[49:26] </w:t>
      </w:r>
      <w:r>
        <w:t>mission deen-e-ibrahim ki tajdeed ka mission tha.</w:t>
      </w:r>
    </w:p>
    <w:p>
      <w:pPr>
        <w:jc w:val="right"/>
      </w:pPr>
      <w:r>
        <w:t>مشن دین ابراہیم کی تجدید کا مشن تھا۔</w:t>
      </w:r>
    </w:p>
    <w:p>
      <w:r>
        <w:rPr>
          <w:b/>
        </w:rPr>
        <w:t xml:space="preserve">[49:32] </w:t>
      </w:r>
      <w:r>
        <w:t>rasool Allah ko yeh khasoosiyat haasil hui ke aap ka laya hua deen har aitbar se mehfooz deen</w:t>
      </w:r>
    </w:p>
    <w:p>
      <w:pPr>
        <w:jc w:val="right"/>
      </w:pPr>
      <w:r>
        <w:t>رسول اللہ کو یہ خصوصیت حاصل ہوئی کہ آپ کا لایا ہوا دین ہر اعتبار سے محفوظ دین</w:t>
      </w:r>
    </w:p>
    <w:p>
      <w:r>
        <w:rPr>
          <w:b/>
        </w:rPr>
        <w:t xml:space="preserve">[49:38] </w:t>
      </w:r>
      <w:r>
        <w:t>tha, aur ab haq ke mutalashi ko isi deen-e-muhammadi ki taraf rujoo karna hai, kyun ke ab Allah</w:t>
      </w:r>
    </w:p>
    <w:p>
      <w:pPr>
        <w:jc w:val="right"/>
      </w:pPr>
      <w:r>
        <w:t>تھا، اور اب حق کے متلاشی کو اسی دین محمدی کی طرف رجوع کرنا ہے، کیونکہ اب اللہ</w:t>
      </w:r>
    </w:p>
    <w:p>
      <w:r>
        <w:rPr>
          <w:b/>
        </w:rPr>
        <w:t xml:space="preserve">[49:44] </w:t>
      </w:r>
      <w:r>
        <w:t>ka deen apni mehfooz halat mein sirf deen-e-muhammadi mein paya jata hai.</w:t>
      </w:r>
    </w:p>
    <w:p>
      <w:pPr>
        <w:jc w:val="right"/>
      </w:pPr>
      <w:r>
        <w:t>کا دین اپنی محفوظ حالت میں صرف دین محمدی میں پایا جاتا ہے۔</w:t>
      </w:r>
    </w:p>
    <w:p>
      <w:r>
        <w:rPr>
          <w:b/>
        </w:rPr>
        <w:t xml:space="preserve">[49:50] </w:t>
      </w:r>
      <w:r>
        <w:t>makkah ke quraish agarche amal-an shirk par qaim</w:t>
      </w:r>
    </w:p>
    <w:p>
      <w:pPr>
        <w:jc w:val="right"/>
      </w:pPr>
      <w:r>
        <w:t>مکہ کے قریش اگرچہ عملاً شرک پر قائم</w:t>
      </w:r>
    </w:p>
    <w:p>
      <w:r>
        <w:rPr>
          <w:b/>
        </w:rPr>
        <w:t xml:space="preserve">[49:56] </w:t>
      </w:r>
      <w:r>
        <w:t>the, lekin woh apne mazhab ko Hazrat Ibrahim ke sath wabasta karte the, is liye wasee tar pehlu</w:t>
      </w:r>
    </w:p>
    <w:p>
      <w:pPr>
        <w:jc w:val="right"/>
      </w:pPr>
      <w:r>
        <w:t>تھے، لیکن وہ اپنے مذہب کو حضرت ابراہیم کے ساتھ وابستہ کرتے تھے، اس لیے وسیع تر پہلو</w:t>
      </w:r>
    </w:p>
    <w:p>
      <w:r>
        <w:rPr>
          <w:b/>
        </w:rPr>
        <w:t xml:space="preserve">[50:07] </w:t>
      </w:r>
      <w:r>
        <w:t>se Quraish bhi is khitab mein shamil hain.</w:t>
      </w:r>
    </w:p>
    <w:p>
      <w:pPr>
        <w:jc w:val="right"/>
      </w:pPr>
      <w:r>
        <w:t>سے قریش بھی اس خطاب میں شامل ہیں۔</w:t>
      </w:r>
    </w:p>
    <w:p>
      <w:r>
        <w:rPr>
          <w:b/>
        </w:rPr>
        <w:t xml:space="preserve">[50:17] </w:t>
      </w:r>
      <w:r>
        <w:t>Yahood o Nasara is khitab mein barah-e-rast taur par shamil the, aur Quraish bil-wasta taur par.</w:t>
      </w:r>
    </w:p>
    <w:p>
      <w:pPr>
        <w:jc w:val="right"/>
      </w:pPr>
      <w:r>
        <w:t>یہود و نصاری اس خطاب میں براہ راست طور پر شامل تھے، اور قریش بالواسطہ طور پر۔</w:t>
      </w:r>
    </w:p>
    <w:p>
      <w:r>
        <w:rPr>
          <w:b/>
        </w:rPr>
        <w:t xml:space="preserve">[50:28] </w:t>
      </w:r>
      <w:r>
        <w:t>Khuda ka wajood.</w:t>
      </w:r>
    </w:p>
    <w:p>
      <w:pPr>
        <w:jc w:val="right"/>
      </w:pPr>
      <w:r>
        <w:t>خدا کا وجود۔</w:t>
      </w:r>
    </w:p>
    <w:p>
      <w:r>
        <w:rPr>
          <w:b/>
        </w:rPr>
        <w:t xml:space="preserve">[50:33] </w:t>
      </w:r>
      <w:r>
        <w:t>Khuda apni zaat ke aitbar se insan ko dikhai nahi deta, lekin apni sifat ke aitbar se woh</w:t>
      </w:r>
    </w:p>
    <w:p>
      <w:pPr>
        <w:jc w:val="right"/>
      </w:pPr>
      <w:r>
        <w:t>خدا اپنی ذات کے اعتبار سے انسان کو دکھائی نہیں دیتا، لیکن اپنی صفات کے اعتبار سے وہ</w:t>
      </w:r>
    </w:p>
    <w:p>
      <w:r>
        <w:rPr>
          <w:b/>
        </w:rPr>
        <w:t xml:space="preserve">[50:38] </w:t>
      </w:r>
      <w:r>
        <w:t>mukammal taur par dikhai dene wali haqeeqat hai.</w:t>
      </w:r>
    </w:p>
    <w:p>
      <w:pPr>
        <w:jc w:val="right"/>
      </w:pPr>
      <w:r>
        <w:t>مکمل طور پر دکھائی دینے والی حقیقت ہے۔</w:t>
      </w:r>
    </w:p>
    <w:p>
      <w:r>
        <w:rPr>
          <w:b/>
        </w:rPr>
        <w:t xml:space="preserve">[50:43] </w:t>
      </w:r>
      <w:r>
        <w:t>Jo log Khuda ko is ki sifat ke aitbar se dekh lein, wohi aankh wale log hain.</w:t>
      </w:r>
    </w:p>
    <w:p>
      <w:pPr>
        <w:jc w:val="right"/>
      </w:pPr>
      <w:r>
        <w:t>جو لوگ خدا کو اس کی صفات کے اعتبار سے دیکھ لیں، وہی آنکھ والے لوگ ہیں۔</w:t>
      </w:r>
    </w:p>
    <w:p>
      <w:r>
        <w:rPr>
          <w:b/>
        </w:rPr>
        <w:t xml:space="preserve">[50:49] </w:t>
      </w:r>
      <w:r>
        <w:t>Is ke bar aks jo log yeh kahein ke Khuda ko apni zaat ke aitbar se hamein dikhao, woh</w:t>
      </w:r>
    </w:p>
    <w:p>
      <w:pPr>
        <w:jc w:val="right"/>
      </w:pPr>
      <w:r>
        <w:t>اس کے برعکس جو لوگ یہ کہیں کہ خدا کو اپنی ذات کے اعتبار سے ہمیں دکھاؤ، وہ</w:t>
      </w:r>
    </w:p>
    <w:p>
      <w:r>
        <w:rPr>
          <w:b/>
        </w:rPr>
        <w:t xml:space="preserve">[50:54] </w:t>
      </w:r>
      <w:r>
        <w:t>bilashubah andhe log hain.</w:t>
      </w:r>
    </w:p>
    <w:p>
      <w:pPr>
        <w:jc w:val="right"/>
      </w:pPr>
      <w:r>
        <w:t>بلاشبہ اندھے لوگ ہیں۔</w:t>
      </w:r>
    </w:p>
    <w:p>
      <w:r>
        <w:rPr>
          <w:b/>
        </w:rPr>
        <w:t xml:space="preserve">[50:59] </w:t>
      </w:r>
      <w:r>
        <w:t>Woh bazahir aankh wale log hain, lekin apni haqeeqat ke aitbar se woh be-aankh wale log hain,</w:t>
      </w:r>
    </w:p>
    <w:p>
      <w:pPr>
        <w:jc w:val="right"/>
      </w:pPr>
      <w:r>
        <w:t>وہ بظاہر آنکھ والے لوگ ہیں، لیکن اپنی حقیقت کے اعتبار سے وہ بے آنکھ والے لوگ ہیں،</w:t>
      </w:r>
    </w:p>
    <w:p>
      <w:r>
        <w:rPr>
          <w:b/>
        </w:rPr>
        <w:t xml:space="preserve">[51:05] </w:t>
      </w:r>
      <w:r>
        <w:t>kyunke woh aql rakhte hue apni aql ko istemal nahi kar sake.</w:t>
      </w:r>
    </w:p>
    <w:p>
      <w:pPr>
        <w:jc w:val="right"/>
      </w:pPr>
      <w:r>
        <w:t>کیونکہ وہ عقل رکھتے ہوئے اپنی عقل کو استعمال نہیں کر سکے۔</w:t>
      </w:r>
    </w:p>
    <w:p>
      <w:r>
        <w:rPr>
          <w:b/>
        </w:rPr>
        <w:t xml:space="preserve">[51:11] </w:t>
      </w:r>
      <w:r>
        <w:t>Woh apni zahiri aankh ko to kholte hain, lekin woh apni aql ki aankh ko band rakhte hain.</w:t>
      </w:r>
    </w:p>
    <w:p>
      <w:pPr>
        <w:jc w:val="right"/>
      </w:pPr>
      <w:r>
        <w:t>وہ اپنی ظاہری آنکھ کو تو کھولتے ہیں، لیکن وہ اپنی عقل کی آنکھ کو بند رکھتے ہیں۔</w:t>
      </w:r>
    </w:p>
    <w:p>
      <w:r>
        <w:rPr>
          <w:b/>
        </w:rPr>
        <w:t xml:space="preserve">[51:17] </w:t>
      </w:r>
      <w:r>
        <w:t>Maujooda zamane mein yeh baat har haqeeqat se ziyada bari haqeeqat ban chuki hai.</w:t>
      </w:r>
    </w:p>
    <w:p>
      <w:pPr>
        <w:jc w:val="right"/>
      </w:pPr>
      <w:r>
        <w:t>موجودہ زمانے میں یہ بات ہر حقیقت سے زیادہ بڑی حقیقت بن چکی ہے۔</w:t>
      </w:r>
    </w:p>
    <w:p>
      <w:r>
        <w:rPr>
          <w:b/>
        </w:rPr>
        <w:t xml:space="preserve">[51:23] </w:t>
      </w:r>
      <w:r>
        <w:t>Maujooda zamane mein</w:t>
      </w:r>
    </w:p>
    <w:p>
      <w:pPr>
        <w:jc w:val="right"/>
      </w:pPr>
      <w:r>
        <w:t>موجودہ زمانے میں</w:t>
      </w:r>
    </w:p>
    <w:p>
      <w:r>
        <w:rPr>
          <w:b/>
        </w:rPr>
        <w:t xml:space="preserve">[51:29] </w:t>
      </w:r>
      <w:r>
        <w:t>Jis cheez ko science kaha jata hai, woh kya hai? Science insan ki aqli aankh hai.</w:t>
      </w:r>
    </w:p>
    <w:p>
      <w:pPr>
        <w:jc w:val="right"/>
      </w:pPr>
      <w:r>
        <w:t>جس چیز کو سائنس کہا جاتا ہے، وہ کیا ہے؟ سائنس انسان کی عقلی آنکھ ہے۔</w:t>
      </w:r>
    </w:p>
    <w:p>
      <w:r>
        <w:rPr>
          <w:b/>
        </w:rPr>
        <w:t xml:space="preserve">[51:35] </w:t>
      </w:r>
      <w:r>
        <w:t>Is aqli aankh ne maujooda zamane mein insan ko woh cheezein dikha di hain jis ko is se</w:t>
      </w:r>
    </w:p>
    <w:p>
      <w:pPr>
        <w:jc w:val="right"/>
      </w:pPr>
      <w:r>
        <w:t>اس عقلی آنکھ نے موجودہ زمانے میں انسان کو وہ چیزیں دکھا دی ہیں جس کو اس سے</w:t>
      </w:r>
    </w:p>
    <w:p>
      <w:r>
        <w:rPr>
          <w:b/>
        </w:rPr>
        <w:t xml:space="preserve">[51:41] </w:t>
      </w:r>
      <w:r>
        <w:t>pehlay insan nahi dekh sakta tha.</w:t>
      </w:r>
    </w:p>
    <w:p>
      <w:pPr>
        <w:jc w:val="right"/>
      </w:pPr>
      <w:r>
        <w:t>پہلے انسان نہیں دیکھ سکتا تھا۔</w:t>
      </w:r>
    </w:p>
    <w:p>
      <w:r>
        <w:rPr>
          <w:b/>
        </w:rPr>
        <w:t xml:space="preserve">[51:47] </w:t>
      </w:r>
      <w:r>
        <w:t>Ab insan is qabil ho chuka hai ke woh alam-e-asghar ya micro world ko microscope ke zariye</w:t>
      </w:r>
    </w:p>
    <w:p>
      <w:pPr>
        <w:jc w:val="right"/>
      </w:pPr>
      <w:r>
        <w:t>اب انسان اس قابل ہو چکا ہے کہ وہ عالم اصغر یا مائیکرو ورلڈ کو مائیکروسکوپ کے ذریعے</w:t>
      </w:r>
    </w:p>
    <w:p>
      <w:r>
        <w:rPr>
          <w:b/>
        </w:rPr>
        <w:t xml:space="preserve">[51:53] </w:t>
      </w:r>
      <w:r>
        <w:t>dekhe, jabke is se pehle</w:t>
      </w:r>
    </w:p>
    <w:p>
      <w:pPr>
        <w:jc w:val="right"/>
      </w:pPr>
      <w:r>
        <w:t>دیکھے، جبکہ اس سے پہلے</w:t>
      </w:r>
    </w:p>
    <w:p>
      <w:r>
        <w:rPr>
          <w:b/>
        </w:rPr>
        <w:t xml:space="preserve">[51:59] </w:t>
      </w:r>
      <w:r>
        <w:t>woh insan ke liye mukammal taur par na-qabil-e-mushahida tha.</w:t>
      </w:r>
    </w:p>
    <w:p>
      <w:pPr>
        <w:jc w:val="right"/>
      </w:pPr>
      <w:r>
        <w:t>وہ انسان کے لیے مکمل طور پر ناقابل مشاہدہ تھا۔</w:t>
      </w:r>
    </w:p>
    <w:p>
      <w:r>
        <w:rPr>
          <w:b/>
        </w:rPr>
        <w:t xml:space="preserve">[52:05] </w:t>
      </w:r>
      <w:r>
        <w:t>Isi tarah insan ke liye ab yeh mumkin ho gaya hai ke woh alam-e-kabeer ya macro world</w:t>
      </w:r>
    </w:p>
    <w:p>
      <w:pPr>
        <w:jc w:val="right"/>
      </w:pPr>
      <w:r>
        <w:t>اسی طرح انسان کے لیے اب یہ ممکن ہو گیا ہے کہ وہ عالم کبیر یا مائیکرو ورلڈ</w:t>
      </w:r>
    </w:p>
    <w:p>
      <w:r>
        <w:rPr>
          <w:b/>
        </w:rPr>
        <w:t xml:space="preserve">[52:11] </w:t>
      </w:r>
      <w:r>
        <w:t>ko aql ki aankh se dekhe.</w:t>
      </w:r>
    </w:p>
    <w:p>
      <w:pPr>
        <w:jc w:val="right"/>
      </w:pPr>
      <w:r>
        <w:t>کو عقل کی آنکھ سے دیکھے۔</w:t>
      </w:r>
    </w:p>
    <w:p>
      <w:r>
        <w:rPr>
          <w:b/>
        </w:rPr>
        <w:t xml:space="preserve">[52:17] </w:t>
      </w:r>
      <w:r>
        <w:t>Woh telescope ke zariye aisi cheezon ko dekh sake jo pehle is ke liye na-qabil-e-mushahida bani hui theen.</w:t>
      </w:r>
    </w:p>
    <w:p>
      <w:pPr>
        <w:jc w:val="right"/>
      </w:pPr>
      <w:r>
        <w:t>وہ ٹیلیسکوپ کے ذریعے ایسی چیزوں کو دیکھ سکے جو پہلے اس کے لیے ناقابل مشاہدہ بنی ہوئی تھیں۔</w:t>
      </w:r>
    </w:p>
    <w:p>
      <w:r>
        <w:rPr>
          <w:b/>
        </w:rPr>
        <w:t xml:space="preserve">[52:23] </w:t>
      </w:r>
      <w:r>
        <w:t>Aaj microscope ne in cheezon ko insan ke</w:t>
      </w:r>
    </w:p>
    <w:p>
      <w:pPr>
        <w:jc w:val="right"/>
      </w:pPr>
      <w:r>
        <w:t>آج مائیکروسکوپ نے ان چیزوں کو انسان کے</w:t>
      </w:r>
    </w:p>
    <w:p>
      <w:r>
        <w:rPr>
          <w:b/>
        </w:rPr>
        <w:t xml:space="preserve">[52:29] </w:t>
      </w:r>
      <w:r>
        <w:t>liye qabil-e-mushahida bana diya hai jo pichle zamane mein na-qabil-e-mushahida samjhi jati theen.</w:t>
      </w:r>
    </w:p>
    <w:p>
      <w:pPr>
        <w:jc w:val="right"/>
      </w:pPr>
      <w:r>
        <w:t>لیے قابل مشاہدہ بنا دیا ہے جو پچھلے زمانے میں ناقابل مشاہدہ سمجھی جاتی تھیں۔</w:t>
      </w:r>
    </w:p>
    <w:p>
      <w:r>
        <w:rPr>
          <w:b/>
        </w:rPr>
        <w:t xml:space="preserve">[52:35] </w:t>
      </w:r>
      <w:r>
        <w:t>isi tarah telescope ne woh cheezein insaan ko dikha di hain jo pichhle zamane mein insaan ke liye</w:t>
      </w:r>
    </w:p>
    <w:p>
      <w:pPr>
        <w:jc w:val="right"/>
      </w:pPr>
      <w:r>
        <w:t>اسی طرح ٹیلیسکوپ نے وہ چیزیں انسان کو دکھا دی ہیں جو پچھلے زمانے میں انسان کے لیے</w:t>
      </w:r>
    </w:p>
    <w:p>
      <w:r>
        <w:rPr>
          <w:b/>
        </w:rPr>
        <w:t xml:space="preserve">[52:41] </w:t>
      </w:r>
      <w:r>
        <w:t>naqabil-e-mushahida bani hui theen.</w:t>
      </w:r>
    </w:p>
    <w:p>
      <w:pPr>
        <w:jc w:val="right"/>
      </w:pPr>
      <w:r>
        <w:t>ناقابل مشاہدہ بنی ہوئی تھیں۔</w:t>
      </w:r>
    </w:p>
    <w:p>
      <w:r>
        <w:rPr>
          <w:b/>
        </w:rPr>
        <w:t xml:space="preserve">[52:48] </w:t>
      </w:r>
      <w:r>
        <w:t>yeh waqea ek suraakh ya kulo ki hesiyat rakhta hai.</w:t>
      </w:r>
    </w:p>
    <w:p>
      <w:pPr>
        <w:jc w:val="right"/>
      </w:pPr>
      <w:r>
        <w:t>یہ واقعہ ایک سوراخ یا کلو کی حیثیت رکھتا ہے۔</w:t>
      </w:r>
    </w:p>
    <w:p>
      <w:r>
        <w:rPr>
          <w:b/>
        </w:rPr>
        <w:t xml:space="preserve">[52:54] </w:t>
      </w:r>
      <w:r>
        <w:t>yeh suraakh batata hai ke yeh mamla Khuda ko na dekhne ka nahi hai, balkeh yeh apni aqal ke</w:t>
      </w:r>
    </w:p>
    <w:p>
      <w:pPr>
        <w:jc w:val="right"/>
      </w:pPr>
      <w:r>
        <w:t>یہ سوراخ بتاتا ہے کہ یہ معاملہ خدا کو نہ دیکھنے کا نہیں ہے، بلکہ یہ اپنی عقل کے</w:t>
      </w:r>
    </w:p>
    <w:p>
      <w:r>
        <w:rPr>
          <w:b/>
        </w:rPr>
        <w:t xml:space="preserve">[53:00] </w:t>
      </w:r>
      <w:r>
        <w:t>kamtar istemal ka hai.</w:t>
      </w:r>
    </w:p>
    <w:p>
      <w:pPr>
        <w:jc w:val="right"/>
      </w:pPr>
      <w:r>
        <w:t>کمتر استعمال کا ہے۔</w:t>
      </w:r>
    </w:p>
    <w:p>
      <w:r>
        <w:rPr>
          <w:b/>
        </w:rPr>
        <w:t xml:space="preserve">[53:08] </w:t>
      </w:r>
      <w:r>
        <w:t>agar insaan apni aqal ka bartar istemal jaan le to Khuda is ke liye mushahide ke darje mein</w:t>
      </w:r>
    </w:p>
    <w:p>
      <w:pPr>
        <w:jc w:val="right"/>
      </w:pPr>
      <w:r>
        <w:t>اگر انسان اپنی عقل کا برتر استعمال جان لے تو خدا اس کے لیے مشاہدے کے درجے میں</w:t>
      </w:r>
    </w:p>
    <w:p>
      <w:r>
        <w:rPr>
          <w:b/>
        </w:rPr>
        <w:t xml:space="preserve">[53:17] </w:t>
      </w:r>
      <w:r>
        <w:t>qabil-e-daryaft ban jayega.</w:t>
      </w:r>
    </w:p>
    <w:p>
      <w:pPr>
        <w:jc w:val="right"/>
      </w:pPr>
      <w:r>
        <w:t>قابل دریافت بن جائے گا۔</w:t>
      </w:r>
    </w:p>
    <w:p>
      <w:r>
        <w:rPr>
          <w:b/>
        </w:rPr>
        <w:t xml:space="preserve">[53:25] </w:t>
      </w:r>
      <w:r>
        <w:t>woh Khuda ko is tarah jaan lega jaise ke woh is ko dekh raha hai.</w:t>
      </w:r>
    </w:p>
    <w:p>
      <w:pPr>
        <w:jc w:val="right"/>
      </w:pPr>
      <w:r>
        <w:t>وہ خدا کو اس طرح جان لے گا جیسے کہ وہ اس کو دیکھ رہا ہے۔</w:t>
      </w:r>
    </w:p>
    <w:p>
      <w:r>
        <w:rPr>
          <w:b/>
        </w:rPr>
        <w:t xml:space="preserve">[53:33] </w:t>
      </w:r>
      <w:r>
        <w:t>kamyab mansooba bandi.</w:t>
      </w:r>
    </w:p>
    <w:p>
      <w:pPr>
        <w:jc w:val="right"/>
      </w:pPr>
      <w:r>
        <w:t>کامیاب منصوبہ بندی۔</w:t>
      </w:r>
    </w:p>
    <w:p>
      <w:r>
        <w:rPr>
          <w:b/>
        </w:rPr>
        <w:t xml:space="preserve">[53:38] </w:t>
      </w:r>
      <w:r>
        <w:t>Paighambar-e-Islam Sal-lal-lahu Alaihi Wasallam ne san chhe hijri ke aakhir mein Makka ke leaders se ek</w:t>
      </w:r>
    </w:p>
    <w:p>
      <w:pPr>
        <w:jc w:val="right"/>
      </w:pPr>
      <w:r>
        <w:t>پیغمبر اسلام صلی اللہ علیہ وسلم نے سن چھ ہجری کے آخر میں مکہ کے لیڈروں سے ایک</w:t>
      </w:r>
    </w:p>
    <w:p>
      <w:r>
        <w:rPr>
          <w:b/>
        </w:rPr>
        <w:t xml:space="preserve">[53:43] </w:t>
      </w:r>
      <w:r>
        <w:t>muaheda kiya jo Hudaybiyah ke naam se mashhoor hai.</w:t>
      </w:r>
    </w:p>
    <w:p>
      <w:pPr>
        <w:jc w:val="right"/>
      </w:pPr>
      <w:r>
        <w:t>معاہدہ کیا جو حدیبیہ کے نام سے مشہور ہے۔</w:t>
      </w:r>
    </w:p>
    <w:p>
      <w:r>
        <w:rPr>
          <w:b/>
        </w:rPr>
        <w:t xml:space="preserve">[53:48] </w:t>
      </w:r>
      <w:r>
        <w:t>aam taur par Hudaybiyah ko Ghazwa-tul-Hudaybiyah kaha jata hai, magar yeh durust nahi kyunke Hudaybiyah ke mauqa</w:t>
      </w:r>
    </w:p>
    <w:p>
      <w:pPr>
        <w:jc w:val="right"/>
      </w:pPr>
      <w:r>
        <w:t>عام طور پر حدیبیہ کو غزوۃ الحدیبیہ کہا جاتا ہے، مگر یہ درست نہیں کیونکہ حدیبیہ کے موقع</w:t>
      </w:r>
    </w:p>
    <w:p>
      <w:r>
        <w:rPr>
          <w:b/>
        </w:rPr>
        <w:t xml:space="preserve">[53:53] </w:t>
      </w:r>
      <w:r>
        <w:t>par fareeqain ke darmiyan koi ladai nahi hui.</w:t>
      </w:r>
    </w:p>
    <w:p>
      <w:pPr>
        <w:jc w:val="right"/>
      </w:pPr>
      <w:r>
        <w:t>پر فریقین کے درمیان کوئی لڑائی نہیں ہوئی۔</w:t>
      </w:r>
    </w:p>
    <w:p>
      <w:r>
        <w:rPr>
          <w:b/>
        </w:rPr>
        <w:t xml:space="preserve">[53:58] </w:t>
      </w:r>
      <w:r>
        <w:t>is ke bar'aks jo hua woh yeh tha ke</w:t>
      </w:r>
    </w:p>
    <w:p>
      <w:pPr>
        <w:jc w:val="right"/>
      </w:pPr>
      <w:r>
        <w:t>اس کے برعکس جو ہوا وہ یہ تھا کہ</w:t>
      </w:r>
    </w:p>
    <w:p>
      <w:r>
        <w:rPr>
          <w:b/>
        </w:rPr>
        <w:t xml:space="preserve">[54:04] </w:t>
      </w:r>
      <w:r>
        <w:t>donon fareeqon ke darmiyan bahami aman ka muaheda tay huwa.</w:t>
      </w:r>
    </w:p>
    <w:p>
      <w:pPr>
        <w:jc w:val="right"/>
      </w:pPr>
      <w:r>
        <w:t>دونوں فریقوں کے درمیان باہمی امن کا معاہدہ طے ہوا۔</w:t>
      </w:r>
    </w:p>
    <w:p>
      <w:r>
        <w:rPr>
          <w:b/>
        </w:rPr>
        <w:t xml:space="preserve">[54:10] </w:t>
      </w:r>
      <w:r>
        <w:t>Al-Hudaybiyah Arab ke ek ilaqe ka naam hai jo Madina aur Makka ke taqreeban darmiyani maqam par waqe hai.</w:t>
      </w:r>
    </w:p>
    <w:p>
      <w:pPr>
        <w:jc w:val="right"/>
      </w:pPr>
      <w:r>
        <w:t>الحدیبیہ عرب کے ایک علاقے کا نام ہے جو مدینہ اور مکہ کے تقریباً درمیانی مقام پر واقع ہے۔</w:t>
      </w:r>
    </w:p>
    <w:p>
      <w:r>
        <w:rPr>
          <w:b/>
        </w:rPr>
        <w:t xml:space="preserve">[54:16] </w:t>
      </w:r>
      <w:r>
        <w:t>Paighambar-e-Islam Sal-lal-lahu Alaihi Wasallam ne ek program ke tehat yahan do hafte qiyam kiya.</w:t>
      </w:r>
    </w:p>
    <w:p>
      <w:pPr>
        <w:jc w:val="right"/>
      </w:pPr>
      <w:r>
        <w:t>پیغمبر اسلام صلی اللہ علیہ وسلم نے ایک پروگرام کے تحت یہاں دو ہفتے قیام کیا۔</w:t>
      </w:r>
    </w:p>
    <w:p>
      <w:r>
        <w:rPr>
          <w:b/>
        </w:rPr>
        <w:t xml:space="preserve">[54:22] </w:t>
      </w:r>
      <w:r>
        <w:t>یہاں آپ نے مکہ کے لیڈروں سے گفت و شنید یا negotiation کی۔</w:t>
      </w:r>
    </w:p>
    <w:p>
      <w:pPr>
        <w:jc w:val="right"/>
      </w:pPr>
      <w:r>
        <w:t>یہاں آپ نے مکہ کے لیڈروں سے گفت و شنید یا نیگوشی ایشن کی۔</w:t>
      </w:r>
    </w:p>
    <w:p>
      <w:r>
        <w:rPr>
          <w:b/>
        </w:rPr>
        <w:t xml:space="preserve">[54:28] </w:t>
      </w:r>
      <w:r>
        <w:t>is ke baad fareeqain ke darmiyan das saal ke liye ek na-jang muaheda</w:t>
      </w:r>
    </w:p>
    <w:p>
      <w:pPr>
        <w:jc w:val="right"/>
      </w:pPr>
      <w:r>
        <w:t>اس کے بعد فریقین کے درمیان دس سال کے لیے ایک ناجنگ معاہدہ</w:t>
      </w:r>
    </w:p>
    <w:p>
      <w:r>
        <w:rPr>
          <w:b/>
        </w:rPr>
        <w:t xml:space="preserve">[54:34] </w:t>
      </w:r>
      <w:r>
        <w:t>ya no war pact hua. is muahiday ki takmeel ke baad madinah pohnchne se pehle woh surat nazil hui jo al fath ke naam se quran mein shamil hai. is surat mein hudaybiyah ke waqeye ko fath e mobeen ya clear victory bataya gaya hai. jab hudaybiyah ka waqea pesh aaya, us waqt ahl e islam ko koi fath hasil nahi hui thi. sirf yeh hua tha ke freqain ke darmiyan aman ka muahida</w:t>
      </w:r>
    </w:p>
    <w:p>
      <w:pPr>
        <w:jc w:val="right"/>
      </w:pPr>
      <w:r>
        <w:t>یا نو وار پیکٹ ہوا۔ اس معاہدے کی تکمیل کے بعد مدینہ پہنچنے سے پہلے وہ سورت نازل ہوئی جو الفتح کے نام سے قرآن میں شامل ہے۔ اس سورت میں حدیبیہ کے واقعے کو فتح مبین یا کلیئر وکٹری بتایا گیا ہے۔ جب حدیبیہ کا واقعہ پیش آیا، اس وقت اہل اسلام کو کوئی فتح حاصل نہیں ہوئی تھی۔ صرف یہ ہوا تھا کہ فریقین کے درمیان امن کا معاہدہ</w:t>
      </w:r>
    </w:p>
    <w:p>
      <w:r>
        <w:rPr>
          <w:b/>
        </w:rPr>
        <w:t xml:space="preserve">[55:04] </w:t>
      </w:r>
      <w:r>
        <w:t>ya peace treaty amal mein aaya tha.</w:t>
      </w:r>
    </w:p>
    <w:p>
      <w:pPr>
        <w:jc w:val="right"/>
      </w:pPr>
      <w:r>
        <w:t>یا پیس ٹریٹی عمل میں آیا تھا۔</w:t>
      </w:r>
    </w:p>
    <w:p>
      <w:r>
        <w:rPr>
          <w:b/>
        </w:rPr>
        <w:t xml:space="preserve">[55:10] </w:t>
      </w:r>
      <w:r>
        <w:t>aisi halat mein is waqe ko Fatah Mubeen kehne ka matlab yeh hai ke yeh lafz haal ki</w:t>
      </w:r>
    </w:p>
    <w:p>
      <w:pPr>
        <w:jc w:val="right"/>
      </w:pPr>
      <w:r>
        <w:t>ایسی حالت میں اس واقعے کو فتح مبین کہنے کا مطلب یہ ہے کہ یہ لفظ حال کی</w:t>
      </w:r>
    </w:p>
    <w:p>
      <w:r>
        <w:rPr>
          <w:b/>
        </w:rPr>
        <w:t xml:space="preserve">[55:16] </w:t>
      </w:r>
      <w:r>
        <w:t>nisbat se nahi, balkeh mustaqbil ki nisbat se tha.</w:t>
      </w:r>
    </w:p>
    <w:p>
      <w:pPr>
        <w:jc w:val="right"/>
      </w:pPr>
      <w:r>
        <w:t>نسبت سے نہیں، بلکہ مستقبل کی نسبت سے تھا۔</w:t>
      </w:r>
    </w:p>
    <w:p>
      <w:r>
        <w:rPr>
          <w:b/>
        </w:rPr>
        <w:t xml:space="preserve">[55:22] </w:t>
      </w:r>
      <w:r>
        <w:t>is aitbar se Fatah Mubeen ka matlab goya fatehana mansooba ya victorious planning ke hum ma'ani hai.</w:t>
      </w:r>
    </w:p>
    <w:p>
      <w:pPr>
        <w:jc w:val="right"/>
      </w:pPr>
      <w:r>
        <w:t>اس اعتبار سے فتح مبین کا مطلب گویا فاتحانہ منصوبہ یا وکٹوریس پلاننگ کے ہم معنی ہے۔</w:t>
      </w:r>
    </w:p>
    <w:p>
      <w:r>
        <w:rPr>
          <w:b/>
        </w:rPr>
        <w:t xml:space="preserve">[55:28] </w:t>
      </w:r>
      <w:r>
        <w:t>Rasool Allah ki sunnaton mein se ek ahem sunnat woh hai jis ko fateh</w:t>
      </w:r>
    </w:p>
    <w:p>
      <w:pPr>
        <w:jc w:val="right"/>
      </w:pPr>
      <w:r>
        <w:t>رسول اللہ کی سنتوں میں سے ایک اہم سنت وہ ہے جس کو فاتح</w:t>
      </w:r>
    </w:p>
    <w:p>
      <w:r>
        <w:rPr>
          <w:b/>
        </w:rPr>
        <w:t xml:space="preserve">[55:34] </w:t>
      </w:r>
      <w:r>
        <w:t>ana mansooba bandi kaha ja sakta hai.</w:t>
      </w:r>
    </w:p>
    <w:p>
      <w:pPr>
        <w:jc w:val="right"/>
      </w:pPr>
      <w:r>
        <w:t>انہ منصوبہ بندی کہا جا سکتا ہے۔</w:t>
      </w:r>
    </w:p>
    <w:p>
      <w:r>
        <w:rPr>
          <w:b/>
        </w:rPr>
        <w:t xml:space="preserve">[55:40] </w:t>
      </w:r>
      <w:r>
        <w:t>magar sawal yeh hai ke Rasool Allah Sal-lal-lahu Alaihi Wasallam aur aap ke ashaab Madina se nikle</w:t>
      </w:r>
    </w:p>
    <w:p>
      <w:pPr>
        <w:jc w:val="right"/>
      </w:pPr>
      <w:r>
        <w:t>مگر سوال یہ ہے کہ رسول اللہ صلی اللہ علیہ وسلم اور آپ کے اصحاب مدینہ سے نکلے</w:t>
      </w:r>
    </w:p>
    <w:p>
      <w:r>
        <w:rPr>
          <w:b/>
        </w:rPr>
        <w:t xml:space="preserve">[55:46] </w:t>
      </w:r>
      <w:r>
        <w:t>the makka janay kay liye, lekin woh muahiday kay mutabiq hudaybiya say wapas madina agaye.</w:t>
      </w:r>
    </w:p>
    <w:p>
      <w:pPr>
        <w:jc w:val="right"/>
      </w:pPr>
      <w:r>
        <w:t>تھے مکہ جانے کے لیے، لیکن وہ معاہدے کے مطابق حدیبیہ سے واپس مدینہ آگئے۔</w:t>
      </w:r>
    </w:p>
    <w:p>
      <w:r>
        <w:rPr>
          <w:b/>
        </w:rPr>
        <w:t xml:space="preserve">[55:52] </w:t>
      </w:r>
      <w:r>
        <w:t>is lihaz say hudaybiya ka waqia bazahir aik paspai ka waqia tha.</w:t>
      </w:r>
    </w:p>
    <w:p>
      <w:pPr>
        <w:jc w:val="right"/>
      </w:pPr>
      <w:r>
        <w:t>اس لحاظ سے حدیبیہ کا واقعہ بظاہر ایک پسپائی کا واقعہ تھا۔</w:t>
      </w:r>
    </w:p>
    <w:p>
      <w:r>
        <w:rPr>
          <w:b/>
        </w:rPr>
        <w:t xml:space="preserve">[55:58] </w:t>
      </w:r>
      <w:r>
        <w:t>phir is ko fath mubeen kyun kaha gaya? woh is liye tha kay hudaybiya ki bazahir</w:t>
      </w:r>
    </w:p>
    <w:p>
      <w:pPr>
        <w:jc w:val="right"/>
      </w:pPr>
      <w:r>
        <w:t>پھر اس کو فتح مبین کیوں کہا گیا؟ وہ اس لیے تھا کہ حدیبیہ کی بظاہ</w:t>
      </w:r>
    </w:p>
    <w:p>
      <w:r>
        <w:rPr>
          <w:b/>
        </w:rPr>
        <w:t xml:space="preserve">[56:04] </w:t>
      </w:r>
      <w:r>
        <w:t>pasapai apnay nateeje kay aitbar say fath mubeen thi. qayam-e-layl.</w:t>
      </w:r>
    </w:p>
    <w:p>
      <w:pPr>
        <w:jc w:val="right"/>
      </w:pPr>
      <w:r>
        <w:t>ر پسپائی اپنے نتیجے کے اعتبار سے فتح مبین تھی۔ قیام لیل۔</w:t>
      </w:r>
    </w:p>
    <w:p>
      <w:r>
        <w:rPr>
          <w:b/>
        </w:rPr>
        <w:t xml:space="preserve">[56:19] </w:t>
      </w:r>
      <w:r>
        <w:t>paighambar-e-islam sal-lal-lahu alaihi wa-sal-lam ko qayam-e-layl ka hukum detay huay quran mein</w:t>
      </w:r>
    </w:p>
    <w:p>
      <w:pPr>
        <w:jc w:val="right"/>
      </w:pPr>
      <w:r>
        <w:t>پیغمبر اسلام صلی اللہ علیہ وسلم کو قیام لیل کا حکم دیتے ہوئے قرآن میں</w:t>
      </w:r>
    </w:p>
    <w:p>
      <w:r>
        <w:rPr>
          <w:b/>
        </w:rPr>
        <w:t xml:space="preserve">[56:34] </w:t>
      </w:r>
      <w:r>
        <w:t>yeh ayat ayi hain: wa-tartil al-qurana tartila. inna sanulqi alayka qawlan thaqila. inna nashi'ata al-layli hi ashadd wata'an</w:t>
      </w:r>
    </w:p>
    <w:p>
      <w:pPr>
        <w:jc w:val="right"/>
      </w:pPr>
      <w:r>
        <w:t>یہ آیات آئی ہیں: ورتل القرآن ترتیلا إنا سنلقی علیک قولا ثقیلا إن ناشئۃ الليل هي أشد وطعا</w:t>
      </w:r>
    </w:p>
    <w:p>
      <w:r>
        <w:rPr>
          <w:b/>
        </w:rPr>
        <w:t xml:space="preserve">[56:40] </w:t>
      </w:r>
      <w:r>
        <w:t>wa-aqwama qila. yani quran ko thehar thehar kar parho.</w:t>
      </w:r>
    </w:p>
    <w:p>
      <w:pPr>
        <w:jc w:val="right"/>
      </w:pPr>
      <w:r>
        <w:t>وأقوم قيلا یعنی قرآن کو ٹھہر ٹھہر کر پڑھو۔</w:t>
      </w:r>
    </w:p>
    <w:p>
      <w:r>
        <w:rPr>
          <w:b/>
        </w:rPr>
        <w:t xml:space="preserve">[56:46] </w:t>
      </w:r>
      <w:r>
        <w:t>hum tum par aik bhari baat dalnay walay hain.</w:t>
      </w:r>
    </w:p>
    <w:p>
      <w:pPr>
        <w:jc w:val="right"/>
      </w:pPr>
      <w:r>
        <w:t>ہم تم پر ایک بھاری بات ڈالنے والے ہیں۔</w:t>
      </w:r>
    </w:p>
    <w:p>
      <w:r>
        <w:rPr>
          <w:b/>
        </w:rPr>
        <w:t xml:space="preserve">[56:52] </w:t>
      </w:r>
      <w:r>
        <w:t>beshak raat ka uthna sakht rondnay wala hai aur fehm-e-kalam kay liye nihayat khoob hai.</w:t>
      </w:r>
    </w:p>
    <w:p>
      <w:pPr>
        <w:jc w:val="right"/>
      </w:pPr>
      <w:r>
        <w:t>بے شک رات کا اٹھنا سخت روندنے والا ہے اور فہم کلام کے لیے نہایت خوب ہے۔</w:t>
      </w:r>
    </w:p>
    <w:p>
      <w:r>
        <w:rPr>
          <w:b/>
        </w:rPr>
        <w:t xml:space="preserve">[56:58] </w:t>
      </w:r>
      <w:r>
        <w:t>is ayat mein</w:t>
      </w:r>
    </w:p>
    <w:p>
      <w:pPr>
        <w:jc w:val="right"/>
      </w:pPr>
      <w:r>
        <w:t>اس آیت میں</w:t>
      </w:r>
    </w:p>
    <w:p>
      <w:r>
        <w:rPr>
          <w:b/>
        </w:rPr>
        <w:t xml:space="preserve">[57:04] </w:t>
      </w:r>
      <w:r>
        <w:t>ashadd wata'an ka lafz qayam-e-layl ki nisbat say aya hai, yani is say nafs runda jata hai.</w:t>
      </w:r>
    </w:p>
    <w:p>
      <w:pPr>
        <w:jc w:val="right"/>
      </w:pPr>
      <w:r>
        <w:t>أشد وطعا کا لفظ قیام لیل کی نسبت سے آیا ہے، یعنی اس سے نفس روندا جاتا ہے۔</w:t>
      </w:r>
    </w:p>
    <w:p>
      <w:r>
        <w:rPr>
          <w:b/>
        </w:rPr>
        <w:t xml:space="preserve">[57:10] </w:t>
      </w:r>
      <w:r>
        <w:t>aur aqwama qila ka talluq fehm-e-kalam say hai, yani is say aadmi is qabil banta hai kay</w:t>
      </w:r>
    </w:p>
    <w:p>
      <w:pPr>
        <w:jc w:val="right"/>
      </w:pPr>
      <w:r>
        <w:t>اور أقوم قيلا کا تعلق فہم کلام سے ہے، یعنی اس سے آدمی اس قابل بنتا ہے کہ</w:t>
      </w:r>
    </w:p>
    <w:p>
      <w:r>
        <w:rPr>
          <w:b/>
        </w:rPr>
        <w:t xml:space="preserve">[57:16] </w:t>
      </w:r>
      <w:r>
        <w:t>woh kalam ko ziyada behtar tareeqay par samajh sakay.</w:t>
      </w:r>
    </w:p>
    <w:p>
      <w:pPr>
        <w:jc w:val="right"/>
      </w:pPr>
      <w:r>
        <w:t>وہ کلام کو زیادہ بہتر طریقے پر سمجھ سکے۔</w:t>
      </w:r>
    </w:p>
    <w:p>
      <w:r>
        <w:rPr>
          <w:b/>
        </w:rPr>
        <w:t xml:space="preserve">[57:23] </w:t>
      </w:r>
      <w:r>
        <w:t>yeh baat bazahir paighambar-e-islam kay baray mein ayi hai, taham paighambar ki ittaba kay aitbar say is</w:t>
      </w:r>
    </w:p>
    <w:p>
      <w:pPr>
        <w:jc w:val="right"/>
      </w:pPr>
      <w:r>
        <w:t>یہ بات بظاہر پیغمبر اسلام کے بارے میں آئی ہے، تاہم پیغمبر کی اتباع کے اعتبار سے اس</w:t>
      </w:r>
    </w:p>
    <w:p>
      <w:r>
        <w:rPr>
          <w:b/>
        </w:rPr>
        <w:t xml:space="preserve">[57:29] </w:t>
      </w:r>
      <w:r>
        <w:t>ka talluq poori</w:t>
      </w:r>
    </w:p>
    <w:p>
      <w:pPr>
        <w:jc w:val="right"/>
      </w:pPr>
      <w:r>
        <w:t>کا تعلق پوری</w:t>
      </w:r>
    </w:p>
    <w:p>
      <w:r>
        <w:rPr>
          <w:b/>
        </w:rPr>
        <w:t xml:space="preserve">[57:35] </w:t>
      </w:r>
      <w:r>
        <w:t>ummat say hai.</w:t>
      </w:r>
    </w:p>
    <w:p>
      <w:pPr>
        <w:jc w:val="right"/>
      </w:pPr>
      <w:r>
        <w:t>امت سے ہے۔</w:t>
      </w:r>
    </w:p>
    <w:p>
      <w:r>
        <w:rPr>
          <w:b/>
        </w:rPr>
        <w:t xml:space="preserve">[57:40] </w:t>
      </w:r>
      <w:r>
        <w:t>is mein paighambar kay hawala say poori ummat kay liye rizq ka saman mojood hai.</w:t>
      </w:r>
    </w:p>
    <w:p>
      <w:pPr>
        <w:jc w:val="right"/>
      </w:pPr>
      <w:r>
        <w:t>اس میں پیغمبر کے حوالے سے پوری امت کے لیے رزق کا سامان موجود ہے۔</w:t>
      </w:r>
    </w:p>
    <w:p>
      <w:r>
        <w:rPr>
          <w:b/>
        </w:rPr>
        <w:t xml:space="preserve">[57:45] </w:t>
      </w:r>
      <w:r>
        <w:t>quran ki is ayat mein wata'an shadeed ka matlab yeh hai kay paighambar-e-islam raat kay waqt der</w:t>
      </w:r>
    </w:p>
    <w:p>
      <w:pPr>
        <w:jc w:val="right"/>
      </w:pPr>
      <w:r>
        <w:t>قرآن کی اس آیت میں وطعا شدید کا مطلب یہ ہے کہ پیغمبر اسلام رات کے وقت دیر</w:t>
      </w:r>
    </w:p>
    <w:p>
      <w:r>
        <w:rPr>
          <w:b/>
        </w:rPr>
        <w:t xml:space="preserve">[57:50] </w:t>
      </w:r>
      <w:r>
        <w:t>tak kharay ho kar ibadat kartay thay.</w:t>
      </w:r>
    </w:p>
    <w:p>
      <w:pPr>
        <w:jc w:val="right"/>
      </w:pPr>
      <w:r>
        <w:t>تک کھڑے ہو کر عبادت کرتے تھے۔</w:t>
      </w:r>
    </w:p>
    <w:p>
      <w:r>
        <w:rPr>
          <w:b/>
        </w:rPr>
        <w:t xml:space="preserve">[57:55] </w:t>
      </w:r>
      <w:r>
        <w:t>is say aap ko shadeed bojh parta tha, goya kay aap ka jism runda ja raha hai.</w:t>
      </w:r>
    </w:p>
    <w:p>
      <w:pPr>
        <w:jc w:val="right"/>
      </w:pPr>
      <w:r>
        <w:t>اس سے آپ کو شدید بوجھ پڑتا تھا، گویا کہ آپ کا جسم روندا جا رہا ہے۔</w:t>
      </w:r>
    </w:p>
    <w:p>
      <w:r>
        <w:rPr>
          <w:b/>
        </w:rPr>
        <w:t xml:space="preserve">[58:00] </w:t>
      </w:r>
      <w:r>
        <w:t>is wata'an shadeed ka faida yeh bataya gaya hai kay is say aap</w:t>
      </w:r>
    </w:p>
    <w:p>
      <w:pPr>
        <w:jc w:val="right"/>
      </w:pPr>
      <w:r>
        <w:t>اس وطعا شدید کا فائدہ یہ بتایا گیا ہے کہ اس سے آپ</w:t>
      </w:r>
    </w:p>
    <w:p>
      <w:r>
        <w:rPr>
          <w:b/>
        </w:rPr>
        <w:t xml:space="preserve">[58:05] </w:t>
      </w:r>
      <w:r>
        <w:t>kay andar qawl aqwama ki salahiyat paida hoti thi.</w:t>
      </w:r>
    </w:p>
    <w:p>
      <w:pPr>
        <w:jc w:val="right"/>
      </w:pPr>
      <w:r>
        <w:t>کے اندر قول اقوم کی صلاحیت پیدا ہوتی تھی۔</w:t>
      </w:r>
    </w:p>
    <w:p>
      <w:r>
        <w:rPr>
          <w:b/>
        </w:rPr>
        <w:t xml:space="preserve">[58:10] </w:t>
      </w:r>
      <w:r>
        <w:t>is ka matlab ghaleban yeh hai kay jismani taab aadmi kay liye aik qism ka zahmat mein rehmat</w:t>
      </w:r>
    </w:p>
    <w:p>
      <w:pPr>
        <w:jc w:val="right"/>
      </w:pPr>
      <w:r>
        <w:t>اس کا مطلب غالباً یہ ہے کہ جسمانی تاب آدمی کے لیے ایک قسم کا زحمت میں رحمت</w:t>
      </w:r>
    </w:p>
    <w:p>
      <w:r>
        <w:rPr>
          <w:b/>
        </w:rPr>
        <w:t xml:space="preserve">[58:15] </w:t>
      </w:r>
      <w:r>
        <w:t>ya blessing in disguise hota hai.</w:t>
      </w:r>
    </w:p>
    <w:p>
      <w:pPr>
        <w:jc w:val="right"/>
      </w:pPr>
      <w:r>
        <w:t>یا بلیسنگ ان ڈسگائز ہوتا ہے۔</w:t>
      </w:r>
    </w:p>
    <w:p>
      <w:r>
        <w:rPr>
          <w:b/>
        </w:rPr>
        <w:t xml:space="preserve">[58:20] </w:t>
      </w:r>
      <w:r>
        <w:t>is say aadmi ki soch bedar hoti hai.</w:t>
      </w:r>
    </w:p>
    <w:p>
      <w:pPr>
        <w:jc w:val="right"/>
      </w:pPr>
      <w:r>
        <w:t>اس سے آدمی کی سوچ بیدار ہوتی ہے۔</w:t>
      </w:r>
    </w:p>
    <w:p>
      <w:r>
        <w:rPr>
          <w:b/>
        </w:rPr>
        <w:t xml:space="preserve">[58:25] </w:t>
      </w:r>
      <w:r>
        <w:t>is se aadmi ke dimagh ki khirkiyan khulti hain.</w:t>
      </w:r>
    </w:p>
    <w:p>
      <w:pPr>
        <w:jc w:val="right"/>
      </w:pPr>
      <w:r>
        <w:t>اس سے آدمی کے دماغ کی کھڑکیاں کھلتی ہیں۔</w:t>
      </w:r>
    </w:p>
    <w:p>
      <w:r>
        <w:rPr>
          <w:b/>
        </w:rPr>
        <w:t xml:space="preserve">[58:30] </w:t>
      </w:r>
      <w:r>
        <w:t>is se aadmi ke andar ziyada gehrai ke sath sochne ki salahiyat jaagti hai. Ghaliban</w:t>
      </w:r>
    </w:p>
    <w:p>
      <w:pPr>
        <w:jc w:val="right"/>
      </w:pPr>
      <w:r>
        <w:t>اس سے آدمی کے اندر زیادہ گہرائی کے ساتھ سوچنے کی صلاحیت جاگتی ہے۔ غالباً</w:t>
      </w:r>
    </w:p>
    <w:p>
      <w:r>
        <w:rPr>
          <w:b/>
        </w:rPr>
        <w:t xml:space="preserve">[58:35] </w:t>
      </w:r>
      <w:r>
        <w:t>is wata' shadeed mein doosre woh deeni a'maal bhi shamil hain jin mein aadmi ko shadeed taab ka</w:t>
      </w:r>
    </w:p>
    <w:p>
      <w:pPr>
        <w:jc w:val="right"/>
      </w:pPr>
      <w:r>
        <w:t>اس وطعا شدید میں دوسرے وہ دینی اعمال بھی شامل ہیں جن میں آدمی کو شدید تاب کا</w:t>
      </w:r>
    </w:p>
    <w:p>
      <w:r>
        <w:rPr>
          <w:b/>
        </w:rPr>
        <w:t xml:space="preserve">[58:44] </w:t>
      </w:r>
      <w:r>
        <w:t>tajruba ho, jo goya aadmi ki shakhsiyat ko rond dale.</w:t>
      </w:r>
    </w:p>
    <w:p>
      <w:pPr>
        <w:jc w:val="right"/>
      </w:pPr>
      <w:r>
        <w:t>تجربہ ہو، جو گویا آدمی کی شخصیت کو روند ڈالے۔</w:t>
      </w:r>
    </w:p>
    <w:p>
      <w:r>
        <w:rPr>
          <w:b/>
        </w:rPr>
        <w:t xml:space="preserve">[58:53] </w:t>
      </w:r>
      <w:r>
        <w:t>jis mein aadmi ka yeh haal ho ke us ki shakhsiyat goya chaki ke do paart ke darmiyan</w:t>
      </w:r>
    </w:p>
    <w:p>
      <w:pPr>
        <w:jc w:val="right"/>
      </w:pPr>
      <w:r>
        <w:t>جس میں آدمی کا یہ حال ہو کہ اس کی شخصیت گویا چکی کے دو پارٹ کے درمیان</w:t>
      </w:r>
    </w:p>
    <w:p>
      <w:r>
        <w:rPr>
          <w:b/>
        </w:rPr>
        <w:t xml:space="preserve">[59:02] </w:t>
      </w:r>
      <w:r>
        <w:t>pas gayi hai.</w:t>
      </w:r>
    </w:p>
    <w:p>
      <w:pPr>
        <w:jc w:val="right"/>
      </w:pPr>
      <w:r>
        <w:t>پس گئی ہے۔</w:t>
      </w:r>
    </w:p>
    <w:p>
      <w:r>
        <w:rPr>
          <w:b/>
        </w:rPr>
        <w:t xml:space="preserve">[59:11] </w:t>
      </w:r>
      <w:r>
        <w:t>agar aisa ho to woh aadmi ke andar a'la fehm ki salahiyat paida karne ka zariya ban jayega.</w:t>
      </w:r>
    </w:p>
    <w:p>
      <w:pPr>
        <w:jc w:val="right"/>
      </w:pPr>
      <w:r>
        <w:t>اگر ایسا ہو تو وہ آدمی کے اندر اعلیٰ فہم کی صلاحیت پیدا کرنے کا ذریعہ بن جائے گا۔</w:t>
      </w:r>
    </w:p>
    <w:p>
      <w:r>
        <w:rPr>
          <w:b/>
        </w:rPr>
        <w:t xml:space="preserve">[59:20] </w:t>
      </w:r>
      <w:r>
        <w:t>jihad ka hukum.</w:t>
      </w:r>
    </w:p>
    <w:p>
      <w:pPr>
        <w:jc w:val="right"/>
      </w:pPr>
      <w:r>
        <w:t>جہاد کا حکم۔</w:t>
      </w:r>
    </w:p>
    <w:p>
      <w:r>
        <w:rPr>
          <w:b/>
        </w:rPr>
        <w:t xml:space="preserve">[59:25] </w:t>
      </w:r>
      <w:r>
        <w:t>jihad ba ma'ni qital ek khusoosi hukum hai.</w:t>
      </w:r>
    </w:p>
    <w:p>
      <w:pPr>
        <w:jc w:val="right"/>
      </w:pPr>
      <w:r>
        <w:t>جہاد بمعنی قتال ایک خصوصی حکم ہے۔</w:t>
      </w:r>
    </w:p>
    <w:p>
      <w:r>
        <w:rPr>
          <w:b/>
        </w:rPr>
        <w:t xml:space="preserve">[59:30] </w:t>
      </w:r>
      <w:r>
        <w:t>jihad ba ma'ni qital ki zaroorat is waqt pesh aati hai jabke musalmanon ki baqayda hukumat qaim ho aur</w:t>
      </w:r>
    </w:p>
    <w:p>
      <w:pPr>
        <w:jc w:val="right"/>
      </w:pPr>
      <w:r>
        <w:t>جہاد بمعنی قتال کی ضرورت اس وقت پیش آتی ہے جبکہ مسلمانوں کی باقاعدہ حکومت قائم ہو اور</w:t>
      </w:r>
    </w:p>
    <w:p>
      <w:r>
        <w:rPr>
          <w:b/>
        </w:rPr>
        <w:t xml:space="preserve">[59:35] </w:t>
      </w:r>
      <w:r>
        <w:t>is ki sarhadon par khuli jarahiyat ki jaye.</w:t>
      </w:r>
    </w:p>
    <w:p>
      <w:pPr>
        <w:jc w:val="right"/>
      </w:pPr>
      <w:r>
        <w:t>اس کی سرحدوں پر کھلی جارحیت کی جائے۔</w:t>
      </w:r>
    </w:p>
    <w:p>
      <w:r>
        <w:rPr>
          <w:b/>
        </w:rPr>
        <w:t xml:space="preserve">[59:40] </w:t>
      </w:r>
      <w:r>
        <w:t>is waqt zimmedaran-e-saltanat ki taraf se jarah se guft-o-shuneed ki jayegi.</w:t>
      </w:r>
    </w:p>
    <w:p>
      <w:pPr>
        <w:jc w:val="right"/>
      </w:pPr>
      <w:r>
        <w:t>اس وقت ذمہ داران سلطنت کی طرف سے جارح سے گفت و شنید کی جائے گی۔</w:t>
      </w:r>
    </w:p>
    <w:p>
      <w:r>
        <w:rPr>
          <w:b/>
        </w:rPr>
        <w:t xml:space="preserve">[59:45] </w:t>
      </w:r>
      <w:r>
        <w:t>agar guft-o-shuneed nakam ho jaye to baqadr zarr</w:t>
      </w:r>
    </w:p>
    <w:p>
      <w:pPr>
        <w:jc w:val="right"/>
      </w:pPr>
      <w:r>
        <w:t>اگر گفت و شنید ناکام ہو جائے تو بقدر ضر</w:t>
      </w:r>
    </w:p>
    <w:p>
      <w:r>
        <w:rPr>
          <w:b/>
        </w:rPr>
        <w:t xml:space="preserve">[59:50] </w:t>
      </w:r>
      <w:r>
        <w:t>urat musalmanon ki taraf se munazzam difa' kiya jayega.</w:t>
      </w:r>
    </w:p>
    <w:p>
      <w:pPr>
        <w:jc w:val="right"/>
      </w:pPr>
      <w:r>
        <w:t>ورت مسلمانوں کی طرف سے منظم دفاع کیا جائے گا۔</w:t>
      </w:r>
    </w:p>
    <w:p>
      <w:r>
        <w:rPr>
          <w:b/>
        </w:rPr>
        <w:t xml:space="preserve">[59:55] </w:t>
      </w:r>
      <w:r>
        <w:t>yahi shar'i jihad hai.</w:t>
      </w:r>
    </w:p>
    <w:p>
      <w:pPr>
        <w:jc w:val="right"/>
      </w:pPr>
      <w:r>
        <w:t>یہی شرعی جہاد ہے۔</w:t>
      </w:r>
    </w:p>
    <w:p>
      <w:r>
        <w:rPr>
          <w:b/>
        </w:rPr>
        <w:t xml:space="preserve">[1:00:00] </w:t>
      </w:r>
      <w:r>
        <w:t>is difa' ke ma'amle mein afrad ka koi azadana role nahi hai.</w:t>
      </w:r>
    </w:p>
    <w:p>
      <w:pPr>
        <w:jc w:val="right"/>
      </w:pPr>
      <w:r>
        <w:t>اس دفاع کے معاملے میں افراد کا کوئی آزادانہ رول نہیں ہے۔</w:t>
      </w:r>
    </w:p>
    <w:p>
      <w:r>
        <w:rPr>
          <w:b/>
        </w:rPr>
        <w:t xml:space="preserve">[1:00:05] </w:t>
      </w:r>
      <w:r>
        <w:t>afrad ko sirf yeh karna hai ke amir-e-saltanat ke hukum ke mutabiq difa' mein munazzam hissa lein.</w:t>
      </w:r>
    </w:p>
    <w:p>
      <w:pPr>
        <w:jc w:val="right"/>
      </w:pPr>
      <w:r>
        <w:t>افراد کو صرف یہ کرنا ہے کہ امیر سلطنت کے حکم کے مطابق دفاع میں منظم حصہ لیں۔</w:t>
      </w:r>
    </w:p>
    <w:p>
      <w:r>
        <w:rPr>
          <w:b/>
        </w:rPr>
        <w:t xml:space="preserve">[1:00:10] </w:t>
      </w:r>
      <w:r>
        <w:t>yahan is silsile mein ek hawala darj kiya jata hai: Abu Muhammad Muwaffaquddin Abdullah bin Ahmad bin</w:t>
      </w:r>
    </w:p>
    <w:p>
      <w:pPr>
        <w:jc w:val="right"/>
      </w:pPr>
      <w:r>
        <w:t>یہاں اس سلسلے میں ایک حوالہ درج کیا جاتا ہے: ابو محمد موفق الدین عبداللہ بن احمد بن</w:t>
      </w:r>
    </w:p>
    <w:p>
      <w:r>
        <w:rPr>
          <w:b/>
        </w:rPr>
        <w:t xml:space="preserve">[1:00:15] </w:t>
      </w:r>
      <w:r>
        <w:t>Muhammad bin Qudamah Maqdisi H</w:t>
      </w:r>
    </w:p>
    <w:p>
      <w:pPr>
        <w:jc w:val="right"/>
      </w:pPr>
      <w:r>
        <w:t>محمد بن قدامہ المقدسی ح</w:t>
      </w:r>
    </w:p>
    <w:p>
      <w:r>
        <w:rPr>
          <w:b/>
        </w:rPr>
        <w:t xml:space="preserve">[1:00:20] </w:t>
      </w:r>
      <w:r>
        <w:t>hanbali. muhaddis fiqh hanbali ke aalim aur qazi aur mufakkir thay. unhon ne fiqh hanbali ke fiqhi masail par beshtar kutub tasneef kin. woh hanabila ke azeem fuqaha mein se aik hain. ibn qudamah ki tasneef al mughni ka shumar fiqh hanbali ki bunyadi kitabon mein hota hai. is kitab ka aik bab hai: fasl wa amr al jihadi mawqool</w:t>
      </w:r>
    </w:p>
    <w:p>
      <w:pPr>
        <w:jc w:val="right"/>
      </w:pPr>
      <w:r>
        <w:t>نبلی۔ محدث فقہ حنبلی کے عالم اور قاضی اور مفکر تھے۔ انہوں نے فقہ حنبلی کے فقہی مسائل پر بیشتر کتب تصنیف کیں۔ وہ حنابلہ کے عظیم فقہاء میں سے ایک ہیں۔ ابن قدامہ کی تصنیف المغنی کا شمار فقہ حنبلی کی بنیادی کتابوں میں ہوتا ہے۔ اس کتاب کا ایک باب ہے: فصل و امر الجہادی موکول</w:t>
      </w:r>
    </w:p>
    <w:p>
      <w:r>
        <w:rPr>
          <w:b/>
        </w:rPr>
        <w:t xml:space="preserve">[1:00:50] </w:t>
      </w:r>
      <w:r>
        <w:t>al-Imam wajtihaadi.</w:t>
      </w:r>
    </w:p>
    <w:p>
      <w:pPr>
        <w:jc w:val="right"/>
      </w:pPr>
      <w:r>
        <w:t>الامام واجتہادی۔</w:t>
      </w:r>
    </w:p>
    <w:p>
      <w:r>
        <w:rPr>
          <w:b/>
        </w:rPr>
        <w:t xml:space="preserve">[1:00:57] </w:t>
      </w:r>
      <w:r>
        <w:t>is bab ke tehat musannif likhte hain: Wa amr al-jihadi mawqool 'ala al-Imam wajtihaadi wa yalzam al-ra'iyyah ta'atuhu feema yaraahu min</w:t>
      </w:r>
    </w:p>
    <w:p>
      <w:pPr>
        <w:jc w:val="right"/>
      </w:pPr>
      <w:r>
        <w:t>اس باب کے تحت مصنف لکھتے ہیں: وامر الجهادي موکول الامام واجتہادی ویلزم الرعیت طاعته فیما یراہ من</w:t>
      </w:r>
    </w:p>
    <w:p>
      <w:r>
        <w:rPr>
          <w:b/>
        </w:rPr>
        <w:t xml:space="preserve">[1:01:05] </w:t>
      </w:r>
      <w:r>
        <w:t>dhalik ya'ni jihad aur is ke ijtihad ka ma'mla imam ke zimme assigned hai aur ra'iyyat par</w:t>
      </w:r>
    </w:p>
    <w:p>
      <w:pPr>
        <w:jc w:val="right"/>
      </w:pPr>
      <w:r>
        <w:t>ذالک یعنی جہاد اور اس کے اجتہاد کا معاملہ امام کے ذمے یا اسائنڈ ہے اور رعیت پر</w:t>
      </w:r>
    </w:p>
    <w:p>
      <w:r>
        <w:rPr>
          <w:b/>
        </w:rPr>
        <w:t xml:space="preserve">[1:01:13] </w:t>
      </w:r>
      <w:r>
        <w:t>lazim hai ke woh is ma'amle mein jo hakim ki rai ho us ki it'at kare.</w:t>
      </w:r>
    </w:p>
    <w:p>
      <w:pPr>
        <w:jc w:val="right"/>
      </w:pPr>
      <w:r>
        <w:t>لازم ہے کہ وہ اس معاملے میں جو حاکم کی رائے ہو اس کی اطاعت کرے۔</w:t>
      </w:r>
    </w:p>
    <w:p>
      <w:r>
        <w:rPr>
          <w:b/>
        </w:rPr>
        <w:t xml:space="preserve">[1:01:20] </w:t>
      </w:r>
      <w:r>
        <w:t>jihad ba ma'ni qital ek munazzam difa'i amr hai.</w:t>
      </w:r>
    </w:p>
    <w:p>
      <w:pPr>
        <w:jc w:val="right"/>
      </w:pPr>
      <w:r>
        <w:t>جہاد بمعنی قتال ایک منظم دفاعی امر ہے۔</w:t>
      </w:r>
    </w:p>
    <w:p>
      <w:r>
        <w:rPr>
          <w:b/>
        </w:rPr>
        <w:t xml:space="preserve">[1:01:26] </w:t>
      </w:r>
      <w:r>
        <w:t>jihad ko shuru karna aur us ko khatm karna dono baqayda taur par qaim shuda hukumat ka kaam hai.</w:t>
      </w:r>
    </w:p>
    <w:p>
      <w:pPr>
        <w:jc w:val="right"/>
      </w:pPr>
      <w:r>
        <w:t>جہاد کو شروع کرنا اور اس کو ختم کرنا دونوں باقاعدہ طور پر قائم شدہ حکومت کا کام ہے۔</w:t>
      </w:r>
    </w:p>
    <w:p>
      <w:r>
        <w:rPr>
          <w:b/>
        </w:rPr>
        <w:t xml:space="preserve">[1:01:32] </w:t>
      </w:r>
      <w:r>
        <w:t>is mamle mein afraad ka role sirf hakim ki itaat hai, na ke bator khud jarah ke khilaaf</w:t>
      </w:r>
    </w:p>
    <w:p>
      <w:pPr>
        <w:jc w:val="right"/>
      </w:pPr>
      <w:r>
        <w:t>اس معاملے میں افراد کا رول صرف حاکم کی اطاعت ہے، نہ کہ بطور خود جارح کے خلاف</w:t>
      </w:r>
    </w:p>
    <w:p>
      <w:r>
        <w:rPr>
          <w:b/>
        </w:rPr>
        <w:t xml:space="preserve">[1:01:39] </w:t>
      </w:r>
      <w:r>
        <w:t>koi karwai karna.</w:t>
      </w:r>
    </w:p>
    <w:p>
      <w:pPr>
        <w:jc w:val="right"/>
      </w:pPr>
      <w:r>
        <w:t>کوئی کارروائی کرنا۔</w:t>
      </w:r>
    </w:p>
    <w:p>
      <w:r>
        <w:rPr>
          <w:b/>
        </w:rPr>
        <w:t xml:space="preserve">[1:01:45] </w:t>
      </w:r>
      <w:r>
        <w:t>namaz baghair ameer ke bhi ho sakti hai, lekin jihad ba maani qitaal</w:t>
      </w:r>
    </w:p>
    <w:p>
      <w:pPr>
        <w:jc w:val="right"/>
      </w:pPr>
      <w:r>
        <w:t>نماز بغیر امیر کے بھی ہو سکتی ہے، لیکن جہاد بمعنی قتال</w:t>
      </w:r>
    </w:p>
    <w:p>
      <w:r>
        <w:rPr>
          <w:b/>
        </w:rPr>
        <w:t xml:space="preserve">[1:01:51] </w:t>
      </w:r>
      <w:r>
        <w:t>ameer ke baghair sarta sar najayaz hai.</w:t>
      </w:r>
    </w:p>
    <w:p>
      <w:pPr>
        <w:jc w:val="right"/>
      </w:pPr>
      <w:r>
        <w:t>امیر کے بغیر سرتاسر ناجائز ہے۔</w:t>
      </w:r>
    </w:p>
    <w:p>
      <w:r>
        <w:rPr>
          <w:b/>
        </w:rPr>
        <w:t xml:space="preserve">[1:02:01] </w:t>
      </w:r>
      <w:r>
        <w:t>daawat ka usloob.</w:t>
      </w:r>
    </w:p>
    <w:p>
      <w:pPr>
        <w:jc w:val="right"/>
      </w:pPr>
      <w:r>
        <w:t>دعوت کا اسلوب۔</w:t>
      </w:r>
    </w:p>
    <w:p>
      <w:r>
        <w:rPr>
          <w:b/>
        </w:rPr>
        <w:t xml:space="preserve">[1:02:11] </w:t>
      </w:r>
      <w:r>
        <w:t>quran ka ek hukum in alfaaz mein aaya hai: faa'arz anhum wa'azzhum wa qul hum fi</w:t>
      </w:r>
    </w:p>
    <w:p>
      <w:pPr>
        <w:jc w:val="right"/>
      </w:pPr>
      <w:r>
        <w:t>قرآن کا ایک حکم ان الفاظ میں آیا ہے: فاعرض عنہم وعزھم وقلھم فی</w:t>
      </w:r>
    </w:p>
    <w:p>
      <w:r>
        <w:rPr>
          <w:b/>
        </w:rPr>
        <w:t xml:space="preserve">[1:02:21] </w:t>
      </w:r>
      <w:r>
        <w:t>anfusihim qawlan baligha yaani pas tum un se e'raaz karo aur un ko naseehat karo aur un se</w:t>
      </w:r>
    </w:p>
    <w:p>
      <w:pPr>
        <w:jc w:val="right"/>
      </w:pPr>
      <w:r>
        <w:t>انفسہم قولا بلیغا یعنی پس تم ان سے اعراض کرو اور ان کو نصیحت کرو اور ان سے</w:t>
      </w:r>
    </w:p>
    <w:p>
      <w:r>
        <w:rPr>
          <w:b/>
        </w:rPr>
        <w:t xml:space="preserve">[1:02:27] </w:t>
      </w:r>
      <w:r>
        <w:t>aisi baat kaho jo un ke dilon mein utar jaye.</w:t>
      </w:r>
    </w:p>
    <w:p>
      <w:pPr>
        <w:jc w:val="right"/>
      </w:pPr>
      <w:r>
        <w:t>ایسی بات کہو جو ان کے دلوں میں اتر جائے۔</w:t>
      </w:r>
    </w:p>
    <w:p>
      <w:r>
        <w:rPr>
          <w:b/>
        </w:rPr>
        <w:t xml:space="preserve">[1:02:33] </w:t>
      </w:r>
      <w:r>
        <w:t>is aayat mein qawl baligh ke alfaaz istemaal hue hain.</w:t>
      </w:r>
    </w:p>
    <w:p>
      <w:pPr>
        <w:jc w:val="right"/>
      </w:pPr>
      <w:r>
        <w:t>اس آیت میں قول بلیغ کے الفاظ استعمال ہوئے ہیں۔</w:t>
      </w:r>
    </w:p>
    <w:p>
      <w:r>
        <w:rPr>
          <w:b/>
        </w:rPr>
        <w:t xml:space="preserve">[1:02:39] </w:t>
      </w:r>
      <w:r>
        <w:t>un ki tafseer mein qazi muhammad sanaullah panipati ne likha hai: ayfi haqqi anfusihim qawlan baligha</w:t>
      </w:r>
    </w:p>
    <w:p>
      <w:pPr>
        <w:jc w:val="right"/>
      </w:pPr>
      <w:r>
        <w:t>ان کی تفسیر میں قاضی محمد ثناء اللہ پانی پتی نے لکھا ہے: ایفی حقی انفسہم قولا بلیغا</w:t>
      </w:r>
    </w:p>
    <w:p>
      <w:r>
        <w:rPr>
          <w:b/>
        </w:rPr>
        <w:t xml:space="preserve">[1:02:45] </w:t>
      </w:r>
      <w:r>
        <w:t>yablughu samiy'a qulubihim bil ta'seer tafseer</w:t>
      </w:r>
    </w:p>
    <w:p>
      <w:pPr>
        <w:jc w:val="right"/>
      </w:pPr>
      <w:r>
        <w:t>یبلغو سمیع قلوبہم بالتأثیر تفسیر</w:t>
      </w:r>
    </w:p>
    <w:p>
      <w:r>
        <w:rPr>
          <w:b/>
        </w:rPr>
        <w:t xml:space="preserve">[1:02:51] </w:t>
      </w:r>
      <w:r>
        <w:t>al mazhari.</w:t>
      </w:r>
    </w:p>
    <w:p>
      <w:pPr>
        <w:jc w:val="right"/>
      </w:pPr>
      <w:r>
        <w:t>المظہری۔</w:t>
      </w:r>
    </w:p>
    <w:p>
      <w:r>
        <w:rPr>
          <w:b/>
        </w:rPr>
        <w:t xml:space="preserve">[1:02:56] </w:t>
      </w:r>
      <w:r>
        <w:t>yaani apni baat aise usloob mein kaho jis ki taaseer un ke dilon ki gehraiyon mein utar jaye.</w:t>
      </w:r>
    </w:p>
    <w:p>
      <w:pPr>
        <w:jc w:val="right"/>
      </w:pPr>
      <w:r>
        <w:t>یعنی اپنی بات ایسے اسلوب میں کہو جس کی تاثیر ان کے دلوں کی گہرائیوں میں اتر جائے۔</w:t>
      </w:r>
    </w:p>
    <w:p>
      <w:r>
        <w:rPr>
          <w:b/>
        </w:rPr>
        <w:t xml:space="preserve">[1:03:01] </w:t>
      </w:r>
      <w:r>
        <w:t>doosre alfaaz mein yeh aisa usloob jo un ke zehan ko address karne wala ho.</w:t>
      </w:r>
    </w:p>
    <w:p>
      <w:pPr>
        <w:jc w:val="right"/>
      </w:pPr>
      <w:r>
        <w:t>دوسرے الفاظ میں یہ ایسا اسلوب جو ان کے ذہن کو ایڈریس کرنے والا ہو۔</w:t>
      </w:r>
    </w:p>
    <w:p>
      <w:r>
        <w:rPr>
          <w:b/>
        </w:rPr>
        <w:t xml:space="preserve">[1:03:07] </w:t>
      </w:r>
      <w:r>
        <w:t>yahan usloob baligh ki yeh baat bazahir mad'u ki nisbat se hai, lekin apni haqeeqat ke aitbaar se</w:t>
      </w:r>
    </w:p>
    <w:p>
      <w:pPr>
        <w:jc w:val="right"/>
      </w:pPr>
      <w:r>
        <w:t>یہاں اسلوب بلیغ کی یہ بات بظاہر مدعو کی نسبت سے ہے، لیکن اپنی حقیقت کے اعتبار سے</w:t>
      </w:r>
    </w:p>
    <w:p>
      <w:r>
        <w:rPr>
          <w:b/>
        </w:rPr>
        <w:t xml:space="preserve">[1:03:12] </w:t>
      </w:r>
      <w:r>
        <w:t>wo da'i ki nisbat se hai.</w:t>
      </w:r>
    </w:p>
    <w:p>
      <w:pPr>
        <w:jc w:val="right"/>
      </w:pPr>
      <w:r>
        <w:t>وہ داعی کی نسبت سے ہے۔</w:t>
      </w:r>
    </w:p>
    <w:p>
      <w:r>
        <w:rPr>
          <w:b/>
        </w:rPr>
        <w:t xml:space="preserve">[1:03:17] </w:t>
      </w:r>
      <w:r>
        <w:t>is se maloom hua ke da'i ko chahiye ke wo mad'u se khitaab karne se pehle</w:t>
      </w:r>
    </w:p>
    <w:p>
      <w:pPr>
        <w:jc w:val="right"/>
      </w:pPr>
      <w:r>
        <w:t>اس سے معلوم ہوا کہ داعی کو چاہیے کہ وہ مدعو سے خطاب کرنے سے پہلے</w:t>
      </w:r>
    </w:p>
    <w:p>
      <w:r>
        <w:rPr>
          <w:b/>
        </w:rPr>
        <w:t xml:space="preserve">[1:03:22] </w:t>
      </w:r>
      <w:r>
        <w:t>mad'u ke zehan ka mutala kare.</w:t>
      </w:r>
    </w:p>
    <w:p>
      <w:pPr>
        <w:jc w:val="right"/>
      </w:pPr>
      <w:r>
        <w:t>مدعو کے ذہن کا مطالعہ کرے۔</w:t>
      </w:r>
    </w:p>
    <w:p>
      <w:r>
        <w:rPr>
          <w:b/>
        </w:rPr>
        <w:t xml:space="preserve">[1:03:27] </w:t>
      </w:r>
      <w:r>
        <w:t>wo jaane ke mad'u ka mind set kya hai aur phir mad'u ke mind set ke mutabiq da'wat</w:t>
      </w:r>
    </w:p>
    <w:p>
      <w:pPr>
        <w:jc w:val="right"/>
      </w:pPr>
      <w:r>
        <w:t>وہ جانے کہ مدعو کا مائنڈ سیٹ کیا ہے اور پھر مدعو کے مائنڈ سیٹ کے مطابق دعوت</w:t>
      </w:r>
    </w:p>
    <w:p>
      <w:r>
        <w:rPr>
          <w:b/>
        </w:rPr>
        <w:t xml:space="preserve">[1:03:32] </w:t>
      </w:r>
      <w:r>
        <w:t>ka usloob ikhtiyar kare.</w:t>
      </w:r>
    </w:p>
    <w:p>
      <w:pPr>
        <w:jc w:val="right"/>
      </w:pPr>
      <w:r>
        <w:t>کا اسلوب اختیار کرے۔</w:t>
      </w:r>
    </w:p>
    <w:p>
      <w:r>
        <w:rPr>
          <w:b/>
        </w:rPr>
        <w:t xml:space="preserve">[1:03:37] </w:t>
      </w:r>
      <w:r>
        <w:t>da'wat yak tarfa ailaan ya one sided announcement ka naam nahi, balke wo ek mansooba band amal ka naam hai.</w:t>
      </w:r>
    </w:p>
    <w:p>
      <w:pPr>
        <w:jc w:val="right"/>
      </w:pPr>
      <w:r>
        <w:t>دعوت یکطرفہ اعلان یا ون سائیڈڈ اناؤنسمنٹ کا نام نہیں، بلکہ وہ ایک منصوبہ بند عمل کا نام ہے۔</w:t>
      </w:r>
    </w:p>
    <w:p>
      <w:r>
        <w:rPr>
          <w:b/>
        </w:rPr>
        <w:t xml:space="preserve">[1:03:42] </w:t>
      </w:r>
      <w:r>
        <w:t>داعی کو چاہیے کہ وہ مدعو کے لیے قابل فہم، understandable انداز کو سمجھے، پھر اس کے بعد</w:t>
      </w:r>
    </w:p>
    <w:p>
      <w:pPr>
        <w:jc w:val="right"/>
      </w:pPr>
      <w:r>
        <w:t>داعی کو چاہیے کہ وہ مدعو کے لیے قابل فہم، انڈرسٹینڈیبل انداز کو سمجھے، پھر اس کے بعد</w:t>
      </w:r>
    </w:p>
    <w:p>
      <w:r>
        <w:rPr>
          <w:b/>
        </w:rPr>
        <w:t xml:space="preserve">[1:03:47] </w:t>
      </w:r>
      <w:r>
        <w:t>apne aap ko is ke mutabiq tayyar kar</w:t>
      </w:r>
    </w:p>
    <w:p>
      <w:pPr>
        <w:jc w:val="right"/>
      </w:pPr>
      <w:r>
        <w:t>اپنے آپ کو اس کے مطابق تیار کر</w:t>
      </w:r>
    </w:p>
    <w:p>
      <w:r>
        <w:rPr>
          <w:b/>
        </w:rPr>
        <w:t xml:space="preserve">[1:03:52] </w:t>
      </w:r>
      <w:r>
        <w:t>e.</w:t>
      </w:r>
    </w:p>
    <w:p>
      <w:pPr>
        <w:jc w:val="right"/>
      </w:pPr>
      <w:r>
        <w:t>ے۔</w:t>
      </w:r>
    </w:p>
    <w:p>
      <w:r>
        <w:rPr>
          <w:b/>
        </w:rPr>
        <w:t xml:space="preserve">[1:03:57] </w:t>
      </w:r>
      <w:r>
        <w:t>misal ke taur par zamana agar badal jaye aur mad'u agar naye usloob mein sochne wala ban gaya ho to is</w:t>
      </w:r>
    </w:p>
    <w:p>
      <w:pPr>
        <w:jc w:val="right"/>
      </w:pPr>
      <w:r>
        <w:t>مثلاً زمانہ اگر بدل جائے اور مدعو اگر نئے اسلوب میں سوچنے والا بن گیا ہو تو اس</w:t>
      </w:r>
    </w:p>
    <w:p>
      <w:r>
        <w:rPr>
          <w:b/>
        </w:rPr>
        <w:t xml:space="preserve">[1:04:02] </w:t>
      </w:r>
      <w:r>
        <w:t>ko qadeem tarz ke matrooka usloob mein khitaab karna da'wat ka matloob tarz na hoga.</w:t>
      </w:r>
    </w:p>
    <w:p>
      <w:pPr>
        <w:jc w:val="right"/>
      </w:pPr>
      <w:r>
        <w:t>کو قدیم طرز کے متروک اسلوب میں خطاب کرنا دعوت کا مطلوب طرز نہ ہوگا۔</w:t>
      </w:r>
    </w:p>
    <w:p>
      <w:r>
        <w:rPr>
          <w:b/>
        </w:rPr>
        <w:t xml:space="preserve">[1:04:07] </w:t>
      </w:r>
      <w:r>
        <w:t>madعو agar haqaaq ki zabaan mein sochne wala ho to us ko qiyas o misaal ke zariye khitaab</w:t>
      </w:r>
    </w:p>
    <w:p>
      <w:pPr>
        <w:jc w:val="right"/>
      </w:pPr>
      <w:r>
        <w:t>مدعو اگر حقائق کی زبان میں سوچنے والا ہو تو اس کو قیاس و مثال کے ذریعے خطاب</w:t>
      </w:r>
    </w:p>
    <w:p>
      <w:r>
        <w:rPr>
          <w:b/>
        </w:rPr>
        <w:t xml:space="preserve">[1:04:12] </w:t>
      </w:r>
      <w:r>
        <w:t>karna dawat ka matloob andaaz na hoga.</w:t>
      </w:r>
    </w:p>
    <w:p>
      <w:pPr>
        <w:jc w:val="right"/>
      </w:pPr>
      <w:r>
        <w:t>کرنا دعوت کا مطلوب انداز نہ ہوگا۔</w:t>
      </w:r>
    </w:p>
    <w:p>
      <w:r>
        <w:rPr>
          <w:b/>
        </w:rPr>
        <w:t xml:space="preserve">[1:04:17] </w:t>
      </w:r>
      <w:r>
        <w:t>madعو agar aqli tajziye ya rational analysis ke andaaz mein sochta ho</w:t>
      </w:r>
    </w:p>
    <w:p>
      <w:pPr>
        <w:jc w:val="right"/>
      </w:pPr>
      <w:r>
        <w:t>مدعو اگر عقلی تجزیے یا ریشنل انالیسز کے انداز میں سوچتا ہو</w:t>
      </w:r>
    </w:p>
    <w:p>
      <w:r>
        <w:rPr>
          <w:b/>
        </w:rPr>
        <w:t xml:space="preserve">[1:04:23] </w:t>
      </w:r>
      <w:r>
        <w:t>to us ko jazbati andaaz mein kalam karna matloob usloob e kalam na hoga waghera. Khallaq Aleem.</w:t>
      </w:r>
    </w:p>
    <w:p>
      <w:pPr>
        <w:jc w:val="right"/>
      </w:pPr>
      <w:r>
        <w:t>تو اس کو جذباتی انداز میں کلام کرنا مطلوب اسلوب کلام نہ ہوگا وغیرہ۔ خلاق علیم۔</w:t>
      </w:r>
    </w:p>
    <w:p>
      <w:r>
        <w:rPr>
          <w:b/>
        </w:rPr>
        <w:t xml:space="preserve">[1:04:38] </w:t>
      </w:r>
      <w:r>
        <w:t>Allah Rabbul Aalameen ki aik sifat Khallaq</w:t>
      </w:r>
    </w:p>
    <w:p>
      <w:pPr>
        <w:jc w:val="right"/>
      </w:pPr>
      <w:r>
        <w:t>اللہ رب العالمین کی ایک صفت خلاق</w:t>
      </w:r>
    </w:p>
    <w:p>
      <w:r>
        <w:rPr>
          <w:b/>
        </w:rPr>
        <w:t xml:space="preserve">[1:04:53] </w:t>
      </w:r>
      <w:r>
        <w:t>Aleem hai.</w:t>
      </w:r>
    </w:p>
    <w:p>
      <w:pPr>
        <w:jc w:val="right"/>
      </w:pPr>
      <w:r>
        <w:t>علیم ہے۔</w:t>
      </w:r>
    </w:p>
    <w:p>
      <w:r>
        <w:rPr>
          <w:b/>
        </w:rPr>
        <w:t xml:space="preserve">[1:04:59] </w:t>
      </w:r>
      <w:r>
        <w:t>is silsile mein Quran ki aik aayat yeh hai: Awalam yakhluq al samaawaat wal arz bi qaadirin ala an yakhluqa</w:t>
      </w:r>
    </w:p>
    <w:p>
      <w:pPr>
        <w:jc w:val="right"/>
      </w:pPr>
      <w:r>
        <w:t>اس سلسلے میں قرآن کی ایک آیت یہ ہے: اولئس الذی خلق السماوات والارض بقادر علی ان یخلق</w:t>
      </w:r>
    </w:p>
    <w:p>
      <w:r>
        <w:rPr>
          <w:b/>
        </w:rPr>
        <w:t xml:space="preserve">[1:05:05] </w:t>
      </w:r>
      <w:r>
        <w:t>mithalahum bala wa huwa al Khallaq al Aleem yaani kya jis ne aasmanon aur zameen ko paida kiya, woh is par</w:t>
      </w:r>
    </w:p>
    <w:p>
      <w:pPr>
        <w:jc w:val="right"/>
      </w:pPr>
      <w:r>
        <w:t>مثلہم بلا وھو الخلاق العلیم یعنی کیا جس نے آسمانوں اور زمین کو پیدا کیا، وہ اس پر</w:t>
      </w:r>
    </w:p>
    <w:p>
      <w:r>
        <w:rPr>
          <w:b/>
        </w:rPr>
        <w:t xml:space="preserve">[1:05:11] </w:t>
      </w:r>
      <w:r>
        <w:t>qaadir nahi ke un jaiso ko paida kar de? Haan, woh qaadir hai aur wohi hai bada paida</w:t>
      </w:r>
    </w:p>
    <w:p>
      <w:pPr>
        <w:jc w:val="right"/>
      </w:pPr>
      <w:r>
        <w:t>قادر نہیں کہ ان جیسوں کو پیدا کر دے؟ ہاں، وہ قادر ہے اور وہی ہے بڑا پیدا</w:t>
      </w:r>
    </w:p>
    <w:p>
      <w:r>
        <w:rPr>
          <w:b/>
        </w:rPr>
        <w:t xml:space="preserve">[1:05:17] </w:t>
      </w:r>
      <w:r>
        <w:t>karne wala, jaan ne wala. Is</w:t>
      </w:r>
    </w:p>
    <w:p>
      <w:pPr>
        <w:jc w:val="right"/>
      </w:pPr>
      <w:r>
        <w:t>کرنے والا، جاننے والا۔ اس</w:t>
      </w:r>
    </w:p>
    <w:p>
      <w:r>
        <w:rPr>
          <w:b/>
        </w:rPr>
        <w:t xml:space="preserve">[1:05:23] </w:t>
      </w:r>
      <w:r>
        <w:t>aayat mein jis tarah Khallaq ya da great creator aaya hai, usi tarah is mein Aleem se muraad</w:t>
      </w:r>
    </w:p>
    <w:p>
      <w:pPr>
        <w:jc w:val="right"/>
      </w:pPr>
      <w:r>
        <w:t>آیت میں جس طرح خلاق یا دا گریٹ کریٹر آیا ہے، اسی طرح اس میں علیم سے مراد</w:t>
      </w:r>
    </w:p>
    <w:p>
      <w:r>
        <w:rPr>
          <w:b/>
        </w:rPr>
        <w:t xml:space="preserve">[1:05:29] </w:t>
      </w:r>
      <w:r>
        <w:t>Allam, da great knower hai.</w:t>
      </w:r>
    </w:p>
    <w:p>
      <w:pPr>
        <w:jc w:val="right"/>
      </w:pPr>
      <w:r>
        <w:t>علام، دا گریٹ نوئر ہے۔</w:t>
      </w:r>
    </w:p>
    <w:p>
      <w:r>
        <w:rPr>
          <w:b/>
        </w:rPr>
        <w:t xml:space="preserve">[1:05:35] </w:t>
      </w:r>
      <w:r>
        <w:t>is ka matlab yeh hai ke Allah Rabbul Aalameen Khallaq aur Allam hai.</w:t>
      </w:r>
    </w:p>
    <w:p>
      <w:pPr>
        <w:jc w:val="right"/>
      </w:pPr>
      <w:r>
        <w:t>اس کا مطلب یہ ہے کہ اللہ رب العالمین خلاق اور علام ہے۔</w:t>
      </w:r>
    </w:p>
    <w:p>
      <w:r>
        <w:rPr>
          <w:b/>
        </w:rPr>
        <w:t xml:space="preserve">[1:05:41] </w:t>
      </w:r>
      <w:r>
        <w:t>Allah ki paida ki hui kainat apne aap mein is ka suboot hai.</w:t>
      </w:r>
    </w:p>
    <w:p>
      <w:pPr>
        <w:jc w:val="right"/>
      </w:pPr>
      <w:r>
        <w:t>اللہ کی پیدا کی ہوئی کائنات اپنے آپ میں اس کا ثبوت ہے۔</w:t>
      </w:r>
    </w:p>
    <w:p>
      <w:r>
        <w:rPr>
          <w:b/>
        </w:rPr>
        <w:t xml:space="preserve">[1:05:47] </w:t>
      </w:r>
      <w:r>
        <w:t>is haqeeqat ki taraf Quran ki aik aayat mein is tarah ishara kiya gaya hai: Awalam</w:t>
      </w:r>
    </w:p>
    <w:p>
      <w:pPr>
        <w:jc w:val="right"/>
      </w:pPr>
      <w:r>
        <w:t>اس حقیقت کی طرف قرآن کی ایک آیت میں اس طرح اشارہ کیا گیا ہے: اولم</w:t>
      </w:r>
    </w:p>
    <w:p>
      <w:r>
        <w:rPr>
          <w:b/>
        </w:rPr>
        <w:t xml:space="preserve">[1:05:53] </w:t>
      </w:r>
      <w:r>
        <w:t>یر الذین کفرو ان السماوات والارض کانتا رتقا ففتقناہما وجعلنا من الماء کل شی حی افلا یومنون yani kya inkar karne walon ne nahi dekha ke aasman aur zameen dono ratq ki halat mein thay? phir hum ne un ko fatah kiya aur hum ne pani se har jandar cheez ko banaya. kya phir bhi woh iman nahi late? rat</w:t>
      </w:r>
    </w:p>
    <w:p>
      <w:pPr>
        <w:jc w:val="right"/>
      </w:pPr>
      <w:r>
        <w:t>یر الذین کفرو ان السماوات والارض کانتا ردقا ففتقناهما وجعلنا من الماء کل شی حی افلا یومنون یعنی کیا انکار کرنے والوں نے نہیں دیکھا کہ آسمان اور زمین دونوں ردق کی حالت میں تھے؟ پھر ہم نے ان کو فتح کیا اور ہم نے پانی سے ہر جاندار چیز کو بنایا۔ کیا پھر بھی وہ ایمان نہیں لاتے؟ رد</w:t>
      </w:r>
    </w:p>
    <w:p>
      <w:r>
        <w:rPr>
          <w:b/>
        </w:rPr>
        <w:t xml:space="preserve">[1:06:23] </w:t>
      </w:r>
      <w:r>
        <w:t>yakhluq ka matlab hai munazzam al ajzaa ya joint together, aur fatq ka matlab hai phaadna, to tear apart.</w:t>
      </w:r>
    </w:p>
    <w:p>
      <w:pPr>
        <w:jc w:val="right"/>
      </w:pPr>
      <w:r>
        <w:t>ق کا مطلب ہے منظم الاجزاء یا جوائنٹ ٹوگیدر، اور فتح کا مطلب ہے پھاڑنا، ٹو ٹیئر اپارٹ۔</w:t>
      </w:r>
    </w:p>
    <w:p>
      <w:r>
        <w:rPr>
          <w:b/>
        </w:rPr>
        <w:t xml:space="preserve">[1:06:29] </w:t>
      </w:r>
      <w:r>
        <w:t>is aayat ki ibtida mein: Awalam yakhluq allatheena kafaroo kya inkaar karne walon ne nahi dekha ke alfaaz aaye</w:t>
      </w:r>
    </w:p>
    <w:p>
      <w:pPr>
        <w:jc w:val="right"/>
      </w:pPr>
      <w:r>
        <w:t>اس آیت کی ابتداء میں: اولمیر الذین کفرو کیا انکار کرنے والوں نے نہیں دیکھا کہ الفاظ آئے</w:t>
      </w:r>
    </w:p>
    <w:p>
      <w:r>
        <w:rPr>
          <w:b/>
        </w:rPr>
        <w:t xml:space="preserve">[1:06:35] </w:t>
      </w:r>
      <w:r>
        <w:t>hain? Is mein ishara yeh hai ke ratq aur fatq ka yeh waqea insaan ke liye mushahde ke</w:t>
      </w:r>
    </w:p>
    <w:p>
      <w:pPr>
        <w:jc w:val="right"/>
      </w:pPr>
      <w:r>
        <w:t>ہیں؟ اس میں اشارہ یہ ہے کہ ردق اور فتح کا یہ واقعہ انسان کے لیے مشاہدے کے</w:t>
      </w:r>
    </w:p>
    <w:p>
      <w:r>
        <w:rPr>
          <w:b/>
        </w:rPr>
        <w:t xml:space="preserve">[1:06:41] </w:t>
      </w:r>
      <w:r>
        <w:t>darje mein aik maloom waqea hai.</w:t>
      </w:r>
    </w:p>
    <w:p>
      <w:pPr>
        <w:jc w:val="right"/>
      </w:pPr>
      <w:r>
        <w:t>درجے میں ایک معلوم واقعہ ہے۔</w:t>
      </w:r>
    </w:p>
    <w:p>
      <w:r>
        <w:rPr>
          <w:b/>
        </w:rPr>
        <w:t xml:space="preserve">[1:06:47] </w:t>
      </w:r>
      <w:r>
        <w:t>beesveen sadi eesvi mein yeh</w:t>
      </w:r>
    </w:p>
    <w:p>
      <w:pPr>
        <w:jc w:val="right"/>
      </w:pPr>
      <w:r>
        <w:t>بیسویں صدی عیسوی میں یہ</w:t>
      </w:r>
    </w:p>
    <w:p>
      <w:r>
        <w:rPr>
          <w:b/>
        </w:rPr>
        <w:t xml:space="preserve">[1:06:53] </w:t>
      </w:r>
      <w:r>
        <w:t>waqea scientific daryaafto ke nateeje mein ilmi taur par aik maloom waqea ban chuka hai, jis ko aam</w:t>
      </w:r>
    </w:p>
    <w:p>
      <w:pPr>
        <w:jc w:val="right"/>
      </w:pPr>
      <w:r>
        <w:t>واقعہ سائنسی دریافتوں کے نتیجے میں علمی طور پر ایک معلوم واقعہ بن چکا ہے، جس کو عام</w:t>
      </w:r>
    </w:p>
    <w:p>
      <w:r>
        <w:rPr>
          <w:b/>
        </w:rPr>
        <w:t xml:space="preserve">[1:06:59] </w:t>
      </w:r>
      <w:r>
        <w:t>zabaan mein big bang kaha jata hai.</w:t>
      </w:r>
    </w:p>
    <w:p>
      <w:pPr>
        <w:jc w:val="right"/>
      </w:pPr>
      <w:r>
        <w:t>زبان میں بگ بینگ کہا جاتا ہے۔</w:t>
      </w:r>
    </w:p>
    <w:p>
      <w:r>
        <w:rPr>
          <w:b/>
        </w:rPr>
        <w:t xml:space="preserve">[1:07:05] </w:t>
      </w:r>
      <w:r>
        <w:t>scientific daryaaft ke mutabiq big bang ka waqea taqreeban 13 billion saal pehle khalaai space mein paish aaya.</w:t>
      </w:r>
    </w:p>
    <w:p>
      <w:pPr>
        <w:jc w:val="right"/>
      </w:pPr>
      <w:r>
        <w:t>سائنسی دریافت کے مطابق بگ بینگ کا واقعہ تقریباً 13 بلین سال پہلے خلائی اسپیس میں پیش آیا۔</w:t>
      </w:r>
    </w:p>
    <w:p>
      <w:r>
        <w:rPr>
          <w:b/>
        </w:rPr>
        <w:t xml:space="preserve">[1:07:11] </w:t>
      </w:r>
      <w:r>
        <w:t>is waqea ki jo tafseelaat science ne daryaaft ki hain, woh Quran ke bayan ki tasdeeq karte hain.</w:t>
      </w:r>
    </w:p>
    <w:p>
      <w:pPr>
        <w:jc w:val="right"/>
      </w:pPr>
      <w:r>
        <w:t>اس واقعے کی جو تفصیلات سائنس نے دریافت کی ہیں، وہ قرآن کے بیان کی تصدیق کرتے ہیں۔</w:t>
      </w:r>
    </w:p>
    <w:p>
      <w:r>
        <w:rPr>
          <w:b/>
        </w:rPr>
        <w:t xml:space="preserve">[1:07:17] </w:t>
      </w:r>
      <w:r>
        <w:t>is daryaaft ke mutabiq big bang ka fl</w:t>
      </w:r>
    </w:p>
    <w:p>
      <w:pPr>
        <w:jc w:val="right"/>
      </w:pPr>
      <w:r>
        <w:t>اس دریافت کے مطابق بگ بینگ کا فل</w:t>
      </w:r>
    </w:p>
    <w:p>
      <w:r>
        <w:rPr>
          <w:b/>
        </w:rPr>
        <w:t xml:space="preserve">[1:07:23] </w:t>
      </w:r>
      <w:r>
        <w:t>kiyati waqea herat angez tor par is baat ka scientific suboot hai ke kainat ka paida karne wala</w:t>
      </w:r>
    </w:p>
    <w:p>
      <w:pPr>
        <w:jc w:val="right"/>
      </w:pPr>
      <w:r>
        <w:t>کیاتی واقعہ حیرت انگیز طور پر اس بات کا سائنسی ثبوت ہے کہ کائنات کا پیدا کرنے والا</w:t>
      </w:r>
    </w:p>
    <w:p>
      <w:r>
        <w:rPr>
          <w:b/>
        </w:rPr>
        <w:t xml:space="preserve">[1:07:31] </w:t>
      </w:r>
      <w:r>
        <w:t>khallaq bhi hai aur allam bhi, yani woh azeem khaliq bhi hai aur azeem janne wala bhi.</w:t>
      </w:r>
    </w:p>
    <w:p>
      <w:pPr>
        <w:jc w:val="right"/>
      </w:pPr>
      <w:r>
        <w:t>خلاق بھی ہے اور علام بھی، یعنی وہ عظیم خالق بھی ہے اور عظیم جاننے والا بھی۔</w:t>
      </w:r>
    </w:p>
    <w:p>
      <w:r>
        <w:rPr>
          <w:b/>
        </w:rPr>
        <w:t xml:space="preserve">[1:07:39] </w:t>
      </w:r>
      <w:r>
        <w:t>kainat ka paida karne wala agar khallaq yani bara paida karne wala aur allam bara ilm wala na</w:t>
      </w:r>
    </w:p>
    <w:p>
      <w:pPr>
        <w:jc w:val="right"/>
      </w:pPr>
      <w:r>
        <w:t>کائنات کا پیدا کرنے والا اگر خلاق یعنی بڑا پیدا کرنے والا اور علام بڑا علم والا نہ</w:t>
      </w:r>
    </w:p>
    <w:p>
      <w:r>
        <w:rPr>
          <w:b/>
        </w:rPr>
        <w:t xml:space="preserve">[1:07:46] </w:t>
      </w:r>
      <w:r>
        <w:t>ho to kainat ka wajood mein aana hi namumkin ho jata.</w:t>
      </w:r>
    </w:p>
    <w:p>
      <w:pPr>
        <w:jc w:val="right"/>
      </w:pPr>
      <w:r>
        <w:t>ہو تو کائنات کا وجود میں آنا ہی ناممکن ہو جاتا۔</w:t>
      </w:r>
    </w:p>
    <w:p>
      <w:r>
        <w:rPr>
          <w:b/>
        </w:rPr>
        <w:t xml:space="preserve">[1:07:54] </w:t>
      </w:r>
      <w:r>
        <w:t>khallaq aur allam ke alfaaz sirf paidaish ki khabar nahi hain, balkeh woh paidaish ke waqie ki daleel bhi hain. Science ne jis kainti waqie ko daryaft kiya hai, woh yeh hai ke taqreeban 13 billion saal pehle achanak khala mein aik bohat bara atom zahir hua. Is super atom ke andar woh tamam particle maujood thay jin ke majmooay se maujooda kainat bani hai. P</w:t>
      </w:r>
    </w:p>
    <w:p>
      <w:pPr>
        <w:jc w:val="right"/>
      </w:pPr>
      <w:r>
        <w:t>خلاق اور علام کے الفاظ صرف پیدائش کی خبر نہیں ہیں، بلکہ وہ پیدائش کے واقعے کی دلیل بھی ہیں۔ سائنس نے جس کائناتی واقعے کو دریافت کیا ہے، وہ یہ ہے کہ تقریباً 13 بلین سال پہلے اچانک خلا میں ایک بہت بڑا ایٹم ظاہر ہوا۔ اس سپر ایٹم کے اندر وہ تمام پارٹیکل موجود تھے جن کے مجموعے سے موجودہ کائنات بنی ہے۔ پ</w:t>
      </w:r>
    </w:p>
    <w:p>
      <w:r>
        <w:rPr>
          <w:b/>
        </w:rPr>
        <w:t xml:space="preserve">[1:08:24] </w:t>
      </w:r>
      <w:r>
        <w:t>har achanak is super atom mein bohat bara dhamaka hua.</w:t>
      </w:r>
    </w:p>
    <w:p>
      <w:pPr>
        <w:jc w:val="right"/>
      </w:pPr>
      <w:r>
        <w:t>ھر اچانک اس سپر ایٹم میں بہت بڑا دھماکہ ہوا۔</w:t>
      </w:r>
    </w:p>
    <w:p>
      <w:r>
        <w:rPr>
          <w:b/>
        </w:rPr>
        <w:t xml:space="preserve">[1:08:30] </w:t>
      </w:r>
      <w:r>
        <w:t>is azeem dhamake ke baad super atom ke tamam particle ghair mamooli tezi ke sath khala mein dorne lage.</w:t>
      </w:r>
    </w:p>
    <w:p>
      <w:pPr>
        <w:jc w:val="right"/>
      </w:pPr>
      <w:r>
        <w:t>اس عظیم دھماکے کے بعد سپر ایٹم کے تمام پارٹیکل غیر معمولی تیزی کے ساتھ خلا میں دوڑنے لگے۔</w:t>
      </w:r>
    </w:p>
    <w:p>
      <w:r>
        <w:rPr>
          <w:b/>
        </w:rPr>
        <w:t xml:space="preserve">[1:08:36] </w:t>
      </w:r>
      <w:r>
        <w:t>in ki raftaar bohat tez thi.</w:t>
      </w:r>
    </w:p>
    <w:p>
      <w:pPr>
        <w:jc w:val="right"/>
      </w:pPr>
      <w:r>
        <w:t>ان کی رفتار بہت تیز تھی۔</w:t>
      </w:r>
    </w:p>
    <w:p>
      <w:r>
        <w:rPr>
          <w:b/>
        </w:rPr>
        <w:t xml:space="preserve">[1:08:42] </w:t>
      </w:r>
      <w:r>
        <w:t>agar particle ka yeh inteshar isi tezi ke sath jari rehta to maujooda kainat ka banna namumkin tha,</w:t>
      </w:r>
    </w:p>
    <w:p>
      <w:pPr>
        <w:jc w:val="right"/>
      </w:pPr>
      <w:r>
        <w:t>اگر پارٹیکل کا یہ انتشار اسی تیزی کے ساتھ جاری رہتا تو موجودہ کائنات کا بننا ناممکن تھا،</w:t>
      </w:r>
    </w:p>
    <w:p>
      <w:r>
        <w:rPr>
          <w:b/>
        </w:rPr>
        <w:t xml:space="preserve">[1:08:48] </w:t>
      </w:r>
      <w:r>
        <w:t>kyun ke is ke tamam particle behad tezi ke sath khala mein munt</w:t>
      </w:r>
    </w:p>
    <w:p>
      <w:pPr>
        <w:jc w:val="right"/>
      </w:pPr>
      <w:r>
        <w:t>کیونکہ اس کے تمام پارٹیکل بے حد تیزی کے ساتھ خلا میں منت</w:t>
      </w:r>
    </w:p>
    <w:p>
      <w:r>
        <w:rPr>
          <w:b/>
        </w:rPr>
        <w:t xml:space="preserve">[1:08:54] </w:t>
      </w:r>
      <w:r>
        <w:t>shir ho jatay.</w:t>
      </w:r>
    </w:p>
    <w:p>
      <w:pPr>
        <w:jc w:val="right"/>
      </w:pPr>
      <w:r>
        <w:t>شر ہو جاتے۔</w:t>
      </w:r>
    </w:p>
    <w:p>
      <w:r>
        <w:rPr>
          <w:b/>
        </w:rPr>
        <w:t xml:space="preserve">[1:08:59] </w:t>
      </w:r>
      <w:r>
        <w:t>in ka ijtima namumkin ho jata, is liye kainat ka banna bhi namumkin ho jata.</w:t>
      </w:r>
    </w:p>
    <w:p>
      <w:pPr>
        <w:jc w:val="right"/>
      </w:pPr>
      <w:r>
        <w:t>ان کا اجتماع ناممکن ہو جاتا، اس لیے کائنات کا بننا بھی ناممکن ہو جاتا۔</w:t>
      </w:r>
    </w:p>
    <w:p>
      <w:r>
        <w:rPr>
          <w:b/>
        </w:rPr>
        <w:t xml:space="preserve">[1:09:04] </w:t>
      </w:r>
      <w:r>
        <w:t>scientific daryaft batati hai ke super atom ke phatne ke baad kuch secondon ke andar particle ke inteshar</w:t>
      </w:r>
    </w:p>
    <w:p>
      <w:pPr>
        <w:jc w:val="right"/>
      </w:pPr>
      <w:r>
        <w:t>سائنسی دریافت بتاتی ہے کہ سپر ایٹم کے پھٹنے کے بعد کچھ سیکنڈوں کے اندر پارٹیکل کے انتشار</w:t>
      </w:r>
    </w:p>
    <w:p>
      <w:r>
        <w:rPr>
          <w:b/>
        </w:rPr>
        <w:t xml:space="preserve">[1:09:09] </w:t>
      </w:r>
      <w:r>
        <w:t>ki raftaar achanak kam ho gayi.</w:t>
      </w:r>
    </w:p>
    <w:p>
      <w:pPr>
        <w:jc w:val="right"/>
      </w:pPr>
      <w:r>
        <w:t>کی رفتار اچانک کم ہو گئی۔</w:t>
      </w:r>
    </w:p>
    <w:p>
      <w:r>
        <w:rPr>
          <w:b/>
        </w:rPr>
        <w:t xml:space="preserve">[1:09:14] </w:t>
      </w:r>
      <w:r>
        <w:t>raftaar ka yeh kam ho jana behad aham tha, kyun ke isi ki wajah se muntashir particle dobara</w:t>
      </w:r>
    </w:p>
    <w:p>
      <w:pPr>
        <w:jc w:val="right"/>
      </w:pPr>
      <w:r>
        <w:t>رفتار کا یہ کم ہو جانا بے حد اہم تھا، کیونکہ اسی کی وجہ سے منتشر پارٹیکل دوبارہ</w:t>
      </w:r>
    </w:p>
    <w:p>
      <w:r>
        <w:rPr>
          <w:b/>
        </w:rPr>
        <w:t xml:space="preserve">[1:09:19] </w:t>
      </w:r>
      <w:r>
        <w:t>mujtama hone lage aur</w:t>
      </w:r>
    </w:p>
    <w:p>
      <w:pPr>
        <w:jc w:val="right"/>
      </w:pPr>
      <w:r>
        <w:t>مجتمع ہونے لگے اور</w:t>
      </w:r>
    </w:p>
    <w:p>
      <w:r>
        <w:rPr>
          <w:b/>
        </w:rPr>
        <w:t xml:space="preserve">[1:09:24] </w:t>
      </w:r>
      <w:r>
        <w:t>in ke ijtima se tamam sitare aur kahkeshayen aur shamsi nizam waghera wajood mein aaye.</w:t>
      </w:r>
    </w:p>
    <w:p>
      <w:pPr>
        <w:jc w:val="right"/>
      </w:pPr>
      <w:r>
        <w:t>ان کے اجتماع سے تمام ستارے اور کہکشائیں اور شمسی نظام وغیرہ وجود میں آئے۔</w:t>
      </w:r>
    </w:p>
    <w:p>
      <w:r>
        <w:rPr>
          <w:b/>
        </w:rPr>
        <w:t xml:space="preserve">[1:09:30] </w:t>
      </w:r>
      <w:r>
        <w:t>yeh waqea batata hai ke jis hasti ne super atom mein yeh infijar barpa kiya, woh sab se</w:t>
      </w:r>
    </w:p>
    <w:p>
      <w:pPr>
        <w:jc w:val="right"/>
      </w:pPr>
      <w:r>
        <w:t>یہ واقعہ بتاتا ہے کہ جس ہستی نے سپر ایٹم میں یہ انفجار برپا کیا، وہ سب سے</w:t>
      </w:r>
    </w:p>
    <w:p>
      <w:r>
        <w:rPr>
          <w:b/>
        </w:rPr>
        <w:t xml:space="preserve">[1:09:36] </w:t>
      </w:r>
      <w:r>
        <w:t>zyada taqatwar hone ke sath sab se bara janne wala bhi tha.</w:t>
      </w:r>
    </w:p>
    <w:p>
      <w:pPr>
        <w:jc w:val="right"/>
      </w:pPr>
      <w:r>
        <w:t>زیادہ طاقتور ہونے کے ساتھ سب سے بڑا جاننے والا بھی تھا۔</w:t>
      </w:r>
    </w:p>
    <w:p>
      <w:r>
        <w:rPr>
          <w:b/>
        </w:rPr>
        <w:t xml:space="preserve">[1:09:42] </w:t>
      </w:r>
      <w:r>
        <w:t>is waqea ka is ke khaliq ko peshgi ilm tha.</w:t>
      </w:r>
    </w:p>
    <w:p>
      <w:pPr>
        <w:jc w:val="right"/>
      </w:pPr>
      <w:r>
        <w:t>اس واقعے کا اس کے خالق کو پیشگی علم تھا۔</w:t>
      </w:r>
    </w:p>
    <w:p>
      <w:r>
        <w:rPr>
          <w:b/>
        </w:rPr>
        <w:t xml:space="preserve">[1:09:48] </w:t>
      </w:r>
      <w:r>
        <w:t>is ilm ke mutabiq is ne is mamle ki planning ki. secon</w:t>
      </w:r>
    </w:p>
    <w:p>
      <w:pPr>
        <w:jc w:val="right"/>
      </w:pPr>
      <w:r>
        <w:t>اس علم کے مطابق اس نے اس معاملے کی پلاننگ کی۔ سیکن</w:t>
      </w:r>
    </w:p>
    <w:p>
      <w:r>
        <w:rPr>
          <w:b/>
        </w:rPr>
        <w:t xml:space="preserve">[1:09:54] </w:t>
      </w:r>
      <w:r>
        <w:t>d ke fraction mein hone wale is waqea ka is ko peshgi ilm na hota to sari planning</w:t>
      </w:r>
    </w:p>
    <w:p>
      <w:pPr>
        <w:jc w:val="right"/>
      </w:pPr>
      <w:r>
        <w:t>ڈ کے فریکشن میں ہونے والے اس واقعے کا اس کو پیشگی علم نہ ہوتا تو ساری پلاننگ</w:t>
      </w:r>
    </w:p>
    <w:p>
      <w:r>
        <w:rPr>
          <w:b/>
        </w:rPr>
        <w:t xml:space="preserve">[1:10:08] </w:t>
      </w:r>
      <w:r>
        <w:t>abas ho jati aur kainat ka wajood mein aana namumkin ho jata.</w:t>
      </w:r>
    </w:p>
    <w:p>
      <w:pPr>
        <w:jc w:val="right"/>
      </w:pPr>
      <w:r>
        <w:t>عبث ہو جاتی اور کائنات کا وجود میں آنا ناممکن ہو جاتا۔</w:t>
      </w:r>
    </w:p>
    <w:p>
      <w:r>
        <w:rPr>
          <w:b/>
        </w:rPr>
        <w:t xml:space="preserve">[1:10:22] </w:t>
      </w:r>
      <w:r>
        <w:t>yeh scientific daryaft Rab-ul-alameen ke khallaq o allam hone ka aik yaqini suboot hai.</w:t>
      </w:r>
    </w:p>
    <w:p>
      <w:pPr>
        <w:jc w:val="right"/>
      </w:pPr>
      <w:r>
        <w:t>یہ سائنسی دریافت رب العالمین کے خلاق و علام ہونے کا ایک یقینی ثبوت ہے۔</w:t>
      </w:r>
    </w:p>
    <w:p>
      <w:r>
        <w:rPr>
          <w:b/>
        </w:rPr>
        <w:t xml:space="preserve">[1:10:37] </w:t>
      </w:r>
      <w:r>
        <w:t>masjid ka masla. Aam tor par yeh samjha jata hai ke masjid ki taameer aik abadi taameer hai. Jis maqam par aik bar masjid ban jaye, wahan woh masjid hamesha qaim rahegi. Is ka wahan se hatana jaiz nahi. Masjid ke bare mein yeh masla Islam ke baad ke zamanay mein Abbasi daur mein kuch fuqaha ne wazay kiya, lekin Quran ya Hadees mein masjid ke bare mein aisa koi</w:t>
      </w:r>
    </w:p>
    <w:p>
      <w:pPr>
        <w:jc w:val="right"/>
      </w:pPr>
      <w:r>
        <w:t>مسجد کا مسئلہ۔ عام طور پر یہ سمجھا جاتا ہے کہ مسجد کی تعمیر ایک ابدی تعمیر ہے۔ جس مقام پر ایک بار مسجد بن جائے، وہاں وہ مسجد ہمیشہ قائم رہے گی۔ اس کا وہاں سے ہٹانا جائز نہیں۔ مسجد کے بارے میں یہ مسئلہ اسلام کے بعد کے زمانے میں عباسی دور میں کچھ فقہاء نے وضع کیا، لیکن قرآن یا حدیث میں مسجد کے بارے میں ایسا کوئی</w:t>
      </w:r>
    </w:p>
    <w:p>
      <w:r>
        <w:rPr>
          <w:b/>
        </w:rPr>
        <w:t xml:space="preserve">[1:11:07] </w:t>
      </w:r>
      <w:r>
        <w:t>masla har giz maujood nahin.</w:t>
      </w:r>
    </w:p>
    <w:p>
      <w:pPr>
        <w:jc w:val="right"/>
      </w:pPr>
      <w:r>
        <w:t>مسئلہ ہرگز موجود نہیں۔</w:t>
      </w:r>
    </w:p>
    <w:p>
      <w:r>
        <w:rPr>
          <w:b/>
        </w:rPr>
        <w:t xml:space="preserve">[1:11:13] </w:t>
      </w:r>
      <w:r>
        <w:t>maujooda zamane ke baaz ulama ne is masle ko ijtihadi masla bataya hai, yani zaroorat ke tehat masjid</w:t>
      </w:r>
    </w:p>
    <w:p>
      <w:pPr>
        <w:jc w:val="right"/>
      </w:pPr>
      <w:r>
        <w:t>موجودہ زمانے کے بعض علماء نے اس مسئلے کو اجتہادی مسئلہ بتایا ہے، یعنی ضرورت کے تحت مسجد</w:t>
      </w:r>
    </w:p>
    <w:p>
      <w:r>
        <w:rPr>
          <w:b/>
        </w:rPr>
        <w:t xml:space="preserve">[1:11:19] </w:t>
      </w:r>
      <w:r>
        <w:t>ko is ke saabiq maqam se hataya ja sakta hai aur is mein koi sharai qabahat nahi hai.</w:t>
      </w:r>
    </w:p>
    <w:p>
      <w:pPr>
        <w:jc w:val="right"/>
      </w:pPr>
      <w:r>
        <w:t>کو اس کے سابق مقام سے ہٹایا جا سکتا ہے اور اس میں کوئی شرعی قباحت نہیں ہے۔</w:t>
      </w:r>
    </w:p>
    <w:p>
      <w:r>
        <w:rPr>
          <w:b/>
        </w:rPr>
        <w:t xml:space="preserve">[1:11:25] </w:t>
      </w:r>
      <w:r>
        <w:t>hanbali fiqh wazeh tor par is masle ki taeed karti hai.</w:t>
      </w:r>
    </w:p>
    <w:p>
      <w:pPr>
        <w:jc w:val="right"/>
      </w:pPr>
      <w:r>
        <w:t>حنبلی فقہ واضح طور پر اس مسئلے کی تائید کرتی ہے۔</w:t>
      </w:r>
    </w:p>
    <w:p>
      <w:r>
        <w:rPr>
          <w:b/>
        </w:rPr>
        <w:t xml:space="preserve">[1:11:31] </w:t>
      </w:r>
      <w:r>
        <w:t>mashhoor hanbali aalim ibn qudamah ne apni kitab al-mughni mein likha hai: walaw jaaz j'al</w:t>
      </w:r>
    </w:p>
    <w:p>
      <w:pPr>
        <w:jc w:val="right"/>
      </w:pPr>
      <w:r>
        <w:t>مشہور حنبلی عالم ابن قدامہ نے اپنی کتاب المغنی میں لکھا ہے: ولو جاز جعل</w:t>
      </w:r>
    </w:p>
    <w:p>
      <w:r>
        <w:rPr>
          <w:b/>
        </w:rPr>
        <w:t xml:space="preserve">[1:11:37] </w:t>
      </w:r>
      <w:r>
        <w:t>asfal al-masjid siqayah wa hawaniyat lihaza al-hajah lijaz takhrib al-masjid wa j'alahu siqayah wa hawaniyat wa yuj'al bidalahu masjidan fi mawdi'in akhar</w:t>
      </w:r>
    </w:p>
    <w:p>
      <w:pPr>
        <w:jc w:val="right"/>
      </w:pPr>
      <w:r>
        <w:t>اسفل المسجد سقایۃ وحوانیت لہذا الحاجہ لجاز تخریب المسجد وجعله سقایۃ وحوانیت ويجعل بدله مسجدا فی موضع اخر</w:t>
      </w:r>
    </w:p>
    <w:p>
      <w:r>
        <w:rPr>
          <w:b/>
        </w:rPr>
        <w:t xml:space="preserve">[1:11:45] </w:t>
      </w:r>
      <w:r>
        <w:t>yani agar zaroorat ke tehat masjid ke nichle hisse ko siqaya ya pani ka hauz aur dukan banana</w:t>
      </w:r>
    </w:p>
    <w:p>
      <w:pPr>
        <w:jc w:val="right"/>
      </w:pPr>
      <w:r>
        <w:t>یعنی اگر ضرورت کے تحت مسجد کے نچلے حصے کو سقایا یا پانی کا حوض اور دکان بنانا</w:t>
      </w:r>
    </w:p>
    <w:p>
      <w:r>
        <w:rPr>
          <w:b/>
        </w:rPr>
        <w:t xml:space="preserve">[1:11:52] </w:t>
      </w:r>
      <w:r>
        <w:t>jaiz hai to masjid ko dhana aur is ko siqaya aur dukan banana bhi jaiz hai, aur is</w:t>
      </w:r>
    </w:p>
    <w:p>
      <w:pPr>
        <w:jc w:val="right"/>
      </w:pPr>
      <w:r>
        <w:t>جائز ہے تو مسجد کو ڈھانا اور اس کو سقایا اور دکان بنانا بھی جائز ہے، اور اس</w:t>
      </w:r>
    </w:p>
    <w:p>
      <w:r>
        <w:rPr>
          <w:b/>
        </w:rPr>
        <w:t xml:space="preserve">[1:12:00] </w:t>
      </w:r>
      <w:r>
        <w:t>ke badle mein</w:t>
      </w:r>
    </w:p>
    <w:p>
      <w:pPr>
        <w:jc w:val="right"/>
      </w:pPr>
      <w:r>
        <w:t>کے بدلے میں</w:t>
      </w:r>
    </w:p>
    <w:p>
      <w:r>
        <w:rPr>
          <w:b/>
        </w:rPr>
        <w:t xml:space="preserve">[1:12:07] </w:t>
      </w:r>
      <w:r>
        <w:t>doosri jagah ek masjid banai jayegi.</w:t>
      </w:r>
    </w:p>
    <w:p>
      <w:pPr>
        <w:jc w:val="right"/>
      </w:pPr>
      <w:r>
        <w:t>دوسری جگہ ایک مسجد بنائی جائے گی۔</w:t>
      </w:r>
    </w:p>
    <w:p>
      <w:r>
        <w:rPr>
          <w:b/>
        </w:rPr>
        <w:t xml:space="preserve">[1:12:13] </w:t>
      </w:r>
      <w:r>
        <w:t>islam mein masjid ki imarat ka masla zaroorat ki buniyad par hai, na ke taqaddus ki buniyad par.</w:t>
      </w:r>
    </w:p>
    <w:p>
      <w:pPr>
        <w:jc w:val="right"/>
      </w:pPr>
      <w:r>
        <w:t>اسلام میں مسجد کی عمارت کا مسئلہ ضرورت کی بنیاد پر ہے، نہ کہ تقدس کی بنیاد پر۔</w:t>
      </w:r>
    </w:p>
    <w:p>
      <w:r>
        <w:rPr>
          <w:b/>
        </w:rPr>
        <w:t xml:space="preserve">[1:12:19] </w:t>
      </w:r>
      <w:r>
        <w:t>jadeed daur mein jab city planning ka zamana aaya to muslim shehron maslan makka, madina waghera mein bari</w:t>
      </w:r>
    </w:p>
    <w:p>
      <w:pPr>
        <w:jc w:val="right"/>
      </w:pPr>
      <w:r>
        <w:t>جدید دور میں جب سٹی پلاننگ کا زمانہ آیا تو مسلم شہروں مثلاً مکہ، مدینہ وغیرہ میں بڑی</w:t>
      </w:r>
    </w:p>
    <w:p>
      <w:r>
        <w:rPr>
          <w:b/>
        </w:rPr>
        <w:t xml:space="preserve">[1:12:25] </w:t>
      </w:r>
      <w:r>
        <w:t>taadad mein qadeem masjidें ek jagah se doosri jagah muntaqil ya relocate ki gayeen, kyunke yeh qadeem masjidें</w:t>
      </w:r>
    </w:p>
    <w:p>
      <w:pPr>
        <w:jc w:val="right"/>
      </w:pPr>
      <w:r>
        <w:t>تعداد میں قدیم مسجدیں ایک جگہ سے دوسری جگہ منتقل یا ریلوکیٹ کی گئیں، کیونکہ یہ قدیم مسجدیں</w:t>
      </w:r>
    </w:p>
    <w:p>
      <w:r>
        <w:rPr>
          <w:b/>
        </w:rPr>
        <w:t xml:space="preserve">[1:12:31] </w:t>
      </w:r>
      <w:r>
        <w:t>city planning mein rukawat th</w:t>
      </w:r>
    </w:p>
    <w:p>
      <w:pPr>
        <w:jc w:val="right"/>
      </w:pPr>
      <w:r>
        <w:t>سٹی پلاننگ میں رکاوٹ ث</w:t>
      </w:r>
    </w:p>
    <w:p>
      <w:r>
        <w:rPr>
          <w:b/>
        </w:rPr>
        <w:t xml:space="preserve">[1:12:37] </w:t>
      </w:r>
      <w:r>
        <w:t>abit ho rahi theen.</w:t>
      </w:r>
    </w:p>
    <w:p>
      <w:pPr>
        <w:jc w:val="right"/>
      </w:pPr>
      <w:r>
        <w:t>ابت ہو رہی تھیں۔</w:t>
      </w:r>
    </w:p>
    <w:p>
      <w:r>
        <w:rPr>
          <w:b/>
        </w:rPr>
        <w:t xml:space="preserve">[1:12:47] </w:t>
      </w:r>
      <w:r>
        <w:t>maslan agar ek masjid bilal ke naam par kahin waqe thi to usi naam se doosri masjid pehle</w:t>
      </w:r>
    </w:p>
    <w:p>
      <w:pPr>
        <w:jc w:val="right"/>
      </w:pPr>
      <w:r>
        <w:t>مثلاً اگر ایک مسجد بلال کے نام پر کہیں واقع تھی تو اسی نام سے دوسری مسجد پہلے</w:t>
      </w:r>
    </w:p>
    <w:p>
      <w:r>
        <w:rPr>
          <w:b/>
        </w:rPr>
        <w:t xml:space="preserve">[1:12:57] </w:t>
      </w:r>
      <w:r>
        <w:t>maqam se hata kar doosri jagah par bana di gayi, aur masjid ke maqam par shehri mansoobe ke</w:t>
      </w:r>
    </w:p>
    <w:p>
      <w:pPr>
        <w:jc w:val="right"/>
      </w:pPr>
      <w:r>
        <w:t>مقام سے ہٹا کر دوسری جگہ پر بنا دی گئی، اور مسجد کے مقام پر شہری منصوبے کے</w:t>
      </w:r>
    </w:p>
    <w:p>
      <w:r>
        <w:rPr>
          <w:b/>
        </w:rPr>
        <w:t xml:space="preserve">[1:13:06] </w:t>
      </w:r>
      <w:r>
        <w:t>mutabiq nai taameer ki gayi.</w:t>
      </w:r>
    </w:p>
    <w:p>
      <w:pPr>
        <w:jc w:val="right"/>
      </w:pPr>
      <w:r>
        <w:t>مطابق نئی تعمیر کی گئی۔</w:t>
      </w:r>
    </w:p>
    <w:p>
      <w:r>
        <w:rPr>
          <w:b/>
        </w:rPr>
        <w:t xml:space="preserve">[1:13:16] </w:t>
      </w:r>
      <w:r>
        <w:t>masjid ki imarat bilashuba ek qabil-e-ehtiram imarat hai, lekin zaroorat ke tehat kisi masjid ki imarat ke</w:t>
      </w:r>
    </w:p>
    <w:p>
      <w:pPr>
        <w:jc w:val="right"/>
      </w:pPr>
      <w:r>
        <w:t>مسجد کی عمارت بلاشبہ ایک قابل احترام عمارت ہے، لیکن ضرورت کے تحت کسی مسجد کی عمارت کے</w:t>
      </w:r>
    </w:p>
    <w:p>
      <w:r>
        <w:rPr>
          <w:b/>
        </w:rPr>
        <w:t xml:space="preserve">[1:13:25] </w:t>
      </w:r>
      <w:r>
        <w:t>maqam ko tabdeel karna bilashuba jaiz hai.</w:t>
      </w:r>
    </w:p>
    <w:p>
      <w:pPr>
        <w:jc w:val="right"/>
      </w:pPr>
      <w:r>
        <w:t>مقام کو تبدیل کرنا بلاشبہ جائز ہے۔</w:t>
      </w:r>
    </w:p>
    <w:p>
      <w:r>
        <w:rPr>
          <w:b/>
        </w:rPr>
        <w:t xml:space="preserve">[1:13:35] </w:t>
      </w:r>
      <w:r>
        <w:t>aaj ka naujawan.</w:t>
      </w:r>
    </w:p>
    <w:p>
      <w:pPr>
        <w:jc w:val="right"/>
      </w:pPr>
      <w:r>
        <w:t>آج کا نوجوان۔</w:t>
      </w:r>
    </w:p>
    <w:p>
      <w:r>
        <w:rPr>
          <w:b/>
        </w:rPr>
        <w:t xml:space="preserve">[1:13:41] </w:t>
      </w:r>
      <w:r>
        <w:t>pakistan ke mashhoor taleemi idare lahore university of management sciences (lums) mein ek roza book fair ka program tha.</w:t>
      </w:r>
    </w:p>
    <w:p>
      <w:pPr>
        <w:jc w:val="right"/>
      </w:pPr>
      <w:r>
        <w:t>پاکستان کے مشہور تعلیمی ادارے لاہور یونیورسٹی آف مینجمنٹ سائنسز (لمز) میں ایک روزہ بک فیئر کا پروگرام تھا۔</w:t>
      </w:r>
    </w:p>
    <w:p>
      <w:r>
        <w:rPr>
          <w:b/>
        </w:rPr>
        <w:t xml:space="preserve">[1:13:47] </w:t>
      </w:r>
      <w:r>
        <w:t>hamare ek saathi mister tariq badr ne wahan book stall lagaya.</w:t>
      </w:r>
    </w:p>
    <w:p>
      <w:pPr>
        <w:jc w:val="right"/>
      </w:pPr>
      <w:r>
        <w:t>ہمارے ایک ساتھی مسٹر طارق بدر نے وہاں بک سٹال لگایا۔</w:t>
      </w:r>
    </w:p>
    <w:p>
      <w:r>
        <w:rPr>
          <w:b/>
        </w:rPr>
        <w:t xml:space="preserve">[1:13:53] </w:t>
      </w:r>
      <w:r>
        <w:t>yeh book stall bohat zyada kamyab raha.</w:t>
      </w:r>
    </w:p>
    <w:p>
      <w:pPr>
        <w:jc w:val="right"/>
      </w:pPr>
      <w:r>
        <w:t>یہ بک سٹال بہت زیادہ کامیاب رہا۔</w:t>
      </w:r>
    </w:p>
    <w:p>
      <w:r>
        <w:rPr>
          <w:b/>
        </w:rPr>
        <w:t xml:space="preserve">[1:13:59] </w:t>
      </w:r>
      <w:r>
        <w:t>mister tariq badr ne book fair ke ikhtitam par apna ta'assur in alfaaz mein likha hai: "Lumps Book</w:t>
      </w:r>
    </w:p>
    <w:p>
      <w:pPr>
        <w:jc w:val="right"/>
      </w:pPr>
      <w:r>
        <w:t>مسٹر طارق بدر نے بک فیئر کے اختتام پر اپنا تاثر ان الفاظ میں لکھا ہے: "Lumps Book</w:t>
      </w:r>
    </w:p>
    <w:p>
      <w:r>
        <w:rPr>
          <w:b/>
        </w:rPr>
        <w:t xml:space="preserve">[1:14:05] </w:t>
      </w:r>
      <w:r>
        <w:t>Fair is going great.</w:t>
      </w:r>
    </w:p>
    <w:p>
      <w:pPr>
        <w:jc w:val="right"/>
      </w:pPr>
      <w:r>
        <w:t>Fair is going great.</w:t>
      </w:r>
    </w:p>
    <w:p>
      <w:r>
        <w:rPr>
          <w:b/>
        </w:rPr>
        <w:t xml:space="preserve">[1:14:10] </w:t>
      </w:r>
      <w:r>
        <w:t>Students are taking copies of the English Quran and giving such comments.</w:t>
      </w:r>
    </w:p>
    <w:p>
      <w:pPr>
        <w:jc w:val="right"/>
      </w:pPr>
      <w:r>
        <w:t>Students are taking copies of the English Quran and giving such comments.</w:t>
      </w:r>
    </w:p>
    <w:p>
      <w:r>
        <w:rPr>
          <w:b/>
        </w:rPr>
        <w:t xml:space="preserve">[1:14:14] </w:t>
      </w:r>
      <w:r>
        <w:t>I was looking for it.</w:t>
      </w:r>
    </w:p>
    <w:p>
      <w:pPr>
        <w:jc w:val="right"/>
      </w:pPr>
      <w:r>
        <w:t>I was looking for it.</w:t>
      </w:r>
    </w:p>
    <w:p>
      <w:r>
        <w:rPr>
          <w:b/>
        </w:rPr>
        <w:t xml:space="preserve">[1:14:18] </w:t>
      </w:r>
      <w:r>
        <w:t>I need it.</w:t>
      </w:r>
    </w:p>
    <w:p>
      <w:pPr>
        <w:jc w:val="right"/>
      </w:pPr>
      <w:r>
        <w:t>I need it.</w:t>
      </w:r>
    </w:p>
    <w:p>
      <w:r>
        <w:rPr>
          <w:b/>
        </w:rPr>
        <w:t xml:space="preserve">[1:14:22] </w:t>
      </w:r>
      <w:r>
        <w:t>And can I have one for my friend?" An important learning I had was that today we need</w:t>
      </w:r>
    </w:p>
    <w:p>
      <w:pPr>
        <w:jc w:val="right"/>
      </w:pPr>
      <w:r>
        <w:t>And can I have one for my friend?" An important learning I had was that today we need</w:t>
      </w:r>
    </w:p>
    <w:p>
      <w:r>
        <w:rPr>
          <w:b/>
        </w:rPr>
        <w:t xml:space="preserve">[1:14:27] </w:t>
      </w:r>
      <w:r>
        <w:t>to work among the youth, as they are pure seekers and want to understand the true religion.</w:t>
      </w:r>
    </w:p>
    <w:p>
      <w:pPr>
        <w:jc w:val="right"/>
      </w:pPr>
      <w:r>
        <w:t>to work among the youth, as they are pure seekers and want to understand the true religion.</w:t>
      </w:r>
    </w:p>
    <w:p>
      <w:r>
        <w:rPr>
          <w:b/>
        </w:rPr>
        <w:t xml:space="preserve">[1:14:31] </w:t>
      </w:r>
      <w:r>
        <w:t>Unfortunately, all other Islamic liter</w:t>
      </w:r>
    </w:p>
    <w:p>
      <w:pPr>
        <w:jc w:val="right"/>
      </w:pPr>
      <w:r>
        <w:t>Unfortunately, all other Islamic liter</w:t>
      </w:r>
    </w:p>
    <w:p>
      <w:r>
        <w:rPr>
          <w:b/>
        </w:rPr>
        <w:t xml:space="preserve">[1:14:35] </w:t>
      </w:r>
      <w:r>
        <w:t>ature does not address their minds.</w:t>
      </w:r>
    </w:p>
    <w:p>
      <w:pPr>
        <w:jc w:val="right"/>
      </w:pPr>
      <w:r>
        <w:t>ature does not address their minds.</w:t>
      </w:r>
    </w:p>
    <w:p>
      <w:r>
        <w:rPr>
          <w:b/>
        </w:rPr>
        <w:t xml:space="preserve">[1:14:40] </w:t>
      </w:r>
      <w:r>
        <w:t>How our stock of 350 English Quran finished was a great surprise, and the students' excitement after receiving</w:t>
      </w:r>
    </w:p>
    <w:p>
      <w:pPr>
        <w:jc w:val="right"/>
      </w:pPr>
      <w:r>
        <w:t>How our stock of 350 English Quran finished was a great surprise, and the students' excitement after receiving</w:t>
      </w:r>
    </w:p>
    <w:p>
      <w:r>
        <w:rPr>
          <w:b/>
        </w:rPr>
        <w:t xml:space="preserve">[1:14:45] </w:t>
      </w:r>
      <w:r>
        <w:t>their free copies was unbelievable.</w:t>
      </w:r>
    </w:p>
    <w:p>
      <w:pPr>
        <w:jc w:val="right"/>
      </w:pPr>
      <w:r>
        <w:t>their free copies was unbelievable.</w:t>
      </w:r>
    </w:p>
    <w:p>
      <w:r>
        <w:rPr>
          <w:b/>
        </w:rPr>
        <w:t xml:space="preserve">[1:14:50] </w:t>
      </w:r>
      <w:r>
        <w:t>Another book which was sold in good amount was "Leading a Spiritual Life." Let us pray that we</w:t>
      </w:r>
    </w:p>
    <w:p>
      <w:pPr>
        <w:jc w:val="right"/>
      </w:pPr>
      <w:r>
        <w:t>Another book which was sold in good amount was "Leading a Spiritual Life." Let us pray that we</w:t>
      </w:r>
    </w:p>
    <w:p>
      <w:r>
        <w:rPr>
          <w:b/>
        </w:rPr>
        <w:t xml:space="preserve">[1:14:55] </w:t>
      </w:r>
      <w:r>
        <w:t>spread this message to all universities here.</w:t>
      </w:r>
    </w:p>
    <w:p>
      <w:pPr>
        <w:jc w:val="right"/>
      </w:pPr>
      <w:r>
        <w:t>spread this message to all universities here.</w:t>
      </w:r>
    </w:p>
    <w:p>
      <w:r>
        <w:rPr>
          <w:b/>
        </w:rPr>
        <w:t xml:space="preserve">[1:15:00] </w:t>
      </w:r>
      <w:r>
        <w:t>We are thankful to Afan who is doing PhD from Lumps and is</w:t>
      </w:r>
    </w:p>
    <w:p>
      <w:pPr>
        <w:jc w:val="right"/>
      </w:pPr>
      <w:r>
        <w:t>We are thankful to Afan who is doing PhD from Lumps and is</w:t>
      </w:r>
    </w:p>
    <w:p>
      <w:r>
        <w:rPr>
          <w:b/>
        </w:rPr>
        <w:t xml:space="preserve">[1:15:05] </w:t>
      </w:r>
      <w:r>
        <w:t>part of our team.</w:t>
      </w:r>
    </w:p>
    <w:p>
      <w:pPr>
        <w:jc w:val="right"/>
      </w:pPr>
      <w:r>
        <w:t>part of our team.</w:t>
      </w:r>
    </w:p>
    <w:p>
      <w:r>
        <w:rPr>
          <w:b/>
        </w:rPr>
        <w:t xml:space="preserve">[1:15:10] </w:t>
      </w:r>
      <w:r>
        <w:t>This was his initiative.</w:t>
      </w:r>
    </w:p>
    <w:p>
      <w:pPr>
        <w:jc w:val="right"/>
      </w:pPr>
      <w:r>
        <w:t>This was his initiative.</w:t>
      </w:r>
    </w:p>
    <w:p>
      <w:r>
        <w:rPr>
          <w:b/>
        </w:rPr>
        <w:t xml:space="preserve">[1:15:15] </w:t>
      </w:r>
      <w:r>
        <w:t>british dor mein jab ghair munqasim india mein modern education ka aaghaz hua to taqreeban tamam mazhabi tabqa</w:t>
      </w:r>
    </w:p>
    <w:p>
      <w:pPr>
        <w:jc w:val="right"/>
      </w:pPr>
      <w:r>
        <w:t>برٹش دور میں جب غیر منقسم انڈیا میں ماڈرن ایجوکیشن کا آغاز ہوا تو تقریباً تمام مذہبی طبقہ</w:t>
      </w:r>
    </w:p>
    <w:p>
      <w:r>
        <w:rPr>
          <w:b/>
        </w:rPr>
        <w:t xml:space="preserve">[1:15:20] </w:t>
      </w:r>
      <w:r>
        <w:t>aur islami tehreekein un ke khilaaf ho gaein.</w:t>
      </w:r>
    </w:p>
    <w:p>
      <w:pPr>
        <w:jc w:val="right"/>
      </w:pPr>
      <w:r>
        <w:t>اور اسلامی تحریکیں ان کے خلاف ہو گئیں۔</w:t>
      </w:r>
    </w:p>
    <w:p>
      <w:r>
        <w:rPr>
          <w:b/>
        </w:rPr>
        <w:t xml:space="preserve">[1:15:25] </w:t>
      </w:r>
      <w:r>
        <w:t>Akbar Ilahabadi ne is taleem ke baray mein kaha tha: "Yun qatl se bachon ke woh badnaam</w:t>
      </w:r>
    </w:p>
    <w:p>
      <w:pPr>
        <w:jc w:val="right"/>
      </w:pPr>
      <w:r>
        <w:t>اکبر الہ آبادی نے اس تعلیم کے بارے میں کہا تھا: "یوں قتل سے بچوں کے وہ بدنام</w:t>
      </w:r>
    </w:p>
    <w:p>
      <w:r>
        <w:rPr>
          <w:b/>
        </w:rPr>
        <w:t xml:space="preserve">[1:15:30] </w:t>
      </w:r>
      <w:r>
        <w:t>na hota, afsos ke firoun ko college ki na soojhi." Syed Abul A'la Maududi ne is</w:t>
      </w:r>
    </w:p>
    <w:p>
      <w:pPr>
        <w:jc w:val="right"/>
      </w:pPr>
      <w:r>
        <w:t>نہ ہوتا، افسوس کہ فرعون کو کالج کی نہ سوجھی۔" سید ابوالاعلیٰ مودودی نے اس</w:t>
      </w:r>
    </w:p>
    <w:p>
      <w:r>
        <w:rPr>
          <w:b/>
        </w:rPr>
        <w:t xml:space="preserve">[1:15:36] </w:t>
      </w:r>
      <w:r>
        <w:t>zamane mein college aur university ke baray mein likha tha ke yeh taleem gahein nahi hain balkeh woh</w:t>
      </w:r>
    </w:p>
    <w:p>
      <w:pPr>
        <w:jc w:val="right"/>
      </w:pPr>
      <w:r>
        <w:t>زمانے میں کالج اور یونیورسٹی کے بارے میں لکھا تھا کہ یہ تعلیم گاہیں نہیں ہیں بلکہ وہ</w:t>
      </w:r>
    </w:p>
    <w:p>
      <w:r>
        <w:rPr>
          <w:b/>
        </w:rPr>
        <w:t xml:space="preserve">[1:15:41] </w:t>
      </w:r>
      <w:r>
        <w:t>qatl gahein hain.</w:t>
      </w:r>
    </w:p>
    <w:p>
      <w:pPr>
        <w:jc w:val="right"/>
      </w:pPr>
      <w:r>
        <w:t>قتل گاہیں ہیں۔</w:t>
      </w:r>
    </w:p>
    <w:p>
      <w:r>
        <w:rPr>
          <w:b/>
        </w:rPr>
        <w:t xml:space="preserve">[1:15:46] </w:t>
      </w:r>
      <w:r>
        <w:t>Yehi haal taqreeban tamam un logon ka tha jo islam pasand kahe jatay thay aur ehya-e-islam ka</w:t>
      </w:r>
    </w:p>
    <w:p>
      <w:pPr>
        <w:jc w:val="right"/>
      </w:pPr>
      <w:r>
        <w:t>یہی حال تقریباً تمام ان لوگوں کا تھا جو اسلام پسند کہے جاتے تھے اور احیائے اسلام کا</w:t>
      </w:r>
    </w:p>
    <w:p>
      <w:r>
        <w:rPr>
          <w:b/>
        </w:rPr>
        <w:t xml:space="preserve">[1:15:51] </w:t>
      </w:r>
      <w:r>
        <w:t>jhanda buland kiye hue thay.</w:t>
      </w:r>
    </w:p>
    <w:p>
      <w:pPr>
        <w:jc w:val="right"/>
      </w:pPr>
      <w:r>
        <w:t>جھنڈا بلند کیے ہوئے تھے۔</w:t>
      </w:r>
    </w:p>
    <w:p>
      <w:r>
        <w:rPr>
          <w:b/>
        </w:rPr>
        <w:t xml:space="preserve">[1:15:56] </w:t>
      </w:r>
      <w:r>
        <w:t>Magar tajrube ne bataya ke yeh taleem hamare naujawanon ke liye deconditioning ka zariya thi.</w:t>
      </w:r>
    </w:p>
    <w:p>
      <w:pPr>
        <w:jc w:val="right"/>
      </w:pPr>
      <w:r>
        <w:t>مگر تجربے نے بتایا کہ یہ تعلیم ہمارے نوجوانوں کے لیے ڈی کنڈیشننگ کا ذریعہ تھی۔</w:t>
      </w:r>
    </w:p>
    <w:p>
      <w:r>
        <w:rPr>
          <w:b/>
        </w:rPr>
        <w:t xml:space="preserve">[1:16:01] </w:t>
      </w:r>
      <w:r>
        <w:t>Is ta'limi nizaam mein jo log</w:t>
      </w:r>
    </w:p>
    <w:p>
      <w:pPr>
        <w:jc w:val="right"/>
      </w:pPr>
      <w:r>
        <w:t>اس تعلیمی نظام میں جو لوگ</w:t>
      </w:r>
    </w:p>
    <w:p>
      <w:r>
        <w:rPr>
          <w:b/>
        </w:rPr>
        <w:t xml:space="preserve">[1:16:06] </w:t>
      </w:r>
      <w:r>
        <w:t>parh kar niklay woh qatl nahi hue balkeh jadeed taleem ne un ke andar nai islami bedari paida kar di.</w:t>
      </w:r>
    </w:p>
    <w:p>
      <w:pPr>
        <w:jc w:val="right"/>
      </w:pPr>
      <w:r>
        <w:t>پڑھ کر نکلے وہ قتل نہیں ہوئے بلکہ جدید تعلیم نے ان کے اندر نئی اسلامی بیداری پیدا کر دی۔</w:t>
      </w:r>
    </w:p>
    <w:p>
      <w:r>
        <w:rPr>
          <w:b/>
        </w:rPr>
        <w:t xml:space="preserve">[1:16:20] </w:t>
      </w:r>
      <w:r>
        <w:t>Waqt ki zaroorat yeh hai ke secular taleem yafta logon par fatwa laganay ke bajaye un ke mind</w:t>
      </w:r>
    </w:p>
    <w:p>
      <w:pPr>
        <w:jc w:val="right"/>
      </w:pPr>
      <w:r>
        <w:t>وقت کی ضرورت یہ ہے کہ سیکولر تعلیم یافتہ لوگوں پر فتویٰ لگانے کے بجائے ان کے مائنڈ</w:t>
      </w:r>
    </w:p>
    <w:p>
      <w:r>
        <w:rPr>
          <w:b/>
        </w:rPr>
        <w:t xml:space="preserve">[1:16:35] </w:t>
      </w:r>
      <w:r>
        <w:t>ko address karne wala literature tayar kiya jae.</w:t>
      </w:r>
    </w:p>
    <w:p>
      <w:pPr>
        <w:jc w:val="right"/>
      </w:pPr>
      <w:r>
        <w:t>کو ایڈریس کرنے والا لٹریچر تیار کیا جائے۔</w:t>
      </w:r>
    </w:p>
    <w:p>
      <w:r>
        <w:rPr>
          <w:b/>
        </w:rPr>
        <w:t xml:space="preserve">[1:16:50] </w:t>
      </w:r>
      <w:r>
        <w:t>khauf ki nafsiyat. Beeswin sadi Isvi Muslim dunya ke liye tehreekon ki sadi hai. Is poori sadi ke andar Muslim dunya ke har hissay mein koi na koi bara Muslim rehnuma sar-e-amal nazar aata hai. Un tehreekon ka khulasa kiya jaye to sab ka qadr mushtarak aik hoga, woh hai khauf ki nafsiyat. Har Muslim rehnuma kisi na kisi dushman ke khauf ko l</w:t>
      </w:r>
    </w:p>
    <w:p>
      <w:pPr>
        <w:jc w:val="right"/>
      </w:pPr>
      <w:r>
        <w:t>خوف کی نفسیات۔ بیسویں صدی عیسوی مسلم دنیا کے لیے تحریکوں کی صدی ہے۔ اس پوری صدی کے اندر مسلم دنیا کے ہر حصے میں کوئی نہ کوئی بڑا مسلم رہنما سرگرم عمل نظر آتا ہے۔ ان تحریکوں کا خلاصہ کیا جائے تو سب کا قدر مشترک ایک ہوگا، وہ ہے خوف کی نفسیات۔ ہر مسلم رہنما کسی نہ کسی دشمن کے خوف کو ل</w:t>
      </w:r>
    </w:p>
    <w:p>
      <w:r>
        <w:rPr>
          <w:b/>
        </w:rPr>
        <w:t xml:space="preserve">[1:17:20] </w:t>
      </w:r>
      <w:r>
        <w:t>e kar musalmanon ko is ke khilaf amal par ubhaar raha tha.</w:t>
      </w:r>
    </w:p>
    <w:p>
      <w:pPr>
        <w:jc w:val="right"/>
      </w:pPr>
      <w:r>
        <w:t>ے کر مسلمانوں کو اس کے خلاف عمل پر ابھار رہا تھا۔</w:t>
      </w:r>
    </w:p>
    <w:p>
      <w:r>
        <w:rPr>
          <w:b/>
        </w:rPr>
        <w:t xml:space="preserve">[1:17:27] </w:t>
      </w:r>
      <w:r>
        <w:t>kahin no abadayati taqaton ke khilaf, kahin israel ke khilaf, kahin hindu اکثریت ke khilaf, kahin zalim qom</w:t>
      </w:r>
    </w:p>
    <w:p>
      <w:pPr>
        <w:jc w:val="right"/>
      </w:pPr>
      <w:r>
        <w:t>کہیں نو آبادیاتی طاقتوں کے خلاف، کہیں اسرائیل کے خلاف، کہیں ہندو اکثریت کے خلاف، کہیں ظالم قوم</w:t>
      </w:r>
    </w:p>
    <w:p>
      <w:r>
        <w:rPr>
          <w:b/>
        </w:rPr>
        <w:t xml:space="preserve">[1:17:35] </w:t>
      </w:r>
      <w:r>
        <w:t>ke khilaf, kahin maghribi taqaton ke khilaf, siyonism ke khilaf waghera.</w:t>
      </w:r>
    </w:p>
    <w:p>
      <w:pPr>
        <w:jc w:val="right"/>
      </w:pPr>
      <w:r>
        <w:t>کے خلاف، کہیں مغربی طاقتوں کے خلاف، صہیونیت کے خلاف وغیرہ۔</w:t>
      </w:r>
    </w:p>
    <w:p>
      <w:r>
        <w:rPr>
          <w:b/>
        </w:rPr>
        <w:t xml:space="preserve">[1:17:43] </w:t>
      </w:r>
      <w:r>
        <w:t>yeh ek aam tajruba hai ke logon ko mohabbat insani ke oopar uthaya jae to kabhi aisi tehreek ko</w:t>
      </w:r>
    </w:p>
    <w:p>
      <w:pPr>
        <w:jc w:val="right"/>
      </w:pPr>
      <w:r>
        <w:t>یہ ایک عام تجربہ ہے کہ لوگوں کو محبت انسانی کے اوپر اٹھایا جائے تو کبھی ایسی تحریک کو</w:t>
      </w:r>
    </w:p>
    <w:p>
      <w:r>
        <w:rPr>
          <w:b/>
        </w:rPr>
        <w:t xml:space="preserve">[1:17:50] </w:t>
      </w:r>
      <w:r>
        <w:t>awami taeed hasil nahin hoti.</w:t>
      </w:r>
    </w:p>
    <w:p>
      <w:pPr>
        <w:jc w:val="right"/>
      </w:pPr>
      <w:r>
        <w:t>عوامی تائید حاصل نہیں ہوتی۔</w:t>
      </w:r>
    </w:p>
    <w:p>
      <w:r>
        <w:rPr>
          <w:b/>
        </w:rPr>
        <w:t xml:space="preserve">[1:17:55] </w:t>
      </w:r>
      <w:r>
        <w:t>is ke bar aks jo leader logon ko khauf ki nafsiyat par ubhare, is ke jhande ke neeche be</w:t>
      </w:r>
    </w:p>
    <w:p>
      <w:pPr>
        <w:jc w:val="right"/>
      </w:pPr>
      <w:r>
        <w:t>اس کے برعکس جو لیڈر لوگوں کو خوف کی نفسیات پر ابھارے، اس کے جھنڈے کے نیچے بے</w:t>
      </w:r>
    </w:p>
    <w:p>
      <w:r>
        <w:rPr>
          <w:b/>
        </w:rPr>
        <w:t xml:space="preserve">[1:18:00] </w:t>
      </w:r>
      <w:r>
        <w:t>shumar logon ki bhiir jama ho jati hai.</w:t>
      </w:r>
    </w:p>
    <w:p>
      <w:pPr>
        <w:jc w:val="right"/>
      </w:pPr>
      <w:r>
        <w:t>شمار لوگوں کی بھیڑ اکٹھا ہو جاتی ہے۔</w:t>
      </w:r>
    </w:p>
    <w:p>
      <w:r>
        <w:rPr>
          <w:b/>
        </w:rPr>
        <w:t xml:space="preserve">[1:18:05] </w:t>
      </w:r>
      <w:r>
        <w:t>is ka sabab yeh hai ke insaan ke andar apne khaliq o mun'im ka khauf paidaishi taur par maujood hai.</w:t>
      </w:r>
    </w:p>
    <w:p>
      <w:pPr>
        <w:jc w:val="right"/>
      </w:pPr>
      <w:r>
        <w:t>اس کا سبب یہ ہے کہ انسان کے اندر اپنے خالق و منعم کا خوف پیدائشی طور پر موجود ہے۔</w:t>
      </w:r>
    </w:p>
    <w:p>
      <w:r>
        <w:rPr>
          <w:b/>
        </w:rPr>
        <w:t xml:space="preserve">[1:18:10] </w:t>
      </w:r>
      <w:r>
        <w:t>insaan fitri taur par is ehsas mein jeeta hai ke jis khaliq ne hum ko tamam nematein di</w:t>
      </w:r>
    </w:p>
    <w:p>
      <w:pPr>
        <w:jc w:val="right"/>
      </w:pPr>
      <w:r>
        <w:t>انسان فطری طور پر اس احساس میں جیتا ہے کہ جس خالق نے ہم کو تمام نعمتیں دی</w:t>
      </w:r>
    </w:p>
    <w:p>
      <w:r>
        <w:rPr>
          <w:b/>
        </w:rPr>
        <w:t xml:space="preserve">[1:18:15] </w:t>
      </w:r>
      <w:r>
        <w:t>hain, agar woh</w:t>
      </w:r>
    </w:p>
    <w:p>
      <w:pPr>
        <w:jc w:val="right"/>
      </w:pPr>
      <w:r>
        <w:t>ہیں، اگر وہ</w:t>
      </w:r>
    </w:p>
    <w:p>
      <w:r>
        <w:rPr>
          <w:b/>
        </w:rPr>
        <w:t xml:space="preserve">[1:18:20] </w:t>
      </w:r>
      <w:r>
        <w:t>in nematon ko chheen le to hamara kya anjam hoga.</w:t>
      </w:r>
    </w:p>
    <w:p>
      <w:pPr>
        <w:jc w:val="right"/>
      </w:pPr>
      <w:r>
        <w:t>ان نعمتوں کو چھین لے تو ہمارا کیا انجام ہوگا۔</w:t>
      </w:r>
    </w:p>
    <w:p>
      <w:r>
        <w:rPr>
          <w:b/>
        </w:rPr>
        <w:t xml:space="preserve">[1:18:26] </w:t>
      </w:r>
      <w:r>
        <w:t>yeh nafsiyat insaan ke andar khaliq ki nisbat se rakhi gayi hai taake har insaan zimmedar insaan</w:t>
      </w:r>
    </w:p>
    <w:p>
      <w:pPr>
        <w:jc w:val="right"/>
      </w:pPr>
      <w:r>
        <w:t>یہ نفسیات انسان کے اندر خالق کی نسبت سے رکھی گئی ہے تاکہ ہر انسان ذمہ دار انسان</w:t>
      </w:r>
    </w:p>
    <w:p>
      <w:r>
        <w:rPr>
          <w:b/>
        </w:rPr>
        <w:t xml:space="preserve">[1:18:32] </w:t>
      </w:r>
      <w:r>
        <w:t>ban kar duniya mein rahe.</w:t>
      </w:r>
    </w:p>
    <w:p>
      <w:pPr>
        <w:jc w:val="right"/>
      </w:pPr>
      <w:r>
        <w:t>بن کر دنیا میں رہے۔</w:t>
      </w:r>
    </w:p>
    <w:p>
      <w:r>
        <w:rPr>
          <w:b/>
        </w:rPr>
        <w:t xml:space="preserve">[1:18:38] </w:t>
      </w:r>
      <w:r>
        <w:t>magar ghair danishmand leader apne interest ke liye is nafsiyat ko mufrada insani dushmanon ke khilaf istemal karte hain.</w:t>
      </w:r>
    </w:p>
    <w:p>
      <w:pPr>
        <w:jc w:val="right"/>
      </w:pPr>
      <w:r>
        <w:t>مگر غیر دانشمند لیڈر اپنے انٹرسٹ کے لیے اس نفسیات کو مفروضہ انسانی دشمنوں کے خلاف استعمال کرتے ہیں۔</w:t>
      </w:r>
    </w:p>
    <w:p>
      <w:r>
        <w:rPr>
          <w:b/>
        </w:rPr>
        <w:t xml:space="preserve">[1:18:44] </w:t>
      </w:r>
      <w:r>
        <w:t>is ka nateeja yeh hua ke puri insani tareekh ek azeem naq</w:t>
      </w:r>
    </w:p>
    <w:p>
      <w:pPr>
        <w:jc w:val="right"/>
      </w:pPr>
      <w:r>
        <w:t>اس کا نتیجہ یہ ہوا کہ پوری انسانی تاریخ ایک عظیم نق</w:t>
      </w:r>
    </w:p>
    <w:p>
      <w:r>
        <w:rPr>
          <w:b/>
        </w:rPr>
        <w:t xml:space="preserve">[1:18:50] </w:t>
      </w:r>
      <w:r>
        <w:t>san se dochar ho rahi hai.</w:t>
      </w:r>
    </w:p>
    <w:p>
      <w:pPr>
        <w:jc w:val="right"/>
      </w:pPr>
      <w:r>
        <w:t>صان سے دوچار ہو رہی ہے۔</w:t>
      </w:r>
    </w:p>
    <w:p>
      <w:r>
        <w:rPr>
          <w:b/>
        </w:rPr>
        <w:t xml:space="preserve">[1:18:55] </w:t>
      </w:r>
      <w:r>
        <w:t>khauf ki nafsiyat jo insaan ke andar khuda ki nisbat se rakhi gayi thi, woh insaan ki nisbat</w:t>
      </w:r>
    </w:p>
    <w:p>
      <w:pPr>
        <w:jc w:val="right"/>
      </w:pPr>
      <w:r>
        <w:t>خوف کی نفسیات جو انسان کے اندر خدا کی نسبت سے رکھی گئی تھی، وہ انسان کی نسبت</w:t>
      </w:r>
    </w:p>
    <w:p>
      <w:r>
        <w:rPr>
          <w:b/>
        </w:rPr>
        <w:t xml:space="preserve">[1:19:00] </w:t>
      </w:r>
      <w:r>
        <w:t>se istemal hone lagi.</w:t>
      </w:r>
    </w:p>
    <w:p>
      <w:pPr>
        <w:jc w:val="right"/>
      </w:pPr>
      <w:r>
        <w:t>سے استعمال ہونے لگی۔</w:t>
      </w:r>
    </w:p>
    <w:p>
      <w:r>
        <w:rPr>
          <w:b/>
        </w:rPr>
        <w:t xml:space="preserve">[1:19:06] </w:t>
      </w:r>
      <w:r>
        <w:t>jis nafsiyat ka nateeja yeh hona chahiye ke insaan ke andar khuda rakhi mizaj bane, woh insaan ke</w:t>
      </w:r>
    </w:p>
    <w:p>
      <w:pPr>
        <w:jc w:val="right"/>
      </w:pPr>
      <w:r>
        <w:t>جس نفسیات کا نتیجہ یہ ہونا چاہیے کہ انسان کے اندر خدا رخی مزاج بنے، وہ انسان کے</w:t>
      </w:r>
    </w:p>
    <w:p>
      <w:r>
        <w:rPr>
          <w:b/>
        </w:rPr>
        <w:t xml:space="preserve">[1:19:11] </w:t>
      </w:r>
      <w:r>
        <w:t>khilaf manfi mizaj paida karne ka zariya ban gaya.</w:t>
      </w:r>
    </w:p>
    <w:p>
      <w:pPr>
        <w:jc w:val="right"/>
      </w:pPr>
      <w:r>
        <w:t>خلاف منفی مزاج پیدا کرنے کا ذریعہ بن گیا۔</w:t>
      </w:r>
    </w:p>
    <w:p>
      <w:r>
        <w:rPr>
          <w:b/>
        </w:rPr>
        <w:t xml:space="preserve">[1:19:16] </w:t>
      </w:r>
      <w:r>
        <w:t>insaan khaliq se dare to is ke nateeje mein is ke andar yeh</w:t>
      </w:r>
    </w:p>
    <w:p>
      <w:pPr>
        <w:jc w:val="right"/>
      </w:pPr>
      <w:r>
        <w:t>انسان خالق سے ڈرے تو اس کے نتیجے میں اس کے اندر یہ</w:t>
      </w:r>
    </w:p>
    <w:p>
      <w:r>
        <w:rPr>
          <w:b/>
        </w:rPr>
        <w:t xml:space="preserve">[1:19:21] </w:t>
      </w:r>
      <w:r>
        <w:t>nafsiyat jaagti hai ke woh apne aap ko insaan dost aadmi banaye.</w:t>
      </w:r>
    </w:p>
    <w:p>
      <w:pPr>
        <w:jc w:val="right"/>
      </w:pPr>
      <w:r>
        <w:t>نفسیات جاگتی ہے کہ وہ اپنے آپ کو انسان دوست آدمی بنائے۔</w:t>
      </w:r>
    </w:p>
    <w:p>
      <w:r>
        <w:rPr>
          <w:b/>
        </w:rPr>
        <w:t xml:space="preserve">[1:19:32] </w:t>
      </w:r>
      <w:r>
        <w:t>is ke bar aks jab yeh nafsiyat insaan ki nisbat se istemal hone lage to har aadmi doosre ko</w:t>
      </w:r>
    </w:p>
    <w:p>
      <w:pPr>
        <w:jc w:val="right"/>
      </w:pPr>
      <w:r>
        <w:t>اس کے برعکس جب یہ نفسیات انسان کی نسبت سے استعمال ہونے لگے تو ہر آدمی دوسرے کو</w:t>
      </w:r>
    </w:p>
    <w:p>
      <w:r>
        <w:rPr>
          <w:b/>
        </w:rPr>
        <w:t xml:space="preserve">[1:19:44] </w:t>
      </w:r>
      <w:r>
        <w:t>apna dushman samajh kar us se nafrat karne lagta hai.</w:t>
      </w:r>
    </w:p>
    <w:p>
      <w:pPr>
        <w:jc w:val="right"/>
      </w:pPr>
      <w:r>
        <w:t>اپنا دشمن سمجھ کر اس سے نفرت کرنے لگتا ہے۔</w:t>
      </w:r>
    </w:p>
    <w:p>
      <w:r>
        <w:rPr>
          <w:b/>
        </w:rPr>
        <w:t xml:space="preserve">[1:19:55] </w:t>
      </w:r>
      <w:r>
        <w:t>siyasi conditioning mein jeena.</w:t>
      </w:r>
    </w:p>
    <w:p>
      <w:pPr>
        <w:jc w:val="right"/>
      </w:pPr>
      <w:r>
        <w:t>سیاسی کنڈیشننگ میں جینا۔</w:t>
      </w:r>
    </w:p>
    <w:p>
      <w:r>
        <w:rPr>
          <w:b/>
        </w:rPr>
        <w:t xml:space="preserve">[1:20:01] </w:t>
      </w:r>
      <w:r>
        <w:t>unnisveen sadi aur beesveen sadi mein musalmanon ke andar bohat si tehreekein uthein.</w:t>
      </w:r>
    </w:p>
    <w:p>
      <w:pPr>
        <w:jc w:val="right"/>
      </w:pPr>
      <w:r>
        <w:t>انیسویں صدی اور بیسویں صدی میں مسلمانوں کے اندر بہت سی تحریکیں اٹھیں۔</w:t>
      </w:r>
    </w:p>
    <w:p>
      <w:r>
        <w:rPr>
          <w:b/>
        </w:rPr>
        <w:t xml:space="preserve">[1:20:07] </w:t>
      </w:r>
      <w:r>
        <w:t>in tehreekon ke title alag alag thay, lekin haqeeqat ke aitbaar se sab ka nishana ek tha: musalmanon</w:t>
      </w:r>
    </w:p>
    <w:p>
      <w:pPr>
        <w:jc w:val="right"/>
      </w:pPr>
      <w:r>
        <w:t>ان تحریکوں کے ٹائٹل الگ الگ تھے، لیکن حقیقت کے اعتبار سے سب کا نشانہ ایک تھا: مسلمانوں</w:t>
      </w:r>
    </w:p>
    <w:p>
      <w:r>
        <w:rPr>
          <w:b/>
        </w:rPr>
        <w:t xml:space="preserve">[1:20:13] </w:t>
      </w:r>
      <w:r>
        <w:t>ki siyasi azmat ko dobara zinda karna.</w:t>
      </w:r>
    </w:p>
    <w:p>
      <w:pPr>
        <w:jc w:val="right"/>
      </w:pPr>
      <w:r>
        <w:t>کی سیاسی عظمت کو دوبارہ زندہ کرنا۔</w:t>
      </w:r>
    </w:p>
    <w:p>
      <w:r>
        <w:rPr>
          <w:b/>
        </w:rPr>
        <w:t xml:space="preserve">[1:20:19] </w:t>
      </w:r>
      <w:r>
        <w:t>in mein se kisi tehreek ka title hukoomat-e-ilahia tha aur kisi ka</w:t>
      </w:r>
    </w:p>
    <w:p>
      <w:pPr>
        <w:jc w:val="right"/>
      </w:pPr>
      <w:r>
        <w:t>ان میں سے کسی تحریک کا ٹائٹل حکومت الہیہ تھا اور کسی کا</w:t>
      </w:r>
    </w:p>
    <w:p>
      <w:r>
        <w:rPr>
          <w:b/>
        </w:rPr>
        <w:t xml:space="preserve">[1:20:25] </w:t>
      </w:r>
      <w:r>
        <w:t>iqamat-e-deen.</w:t>
      </w:r>
    </w:p>
    <w:p>
      <w:pPr>
        <w:jc w:val="right"/>
      </w:pPr>
      <w:r>
        <w:t>اقامت دین۔</w:t>
      </w:r>
    </w:p>
    <w:p>
      <w:r>
        <w:rPr>
          <w:b/>
        </w:rPr>
        <w:t xml:space="preserve">[1:20:31] </w:t>
      </w:r>
      <w:r>
        <w:t>kisi ka title imamat-e-kubra tha aur kisi ka title khilafat-e-islamiya.</w:t>
      </w:r>
    </w:p>
    <w:p>
      <w:pPr>
        <w:jc w:val="right"/>
      </w:pPr>
      <w:r>
        <w:t>کسی کا ٹائٹل امامت کبریٰ تھا اور کسی کا ٹائٹل خلافت اسلامیہ۔</w:t>
      </w:r>
    </w:p>
    <w:p>
      <w:r>
        <w:rPr>
          <w:b/>
        </w:rPr>
        <w:t xml:space="preserve">[1:20:37] </w:t>
      </w:r>
      <w:r>
        <w:t>kisi ka title islami nizam tha aur kisi ka title islami adl.</w:t>
      </w:r>
    </w:p>
    <w:p>
      <w:pPr>
        <w:jc w:val="right"/>
      </w:pPr>
      <w:r>
        <w:t>کسی کا ٹائٹل اسلامی نظام تھا اور کسی کا ٹائٹل اسلامی عدل۔</w:t>
      </w:r>
    </w:p>
    <w:p>
      <w:r>
        <w:rPr>
          <w:b/>
        </w:rPr>
        <w:t xml:space="preserve">[1:20:43] </w:t>
      </w:r>
      <w:r>
        <w:t>kisi ka title tehzeeb-e-islami ka ahya tha aur kisi ka title ummat ki nishat-e-thaniya.</w:t>
      </w:r>
    </w:p>
    <w:p>
      <w:pPr>
        <w:jc w:val="right"/>
      </w:pPr>
      <w:r>
        <w:t>کسی کا ٹائٹل تہذیب اسلامی کا احیاء تھا اور کسی کا ٹائٹل امت کی نشاط ثانیہ۔</w:t>
      </w:r>
    </w:p>
    <w:p>
      <w:r>
        <w:rPr>
          <w:b/>
        </w:rPr>
        <w:t xml:space="preserve">[1:20:49] </w:t>
      </w:r>
      <w:r>
        <w:t>kisi ka title shariat ka nafz tha aur kisi</w:t>
      </w:r>
    </w:p>
    <w:p>
      <w:pPr>
        <w:jc w:val="right"/>
      </w:pPr>
      <w:r>
        <w:t>کسی کا ٹائٹل شریعت کا نفاذ تھا اور کسی</w:t>
      </w:r>
    </w:p>
    <w:p>
      <w:r>
        <w:rPr>
          <w:b/>
        </w:rPr>
        <w:t xml:space="preserve">[1:20:55] </w:t>
      </w:r>
      <w:r>
        <w:t>ka title khilafat alminhaj anbuwa waghera. lekin agar in ko amli sargharmiyon ke aitbar se dekha jaye to har ek deen ke naam par siyasi sargharmiyon mein mubtala nazar ayega. asal yeh hai ke baad ke zamane mein musalmanon ko lambe arse tak siyasi azmat hasil hui. siyasi azmat hasil hui. halaat ne un ko mauqa diya ke woh zameen ke bare hisse</w:t>
      </w:r>
    </w:p>
    <w:p>
      <w:pPr>
        <w:jc w:val="right"/>
      </w:pPr>
      <w:r>
        <w:t>کا ٹائٹل خلافت علی منہاج النبوہ وغیرہ۔ لیکن اگر ان کو عملی سرگرمیوں کے اعتبار سے دیکھا جائے تو ہر ایک دین کے نام پر سیاسی سرگرمیوں میں مبتلا نظر آئے گا۔ اصل یہ ہے کہ بعد کے زمانے میں مسلمانوں کو لمبے عرصے تک سیاسی عظمت حاصل ہوئی۔ سیاسی عظمت حاصل ہوئی۔ حالات نے ان کو موقع دیا کہ وہ زمین کے بڑے حصے</w:t>
      </w:r>
    </w:p>
    <w:p>
      <w:r>
        <w:rPr>
          <w:b/>
        </w:rPr>
        <w:t xml:space="preserve">[1:21:25] </w:t>
      </w:r>
      <w:r>
        <w:t>mein apna empire qaim kar lein.</w:t>
      </w:r>
    </w:p>
    <w:p>
      <w:pPr>
        <w:jc w:val="right"/>
      </w:pPr>
      <w:r>
        <w:t>میں اپنا ایمپائر قائم کر لیں۔</w:t>
      </w:r>
    </w:p>
    <w:p>
      <w:r>
        <w:rPr>
          <w:b/>
        </w:rPr>
        <w:t xml:space="preserve">[1:21:31] </w:t>
      </w:r>
      <w:r>
        <w:t>is ke baad jab jadeed daur aaya to dobara halaat ke taqaze ke tehat in ki saltanatein toot</w:t>
      </w:r>
    </w:p>
    <w:p>
      <w:pPr>
        <w:jc w:val="right"/>
      </w:pPr>
      <w:r>
        <w:t>اس کے بعد جب جدید دور آیا تو دوبارہ حالات کے تقاضے کے تحت ان کی سلطنتیں ٹوٹ</w:t>
      </w:r>
    </w:p>
    <w:p>
      <w:r>
        <w:rPr>
          <w:b/>
        </w:rPr>
        <w:t xml:space="preserve">[1:21:37] </w:t>
      </w:r>
      <w:r>
        <w:t>gayin aur dheere dheere har jagah jamhoori saltanatein qaim ho gayin.</w:t>
      </w:r>
    </w:p>
    <w:p>
      <w:pPr>
        <w:jc w:val="right"/>
      </w:pPr>
      <w:r>
        <w:t>گئیں اور دھیرے دھیرے ہر جگہ جمہوری سلطنتیں قائم ہو گئیں۔</w:t>
      </w:r>
    </w:p>
    <w:p>
      <w:r>
        <w:rPr>
          <w:b/>
        </w:rPr>
        <w:t xml:space="preserve">[1:21:43] </w:t>
      </w:r>
      <w:r>
        <w:t>yeh siyasi waqea jo paish aaya woh Quran mein bayan kardah is qanoon ke tehat hua: wa tilka al ayyamu</w:t>
      </w:r>
    </w:p>
    <w:p>
      <w:pPr>
        <w:jc w:val="right"/>
      </w:pPr>
      <w:r>
        <w:t>یہ سیاسی واقعہ جو پیش آیا وہ قرآن میں بیان کردہ اس قانون کے تحت ہوا: وَتِلْكَ الْأَيَّامُ</w:t>
      </w:r>
    </w:p>
    <w:p>
      <w:r>
        <w:rPr>
          <w:b/>
        </w:rPr>
        <w:t xml:space="preserve">[1:21:49] </w:t>
      </w:r>
      <w:r>
        <w:t>nudawiluha bayna al nas yani aur hum in ayyam ko logon ke darmiyan badalte rehte hain. lekin</w:t>
      </w:r>
    </w:p>
    <w:p>
      <w:pPr>
        <w:jc w:val="right"/>
      </w:pPr>
      <w:r>
        <w:t>نُدَاوِلُهَا بَيْنَ النَّاسِ یعنی اور ہم ان ایام کو لوگوں کے درمیان بدلتے رہتے ہیں۔ لیکن</w:t>
      </w:r>
    </w:p>
    <w:p>
      <w:r>
        <w:rPr>
          <w:b/>
        </w:rPr>
        <w:t xml:space="preserve">[1:21:55] </w:t>
      </w:r>
      <w:r>
        <w:t>muslim rehnumaon ne shoori ya ghair shoori taur par siyasi azmat ko apna qaumi haq samajh liya.</w:t>
      </w:r>
    </w:p>
    <w:p>
      <w:pPr>
        <w:jc w:val="right"/>
      </w:pPr>
      <w:r>
        <w:t>مسلم رہنماؤں نے شعوری یا غیر شعوری طور پر سیاسی عظمت کو اپنا قومی حق سمجھ لیا۔</w:t>
      </w:r>
    </w:p>
    <w:p>
      <w:r>
        <w:rPr>
          <w:b/>
        </w:rPr>
        <w:t xml:space="preserve">[1:22:01] </w:t>
      </w:r>
      <w:r>
        <w:t>woh apni siyasi azmat ko wapas laane ke liye koshishein karne lage aur galat taur par in koshishon</w:t>
      </w:r>
    </w:p>
    <w:p>
      <w:pPr>
        <w:jc w:val="right"/>
      </w:pPr>
      <w:r>
        <w:t>وہ اپنی سیاسی عظمت کو واپس لانے کے لیے کوششیں کرنے لگے اور غلط طور پر ان کوششوں</w:t>
      </w:r>
    </w:p>
    <w:p>
      <w:r>
        <w:rPr>
          <w:b/>
        </w:rPr>
        <w:t xml:space="preserve">[1:22:07] </w:t>
      </w:r>
      <w:r>
        <w:t>ko jihad ka naam de diya.</w:t>
      </w:r>
    </w:p>
    <w:p>
      <w:pPr>
        <w:jc w:val="right"/>
      </w:pPr>
      <w:r>
        <w:t>کو جہاد کا نام دے دیا۔</w:t>
      </w:r>
    </w:p>
    <w:p>
      <w:r>
        <w:rPr>
          <w:b/>
        </w:rPr>
        <w:t xml:space="preserve">[1:22:13] </w:t>
      </w:r>
      <w:r>
        <w:t>ab aisa maloom hota hai ke poori muslim qaum ke liye yeh mamla siyasi conditioning ya political conditioning</w:t>
      </w:r>
    </w:p>
    <w:p>
      <w:pPr>
        <w:jc w:val="right"/>
      </w:pPr>
      <w:r>
        <w:t>اب ایسا معلوم ہوتا ہے کہ پوری مسلم قوم کے لیے یہ معاملہ سیاسی کنڈیشننگ یا پولیٹیکل کنڈیشننگ</w:t>
      </w:r>
    </w:p>
    <w:p>
      <w:r>
        <w:rPr>
          <w:b/>
        </w:rPr>
        <w:t xml:space="preserve">[1:22:19] </w:t>
      </w:r>
      <w:r>
        <w:t>ka mamla ban gaya hai.</w:t>
      </w:r>
    </w:p>
    <w:p>
      <w:pPr>
        <w:jc w:val="right"/>
      </w:pPr>
      <w:r>
        <w:t>کا معاملہ بن گیا ہے۔</w:t>
      </w:r>
    </w:p>
    <w:p>
      <w:r>
        <w:rPr>
          <w:b/>
        </w:rPr>
        <w:t xml:space="preserve">[1:22:25] </w:t>
      </w:r>
      <w:r>
        <w:t>ab political pattern ke siwa koshishon ka koi doosra pattern in ko durust pattern nazar nahi aata.</w:t>
      </w:r>
    </w:p>
    <w:p>
      <w:pPr>
        <w:jc w:val="right"/>
      </w:pPr>
      <w:r>
        <w:t>اب پولیٹیکل پیٹرن کے سوا کوششوں کا کوئی دوسرا پیٹرن ان کو درست پیٹرن نظر نہیں آتا۔</w:t>
      </w:r>
    </w:p>
    <w:p>
      <w:r>
        <w:rPr>
          <w:b/>
        </w:rPr>
        <w:t xml:space="preserve">[1:22:40] </w:t>
      </w:r>
      <w:r>
        <w:t>in ko sirf ek baat maloom hai: jis qaum ko apna hreef samjhein, us par bom marna, aur</w:t>
      </w:r>
    </w:p>
    <w:p>
      <w:pPr>
        <w:jc w:val="right"/>
      </w:pPr>
      <w:r>
        <w:t>ان کو صرف ایک بات معلوم ہے: جس قوم کو اپنا حریف سمجھیں، اس پر بم مارنا، اور</w:t>
      </w:r>
    </w:p>
    <w:p>
      <w:r>
        <w:rPr>
          <w:b/>
        </w:rPr>
        <w:t xml:space="preserve">[1:22:54] </w:t>
      </w:r>
      <w:r>
        <w:t>jab is galat planning ka ulta nateeja nikle to apne aap ko mazloom bata kar zulm ki shikayat karna.</w:t>
      </w:r>
    </w:p>
    <w:p>
      <w:pPr>
        <w:jc w:val="right"/>
      </w:pPr>
      <w:r>
        <w:t>جب اس غلط پلاننگ کا الٹا نتیجہ نکلے تو اپنے آپ کو مظلوم بتا کر ظلم کی شکایت کرنا۔</w:t>
      </w:r>
    </w:p>
    <w:p>
      <w:r>
        <w:rPr>
          <w:b/>
        </w:rPr>
        <w:t xml:space="preserve">[1:23:09] </w:t>
      </w:r>
      <w:r>
        <w:t>mushkil halaat.</w:t>
      </w:r>
    </w:p>
    <w:p>
      <w:pPr>
        <w:jc w:val="right"/>
      </w:pPr>
      <w:r>
        <w:t>مشکل حالات۔</w:t>
      </w:r>
    </w:p>
    <w:p>
      <w:r>
        <w:rPr>
          <w:b/>
        </w:rPr>
        <w:t xml:space="preserve">[1:23:15] </w:t>
      </w:r>
      <w:r>
        <w:t>fitrat ka ek usool Quran mein in alfaaz mein bayan kiya gaya hai: sayaj al allahu ba'da usrin yusra</w:t>
      </w:r>
    </w:p>
    <w:p>
      <w:pPr>
        <w:jc w:val="right"/>
      </w:pPr>
      <w:r>
        <w:t>فطرت کا ایک اصول قرآن میں ان الفاظ میں بیان کیا گیا ہے: سَيَجْعَلُ اللَّهُ بَعْدَ عُسْرٍ يُسْرًا</w:t>
      </w:r>
    </w:p>
    <w:p>
      <w:r>
        <w:rPr>
          <w:b/>
        </w:rPr>
        <w:t xml:space="preserve">[1:23:21] </w:t>
      </w:r>
      <w:r>
        <w:t>yani Allah usr ke baad anqareeb yusr paida kar dega.</w:t>
      </w:r>
    </w:p>
    <w:p>
      <w:pPr>
        <w:jc w:val="right"/>
      </w:pPr>
      <w:r>
        <w:t>یعنی اللہ عسر کے بعد عنقریب یسر پیدا کر دے گا۔</w:t>
      </w:r>
    </w:p>
    <w:p>
      <w:r>
        <w:rPr>
          <w:b/>
        </w:rPr>
        <w:t xml:space="preserve">[1:23:27] </w:t>
      </w:r>
      <w:r>
        <w:t>usr ka matlab hai mushkil ya difficulty, aur yusr ka matlab hai aasani, ease.</w:t>
      </w:r>
    </w:p>
    <w:p>
      <w:pPr>
        <w:jc w:val="right"/>
      </w:pPr>
      <w:r>
        <w:t>عسر کا مطلب ہے مشکل یا ڈیفیکلٹی، اور یسر کا مطلب ہے آسانی، ایز۔</w:t>
      </w:r>
    </w:p>
    <w:p>
      <w:r>
        <w:rPr>
          <w:b/>
        </w:rPr>
        <w:t xml:space="preserve">[1:23:33] </w:t>
      </w:r>
      <w:r>
        <w:t>Qur'an ki yeh ayat talaq ke hukm ke douran aayi hai, lekin</w:t>
      </w:r>
    </w:p>
    <w:p>
      <w:pPr>
        <w:jc w:val="right"/>
      </w:pPr>
      <w:r>
        <w:t>قرآن کی یہ آیت طلاق کے حکم کے دوران آئی ہے، لیکن</w:t>
      </w:r>
    </w:p>
    <w:p>
      <w:r>
        <w:rPr>
          <w:b/>
        </w:rPr>
        <w:t xml:space="preserve">[1:23:39] </w:t>
      </w:r>
      <w:r>
        <w:t>yeh fitrat ka usool hai, aur is aitbaar se is usool ka talluq poori insani zindagi se hai.</w:t>
      </w:r>
    </w:p>
    <w:p>
      <w:pPr>
        <w:jc w:val="right"/>
      </w:pPr>
      <w:r>
        <w:t>یہ فطرت کا اصول ہے، اور اس اعتبار سے اس اصول کا تعلق پوری انسانی زندگی سے ہے۔</w:t>
      </w:r>
    </w:p>
    <w:p>
      <w:r>
        <w:rPr>
          <w:b/>
        </w:rPr>
        <w:t xml:space="preserve">[1:23:45] </w:t>
      </w:r>
      <w:r>
        <w:t>is usool ke andar ek hikmat chhipi hui hai.</w:t>
      </w:r>
    </w:p>
    <w:p>
      <w:pPr>
        <w:jc w:val="right"/>
      </w:pPr>
      <w:r>
        <w:t>اس اصول کے اندر ایک حکمت چھپی ہوئی ہے۔</w:t>
      </w:r>
    </w:p>
    <w:p>
      <w:r>
        <w:rPr>
          <w:b/>
        </w:rPr>
        <w:t xml:space="preserve">[1:23:51] </w:t>
      </w:r>
      <w:r>
        <w:t>jab aadmi ke upar mushkil halaat aate hain to us ke zehan mein ek dabaav ya pressure paida hota hai.</w:t>
      </w:r>
    </w:p>
    <w:p>
      <w:pPr>
        <w:jc w:val="right"/>
      </w:pPr>
      <w:r>
        <w:t>جب آدمی کے اوپر مشکل حالات آتے ہیں تو اس کے ذہن میں ایک دباؤ یا پریشر پیدا ہوتا ہے۔</w:t>
      </w:r>
    </w:p>
    <w:p>
      <w:r>
        <w:rPr>
          <w:b/>
        </w:rPr>
        <w:t xml:space="preserve">[1:23:57] </w:t>
      </w:r>
      <w:r>
        <w:t>is dabaav ke tehat woh zyada sochne ke qabil ho jata hai.</w:t>
      </w:r>
    </w:p>
    <w:p>
      <w:pPr>
        <w:jc w:val="right"/>
      </w:pPr>
      <w:r>
        <w:t>اس دباؤ کے تحت وہ زیادہ سوچنے کے قابل ہو جاتا ہے۔</w:t>
      </w:r>
    </w:p>
    <w:p>
      <w:r>
        <w:rPr>
          <w:b/>
        </w:rPr>
        <w:t xml:space="preserve">[1:24:03] </w:t>
      </w:r>
      <w:r>
        <w:t>mamle ke naye naye pehlu is ki samajh mein aane lagte hain.</w:t>
      </w:r>
    </w:p>
    <w:p>
      <w:pPr>
        <w:jc w:val="right"/>
      </w:pPr>
      <w:r>
        <w:t>معاملے کے نئے نئے پہلو اس کی سمجھ میں آنے لگتے ہیں۔</w:t>
      </w:r>
    </w:p>
    <w:p>
      <w:r>
        <w:rPr>
          <w:b/>
        </w:rPr>
        <w:t xml:space="preserve">[1:24:09] </w:t>
      </w:r>
      <w:r>
        <w:t>mushkil se pehle agar woh ek ghair takhleeqi zehan tha to mushkil ke baad woh ek takhleeqi zehan</w:t>
      </w:r>
    </w:p>
    <w:p>
      <w:pPr>
        <w:jc w:val="right"/>
      </w:pPr>
      <w:r>
        <w:t>مشکل سے پہلے اگر وہ ایک غیر تخلیقی ذہن تھا تو مشکل کے بعد وہ ایک تخلیقی ذہن</w:t>
      </w:r>
    </w:p>
    <w:p>
      <w:r>
        <w:rPr>
          <w:b/>
        </w:rPr>
        <w:t xml:space="preserve">[1:24:15] </w:t>
      </w:r>
      <w:r>
        <w:t>ya creative mind ban jata hai.</w:t>
      </w:r>
    </w:p>
    <w:p>
      <w:pPr>
        <w:jc w:val="right"/>
      </w:pPr>
      <w:r>
        <w:t>یا کریٹیو مائنڈ بن جاتا ہے۔</w:t>
      </w:r>
    </w:p>
    <w:p>
      <w:r>
        <w:rPr>
          <w:b/>
        </w:rPr>
        <w:t xml:space="preserve">[1:24:22] </w:t>
      </w:r>
      <w:r>
        <w:t>is tarah woh is qabil ho jata hai ke zyada ahliyat ke sath soorat-e-haal ka saamna karay.</w:t>
      </w:r>
    </w:p>
    <w:p>
      <w:pPr>
        <w:jc w:val="right"/>
      </w:pPr>
      <w:r>
        <w:t>اس طرح وہ اس قابل ہو جاتا ہے کہ زیادہ اہلیت کے ساتھ صورتحال کا سامنا کرے۔</w:t>
      </w:r>
    </w:p>
    <w:p>
      <w:r>
        <w:rPr>
          <w:b/>
        </w:rPr>
        <w:t xml:space="preserve">[1:24:28] </w:t>
      </w:r>
      <w:r>
        <w:t>woh zyada behtar tor par mawaqe ya opportunities ko daryaft kar sake.</w:t>
      </w:r>
    </w:p>
    <w:p>
      <w:pPr>
        <w:jc w:val="right"/>
      </w:pPr>
      <w:r>
        <w:t>وہ زیادہ بہتر طور پر مواقع یا اپرچونیٹیز کو دریافت کر سکے۔</w:t>
      </w:r>
    </w:p>
    <w:p>
      <w:r>
        <w:rPr>
          <w:b/>
        </w:rPr>
        <w:t xml:space="preserve">[1:24:34] </w:t>
      </w:r>
      <w:r>
        <w:t>is usool ka talluq insaan ki poori zindagi se hai: ghar ki zindagi</w:t>
      </w:r>
    </w:p>
    <w:p>
      <w:pPr>
        <w:jc w:val="right"/>
      </w:pPr>
      <w:r>
        <w:t>اس اصول کا تعلق انسان کی پوری زندگی سے ہے: گھر کی زندگی</w:t>
      </w:r>
    </w:p>
    <w:p>
      <w:r>
        <w:rPr>
          <w:b/>
        </w:rPr>
        <w:t xml:space="preserve">[1:24:40] </w:t>
      </w:r>
      <w:r>
        <w:t xml:space="preserve"> , samaaj ki zindagi, aur wasee tar maano mein qaumi aur bain-ul-aqwami zindagi.</w:t>
      </w:r>
    </w:p>
    <w:p>
      <w:pPr>
        <w:jc w:val="right"/>
      </w:pPr>
      <w:r>
        <w:t>، سماج کی زندگی، اور وسیع تر معنوں میں قومی اور بین الاقوامی زندگی۔</w:t>
      </w:r>
    </w:p>
    <w:p>
      <w:r>
        <w:rPr>
          <w:b/>
        </w:rPr>
        <w:t xml:space="preserve">[1:24:46] </w:t>
      </w:r>
      <w:r>
        <w:t>haqeeqat yeh hai ke mushkil ki hesiyat insani zindagi mein muallim ki hai.</w:t>
      </w:r>
    </w:p>
    <w:p>
      <w:pPr>
        <w:jc w:val="right"/>
      </w:pPr>
      <w:r>
        <w:t>حقیقت یہ ہے کہ مشکل کی حیثیت انسانی زندگی میں معلم کی ہے۔</w:t>
      </w:r>
    </w:p>
    <w:p>
      <w:r>
        <w:rPr>
          <w:b/>
        </w:rPr>
        <w:t xml:space="preserve">[1:24:52] </w:t>
      </w:r>
      <w:r>
        <w:t>kisi ne durust tor par kaha hai ke mushkil insaan ko insaan banati hai.</w:t>
      </w:r>
    </w:p>
    <w:p>
      <w:pPr>
        <w:jc w:val="right"/>
      </w:pPr>
      <w:r>
        <w:t>کسی نے درست طور پر کہا ہے کہ مشکل انسان کو انسان بناتی ہے۔</w:t>
      </w:r>
    </w:p>
    <w:p>
      <w:r>
        <w:rPr>
          <w:b/>
        </w:rPr>
        <w:t xml:space="preserve">[1:24:58] </w:t>
      </w:r>
      <w:r>
        <w:t>It is not ease but effort, not facility but difficulty that makes man.</w:t>
      </w:r>
    </w:p>
    <w:p>
      <w:pPr>
        <w:jc w:val="right"/>
      </w:pPr>
      <w:r>
        <w:t>It is not ease but effort, not facility but difficulty that makes man.</w:t>
      </w:r>
    </w:p>
    <w:p>
      <w:r>
        <w:rPr>
          <w:b/>
        </w:rPr>
        <w:t xml:space="preserve">[1:25:04] </w:t>
      </w:r>
      <w:r>
        <w:t>fitrat ka nizaam is tarah bana hai ke</w:t>
      </w:r>
    </w:p>
    <w:p>
      <w:pPr>
        <w:jc w:val="right"/>
      </w:pPr>
      <w:r>
        <w:t>فطرت کا نظام اس طرح بنا ہے کہ</w:t>
      </w:r>
    </w:p>
    <w:p>
      <w:r>
        <w:rPr>
          <w:b/>
        </w:rPr>
        <w:t xml:space="preserve">[1:25:10] </w:t>
      </w:r>
      <w:r>
        <w:t>insaan ko kabhi apni marzi ke mutabiq bilkul aasan halaat na milen.</w:t>
      </w:r>
    </w:p>
    <w:p>
      <w:pPr>
        <w:jc w:val="right"/>
      </w:pPr>
      <w:r>
        <w:t>انسان کو کبھی اپنی مرضی کے مطابق بالکل آسان حالات نہ ملیں۔</w:t>
      </w:r>
    </w:p>
    <w:p>
      <w:r>
        <w:rPr>
          <w:b/>
        </w:rPr>
        <w:t xml:space="preserve">[1:25:19] </w:t>
      </w:r>
      <w:r>
        <w:t>is ko mushkilat ki jhaariyon se guzarna paray.</w:t>
      </w:r>
    </w:p>
    <w:p>
      <w:pPr>
        <w:jc w:val="right"/>
      </w:pPr>
      <w:r>
        <w:t>اس کو مشکلات کی جھاڑیوں سے گزرنا پڑے۔</w:t>
      </w:r>
    </w:p>
    <w:p>
      <w:r>
        <w:rPr>
          <w:b/>
        </w:rPr>
        <w:t xml:space="preserve">[1:25:28] </w:t>
      </w:r>
      <w:r>
        <w:t>yeh soorat-e-haal insaan ki shakhsiyat ki taameer karne ke liye hai.</w:t>
      </w:r>
    </w:p>
    <w:p>
      <w:pPr>
        <w:jc w:val="right"/>
      </w:pPr>
      <w:r>
        <w:t>یہ صورتحال انسان کی شخصیت کی تعمیر کرنے کے لیے ہے۔</w:t>
      </w:r>
    </w:p>
    <w:p>
      <w:r>
        <w:rPr>
          <w:b/>
        </w:rPr>
        <w:t xml:space="preserve">[1:25:37] </w:t>
      </w:r>
      <w:r>
        <w:t>yeh soorat-e-haal ek insaan ko ghair pakhta shakhsiyat ya immature personality ke bajaye pakhta shakhsiyat ya mature personality</w:t>
      </w:r>
    </w:p>
    <w:p>
      <w:pPr>
        <w:jc w:val="right"/>
      </w:pPr>
      <w:r>
        <w:t>یہ صورتحال ایک انسان کو غیر پختہ شخصیت یا امیچور پرسنیلٹی کے بجائے پختہ شخصیت یا میچور پرسنیلٹی</w:t>
      </w:r>
    </w:p>
    <w:p>
      <w:r>
        <w:rPr>
          <w:b/>
        </w:rPr>
        <w:t xml:space="preserve">[1:25:46] </w:t>
      </w:r>
      <w:r>
        <w:t>bana deti hai.</w:t>
      </w:r>
    </w:p>
    <w:p>
      <w:pPr>
        <w:jc w:val="right"/>
      </w:pPr>
      <w:r>
        <w:t>بنا دیتی ہے۔</w:t>
      </w:r>
    </w:p>
    <w:p>
      <w:r>
        <w:rPr>
          <w:b/>
        </w:rPr>
        <w:t xml:space="preserve">[1:25:55] </w:t>
      </w:r>
      <w:r>
        <w:t>khatm-e-nabuwat ka aqeedah.</w:t>
      </w:r>
    </w:p>
    <w:p>
      <w:pPr>
        <w:jc w:val="right"/>
      </w:pPr>
      <w:r>
        <w:t>ختم نبوت کا عقیدہ۔</w:t>
      </w:r>
    </w:p>
    <w:p>
      <w:r>
        <w:rPr>
          <w:b/>
        </w:rPr>
        <w:t xml:space="preserve">[1:26:00] </w:t>
      </w:r>
      <w:r>
        <w:t>khatm-e-nabuwat ka aqeedah fazeelat ka aqeedah nahi hai.</w:t>
      </w:r>
    </w:p>
    <w:p>
      <w:pPr>
        <w:jc w:val="right"/>
      </w:pPr>
      <w:r>
        <w:t>ختم نبوت کا عقیدہ فضیلت کا عقیدہ نہیں ہے۔</w:t>
      </w:r>
    </w:p>
    <w:p>
      <w:r>
        <w:rPr>
          <w:b/>
        </w:rPr>
        <w:t xml:space="preserve">[1:26:05] </w:t>
      </w:r>
      <w:r>
        <w:t>isi tarah khatm-e-nabuwwat ka aqeedah adad ya number ki takmeel ka naam nahin hai.</w:t>
      </w:r>
    </w:p>
    <w:p>
      <w:pPr>
        <w:jc w:val="right"/>
      </w:pPr>
      <w:r>
        <w:t>اسی طرح ختم نبوت کا عقیدہ عدد یا نمبر کی تکمیل کا نام نہیں ہے۔</w:t>
      </w:r>
    </w:p>
    <w:p>
      <w:r>
        <w:rPr>
          <w:b/>
        </w:rPr>
        <w:t xml:space="preserve">[1:26:10] </w:t>
      </w:r>
      <w:r>
        <w:t>khatm-e-nabuwwat ke aqeedah ka matlab yeh hai ke paighambar-e-islam sallallahu alaihi wasallam ki nabuwwat ba-aitbar</w:t>
      </w:r>
    </w:p>
    <w:p>
      <w:pPr>
        <w:jc w:val="right"/>
      </w:pPr>
      <w:r>
        <w:t>ختم نبوت کے عقیدے کا مطلب یہ ہے کہ پیغمبر اسلام صلی اللہ علیہ وسلم کی نبوت باعتبار</w:t>
      </w:r>
    </w:p>
    <w:p>
      <w:r>
        <w:rPr>
          <w:b/>
        </w:rPr>
        <w:t xml:space="preserve">[1:26:15] </w:t>
      </w:r>
      <w:r>
        <w:t>rehnnumai qiyamat tak jaari rahegi.</w:t>
      </w:r>
    </w:p>
    <w:p>
      <w:pPr>
        <w:jc w:val="right"/>
      </w:pPr>
      <w:r>
        <w:t>رہنمائی قیامت تک جاری رہے گی۔</w:t>
      </w:r>
    </w:p>
    <w:p>
      <w:r>
        <w:rPr>
          <w:b/>
        </w:rPr>
        <w:t xml:space="preserve">[1:26:21] </w:t>
      </w:r>
      <w:r>
        <w:t>nabuwwat-e-muhammadi ka tasalsul</w:t>
      </w:r>
    </w:p>
    <w:p>
      <w:pPr>
        <w:jc w:val="right"/>
      </w:pPr>
      <w:r>
        <w:t>نبوت محمدی کا تسلسل</w:t>
      </w:r>
    </w:p>
    <w:p>
      <w:r>
        <w:rPr>
          <w:b/>
        </w:rPr>
        <w:t xml:space="preserve">[1:26:26] </w:t>
      </w:r>
      <w:r>
        <w:t>ba-aitbar rehnnumai ghair munqata tor par aur musalsal tor par qiyamat tak qaim rahegi.</w:t>
      </w:r>
    </w:p>
    <w:p>
      <w:pPr>
        <w:jc w:val="right"/>
      </w:pPr>
      <w:r>
        <w:t>باعتبار رہنمائی غیر منقطع طور پر اور مسلسل طور پر قیامت تک قائم رہے گا۔</w:t>
      </w:r>
    </w:p>
    <w:p>
      <w:r>
        <w:rPr>
          <w:b/>
        </w:rPr>
        <w:t xml:space="preserve">[1:26:32] </w:t>
      </w:r>
      <w:r>
        <w:t>yeh tasalsul khatm-e-nabuwwat ka laazim taqaza hai.</w:t>
      </w:r>
    </w:p>
    <w:p>
      <w:pPr>
        <w:jc w:val="right"/>
      </w:pPr>
      <w:r>
        <w:t>یہ تسلسل ختم نبوت کا لازمی تقاضا ہے۔</w:t>
      </w:r>
    </w:p>
    <w:p>
      <w:r>
        <w:rPr>
          <w:b/>
        </w:rPr>
        <w:t xml:space="preserve">[1:26:38] </w:t>
      </w:r>
      <w:r>
        <w:t>agar paighambarana rehnnumai ka tasalsul toot jaye to Allah ke qanoon ke mutabiq naye paighambar ka aana laazim</w:t>
      </w:r>
    </w:p>
    <w:p>
      <w:pPr>
        <w:jc w:val="right"/>
      </w:pPr>
      <w:r>
        <w:t>اگر پیغمبرانہ رہنمائی کا تسلسل ٹوٹ جائے تو اللہ کے قانون کے مطابق نئے پیغمبر کا آنا لازم</w:t>
      </w:r>
    </w:p>
    <w:p>
      <w:r>
        <w:rPr>
          <w:b/>
        </w:rPr>
        <w:t xml:space="preserve">[1:26:44] </w:t>
      </w:r>
      <w:r>
        <w:t>ho jayega, aur ab koi naya paighambar aane wala nahin.</w:t>
      </w:r>
    </w:p>
    <w:p>
      <w:pPr>
        <w:jc w:val="right"/>
      </w:pPr>
      <w:r>
        <w:t>ہو جائے گا، اور اب کوئی نیا پیغمبر آنے والا نہیں۔</w:t>
      </w:r>
    </w:p>
    <w:p>
      <w:r>
        <w:rPr>
          <w:b/>
        </w:rPr>
        <w:t xml:space="preserve">[1:26:50] </w:t>
      </w:r>
      <w:r>
        <w:t>albata ek cheez ki zaroorat hamesha baqi rahegi,</w:t>
      </w:r>
    </w:p>
    <w:p>
      <w:pPr>
        <w:jc w:val="right"/>
      </w:pPr>
      <w:r>
        <w:t>البتہ ایک چیز کی ضرورت ہمیشہ باقی رہے گی،</w:t>
      </w:r>
    </w:p>
    <w:p>
      <w:r>
        <w:rPr>
          <w:b/>
        </w:rPr>
        <w:t xml:space="preserve">[1:26:56] </w:t>
      </w:r>
      <w:r>
        <w:t>aur woh hai mukhatib ki nisbat se paighambarana rehnnumai ki tafheem.</w:t>
      </w:r>
    </w:p>
    <w:p>
      <w:pPr>
        <w:jc w:val="right"/>
      </w:pPr>
      <w:r>
        <w:t>اور وہ ہے مخاطب کی نسبت سے پیغمبرانہ رہنمائی کی تفہیم۔</w:t>
      </w:r>
    </w:p>
    <w:p>
      <w:r>
        <w:rPr>
          <w:b/>
        </w:rPr>
        <w:t xml:space="preserve">[1:27:01] </w:t>
      </w:r>
      <w:r>
        <w:t>yeh ek haqeeqat hai ke zamaney mein tabdeelian aati hain.</w:t>
      </w:r>
    </w:p>
    <w:p>
      <w:pPr>
        <w:jc w:val="right"/>
      </w:pPr>
      <w:r>
        <w:t>یہ ایک حقیقت ہے کہ زمانے میں تبدیلیاں آتی ہیں۔</w:t>
      </w:r>
    </w:p>
    <w:p>
      <w:r>
        <w:rPr>
          <w:b/>
        </w:rPr>
        <w:t xml:space="preserve">[1:27:06] </w:t>
      </w:r>
      <w:r>
        <w:t>logon ka fikri usloob badalta rehta hai.</w:t>
      </w:r>
    </w:p>
    <w:p>
      <w:pPr>
        <w:jc w:val="right"/>
      </w:pPr>
      <w:r>
        <w:t>لوگوں کا فکری اسلوب بدلتا رہتا ہے۔</w:t>
      </w:r>
    </w:p>
    <w:p>
      <w:r>
        <w:rPr>
          <w:b/>
        </w:rPr>
        <w:t xml:space="preserve">[1:27:11] </w:t>
      </w:r>
      <w:r>
        <w:t>is bina par zaroorat hoti hai ke har zamaney ke mukhatibin ke liye paighambarana rehnnumai ko qabil-e-fehm</w:t>
      </w:r>
    </w:p>
    <w:p>
      <w:pPr>
        <w:jc w:val="right"/>
      </w:pPr>
      <w:r>
        <w:t>اس بنا پر ضرورت ہوتی ہے کہ ہر زمانے کے مخاطبین کے لیے پیغمبرانہ رہنمائی کو قابل فہم</w:t>
      </w:r>
    </w:p>
    <w:p>
      <w:r>
        <w:rPr>
          <w:b/>
        </w:rPr>
        <w:t xml:space="preserve">[1:27:16] </w:t>
      </w:r>
      <w:r>
        <w:t>banaya jaye taake unka zehn address ho.</w:t>
      </w:r>
    </w:p>
    <w:p>
      <w:pPr>
        <w:jc w:val="right"/>
      </w:pPr>
      <w:r>
        <w:t>بنایا جائے تاکہ ان کا ذہن ایڈریس ہو۔</w:t>
      </w:r>
    </w:p>
    <w:p>
      <w:r>
        <w:rPr>
          <w:b/>
        </w:rPr>
        <w:t xml:space="preserve">[1:27:21] </w:t>
      </w:r>
      <w:r>
        <w:t>yeh kaam tafheem-o-tashreeh ka kaam hai,</w:t>
      </w:r>
    </w:p>
    <w:p>
      <w:pPr>
        <w:jc w:val="right"/>
      </w:pPr>
      <w:r>
        <w:t>یہ کام تفہیم و تشریح کا کام ہے،</w:t>
      </w:r>
    </w:p>
    <w:p>
      <w:r>
        <w:rPr>
          <w:b/>
        </w:rPr>
        <w:t xml:space="preserve">[1:27:26] </w:t>
      </w:r>
      <w:r>
        <w:t>na ke kisi qism ke izafe ka kaam. misal ke taur par, paighambari hidayat mein ek tasawwur tauba ya repentance ka hai. tauba ka lafzi matlab hai lotna, rujoo karna. doosre lafzon mein, patri se utarne yani derailment ke baad dobara patri par wapas lana. agar koi shakhs is mamle ko in alfaz mein bayan kare ke tauba ka matlab hai first chance khoye jaane ke baad second chance ko avail</w:t>
      </w:r>
    </w:p>
    <w:p>
      <w:pPr>
        <w:jc w:val="right"/>
      </w:pPr>
      <w:r>
        <w:t>نہ کہ کسی قسم کے اضافے کا کام۔ مثال کے طور پر، پیغمبرانہ ہدایت میں ایک تصور توبہ یا ریپینٹنس کا ہے۔ توبہ کا لفظی مطلب ہے لوٹنا، رجوع کرنا۔ دوسرے لفظوں میں، پٹری سے اترنے یعنی ڈیریلمنٹ کے بعد دوبارہ پٹری پر واپس لانا۔ اگر کوئی شخص اس معاملے کو ان الفاظ میں بیان کرے کہ توبہ کا مطلب ہے فرسٹ چانس کھوئے جانے کے بعد سیکنڈ چانس کو اویل</w:t>
      </w:r>
    </w:p>
    <w:p>
      <w:r>
        <w:rPr>
          <w:b/>
        </w:rPr>
        <w:t xml:space="preserve">[1:27:56] </w:t>
      </w:r>
      <w:r>
        <w:t>karna, to yeh ek tafheem ke usloob ki baat hogi.</w:t>
      </w:r>
    </w:p>
    <w:p>
      <w:pPr>
        <w:jc w:val="right"/>
      </w:pPr>
      <w:r>
        <w:t>کرنا، تو یہ ایک تفہیم کے اسلوب کی بات ہوگی۔</w:t>
      </w:r>
    </w:p>
    <w:p>
      <w:r>
        <w:rPr>
          <w:b/>
        </w:rPr>
        <w:t xml:space="preserve">[1:28:01] </w:t>
      </w:r>
      <w:r>
        <w:t>iska maqsad yeh hoga ke mukhatib ka zehn address ho aur uske andar amal ki amadgi paida ho.</w:t>
      </w:r>
    </w:p>
    <w:p>
      <w:pPr>
        <w:jc w:val="right"/>
      </w:pPr>
      <w:r>
        <w:t>اس کا مقصد یہ ہوگا کہ مخاطب کا ذہن ایڈریس ہو اور اس کے اندر عمل کی آمادگی پیدا ہو۔</w:t>
      </w:r>
    </w:p>
    <w:p>
      <w:r>
        <w:rPr>
          <w:b/>
        </w:rPr>
        <w:t xml:space="preserve">[1:28:05] </w:t>
      </w:r>
      <w:r>
        <w:t>iska matlab yeh nahin hoga ke kisi gumshuda kadi se logon ko dobara ba-khabar kiya jaye.</w:t>
      </w:r>
    </w:p>
    <w:p>
      <w:pPr>
        <w:jc w:val="right"/>
      </w:pPr>
      <w:r>
        <w:t>اس کا مطلب یہ نہیں ہوگا کہ کسی گمشدہ کڑی سے لوگوں کو دوبارہ باخبر کیا جائے۔</w:t>
      </w:r>
    </w:p>
    <w:p>
      <w:r>
        <w:rPr>
          <w:b/>
        </w:rPr>
        <w:t xml:space="preserve">[1:28:09] </w:t>
      </w:r>
      <w:r>
        <w:t>yehi deen ki tajdeed hai.</w:t>
      </w:r>
    </w:p>
    <w:p>
      <w:pPr>
        <w:jc w:val="right"/>
      </w:pPr>
      <w:r>
        <w:t>یہی دین کی تجدید ہے۔</w:t>
      </w:r>
    </w:p>
    <w:p>
      <w:r>
        <w:rPr>
          <w:b/>
        </w:rPr>
        <w:t xml:space="preserve">[1:28:14] </w:t>
      </w:r>
      <w:r>
        <w:t>tajdeed ka matlab hai naya karna.</w:t>
      </w:r>
    </w:p>
    <w:p>
      <w:pPr>
        <w:jc w:val="right"/>
      </w:pPr>
      <w:r>
        <w:t>تجدید کا مطلب ہے نیا کرنا۔</w:t>
      </w:r>
    </w:p>
    <w:p>
      <w:r>
        <w:rPr>
          <w:b/>
        </w:rPr>
        <w:t xml:space="preserve">[1:28:18] </w:t>
      </w:r>
      <w:r>
        <w:t>naya karne ka yeh amal reformation ka amal hai.</w:t>
      </w:r>
    </w:p>
    <w:p>
      <w:pPr>
        <w:jc w:val="right"/>
      </w:pPr>
      <w:r>
        <w:t>نیا کرنے کا یہ عمل ریفارمیشن کا عمل ہے۔</w:t>
      </w:r>
    </w:p>
    <w:p>
      <w:r>
        <w:rPr>
          <w:b/>
        </w:rPr>
        <w:t xml:space="preserve">[1:28:22] </w:t>
      </w:r>
      <w:r>
        <w:t>yeh deen ki</w:t>
      </w:r>
    </w:p>
    <w:p>
      <w:pPr>
        <w:jc w:val="right"/>
      </w:pPr>
      <w:r>
        <w:t>یہ دین کی</w:t>
      </w:r>
    </w:p>
    <w:p>
      <w:r>
        <w:rPr>
          <w:b/>
        </w:rPr>
        <w:t xml:space="preserve">[1:28:27] </w:t>
      </w:r>
      <w:r>
        <w:t>wazahat karne ka amal hai.</w:t>
      </w:r>
    </w:p>
    <w:p>
      <w:pPr>
        <w:jc w:val="right"/>
      </w:pPr>
      <w:r>
        <w:t>وضاحت کرنے کا عمل ہے۔</w:t>
      </w:r>
    </w:p>
    <w:p>
      <w:r>
        <w:rPr>
          <w:b/>
        </w:rPr>
        <w:t xml:space="preserve">[1:28:42] </w:t>
      </w:r>
      <w:r>
        <w:t>tajdeed-e-deen se murad tafheem-e-deen ki tajdeed hai, na ke khud deen ki tajdeed.</w:t>
      </w:r>
    </w:p>
    <w:p>
      <w:pPr>
        <w:jc w:val="right"/>
      </w:pPr>
      <w:r>
        <w:t>تجدید دین سے مراد تفہیم دین کی تجدید ہے، نہ کہ خود دین کی تجدید۔</w:t>
      </w:r>
    </w:p>
    <w:p>
      <w:r>
        <w:rPr>
          <w:b/>
        </w:rPr>
        <w:t xml:space="preserve">[1:28:58] </w:t>
      </w:r>
      <w:r>
        <w:t>budhapa reminder ka zamana. budhape ka zamana yaad dilata hai ke ab insan ke liye maut ka waqt qareeb aa chuka hai. budhape ka zamana yaad dilata hai ke pehla daur hayat khatm hua aur ab doosra daur hayat shuru hone wala hai. budhape ka zamana yaad dilata hai ke woh waqt qareeb aa chuka hai jis ko quran mein yawma yaqumu al nas</w:t>
      </w:r>
    </w:p>
    <w:p>
      <w:pPr>
        <w:jc w:val="right"/>
      </w:pPr>
      <w:r>
        <w:t>بڑھاپا ریمائنڈر کا زمانہ۔ بڑھاپے کا زمانہ یاد دلاتا ہے کہ اب انسان کے لیے موت کا وقت قریب آ چکا ہے۔ بڑھاپے کا زمانہ یاد دلاتا ہے کہ پہلا دور حیات ختم ہوا اور اب دوسرا دور حیات شروع ہونے والا ہے۔ بڑھاپے کا زمانہ یاد دلاتا ہے کہ وہ وقت قریب آ چکا ہے جس کو قرآن میں يَوْمَ يَقُومُ النَّاس</w:t>
      </w:r>
    </w:p>
    <w:p>
      <w:r>
        <w:rPr>
          <w:b/>
        </w:rPr>
        <w:t xml:space="preserve">[1:29:28] </w:t>
      </w:r>
      <w:r>
        <w:t>lil-rabbi al-alameen ke alfaaz mein bayan kiya gaya hai.</w:t>
      </w:r>
    </w:p>
    <w:p>
      <w:pPr>
        <w:jc w:val="right"/>
      </w:pPr>
      <w:r>
        <w:t>ُ لِرَبِّ الْعَالَمِينَ کے الفاظ میں بیان کیا گیا ہے۔</w:t>
      </w:r>
    </w:p>
    <w:p>
      <w:r>
        <w:rPr>
          <w:b/>
        </w:rPr>
        <w:t xml:space="preserve">[1:29:33] </w:t>
      </w:r>
      <w:r>
        <w:t>barhapa yaad dilata hai ke insaan ke liye amal ka zamana khatm ho chuka hai aur ab amal</w:t>
      </w:r>
    </w:p>
    <w:p>
      <w:pPr>
        <w:jc w:val="right"/>
      </w:pPr>
      <w:r>
        <w:t>بڑھاپا یاد دلاتا ہے کہ انسان کے لیے عمل کا زمانہ ختم ہو چکا ہے اور اب عمل</w:t>
      </w:r>
    </w:p>
    <w:p>
      <w:r>
        <w:rPr>
          <w:b/>
        </w:rPr>
        <w:t xml:space="preserve">[1:29:38] </w:t>
      </w:r>
      <w:r>
        <w:t>ke mutabiq muhasbe ka waqt aa gaya.</w:t>
      </w:r>
    </w:p>
    <w:p>
      <w:pPr>
        <w:jc w:val="right"/>
      </w:pPr>
      <w:r>
        <w:t>کے مطابق محاسبے کا وقت آ گیا۔</w:t>
      </w:r>
    </w:p>
    <w:p>
      <w:r>
        <w:rPr>
          <w:b/>
        </w:rPr>
        <w:t xml:space="preserve">[1:29:43] </w:t>
      </w:r>
      <w:r>
        <w:t>barhapa ke zamana yaad dilata hai ke aarzai daur hayat se guzar kar abdi daur hayat mein dakhil</w:t>
      </w:r>
    </w:p>
    <w:p>
      <w:pPr>
        <w:jc w:val="right"/>
      </w:pPr>
      <w:r>
        <w:t>بڑھاپے کا زمانہ یاد دلاتا ہے کہ عارضی دور حیات سے گزر کر ابدی دور حیات میں داخل</w:t>
      </w:r>
    </w:p>
    <w:p>
      <w:r>
        <w:rPr>
          <w:b/>
        </w:rPr>
        <w:t xml:space="preserve">[1:29:48] </w:t>
      </w:r>
      <w:r>
        <w:t>hone ka waqt qareeb aa chuka hai.</w:t>
      </w:r>
    </w:p>
    <w:p>
      <w:pPr>
        <w:jc w:val="right"/>
      </w:pPr>
      <w:r>
        <w:t>ہونے کا وقت قریب آ چکا ہے۔</w:t>
      </w:r>
    </w:p>
    <w:p>
      <w:r>
        <w:rPr>
          <w:b/>
        </w:rPr>
        <w:t xml:space="preserve">[1:29:53] </w:t>
      </w:r>
      <w:r>
        <w:t>barhapa ke zamana yaad dilata hai ke ab is ka samna is r</w:t>
      </w:r>
    </w:p>
    <w:p>
      <w:pPr>
        <w:jc w:val="right"/>
      </w:pPr>
      <w:r>
        <w:t>بڑھاپے کا زمانہ یاد دلاتا ہے کہ اب اس کا سامنا اس ر</w:t>
      </w:r>
    </w:p>
    <w:p>
      <w:r>
        <w:rPr>
          <w:b/>
        </w:rPr>
        <w:t xml:space="preserve">[1:29:58] </w:t>
      </w:r>
      <w:r>
        <w:t>rabb al alameen se hone wala hai jis se us ki koi cheez chupi hui nahi. budhape ka zamana yaad dilata hai ke insan ke liye woh waqt qareeb aa chuka hai jis ko quran mein yawm al taghabun kaha gaya hai, yani kisi ke liye haar ka din aur kisi ke liye jeet ka din. budhape ka zamana yaad dilata hai ke anqareeb is ka dakhla ya to abadi jannat mein hone wala hai ya us ke liye abadi hasrat hogi</w:t>
      </w:r>
    </w:p>
    <w:p>
      <w:pPr>
        <w:jc w:val="right"/>
      </w:pPr>
      <w:r>
        <w:t>ب العالمین سے ہونے والا ہے جس سے اس کی کوئی چیز چھپی ہوئی نہیں۔ بڑھاپے کا زمانہ یاد دلاتا ہے کہ انسان کے لیے وہ وقت قریب آ چکا ہے جس کو قرآن میں يَوْمُ التَّغَابُنِ کہا گیا ہے، یعنی کسی کے لیے ہار کا دن اور کسی کے لیے جیت کا دن۔ بڑھاپے کا زمانہ یاد دلاتا ہے کہ عنقریب اس کا داخلہ یا تو ابدی جنت میں ہونے والا ہے یا اس کے لیے ابدی حسرت ہوگی</w:t>
      </w:r>
    </w:p>
    <w:p>
      <w:r>
        <w:rPr>
          <w:b/>
        </w:rPr>
        <w:t xml:space="preserve">[1:30:28] </w:t>
      </w:r>
      <w:r>
        <w:t>—</w:t>
      </w:r>
    </w:p>
    <w:p>
      <w:pPr>
        <w:jc w:val="right"/>
      </w:pPr>
      <w:r>
        <w:t>۔</w:t>
      </w:r>
    </w:p>
    <w:p>
      <w:r>
        <w:rPr>
          <w:b/>
        </w:rPr>
        <w:t xml:space="preserve">[1:30:34] </w:t>
      </w:r>
      <w:r>
        <w:t>barhapa ke zamana yaad dilata hai ke aakhri toba ka waqt qareeb aa chuka hai.</w:t>
      </w:r>
    </w:p>
    <w:p>
      <w:pPr>
        <w:jc w:val="right"/>
      </w:pPr>
      <w:r>
        <w:t>بڑھاپے کا زمانہ یاد دلاتا ہے کہ آخری توبہ کا وقت قریب آ چکا ہے۔</w:t>
      </w:r>
    </w:p>
    <w:p>
      <w:r>
        <w:rPr>
          <w:b/>
        </w:rPr>
        <w:t xml:space="preserve">[1:30:40] </w:t>
      </w:r>
      <w:r>
        <w:t>barhapa ke zamana yaad dilata hai ke aakhri faisle ka waqt qareeb aa chuka hai.</w:t>
      </w:r>
    </w:p>
    <w:p>
      <w:pPr>
        <w:jc w:val="right"/>
      </w:pPr>
      <w:r>
        <w:t>بڑھاپے کا زمانہ یاد دلاتا ہے کہ آخری فیصلے کا وقت قریب آ چکا ہے۔</w:t>
      </w:r>
    </w:p>
    <w:p>
      <w:r>
        <w:rPr>
          <w:b/>
        </w:rPr>
        <w:t xml:space="preserve">[1:30:46] </w:t>
      </w:r>
      <w:r>
        <w:t>barhapa ke zamana aadmi ke liye goya final call hai ke ab tumhare liye talafi mafaat ka aakhri lamha hai.</w:t>
      </w:r>
    </w:p>
    <w:p>
      <w:pPr>
        <w:jc w:val="right"/>
      </w:pPr>
      <w:r>
        <w:t>بڑھاپے کا زمانہ آدمی کے لیے گویا فائنل کال ہے کہ اب تمہارے لیے تلافی مافات کا آخری لمحہ ہے۔</w:t>
      </w:r>
    </w:p>
    <w:p>
      <w:r>
        <w:rPr>
          <w:b/>
        </w:rPr>
        <w:t xml:space="preserve">[1:30:52] </w:t>
      </w:r>
      <w:r>
        <w:t>jo kaam mazi mein na ho saka, us ko ab anjam dene ki koshish karo. ab tumh</w:t>
      </w:r>
    </w:p>
    <w:p>
      <w:pPr>
        <w:jc w:val="right"/>
      </w:pPr>
      <w:r>
        <w:t>جو کام ماضی میں نہ ہو سکا، اس کو اب انجام دینے کی کوشش کرو۔ اب تمہ</w:t>
      </w:r>
    </w:p>
    <w:p>
      <w:r>
        <w:rPr>
          <w:b/>
        </w:rPr>
        <w:t xml:space="preserve">[1:30:58] </w:t>
      </w:r>
      <w:r>
        <w:t>are liye aakhri waqt hai ke tum mazi ki ghalti ki islaah kar lo.</w:t>
      </w:r>
    </w:p>
    <w:p>
      <w:pPr>
        <w:jc w:val="right"/>
      </w:pPr>
      <w:r>
        <w:t>ارے لیے آخری وقت ہے کہ تم ماضی کی غلطی کی اصلاح کر لو۔</w:t>
      </w:r>
    </w:p>
    <w:p>
      <w:r>
        <w:rPr>
          <w:b/>
        </w:rPr>
        <w:t xml:space="preserve">[1:31:08] </w:t>
      </w:r>
      <w:r>
        <w:t>ab tumhari zindagi mein jo thoda sa waqt baqi hai, woh tumhare liye aakhri waqt hai.</w:t>
      </w:r>
    </w:p>
    <w:p>
      <w:pPr>
        <w:jc w:val="right"/>
      </w:pPr>
      <w:r>
        <w:t>اب تمہاری زندگی میں جو تھوڑا سا وقت باقی ہے، وہ تمہارے لیے آخری وقت ہے۔</w:t>
      </w:r>
    </w:p>
    <w:p>
      <w:r>
        <w:rPr>
          <w:b/>
        </w:rPr>
        <w:t xml:space="preserve">[1:31:17] </w:t>
      </w:r>
      <w:r>
        <w:t>is ko istemal kar lo kyunke ab yeh waqt dobara tumhare liye aane wala nahi.</w:t>
      </w:r>
    </w:p>
    <w:p>
      <w:pPr>
        <w:jc w:val="right"/>
      </w:pPr>
      <w:r>
        <w:t>اس کو استعمال کر لو کیونکہ اب یہ وقت دوبارہ تمہارے لیے آنے والا نہیں۔</w:t>
      </w:r>
    </w:p>
    <w:p>
      <w:r>
        <w:rPr>
          <w:b/>
        </w:rPr>
        <w:t xml:space="preserve">[1:31:26] </w:t>
      </w:r>
      <w:r>
        <w:t>pichla zamana agar tum ne sone mein guzar diya to ab jaag utho kyunke bedari ka waqt ab</w:t>
      </w:r>
    </w:p>
    <w:p>
      <w:pPr>
        <w:jc w:val="right"/>
      </w:pPr>
      <w:r>
        <w:t>پچھلا زمانہ اگر تم نے سونے میں گزار دیا تو اب جاگ اٹھو کیونکہ بیداری کا وقت اب</w:t>
      </w:r>
    </w:p>
    <w:p>
      <w:r>
        <w:rPr>
          <w:b/>
        </w:rPr>
        <w:t xml:space="preserve">[1:31:36] </w:t>
      </w:r>
      <w:r>
        <w:t>dobara aane wala nahi.</w:t>
      </w:r>
    </w:p>
    <w:p>
      <w:pPr>
        <w:jc w:val="right"/>
      </w:pPr>
      <w:r>
        <w:t>دوبارہ آنے والا نہیں۔</w:t>
      </w:r>
    </w:p>
    <w:p>
      <w:r>
        <w:rPr>
          <w:b/>
        </w:rPr>
        <w:t xml:space="preserve">[1:31:45] </w:t>
      </w:r>
      <w:r>
        <w:t>ghair muthaqiq baat ka charchaa.</w:t>
      </w:r>
    </w:p>
    <w:p>
      <w:pPr>
        <w:jc w:val="right"/>
      </w:pPr>
      <w:r>
        <w:t>غیر متحقق بات کا چرچہ۔</w:t>
      </w:r>
    </w:p>
    <w:p>
      <w:r>
        <w:rPr>
          <w:b/>
        </w:rPr>
        <w:t xml:space="preserve">[1:31:51] </w:t>
      </w:r>
      <w:r>
        <w:t>insaan ki aik kamzori hai ghair sabit shuda baat ka charchaa karna, yaani suni hui baat ko bila</w:t>
      </w:r>
    </w:p>
    <w:p>
      <w:pPr>
        <w:jc w:val="right"/>
      </w:pPr>
      <w:r>
        <w:t>انسان کی ایک کمزوری ہے غیر ثابت شدہ بات کا چرچہ کرنا، یعنی سنی ہوئی بات کو بلا</w:t>
      </w:r>
    </w:p>
    <w:p>
      <w:r>
        <w:rPr>
          <w:b/>
        </w:rPr>
        <w:t xml:space="preserve">[1:31:57] </w:t>
      </w:r>
      <w:r>
        <w:t>tahqeeq logon se bayan karna.</w:t>
      </w:r>
    </w:p>
    <w:p>
      <w:pPr>
        <w:jc w:val="right"/>
      </w:pPr>
      <w:r>
        <w:t>تحقیق لوگوں سے بیان کرنا۔</w:t>
      </w:r>
    </w:p>
    <w:p>
      <w:r>
        <w:rPr>
          <w:b/>
        </w:rPr>
        <w:t xml:space="preserve">[1:32:03] </w:t>
      </w:r>
      <w:r>
        <w:t>Allah ki nazar mein yeh adat itni zyada ghalt hai ke is ko isha'at faahisha kaha gaya hai. Surah Noor.</w:t>
      </w:r>
    </w:p>
    <w:p>
      <w:pPr>
        <w:jc w:val="right"/>
      </w:pPr>
      <w:r>
        <w:t>اللہ کی نظر میں یہ عادت اتنی زیادہ غلط ہے کہ اس کو اشاعت فاحشہ کہا گیا ہے۔ سورہ نور۔</w:t>
      </w:r>
    </w:p>
    <w:p>
      <w:r>
        <w:rPr>
          <w:b/>
        </w:rPr>
        <w:t xml:space="preserve">[1:32:09] </w:t>
      </w:r>
      <w:r>
        <w:t>isha'at faahisha yeh hai ke aadmi kisi ke bare mein koi buri baat sune to foran is ko</w:t>
      </w:r>
    </w:p>
    <w:p>
      <w:pPr>
        <w:jc w:val="right"/>
      </w:pPr>
      <w:r>
        <w:t>اشاعت فاحشہ یہ ہے کہ آدمی کسی کے بارے میں کوئی بری بات سنے تو فوراً اس کو</w:t>
      </w:r>
    </w:p>
    <w:p>
      <w:r>
        <w:rPr>
          <w:b/>
        </w:rPr>
        <w:t xml:space="preserve">[1:32:15] </w:t>
      </w:r>
      <w:r>
        <w:t>dusron se bayan karne lage.</w:t>
      </w:r>
    </w:p>
    <w:p>
      <w:pPr>
        <w:jc w:val="right"/>
      </w:pPr>
      <w:r>
        <w:t>دوسروں سے بیان کرنے لگے۔</w:t>
      </w:r>
    </w:p>
    <w:p>
      <w:r>
        <w:rPr>
          <w:b/>
        </w:rPr>
        <w:t xml:space="preserve">[1:32:19] </w:t>
      </w:r>
      <w:r>
        <w:t>yeh adat be had mazmoom adat hai.</w:t>
      </w:r>
    </w:p>
    <w:p>
      <w:pPr>
        <w:jc w:val="right"/>
      </w:pPr>
      <w:r>
        <w:t>یہ عادت بے حد مضموم عادت ہے۔</w:t>
      </w:r>
    </w:p>
    <w:p>
      <w:r>
        <w:rPr>
          <w:b/>
        </w:rPr>
        <w:t xml:space="preserve">[1:32:23] </w:t>
      </w:r>
      <w:r>
        <w:t>is qism ki adat yaqeeni taur par Allah ke haan qabil mawakhza hai.</w:t>
      </w:r>
    </w:p>
    <w:p>
      <w:pPr>
        <w:jc w:val="right"/>
      </w:pPr>
      <w:r>
        <w:t>اس قسم کی عادت یقینی طور پر اللہ کے ہاں قابل مواخذہ ہے۔</w:t>
      </w:r>
    </w:p>
    <w:p>
      <w:r>
        <w:rPr>
          <w:b/>
        </w:rPr>
        <w:t xml:space="preserve">[1:32:26] </w:t>
      </w:r>
      <w:r>
        <w:t>samaji zindagi mein hamesha aisa hota hai ke tarah tarah ki khabrein phailti hain.</w:t>
      </w:r>
    </w:p>
    <w:p>
      <w:pPr>
        <w:jc w:val="right"/>
      </w:pPr>
      <w:r>
        <w:t>سماجی زندگی میں ہمیشہ ایسا ہوتا ہے کہ طرح طرح کی خبریں پھیلتی ہیں۔</w:t>
      </w:r>
    </w:p>
    <w:p>
      <w:r>
        <w:rPr>
          <w:b/>
        </w:rPr>
        <w:t xml:space="preserve">[1:32:30] </w:t>
      </w:r>
      <w:r>
        <w:t>logon ka aam mizaj yeh hai ke woh jab bhi koi aisi baat suntay hain to woh foran</w:t>
      </w:r>
    </w:p>
    <w:p>
      <w:pPr>
        <w:jc w:val="right"/>
      </w:pPr>
      <w:r>
        <w:t>لوگوں کا عام مزاج یہ ہے کہ وہ جب بھی کوئی ایسی بات سنتے ہیں تو وہ فوراً</w:t>
      </w:r>
    </w:p>
    <w:p>
      <w:r>
        <w:rPr>
          <w:b/>
        </w:rPr>
        <w:t xml:space="preserve">[1:32:34] </w:t>
      </w:r>
      <w:r>
        <w:t>he is ka charchaa shuru kar dete hain.</w:t>
      </w:r>
    </w:p>
    <w:p>
      <w:pPr>
        <w:jc w:val="right"/>
      </w:pPr>
      <w:r>
        <w:t>ہی اس کا چرچہ شروع کر دیتے ہیں۔</w:t>
      </w:r>
    </w:p>
    <w:p>
      <w:r>
        <w:rPr>
          <w:b/>
        </w:rPr>
        <w:t xml:space="preserve">[1:32:38] </w:t>
      </w:r>
      <w:r>
        <w:t>yeh nihayat ghair zimmedarana tareeqa hai.</w:t>
      </w:r>
    </w:p>
    <w:p>
      <w:pPr>
        <w:jc w:val="right"/>
      </w:pPr>
      <w:r>
        <w:t>یہ نہایت غیر ذمہ دارانہ طریقہ ہے۔</w:t>
      </w:r>
    </w:p>
    <w:p>
      <w:r>
        <w:rPr>
          <w:b/>
        </w:rPr>
        <w:t xml:space="preserve">[1:32:41] </w:t>
      </w:r>
      <w:r>
        <w:t>suni hui baat ko b</w:t>
      </w:r>
    </w:p>
    <w:p>
      <w:pPr>
        <w:jc w:val="right"/>
      </w:pPr>
      <w:r>
        <w:t>سنی ہوئی بات کو ب</w:t>
      </w:r>
    </w:p>
    <w:p>
      <w:r>
        <w:rPr>
          <w:b/>
        </w:rPr>
        <w:t xml:space="preserve">[1:32:45] </w:t>
      </w:r>
      <w:r>
        <w:t>la tehqeeq bayan karna ek aisi feal hai jo aadmi ke liye ek bari halakat ka sabab ban sakta hai.</w:t>
      </w:r>
    </w:p>
    <w:p>
      <w:pPr>
        <w:jc w:val="right"/>
      </w:pPr>
      <w:r>
        <w:t>لا تحقیق بیان کرنا ایک ایسا فعل ہے جو آدمی کے لیے ایک بڑی ہلاکت کا سبب بن سکتا ہے۔</w:t>
      </w:r>
    </w:p>
    <w:p>
      <w:r>
        <w:rPr>
          <w:b/>
        </w:rPr>
        <w:t xml:space="preserve">[1:32:50] </w:t>
      </w:r>
      <w:r>
        <w:t>is tarah ke mamle mein aadmi ke liye sirf do ikhtiyar ya options hain: ek yeh ke khabar</w:t>
      </w:r>
    </w:p>
    <w:p>
      <w:pPr>
        <w:jc w:val="right"/>
      </w:pPr>
      <w:r>
        <w:t>اس طرح کے معاملے میں آدمی کے لیے صرف دو اختیار یا آپشنز ہیں: ایک یہ کہ خبر</w:t>
      </w:r>
    </w:p>
    <w:p>
      <w:r>
        <w:rPr>
          <w:b/>
        </w:rPr>
        <w:t xml:space="preserve">[1:32:55] </w:t>
      </w:r>
      <w:r>
        <w:t>ko sun kar is ko nazar andaaz kar diya jaye aur apne kaam mein laga rahe.</w:t>
      </w:r>
    </w:p>
    <w:p>
      <w:pPr>
        <w:jc w:val="right"/>
      </w:pPr>
      <w:r>
        <w:t>کو سن کر اس کو نظر انداز کر دیا جائے اور اپنے کام میں لگا رہے۔</w:t>
      </w:r>
    </w:p>
    <w:p>
      <w:r>
        <w:rPr>
          <w:b/>
        </w:rPr>
        <w:t xml:space="preserve">[1:33:00] </w:t>
      </w:r>
      <w:r>
        <w:t>agar aadmi aisa kare to is par koi mawakhza nahi.</w:t>
      </w:r>
    </w:p>
    <w:p>
      <w:pPr>
        <w:jc w:val="right"/>
      </w:pPr>
      <w:r>
        <w:t>اگر آدمی ایسا کرے تو اس پر کوئی مواخذہ نہیں۔</w:t>
      </w:r>
    </w:p>
    <w:p>
      <w:r>
        <w:rPr>
          <w:b/>
        </w:rPr>
        <w:t xml:space="preserve">[1:33:05] </w:t>
      </w:r>
      <w:r>
        <w:t>is ke liye na dunya mein is ki pakad hai aur na aakhirat mein.</w:t>
      </w:r>
    </w:p>
    <w:p>
      <w:pPr>
        <w:jc w:val="right"/>
      </w:pPr>
      <w:r>
        <w:t>اس کے لیے نہ دنیا میں اس کی پکڑ ہے اور نہ آخرت میں۔</w:t>
      </w:r>
    </w:p>
    <w:p>
      <w:r>
        <w:rPr>
          <w:b/>
        </w:rPr>
        <w:t xml:space="preserve">[1:33:10] </w:t>
      </w:r>
      <w:r>
        <w:t>lekin agar woh suni</w:t>
      </w:r>
    </w:p>
    <w:p>
      <w:pPr>
        <w:jc w:val="right"/>
      </w:pPr>
      <w:r>
        <w:t>لیکن اگر وہ سنی</w:t>
      </w:r>
    </w:p>
    <w:p>
      <w:r>
        <w:rPr>
          <w:b/>
        </w:rPr>
        <w:t xml:space="preserve">[1:33:15] </w:t>
      </w:r>
      <w:r>
        <w:t>hui khabar ko bator waqea tasleem karna chahta hai to is ke liye intehai taur par zaroori hai</w:t>
      </w:r>
    </w:p>
    <w:p>
      <w:pPr>
        <w:jc w:val="right"/>
      </w:pPr>
      <w:r>
        <w:t>ہوئی خبر کو بطور واقعہ تسلیم کرنا چاہتا ہے تو اس کے لیے انتہائی طور پر ضروری ہے</w:t>
      </w:r>
    </w:p>
    <w:p>
      <w:r>
        <w:rPr>
          <w:b/>
        </w:rPr>
        <w:t xml:space="preserve">[1:33:20] </w:t>
      </w:r>
      <w:r>
        <w:t>ke woh mustanad zarea se is ki tehqeeq kare.</w:t>
      </w:r>
    </w:p>
    <w:p>
      <w:pPr>
        <w:jc w:val="right"/>
      </w:pPr>
      <w:r>
        <w:t>کہ وہ مستند ذرائع سے اس کی تحقیق کرے۔</w:t>
      </w:r>
    </w:p>
    <w:p>
      <w:r>
        <w:rPr>
          <w:b/>
        </w:rPr>
        <w:t xml:space="preserve">[1:33:25] </w:t>
      </w:r>
      <w:r>
        <w:t>is waqt tak is khabar ko na maane jab tak na qabil e trdeed shawahid se is ki tasdeeq na</w:t>
      </w:r>
    </w:p>
    <w:p>
      <w:pPr>
        <w:jc w:val="right"/>
      </w:pPr>
      <w:r>
        <w:t>اس وقت تک اس خبر کو نہ مانے جب تک ناقابل تردید شواہد سے اس کی تصدیق نہ</w:t>
      </w:r>
    </w:p>
    <w:p>
      <w:r>
        <w:rPr>
          <w:b/>
        </w:rPr>
        <w:t xml:space="preserve">[1:33:30] </w:t>
      </w:r>
      <w:r>
        <w:t>ho chuki ho.</w:t>
      </w:r>
    </w:p>
    <w:p>
      <w:pPr>
        <w:jc w:val="right"/>
      </w:pPr>
      <w:r>
        <w:t>ہو چکی ہو۔</w:t>
      </w:r>
    </w:p>
    <w:p>
      <w:r>
        <w:rPr>
          <w:b/>
        </w:rPr>
        <w:t xml:space="preserve">[1:33:35] </w:t>
      </w:r>
      <w:r>
        <w:t>be buniyad khabar ko phailana koi saada baat nahi.</w:t>
      </w:r>
    </w:p>
    <w:p>
      <w:pPr>
        <w:jc w:val="right"/>
      </w:pPr>
      <w:r>
        <w:t>بے بنیاد خبر کو پھیلانا کوئی سادہ بات نہیں۔</w:t>
      </w:r>
    </w:p>
    <w:p>
      <w:r>
        <w:rPr>
          <w:b/>
        </w:rPr>
        <w:t xml:space="preserve">[1:33:40] </w:t>
      </w:r>
      <w:r>
        <w:t>is ka barah e raast taluq khud aap ki apni shakhsiyat se hai.</w:t>
      </w:r>
    </w:p>
    <w:p>
      <w:pPr>
        <w:jc w:val="right"/>
      </w:pPr>
      <w:r>
        <w:t>اس کا براہ راست تعلق خود آپ کی اپنی شخصیت سے ہے۔</w:t>
      </w:r>
    </w:p>
    <w:p>
      <w:r>
        <w:rPr>
          <w:b/>
        </w:rPr>
        <w:t xml:space="preserve">[1:33:45] </w:t>
      </w:r>
      <w:r>
        <w:t>agar aap khabar ko bila tehqeeq bayan karein to is se aap ke andar kamzor shakhsiyat ya weak</w:t>
      </w:r>
    </w:p>
    <w:p>
      <w:pPr>
        <w:jc w:val="right"/>
      </w:pPr>
      <w:r>
        <w:t>اگر آپ خبر کو بلا تحقیق بیان کریں تو اس سے آپ کے اندر کمزور شخصیت یا ویک</w:t>
      </w:r>
    </w:p>
    <w:p>
      <w:r>
        <w:rPr>
          <w:b/>
        </w:rPr>
        <w:t xml:space="preserve">[1:33:59] </w:t>
      </w:r>
      <w:r>
        <w:t>personality banegi, aur kamzor shakhsiyat hi ka doosra naam munaafiqat hai.</w:t>
      </w:r>
    </w:p>
    <w:p>
      <w:pPr>
        <w:jc w:val="right"/>
      </w:pPr>
      <w:r>
        <w:t>پرسنیلٹی بنے گی، اور کمزور شخصیت ہی کا دوسرا نام منافقت ہے۔</w:t>
      </w:r>
    </w:p>
    <w:p>
      <w:r>
        <w:rPr>
          <w:b/>
        </w:rPr>
        <w:t xml:space="preserve">[1:34:13] </w:t>
      </w:r>
      <w:r>
        <w:t>aap ke liye zaroori hai ke aap apne andar is mizaj ko banne na dein.</w:t>
      </w:r>
    </w:p>
    <w:p>
      <w:pPr>
        <w:jc w:val="right"/>
      </w:pPr>
      <w:r>
        <w:t>آپ کے لیے ضروری ہے کہ آپ اپنے اندر اس مزاج کو بننے نہ دیں۔</w:t>
      </w:r>
    </w:p>
    <w:p>
      <w:r>
        <w:rPr>
          <w:b/>
        </w:rPr>
        <w:t xml:space="preserve">[1:34:27] </w:t>
      </w:r>
      <w:r>
        <w:t>apne khilaaf. aksar aisa hota hai ke aadmi bazahir doosre ke khilaaf bolta hai lekin us ki baat khud apne khilaaf hoti hai. aksar aadmi woh ki zuban bolta hai magar jo baat woh kehta hai woh amalan mein ki zuban mein hoti hai. yaani aadmi ek aisi baat kehta hai jis mein us ki zid bazahir direct ya in-direc</w:t>
      </w:r>
    </w:p>
    <w:p>
      <w:pPr>
        <w:jc w:val="right"/>
      </w:pPr>
      <w:r>
        <w:t>اپنے خلاف۔ اکثر ایسا ہوتا ہے کہ آدمی بظاہر دوسرے کے خلاف بولتا ہے لیکن اس کی بات خود اپنے خلاف ہوتی ہے۔ اکثر آدمی وہ کی زبان بولتا ہے مگر جو بات وہ کہتا ہے وہ عملاً میں کی زبان میں ہوتی ہے۔ یعنی آدمی ایک ایسی بات کہتا ہے جس میں اس کی ضد بظاہر ڈائریکٹ یا ان ڈائر</w:t>
      </w:r>
    </w:p>
    <w:p>
      <w:r>
        <w:rPr>
          <w:b/>
        </w:rPr>
        <w:t xml:space="preserve">[1:34:57] </w:t>
      </w:r>
      <w:r>
        <w:t>yakt doosre ke khilaaf hoti hai magar apni haqeeqat ke aitbaar se woh sirf is ke apne khilaaf hoti hai.</w:t>
      </w:r>
    </w:p>
    <w:p>
      <w:pPr>
        <w:jc w:val="right"/>
      </w:pPr>
      <w:r>
        <w:t>یکٹ دوسرے کے خلاف ہوتی ہے مگر اپنی حقیقت کے اعتبار سے وہ صرف اس کے اپنے خلاف ہوتی ہے۔</w:t>
      </w:r>
    </w:p>
    <w:p>
      <w:r>
        <w:rPr>
          <w:b/>
        </w:rPr>
        <w:t xml:space="preserve">[1:35:03] </w:t>
      </w:r>
      <w:r>
        <w:t>aisa is liye hai ke Allah ke nazdeek har mamle mein insaan ki niyat ko dekha jata hai.</w:t>
      </w:r>
    </w:p>
    <w:p>
      <w:pPr>
        <w:jc w:val="right"/>
      </w:pPr>
      <w:r>
        <w:t>ایسا اس لیے ہے کہ اللہ کے نزدیک ہر معاملے میں انسان کی نیت کو دیکھا جاتا ہے۔</w:t>
      </w:r>
    </w:p>
    <w:p>
      <w:r>
        <w:rPr>
          <w:b/>
        </w:rPr>
        <w:t xml:space="preserve">[1:35:09] </w:t>
      </w:r>
      <w:r>
        <w:t>har mamle mein yeh dekha jata hai ke aadmi ne bolne se pehle kya socha.</w:t>
      </w:r>
    </w:p>
    <w:p>
      <w:pPr>
        <w:jc w:val="right"/>
      </w:pPr>
      <w:r>
        <w:t>ہر معاملے میں یہ دیکھا جاتا ہے کہ آدمی نے بولنے سے پہلے کیا سوچا۔</w:t>
      </w:r>
    </w:p>
    <w:p>
      <w:r>
        <w:rPr>
          <w:b/>
        </w:rPr>
        <w:t xml:space="preserve">[1:35:15] </w:t>
      </w:r>
      <w:r>
        <w:t>is ki kaun si soch thi jis ke tehat is ki zabaan se woh alfaaz nikle jin mein</w:t>
      </w:r>
    </w:p>
    <w:p>
      <w:pPr>
        <w:jc w:val="right"/>
      </w:pPr>
      <w:r>
        <w:t>اس کی کون سی سوچ تھی جس کے تحت اس کی زبان سے وہ الفاظ نکلے جن میں</w:t>
      </w:r>
    </w:p>
    <w:p>
      <w:r>
        <w:rPr>
          <w:b/>
        </w:rPr>
        <w:t xml:space="preserve">[1:35:21] </w:t>
      </w:r>
      <w:r>
        <w:t>us ne koi baat kahi thi.</w:t>
      </w:r>
    </w:p>
    <w:p>
      <w:pPr>
        <w:jc w:val="right"/>
      </w:pPr>
      <w:r>
        <w:t>اس نے کوئی بات کہی تھی۔</w:t>
      </w:r>
    </w:p>
    <w:p>
      <w:r>
        <w:rPr>
          <w:b/>
        </w:rPr>
        <w:t xml:space="preserve">[1:35:27] </w:t>
      </w:r>
      <w:r>
        <w:t>isi baat ko ek farsi shair ne in alfaaz mein kaha hai: "kujaa mi numaayid kujaa mi zind" yaani teer chalane wala bazahir kisi aur taraf nishana lagata hai lekin woh apne teer se jis ko marna chahta hai woh koi aur hota hai. insaan ko chahiye ke woh is haqeeqat ko jaane ke aadmi jab bhi koi baat kehta hai to us se pehle woh soch</w:t>
      </w:r>
    </w:p>
    <w:p>
      <w:pPr>
        <w:jc w:val="right"/>
      </w:pPr>
      <w:r>
        <w:t>اسی بات کو ایک فارسی شاعر نے ان الفاظ میں کہا ہے: "كُجَا مِي نُمَايِّدٌ كُجَا مِي زِنْدٌ" یعنی تیر چلانے والا بظاہر کسی اور طرف نشانہ لگاتا ہے لیکن وہ اپنے تیر سے جس کو مارنا چاہتا ہے وہ کوئی اور ہوتا ہے۔ انسان کو چاہیے کہ وہ اس حقیقت کو جانے کہ آدمی جب بھی کوئی بات کہتا ہے تو اس سے پہلے وہ سوچ</w:t>
      </w:r>
    </w:p>
    <w:p>
      <w:r>
        <w:rPr>
          <w:b/>
        </w:rPr>
        <w:t xml:space="preserve">[1:35:57] </w:t>
      </w:r>
      <w:r>
        <w:t>ta hai. sochna pehle hota hai aur bolna us ke baad. is ka matlab yeh hai ke har baat jo aadmi bolta hai us ke zariye woh khud apna kirdaar bana raha hota hai. aadmi ko chahiye ke woh yeh jaane ke har bolna ek amal hai. bolne ke douran aadmi apni shakhsiyat ki taameer kar raha hota hai. misbat taameer ya manfi taameer. kabhi shaoori toor par aur kab</w:t>
      </w:r>
    </w:p>
    <w:p>
      <w:pPr>
        <w:jc w:val="right"/>
      </w:pPr>
      <w:r>
        <w:t>تا ہے۔ سوچنا پہلے ہوتا ہے اور بولنا اس کے بعد۔ اس کا مطلب یہ ہے کہ ہر بات جو آدمی بولتا ہے اس کے ذریعے وہ خود اپنا کردار بنا رہا ہوتا ہے۔ آدمی کو چاہیے کہ وہ یہ جانے کہ ہر بولنا ایک عمل ہے۔ بولنے کے دوران آدمی اپنی شخصیت کی تعمیر کر رہا ہوتا ہے۔ مثبت تعمیر یا منفی تعمیر۔ کبھی شعوری طور پر اور کب</w:t>
      </w:r>
    </w:p>
    <w:p>
      <w:r>
        <w:rPr>
          <w:b/>
        </w:rPr>
        <w:t xml:space="preserve">[1:36:27] </w:t>
      </w:r>
      <w:r>
        <w:t>hi ghair shaoori taur par.</w:t>
      </w:r>
    </w:p>
    <w:p>
      <w:pPr>
        <w:jc w:val="right"/>
      </w:pPr>
      <w:r>
        <w:t>ھی غیر شعوری طور پر۔</w:t>
      </w:r>
    </w:p>
    <w:p>
      <w:r>
        <w:rPr>
          <w:b/>
        </w:rPr>
        <w:t xml:space="preserve">[1:36:32] </w:t>
      </w:r>
      <w:r>
        <w:t>har aurat aur mard ki pehli zimmedari yeh hai ke woh apne aap ko misbat buniyadon par taameer kare.</w:t>
      </w:r>
    </w:p>
    <w:p>
      <w:pPr>
        <w:jc w:val="right"/>
      </w:pPr>
      <w:r>
        <w:t>ہر عورت اور مرد کی پہلی ذمہ داری یہ ہے کہ وہ اپنے آپ کو مثبت بنیادوں پر تعمیر کرے۔</w:t>
      </w:r>
    </w:p>
    <w:p>
      <w:r>
        <w:rPr>
          <w:b/>
        </w:rPr>
        <w:t xml:space="preserve">[1:36:37] </w:t>
      </w:r>
      <w:r>
        <w:t>musbat buniyad par taameer woh hai jis mein insaan ki nafsiyat ya toh Allah rabb ul alameen se talluq</w:t>
      </w:r>
    </w:p>
    <w:p>
      <w:pPr>
        <w:jc w:val="right"/>
      </w:pPr>
      <w:r>
        <w:t>مثبت بنیاد پر تعمیر وہ ہے جس میں انسان کی نفسیات یا تو اللہ رب العالمین سے تعلق</w:t>
      </w:r>
    </w:p>
    <w:p>
      <w:r>
        <w:rPr>
          <w:b/>
        </w:rPr>
        <w:t xml:space="preserve">[1:36:42] </w:t>
      </w:r>
      <w:r>
        <w:t>ki buniyad par ban rahi ho ya insaan se mohabbat ki buniyad par.</w:t>
      </w:r>
    </w:p>
    <w:p>
      <w:pPr>
        <w:jc w:val="right"/>
      </w:pPr>
      <w:r>
        <w:t>کی بنیاد پر بن رہی ہو یا انسان سے محبت کی بنیاد پر۔</w:t>
      </w:r>
    </w:p>
    <w:p>
      <w:r>
        <w:rPr>
          <w:b/>
        </w:rPr>
        <w:t xml:space="preserve">[1:36:47] </w:t>
      </w:r>
      <w:r>
        <w:t>taameer e khwaish ki yahi asal buniyadein hain.</w:t>
      </w:r>
    </w:p>
    <w:p>
      <w:pPr>
        <w:jc w:val="right"/>
      </w:pPr>
      <w:r>
        <w:t>تعمیر خویش کی یہی اصل بنیادیں ہیں۔</w:t>
      </w:r>
    </w:p>
    <w:p>
      <w:r>
        <w:rPr>
          <w:b/>
        </w:rPr>
        <w:t xml:space="preserve">[1:36:52] </w:t>
      </w:r>
      <w:r>
        <w:t>aadmi ko hamesha apna muhasba kar ke</w:t>
      </w:r>
    </w:p>
    <w:p>
      <w:pPr>
        <w:jc w:val="right"/>
      </w:pPr>
      <w:r>
        <w:t>آدمی کو ہمیشہ اپنا محاسبہ کر کے</w:t>
      </w:r>
    </w:p>
    <w:p>
      <w:r>
        <w:rPr>
          <w:b/>
        </w:rPr>
        <w:t xml:space="preserve">[1:36:57] </w:t>
      </w:r>
      <w:r>
        <w:t>yeh dekhna chahiye ke woh Allah se talluq ki buniyad par apni taameer kar raha hai ya insaan</w:t>
      </w:r>
    </w:p>
    <w:p>
      <w:pPr>
        <w:jc w:val="right"/>
      </w:pPr>
      <w:r>
        <w:t>یہ دیکھنا چاہیے کہ وہ اللہ سے تعلق کی بنیاد پر اپنی تعمیر کر رہا ہے یا انسان</w:t>
      </w:r>
    </w:p>
    <w:p>
      <w:r>
        <w:rPr>
          <w:b/>
        </w:rPr>
        <w:t xml:space="preserve">[1:37:11] </w:t>
      </w:r>
      <w:r>
        <w:t>se khair khwahi ki buniyad par.</w:t>
      </w:r>
    </w:p>
    <w:p>
      <w:pPr>
        <w:jc w:val="right"/>
      </w:pPr>
      <w:r>
        <w:t>سے خیر خواہی کی بنیاد پر۔</w:t>
      </w:r>
    </w:p>
    <w:p>
      <w:r>
        <w:rPr>
          <w:b/>
        </w:rPr>
        <w:t xml:space="preserve">[1:37:24] </w:t>
      </w:r>
      <w:r>
        <w:t>har aurat aur har mard ko inhi do buniyadon par apna jaiza lete rehna chahiye.</w:t>
      </w:r>
    </w:p>
    <w:p>
      <w:pPr>
        <w:jc w:val="right"/>
      </w:pPr>
      <w:r>
        <w:t>ہر عورت اور ہر مرد کو انہی دو بنیادوں پر اپنا جائزہ لیتے رہنا چاہیے۔</w:t>
      </w:r>
    </w:p>
    <w:p>
      <w:r>
        <w:rPr>
          <w:b/>
        </w:rPr>
        <w:t xml:space="preserve">[1:37:37] </w:t>
      </w:r>
      <w:r>
        <w:t>manfi tajurba.</w:t>
      </w:r>
    </w:p>
    <w:p>
      <w:pPr>
        <w:jc w:val="right"/>
      </w:pPr>
      <w:r>
        <w:t>منفی تجربہ۔</w:t>
      </w:r>
    </w:p>
    <w:p>
      <w:r>
        <w:rPr>
          <w:b/>
        </w:rPr>
        <w:t xml:space="preserve">[1:37:42] </w:t>
      </w:r>
      <w:r>
        <w:t>manfi tajurba ya negative experience sirf manfi tajurba nahi hai.</w:t>
      </w:r>
    </w:p>
    <w:p>
      <w:pPr>
        <w:jc w:val="right"/>
      </w:pPr>
      <w:r>
        <w:t>منفی تجربہ یا نیگیٹیو ایکسپیرینس صرف منفی تجربہ نہیں ہے۔</w:t>
      </w:r>
    </w:p>
    <w:p>
      <w:r>
        <w:rPr>
          <w:b/>
        </w:rPr>
        <w:t xml:space="preserve">[1:37:48] </w:t>
      </w:r>
      <w:r>
        <w:t>apni haqeeqat ke aitbaar se woh ek sadma ya shock hai.</w:t>
      </w:r>
    </w:p>
    <w:p>
      <w:pPr>
        <w:jc w:val="right"/>
      </w:pPr>
      <w:r>
        <w:t>اپنی حقیقت کے اعتبار سے وہ ایک صدمہ یا شوق ہے۔</w:t>
      </w:r>
    </w:p>
    <w:p>
      <w:r>
        <w:rPr>
          <w:b/>
        </w:rPr>
        <w:t xml:space="preserve">[1:37:53] </w:t>
      </w:r>
      <w:r>
        <w:t>sadme ka tajurba insani zehan ke liye ek fikri toofan ya storm ke hum maani hota hai.</w:t>
      </w:r>
    </w:p>
    <w:p>
      <w:pPr>
        <w:jc w:val="right"/>
      </w:pPr>
      <w:r>
        <w:t>صدمے کا تجربہ انسانی ذہن کے لیے ایک فکری طوفان یا سٹورم کے ہم معنی ہوتا ہے۔</w:t>
      </w:r>
    </w:p>
    <w:p>
      <w:r>
        <w:rPr>
          <w:b/>
        </w:rPr>
        <w:t xml:space="preserve">[1:37:58] </w:t>
      </w:r>
      <w:r>
        <w:t>kabhi chhota storm aur kabhi bada storm.</w:t>
      </w:r>
    </w:p>
    <w:p>
      <w:pPr>
        <w:jc w:val="right"/>
      </w:pPr>
      <w:r>
        <w:t>کبھی چھوٹا سٹورم اور کبھی بڑا سٹورم۔</w:t>
      </w:r>
    </w:p>
    <w:p>
      <w:r>
        <w:rPr>
          <w:b/>
        </w:rPr>
        <w:t xml:space="preserve">[1:38:03] </w:t>
      </w:r>
      <w:r>
        <w:t>manfi tajurbe ke waqt insaan ke zehan mein toofan ya storm paida hot</w:t>
      </w:r>
    </w:p>
    <w:p>
      <w:pPr>
        <w:jc w:val="right"/>
      </w:pPr>
      <w:r>
        <w:t>منفی تجربے کے وقت انسان کے ذہن میں طوفان یا سٹورم پیدا ہوت</w:t>
      </w:r>
    </w:p>
    <w:p>
      <w:r>
        <w:rPr>
          <w:b/>
        </w:rPr>
        <w:t xml:space="preserve">[1:38:08] </w:t>
      </w:r>
      <w:r>
        <w:t>a hai.</w:t>
      </w:r>
    </w:p>
    <w:p>
      <w:pPr>
        <w:jc w:val="right"/>
      </w:pPr>
      <w:r>
        <w:t>ا ہے۔</w:t>
      </w:r>
    </w:p>
    <w:p>
      <w:r>
        <w:rPr>
          <w:b/>
        </w:rPr>
        <w:t xml:space="preserve">[1:38:12] </w:t>
      </w:r>
      <w:r>
        <w:t>woh darhaqeeqat ek tawanaai ya energy ke ikhraaj ya release ka waqea hai.</w:t>
      </w:r>
    </w:p>
    <w:p>
      <w:pPr>
        <w:jc w:val="right"/>
      </w:pPr>
      <w:r>
        <w:t>وہ درحقیقت ایک توانائی یا انرجی کے اخراج یا ریلیز کا واقعہ ہے۔</w:t>
      </w:r>
    </w:p>
    <w:p>
      <w:r>
        <w:rPr>
          <w:b/>
        </w:rPr>
        <w:t xml:space="preserve">[1:38:16] </w:t>
      </w:r>
      <w:r>
        <w:t>yeh sadma insaan ke liye mutlaq maano mein koi burai nahi hai.</w:t>
      </w:r>
    </w:p>
    <w:p>
      <w:pPr>
        <w:jc w:val="right"/>
      </w:pPr>
      <w:r>
        <w:t>یہ صدمہ انسان کے لیے مطلق معنوں میں کوئی برائی نہیں ہے۔</w:t>
      </w:r>
    </w:p>
    <w:p>
      <w:r>
        <w:rPr>
          <w:b/>
        </w:rPr>
        <w:t xml:space="preserve">[1:38:21] </w:t>
      </w:r>
      <w:r>
        <w:t>iska istemal isko acha ya bura banata hai.</w:t>
      </w:r>
    </w:p>
    <w:p>
      <w:pPr>
        <w:jc w:val="right"/>
      </w:pPr>
      <w:r>
        <w:t>اس کا استعمال اس کو اچھا یا برا بناتا ہے۔</w:t>
      </w:r>
    </w:p>
    <w:p>
      <w:r>
        <w:rPr>
          <w:b/>
        </w:rPr>
        <w:t xml:space="preserve">[1:38:25] </w:t>
      </w:r>
      <w:r>
        <w:t>agar aap is sadmati energy ya shocking energy ko musbat rukh par mor sakein toh har sadma aap</w:t>
      </w:r>
    </w:p>
    <w:p>
      <w:pPr>
        <w:jc w:val="right"/>
      </w:pPr>
      <w:r>
        <w:t>اگر آپ اس صدماتی انرجی یا شاکنگ انرجی کو مثبت رخ پر موڑ سکیں تو ہر صدمہ آپ</w:t>
      </w:r>
    </w:p>
    <w:p>
      <w:r>
        <w:rPr>
          <w:b/>
        </w:rPr>
        <w:t xml:space="preserve">[1:38:29] </w:t>
      </w:r>
      <w:r>
        <w:t>ke liye intellectual development ka zariya ban jayega.</w:t>
      </w:r>
    </w:p>
    <w:p>
      <w:pPr>
        <w:jc w:val="right"/>
      </w:pPr>
      <w:r>
        <w:t>کے لیے انٹلیکچول ڈیویلپمنٹ کا ذریعہ بن جائے گا۔</w:t>
      </w:r>
    </w:p>
    <w:p>
      <w:r>
        <w:rPr>
          <w:b/>
        </w:rPr>
        <w:t xml:space="preserve">[1:38:34] </w:t>
      </w:r>
      <w:r>
        <w:t>aap ke sochne ki taqat</w:t>
      </w:r>
    </w:p>
    <w:p>
      <w:pPr>
        <w:jc w:val="right"/>
      </w:pPr>
      <w:r>
        <w:t>آپ کے سوچنے کی طاقت</w:t>
      </w:r>
    </w:p>
    <w:p>
      <w:r>
        <w:rPr>
          <w:b/>
        </w:rPr>
        <w:t xml:space="preserve">[1:38:38] </w:t>
      </w:r>
      <w:r>
        <w:t>aap ke tajziye ya analysis ki taqat kuch badh jayegi.</w:t>
      </w:r>
    </w:p>
    <w:p>
      <w:pPr>
        <w:jc w:val="right"/>
      </w:pPr>
      <w:r>
        <w:t>، آپ کے تجزیے یا انالیسز کی طاقت کچھ بڑھ جائے گی۔</w:t>
      </w:r>
    </w:p>
    <w:p>
      <w:r>
        <w:rPr>
          <w:b/>
        </w:rPr>
        <w:t xml:space="preserve">[1:38:44] </w:t>
      </w:r>
      <w:r>
        <w:t>aap ka zehan ghair takhleeqi zehan se badhkar takhleeqi zehan ya creative mind ho jayega.</w:t>
      </w:r>
    </w:p>
    <w:p>
      <w:pPr>
        <w:jc w:val="right"/>
      </w:pPr>
      <w:r>
        <w:t>آپ کا ذہن غیر تخلیقی ذہن سے بڑھ کر تخلیقی ذہن یا کریٹیو مائنڈ ہو جائے گا۔</w:t>
      </w:r>
    </w:p>
    <w:p>
      <w:r>
        <w:rPr>
          <w:b/>
        </w:rPr>
        <w:t xml:space="preserve">[1:38:50] </w:t>
      </w:r>
      <w:r>
        <w:t>aap ke zehan ki aisi khirkiyan khul jayengi jo is se pehle band padi thi.</w:t>
      </w:r>
    </w:p>
    <w:p>
      <w:pPr>
        <w:jc w:val="right"/>
      </w:pPr>
      <w:r>
        <w:t>آپ کے ذہن کی ایسی کھڑکیاں کھل جائیں گی جو اس سے پہلے بند پڑی تھیں۔</w:t>
      </w:r>
    </w:p>
    <w:p>
      <w:r>
        <w:rPr>
          <w:b/>
        </w:rPr>
        <w:t xml:space="preserve">[1:38:56] </w:t>
      </w:r>
      <w:r>
        <w:t>aap kisi bhi waqt is haqeeqat ka tajurba kar sakte hain.</w:t>
      </w:r>
    </w:p>
    <w:p>
      <w:pPr>
        <w:jc w:val="right"/>
      </w:pPr>
      <w:r>
        <w:t>آپ کسی بھی وقت اس حقیقت کا تجربہ کر سکتے ہیں۔</w:t>
      </w:r>
    </w:p>
    <w:p>
      <w:r>
        <w:rPr>
          <w:b/>
        </w:rPr>
        <w:t xml:space="preserve">[1:39:02] </w:t>
      </w:r>
      <w:r>
        <w:t>misal aap ne kisi se ek baat kahi, woh aadmi aap ki baat ko sun kar ghussa ho</w:t>
      </w:r>
    </w:p>
    <w:p>
      <w:pPr>
        <w:jc w:val="right"/>
      </w:pPr>
      <w:r>
        <w:t>مثلاً آپ نے کسی سے ایک بات کہی، وہ آدمی آپ کی بات کو سن کر غصہ ہو</w:t>
      </w:r>
    </w:p>
    <w:p>
      <w:r>
        <w:rPr>
          <w:b/>
        </w:rPr>
        <w:t xml:space="preserve">[1:39:08] </w:t>
      </w:r>
      <w:r>
        <w:t>gaya.</w:t>
      </w:r>
    </w:p>
    <w:p>
      <w:pPr>
        <w:jc w:val="right"/>
      </w:pPr>
      <w:r>
        <w:t>گیا۔</w:t>
      </w:r>
    </w:p>
    <w:p>
      <w:r>
        <w:rPr>
          <w:b/>
        </w:rPr>
        <w:t xml:space="preserve">[1:39:12] </w:t>
      </w:r>
      <w:r>
        <w:t>is ne aap ko is ka sakht jawab diya.</w:t>
      </w:r>
    </w:p>
    <w:p>
      <w:pPr>
        <w:jc w:val="right"/>
      </w:pPr>
      <w:r>
        <w:t>اس نے آپ کو اس کا سخت جواب دیا۔</w:t>
      </w:r>
    </w:p>
    <w:p>
      <w:r>
        <w:rPr>
          <w:b/>
        </w:rPr>
        <w:t xml:space="preserve">[1:39:16] </w:t>
      </w:r>
      <w:r>
        <w:t>is waqt aap jawabi ghussa na karen aur thande tareeqe se musbat andaaz mein ghor karen.</w:t>
      </w:r>
    </w:p>
    <w:p>
      <w:pPr>
        <w:jc w:val="right"/>
      </w:pPr>
      <w:r>
        <w:t>اس وقت آپ جوابی غصہ نہ کریں اور ٹھنڈے طریقے سے مثبت انداز میں غور کریں۔</w:t>
      </w:r>
    </w:p>
    <w:p>
      <w:r>
        <w:rPr>
          <w:b/>
        </w:rPr>
        <w:t xml:space="preserve">[1:39:21] </w:t>
      </w:r>
      <w:r>
        <w:t>aap bohat jald mehsoos karenge ke aap ki quwwat tafkeer barh gayi hai.</w:t>
      </w:r>
    </w:p>
    <w:p>
      <w:pPr>
        <w:jc w:val="right"/>
      </w:pPr>
      <w:r>
        <w:t>آپ بہت جلد محسوس کریں گے کہ آپ کی قوت تفکیر بڑھ گئی ہے۔</w:t>
      </w:r>
    </w:p>
    <w:p>
      <w:r>
        <w:rPr>
          <w:b/>
        </w:rPr>
        <w:t xml:space="preserve">[1:39:25] </w:t>
      </w:r>
      <w:r>
        <w:t>aap ke zehn mein naye naye point aa rahe hain.</w:t>
      </w:r>
    </w:p>
    <w:p>
      <w:pPr>
        <w:jc w:val="right"/>
      </w:pPr>
      <w:r>
        <w:t>آپ کے ذہن میں نئے نئے پوائنٹ آ رہے ہیں۔</w:t>
      </w:r>
    </w:p>
    <w:p>
      <w:r>
        <w:rPr>
          <w:b/>
        </w:rPr>
        <w:t xml:space="preserve">[1:39:29] </w:t>
      </w:r>
      <w:r>
        <w:t>aap ki baat khud aap ke liye ziyada qabil-e-fahm ban rahi hai.</w:t>
      </w:r>
    </w:p>
    <w:p>
      <w:pPr>
        <w:jc w:val="right"/>
      </w:pPr>
      <w:r>
        <w:t>آپ کی بات خود آپ کے لیے زیادہ قابل فہم بن رہی ہے۔</w:t>
      </w:r>
    </w:p>
    <w:p>
      <w:r>
        <w:rPr>
          <w:b/>
        </w:rPr>
        <w:t xml:space="preserve">[1:39:34] </w:t>
      </w:r>
      <w:r>
        <w:t>aap ke zehn ki takhleeqiyat mein izafa ho raha hai. jab</w:t>
      </w:r>
    </w:p>
    <w:p>
      <w:pPr>
        <w:jc w:val="right"/>
      </w:pPr>
      <w:r>
        <w:t>آپ کے ذہن کی تخلیقیت میں اضافہ ہو رہا ہے۔ جب</w:t>
      </w:r>
    </w:p>
    <w:p>
      <w:r>
        <w:rPr>
          <w:b/>
        </w:rPr>
        <w:t xml:space="preserve">[1:39:38] </w:t>
      </w:r>
      <w:r>
        <w:t>bhi aap ko kisi baat se sadma pahunche to aap sirf yeh kijiye ke aap chup ho jaiye.</w:t>
      </w:r>
    </w:p>
    <w:p>
      <w:pPr>
        <w:jc w:val="right"/>
      </w:pPr>
      <w:r>
        <w:t>بھی آپ کو کسی بات سے صدمہ پہنچے تو آپ صرف یہ کیجئے کہ آپ چپ ہو جائیے۔</w:t>
      </w:r>
    </w:p>
    <w:p>
      <w:r>
        <w:rPr>
          <w:b/>
        </w:rPr>
        <w:t xml:space="preserve">[1:39:48] </w:t>
      </w:r>
      <w:r>
        <w:t>aap reaction ke bajaye khamoshi ka tareeqa ikhtiyar kijiye.</w:t>
      </w:r>
    </w:p>
    <w:p>
      <w:pPr>
        <w:jc w:val="right"/>
      </w:pPr>
      <w:r>
        <w:t>آپ ری ایکشن کے بجائے خاموشی کا طریقہ اختیار کیجئے۔</w:t>
      </w:r>
    </w:p>
    <w:p>
      <w:r>
        <w:rPr>
          <w:b/>
        </w:rPr>
        <w:t xml:space="preserve">[1:39:58] </w:t>
      </w:r>
      <w:r>
        <w:t>aap ek shakhs par sochne ke bajaye asal issue par sochna shuru kar dijiye.</w:t>
      </w:r>
    </w:p>
    <w:p>
      <w:pPr>
        <w:jc w:val="right"/>
      </w:pPr>
      <w:r>
        <w:t>آپ ایک شخص پر سوچنے کے بجائے اصل ایشو پر سوچنا شروع کر دیجئے۔</w:t>
      </w:r>
    </w:p>
    <w:p>
      <w:r>
        <w:rPr>
          <w:b/>
        </w:rPr>
        <w:t xml:space="preserve">[1:40:09] </w:t>
      </w:r>
      <w:r>
        <w:t>aur phir jald aap ko aisa mehsoos hoga jaise aap ki soch ke band darwaze achaanak khul gaye hain.</w:t>
      </w:r>
    </w:p>
    <w:p>
      <w:pPr>
        <w:jc w:val="right"/>
      </w:pPr>
      <w:r>
        <w:t>اور پھر جلد آپ کو ایسا محسوس ہوگا جیسے آپ کی سوچ کے بند دروازے اچانک کھل گئے ہیں۔</w:t>
      </w:r>
    </w:p>
    <w:p>
      <w:r>
        <w:rPr>
          <w:b/>
        </w:rPr>
        <w:t xml:space="preserve">[1:40:19] </w:t>
      </w:r>
      <w:r>
        <w:t>learning spirit.</w:t>
      </w:r>
    </w:p>
    <w:p>
      <w:pPr>
        <w:jc w:val="right"/>
      </w:pPr>
      <w:r>
        <w:t>لرننگ سپرٹ۔</w:t>
      </w:r>
    </w:p>
    <w:p>
      <w:r>
        <w:rPr>
          <w:b/>
        </w:rPr>
        <w:t xml:space="preserve">[1:40:24] </w:t>
      </w:r>
      <w:r>
        <w:t>zindagi mein sab se bari cheez yeh hai ke aadmi ke andar seekhne ka jazba ya learning spirit ho.</w:t>
      </w:r>
    </w:p>
    <w:p>
      <w:pPr>
        <w:jc w:val="right"/>
      </w:pPr>
      <w:r>
        <w:t>زندگی میں سب سے بڑی چیز یہ ہے کہ آدمی کے اندر سیکھنے کا جذبہ یا لرننگ سپرٹ ہو۔</w:t>
      </w:r>
    </w:p>
    <w:p>
      <w:r>
        <w:rPr>
          <w:b/>
        </w:rPr>
        <w:t xml:space="preserve">[1:40:29] </w:t>
      </w:r>
      <w:r>
        <w:t>jis aadmi ke andar seekhne ka jazba ho woh barabar taraqqi karta rehta hai.</w:t>
      </w:r>
    </w:p>
    <w:p>
      <w:pPr>
        <w:jc w:val="right"/>
      </w:pPr>
      <w:r>
        <w:t>جس آدمی کے اندر سیکھنے کا جذبہ ہو وہ برابر ترقی کرتا رہتا ہے۔</w:t>
      </w:r>
    </w:p>
    <w:p>
      <w:r>
        <w:rPr>
          <w:b/>
        </w:rPr>
        <w:t xml:space="preserve">[1:40:34] </w:t>
      </w:r>
      <w:r>
        <w:t>is ka zehn artaqa ya intellectual development kabhi rukta nahin.</w:t>
      </w:r>
    </w:p>
    <w:p>
      <w:pPr>
        <w:jc w:val="right"/>
      </w:pPr>
      <w:r>
        <w:t>اس کا ذہنی ارتقاء یا انٹلیکچول ڈیویلپمنٹ کبھی رکتا نہیں۔</w:t>
      </w:r>
    </w:p>
    <w:p>
      <w:r>
        <w:rPr>
          <w:b/>
        </w:rPr>
        <w:t xml:space="preserve">[1:40:39] </w:t>
      </w:r>
      <w:r>
        <w:t>is ke zehn safar mein hamesha comma aata hai na ke full stop.</w:t>
      </w:r>
    </w:p>
    <w:p>
      <w:pPr>
        <w:jc w:val="right"/>
      </w:pPr>
      <w:r>
        <w:t>اس کے ذہنی سفر میں ہمیشہ کوما آتا ہے نہ کہ فل سٹاپ۔</w:t>
      </w:r>
    </w:p>
    <w:p>
      <w:r>
        <w:rPr>
          <w:b/>
        </w:rPr>
        <w:t xml:space="preserve">[1:40:44] </w:t>
      </w:r>
      <w:r>
        <w:t>zehni safar mein rukawat</w:t>
      </w:r>
    </w:p>
    <w:p>
      <w:pPr>
        <w:jc w:val="right"/>
      </w:pPr>
      <w:r>
        <w:t>ذہنی سفر میں رکاوٹ</w:t>
      </w:r>
    </w:p>
    <w:p>
      <w:r>
        <w:rPr>
          <w:b/>
        </w:rPr>
        <w:t xml:space="preserve">[1:40:49] </w:t>
      </w:r>
      <w:r>
        <w:t>sirf ek cheez se aati hai, woh yeh ke aap ke andar ghalti ke etraaf ka maada na paya jaye. apni ghalti ka etraaf aadmi ke ertaqa safar ko barabar jaari rakhta hai. is ke bar aks jis aadmi ke andar yeh kehne ki himmat na ho ke main ghalti par tha, I was wrong, woh kabhi zehn artaqa ka tajruba nahi kar sakta. aadmi ko chahiye ke woh apne zehn ki kh</w:t>
      </w:r>
    </w:p>
    <w:p>
      <w:pPr>
        <w:jc w:val="right"/>
      </w:pPr>
      <w:r>
        <w:t>صرف ایک چیز سے آتی ہے، وہ یہ کہ آپ کے اندر غلطی کے اعتراف کا مادہ نہ پایا جائے۔ اپنی غلطی کا اعتراف آدمی کے ارتقائی سفر کو برابر جاری رکھتا ہے۔ اس کے برعکس جس آدمی کے اندر یہ کہنے کی ہمت نہ ہو کہ میں غلطی پر تھا، آئی واز رونگ، وہ کبھی ذہنی ارتقاء کا تجربہ نہیں کر سکتا۔ آدمی کو چاہیے کہ وہ اپنے ذہن کی کھ</w:t>
      </w:r>
    </w:p>
    <w:p>
      <w:r>
        <w:rPr>
          <w:b/>
        </w:rPr>
        <w:t xml:space="preserve">[1:41:19] </w:t>
      </w:r>
      <w:r>
        <w:t>darwaze hamesha khuli rakhiye.</w:t>
      </w:r>
    </w:p>
    <w:p>
      <w:pPr>
        <w:jc w:val="right"/>
      </w:pPr>
      <w:r>
        <w:t>ڑکیاں ہمیشہ کھلی رکھے۔</w:t>
      </w:r>
    </w:p>
    <w:p>
      <w:r>
        <w:rPr>
          <w:b/>
        </w:rPr>
        <w:t xml:space="preserve">[1:41:24] </w:t>
      </w:r>
      <w:r>
        <w:t>woh har lamha nayi cheez seekhne ka talib bana hua ho.</w:t>
      </w:r>
    </w:p>
    <w:p>
      <w:pPr>
        <w:jc w:val="right"/>
      </w:pPr>
      <w:r>
        <w:t>وہ ہر لمحہ نئی چیز سیکھنے کا طالب بنا ہوا ہو۔</w:t>
      </w:r>
    </w:p>
    <w:p>
      <w:r>
        <w:rPr>
          <w:b/>
        </w:rPr>
        <w:t xml:space="preserve">[1:41:29] </w:t>
      </w:r>
      <w:r>
        <w:t>is qism ki talab aadmi ko zehn taraqqi ke safar mein aage barhati rehti hai.</w:t>
      </w:r>
    </w:p>
    <w:p>
      <w:pPr>
        <w:jc w:val="right"/>
      </w:pPr>
      <w:r>
        <w:t>اس قسم کی طلب آدمی کو ذہنی ترقی کے سفر میں آگے بڑھاتی رہتی ہے۔</w:t>
      </w:r>
    </w:p>
    <w:p>
      <w:r>
        <w:rPr>
          <w:b/>
        </w:rPr>
        <w:t xml:space="preserve">[1:41:34] </w:t>
      </w:r>
      <w:r>
        <w:t>is ke baraks jab aadmi ke andar seekhne ki yeh talab baqi na rahe to is ke andar</w:t>
      </w:r>
    </w:p>
    <w:p>
      <w:pPr>
        <w:jc w:val="right"/>
      </w:pPr>
      <w:r>
        <w:t>اس کے برعکس جب آدمی کے اندر سیکھنے کی یہ طلب باقی نہ رہے تو اس کے اندر</w:t>
      </w:r>
    </w:p>
    <w:p>
      <w:r>
        <w:rPr>
          <w:b/>
        </w:rPr>
        <w:t xml:space="preserve">[1:41:39] </w:t>
      </w:r>
      <w:r>
        <w:t>jamood ya stagnation paida ho jata hai.</w:t>
      </w:r>
    </w:p>
    <w:p>
      <w:pPr>
        <w:jc w:val="right"/>
      </w:pPr>
      <w:r>
        <w:t>جمود یا سٹیگنیشن پیدا ہو جاتا ہے۔</w:t>
      </w:r>
    </w:p>
    <w:p>
      <w:r>
        <w:rPr>
          <w:b/>
        </w:rPr>
        <w:t xml:space="preserve">[1:41:44] </w:t>
      </w:r>
      <w:r>
        <w:t>bataur woh zinda hota hai lekin is ki zindagi ek qism ki hawani zindagi ban jati hai na ke sahi</w:t>
      </w:r>
    </w:p>
    <w:p>
      <w:pPr>
        <w:jc w:val="right"/>
      </w:pPr>
      <w:r>
        <w:t>بظاہر وہ زندہ ہوتا ہے لیکن اس کی زندگی ایک قسم کی حیوانی زندگی بن جاتی ہے نہ کہ صحیح</w:t>
      </w:r>
    </w:p>
    <w:p>
      <w:r>
        <w:rPr>
          <w:b/>
        </w:rPr>
        <w:t xml:space="preserve">[1:41:49] </w:t>
      </w:r>
      <w:r>
        <w:t>maanon mein insaan ki zindagi.</w:t>
      </w:r>
    </w:p>
    <w:p>
      <w:pPr>
        <w:jc w:val="right"/>
      </w:pPr>
      <w:r>
        <w:t>معنوں میں انسان کی زندگی۔</w:t>
      </w:r>
    </w:p>
    <w:p>
      <w:r>
        <w:rPr>
          <w:b/>
        </w:rPr>
        <w:t xml:space="preserve">[1:41:54] </w:t>
      </w:r>
      <w:r>
        <w:t>jo aadmi yeh chahta ho ke is ke zehn artaqa ka safar bila rokk took barabar jari rahe,</w:t>
      </w:r>
    </w:p>
    <w:p>
      <w:pPr>
        <w:jc w:val="right"/>
      </w:pPr>
      <w:r>
        <w:t>جو آدمی یہ چاہتا ہو کہ اس کے ذہنی ارتقاء کا سفر بلا روک ٹوک برابر جاری رہے،</w:t>
      </w:r>
    </w:p>
    <w:p>
      <w:r>
        <w:rPr>
          <w:b/>
        </w:rPr>
        <w:t xml:space="preserve">[1:41:58] </w:t>
      </w:r>
      <w:r>
        <w:t>is ko apnay zehn ka darwaza hamesha khula rakhna chahiye.</w:t>
      </w:r>
    </w:p>
    <w:p>
      <w:pPr>
        <w:jc w:val="right"/>
      </w:pPr>
      <w:r>
        <w:t>اس کو اپنے ذہن کا دروازہ ہمیشہ کھلا رکھنا چاہیے۔</w:t>
      </w:r>
    </w:p>
    <w:p>
      <w:r>
        <w:rPr>
          <w:b/>
        </w:rPr>
        <w:t xml:space="preserve">[1:42:02] </w:t>
      </w:r>
      <w:r>
        <w:t>is ko spirit of learning mein jeena chahiye.</w:t>
      </w:r>
    </w:p>
    <w:p>
      <w:pPr>
        <w:jc w:val="right"/>
      </w:pPr>
      <w:r>
        <w:t>اس کو سپرٹ آف لرننگ میں جینا چاہیے۔</w:t>
      </w:r>
    </w:p>
    <w:p>
      <w:r>
        <w:rPr>
          <w:b/>
        </w:rPr>
        <w:t xml:space="preserve">[1:42:07] </w:t>
      </w:r>
      <w:r>
        <w:t>is ko kisi nai baat ko lainay mein kabhi hichkichana nahi chahiye, khwah woh baat apni zaat ke</w:t>
      </w:r>
    </w:p>
    <w:p>
      <w:pPr>
        <w:jc w:val="right"/>
      </w:pPr>
      <w:r>
        <w:t>اس کو کسی نئی بات کو لینے میں کبھی ہچکچانا نہیں چاہیے، خواہ وہ بات اپنی ذات کے</w:t>
      </w:r>
    </w:p>
    <w:p>
      <w:r>
        <w:rPr>
          <w:b/>
        </w:rPr>
        <w:t xml:space="preserve">[1:42:11] </w:t>
      </w:r>
      <w:r>
        <w:t>khilaf hi kyun na ho.</w:t>
      </w:r>
    </w:p>
    <w:p>
      <w:pPr>
        <w:jc w:val="right"/>
      </w:pPr>
      <w:r>
        <w:t>خلاف ہی کیوں نہ ہو۔</w:t>
      </w:r>
    </w:p>
    <w:p>
      <w:r>
        <w:rPr>
          <w:b/>
        </w:rPr>
        <w:t xml:space="preserve">[1:42:15] </w:t>
      </w:r>
      <w:r>
        <w:t>spirit of learning ki aik pehchan yeh hai ke aadmi kam</w:t>
      </w:r>
    </w:p>
    <w:p>
      <w:pPr>
        <w:jc w:val="right"/>
      </w:pPr>
      <w:r>
        <w:t>سپرٹ آف لرننگ کی ایک پہچان یہ ہے کہ آدمی کم</w:t>
      </w:r>
    </w:p>
    <w:p>
      <w:r>
        <w:rPr>
          <w:b/>
        </w:rPr>
        <w:t xml:space="preserve">[1:42:20] </w:t>
      </w:r>
      <w:r>
        <w:t>bolay aur ziyada sunay.</w:t>
      </w:r>
    </w:p>
    <w:p>
      <w:pPr>
        <w:jc w:val="right"/>
      </w:pPr>
      <w:r>
        <w:t>بولے اور زیادہ سنے۔</w:t>
      </w:r>
    </w:p>
    <w:p>
      <w:r>
        <w:rPr>
          <w:b/>
        </w:rPr>
        <w:t xml:space="preserve">[1:42:29] </w:t>
      </w:r>
      <w:r>
        <w:t>woh monologue na ho balkeh woh dialogue ho.</w:t>
      </w:r>
    </w:p>
    <w:p>
      <w:pPr>
        <w:jc w:val="right"/>
      </w:pPr>
      <w:r>
        <w:t>وہ مونولاگ نہ ہو بلکہ وہ ڈائیلاگر ہو۔</w:t>
      </w:r>
    </w:p>
    <w:p>
      <w:r>
        <w:rPr>
          <w:b/>
        </w:rPr>
        <w:t xml:space="preserve">[1:42:38] </w:t>
      </w:r>
      <w:r>
        <w:t>woh jab koi nai baat sunay to woh us ko radd karne ke jazbay se na sunay balkeh</w:t>
      </w:r>
    </w:p>
    <w:p>
      <w:pPr>
        <w:jc w:val="right"/>
      </w:pPr>
      <w:r>
        <w:t>وہ جب کوئی نئی بات سنے تو وہ اس کو رد کرنے کے جذبے سے نہ سنے بلکہ</w:t>
      </w:r>
    </w:p>
    <w:p>
      <w:r>
        <w:rPr>
          <w:b/>
        </w:rPr>
        <w:t xml:space="preserve">[1:42:47] </w:t>
      </w:r>
      <w:r>
        <w:t>us ko sunnay ke baad woh us par khulay zehn ke sath ghor karay.</w:t>
      </w:r>
    </w:p>
    <w:p>
      <w:pPr>
        <w:jc w:val="right"/>
      </w:pPr>
      <w:r>
        <w:t>اس کو سننے کے بعد وہ اس پر کھلے ذہن کے ساتھ غور کرے۔</w:t>
      </w:r>
    </w:p>
    <w:p>
      <w:r>
        <w:rPr>
          <w:b/>
        </w:rPr>
        <w:t xml:space="preserve">[1:42:56] </w:t>
      </w:r>
      <w:r>
        <w:t>aisay aadmi ki pehchan yeh hai ke woh bolay kam aur sochay ziyada.</w:t>
      </w:r>
    </w:p>
    <w:p>
      <w:pPr>
        <w:jc w:val="right"/>
      </w:pPr>
      <w:r>
        <w:t>ایسے آدمی کی پہچان یہ ہے کہ وہ بولے کم اور سوچے زیادہ۔</w:t>
      </w:r>
    </w:p>
    <w:p>
      <w:r>
        <w:rPr>
          <w:b/>
        </w:rPr>
        <w:t xml:space="preserve">[1:43:06] </w:t>
      </w:r>
      <w:r>
        <w:t>stage ka fitna. maujooda zamane mein ek naya fitna paida hua hai jis ko stage ka fitna kaha ja sakta hai. jis aadmi ke andar shandar shakhsiyat ho, jo acha bolne ki salahiyat rakhta ho, jo logon ko khush karne ka fun janta ho, jo awam pasand lehje mein bol sake, us ko foran stage mil jata hai. stage milte hi aadmi ki ego</w:t>
      </w:r>
    </w:p>
    <w:p>
      <w:pPr>
        <w:jc w:val="right"/>
      </w:pPr>
      <w:r>
        <w:t>سٹیج کا فتنہ۔ موجودہ زمانے میں ایک نیا فتنہ پیدا ہوا ہے جس کو سٹیج کا فتنہ کہا جا سکتا ہے۔ جس آدمی کے اندر شاندار شخصیت ہو، جو اچھا بولنے کی صلاحیت رکھتا ہو، جو لوگوں کو خوش کرنے کا فن جانتا ہو، جو عوام پسند لہجے میں بول سکے، اس کو فوراً سٹیج مل جاتا ہے۔ سٹیج ملتے ہی آدمی کی انا</w:t>
      </w:r>
    </w:p>
    <w:p>
      <w:r>
        <w:rPr>
          <w:b/>
        </w:rPr>
        <w:t xml:space="preserve">[1:43:36] </w:t>
      </w:r>
      <w:r>
        <w:t>ya ego boost honay lagti hai.</w:t>
      </w:r>
    </w:p>
    <w:p>
      <w:pPr>
        <w:jc w:val="right"/>
      </w:pPr>
      <w:r>
        <w:t>یا ایگو بوسٹ ہونے لگتی ہے۔</w:t>
      </w:r>
    </w:p>
    <w:p>
      <w:r>
        <w:rPr>
          <w:b/>
        </w:rPr>
        <w:t xml:space="preserve">[1:43:40] </w:t>
      </w:r>
      <w:r>
        <w:t>yahan tak ke woh waqt aata hai jabkay wapas lotna us ke liye mumkin nahi rehta.</w:t>
      </w:r>
    </w:p>
    <w:p>
      <w:pPr>
        <w:jc w:val="right"/>
      </w:pPr>
      <w:r>
        <w:t>یہاں تک کہ وہ وقت آتا ہے جبکہ واپس لوٹنا اس کے لیے ممکن نہیں رہتا۔</w:t>
      </w:r>
    </w:p>
    <w:p>
      <w:r>
        <w:rPr>
          <w:b/>
        </w:rPr>
        <w:t xml:space="preserve">[1:43:44] </w:t>
      </w:r>
      <w:r>
        <w:t>stage activism ke bazahir doosray bohat se faiday hain: awami maqbooliyat, har jagah pazirai, har qism ke dunyavi</w:t>
      </w:r>
    </w:p>
    <w:p>
      <w:pPr>
        <w:jc w:val="right"/>
      </w:pPr>
      <w:r>
        <w:t>سٹیج ایکٹیوزم کے بظاہر دوسرے بہت سے فائدے ہیں: عوامی مقبولیت، ہر جگہ پذیرائی، ہر قسم کے دنیاوی</w:t>
      </w:r>
    </w:p>
    <w:p>
      <w:r>
        <w:rPr>
          <w:b/>
        </w:rPr>
        <w:t xml:space="preserve">[1:43:49] </w:t>
      </w:r>
      <w:r>
        <w:t>saaz o saman waghera.</w:t>
      </w:r>
    </w:p>
    <w:p>
      <w:pPr>
        <w:jc w:val="right"/>
      </w:pPr>
      <w:r>
        <w:t>ساز و سامان وغیرہ۔</w:t>
      </w:r>
    </w:p>
    <w:p>
      <w:r>
        <w:rPr>
          <w:b/>
        </w:rPr>
        <w:t xml:space="preserve">[1:43:53] </w:t>
      </w:r>
      <w:r>
        <w:t>yeh cheezain us ke andar masnooi shakhsiyat bananay lagti hain.</w:t>
      </w:r>
    </w:p>
    <w:p>
      <w:pPr>
        <w:jc w:val="right"/>
      </w:pPr>
      <w:r>
        <w:t>یہ چیزیں اس کے اندر مصنوعی شخصیت بنانے لگتی ہیں۔</w:t>
      </w:r>
    </w:p>
    <w:p>
      <w:r>
        <w:rPr>
          <w:b/>
        </w:rPr>
        <w:t xml:space="preserve">[1:43:57] </w:t>
      </w:r>
      <w:r>
        <w:t>yahan tak ke woh isi mein conditioned ho jata hai.</w:t>
      </w:r>
    </w:p>
    <w:p>
      <w:pPr>
        <w:jc w:val="right"/>
      </w:pPr>
      <w:r>
        <w:t>یہاں تک کہ وہ اسی میں کنڈیشنڈ ہو جاتا ہے۔</w:t>
      </w:r>
    </w:p>
    <w:p>
      <w:r>
        <w:rPr>
          <w:b/>
        </w:rPr>
        <w:t xml:space="preserve">[1:44:01] </w:t>
      </w:r>
      <w:r>
        <w:t>jab yeh darja aa jaye to us ke</w:t>
      </w:r>
    </w:p>
    <w:p>
      <w:pPr>
        <w:jc w:val="right"/>
      </w:pPr>
      <w:r>
        <w:t>جب یہ درجہ آ جائے تو اس کے</w:t>
      </w:r>
    </w:p>
    <w:p>
      <w:r>
        <w:rPr>
          <w:b/>
        </w:rPr>
        <w:t xml:space="preserve">[1:44:06] </w:t>
      </w:r>
      <w:r>
        <w:t>andar muhasbay ka zehn khatam ho jata hai.</w:t>
      </w:r>
    </w:p>
    <w:p>
      <w:pPr>
        <w:jc w:val="right"/>
      </w:pPr>
      <w:r>
        <w:t>اندر محاسبے کا ذہن ختم ہو جاتا ہے۔</w:t>
      </w:r>
    </w:p>
    <w:p>
      <w:r>
        <w:rPr>
          <w:b/>
        </w:rPr>
        <w:t xml:space="preserve">[1:44:11] </w:t>
      </w:r>
      <w:r>
        <w:t>is ke baad shaoori ya ghair shaoori tor par woh samajhnay lagta hai ke mein durust rastay par hoon.</w:t>
      </w:r>
    </w:p>
    <w:p>
      <w:pPr>
        <w:jc w:val="right"/>
      </w:pPr>
      <w:r>
        <w:t>اس کے بعد شعوری یا غیر شعوری طور پر وہ سمجھنے لگتا ہے کہ میں درست راستے پر ہوں۔</w:t>
      </w:r>
    </w:p>
    <w:p>
      <w:r>
        <w:rPr>
          <w:b/>
        </w:rPr>
        <w:t xml:space="preserve">[1:44:16] </w:t>
      </w:r>
      <w:r>
        <w:t>mujhe apne andar koi tabdeeli laanay ki zaroorat nahi.</w:t>
      </w:r>
    </w:p>
    <w:p>
      <w:pPr>
        <w:jc w:val="right"/>
      </w:pPr>
      <w:r>
        <w:t>مجھے اپنے اندر کوئی تبدیلی لانے کی ضرورت نہیں۔</w:t>
      </w:r>
    </w:p>
    <w:p>
      <w:r>
        <w:rPr>
          <w:b/>
        </w:rPr>
        <w:t xml:space="preserve">[1:44:21] </w:t>
      </w:r>
      <w:r>
        <w:t>jo aadmi man of stage ban jaye woh bazahir kamyab nazar aata hai lekin haqeeqat ke aitbar se</w:t>
      </w:r>
    </w:p>
    <w:p>
      <w:pPr>
        <w:jc w:val="right"/>
      </w:pPr>
      <w:r>
        <w:t>جو آدمی مین آف سٹیج بن جائے وہ بظاہر کامیاب نظر آتا ہے لیکن حقیقت کے اعتبار سے</w:t>
      </w:r>
    </w:p>
    <w:p>
      <w:r>
        <w:rPr>
          <w:b/>
        </w:rPr>
        <w:t xml:space="preserve">[1:44:26] </w:t>
      </w:r>
      <w:r>
        <w:t>woh sab se ziyada nakaam insaan hota hai.</w:t>
      </w:r>
    </w:p>
    <w:p>
      <w:pPr>
        <w:jc w:val="right"/>
      </w:pPr>
      <w:r>
        <w:t>وہ سب سے زیادہ ناکام انسان ہوتا ہے۔</w:t>
      </w:r>
    </w:p>
    <w:p>
      <w:r>
        <w:rPr>
          <w:b/>
        </w:rPr>
        <w:t xml:space="preserve">[1:44:31] </w:t>
      </w:r>
      <w:r>
        <w:t>us ke andar tanqeed sunnay ka mizaj khatam ho jata</w:t>
      </w:r>
    </w:p>
    <w:p>
      <w:pPr>
        <w:jc w:val="right"/>
      </w:pPr>
      <w:r>
        <w:t>اس کے اندر تنقید سننے کا مزاج ختم ہو جاتا</w:t>
      </w:r>
    </w:p>
    <w:p>
      <w:r>
        <w:rPr>
          <w:b/>
        </w:rPr>
        <w:t xml:space="preserve">[1:44:36] </w:t>
      </w:r>
      <w:r>
        <w:t>hai.</w:t>
      </w:r>
    </w:p>
    <w:p>
      <w:pPr>
        <w:jc w:val="right"/>
      </w:pPr>
      <w:r>
        <w:t>ہے۔</w:t>
      </w:r>
    </w:p>
    <w:p>
      <w:r>
        <w:rPr>
          <w:b/>
        </w:rPr>
        <w:t xml:space="preserve">[1:44:40] </w:t>
      </w:r>
      <w:r>
        <w:t>us ke andar zehn arta ka amal ruk jata hai.</w:t>
      </w:r>
    </w:p>
    <w:p>
      <w:pPr>
        <w:jc w:val="right"/>
      </w:pPr>
      <w:r>
        <w:t>اس کے اندر ذہنی ارتقاء کا عمل رک جاتا ہے۔</w:t>
      </w:r>
    </w:p>
    <w:p>
      <w:r>
        <w:rPr>
          <w:b/>
        </w:rPr>
        <w:t xml:space="preserve">[1:44:43] </w:t>
      </w:r>
      <w:r>
        <w:t>woh takhleeqi fikr ya creative thinking ke qabil nahi rehta.</w:t>
      </w:r>
    </w:p>
    <w:p>
      <w:pPr>
        <w:jc w:val="right"/>
      </w:pPr>
      <w:r>
        <w:t>وہ تخلیقی فکر یا کریٹیو تھنکنگ کے قابل نہیں رہتا۔</w:t>
      </w:r>
    </w:p>
    <w:p>
      <w:r>
        <w:rPr>
          <w:b/>
        </w:rPr>
        <w:t xml:space="preserve">[1:44:47] </w:t>
      </w:r>
      <w:r>
        <w:t>woh sirf aaj ya today mein jeene lagta hai.</w:t>
      </w:r>
    </w:p>
    <w:p>
      <w:pPr>
        <w:jc w:val="right"/>
      </w:pPr>
      <w:r>
        <w:t>وہ صرف آج یا ٹوڈے میں جینے لگتا ہے۔</w:t>
      </w:r>
    </w:p>
    <w:p>
      <w:r>
        <w:rPr>
          <w:b/>
        </w:rPr>
        <w:t xml:space="preserve">[1:44:51] </w:t>
      </w:r>
      <w:r>
        <w:t>kal ya tomorrow ki soch us ke andar khatm ho jati hai.</w:t>
      </w:r>
    </w:p>
    <w:p>
      <w:pPr>
        <w:jc w:val="right"/>
      </w:pPr>
      <w:r>
        <w:t>کل یا ٹومارو کی سوچ اس کے اندر ختم ہو جاتی ہے۔</w:t>
      </w:r>
    </w:p>
    <w:p>
      <w:r>
        <w:rPr>
          <w:b/>
        </w:rPr>
        <w:t xml:space="preserve">[1:44:55] </w:t>
      </w:r>
      <w:r>
        <w:t>woh doosron ke andar jeene lagta hai.</w:t>
      </w:r>
    </w:p>
    <w:p>
      <w:pPr>
        <w:jc w:val="right"/>
      </w:pPr>
      <w:r>
        <w:t>وہ دوسروں کے اندر جینے لگتا ہے۔</w:t>
      </w:r>
    </w:p>
    <w:p>
      <w:r>
        <w:rPr>
          <w:b/>
        </w:rPr>
        <w:t xml:space="preserve">[1:44:59] </w:t>
      </w:r>
      <w:r>
        <w:t>khud apne aap mein jeena kya hai, woh is se na ashna ho jata hai.</w:t>
      </w:r>
    </w:p>
    <w:p>
      <w:pPr>
        <w:jc w:val="right"/>
      </w:pPr>
      <w:r>
        <w:t>خود اپنے آپ میں جینا کیا ہے، وہ اس سے نا آشنا ہو جاتا ہے۔</w:t>
      </w:r>
    </w:p>
    <w:p>
      <w:r>
        <w:rPr>
          <w:b/>
        </w:rPr>
        <w:t xml:space="preserve">[1:45:02] </w:t>
      </w:r>
      <w:r>
        <w:t>aisa aadmi bazahir pata hai lekin</w:t>
      </w:r>
    </w:p>
    <w:p>
      <w:pPr>
        <w:jc w:val="right"/>
      </w:pPr>
      <w:r>
        <w:t>ایسا آدمی بظاہر پاتا ہے لیکن</w:t>
      </w:r>
    </w:p>
    <w:p>
      <w:r>
        <w:rPr>
          <w:b/>
        </w:rPr>
        <w:t xml:space="preserve">[1:45:06] </w:t>
      </w:r>
      <w:r>
        <w:t>haqeeqat ke aitbar se woh ek mehroom insaan hota hai.</w:t>
      </w:r>
    </w:p>
    <w:p>
      <w:pPr>
        <w:jc w:val="right"/>
      </w:pPr>
      <w:r>
        <w:t>حقیقت کے اعتبار سے وہ ایک محروم انسان ہوتا ہے۔</w:t>
      </w:r>
    </w:p>
    <w:p>
      <w:r>
        <w:rPr>
          <w:b/>
        </w:rPr>
        <w:t xml:space="preserve">[1:45:18] </w:t>
      </w:r>
      <w:r>
        <w:t>isko har jagah insanon ki bheed milne lagti hai lekin farishton ki sohbat is ko hasil nahi hoti.</w:t>
      </w:r>
    </w:p>
    <w:p>
      <w:pPr>
        <w:jc w:val="right"/>
      </w:pPr>
      <w:r>
        <w:t>اس کو ہر جگہ انسانوں کی بھیڑ ملنے لگتی ہے لیکن فرشتوں کی صحبت اس کو حاصل نہیں ہوتی۔</w:t>
      </w:r>
    </w:p>
    <w:p>
      <w:r>
        <w:rPr>
          <w:b/>
        </w:rPr>
        <w:t xml:space="preserve">[1:45:29] </w:t>
      </w:r>
      <w:r>
        <w:t>woh maadi aitbar se bharpoor hota hai lekin roohani ya spiritual aitbar se woh ek khaali insaan hota hai.</w:t>
      </w:r>
    </w:p>
    <w:p>
      <w:pPr>
        <w:jc w:val="right"/>
      </w:pPr>
      <w:r>
        <w:t>وہ مادی اعتبار سے بھرپور ہوتا ہے لیکن روحانی یا سپرچول اعتبار سے وہ ایک خالی انسان ہوتا ہے۔</w:t>
      </w:r>
    </w:p>
    <w:p>
      <w:r>
        <w:rPr>
          <w:b/>
        </w:rPr>
        <w:t xml:space="preserve">[1:45:40] </w:t>
      </w:r>
      <w:r>
        <w:t>woh bazahir sab kuch hone ke bawajood haqeeqat mein kuch nahi hota.</w:t>
      </w:r>
    </w:p>
    <w:p>
      <w:pPr>
        <w:jc w:val="right"/>
      </w:pPr>
      <w:r>
        <w:t>وہ بظاہر سب کچھ ہونے کے باوجود حقیقت میں کچھ نہیں ہوتا۔</w:t>
      </w:r>
    </w:p>
    <w:p>
      <w:r>
        <w:rPr>
          <w:b/>
        </w:rPr>
        <w:t xml:space="preserve">[1:45:52] </w:t>
      </w:r>
      <w:r>
        <w:t>kaam ki qeemat.</w:t>
      </w:r>
    </w:p>
    <w:p>
      <w:pPr>
        <w:jc w:val="right"/>
      </w:pPr>
      <w:r>
        <w:t>کام کی قیمت۔</w:t>
      </w:r>
    </w:p>
    <w:p>
      <w:r>
        <w:rPr>
          <w:b/>
        </w:rPr>
        <w:t xml:space="preserve">[1:45:57] </w:t>
      </w:r>
      <w:r>
        <w:t>agar aap ek bicycle khareedne ke liye bazaar mein jayen to is ki ek qeemat hai.</w:t>
      </w:r>
    </w:p>
    <w:p>
      <w:pPr>
        <w:jc w:val="right"/>
      </w:pPr>
      <w:r>
        <w:t>اگر آپ ایک بائیسیکل خریدنے کے لیے بازار میں جائیں تو اس کی ایک قیمت ہے۔</w:t>
      </w:r>
    </w:p>
    <w:p>
      <w:r>
        <w:rPr>
          <w:b/>
        </w:rPr>
        <w:t xml:space="preserve">[1:46:02] </w:t>
      </w:r>
      <w:r>
        <w:t>woh zaroori qeemat ada kiye baghair woh bicycle aap ko nahi mile gi.</w:t>
      </w:r>
    </w:p>
    <w:p>
      <w:pPr>
        <w:jc w:val="right"/>
      </w:pPr>
      <w:r>
        <w:t>وہ ضروری قیمت ادا کیے بغیر وہ بائیسیکل آپ کو نہیں ملے گی۔</w:t>
      </w:r>
    </w:p>
    <w:p>
      <w:r>
        <w:rPr>
          <w:b/>
        </w:rPr>
        <w:t xml:space="preserve">[1:46:07] </w:t>
      </w:r>
      <w:r>
        <w:t>isi tarah motor car ki ek qeemat hai.</w:t>
      </w:r>
    </w:p>
    <w:p>
      <w:pPr>
        <w:jc w:val="right"/>
      </w:pPr>
      <w:r>
        <w:t>اسی طرح موٹر کار کی ایک قیمت ہے۔</w:t>
      </w:r>
    </w:p>
    <w:p>
      <w:r>
        <w:rPr>
          <w:b/>
        </w:rPr>
        <w:t xml:space="preserve">[1:46:12] </w:t>
      </w:r>
      <w:r>
        <w:t>agar aap motor car khareedna chahte hon lekin aap ki jeb mein is ki zaroori qeemat na ho</w:t>
      </w:r>
    </w:p>
    <w:p>
      <w:pPr>
        <w:jc w:val="right"/>
      </w:pPr>
      <w:r>
        <w:t>اگر آپ موٹر کار خریدنا چاہتے ہوں لیکن آپ کی جیب میں اس کی ضروری قیمت نہ ہو</w:t>
      </w:r>
    </w:p>
    <w:p>
      <w:r>
        <w:rPr>
          <w:b/>
        </w:rPr>
        <w:t xml:space="preserve">[1:46:18] </w:t>
      </w:r>
      <w:r>
        <w:t>to koi bazaar aap ko motor car dene wala nahi. isi tarah</w:t>
      </w:r>
    </w:p>
    <w:p>
      <w:pPr>
        <w:jc w:val="right"/>
      </w:pPr>
      <w:r>
        <w:t>تو کوئی بازار آپ کو موٹر کار دینے والا نہیں۔ اسی طرح</w:t>
      </w:r>
    </w:p>
    <w:p>
      <w:r>
        <w:rPr>
          <w:b/>
        </w:rPr>
        <w:t xml:space="preserve">[1:46:23] </w:t>
      </w:r>
      <w:r>
        <w:t>mission ki ek qimat hoti hai. agar aap ek mission le kar uthein to sirf bare bare alfaaz bolne se aap man of mission nahi ban sakte. mission ek behad sanjeeda mansooba hai. mission ki sirf ek qimat hoti hai aur woh hai mission ko tarjeeh ya priority ki satah par ikhtiyar karna. agar aap ek mission shuru karein lekin aap ne us ko apni wahid tarji</w:t>
      </w:r>
    </w:p>
    <w:p>
      <w:pPr>
        <w:jc w:val="right"/>
      </w:pPr>
      <w:r>
        <w:t>مشن کی ایک قیمت ہوتی ہے۔ اگر آپ ایک مشن لے کر اٹھیں تو صرف بڑے بڑے الفاظ بولنے سے آپ مین آف مشن نہیں بن سکتے۔ مشن ایک بے حد سنجیدہ منصوبہ ہے۔ مشن کی صرف ایک قیمت ہوتی ہے اور وہ ہے مشن کو ترجیح یا پرائرٹی کی سطح پر اختیار کرنا۔ اگر آپ ایک مشن شروع کریں لیکن آپ نے اس کو اپنی واحد ترجی</w:t>
      </w:r>
    </w:p>
    <w:p>
      <w:r>
        <w:rPr>
          <w:b/>
        </w:rPr>
        <w:t xml:space="preserve">[1:46:53] </w:t>
      </w:r>
      <w:r>
        <w:t>h na banaya ho balkeh amalan aap aulaad ko apni tarjeeh banaye hue hon to aap ke liye zaroori hai ke aap mission ke liye khare na hon. saag sabzi ki dukan kholna is se behtar hai ke aisa aadmi man of mission banne ka dawa kare. university ke ek ustaad ne kaha ke hum log hivan-e-kasb ya earning animal hain. hum logon ka concern to sirf personal</w:t>
      </w:r>
    </w:p>
    <w:p>
      <w:pPr>
        <w:jc w:val="right"/>
      </w:pPr>
      <w:r>
        <w:t>ح نہ بنایا ہو بلکہ عملاً آپ اولاد کو اپنی ترجیح بنائے ہوئے ہوں تو آپ کے لیے ضروری ہے کہ آپ مشن کے لیے کھڑے نہ ہوں۔ ساگ سبزی کی دکان کھولنا اس سے بہتر ہے کہ ایسا آدمی مین آف مشن بننے کا دعویٰ کرے۔ یونیورسٹی کے ایک استاد نے کہا کہ ہم لوگ حیوان کاسب یا ارننگ اینیمل ہیں۔ ہم لوگوں کا کنسرن تو صرف پرسنل</w:t>
      </w:r>
    </w:p>
    <w:p>
      <w:r>
        <w:rPr>
          <w:b/>
        </w:rPr>
        <w:t xml:space="preserve">[1:47:23] </w:t>
      </w:r>
      <w:r>
        <w:t>interest hota hai lekin hum log ghalat tor par apne aap ko ilm ka case batate hain. yeh munafiqat hai. aadmi ko chahiye ke woh kuch aur bane lekin woh munafiq na bane. log aam tor par haram o halal ko jante hain lekin is ke siwa ek aur cheez hai jis ko nafsiyat ki istilaah mein kamzor shakhsiyat ya weak personality kaha jata hai. is ko koi nahi janta.</w:t>
      </w:r>
    </w:p>
    <w:p>
      <w:pPr>
        <w:jc w:val="right"/>
      </w:pPr>
      <w:r>
        <w:t>انٹرسٹ ہوتا ہے لیکن ہم لوگ غلط طور پر اپنے آپ کو علم کا کیس بتاتے ہیں۔ یہ منافقت ہے۔ آدمی کو چاہیے کہ وہ کچھ اور بنے لیکن وہ منافق نہ بنے۔ لوگ عام طور پر حرام و حلال کو جانتے ہیں لیکن اس کے سوا ایک اور چیز ہے جس کو نفسیات کی اصطلاح میں کمزور شخصیت یا ویک پرسنیلٹی کہا جاتا ہے۔ اس کو کوئی نہیں جانتا۔</w:t>
      </w:r>
    </w:p>
    <w:p>
      <w:r>
        <w:rPr>
          <w:b/>
        </w:rPr>
        <w:t xml:space="preserve">[1:47:53] </w:t>
      </w:r>
      <w:r>
        <w:t>kamzor shakhsiyat aur munafiq shakhsiyat mein sirf naam ke aitbar se farq hai.</w:t>
      </w:r>
    </w:p>
    <w:p>
      <w:pPr>
        <w:jc w:val="right"/>
      </w:pPr>
      <w:r>
        <w:t>کمزور شخصیت اور منافق شخصیت میں صرف نام کے اعتبار سے فرق ہے۔</w:t>
      </w:r>
    </w:p>
    <w:p>
      <w:r>
        <w:rPr>
          <w:b/>
        </w:rPr>
        <w:t xml:space="preserve">[1:48:03] </w:t>
      </w:r>
      <w:r>
        <w:t>haqeeqat ke aitbar se dono mein koi farq nahi.</w:t>
      </w:r>
    </w:p>
    <w:p>
      <w:pPr>
        <w:jc w:val="right"/>
      </w:pPr>
      <w:r>
        <w:t>حقیقت کے اعتبار سے دونوں میں کوئی فرق نہیں۔</w:t>
      </w:r>
    </w:p>
    <w:p>
      <w:r>
        <w:rPr>
          <w:b/>
        </w:rPr>
        <w:t xml:space="preserve">[1:48:14] </w:t>
      </w:r>
      <w:r>
        <w:t>Allah ki nazar mein kamzor shakhsiyat wala insaan bhi wahi darja rakhta hai jo munafiq insaan ka darja hota hai.</w:t>
      </w:r>
    </w:p>
    <w:p>
      <w:pPr>
        <w:jc w:val="right"/>
      </w:pPr>
      <w:r>
        <w:t>اللہ کی نظر میں کمزور شخصیت والا انسان بھی وہی درجہ رکھتا ہے جو منافق انسان کا درجہ ہوتا ہے۔</w:t>
      </w:r>
    </w:p>
    <w:p>
      <w:r>
        <w:rPr>
          <w:b/>
        </w:rPr>
        <w:t xml:space="preserve">[1:48:24] </w:t>
      </w:r>
      <w:r>
        <w:t>aala insaan woh hai jis ke qaul aur amal mein koi tazaad na ho.</w:t>
      </w:r>
    </w:p>
    <w:p>
      <w:pPr>
        <w:jc w:val="right"/>
      </w:pPr>
      <w:r>
        <w:t>اعلیٰ انسان وہ ہے جس کے قول اور عمل میں کوئی تضاد نہ ہو۔</w:t>
      </w:r>
    </w:p>
    <w:p>
      <w:r>
        <w:rPr>
          <w:b/>
        </w:rPr>
        <w:t xml:space="preserve">[1:48:35] </w:t>
      </w:r>
      <w:r>
        <w:t>جو قابل پیشنگوئی کردار یا predictable character کا حامل انسان ہو۔</w:t>
      </w:r>
    </w:p>
    <w:p>
      <w:pPr>
        <w:jc w:val="right"/>
      </w:pPr>
      <w:r>
        <w:t>جو قابل پیشنگوئی کردار یا پریڈکٹیبل کریکٹر کا حامل انسان ہو۔</w:t>
      </w:r>
    </w:p>
    <w:p>
      <w:r>
        <w:rPr>
          <w:b/>
        </w:rPr>
        <w:t xml:space="preserve">[1:48:45] </w:t>
      </w:r>
      <w:r>
        <w:t>kaamyab shadi.</w:t>
      </w:r>
    </w:p>
    <w:p>
      <w:pPr>
        <w:jc w:val="right"/>
      </w:pPr>
      <w:r>
        <w:t>کامیاب شادی۔</w:t>
      </w:r>
    </w:p>
    <w:p>
      <w:r>
        <w:rPr>
          <w:b/>
        </w:rPr>
        <w:t xml:space="preserve">[1:48:50] </w:t>
      </w:r>
      <w:r>
        <w:t>har shadi kaamyab shadi hai.</w:t>
      </w:r>
    </w:p>
    <w:p>
      <w:pPr>
        <w:jc w:val="right"/>
      </w:pPr>
      <w:r>
        <w:t>ہر شادی کامیاب شادی ہے۔</w:t>
      </w:r>
    </w:p>
    <w:p>
      <w:r>
        <w:rPr>
          <w:b/>
        </w:rPr>
        <w:t xml:space="preserve">[1:48:54] </w:t>
      </w:r>
      <w:r>
        <w:t>koi shadi nakaam shadi nahi.</w:t>
      </w:r>
    </w:p>
    <w:p>
      <w:pPr>
        <w:jc w:val="right"/>
      </w:pPr>
      <w:r>
        <w:t>کوئی شادی ناکام شادی نہیں۔</w:t>
      </w:r>
    </w:p>
    <w:p>
      <w:r>
        <w:rPr>
          <w:b/>
        </w:rPr>
        <w:t xml:space="preserve">[1:48:58] </w:t>
      </w:r>
      <w:r>
        <w:t>shart yeh hai ke aadmi fitrat ke qanoon ko jaane aur is ko apni shadi shuda zindagi mein istemal kare.</w:t>
      </w:r>
    </w:p>
    <w:p>
      <w:pPr>
        <w:jc w:val="right"/>
      </w:pPr>
      <w:r>
        <w:t>شرط یہ ہے کہ آدمی فطرت کے قانون کو جانے اور اس کو اپنی شادی شدہ زندگی میں استعمال کرے۔</w:t>
      </w:r>
    </w:p>
    <w:p>
      <w:r>
        <w:rPr>
          <w:b/>
        </w:rPr>
        <w:t xml:space="preserve">[1:49:03] </w:t>
      </w:r>
      <w:r>
        <w:t>khwah yeh qanoon is ki marzi ke mutabiq ho ya is ki marzi ke khilaf ho.</w:t>
      </w:r>
    </w:p>
    <w:p>
      <w:pPr>
        <w:jc w:val="right"/>
      </w:pPr>
      <w:r>
        <w:t>خواہ یہ قانون اس کی مرضی کے مطابق ہو یا اس کی مرضی کے خلاف ہو۔</w:t>
      </w:r>
    </w:p>
    <w:p>
      <w:r>
        <w:rPr>
          <w:b/>
        </w:rPr>
        <w:t xml:space="preserve">[1:49:07] </w:t>
      </w:r>
      <w:r>
        <w:t>har aurat aur har mard ko ek hi khaliq ne paida kiya hai aur khaliq ka ailaan hai</w:t>
      </w:r>
    </w:p>
    <w:p>
      <w:pPr>
        <w:jc w:val="right"/>
      </w:pPr>
      <w:r>
        <w:t>ہر عورت اور ہر مرد کو ایک ہی خالق نے پیدا کیا ہے اور خالق کا اعلان ہے</w:t>
      </w:r>
    </w:p>
    <w:p>
      <w:r>
        <w:rPr>
          <w:b/>
        </w:rPr>
        <w:t xml:space="preserve">[1:49:11] </w:t>
      </w:r>
      <w:r>
        <w:t>keh woh har insaan ko</w:t>
      </w:r>
    </w:p>
    <w:p>
      <w:pPr>
        <w:jc w:val="right"/>
      </w:pPr>
      <w:r>
        <w:t>کہ وہ ہر انسان کو</w:t>
      </w:r>
    </w:p>
    <w:p>
      <w:r>
        <w:rPr>
          <w:b/>
        </w:rPr>
        <w:t xml:space="preserve">[1:49:16] </w:t>
      </w:r>
      <w:r>
        <w:t>ehsan-e-taqweem par paida karta hai.</w:t>
      </w:r>
    </w:p>
    <w:p>
      <w:pPr>
        <w:jc w:val="right"/>
      </w:pPr>
      <w:r>
        <w:t>احسن تقویم پر پیدا کرتا ہے۔</w:t>
      </w:r>
    </w:p>
    <w:p>
      <w:r>
        <w:rPr>
          <w:b/>
        </w:rPr>
        <w:t xml:space="preserve">[1:49:21] </w:t>
      </w:r>
      <w:r>
        <w:t>agar aadmi is haqeeqat ko jaan le to kisi ki shadi kabhi nakaam shadi na bane.</w:t>
      </w:r>
    </w:p>
    <w:p>
      <w:pPr>
        <w:jc w:val="right"/>
      </w:pPr>
      <w:r>
        <w:t>اگر آدمی اس حقیقت کو جان لے تو کسی کی شادی کبھی ناکام شادی نہ بنے۔</w:t>
      </w:r>
    </w:p>
    <w:p>
      <w:r>
        <w:rPr>
          <w:b/>
        </w:rPr>
        <w:t xml:space="preserve">[1:49:26] </w:t>
      </w:r>
      <w:r>
        <w:t>quran mein aaya hai: "inna sa'yakum lashatta" yaani tumhari koshishein mukhtalif hain.</w:t>
      </w:r>
    </w:p>
    <w:p>
      <w:pPr>
        <w:jc w:val="right"/>
      </w:pPr>
      <w:r>
        <w:t>قرآن میں آیا ہے: "إن سعيكم لشتى" یعنی تمہاری کوششیں مختلف ہیں۔</w:t>
      </w:r>
    </w:p>
    <w:p>
      <w:r>
        <w:rPr>
          <w:b/>
        </w:rPr>
        <w:t xml:space="preserve">[1:49:31] </w:t>
      </w:r>
      <w:r>
        <w:t>Indeed, your striving is different.</w:t>
      </w:r>
    </w:p>
    <w:p>
      <w:pPr>
        <w:jc w:val="right"/>
      </w:pPr>
      <w:r>
        <w:t>Indeed, your striving is different.</w:t>
      </w:r>
    </w:p>
    <w:p>
      <w:r>
        <w:rPr>
          <w:b/>
        </w:rPr>
        <w:t xml:space="preserve">[1:49:36] </w:t>
      </w:r>
      <w:r>
        <w:t>اس آیت میں "different" کا لفظ کوششوں کے اختلاف کے لیے آیا ہے۔</w:t>
      </w:r>
    </w:p>
    <w:p>
      <w:pPr>
        <w:jc w:val="right"/>
      </w:pPr>
      <w:r>
        <w:t>اس آیت میں "ڈفرنٹ" کا لفظ کوششوں کے اختلاف کے لیے آیا ہے۔</w:t>
      </w:r>
    </w:p>
    <w:p>
      <w:r>
        <w:rPr>
          <w:b/>
        </w:rPr>
        <w:t xml:space="preserve">[1:49:41] </w:t>
      </w:r>
      <w:r>
        <w:t>"sa'i" ka lafz nateeje ko batata hai magar woh yahan</w:t>
      </w:r>
    </w:p>
    <w:p>
      <w:pPr>
        <w:jc w:val="right"/>
      </w:pPr>
      <w:r>
        <w:t>"سعی" کا لفظ نتیجے کو بتاتا ہے مگر وہ یہاں</w:t>
      </w:r>
    </w:p>
    <w:p>
      <w:r>
        <w:rPr>
          <w:b/>
        </w:rPr>
        <w:t xml:space="preserve">[1:49:46] </w:t>
      </w:r>
      <w:r>
        <w:t>sabab nateeje ke mani mein hai.</w:t>
      </w:r>
    </w:p>
    <w:p>
      <w:pPr>
        <w:jc w:val="right"/>
      </w:pPr>
      <w:r>
        <w:t>سبب نتیجہ کے معنی میں ہے۔</w:t>
      </w:r>
    </w:p>
    <w:p>
      <w:r>
        <w:rPr>
          <w:b/>
        </w:rPr>
        <w:t xml:space="preserve">[1:49:51] </w:t>
      </w:r>
      <w:r>
        <w:t>lekin sawal yeh hai ke logon ki koshishein mukhtalif kyun hoti hain? is ka sabab yeh hai ke</w:t>
      </w:r>
    </w:p>
    <w:p>
      <w:pPr>
        <w:jc w:val="right"/>
      </w:pPr>
      <w:r>
        <w:t>لیکن سوال یہ ہے کہ لوگوں کی کوششیں مختلف کیوں ہوتی ہیں؟ اس کا سبب یہ ہے کہ</w:t>
      </w:r>
    </w:p>
    <w:p>
      <w:r>
        <w:rPr>
          <w:b/>
        </w:rPr>
        <w:t xml:space="preserve">[1:49:56] </w:t>
      </w:r>
      <w:r>
        <w:t>har aurat aur mard ka mizaj doosre se mukhtalif hota hai.</w:t>
      </w:r>
    </w:p>
    <w:p>
      <w:pPr>
        <w:jc w:val="right"/>
      </w:pPr>
      <w:r>
        <w:t>ہر عورت اور مرد کا مزاج دوسرے سے مختلف ہوتا ہے۔</w:t>
      </w:r>
    </w:p>
    <w:p>
      <w:r>
        <w:rPr>
          <w:b/>
        </w:rPr>
        <w:t xml:space="preserve">[1:50:01] </w:t>
      </w:r>
      <w:r>
        <w:t>ہر عورت اور مرد کا کیس ہمیشہ مختلف کیس یا "different" کیس ہوتا ہے۔</w:t>
      </w:r>
    </w:p>
    <w:p>
      <w:pPr>
        <w:jc w:val="right"/>
      </w:pPr>
      <w:r>
        <w:t>ہر عورت اور مرد کا کیس ہمیشہ مختلف کیس یا "ڈفرنٹ" کیس ہوتا ہے۔</w:t>
      </w:r>
    </w:p>
    <w:p>
      <w:r>
        <w:rPr>
          <w:b/>
        </w:rPr>
        <w:t xml:space="preserve">[1:50:06] </w:t>
      </w:r>
      <w:r>
        <w:t>yeh ikhtilaf is liye hai taake log apni koshishon ko mukhtalif aitbaar se istemal karein aur zindagi mein</w:t>
      </w:r>
    </w:p>
    <w:p>
      <w:pPr>
        <w:jc w:val="right"/>
      </w:pPr>
      <w:r>
        <w:t>یہ اختلاف اس لیے ہے تاکہ لوگ اپنی کوششوں کو مختلف اعتبار سے استعمال کریں اور زندگی میں</w:t>
      </w:r>
    </w:p>
    <w:p>
      <w:r>
        <w:rPr>
          <w:b/>
        </w:rPr>
        <w:t xml:space="preserve">[1:50:11] </w:t>
      </w:r>
      <w:r>
        <w:t>har pehlu se taraqqi ka amal</w:t>
      </w:r>
    </w:p>
    <w:p>
      <w:pPr>
        <w:jc w:val="right"/>
      </w:pPr>
      <w:r>
        <w:t>ہر پہلو سے ترقی کا عمل</w:t>
      </w:r>
    </w:p>
    <w:p>
      <w:r>
        <w:rPr>
          <w:b/>
        </w:rPr>
        <w:t xml:space="preserve">[1:50:16] </w:t>
      </w:r>
      <w:r>
        <w:t>jaari ho. isi fitri haqeeqat ko janna shadi shuda zindagi ki kamyabi ka raaz hai. mard aur aurat dono agar is haqeeqat ko jaanein to woh daryaft kareinge ke "lashta" ya ikhtilaf ka yeh maamla fitrat ki zabaan mein ek paigham de raha hai. woh yeh ke log fitrat se takrane ke bajaye is se muwafqat karein. woh is maamle mein takrao ka tareeqa ikhtiyar na karein balkeh management ka ta</w:t>
      </w:r>
    </w:p>
    <w:p>
      <w:pPr>
        <w:jc w:val="right"/>
      </w:pPr>
      <w:r>
        <w:t>جاری ہو۔ اسی فطری حقیقت کو جاننا شادی شدہ زندگی کی کامیابی کا راز ہے۔ مرد اور عورت دونوں اگر اس حقیقت کو جانیں تو وہ دریافت کریں گے کہ "شتى" یا اختلاف کا یہ معاملہ فطرت کی زبان میں ایک پیغام دے رہا ہے۔ وہ یہ کہ لوگ فطرت سے ٹکرانے کے بجائے اس سے موافقت کریں۔ وہ اس معاملے میں ٹکراؤ کا طریقہ اختیار نہ کریں بلکہ مینجمنٹ کا ط</w:t>
      </w:r>
    </w:p>
    <w:p>
      <w:r>
        <w:rPr>
          <w:b/>
        </w:rPr>
        <w:t xml:space="preserve">[1:50:46] </w:t>
      </w:r>
      <w:r>
        <w:t>riqa ikhtiyar karein.</w:t>
      </w:r>
    </w:p>
    <w:p>
      <w:pPr>
        <w:jc w:val="right"/>
      </w:pPr>
      <w:r>
        <w:t>ریقہ اختیار کریں۔</w:t>
      </w:r>
    </w:p>
    <w:p>
      <w:r>
        <w:rPr>
          <w:b/>
        </w:rPr>
        <w:t xml:space="preserve">[1:50:54] </w:t>
      </w:r>
      <w:r>
        <w:t>They have to adopt the art of difference management in this regard.</w:t>
      </w:r>
    </w:p>
    <w:p>
      <w:pPr>
        <w:jc w:val="right"/>
      </w:pPr>
      <w:r>
        <w:t>They have to adopt the art of difference management in this regard.</w:t>
      </w:r>
    </w:p>
    <w:p>
      <w:r>
        <w:rPr>
          <w:b/>
        </w:rPr>
        <w:t xml:space="preserve">[1:51:03] </w:t>
      </w:r>
      <w:r>
        <w:t>is mamle mein takrao ka tareeqa sar ta sar be faida hai kyunke koi bhi shakhs fitrat ke</w:t>
      </w:r>
    </w:p>
    <w:p>
      <w:pPr>
        <w:jc w:val="right"/>
      </w:pPr>
      <w:r>
        <w:t>اس معاملے میں ٹکراؤ کا طریقہ سر تا سر بے فائدہ ہے کیونکہ کوئی بھی شخص فطرت کے</w:t>
      </w:r>
    </w:p>
    <w:p>
      <w:r>
        <w:rPr>
          <w:b/>
        </w:rPr>
        <w:t xml:space="preserve">[1:51:11] </w:t>
      </w:r>
      <w:r>
        <w:t>qanoon se larr kar jeet nahi sakta.</w:t>
      </w:r>
    </w:p>
    <w:p>
      <w:pPr>
        <w:jc w:val="right"/>
      </w:pPr>
      <w:r>
        <w:t>قانون سے لڑ کر جیت نہیں سکتا۔</w:t>
      </w:r>
    </w:p>
    <w:p>
      <w:r>
        <w:rPr>
          <w:b/>
        </w:rPr>
        <w:t xml:space="preserve">[1:51:19] </w:t>
      </w:r>
      <w:r>
        <w:t>jab takrao insaan aur fitrat ke qanoon ke darmiyan ho to haar hamesha insaan ko hogi, fitrat ke</w:t>
      </w:r>
    </w:p>
    <w:p>
      <w:pPr>
        <w:jc w:val="right"/>
      </w:pPr>
      <w:r>
        <w:t>جب ٹکراؤ انسان اور فطرت کے قانون کے درمیان ہو تو ہار ہمیشہ انسان کو ہوگی، فطرت کے</w:t>
      </w:r>
    </w:p>
    <w:p>
      <w:r>
        <w:rPr>
          <w:b/>
        </w:rPr>
        <w:t xml:space="preserve">[1:51:28] </w:t>
      </w:r>
      <w:r>
        <w:t>qanoon ko nahi.</w:t>
      </w:r>
    </w:p>
    <w:p>
      <w:pPr>
        <w:jc w:val="right"/>
      </w:pPr>
      <w:r>
        <w:t>قانون کو نہیں۔</w:t>
      </w:r>
    </w:p>
    <w:p>
      <w:r>
        <w:rPr>
          <w:b/>
        </w:rPr>
        <w:t xml:space="preserve">[1:51:36] </w:t>
      </w:r>
      <w:r>
        <w:t>Misadventurism.</w:t>
      </w:r>
    </w:p>
    <w:p>
      <w:pPr>
        <w:jc w:val="right"/>
      </w:pPr>
      <w:r>
        <w:t>Misadventurism.</w:t>
      </w:r>
    </w:p>
    <w:p>
      <w:r>
        <w:rPr>
          <w:b/>
        </w:rPr>
        <w:t xml:space="preserve">[1:51:40] </w:t>
      </w:r>
      <w:r>
        <w:t>انسان فطری طور پر باہمت یا Adventist پیدا ہوا ہے۔</w:t>
      </w:r>
    </w:p>
    <w:p>
      <w:pPr>
        <w:jc w:val="right"/>
      </w:pPr>
      <w:r>
        <w:t>انسان فطری طور پر باہمت یا ایڈونچرسٹ پیدا ہوا ہے۔</w:t>
      </w:r>
    </w:p>
    <w:p>
      <w:r>
        <w:rPr>
          <w:b/>
        </w:rPr>
        <w:t xml:space="preserve">[1:51:44] </w:t>
      </w:r>
      <w:r>
        <w:t>agar aadmi himmat wala na ho to woh koi iqdam nahi karega aur nateeja yeh hoga ke</w:t>
      </w:r>
    </w:p>
    <w:p>
      <w:pPr>
        <w:jc w:val="right"/>
      </w:pPr>
      <w:r>
        <w:t>اگر آدمی ہمت والا نہ ہو تو وہ کوئی اقدام نہیں کرے گا اور نتیجہ یہ ہوگا کہ</w:t>
      </w:r>
    </w:p>
    <w:p>
      <w:r>
        <w:rPr>
          <w:b/>
        </w:rPr>
        <w:t xml:space="preserve">[1:51:47] </w:t>
      </w:r>
      <w:r>
        <w:t>woh koi kaam apni zindagi mein nahi kar payega.</w:t>
      </w:r>
    </w:p>
    <w:p>
      <w:pPr>
        <w:jc w:val="right"/>
      </w:pPr>
      <w:r>
        <w:t>وہ کوئی کام اپنی زندگی میں نہیں کر پائے گا۔</w:t>
      </w:r>
    </w:p>
    <w:p>
      <w:r>
        <w:rPr>
          <w:b/>
        </w:rPr>
        <w:t xml:space="preserve">[1:51:51] </w:t>
      </w:r>
      <w:r>
        <w:t>fitrat ya nature aadmi ko ubharti hai ke woh apni zindagi ko kisi kaam mein lagaye.</w:t>
      </w:r>
    </w:p>
    <w:p>
      <w:pPr>
        <w:jc w:val="right"/>
      </w:pPr>
      <w:r>
        <w:t>فطرت یا نیچر آدمی کو ابھارتی ہے کہ وہ اپنی زندگی کو کسی کام میں لگائے۔</w:t>
      </w:r>
    </w:p>
    <w:p>
      <w:r>
        <w:rPr>
          <w:b/>
        </w:rPr>
        <w:t xml:space="preserve">[1:51:55] </w:t>
      </w:r>
      <w:r>
        <w:t>woh kuch karne wala bane.</w:t>
      </w:r>
    </w:p>
    <w:p>
      <w:pPr>
        <w:jc w:val="right"/>
      </w:pPr>
      <w:r>
        <w:t>وہ کچھ کرنے والا بنے۔</w:t>
      </w:r>
    </w:p>
    <w:p>
      <w:r>
        <w:rPr>
          <w:b/>
        </w:rPr>
        <w:t xml:space="preserve">[1:51:59] </w:t>
      </w:r>
      <w:r>
        <w:t>woh apni salahiyaton ko mufeed kaam mein lagaye.</w:t>
      </w:r>
    </w:p>
    <w:p>
      <w:pPr>
        <w:jc w:val="right"/>
      </w:pPr>
      <w:r>
        <w:t>وہ اپنی صلاحیتوں کو مفید کام میں لگائے۔</w:t>
      </w:r>
    </w:p>
    <w:p>
      <w:r>
        <w:rPr>
          <w:b/>
        </w:rPr>
        <w:t xml:space="preserve">[1:52:03] </w:t>
      </w:r>
      <w:r>
        <w:t>is jazbe ki bina par</w:t>
      </w:r>
    </w:p>
    <w:p>
      <w:pPr>
        <w:jc w:val="right"/>
      </w:pPr>
      <w:r>
        <w:t>اس جذبے کی بنا پر</w:t>
      </w:r>
    </w:p>
    <w:p>
      <w:r>
        <w:rPr>
          <w:b/>
        </w:rPr>
        <w:t xml:space="preserve">[1:52:06] </w:t>
      </w:r>
      <w:r>
        <w:t>aadmi fitri tor par adventurer ban jata hai.</w:t>
      </w:r>
    </w:p>
    <w:p>
      <w:pPr>
        <w:jc w:val="right"/>
      </w:pPr>
      <w:r>
        <w:t>آدمی فطری طور پر ایڈونچرسٹ بن جاتا ہے۔</w:t>
      </w:r>
    </w:p>
    <w:p>
      <w:r>
        <w:rPr>
          <w:b/>
        </w:rPr>
        <w:t xml:space="preserve">[1:52:11] </w:t>
      </w:r>
      <w:r>
        <w:t>woh qadam ka tareeqa ikhtiyar karta hai lekin tajruba batata hai ke adventure bahut aasani se misadventure</w:t>
      </w:r>
    </w:p>
    <w:p>
      <w:pPr>
        <w:jc w:val="right"/>
      </w:pPr>
      <w:r>
        <w:t>وہ اقدام کا طریقہ اختیار کرتا ہے لیکن تجربہ بتاتا ہے کہ ایڈونچرزم بہت آسانی سے مس ایڈونچرزم</w:t>
      </w:r>
    </w:p>
    <w:p>
      <w:r>
        <w:rPr>
          <w:b/>
        </w:rPr>
        <w:t xml:space="preserve">[1:52:16] </w:t>
      </w:r>
      <w:r>
        <w:t>ban jati hai.</w:t>
      </w:r>
    </w:p>
    <w:p>
      <w:pPr>
        <w:jc w:val="right"/>
      </w:pPr>
      <w:r>
        <w:t>بن جاتی ہے۔</w:t>
      </w:r>
    </w:p>
    <w:p>
      <w:r>
        <w:rPr>
          <w:b/>
        </w:rPr>
        <w:t xml:space="preserve">[1:52:21] </w:t>
      </w:r>
      <w:r>
        <w:t>aur phir aadmi ke hisse mein faide ke bajaye nuqsan aata hai.</w:t>
      </w:r>
    </w:p>
    <w:p>
      <w:pPr>
        <w:jc w:val="right"/>
      </w:pPr>
      <w:r>
        <w:t>اور پھر آدمی کے حصے میں فائدے کے بجائے نقصان آتا ہے۔</w:t>
      </w:r>
    </w:p>
    <w:p>
      <w:r>
        <w:rPr>
          <w:b/>
        </w:rPr>
        <w:t xml:space="preserve">[1:52:26] </w:t>
      </w:r>
      <w:r>
        <w:t>adventure aur misadventure ke darmiyan aik bareek line ya thin line hai jo aik doosre ko juda karti hai.</w:t>
      </w:r>
    </w:p>
    <w:p>
      <w:pPr>
        <w:jc w:val="right"/>
      </w:pPr>
      <w:r>
        <w:t>ایڈونچر اور مس ایڈونچر کے درمیان ایک باریک لائن یا تھن لائن ہے جو ایک دوسرے کو جدا کرتی ہے۔</w:t>
      </w:r>
    </w:p>
    <w:p>
      <w:r>
        <w:rPr>
          <w:b/>
        </w:rPr>
        <w:t xml:space="preserve">[1:52:31] </w:t>
      </w:r>
      <w:r>
        <w:t>woh yeh ke adventure hamesha well</w:t>
      </w:r>
    </w:p>
    <w:p>
      <w:pPr>
        <w:jc w:val="right"/>
      </w:pPr>
      <w:r>
        <w:t>وہ یہ کہ ایڈونچرزم ہمیشہ ویل کی</w:t>
      </w:r>
    </w:p>
    <w:p>
      <w:r>
        <w:rPr>
          <w:b/>
        </w:rPr>
        <w:t xml:space="preserve">[1:52:36] </w:t>
      </w:r>
      <w:r>
        <w:t>calculated hona chahiye, na ke sirf josh ke tehat kiya hua qadam amal.</w:t>
      </w:r>
    </w:p>
    <w:p>
      <w:pPr>
        <w:jc w:val="right"/>
      </w:pPr>
      <w:r>
        <w:t>لکولیٹڈ ہونا چاہیے، نہ کہ محض جوش کے تحت کیا ہوا اقدام عمل۔</w:t>
      </w:r>
    </w:p>
    <w:p>
      <w:r>
        <w:rPr>
          <w:b/>
        </w:rPr>
        <w:t xml:space="preserve">[1:52:42] </w:t>
      </w:r>
      <w:r>
        <w:t>josh ke tehat kiya hua qadam hamesha nakaam hota hai aur well calculated qadam hamesha kaamyaab hota hai.</w:t>
      </w:r>
    </w:p>
    <w:p>
      <w:pPr>
        <w:jc w:val="right"/>
      </w:pPr>
      <w:r>
        <w:t>جوش کے تحت کیا ہوا اقدام ہمیشہ ناکام ہوتا ہے اور ویل کیلکولیٹڈ اقدام ہمیشہ کامیاب ہوتا ہے۔</w:t>
      </w:r>
    </w:p>
    <w:p>
      <w:r>
        <w:rPr>
          <w:b/>
        </w:rPr>
        <w:t xml:space="preserve">[1:52:48] </w:t>
      </w:r>
      <w:r>
        <w:t>zaroori hai ke aadmi ke andar josh ke sath aql bhi ho.</w:t>
      </w:r>
    </w:p>
    <w:p>
      <w:pPr>
        <w:jc w:val="right"/>
      </w:pPr>
      <w:r>
        <w:t>ضروری ہے کہ آدمی کے اندر جوش کے ساتھ عقل بھی ہو۔</w:t>
      </w:r>
    </w:p>
    <w:p>
      <w:r>
        <w:rPr>
          <w:b/>
        </w:rPr>
        <w:t xml:space="preserve">[1:52:54] </w:t>
      </w:r>
      <w:r>
        <w:t>woh qadam ke jazbe ke tehat yeh bhi jaane ke kya cheez us ke liye qabil-e-husool hai</w:t>
      </w:r>
    </w:p>
    <w:p>
      <w:pPr>
        <w:jc w:val="right"/>
      </w:pPr>
      <w:r>
        <w:t>وہ اقدام کے جذبے کے تحت یہ بھی جانے کہ کیا چیز اس کے لیے قابل حصول ہے</w:t>
      </w:r>
    </w:p>
    <w:p>
      <w:r>
        <w:rPr>
          <w:b/>
        </w:rPr>
        <w:t xml:space="preserve">[1:53:00] </w:t>
      </w:r>
      <w:r>
        <w:t>aur kya cheez us ke liye qabil-e-husool nahi. Kya</w:t>
      </w:r>
    </w:p>
    <w:p>
      <w:pPr>
        <w:jc w:val="right"/>
      </w:pPr>
      <w:r>
        <w:t>اور کیا چیز اس کے لیے قابل حصول نہیں۔ کیا</w:t>
      </w:r>
    </w:p>
    <w:p>
      <w:r>
        <w:rPr>
          <w:b/>
        </w:rPr>
        <w:t xml:space="preserve">[1:53:06] </w:t>
      </w:r>
      <w:r>
        <w:t>cheez us ke bas ki hai aur kya cheez amal'an us ke bas se bahar hai.</w:t>
      </w:r>
    </w:p>
    <w:p>
      <w:pPr>
        <w:jc w:val="right"/>
      </w:pPr>
      <w:r>
        <w:t>چیز اس کے بس کی ہے اور کیا چیز عملاً اس کے بس سے باہر ہے۔</w:t>
      </w:r>
    </w:p>
    <w:p>
      <w:r>
        <w:rPr>
          <w:b/>
        </w:rPr>
        <w:t xml:space="preserve">[1:53:11] </w:t>
      </w:r>
      <w:r>
        <w:t>kisi bhi kaam mein peshgi tor par yeh dekhna zaroori hai ke kya cheez mumkin-ul-amal ya possible</w:t>
      </w:r>
    </w:p>
    <w:p>
      <w:pPr>
        <w:jc w:val="right"/>
      </w:pPr>
      <w:r>
        <w:t>کسی بھی کام میں پیشگی طور پر یہ دیکھنا ضروری ہے کہ کیا چیز ممکن العمل یا پوسیبل</w:t>
      </w:r>
    </w:p>
    <w:p>
      <w:r>
        <w:rPr>
          <w:b/>
        </w:rPr>
        <w:t xml:space="preserve">[1:53:15] </w:t>
      </w:r>
      <w:r>
        <w:t>hai aur kya cheez nahi.</w:t>
      </w:r>
    </w:p>
    <w:p>
      <w:pPr>
        <w:jc w:val="right"/>
      </w:pPr>
      <w:r>
        <w:t>ہے اور کیا چیز نہیں۔</w:t>
      </w:r>
    </w:p>
    <w:p>
      <w:r>
        <w:rPr>
          <w:b/>
        </w:rPr>
        <w:t xml:space="preserve">[1:53:19] </w:t>
      </w:r>
      <w:r>
        <w:t>kisi aadmi ke liye behtareen aqalmandi yeh hai ke woh aisa kaam kare jo us ke bas ka kaam ho.</w:t>
      </w:r>
    </w:p>
    <w:p>
      <w:pPr>
        <w:jc w:val="right"/>
      </w:pPr>
      <w:r>
        <w:t>کسی آدمی کے لیے بہترین عقلمندی یہ ہے کہ وہ ایسا کام کرے جو اس کے بس کا کام ہو۔</w:t>
      </w:r>
    </w:p>
    <w:p>
      <w:r>
        <w:rPr>
          <w:b/>
        </w:rPr>
        <w:t xml:space="preserve">[1:53:24] </w:t>
      </w:r>
      <w:r>
        <w:t>jo kaam us ke bas ka na ho, us ko karne se behtar hai ke aadmi sarr-e-aam</w:t>
      </w:r>
    </w:p>
    <w:p>
      <w:pPr>
        <w:jc w:val="right"/>
      </w:pPr>
      <w:r>
        <w:t>جو کام اس کے بس کا نہ ہو، اس کو کرنے سے بہتر ہے کہ آدمی سرے سے</w:t>
      </w:r>
    </w:p>
    <w:p>
      <w:r>
        <w:rPr>
          <w:b/>
        </w:rPr>
        <w:t xml:space="preserve">[1:53:28] </w:t>
      </w:r>
      <w:r>
        <w:t>kaam hi na kare.</w:t>
      </w:r>
    </w:p>
    <w:p>
      <w:pPr>
        <w:jc w:val="right"/>
      </w:pPr>
      <w:r>
        <w:t>کام ہی نہ کرے۔</w:t>
      </w:r>
    </w:p>
    <w:p>
      <w:r>
        <w:rPr>
          <w:b/>
        </w:rPr>
        <w:t xml:space="preserve">[1:53:32] </w:t>
      </w:r>
      <w:r>
        <w:t>kaam na karne se jo cheez pesh aati hai, woh</w:t>
      </w:r>
    </w:p>
    <w:p>
      <w:pPr>
        <w:jc w:val="right"/>
      </w:pPr>
      <w:r>
        <w:t>کام نہ کرنے سے جو چیز پیش آتی ہے، وہ</w:t>
      </w:r>
    </w:p>
    <w:p>
      <w:r>
        <w:rPr>
          <w:b/>
        </w:rPr>
        <w:t xml:space="preserve">[1:53:37] </w:t>
      </w:r>
      <w:r>
        <w:t>sirf kami hai. lekin josh ke tehat kood padna is se zyada ghalat hai aur woh hai na qabil e talafi nuqsan.</w:t>
      </w:r>
    </w:p>
    <w:p>
      <w:pPr>
        <w:jc w:val="right"/>
      </w:pPr>
      <w:r>
        <w:t>صرف کمی ہے۔ لیکن جوش کے تحت کود پڑنا اس سے زیادہ غلط ہے اور وہ ہے ناقابل تلافی نقصان۔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