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Who Deserve Paradise July 29, 2017</w:t>
      </w:r>
    </w:p>
    <w:p>
      <w:r>
        <w:t>https://www.youtube.com/watch?v=lU3Lf-9oslM</w:t>
      </w:r>
    </w:p>
    <w:p>
      <w:r>
        <w:rPr>
          <w:b/>
        </w:rPr>
        <w:t xml:space="preserve">[00:14] </w:t>
      </w:r>
      <w:r>
        <w:t>bismillah hir rahman nir rahim, wa salallahu ala nabiyyil karim.</w:t>
      </w:r>
    </w:p>
    <w:p>
      <w:pPr>
        <w:jc w:val="right"/>
      </w:pPr>
      <w:r>
        <w:t>بسم اللہ الرحمن الرحیم، وصلی اللہ علی نبی الکریم۔</w:t>
      </w:r>
    </w:p>
    <w:p>
      <w:r>
        <w:rPr>
          <w:b/>
        </w:rPr>
        <w:t xml:space="preserve">[00:25] </w:t>
      </w:r>
      <w:r>
        <w:t>29 july 2017.</w:t>
      </w:r>
    </w:p>
    <w:p>
      <w:pPr>
        <w:jc w:val="right"/>
      </w:pPr>
      <w:r>
        <w:t>29 جولائی 2017۔</w:t>
      </w:r>
    </w:p>
    <w:p>
      <w:r>
        <w:rPr>
          <w:b/>
        </w:rPr>
        <w:t xml:space="preserve">[00:34] </w:t>
      </w:r>
      <w:r>
        <w:t>aaj ki talk mein ek waqeye se shuru karna chahta hoon.</w:t>
      </w:r>
    </w:p>
    <w:p>
      <w:pPr>
        <w:jc w:val="right"/>
      </w:pPr>
      <w:r>
        <w:t>آج کی ٹاک میں ایک واقعے سے شروع کرنا چاہتا ہوں۔</w:t>
      </w:r>
    </w:p>
    <w:p>
      <w:r>
        <w:rPr>
          <w:b/>
        </w:rPr>
        <w:t xml:space="preserve">[00:45] </w:t>
      </w:r>
      <w:r>
        <w:t>hamare ek saathi bigdoor mein hain, sarah fatima. aap jante hain ke woh peoples of islam witdcalate rahe.</w:t>
      </w:r>
    </w:p>
    <w:p>
      <w:pPr>
        <w:jc w:val="right"/>
      </w:pPr>
      <w:r>
        <w:t>ہمارے ایک ساتھی بگڈور میں ہیں، سارہ فاطمہ۔ آپ جانتے ہیں کہ وہ پیپلز آف اسلام ویٹ ڈکالتے رہے۔</w:t>
      </w:r>
    </w:p>
    <w:p>
      <w:r>
        <w:rPr>
          <w:b/>
        </w:rPr>
        <w:t xml:space="preserve">[01:00] </w:t>
      </w:r>
      <w:r>
        <w:t>to woh bachon ko</w:t>
      </w:r>
    </w:p>
    <w:p>
      <w:pPr>
        <w:jc w:val="right"/>
      </w:pPr>
      <w:r>
        <w:t>تو وہ بچوں کو</w:t>
      </w:r>
    </w:p>
    <w:p>
      <w:r>
        <w:rPr>
          <w:b/>
        </w:rPr>
        <w:t xml:space="preserve">[01:06] </w:t>
      </w:r>
      <w:r>
        <w:t>class bhi leti rehti hain. to unhon ne bataya ke ek baar english school ke kuch bachon ko woh class liya unhon ne,</w:t>
      </w:r>
    </w:p>
    <w:p>
      <w:pPr>
        <w:jc w:val="right"/>
      </w:pPr>
      <w:r>
        <w:t>کلاس بھی لیتی رہتی ہیں۔ تو انہوں نے بتایا کہ ایک بار انگلش اسکول کے کچھ بچوں کو وہ کلاس لیا انہوں نے،</w:t>
      </w:r>
    </w:p>
    <w:p>
      <w:r>
        <w:rPr>
          <w:b/>
        </w:rPr>
        <w:t xml:space="preserve">[01:21] </w:t>
      </w:r>
      <w:r>
        <w:t>aur kuch akhirat aur jannat ke bare mein bataya un ko. to akhir mein unhon ne poocha bachon se ke jannat mein</w:t>
      </w:r>
    </w:p>
    <w:p>
      <w:pPr>
        <w:jc w:val="right"/>
      </w:pPr>
      <w:r>
        <w:t>اور کچھ آخرت اور جنت کے بارے میں بتایا ان کو۔ تو آخر میں انہوں نے پوچھا بچوں سے کہ جنت میں</w:t>
      </w:r>
    </w:p>
    <w:p>
      <w:r>
        <w:rPr>
          <w:b/>
        </w:rPr>
        <w:t xml:space="preserve">[01:37] </w:t>
      </w:r>
      <w:r>
        <w:t>dakhla paane ki shart kya hai?</w:t>
      </w:r>
    </w:p>
    <w:p>
      <w:pPr>
        <w:jc w:val="right"/>
      </w:pPr>
      <w:r>
        <w:t>داخلہ پانے کی شرط کیا ہے؟</w:t>
      </w:r>
    </w:p>
    <w:p>
      <w:r>
        <w:rPr>
          <w:b/>
        </w:rPr>
        <w:t xml:space="preserve">[01:44] </w:t>
      </w:r>
      <w:r>
        <w:t>to ek bache ne kaha: "first i have to die."</w:t>
      </w:r>
    </w:p>
    <w:p>
      <w:pPr>
        <w:jc w:val="right"/>
      </w:pPr>
      <w:r>
        <w:t>تو ایک بچے نے کہا: "First I have to die."</w:t>
      </w:r>
    </w:p>
    <w:p>
      <w:r>
        <w:rPr>
          <w:b/>
        </w:rPr>
        <w:t xml:space="preserve">[01:54] </w:t>
      </w:r>
      <w:r>
        <w:t>"first i have to die." sab se pehle mujhe is ke liye marna hoga. to bache ne yeh samjha ke jab maut aaye gi to apne aap hum jannat mein honge.</w:t>
      </w:r>
    </w:p>
    <w:p>
      <w:pPr>
        <w:jc w:val="right"/>
      </w:pPr>
      <w:r>
        <w:t>"First I have to die." سب سے پہلے مجھے اس کے لیے مرنا ہوگا۔ تو بچے نے یہ سمجھا کہ جب موت آئے گی تو اپنے آپ ہم جنت میں ہوں گے۔</w:t>
      </w:r>
    </w:p>
    <w:p>
      <w:r>
        <w:rPr>
          <w:b/>
        </w:rPr>
        <w:t xml:space="preserve">[02:15] </w:t>
      </w:r>
      <w:r>
        <w:t>dekhiye,</w:t>
      </w:r>
    </w:p>
    <w:p>
      <w:pPr>
        <w:jc w:val="right"/>
      </w:pPr>
      <w:r>
        <w:t>دیکھیے،</w:t>
      </w:r>
    </w:p>
    <w:p>
      <w:r>
        <w:rPr>
          <w:b/>
        </w:rPr>
        <w:t xml:space="preserve">[02:19] </w:t>
      </w:r>
      <w:r>
        <w:t>jannat ka maamla apne aap entry paane ka maamla nahi hai.</w:t>
      </w:r>
    </w:p>
    <w:p>
      <w:pPr>
        <w:jc w:val="right"/>
      </w:pPr>
      <w:r>
        <w:t>جنت کا معاملہ اپنے آپ انٹری پانے کا معاملہ نہیں ہے۔</w:t>
      </w:r>
    </w:p>
    <w:p>
      <w:r>
        <w:rPr>
          <w:b/>
        </w:rPr>
        <w:t xml:space="preserve">[02:32] </w:t>
      </w:r>
      <w:r>
        <w:t>marne se pehle hamein apne aap ko jannat wala banana pare ga. tab marne ke baad hamein jannat mil jaye gi.</w:t>
      </w:r>
    </w:p>
    <w:p>
      <w:pPr>
        <w:jc w:val="right"/>
      </w:pPr>
      <w:r>
        <w:t>مرنے سے پہلے ہمیں اپنے آپ کو جنت والا بنانا پڑے گا۔ تب مرنے کے بعد ہمیں جنت مل جائے گی۔</w:t>
      </w:r>
    </w:p>
    <w:p>
      <w:r>
        <w:rPr>
          <w:b/>
        </w:rPr>
        <w:t xml:space="preserve">[02:46] </w:t>
      </w:r>
      <w:r>
        <w:t>quran mein aik ayat hai, us ke alfaaz yeh hain:</w:t>
      </w:r>
    </w:p>
    <w:p>
      <w:pPr>
        <w:jc w:val="right"/>
      </w:pPr>
      <w:r>
        <w:t>قرآن میں ایک آیت ہے، اس کے الفاظ یہ ہیں:</w:t>
      </w:r>
    </w:p>
    <w:p>
      <w:r>
        <w:rPr>
          <w:b/>
        </w:rPr>
        <w:t xml:space="preserve">[02:53] </w:t>
      </w:r>
      <w:r>
        <w:t>"wa yudkhiluhumul jannata rrafialoon." allah un ko jannat mein dakhil karega jis ki unhein pehchan kara di hai.</w:t>
      </w:r>
    </w:p>
    <w:p>
      <w:pPr>
        <w:jc w:val="right"/>
      </w:pPr>
      <w:r>
        <w:t>"وَيُدْخَلُوهُمُ الْجَنَةَ الرَّفَعَالُونَ." اللہ ان کو جنت میں داخل کرے گا جس کی انہیں پہچان کرا دی ہے۔</w:t>
      </w:r>
    </w:p>
    <w:p>
      <w:r>
        <w:rPr>
          <w:b/>
        </w:rPr>
        <w:t xml:space="preserve">[03:06] </w:t>
      </w:r>
      <w:r>
        <w:t>to yahan maut se pehle jannat ki marifat hai, maut ke baad jannat mein dakhila hai.</w:t>
      </w:r>
    </w:p>
    <w:p>
      <w:pPr>
        <w:jc w:val="right"/>
      </w:pPr>
      <w:r>
        <w:t>تو یہاں موت سے پہلے جنت کی معرفت ہے، موت کے بعد جنت میں داخلہ ہے۔</w:t>
      </w:r>
    </w:p>
    <w:p>
      <w:r>
        <w:rPr>
          <w:b/>
        </w:rPr>
        <w:t xml:space="preserve">[03:18] </w:t>
      </w:r>
      <w:r>
        <w:t>marifat ka matlab kya hai?</w:t>
      </w:r>
    </w:p>
    <w:p>
      <w:pPr>
        <w:jc w:val="right"/>
      </w:pPr>
      <w:r>
        <w:t>معرفت کا مطلب کیا ہے؟</w:t>
      </w:r>
    </w:p>
    <w:p>
      <w:r>
        <w:rPr>
          <w:b/>
        </w:rPr>
        <w:t xml:space="preserve">[03:23] </w:t>
      </w:r>
      <w:r>
        <w:t>marifat koi saada baat nahi, yeh self discovred marifat ka muamla hai. self discovred marifat yani aik aadmi allah rab ul alameen ko discovred karta hai,</w:t>
      </w:r>
    </w:p>
    <w:p>
      <w:pPr>
        <w:jc w:val="right"/>
      </w:pPr>
      <w:r>
        <w:t>معرفت کوئی سادہ بات نہیں، یہ سیلف ڈسکورڈ معرفت کا معاملہ ہے۔ سیلف ڈسکورڈ معرفت یعنی ایک آدمی اللہ رب العالمین کو ڈسکور کرتا ہے،</w:t>
      </w:r>
    </w:p>
    <w:p>
      <w:r>
        <w:rPr>
          <w:b/>
        </w:rPr>
        <w:t xml:space="preserve">[03:44] </w:t>
      </w:r>
      <w:r>
        <w:t>woh is par iman lata hai, phir us ki marifat barhti hai, us ke iman mein izafa hota hai.</w:t>
      </w:r>
    </w:p>
    <w:p>
      <w:pPr>
        <w:jc w:val="right"/>
      </w:pPr>
      <w:r>
        <w:t>وہ اس پر ایمان لاتا ہے، پھر اس کی معرفت بڑھتی ہے، اس کے ایمان میں اضافہ ہوتا ہے۔</w:t>
      </w:r>
    </w:p>
    <w:p>
      <w:r>
        <w:rPr>
          <w:b/>
        </w:rPr>
        <w:t xml:space="preserve">[03:56] </w:t>
      </w:r>
      <w:r>
        <w:t>woh aik intellectual person, woh aik intellectually developed personality ban jata hai. to aik process hai jis process ka culmination hai jannat ki marifat.</w:t>
      </w:r>
    </w:p>
    <w:p>
      <w:pPr>
        <w:jc w:val="right"/>
      </w:pPr>
      <w:r>
        <w:t>وہ ایک انٹلیکچول پرسن، وہ ایک انٹلیکچولی ڈیولپڈ پرسنالٹی بن جاتا ہے۔ تو ایک پروسیس ہے جس پروسیس کا کلمیشن ہے جنت کی معرفت۔</w:t>
      </w:r>
    </w:p>
    <w:p>
      <w:r>
        <w:rPr>
          <w:b/>
        </w:rPr>
        <w:t xml:space="preserve">[04:16] </w:t>
      </w:r>
      <w:r>
        <w:t>yani aap</w:t>
      </w:r>
    </w:p>
    <w:p>
      <w:pPr>
        <w:jc w:val="right"/>
      </w:pPr>
      <w:r>
        <w:t>یعنی آپ</w:t>
      </w:r>
    </w:p>
    <w:p>
      <w:r>
        <w:rPr>
          <w:b/>
        </w:rPr>
        <w:t xml:space="preserve">[04:19] </w:t>
      </w:r>
      <w:r>
        <w:t>seekhar bante hain, phir aap allah rab ul alameen ko discovred karte hain, phir allah rab ul alameen ki us ki authenticity ko discovred karte hain, phir aap jannat ko discovred karte hain,</w:t>
      </w:r>
    </w:p>
    <w:p>
      <w:pPr>
        <w:jc w:val="right"/>
      </w:pPr>
      <w:r>
        <w:t>سیکھر بنتے ہیں، پھر آپ اللہ رب العالمین کو ڈسکور کرتے ہیں، پھر اللہ رب العالمین کی اس کی اتھینٹس کو ڈسکور کرتے ہیں، پھر آپ جنت کو ڈسکور کرتے ہیں،</w:t>
      </w:r>
    </w:p>
    <w:p>
      <w:r>
        <w:rPr>
          <w:b/>
        </w:rPr>
        <w:t xml:space="preserve">[04:34] </w:t>
      </w:r>
      <w:r>
        <w:t>phir aap jannat mein</w:t>
      </w:r>
    </w:p>
    <w:p>
      <w:pPr>
        <w:jc w:val="right"/>
      </w:pPr>
      <w:r>
        <w:t>پھر آپ جنت میں</w:t>
      </w:r>
    </w:p>
    <w:p>
      <w:r>
        <w:rPr>
          <w:b/>
        </w:rPr>
        <w:t xml:space="preserve">[04:39] </w:t>
      </w:r>
      <w:r>
        <w:t>goya ke jeene lagte hain isi dunya mein.</w:t>
      </w:r>
    </w:p>
    <w:p>
      <w:pPr>
        <w:jc w:val="right"/>
      </w:pPr>
      <w:r>
        <w:t>گویا کہ جینے لگتے ہیں اسی دنیا میں۔</w:t>
      </w:r>
    </w:p>
    <w:p>
      <w:r>
        <w:rPr>
          <w:b/>
        </w:rPr>
        <w:t xml:space="preserve">[04:47] </w:t>
      </w:r>
      <w:r>
        <w:t>jannat ki marifat ke mani hain jannat ki itni gehri yaft hona ke aap ke mind mein, aap ke dil mein woh sama jaye.</w:t>
      </w:r>
    </w:p>
    <w:p>
      <w:pPr>
        <w:jc w:val="right"/>
      </w:pPr>
      <w:r>
        <w:t>جنت کی معرفت کے معنی ہیں جنت کی اتنی گہری یافت ہونا کہ آپ کے مائنڈ میں، آپ کے دل میں وہ سما جائے۔</w:t>
      </w:r>
    </w:p>
    <w:p>
      <w:r>
        <w:rPr>
          <w:b/>
        </w:rPr>
        <w:t xml:space="preserve">[04:59] </w:t>
      </w:r>
      <w:r>
        <w:t>woh sama jaye. phir dekhiye,</w:t>
      </w:r>
    </w:p>
    <w:p>
      <w:pPr>
        <w:jc w:val="right"/>
      </w:pPr>
      <w:r>
        <w:t>وہ سما جائے۔ پھر دیکھیے،</w:t>
      </w:r>
    </w:p>
    <w:p>
      <w:r>
        <w:rPr>
          <w:b/>
        </w:rPr>
        <w:t xml:space="preserve">[05:05] </w:t>
      </w:r>
      <w:r>
        <w:t>quran mein bataya gaya hai ke jab jannat wale jannat mein dakhil honge, wahan un ko jannat ki nematein milegi to kahenge: "hathallathi ruziqna min qablu wa tubah bilmisabih." yani jannat mein jo nemat milegi un ko, jo nematein hain,</w:t>
      </w:r>
    </w:p>
    <w:p>
      <w:pPr>
        <w:jc w:val="right"/>
      </w:pPr>
      <w:r>
        <w:t>قرآن میں بتایا گیا ہے کہ جب جنت والے جنت میں داخل ہوں گے، وہاں ان کو جنت کی نعمتیں ملیں گی تو کہیں گے: "ھذا الذی رزقنا من قبل وطوبہ بلتسابہ." یعنی جنت میں جو نعمت ملے گی ان کو، جو نعمتیں ہیں،</w:t>
      </w:r>
    </w:p>
    <w:p>
      <w:r>
        <w:rPr>
          <w:b/>
        </w:rPr>
        <w:t xml:space="preserve">[05:29] </w:t>
      </w:r>
      <w:r>
        <w:t>woh asal jannat ke biltasabe hongi, us ke misl hongi. to jannat wale jab un ko payenge to kahenge: "yeh to wohi cheez hai jo hamein dunya mein mili thi." is ke mani kya hue?</w:t>
      </w:r>
    </w:p>
    <w:p>
      <w:pPr>
        <w:jc w:val="right"/>
      </w:pPr>
      <w:r>
        <w:t>وہ اصل جنت کے بلتسابے ہوں گی، اس کے مثل ہوں گی۔ تو جنت والے جب ان کو پائیں گے تو کہیں گے: "یہ تو وہی چیز ہے جو ہمیں دنیا میں ملی تھی۔" اس کے معنی کیا ہوئے؟</w:t>
      </w:r>
    </w:p>
    <w:p>
      <w:r>
        <w:rPr>
          <w:b/>
        </w:rPr>
        <w:t xml:space="preserve">[05:48] </w:t>
      </w:r>
      <w:r>
        <w:t>is ke mani yeh ke jannat pai hui jannat ko dobara pane ka naam hai.</w:t>
      </w:r>
    </w:p>
    <w:p>
      <w:pPr>
        <w:jc w:val="right"/>
      </w:pPr>
      <w:r>
        <w:t>اس کے معنی یہ کہ جنت پائی ہوئی جنت کو دوبارہ پانے کا نام ہے۔</w:t>
      </w:r>
    </w:p>
    <w:p>
      <w:r>
        <w:rPr>
          <w:b/>
        </w:rPr>
        <w:t xml:space="preserve">[05:58] </w:t>
      </w:r>
      <w:r>
        <w:t>yeh wohi process hai jo adam ke sath hua ke jannat mein unhein dobara entry mili.</w:t>
      </w:r>
    </w:p>
    <w:p>
      <w:pPr>
        <w:jc w:val="right"/>
      </w:pPr>
      <w:r>
        <w:t>یہ وہی پروسیس ہے جو آدم کے ساتھ ہوا کہ جنت میں انہیں دوبارہ انٹری ملی۔</w:t>
      </w:r>
    </w:p>
    <w:p>
      <w:r>
        <w:rPr>
          <w:b/>
        </w:rPr>
        <w:t xml:space="preserve">[06:08] </w:t>
      </w:r>
      <w:r>
        <w:t>pehlay woh number, pehlay un ko jannat mili thi, phir unhon ne vibratory wala qissa hua, phir unhein nikalna para,</w:t>
      </w:r>
    </w:p>
    <w:p>
      <w:pPr>
        <w:jc w:val="right"/>
      </w:pPr>
      <w:r>
        <w:t>پہلے وہ نمبر، پہلے ان کو جنت ملی تھی، پھر انہوں نے وائبرینٹری والا قصہ ہوا، پھر انہیں نکلنا پڑا،</w:t>
      </w:r>
    </w:p>
    <w:p>
      <w:r>
        <w:rPr>
          <w:b/>
        </w:rPr>
        <w:t xml:space="preserve">[06:21] </w:t>
      </w:r>
      <w:r>
        <w:t>phir unhon ne toba kiya to un ko jannat mein re entry mili. mein samajhta hoon ke adam ke sath jo qissa hua, woh sirf adam ka qissa nahi hai,</w:t>
      </w:r>
    </w:p>
    <w:p>
      <w:pPr>
        <w:jc w:val="right"/>
      </w:pPr>
      <w:r>
        <w:t>پھر انہوں نے توبہ کیا تو ان کو جنت میں ری انٹری ملی۔ میں سمجھتا ہوں کہ آدم کے ساتھ جو قصہ ہوا، وہ صرف آدم کا قصہ نہیں ہے،</w:t>
      </w:r>
    </w:p>
    <w:p>
      <w:r>
        <w:rPr>
          <w:b/>
        </w:rPr>
        <w:t xml:space="preserve">[06:37] </w:t>
      </w:r>
      <w:r>
        <w:t>yeh sare insano ka qissa hai. har insan ko jannat mein re entry milegi. is mani ke jis tarah adam jannat mein paida hone ke baad jannat mein basaye gaye thay,</w:t>
      </w:r>
    </w:p>
    <w:p>
      <w:pPr>
        <w:jc w:val="right"/>
      </w:pPr>
      <w:r>
        <w:t>یہ سارے انسانوں کا قصہ ہے۔ ہر انسان کو جنت میں ری انٹری ملے گی۔ اس معنی کہ جس طرح آدم جنت میں پیدا ہونے کے بعد جنت میں بسائے گئے تھے،</w:t>
      </w:r>
    </w:p>
    <w:p>
      <w:r>
        <w:rPr>
          <w:b/>
        </w:rPr>
        <w:t xml:space="preserve">[06:56] </w:t>
      </w:r>
      <w:r>
        <w:t>aap bhi aik aisi dunya mein basaye gaye hain jo jannatiyon mein se hai.</w:t>
      </w:r>
    </w:p>
    <w:p>
      <w:pPr>
        <w:jc w:val="right"/>
      </w:pPr>
      <w:r>
        <w:t>آپ بھی ایک ایسی دنیا میں بسائے گئے ہیں جو جنتیوں میں سے ہے۔</w:t>
      </w:r>
    </w:p>
    <w:p>
      <w:r>
        <w:rPr>
          <w:b/>
        </w:rPr>
        <w:t xml:space="preserve">[07:04] </w:t>
      </w:r>
      <w:r>
        <w:t>yeh to surah al baqarah ki is ayat se sabit hota hai: "kullama ruziqu minna min thamaratin qalo hathallathi ruziqna min qablu wa tubah." yani jannat jo milegi un ko akhirat mein, woh aaj ki dunya ke mutasabiq hogi, misl hogi.</w:t>
      </w:r>
    </w:p>
    <w:p>
      <w:pPr>
        <w:jc w:val="right"/>
      </w:pPr>
      <w:r>
        <w:t>یہ تو سورہ البقرہ کی اس آیت سے ثابت ہوتا ہے: "کلما رزقوا منا من ثمرت رزقا قالوھذا الذی رزقنا من قبل وطوبہ." یعنی جنت جو ملے گی ان کو آخرت میں، وہ آج کی دنیا کے متسابق ہوگی، مثل ہوگی۔</w:t>
      </w:r>
    </w:p>
    <w:p>
      <w:r>
        <w:rPr>
          <w:b/>
        </w:rPr>
        <w:t xml:space="preserve">[07:28] </w:t>
      </w:r>
      <w:r>
        <w:t>to yahi aap ke sath hona hai. aap ko bhi dunya mein, jannat mein, aap par jannat mein adam wala tajurba guzarna hai.</w:t>
      </w:r>
    </w:p>
    <w:p>
      <w:pPr>
        <w:jc w:val="right"/>
      </w:pPr>
      <w:r>
        <w:t>تو یہی آپ کے ساتھ ہونا ہے۔ آپ کو بھی دنیا میں، جنت میں، آپ پر جنت میں آدم والا تجربہ گزرنا ہے۔</w:t>
      </w:r>
    </w:p>
    <w:p>
      <w:r>
        <w:rPr>
          <w:b/>
        </w:rPr>
        <w:t xml:space="preserve">[07:41] </w:t>
      </w:r>
      <w:r>
        <w:t>aap par bhi. yani jannat mein jo rizq hoga, jo phal hoga, woh isi dunya mein aap ko discovred kar raha hai.</w:t>
      </w:r>
    </w:p>
    <w:p>
      <w:pPr>
        <w:jc w:val="right"/>
      </w:pPr>
      <w:r>
        <w:t>آپ پر بھی۔ یعنی جنت میں جو رزق ہوگا، جو پھل ہوگا، وہ اسی دنیا میں آپ کو ڈسکور کر رہا ہے۔</w:t>
      </w:r>
    </w:p>
    <w:p>
      <w:r>
        <w:rPr>
          <w:b/>
        </w:rPr>
        <w:t xml:space="preserve">[07:52] </w:t>
      </w:r>
      <w:r>
        <w:t>goya ke yahan aap conceptual paradise mein rehte hain aur wahan aap ko real paradise mein rehne ka mauqa milega. maut ke baad wali jo paradise hai, woh real paradise hai aur aaj ki jo paradise hai, woh conceptual paradise hai.</w:t>
      </w:r>
    </w:p>
    <w:p>
      <w:pPr>
        <w:jc w:val="right"/>
      </w:pPr>
      <w:r>
        <w:t>گویا کہ یہاں آپ کنسیپچول پیراڈائز میں رہتے ہیں اور وہاں آپ کو ریئل پیراڈائز میں رہنے کا موقع ملے گا۔ موت کے بعد والی جو پیراڈائز ہے، وہ ریئل پیراڈائز ہے اور آج کی جو پیراڈائز ہے، وہ کنسیپچول پیراڈائز ہے۔</w:t>
      </w:r>
    </w:p>
    <w:p>
      <w:r>
        <w:rPr>
          <w:b/>
        </w:rPr>
        <w:t xml:space="preserve">[08:15] </w:t>
      </w:r>
      <w:r>
        <w:t>ab mazeed is mein aik pehlu hai jo hum ko hadith se maloom hoti hai. hadith se aik hadith hai ke: "hajabat al-jannah bil-buqarah." hajabat al-jannah bil-buqarah.</w:t>
      </w:r>
    </w:p>
    <w:p>
      <w:pPr>
        <w:jc w:val="right"/>
      </w:pPr>
      <w:r>
        <w:t>اب مزید اس میں ایک پہلو ہے جو ہم کو حدیث سے معلوم ہوتی ہے۔ حدیث سے ایک حدیث ہے کہ: "حجبت الجنت بالبقارہ." حجبت الجنت بالبقارہ۔</w:t>
      </w:r>
    </w:p>
    <w:p>
      <w:r>
        <w:rPr>
          <w:b/>
        </w:rPr>
        <w:t xml:space="preserve">[08:31] </w:t>
      </w:r>
      <w:r>
        <w:t>jannah nagawar cheezon se dhank di gayi hai. yaani aap already to hain jannah mein, lekin is par parda pada hua hai makrooh cheezon ka, nagawar cheezon ka.</w:t>
      </w:r>
    </w:p>
    <w:p>
      <w:pPr>
        <w:jc w:val="right"/>
      </w:pPr>
      <w:r>
        <w:t>جنت ناگوار چیزوں سے ڈھانک دی گئی ہے۔ یعنی آپ الریڈی تو ہیں جنت میں، لیکن اس پر پردہ پڑا ہوا ہے مکروہ چیزوں کا، ناگوار چیزوں کا۔</w:t>
      </w:r>
    </w:p>
    <w:p>
      <w:r>
        <w:rPr>
          <w:b/>
        </w:rPr>
        <w:t xml:space="preserve">[08:50] </w:t>
      </w:r>
      <w:r>
        <w:t>to aap ka aap ka imtehan kya hua? aap ka test kya hua? aap ka test yeh hua ke jannah ke oopar jo makroohaat ka ya unwanted cheezon ka parda pada hua hai,</w:t>
      </w:r>
    </w:p>
    <w:p>
      <w:pPr>
        <w:jc w:val="right"/>
      </w:pPr>
      <w:r>
        <w:t>تو آپ کا آپ کا امتحان کیا ہوا؟ آپ کا ٹیسٹ کیا ہوا؟ آپ کا ٹیسٹ یہ ہوا کہ جنت کے اوپر جو مکروہات کا یا ان وانٹڈ چیزوں کا پردہ پڑا ہوا ہے،</w:t>
      </w:r>
    </w:p>
    <w:p>
      <w:r>
        <w:rPr>
          <w:b/>
        </w:rPr>
        <w:t xml:space="preserve">[09:08] </w:t>
      </w:r>
      <w:r>
        <w:t>is ko hata paayein aap. is ko hata paayein. hata kar ke aap jannah ko realize karein isi dunya mein.</w:t>
      </w:r>
    </w:p>
    <w:p>
      <w:pPr>
        <w:jc w:val="right"/>
      </w:pPr>
      <w:r>
        <w:t>اس کو ہٹا پائیں آپ۔ اس کو ہٹا پائیں۔ ہٹا کر کے آپ جنت کو ریلائز کریں اسی دنیا میں۔</w:t>
      </w:r>
    </w:p>
    <w:p>
      <w:r>
        <w:rPr>
          <w:b/>
        </w:rPr>
        <w:t xml:space="preserve">[09:18] </w:t>
      </w:r>
      <w:r>
        <w:t>isi dunya mein aap jannah ko realize karein. yahi baat hadith is ayat mein hai ke: "yadkhuluhum al-jannah allati arfa."</w:t>
      </w:r>
    </w:p>
    <w:p>
      <w:pPr>
        <w:jc w:val="right"/>
      </w:pPr>
      <w:r>
        <w:t>اسی دنیا میں آپ جنت کو ریلائز کریں۔ یہی بات حدیث اس آیت میں ہے کہ: "یدخلوہم الجنہ التي ارفع."</w:t>
      </w:r>
    </w:p>
    <w:p>
      <w:r>
        <w:rPr>
          <w:b/>
        </w:rPr>
        <w:t xml:space="preserve">[09:33] </w:t>
      </w:r>
      <w:r>
        <w:t>jannah mein dakhil karega logon ko is jannah mein jis ki unhein pehchan kara di di thi is dunya mein. to pehchan kaise hogi?</w:t>
      </w:r>
    </w:p>
    <w:p>
      <w:pPr>
        <w:jc w:val="right"/>
      </w:pPr>
      <w:r>
        <w:t>جنت میں داخل کرے گا لوگوں کو اس جنت میں جس کی انہیں پہچان کرا دی دی تھی اس دنیا میں۔ تو پہچان کیسے ہوگی؟</w:t>
      </w:r>
    </w:p>
    <w:p>
      <w:r>
        <w:rPr>
          <w:b/>
        </w:rPr>
        <w:t xml:space="preserve">[09:45] </w:t>
      </w:r>
      <w:r>
        <w:t>aik test se guzarna hoga aap ko. aik test se guzarna hoga aap ko. aap ko jannah ka jo cover hai makroohaat ka,</w:t>
      </w:r>
    </w:p>
    <w:p>
      <w:pPr>
        <w:jc w:val="right"/>
      </w:pPr>
      <w:r>
        <w:t>ایک ٹیسٹ سے گزرنا ہوگا آپ کو۔ ایک ٹیسٹ سے گزرنا ہوگا آپ کو۔ آپ کو جنت کا جو کور ہے مکروہات کا،</w:t>
      </w:r>
    </w:p>
    <w:p>
      <w:r>
        <w:rPr>
          <w:b/>
        </w:rPr>
        <w:t xml:space="preserve">[10:00] </w:t>
      </w:r>
      <w:r>
        <w:t>is ko hatana parega. jaise mein aik misaal deta hoon, aaj mere saath kya hua? aaj subah ko mein utha to mera sir bhari ho raha tha.</w:t>
      </w:r>
    </w:p>
    <w:p>
      <w:pPr>
        <w:jc w:val="right"/>
      </w:pPr>
      <w:r>
        <w:t>اس کو ہٹانا پڑے گا۔ جیسے میں ایک مثال دیتا ہوں، آج میرے ساتھ کیا ہوا؟ آج صبح کو میں اٹھا تو میرا سر بھاری ہو رہا تھا۔</w:t>
      </w:r>
    </w:p>
    <w:p>
      <w:r>
        <w:rPr>
          <w:b/>
        </w:rPr>
        <w:t xml:space="preserve">[10:13] </w:t>
      </w:r>
      <w:r>
        <w:t>mera sir bhari ho raha tha. to mein ne subah ko</w:t>
      </w:r>
    </w:p>
    <w:p>
      <w:pPr>
        <w:jc w:val="right"/>
      </w:pPr>
      <w:r>
        <w:t>میرا سر بھاری ہو رہا تھا۔ تو میں نے صبح کو</w:t>
      </w:r>
    </w:p>
    <w:p>
      <w:r>
        <w:rPr>
          <w:b/>
        </w:rPr>
        <w:t xml:space="preserve">[10:20] </w:t>
      </w:r>
      <w:r>
        <w:t>fajr ki namaz ke baad mein bahar baith gaya. mein ne samjha ke shayad bahar baithne se sir halka ho jaye.</w:t>
      </w:r>
    </w:p>
    <w:p>
      <w:pPr>
        <w:jc w:val="right"/>
      </w:pPr>
      <w:r>
        <w:t>فجر کی نماز کے بعد میں باہر بیٹھ گیا۔ میں نے سمجھا کہ شاید باہر بیٹھنے سے سر ہلکا ہو جائے۔</w:t>
      </w:r>
    </w:p>
    <w:p>
      <w:r>
        <w:rPr>
          <w:b/>
        </w:rPr>
        <w:t xml:space="preserve">[10:30] </w:t>
      </w:r>
      <w:r>
        <w:t>to nahi hua. phir mein ne daal liya, daal nahi, paki hui daal.</w:t>
      </w:r>
    </w:p>
    <w:p>
      <w:pPr>
        <w:jc w:val="right"/>
      </w:pPr>
      <w:r>
        <w:t>تو نہیں ہوا۔ پھر میں نے دال لیا، دال نہیں، پکی ہوئی دال۔</w:t>
      </w:r>
    </w:p>
    <w:p>
      <w:r>
        <w:rPr>
          <w:b/>
        </w:rPr>
        <w:t xml:space="preserve">[10:40] </w:t>
      </w:r>
      <w:r>
        <w:t>doctor ne kaha tha mujh se ke daal khoob khao. to daal khate khate jab daal khatam hui to mera sir halka halka ho chuka tha.</w:t>
      </w:r>
    </w:p>
    <w:p>
      <w:pPr>
        <w:jc w:val="right"/>
      </w:pPr>
      <w:r>
        <w:t>ڈاکٹر نے کہا تھا مجھ سے کہ دال خوب کھاؤ۔ تو دال کھاتے کھاتے جب دال ختم ہوئی تو میرا سر ہلکا ہلکا ہو چکا تھا۔</w:t>
      </w:r>
    </w:p>
    <w:p>
      <w:r>
        <w:rPr>
          <w:b/>
        </w:rPr>
        <w:t xml:space="preserve">[10:54] </w:t>
      </w:r>
      <w:r>
        <w:t>halka. to kaha mind jo mein bhari pan aa gaya tha, wo bhari pan tha is liye ke Allah ki aik jannah mein ne subah ko li nahi thi, yaani daal.</w:t>
      </w:r>
    </w:p>
    <w:p>
      <w:pPr>
        <w:jc w:val="right"/>
      </w:pPr>
      <w:r>
        <w:t>ہلکا۔ تو کہا مائنڈ جو میں بھاری پن آ گیا تھا، وہ بھاری پن تھا اس لیے کہ اللہ کی ایک جنت میں نے صبح کو لی نہیں تھی، یعنی دال۔</w:t>
      </w:r>
    </w:p>
    <w:p>
      <w:r>
        <w:rPr>
          <w:b/>
        </w:rPr>
        <w:t xml:space="preserve">[11:08] </w:t>
      </w:r>
      <w:r>
        <w:t>jab daal ki nemat le li to sir halka ho gaya.</w:t>
      </w:r>
    </w:p>
    <w:p>
      <w:pPr>
        <w:jc w:val="right"/>
      </w:pPr>
      <w:r>
        <w:t>جب دال کی نعمت لے لی تو سر ہلکا ہو گیا۔</w:t>
      </w:r>
    </w:p>
    <w:p>
      <w:r>
        <w:rPr>
          <w:b/>
        </w:rPr>
        <w:t xml:space="preserve">[11:15] </w:t>
      </w:r>
      <w:r>
        <w:t>to yeh hai makroohaat ka parda. is dunya mein har cheez mein jannah ka tajurba rakh diya gaya hai.</w:t>
      </w:r>
    </w:p>
    <w:p>
      <w:pPr>
        <w:jc w:val="right"/>
      </w:pPr>
      <w:r>
        <w:t>تو یہ ہے مکروہات کا پردہ۔ اس دنیا میں ہر چیز میں جنت کا تجربہ رکھ دیا گیا ہے۔</w:t>
      </w:r>
    </w:p>
    <w:p>
      <w:r>
        <w:rPr>
          <w:b/>
        </w:rPr>
        <w:t xml:space="preserve">[11:26] </w:t>
      </w:r>
      <w:r>
        <w:t>har har cheez mein jannah ka tajurba. lekin is tajurbe ko janne ke liye aap ko apne aap ko alive mind banana parega.</w:t>
      </w:r>
    </w:p>
    <w:p>
      <w:pPr>
        <w:jc w:val="right"/>
      </w:pPr>
      <w:r>
        <w:t>ہر ہر چیز میں جنت کا تجربہ۔ لیکن اس تجربے کو جاننے کے لیے آپ کو اپنے آپ کو الائی مائنڈ بنانا پڑے گا۔</w:t>
      </w:r>
    </w:p>
    <w:p>
      <w:r>
        <w:rPr>
          <w:b/>
        </w:rPr>
        <w:t xml:space="preserve">[11:38] </w:t>
      </w:r>
      <w:r>
        <w:t>zinda mind, bedaar mind. agar aap ka mind bedaar ho, aap ka mind zinda mind ho to is cheezon mein aap ko barabar Allah ka shukar milega, Allah ki blessing milegi,</w:t>
      </w:r>
    </w:p>
    <w:p>
      <w:pPr>
        <w:jc w:val="right"/>
      </w:pPr>
      <w:r>
        <w:t>زندہ مائنڈ، بیدار مائنڈ۔ اگر آپ کا مائنڈ بیدار ہو، آپ کا مائنڈ زندہ مائنڈ ہو تو اس چیزوں میں آپ کو برابر اللہ کا شکر ملے گا، اللہ کی بلیسنگ ملے گی،</w:t>
      </w:r>
    </w:p>
    <w:p>
      <w:r>
        <w:rPr>
          <w:b/>
        </w:rPr>
        <w:t xml:space="preserve">[12:02] </w:t>
      </w:r>
      <w:r>
        <w:t>Allah ki nematton ka tajurba hoga. to bar bar jab is ko daryaft karein ge to aap positive hote chale jayen ge aur mukammal positivity hi ka naam marifat hai.</w:t>
      </w:r>
    </w:p>
    <w:p>
      <w:pPr>
        <w:jc w:val="right"/>
      </w:pPr>
      <w:r>
        <w:t>اللہ کی نعمتوں کا تجربہ ہوگا۔ تو بار بار جب اس کو دریافت کریں گے تو آپ پازیٹیو ہوتے چلے جائیں گے اور مکمل پازیٹیوٹی ہی کا نام معرفت ہے۔</w:t>
      </w:r>
    </w:p>
    <w:p>
      <w:r>
        <w:rPr>
          <w:b/>
        </w:rPr>
        <w:t xml:space="preserve">[12:20] </w:t>
      </w:r>
      <w:r>
        <w:t>baghair positivity ke marifat nahi aati. jaise misaal ke tor par dekhiye, aap safar karte hain,</w:t>
      </w:r>
    </w:p>
    <w:p>
      <w:pPr>
        <w:jc w:val="right"/>
      </w:pPr>
      <w:r>
        <w:t>بغیر پازیٹیوٹی کے معرفت نہیں آتی۔ جیسے مثال کے طور پر دیکھیے، آپ سفر کرتے ہیں،</w:t>
      </w:r>
    </w:p>
    <w:p>
      <w:r>
        <w:rPr>
          <w:b/>
        </w:rPr>
        <w:t xml:space="preserve">[12:37] </w:t>
      </w:r>
      <w:r>
        <w:t>aap car mein baithe aur car road par le kar aap ko dorne lagi. phir aap airport pounche, wahan aap ne hawai jahaz ka ticket liya, hawai jahaz mein baithe aur hawai jahaz aap ko le kar urrne laga.</w:t>
      </w:r>
    </w:p>
    <w:p>
      <w:pPr>
        <w:jc w:val="right"/>
      </w:pPr>
      <w:r>
        <w:t>آپ کار میں بیٹھے اور کار روڈ پر لے کر آپ کو دوڑنے لگی۔ پھر آپ ایئرپورٹ پہنچے، وہاں آپ نے ہوا جہاز کا ٹکٹ لیا، ہوا جہاز میں بیٹھے اور ہوا جہاز آپ کو لے کر اڑنے لگا۔</w:t>
      </w:r>
    </w:p>
    <w:p>
      <w:r>
        <w:rPr>
          <w:b/>
        </w:rPr>
        <w:t xml:space="preserve">[12:53] </w:t>
      </w:r>
      <w:r>
        <w:t>yeh aik tajruba hai Allah ki nemat ka.</w:t>
      </w:r>
    </w:p>
    <w:p>
      <w:pPr>
        <w:jc w:val="right"/>
      </w:pPr>
      <w:r>
        <w:t>یہ ایک تجربہ ہے اللہ کی نعمت کا۔</w:t>
      </w:r>
    </w:p>
    <w:p>
      <w:r>
        <w:rPr>
          <w:b/>
        </w:rPr>
        <w:t xml:space="preserve">[12:59] </w:t>
      </w:r>
      <w:r>
        <w:t>to jab aap car mein baithe</w:t>
      </w:r>
    </w:p>
    <w:p>
      <w:pPr>
        <w:jc w:val="right"/>
      </w:pPr>
      <w:r>
        <w:t>تو جب آپ کار میں بیٹھے</w:t>
      </w:r>
    </w:p>
    <w:p>
      <w:r>
        <w:rPr>
          <w:b/>
        </w:rPr>
        <w:t xml:space="preserve">[13:02] </w:t>
      </w:r>
      <w:r>
        <w:t>to aap ke dil ne kaha: "dekho,</w:t>
      </w:r>
    </w:p>
    <w:p>
      <w:pPr>
        <w:jc w:val="right"/>
      </w:pPr>
      <w:r>
        <w:t>تو آپ کے دل نے کہا: "دیکھو،</w:t>
      </w:r>
    </w:p>
    <w:p>
      <w:r>
        <w:rPr>
          <w:b/>
        </w:rPr>
        <w:t xml:space="preserve">[13:06] </w:t>
      </w:r>
      <w:r>
        <w:t>Allah Rabb-ul-Alameen</w:t>
      </w:r>
    </w:p>
    <w:p>
      <w:pPr>
        <w:jc w:val="right"/>
      </w:pPr>
      <w:r>
        <w:t>اللہ رب العالمین</w:t>
      </w:r>
    </w:p>
    <w:p>
      <w:r>
        <w:rPr>
          <w:b/>
        </w:rPr>
        <w:t xml:space="preserve">[13:08] </w:t>
      </w:r>
      <w:r>
        <w:t>kitna meherban hai</w:t>
      </w:r>
    </w:p>
    <w:p>
      <w:pPr>
        <w:jc w:val="right"/>
      </w:pPr>
      <w:r>
        <w:t>کتنا مہربان ہے</w:t>
      </w:r>
    </w:p>
    <w:p>
      <w:r>
        <w:rPr>
          <w:b/>
        </w:rPr>
        <w:t xml:space="preserve">[13:13] </w:t>
      </w:r>
      <w:r>
        <w:t>ke is ne matter ka hukum diya ke jab mera banda baitha hai gaari par to us ko</w:t>
      </w:r>
    </w:p>
    <w:p>
      <w:pPr>
        <w:jc w:val="right"/>
      </w:pPr>
      <w:r>
        <w:t>کہ اس نے میٹر کا حکم دیا کہ جب میرا بندہ بیٹھا ہے گاڑی پر تو اس کو</w:t>
      </w:r>
    </w:p>
    <w:p>
      <w:r>
        <w:rPr>
          <w:b/>
        </w:rPr>
        <w:t xml:space="preserve">[13:18] </w:t>
      </w:r>
      <w:r>
        <w:t>le kar tum sarak par rawana ho jao."</w:t>
      </w:r>
    </w:p>
    <w:p>
      <w:pPr>
        <w:jc w:val="right"/>
      </w:pPr>
      <w:r>
        <w:t>لے کر تم سڑک پر روانہ ہو جاؤ۔"</w:t>
      </w:r>
    </w:p>
    <w:p>
      <w:r>
        <w:rPr>
          <w:b/>
        </w:rPr>
        <w:t xml:space="preserve">[13:23] </w:t>
      </w:r>
      <w:r>
        <w:t>car kya hai?</w:t>
      </w:r>
    </w:p>
    <w:p>
      <w:pPr>
        <w:jc w:val="right"/>
      </w:pPr>
      <w:r>
        <w:t>کار کیا ہے؟</w:t>
      </w:r>
    </w:p>
    <w:p>
      <w:r>
        <w:rPr>
          <w:b/>
        </w:rPr>
        <w:t xml:space="preserve">[13:24] </w:t>
      </w:r>
      <w:r>
        <w:t>meter sarak par dor raha hai. meter jo hai, jo jis mein koi zindagi nahi hoti, kisi ko mind nahi hota.</w:t>
      </w:r>
    </w:p>
    <w:p>
      <w:pPr>
        <w:jc w:val="right"/>
      </w:pPr>
      <w:r>
        <w:t>میٹر سڑک پر دوڑ رہا ہے۔ میٹر جو ہے، جو جس میں کوئی زندگی نہیں ہوتی، کسی کو مائنڈ نہیں ہوتا۔</w:t>
      </w:r>
    </w:p>
    <w:p>
      <w:r>
        <w:rPr>
          <w:b/>
        </w:rPr>
        <w:t xml:space="preserve">[13:37] </w:t>
      </w:r>
      <w:r>
        <w:t>to Allah ne hukum diya hamare driver ko ke mere bande ko le kar doro sarak par, us ko pounchao jahan woh jana chahta hai. to jab aap ki car aap ko road par le kar chal rahi thi to aap ne us waqeye mein Allah ki Allah ki blessing ko discover kiya.</w:t>
      </w:r>
    </w:p>
    <w:p>
      <w:pPr>
        <w:jc w:val="right"/>
      </w:pPr>
      <w:r>
        <w:t>تو اللہ نے حکم دیا ہمارے ڈرائیور کو کہ میرے بندے کو لے کر دوڑو سڑک پر، اس کو پہنچاؤ جہاں وہ جانا چاہتا ہے۔ تو جب آپ کی کار آپ کو روڈ پر لے کر چل رہی تھی تو آپ نے اس واقعے میں اللہ کی اللہ کی بلیسنگ کو ڈسکور کیا۔</w:t>
      </w:r>
    </w:p>
    <w:p>
      <w:r>
        <w:rPr>
          <w:b/>
        </w:rPr>
        <w:t xml:space="preserve">[14:02] </w:t>
      </w:r>
      <w:r>
        <w:t>phir aap jab jahaz mein baithe aur jahaz le kar aap ko urrne laga to aap ko ajeeb aik ehsas hua ke dekho, jahaz bhi aik meter hai, woh mujh ko le kar urr raha hai sharon ke oopar, janglon ke oopar, samundaron ke oopar, paharon ke oopar.</w:t>
      </w:r>
    </w:p>
    <w:p>
      <w:pPr>
        <w:jc w:val="right"/>
      </w:pPr>
      <w:r>
        <w:t>پھر آپ جب جہاز میں بیٹھے اور جہاز لے کر آپ کو اڑنے لگا تو آپ کو عجیب ایک احساس ہوا کہ دیکھو، جہاز بھی ایک میٹر ہے، وہ مجھ کو لے کر اڑ رہا ہے شہروں کے اوپر، جنگلوں کے اوپر، سمندروں کے اوپر، پہاڑوں کے اوپر۔</w:t>
      </w:r>
    </w:p>
    <w:p>
      <w:r>
        <w:rPr>
          <w:b/>
        </w:rPr>
        <w:t xml:space="preserve">[14:21] </w:t>
      </w:r>
      <w:r>
        <w:t>le kar urr raha hai, tez se urrte urrte ja kar ke meri manzil pe us ko utar diya. wahan bhi aap ka dil yeh kahega ke Allah ne hukum diya meter ko ke: "ae, ke mere bande ke liye to fly kar,</w:t>
      </w:r>
    </w:p>
    <w:p>
      <w:pPr>
        <w:jc w:val="right"/>
      </w:pPr>
      <w:r>
        <w:t>لے کر اڑ رہا ہے، تیز سے اڑتے اڑتے جا کر کے میری منزل پہ اس کو اتار دیا۔ وہاں بھی آپ کا دل یہ کہے گا کہ اللہ نے حکم دیا میٹر کو کہ: "اے، کہ میرے بندے کے لیے تو فلائی کر،</w:t>
      </w:r>
    </w:p>
    <w:p>
      <w:r>
        <w:rPr>
          <w:b/>
        </w:rPr>
        <w:t xml:space="preserve">[14:35] </w:t>
      </w:r>
      <w:r>
        <w:t>mere bande ko le kar tu fly kar ke pohncha is ko jahan woh jana chahta hai." to har waqe mein isi tarah aap ko Allah ki blessing ka, Allah ki rehmat ka tajurba hoga.</w:t>
      </w:r>
    </w:p>
    <w:p>
      <w:pPr>
        <w:jc w:val="right"/>
      </w:pPr>
      <w:r>
        <w:t>میرے بندے کو لے کر تو فلائی کر کے پہنچا اس کو جہاں وہ جانا چاہتا ہے۔" تو ہر واقعے میں اسی طریقے سے آپ کو اللہ کی بلیسنگ کا، اللہ کی رحمت کا تجربہ ہوگا۔</w:t>
      </w:r>
    </w:p>
    <w:p>
      <w:r>
        <w:rPr>
          <w:b/>
        </w:rPr>
        <w:t xml:space="preserve">[14:50] </w:t>
      </w:r>
      <w:r>
        <w:t>yeh jannat ka ticket hai. jannat ka ticket hai ke aap ke andar alhamdulillah rabbul alameen ki nafsiyat paida ho.</w:t>
      </w:r>
    </w:p>
    <w:p>
      <w:pPr>
        <w:jc w:val="right"/>
      </w:pPr>
      <w:r>
        <w:t>یہ جنت کا ٹکٹ ہے۔ جنت کا ٹکٹ ہے کہ آپ کے اندر الحمدللہ رب العالمین کی نفسیات پیدا ہو۔</w:t>
      </w:r>
    </w:p>
    <w:p>
      <w:r>
        <w:rPr>
          <w:b/>
        </w:rPr>
        <w:t xml:space="preserve">[15:01] </w:t>
      </w:r>
      <w:r>
        <w:t>alhamdulillah rabbul alamin</w:t>
      </w:r>
    </w:p>
    <w:p>
      <w:pPr>
        <w:jc w:val="right"/>
      </w:pPr>
      <w:r>
        <w:t>الحمدللہ رب العالم</w:t>
      </w:r>
    </w:p>
    <w:p>
      <w:r>
        <w:rPr>
          <w:b/>
        </w:rPr>
        <w:t xml:space="preserve">[15:03] </w:t>
      </w:r>
      <w:r>
        <w:t>yeen. dekhiye, yeh electric nahi hai. Quran mein hai ke jab jannat wale</w:t>
      </w:r>
    </w:p>
    <w:p>
      <w:pPr>
        <w:jc w:val="right"/>
      </w:pPr>
      <w:r>
        <w:t>ین۔ دیکھیے، یہ الیکٹریک نہیں ہے۔ قرآن میں ہے کہ جب جنت والے</w:t>
      </w:r>
    </w:p>
    <w:p>
      <w:r>
        <w:rPr>
          <w:b/>
        </w:rPr>
        <w:t xml:space="preserve">[15:13] </w:t>
      </w:r>
      <w:r>
        <w:t>dakhil honge jannat mein to dakhil hone ke baad un ki zuban se pehla kalma niklega. pehla kalma woh yeh hoga ke: "alhamdulillah alladhi adhab ana al-huzn." is dunya mein sab se zyada jo cheez aap ke liye unwanted hai, woh huzn hai, yani trouble,</w:t>
      </w:r>
    </w:p>
    <w:p>
      <w:pPr>
        <w:jc w:val="right"/>
      </w:pPr>
      <w:r>
        <w:t>داخل ہوں گے جنت میں تو داخل ہونے کے بعد ان کی زبان سے پہلا کلمہ نکلے گا۔ پہلا کلمہ وہ یہ ہوگا کہ: "الحمدللہ الذی اذب انا الحزن۔" اس دنیا میں سب سے زیادہ جو چیز آپ کے لیے ان وانٹڈ ہے، وہ حزن ہے، یعنی ٹربل،</w:t>
      </w:r>
    </w:p>
    <w:p>
      <w:r>
        <w:rPr>
          <w:b/>
        </w:rPr>
        <w:t xml:space="preserve">[15:37] </w:t>
      </w:r>
      <w:r>
        <w:t>trouble, problem, pain. sab se zyada. to aap dunya mein jeete hain huzn wali dunya mein.</w:t>
      </w:r>
    </w:p>
    <w:p>
      <w:pPr>
        <w:jc w:val="right"/>
      </w:pPr>
      <w:r>
        <w:t>ٹربل، پرابلم، پین۔ سب سے زیادہ۔ تو آپ دنیا میں جیتے ہیں حزن والی دنیا میں۔</w:t>
      </w:r>
    </w:p>
    <w:p>
      <w:r>
        <w:rPr>
          <w:b/>
        </w:rPr>
        <w:t xml:space="preserve">[15:50] </w:t>
      </w:r>
      <w:r>
        <w:t>Allah taala jo dakhil karega aap ko akhirat wali jannat mein to woh huzn free jannat hogi, pain free, trouble free, problem free.</w:t>
      </w:r>
    </w:p>
    <w:p>
      <w:pPr>
        <w:jc w:val="right"/>
      </w:pPr>
      <w:r>
        <w:t>اللہ تعالی جو داخل کرے گا آپ کو آخرت والی جنت میں تو وہ حزن فری جنت ہوگی، پین فری، ٹربل فری، پرابلم فری۔</w:t>
      </w:r>
    </w:p>
    <w:p>
      <w:r>
        <w:rPr>
          <w:b/>
        </w:rPr>
        <w:t xml:space="preserve">[16:01] </w:t>
      </w:r>
      <w:r>
        <w:t>to wahan aap ki zuban se yahi niklega ke: "alhamdulillah alladhi adhab an al-huzn." is Allah ka shukar hai jis ne humein jannat mein pohncha diya jahan huzn nahi, nahi, huzn free jannat.</w:t>
      </w:r>
    </w:p>
    <w:p>
      <w:pPr>
        <w:jc w:val="right"/>
      </w:pPr>
      <w:r>
        <w:t>تو وہاں آپ کی زبان سے یہی نکلے گا کہ: "الحمدللہ الذی اذب ان الحزن۔" اس اللہ کا شکر ہے جس نے ہمیں جنت میں پہنچا دیا جہاں حزن نہیں، نہیں، حزن فری جنت۔</w:t>
      </w:r>
    </w:p>
    <w:p>
      <w:r>
        <w:rPr>
          <w:b/>
        </w:rPr>
        <w:t xml:space="preserve">[16:19] </w:t>
      </w:r>
      <w:r>
        <w:t>to yaad rakhiye, dunya mein humein jannat ki yahi prize dena hai.</w:t>
      </w:r>
    </w:p>
    <w:p>
      <w:pPr>
        <w:jc w:val="right"/>
      </w:pPr>
      <w:r>
        <w:t>تو یاد رکھیے، دنیا میں ہمیں جنت کی یہی پرائز دینا ہے۔</w:t>
      </w:r>
    </w:p>
    <w:p>
      <w:r>
        <w:rPr>
          <w:b/>
        </w:rPr>
        <w:t xml:space="preserve">[16:30] </w:t>
      </w:r>
      <w:r>
        <w:t>tab jannat mein humein dakhla milega, entry milegi. woh prize yeh hai ke aap ko shukar ki nafsiyat mein jeena hoga, Allah ke shukar ko daryaft karna hoga.</w:t>
      </w:r>
    </w:p>
    <w:p>
      <w:pPr>
        <w:jc w:val="right"/>
      </w:pPr>
      <w:r>
        <w:t>تب جنت میں ہمیں داخلہ ملے گا، انٹری ملے گی۔ وہ پرائز یہ ہے کہ آپ کو شکر کی نفسیات میں جینا ہوگا، اللہ کے شکر کو دریافت کرنا ہوگا۔</w:t>
      </w:r>
    </w:p>
    <w:p>
      <w:r>
        <w:rPr>
          <w:b/>
        </w:rPr>
        <w:t xml:space="preserve">[16:43] </w:t>
      </w:r>
      <w:r>
        <w:t>to Allah ka shukar is dunya mein hai, is ne jannat mein nahi hoga, lekin is dunya mein woh thaka hua hai napasandeeda cheezon se, nagawar baaton se.</w:t>
      </w:r>
    </w:p>
    <w:p>
      <w:pPr>
        <w:jc w:val="right"/>
      </w:pPr>
      <w:r>
        <w:t>تو اللہ کا شکر اس دنیا میں ہے، اس نے جنت میں نہیں ہوگا، لیکن اس دنیا میں وہ تھکا ہوا ہے ناپسندیدہ چیزوں سے، ناگوار باتوں سے۔</w:t>
      </w:r>
    </w:p>
    <w:p>
      <w:r>
        <w:rPr>
          <w:b/>
        </w:rPr>
        <w:t xml:space="preserve">[16:56] </w:t>
      </w:r>
      <w:r>
        <w:t>yani hajabat jannat bilbaqarah. yeh is dunya ki jannat ke bare mein hai. yeh is dunya ki jannat ke bare mein ke is dunya mein jo mutasabiq jannat hai, mutasabiq jannat, woh makruhat se thaki hui.</w:t>
      </w:r>
    </w:p>
    <w:p>
      <w:pPr>
        <w:jc w:val="right"/>
      </w:pPr>
      <w:r>
        <w:t>یعنی حجبت جنت بالبقارہ۔ یہ اس دنیا کی جنت کے بارے میں ہے۔ یہ اس دنیا کی جنت کے بارے میں کہ اس دنیا میں جو متسابق جنت ہے، متسابق جنت، وہ مکروہات سے تھکی ہوئی۔</w:t>
      </w:r>
    </w:p>
    <w:p>
      <w:r>
        <w:rPr>
          <w:b/>
        </w:rPr>
        <w:t xml:space="preserve">[17:13] </w:t>
      </w:r>
      <w:r>
        <w:t>to aap ko itna zyada apne mind ko bedar karna hoga, apne mind ko itna zyada bedar karna hoga ke aap,</w:t>
      </w:r>
    </w:p>
    <w:p>
      <w:pPr>
        <w:jc w:val="right"/>
      </w:pPr>
      <w:r>
        <w:t>تو آپ کو اتنا زیادہ اپنے مائنڈ کو بیدار کرنا ہوگا، اپنے مائنڈ کو اتنا زیادہ بیدار کرنا ہوگا کہ آپ،</w:t>
      </w:r>
    </w:p>
    <w:p>
      <w:r>
        <w:rPr>
          <w:b/>
        </w:rPr>
        <w:t xml:space="preserve">[17:28] </w:t>
      </w:r>
      <w:r>
        <w:t>ke aap aaj ki jo jannat hai, us ke upar jo makruhat ka parda pada hua hai, yani nagawar cheezon ka, us ko hata kar dekh saken.</w:t>
      </w:r>
    </w:p>
    <w:p>
      <w:pPr>
        <w:jc w:val="right"/>
      </w:pPr>
      <w:r>
        <w:t>کہ آپ آج کی جو جنت ہے، اس کے اوپر جو مکروہات کا پردہ پڑا ہوا ہے، یعنی ناگوار چیزوں کا، اس کو ہٹا کر دیکھ سکیں۔</w:t>
      </w:r>
    </w:p>
    <w:p>
      <w:r>
        <w:rPr>
          <w:b/>
        </w:rPr>
        <w:t xml:space="preserve">[17:43] </w:t>
      </w:r>
      <w:r>
        <w:t>tabhi to sacha shukar niklega, woh lift service hoga. yani alhamdulillah jo hai, jab dil mein sach much mehsoos karen ke Allah ne mere pareshan kiya hai, tab niklega,</w:t>
      </w:r>
    </w:p>
    <w:p>
      <w:pPr>
        <w:jc w:val="right"/>
      </w:pPr>
      <w:r>
        <w:t>تبھی تو سچا شکر نکلے گا، وہ لفٹ سروس ہوگا۔ یعنی الحمدللہ جو ہے، جب دل میں سچ مچ محسوس کریں کہ اللہ نے میرے پریشان کیا ہے، تب نکلے گا،</w:t>
      </w:r>
    </w:p>
    <w:p>
      <w:r>
        <w:rPr>
          <w:b/>
        </w:rPr>
        <w:t xml:space="preserve">[17:58] </w:t>
      </w:r>
      <w:r>
        <w:t>warna lift service hoga aur lift service ki koi nahi. to tajurbaat ke douran jo aap ko Allah ki rehmat mil rahi hai, us ko daryaft karna, phir kahan parhna ke Khuda hai tera shukar hai.</w:t>
      </w:r>
    </w:p>
    <w:p>
      <w:pPr>
        <w:jc w:val="right"/>
      </w:pPr>
      <w:r>
        <w:t>ورنہ لفٹ سروس ہوگا اور لفٹ سروس کی کوئی نہیں۔ تو تجربات کے دوران جو آپ کو اللہ کی رحمت مل رہی ہے، اس کو دریافت کرنا، پھر کہاں پڑھنا کہ خدا ہے تیرا شکر ہے۔</w:t>
      </w:r>
    </w:p>
    <w:p>
      <w:r>
        <w:rPr>
          <w:b/>
        </w:rPr>
        <w:t xml:space="preserve">[18:12] </w:t>
      </w:r>
      <w:r>
        <w:t>jaise mein ne kaha ke aap car mein baithe hain to aap lage ke Khuda ne hukum diya ke meter daure mere liye, to meter mere liye daud raha hai.</w:t>
      </w:r>
    </w:p>
    <w:p>
      <w:pPr>
        <w:jc w:val="right"/>
      </w:pPr>
      <w:r>
        <w:t>جیسے میں نے کہا کہ آپ کار میں بیٹھے ہیں تو آپ لگے کہ خدا نے حکم دیا کہ میٹر دوڑے میرے لیے، تو میٹر میرے لیے دوڑ رہا ہے۔</w:t>
      </w:r>
    </w:p>
    <w:p>
      <w:r>
        <w:rPr>
          <w:b/>
        </w:rPr>
        <w:t xml:space="preserve">[18:22] </w:t>
      </w:r>
      <w:r>
        <w:t>aap hawa jahaz mein baithe hain to aap ko lage ke Allah ne hukum diya meter ko ke fly kar mere bande ko le kar, aur jahaz fly kar raha hai.</w:t>
      </w:r>
    </w:p>
    <w:p>
      <w:pPr>
        <w:jc w:val="right"/>
      </w:pPr>
      <w:r>
        <w:t>آپ ہوا جہاز میں بیٹھے ہیں تو آپ کو لگے کہ اللہ نے حکم دیا میٹر کو کہ فلائی کر میرے بندے کو لے کر، اور جہاز فلائی کر رہا ہے۔</w:t>
      </w:r>
    </w:p>
    <w:p>
      <w:r>
        <w:rPr>
          <w:b/>
        </w:rPr>
        <w:t xml:space="preserve">[18:33] </w:t>
      </w:r>
      <w:r>
        <w:t>is tarah har cheez, har cheez. jaise mein aaj subah ko jab daal kha raha tha aur phir mera mind mein jo woh aa gaya tha bhari pan, woh theek ho gaya.</w:t>
      </w:r>
    </w:p>
    <w:p>
      <w:pPr>
        <w:jc w:val="right"/>
      </w:pPr>
      <w:r>
        <w:t>اس طرح ہر چیز، ہر چیز۔ جیسے میں آج صبح کو جب دال کھا رہا تھا اور پھر میرا مائنڈ میں جو وہ آ گیا تھا بھاری پن، وہ ٹھیک ہو گیا۔</w:t>
      </w:r>
    </w:p>
    <w:p>
      <w:r>
        <w:rPr>
          <w:b/>
        </w:rPr>
        <w:t xml:space="preserve">[18:46] </w:t>
      </w:r>
      <w:r>
        <w:t>to mein ne socha ke Allah ne hukum diya saail ko: "ae saail,</w:t>
      </w:r>
    </w:p>
    <w:p>
      <w:pPr>
        <w:jc w:val="right"/>
      </w:pPr>
      <w:r>
        <w:t>تو میں نے سوچا کہ اللہ نے حکم دیا سائل کو: "اے سائل،</w:t>
      </w:r>
    </w:p>
    <w:p>
      <w:r>
        <w:rPr>
          <w:b/>
        </w:rPr>
        <w:t xml:space="preserve">[18:52] </w:t>
      </w:r>
      <w:r>
        <w:t>to daal uga, daal uga taake mere bande ko khurak milay." pani ko hukum diya ke: "ae ae pani,</w:t>
      </w:r>
    </w:p>
    <w:p>
      <w:pPr>
        <w:jc w:val="right"/>
      </w:pPr>
      <w:r>
        <w:t>تو دال اگا، دال اگا تاکہ میرے بندے کو خوراک ملے۔" پانی کو حکم دیا کہ: "اے اے پانی،</w:t>
      </w:r>
    </w:p>
    <w:p>
      <w:r>
        <w:rPr>
          <w:b/>
        </w:rPr>
        <w:t xml:space="preserve">[19:05] </w:t>
      </w:r>
      <w:r>
        <w:t>to is saail par barish barsa." to saail tayyar hui, wahan barish hui, wahan daal ugai gayi, daal ka dana tayyar hua, phir woh mere paas khurak bhar kar aaya.</w:t>
      </w:r>
    </w:p>
    <w:p>
      <w:pPr>
        <w:jc w:val="right"/>
      </w:pPr>
      <w:r>
        <w:t>تو اس سائل پر بارش برسا۔" تو سائل تیار ہوئی، وہاں بارش ہوئی، وہاں دال اگائی گئی، دال کا دانہ تیار ہوا، پھر وہ میرے پاس خوراک بھر کر آیا۔</w:t>
      </w:r>
    </w:p>
    <w:p>
      <w:r>
        <w:rPr>
          <w:b/>
        </w:rPr>
        <w:t xml:space="preserve">[19:23] </w:t>
      </w:r>
      <w:r>
        <w:t>yeh sab sochen aap ke kaisa ajeeb hai woh meherban Khuda jis ko peshgi tor par maloom tha ke mujhe daal ki zaroorat hai, mujhe khurak ki zaroorat hai, mujhe pani ki zaroor</w:t>
      </w:r>
    </w:p>
    <w:p>
      <w:pPr>
        <w:jc w:val="right"/>
      </w:pPr>
      <w:r>
        <w:t>یہ سب سوچیں آپ کہ کیسا عجیب ہے وہ مہربان خدا جس کو پیشگی طور پر معلوم تھا کہ مجھے دال کی ضرورت ہے، مجھے خوراک کی ضرورت ہے، مجھے پانی کی ضر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