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Right Man at Wrong Place May 18, 2008</w:t>
      </w:r>
    </w:p>
    <w:p>
      <w:r>
        <w:t>https://www.youtube.com/watch?v=LMuZOvUII6c</w:t>
      </w:r>
    </w:p>
    <w:p>
      <w:r>
        <w:rPr>
          <w:b/>
        </w:rPr>
        <w:t xml:space="preserve">[00:14] </w:t>
      </w:r>
      <w:r>
        <w:t>bismillah rahman rahim, wa salla Allahu ala al-nabi al-kareem. rab ishrah li sadri, wa yassir li amri, wah al-uqdatan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[00:32] </w:t>
      </w:r>
      <w:r>
        <w:t>yafqahu qawli.</w:t>
      </w:r>
    </w:p>
    <w:p>
      <w:pPr>
        <w:jc w:val="right"/>
      </w:pPr>
      <w:r>
        <w:t>یفقہ قولی۔</w:t>
      </w:r>
    </w:p>
    <w:p>
      <w:r>
        <w:rPr>
          <w:b/>
        </w:rPr>
        <w:t xml:space="preserve">[00:38] </w:t>
      </w:r>
      <w:r>
        <w:t>aaj ke liye jo theme hai woh hai: right man at wrong place.</w:t>
      </w:r>
    </w:p>
    <w:p>
      <w:pPr>
        <w:jc w:val="right"/>
      </w:pPr>
      <w:r>
        <w:t>آج کے لیے جو تھیم ہے وہ ہے: رائٹ مین ایٹ رانگ پلیس۔</w:t>
      </w:r>
    </w:p>
    <w:p>
      <w:r>
        <w:rPr>
          <w:b/>
        </w:rPr>
        <w:t xml:space="preserve">[00:50] </w:t>
      </w:r>
      <w:r>
        <w:t>right man at wrong place. sahi aadmi galat jagah par.</w:t>
      </w:r>
    </w:p>
    <w:p>
      <w:pPr>
        <w:jc w:val="right"/>
      </w:pPr>
      <w:r>
        <w:t>رائٹ مین ایٹ رانگ پلیس۔ صحیح آدمی غلط جگہ پر۔</w:t>
      </w:r>
    </w:p>
    <w:p>
      <w:r>
        <w:rPr>
          <w:b/>
        </w:rPr>
        <w:t xml:space="preserve">[01:00] </w:t>
      </w:r>
      <w:r>
        <w:t>yeh theme mujhe kuch aisi baatein huin jis ki wajah se aayi mere mind mein. jaise aaj morning mein main radio sun raha tha toh radio par ek well known leader ki speech aa rahi thi.</w:t>
      </w:r>
    </w:p>
    <w:p>
      <w:pPr>
        <w:jc w:val="right"/>
      </w:pPr>
      <w:r>
        <w:t>یہ تھیم مجھے کچھ ایسی باتیں ہوئیں جس کی وجہ سے آئی میرے مائنڈ میں۔ جیسے آج مارننگ میں میں ریڈیو سن رہا تھا تو ریڈیو پر ایک ویل نون لیڈر کی اسپیچ آ رہی تھی۔</w:t>
      </w:r>
    </w:p>
    <w:p>
      <w:r>
        <w:rPr>
          <w:b/>
        </w:rPr>
        <w:t xml:space="preserve">[01:24] </w:t>
      </w:r>
      <w:r>
        <w:t>unhone kaha ki,</w:t>
      </w:r>
    </w:p>
    <w:p>
      <w:pPr>
        <w:jc w:val="right"/>
      </w:pPr>
      <w:r>
        <w:t>انہوں نے کہا کہ،</w:t>
      </w:r>
    </w:p>
    <w:p>
      <w:r>
        <w:rPr>
          <w:b/>
        </w:rPr>
        <w:t xml:space="preserve">[01:28] </w:t>
      </w:r>
      <w:r>
        <w:t>"we are facing a very serious kind of problem." woh kya?</w:t>
      </w:r>
    </w:p>
    <w:p>
      <w:pPr>
        <w:jc w:val="right"/>
      </w:pPr>
      <w:r>
        <w:t>"وی آر فیسنگ اے ویری سیریس کائنڈ آف پرابلم۔" وہ کیا؟</w:t>
      </w:r>
    </w:p>
    <w:p>
      <w:r>
        <w:rPr>
          <w:b/>
        </w:rPr>
        <w:t xml:space="preserve">[01:39] </w:t>
      </w:r>
      <w:r>
        <w:t>woh hai white collar crime. white collar crime. white collar crime ek term hai jo professor Edwin ne isko istemal kiya tha.</w:t>
      </w:r>
    </w:p>
    <w:p>
      <w:pPr>
        <w:jc w:val="right"/>
      </w:pPr>
      <w:r>
        <w:t>وہ ہے وائٹ کالر کرائم۔ وائٹ کالر کرائم۔ وائٹ کالر کرائم ایک ٹرم ہے جو پروفیسر ایڈون نے اس کو استعمال کیا تھا۔</w:t>
      </w:r>
    </w:p>
    <w:p>
      <w:r>
        <w:rPr>
          <w:b/>
        </w:rPr>
        <w:t xml:space="preserve">[02:00] </w:t>
      </w:r>
      <w:r>
        <w:t>white collar crime kaha jata hai un logon ko jo padhe likhe hote hain aur jo qanoon jante hain.</w:t>
      </w:r>
    </w:p>
    <w:p>
      <w:pPr>
        <w:jc w:val="right"/>
      </w:pPr>
      <w:r>
        <w:t>وائٹ کالر کرائم کہا جاتا ہے ان لوگوں کو جو پڑھے لکھے ہوتے ہیں اور جو قانون جانتے ہیں۔</w:t>
      </w:r>
    </w:p>
    <w:p>
      <w:r>
        <w:rPr>
          <w:b/>
        </w:rPr>
        <w:t xml:space="preserve">[02:13] </w:t>
      </w:r>
      <w:r>
        <w:t>jo bahut hi legal way mein, organized way mein woh crime karte hain.</w:t>
      </w:r>
    </w:p>
    <w:p>
      <w:pPr>
        <w:jc w:val="right"/>
      </w:pPr>
      <w:r>
        <w:t>جو بہت ہی لیگل وے میں، آرگنائزڈ وے میں وہ کرائم کرتے ہیں۔</w:t>
      </w:r>
    </w:p>
    <w:p>
      <w:r>
        <w:rPr>
          <w:b/>
        </w:rPr>
        <w:t xml:space="preserve">[02:20] </w:t>
      </w:r>
      <w:r>
        <w:t>toh yeh hai white collar crime. toh unhone kaha ki hamein is se nipatna hai. strictly is ko hamein crush karna hai waghera.</w:t>
      </w:r>
    </w:p>
    <w:p>
      <w:pPr>
        <w:jc w:val="right"/>
      </w:pPr>
      <w:r>
        <w:t>تو یہ ہے وائٹ کالر کرائم۔ تو انہوں نے کہا کہ ہمیں اس سے نمٹنا ہے۔ اسٹرکٹلی اس کو ہمیں کرش کرنا ہے وغیرہ۔</w:t>
      </w:r>
    </w:p>
    <w:p>
      <w:r>
        <w:rPr>
          <w:b/>
        </w:rPr>
        <w:t xml:space="preserve">[02:33] </w:t>
      </w:r>
      <w:r>
        <w:t>toh main yeh sochne laga ki white collar crime toh bahut dinon se chal raha hai. aur terrorism bhi bahut dinon se chal raha hai.</w:t>
      </w:r>
    </w:p>
    <w:p>
      <w:pPr>
        <w:jc w:val="right"/>
      </w:pPr>
      <w:r>
        <w:t>تو میں یہ سوچنے لگا کہ وائٹ کالر کرائم تو بہت دنوں سے چل رہا ہے۔ اور ٹیررزم بھی بہت دنوں سے چل رہا ہے۔</w:t>
      </w:r>
    </w:p>
    <w:p>
      <w:r>
        <w:rPr>
          <w:b/>
        </w:rPr>
        <w:t xml:space="preserve">[02:46] </w:t>
      </w:r>
      <w:r>
        <w:t>toh aaj kal daily hum sunte hain media mein ki hamein terrorism ko khatm karna hai. white collar crime ko khatm karna hai. toh mera mind yeh hai ki main hamesha root cause par jata hoon.</w:t>
      </w:r>
    </w:p>
    <w:p>
      <w:pPr>
        <w:jc w:val="right"/>
      </w:pPr>
      <w:r>
        <w:t>تو آج کل ڈیلی ہم سنتے ہیں میڈیا میں کہ ہمیں ٹیررزم کو ختم کرنا ہے۔ وائٹ کالر کرائم کو ختم کرنا ہے۔ تو میرا مائنڈ یہ ہے کہ میں ہمیشہ روٹ کاز پر جاتا ہوں۔</w:t>
      </w:r>
    </w:p>
    <w:p>
      <w:r>
        <w:rPr>
          <w:b/>
        </w:rPr>
        <w:t xml:space="preserve">[03:01] </w:t>
      </w:r>
      <w:r>
        <w:t>main result ko dekhta hoon. toh maine socha ki yeh yeh toh bahut dinon se ho raha hai. kitni sari states, kitni sari hukumatain, kitni sari international agencies lagi hui hain.</w:t>
      </w:r>
    </w:p>
    <w:p>
      <w:pPr>
        <w:jc w:val="right"/>
      </w:pPr>
      <w:r>
        <w:t>میں رزلٹ کو دیکھتا ہوں۔ تو میں نے سوچا کہ یہ یہ تو بہت دنوں سے ہو رہا ہے۔ کتنی ساری اسٹیٹس، کتنی ساری حکومتیں، کتنی ساری انٹرنیشنل ایجنسیز لگی ہوئی ہیں۔</w:t>
      </w:r>
    </w:p>
    <w:p>
      <w:r>
        <w:rPr>
          <w:b/>
        </w:rPr>
        <w:t xml:space="preserve">[03:18] </w:t>
      </w:r>
      <w:r>
        <w:t>tab phir bhi kyun khatm nahi hua woh? phir bhi kyun khatm nahi hua?</w:t>
      </w:r>
    </w:p>
    <w:p>
      <w:pPr>
        <w:jc w:val="right"/>
      </w:pPr>
      <w:r>
        <w:t>تب پھر بھی کیوں ختم نہیں ہوا وہ؟ پھر بھی کیوں ختم نہیں ہوا؟</w:t>
      </w:r>
    </w:p>
    <w:p>
      <w:r>
        <w:rPr>
          <w:b/>
        </w:rPr>
        <w:t xml:space="preserve">[03:28] </w:t>
      </w:r>
      <w:r>
        <w:t>toh dekhiye, yahan par lack of effort ka problem nahi hai. lack of result of effort ka problem hai.</w:t>
      </w:r>
    </w:p>
    <w:p>
      <w:pPr>
        <w:jc w:val="right"/>
      </w:pPr>
      <w:r>
        <w:t>تو دیکھیئے، یہاں پر لیک آف ایفرٹ کا پرابلم نہیں ہے۔ لیک آف رزلٹ آف ایفرٹ کا پرابلم ہے۔</w:t>
      </w:r>
    </w:p>
    <w:p>
      <w:r>
        <w:rPr>
          <w:b/>
        </w:rPr>
        <w:t xml:space="preserve">[03:41] </w:t>
      </w:r>
      <w:r>
        <w:t>yani koshishein toh bahut huin. ab aur kya hoga? jo kuch ho chuka hai main nahi samajhta kuch zyada kuch ho sakta hai.</w:t>
      </w:r>
    </w:p>
    <w:p>
      <w:pPr>
        <w:jc w:val="right"/>
      </w:pPr>
      <w:r>
        <w:t>یعنی کوششیں تو بہت ہوئیں۔ اب اور کیا ہوگا؟ جو کچھ ہو چکا ہے میں نہیں سمجھتا کچھ زیادہ کچھ ہو سکتا ہے۔</w:t>
      </w:r>
    </w:p>
    <w:p>
      <w:r>
        <w:rPr>
          <w:b/>
        </w:rPr>
        <w:t xml:space="preserve">[03:51] </w:t>
      </w:r>
      <w:r>
        <w:t>sab kuch koshish ki ja chuki hai bahut bade bade level par. phir bhi result nahi nikla. phir bhi terrorism khatm nahi hua.</w:t>
      </w:r>
    </w:p>
    <w:p>
      <w:pPr>
        <w:jc w:val="right"/>
      </w:pPr>
      <w:r>
        <w:t>سب کچھ کوشش کی جا چکی ہے بہت بڑے بڑے لیول پر۔ پھر بھی رزلٹ نہیں نکلا۔ پھر بھی ٹیررزم ختم نہیں ہوا۔</w:t>
      </w:r>
    </w:p>
    <w:p>
      <w:r>
        <w:rPr>
          <w:b/>
        </w:rPr>
        <w:t xml:space="preserve">[04:02] </w:t>
      </w:r>
      <w:r>
        <w:t>phir bhi white collar crime khatm nahi hua. toh ab sochne ki baat yeh hai ki kyun yeh hai chala ja raha hai?</w:t>
      </w:r>
    </w:p>
    <w:p>
      <w:pPr>
        <w:jc w:val="right"/>
      </w:pPr>
      <w:r>
        <w:t>پھر بھی وائٹ کالر کرائم ختم نہیں ہوا۔ تو اب سوچنے کی بات یہ ہے کہ کیوں یہ ہے چلا جا رہا ہے؟</w:t>
      </w:r>
    </w:p>
    <w:p>
      <w:r>
        <w:rPr>
          <w:b/>
        </w:rPr>
        <w:t xml:space="preserve">[04:11] </w:t>
      </w:r>
      <w:r>
        <w:t>kyun hum is ko crush nahi kar paate? toh main samajhta hoon ki yeh bahut deep rooted devil hai yeh. bahut zyada deep rooted devil hai.</w:t>
      </w:r>
    </w:p>
    <w:p>
      <w:pPr>
        <w:jc w:val="right"/>
      </w:pPr>
      <w:r>
        <w:t>کیوں ہم اس کو کرش نہیں کر پاتے؟ تو میں سمجھتا ہوں کہ یہ بہت ڈیپ روٹڈ ڈیول ہے یہ۔ بہت زیادہ ڈیپ روٹڈ ڈیول ہے۔</w:t>
      </w:r>
    </w:p>
    <w:p>
      <w:r>
        <w:rPr>
          <w:b/>
        </w:rPr>
        <w:t xml:space="preserve">[04:24] </w:t>
      </w:r>
      <w:r>
        <w:t>is ki jar bahut gehrai tak jati hai. ab dekhiye jo white collar crime jo hai us ko sochiye aap. aur jo terrorism hai us ko bhi sochiye.</w:t>
      </w:r>
    </w:p>
    <w:p>
      <w:pPr>
        <w:jc w:val="right"/>
      </w:pPr>
      <w:r>
        <w:t>اس کی جڑ بہت گہرائی تک جاتی ہے۔ اب دیکھیئے جو وائٹ کالر کرائم جو ہے اس کو سوچیئے آپ۔ اور جو ٹیررزم ہے اس کو بھی سوچیئے۔</w:t>
      </w:r>
    </w:p>
    <w:p>
      <w:r>
        <w:rPr>
          <w:b/>
        </w:rPr>
        <w:t xml:space="preserve">[04:35] </w:t>
      </w:r>
      <w:r>
        <w:t>yeh log jo hain yeh ghareeb log nahi hote.</w:t>
      </w:r>
    </w:p>
    <w:p>
      <w:pPr>
        <w:jc w:val="right"/>
      </w:pPr>
      <w:r>
        <w:t>یہ لوگ جو ہیں یہ غریب لوگ نہیں ہوتے۔</w:t>
      </w:r>
    </w:p>
    <w:p>
      <w:r>
        <w:rPr>
          <w:b/>
        </w:rPr>
        <w:t xml:space="preserve">[04:41] </w:t>
      </w:r>
      <w:r>
        <w:t>aap ne media mein dekha hoga ki yeh padhe likhe hote hain. yeh educated log hote hain. aur in ke paas paisa bhi hota hai.</w:t>
      </w:r>
    </w:p>
    <w:p>
      <w:pPr>
        <w:jc w:val="right"/>
      </w:pPr>
      <w:r>
        <w:t>آپ نے میڈیا میں دیکھا ہوگا کہ یہ پڑھے لکھے ہوتے ہیں۔ یہ ایجوکیٹڈ لوگ ہوتے ہیں۔ اور ان کے پاس پیسہ بھی ہوتا ہے۔</w:t>
      </w:r>
    </w:p>
    <w:p>
      <w:r>
        <w:rPr>
          <w:b/>
        </w:rPr>
        <w:t xml:space="preserve">[04:50] </w:t>
      </w:r>
      <w:r>
        <w:t>phir bhi yeh sari baatein karte hain.</w:t>
      </w:r>
    </w:p>
    <w:p>
      <w:pPr>
        <w:jc w:val="right"/>
      </w:pPr>
      <w:r>
        <w:t>پھر بھی یہ ساری باتیں کرتے ہیں۔</w:t>
      </w:r>
    </w:p>
    <w:p>
      <w:r>
        <w:rPr>
          <w:b/>
        </w:rPr>
        <w:t xml:space="preserve">[04:55] </w:t>
      </w:r>
      <w:r>
        <w:t>toh is se aap is baat ko samajh sakte hain ki aisi cheez hai dissatisfaction. yani sab kuch pa kar bhi satisfaction na milna.</w:t>
      </w:r>
    </w:p>
    <w:p>
      <w:pPr>
        <w:jc w:val="right"/>
      </w:pPr>
      <w:r>
        <w:t>تو اس سے آپ اس بات کو سمجھ سکتے ہیں کہ ایسی چیز ہے ڈس سیٹسفیکشن۔ یعنی سب کچھ پا کر بھی سیٹسفیکشن نہ ملنا۔</w:t>
      </w:r>
    </w:p>
    <w:p>
      <w:r>
        <w:rPr>
          <w:b/>
        </w:rPr>
        <w:t xml:space="preserve">[05:09] </w:t>
      </w:r>
      <w:r>
        <w:t>in logon ke paas paisa hai. in logon ke paas</w:t>
      </w:r>
    </w:p>
    <w:p>
      <w:pPr>
        <w:jc w:val="right"/>
      </w:pPr>
      <w:r>
        <w:t>ان لوگوں کے پاس پیسہ ہے۔ ان لوگوں کے پاس</w:t>
      </w:r>
    </w:p>
    <w:p>
      <w:r>
        <w:rPr>
          <w:b/>
        </w:rPr>
        <w:t xml:space="preserve">[05:16] </w:t>
      </w:r>
      <w:r>
        <w:t>political power hai. in logon ke paas sab kuch hai. lekin</w:t>
      </w:r>
    </w:p>
    <w:p>
      <w:pPr>
        <w:jc w:val="right"/>
      </w:pPr>
      <w:r>
        <w:t>پولیٹیکل پاور ہے۔ ان لوگوں کے پاس سب کچھ ہے۔ لیکن</w:t>
      </w:r>
    </w:p>
    <w:p>
      <w:r>
        <w:rPr>
          <w:b/>
        </w:rPr>
        <w:t xml:space="preserve">[05:24] </w:t>
      </w:r>
      <w:r>
        <w:t>yeh out of</w:t>
      </w:r>
    </w:p>
    <w:p>
      <w:pPr>
        <w:jc w:val="right"/>
      </w:pPr>
      <w:r>
        <w:t>یہ آؤٹ آف</w:t>
      </w:r>
    </w:p>
    <w:p>
      <w:r>
        <w:rPr>
          <w:b/>
        </w:rPr>
        <w:t xml:space="preserve">[05:28] </w:t>
      </w:r>
      <w:r>
        <w:t>dis satisfaction yeh sara kaam ho raha hai. Aisay nahi ke inhein koi zaroorat hai is ki. Zaroorat to in ki poori ho chuki hai.</w:t>
      </w:r>
    </w:p>
    <w:p>
      <w:pPr>
        <w:jc w:val="right"/>
      </w:pPr>
      <w:r>
        <w:t>ڈس سیٹسفیکشن یہ سارا کام ہو رہا ہے۔ ایسے نہیں کہ انہیں کوئی ضرورت ہے اس کی۔ ضرورت تو ان کی پوری ہو چکی ہے۔</w:t>
      </w:r>
    </w:p>
    <w:p>
      <w:r>
        <w:rPr>
          <w:b/>
        </w:rPr>
        <w:t xml:space="preserve">[05:39] </w:t>
      </w:r>
      <w:r>
        <w:t>Is ko sochtay huay mujhe aik bohat hi zyada bari baat samajh aayi. To mein ne aaj ka jo jo title rakha right man at wrong place.</w:t>
      </w:r>
    </w:p>
    <w:p>
      <w:pPr>
        <w:jc w:val="right"/>
      </w:pPr>
      <w:r>
        <w:t>اس کو سوچتے ہوئے مجھے ایک بہت ہی زیادہ بڑی بات سمجھ آئی۔ تو میں نے آج کا جو جو ٹائٹل رکھا رائٹ مین ایٹ رانگ پلیس۔</w:t>
      </w:r>
    </w:p>
    <w:p>
      <w:r>
        <w:rPr>
          <w:b/>
        </w:rPr>
        <w:t xml:space="preserve">[05:53] </w:t>
      </w:r>
      <w:r>
        <w:t>Yaani is dunya mein insan apnay aap ko aik aisi jagah pata hai jahan is ki desire poori nahi hoti.</w:t>
      </w:r>
    </w:p>
    <w:p>
      <w:pPr>
        <w:jc w:val="right"/>
      </w:pPr>
      <w:r>
        <w:t>یعنی اس دنیا میں انسان اپنے آپ کو ایک ایسی جگہ پاتا ہے جہاں اس کی ڈیزائر پوری نہیں ہوتی۔</w:t>
      </w:r>
    </w:p>
    <w:p>
      <w:r>
        <w:rPr>
          <w:b/>
        </w:rPr>
        <w:t xml:space="preserve">[06:08] </w:t>
      </w:r>
      <w:r>
        <w:t>Insan ke paas itna acha mind hai. Itni achi body hai. Itni sari desires hain. Lekin kuch bhi paaye aadmi political power mil jaaye, fame mil jaaye, paisa mil jaaye lekin is ka dissatisfaction khatam nahi hota.</w:t>
      </w:r>
    </w:p>
    <w:p>
      <w:pPr>
        <w:jc w:val="right"/>
      </w:pPr>
      <w:r>
        <w:t>انسان کے پاس اتنا اچھا مائنڈ ہے۔ اتنی اچھی باڈی ہے۔ اتنی ساری ڈیزائرز ہیں۔ لیکن کچھ بھی پائے آدمی پولیٹیکل پاور مل جائے، فیم مل جائے، پیسہ مل جائے لیکن اس کا ڈس سیٹسفیکشن ختم نہیں ہوتا۔</w:t>
      </w:r>
    </w:p>
    <w:p>
      <w:r>
        <w:rPr>
          <w:b/>
        </w:rPr>
        <w:t xml:space="preserve">[06:27] </w:t>
      </w:r>
      <w:r>
        <w:t>Yeh hai sara maamla. Wahi jo hai dissatisfaction wahi yeh sab kaam karwata hai.</w:t>
      </w:r>
    </w:p>
    <w:p>
      <w:pPr>
        <w:jc w:val="right"/>
      </w:pPr>
      <w:r>
        <w:t>یہ ہے سارا معاملہ۔ وہی جو ہے ڈس سیٹسفیکشن وہی یہ سب کام کرواتا ہے۔</w:t>
      </w:r>
    </w:p>
    <w:p>
      <w:r>
        <w:rPr>
          <w:b/>
        </w:rPr>
        <w:t xml:space="preserve">[06:37] </w:t>
      </w:r>
      <w:r>
        <w:t>To is ka raaz kya hai? Is ka raaz jo hai</w:t>
      </w:r>
    </w:p>
    <w:p>
      <w:pPr>
        <w:jc w:val="right"/>
      </w:pPr>
      <w:r>
        <w:t>تو اس کا راز کیا ہے؟ اس کا راز جو ہے</w:t>
      </w:r>
    </w:p>
    <w:p>
      <w:r>
        <w:rPr>
          <w:b/>
        </w:rPr>
        <w:t xml:space="preserve">[06:44] </w:t>
      </w:r>
      <w:r>
        <w:t>Quran ke study se mein ne paya hai yeh baat. Ke yeh dunya jo Khuda ne banayi hai yahan par insan ke liye limited way mein satisfaction ka saman hai.</w:t>
      </w:r>
    </w:p>
    <w:p>
      <w:pPr>
        <w:jc w:val="right"/>
      </w:pPr>
      <w:r>
        <w:t>قرآن کے اسٹڈی سے میں نے پایا ہے یہ بات۔ کہ یہ دنیا جو خدا نے بنائی ہے یہاں پر انسان کے لیے لمیٹڈ وے میں سیٹسفیکشن کا سامان ہے۔</w:t>
      </w:r>
    </w:p>
    <w:p>
      <w:r>
        <w:rPr>
          <w:b/>
        </w:rPr>
        <w:t xml:space="preserve">[07:00] </w:t>
      </w:r>
      <w:r>
        <w:t>Wa zaitoon wa toor e sineen wa ahad al barad al ameen. Laqad khalaqnal insana fi ahsani taqweem. Summa radadnahu asfala safileen.</w:t>
      </w:r>
    </w:p>
    <w:p>
      <w:pPr>
        <w:jc w:val="right"/>
      </w:pPr>
      <w:r>
        <w:t>وَتِّينَ بَيْزَ الزَّيْتُونِ وَتُورِ السِّينِينِ وَعَهَدَ الْبَرَدِ الْأَمِينِ لَقَدْ خَلَقْنَا الْلِإِنْسَانَ فِي أَحْسَنِ تَقْوِيمٍ ثُمَّ رَضَدْنَاهُ عَسْفَلَ السَّافِرِينَ۔</w:t>
      </w:r>
    </w:p>
    <w:p>
      <w:r>
        <w:rPr>
          <w:b/>
        </w:rPr>
        <w:t xml:space="preserve">[07:10] </w:t>
      </w:r>
      <w:r>
        <w:t>Is ka matlab mein yeh samjha hoon ke insan ko Khuda ne banaya bohat hi aala qualities ke sath.</w:t>
      </w:r>
    </w:p>
    <w:p>
      <w:pPr>
        <w:jc w:val="right"/>
      </w:pPr>
      <w:r>
        <w:t>اس کا مطلب میں یہ سمجھا ہوں کہ انسان کو خدا نے بنایا بہت ہی اعلیٰ کوالٹیز کے ساتھ۔</w:t>
      </w:r>
    </w:p>
    <w:p>
      <w:r>
        <w:rPr>
          <w:b/>
        </w:rPr>
        <w:t xml:space="preserve">[07:22] </w:t>
      </w:r>
      <w:r>
        <w:t>Lekin jis dunya mein is ko rakha hai wahan par is ki is ko fulfillment nahi milta.</w:t>
      </w:r>
    </w:p>
    <w:p>
      <w:pPr>
        <w:jc w:val="right"/>
      </w:pPr>
      <w:r>
        <w:t>لیکن جس دنیا میں اس کو رکھا ہے وہاں پر اس کی اس کو فلفلمنٹ نہیں ملتا۔</w:t>
      </w:r>
    </w:p>
    <w:p>
      <w:r>
        <w:rPr>
          <w:b/>
        </w:rPr>
        <w:t xml:space="preserve">[07:32] </w:t>
      </w:r>
      <w:r>
        <w:t>To aik taraf is ka intellectual capacity hai woh to unlimited hai. Aur doosri taraf jo physical world hai us mein is ko rehna parta hai.</w:t>
      </w:r>
    </w:p>
    <w:p>
      <w:pPr>
        <w:jc w:val="right"/>
      </w:pPr>
      <w:r>
        <w:t>تو ایک طرف اس کا انٹلیکچوئل کیپیسٹی ہے وہ تو ان لمیٹڈ ہے۔ اور دوسری طرف جو فزیکل ورلڈ ہے اس میں اس کو رہنا پڑتا ہے۔</w:t>
      </w:r>
    </w:p>
    <w:p>
      <w:r>
        <w:rPr>
          <w:b/>
        </w:rPr>
        <w:t xml:space="preserve">[07:44] </w:t>
      </w:r>
      <w:r>
        <w:t>Wahan par har cheez limited hai. Unlimited satisfaction nahi paata is dunya mein aadmi.</w:t>
      </w:r>
    </w:p>
    <w:p>
      <w:pPr>
        <w:jc w:val="right"/>
      </w:pPr>
      <w:r>
        <w:t>وہاں پر ہر چیز لمیٹڈ ہے۔ ان لمیٹڈ سیٹسفیکشن نہیں پاتا اس دنیا میں آدمی۔</w:t>
      </w:r>
    </w:p>
    <w:p>
      <w:r>
        <w:rPr>
          <w:b/>
        </w:rPr>
        <w:t xml:space="preserve">[07:55] </w:t>
      </w:r>
      <w:r>
        <w:t>This generates frustration. Disappointment</w:t>
      </w:r>
    </w:p>
    <w:p>
      <w:pPr>
        <w:jc w:val="right"/>
      </w:pPr>
      <w:r>
        <w:t>دس جنریٹس فرسٹریشن۔ ڈس اپوائنٹمنٹ</w:t>
      </w:r>
    </w:p>
    <w:p>
      <w:r>
        <w:rPr>
          <w:b/>
        </w:rPr>
        <w:t xml:space="preserve">[08:02] </w:t>
      </w:r>
      <w:r>
        <w:t>. Yeh hai problem.</w:t>
      </w:r>
    </w:p>
    <w:p>
      <w:pPr>
        <w:jc w:val="right"/>
      </w:pPr>
      <w:r>
        <w:t>۔ یہ ہے پرابلم۔</w:t>
      </w:r>
    </w:p>
    <w:p>
      <w:r>
        <w:rPr>
          <w:b/>
        </w:rPr>
        <w:t xml:space="preserve">[08:06] </w:t>
      </w:r>
      <w:r>
        <w:t>Aap dekhiye to poori history is mein involve hai. Poori poori history. Yahan tak ke jo pehla insan hai first man yaani Adam wohin se yeh story shuru hoti hai.</w:t>
      </w:r>
    </w:p>
    <w:p>
      <w:pPr>
        <w:jc w:val="right"/>
      </w:pPr>
      <w:r>
        <w:t>آپ دیکھیئے تو پوری ہسٹری اس میں انوالو ہے۔ پوری پوری ہسٹری۔ یہاں تک کہ جو پہلا انسان ہے فرسٹ مین یعنی آدم وہیں سے یہ سٹوری شروع ہوتی ہے۔</w:t>
      </w:r>
    </w:p>
    <w:p>
      <w:r>
        <w:rPr>
          <w:b/>
        </w:rPr>
        <w:t xml:space="preserve">[08:22] </w:t>
      </w:r>
      <w:r>
        <w:t>Yeh jo kahani hai yeh first man se shuru hoti hai. Woh kis tarah? Aap jantay hain ke Khuda ne jab pehla insan banaya jis ko hum Adam kehtay hain to us ko jannat mein basaya.</w:t>
      </w:r>
    </w:p>
    <w:p>
      <w:pPr>
        <w:jc w:val="right"/>
      </w:pPr>
      <w:r>
        <w:t>یہ جو کہانی ہے یہ فرسٹ مین سے شروع ہوتی ہے۔ وہ کس طرح؟ آپ جانتے ہیں کہ خدا نے جب پہلا انسان بنایا جس کو ہم آدم کہتے ہیں تو اس کو جنت میں بسایا۔</w:t>
      </w:r>
    </w:p>
    <w:p>
      <w:r>
        <w:rPr>
          <w:b/>
        </w:rPr>
        <w:t xml:space="preserve">[08:41] </w:t>
      </w:r>
      <w:r>
        <w:t>Sath sath yeh kaha ke wahan par aik tree tha, aik drakht tha.</w:t>
      </w:r>
    </w:p>
    <w:p>
      <w:pPr>
        <w:jc w:val="right"/>
      </w:pPr>
      <w:r>
        <w:t>ساتھ ساتھ یہ کہا کہ وہاں پر ایک ٹری تھا، ایک درخت تھا۔</w:t>
      </w:r>
    </w:p>
    <w:p>
      <w:r>
        <w:rPr>
          <w:b/>
        </w:rPr>
        <w:t xml:space="preserve">[08:48] </w:t>
      </w:r>
      <w:r>
        <w:t>Woh tha forbidden tree. Yaani shajar ممنوعہ. To Khuda ne kaha ke tum yahan par azaad ho.</w:t>
      </w:r>
    </w:p>
    <w:p>
      <w:pPr>
        <w:jc w:val="right"/>
      </w:pPr>
      <w:r>
        <w:t>وہ تھا فاربیڈن ٹری۔ یعنی شجر ممنوعہ۔ تو خدا نے کہا کہ تم یہاں پر آزاد ہو۔</w:t>
      </w:r>
    </w:p>
    <w:p>
      <w:r>
        <w:rPr>
          <w:b/>
        </w:rPr>
        <w:t xml:space="preserve">[08:57] </w:t>
      </w:r>
      <w:r>
        <w:t>Lekin is forbidden tree ko tumhein mana kar diya gaya hai. Don't approach to this tree.</w:t>
      </w:r>
    </w:p>
    <w:p>
      <w:pPr>
        <w:jc w:val="right"/>
      </w:pPr>
      <w:r>
        <w:t>لیکن اس فاربیڈن ٹری کو تمہیں منع کر دیا گیا ہے۔ ڈونٹ اپروچ ٹو دس ٹری۔</w:t>
      </w:r>
    </w:p>
    <w:p>
      <w:r>
        <w:rPr>
          <w:b/>
        </w:rPr>
        <w:t xml:space="preserve">[09:08] </w:t>
      </w:r>
      <w:r>
        <w:t>Ab shaitan ne, shaitan ki reach Adam tak thi. To shaitan ne kaha kaha Adam ko. Bar bar is ko kaha, bar bar is ke dil mein dala.</w:t>
      </w:r>
    </w:p>
    <w:p>
      <w:pPr>
        <w:jc w:val="right"/>
      </w:pPr>
      <w:r>
        <w:t>اب شیطان نے، شیطان کی ریچ آدم تک تھی۔ تو شیطان نے کہا کہا آدم کو۔ بار بار اس کو کہا، بار بار اس کے دل میں ڈالا۔</w:t>
      </w:r>
    </w:p>
    <w:p>
      <w:r>
        <w:rPr>
          <w:b/>
        </w:rPr>
        <w:t xml:space="preserve">[09:22] </w:t>
      </w:r>
      <w:r>
        <w:t>Ke yeh jo roka hai Khuda ne tum ko to yeh roka hai kis liye? Quran mein aata hai ke ya Adamu hal adluka ala shajaratil khuldi wa mulkin la yabla.</w:t>
      </w:r>
    </w:p>
    <w:p>
      <w:pPr>
        <w:jc w:val="right"/>
      </w:pPr>
      <w:r>
        <w:t>کہ یہ جو روکا ہے خدا نے تم کو تو یہ روکا ہے کس لئے؟ قرآن میں آتا ہے کہ یا آدموھل عدلک علی شجرۃ الخلد وملک لا یبلى۔</w:t>
      </w:r>
    </w:p>
    <w:p>
      <w:r>
        <w:rPr>
          <w:b/>
        </w:rPr>
        <w:t xml:space="preserve">[09:38] </w:t>
      </w:r>
      <w:r>
        <w:t>Yeh jo drakht hai yeh to bohat bari cheez hai. Yeh eternity ka drakht hai.</w:t>
      </w:r>
    </w:p>
    <w:p>
      <w:pPr>
        <w:jc w:val="right"/>
      </w:pPr>
      <w:r>
        <w:t>یہ جو درخت ہے یہ تو بہت بڑی چیز ہے۔ یہ ایٹرنیٹی کا درخت ہے۔</w:t>
      </w:r>
    </w:p>
    <w:p>
      <w:r>
        <w:rPr>
          <w:b/>
        </w:rPr>
        <w:t xml:space="preserve">[09:47] </w:t>
      </w:r>
      <w:r>
        <w:t>Aur yeh abadi iqtadar ka drakht hai. To yeh ayat jo hai Quran ki yeh hai surah number chapter twenty verse one twenty.</w:t>
      </w:r>
    </w:p>
    <w:p>
      <w:pPr>
        <w:jc w:val="right"/>
      </w:pPr>
      <w:r>
        <w:t>اور یہ ابدی اقتدار کا درخت ہے۔ تو یہ آیت جو ہے قرآن کی یہ ہے سورہ نمبر چیپٹر ٹوئنٹی ورس ون ٹوئنٹی۔</w:t>
      </w:r>
    </w:p>
    <w:p>
      <w:r>
        <w:rPr>
          <w:b/>
        </w:rPr>
        <w:t xml:space="preserve">[10:01] </w:t>
      </w:r>
      <w:r>
        <w:t>Twenty, one hundred twenty.</w:t>
      </w:r>
    </w:p>
    <w:p>
      <w:pPr>
        <w:jc w:val="right"/>
      </w:pPr>
      <w:r>
        <w:t>ٹوئنٹی، ون ہنڈرڈ ٹوئنٹی۔</w:t>
      </w:r>
    </w:p>
    <w:p>
      <w:r>
        <w:rPr>
          <w:b/>
        </w:rPr>
        <w:t xml:space="preserve">[10:06] </w:t>
      </w:r>
      <w:r>
        <w:t>to is ayat ka translation yeh hai ke o adam shall i lead you to the tree of eternity and to a kingdom that never declines</w:t>
      </w:r>
    </w:p>
    <w:p>
      <w:pPr>
        <w:jc w:val="right"/>
      </w:pPr>
      <w:r>
        <w:t>تو اس آیت کا ٹرانسلیشن یہ ہے کہ او آدم شیل آئی لیڈ یو ٹو دا ٹری آف ایٹرنیٹی اینڈ ٹو اے کنگڈم دیٹ نیور ڈیکلائنز</w:t>
      </w:r>
    </w:p>
    <w:p>
      <w:r>
        <w:rPr>
          <w:b/>
        </w:rPr>
        <w:t xml:space="preserve">[10:32] </w:t>
      </w:r>
      <w:r>
        <w:t>yeh is ne kaha to adam ko dikhai diya ke abhi jo mujhe mila hua hai woh to yani woh hai kam hai</w:t>
      </w:r>
    </w:p>
    <w:p>
      <w:pPr>
        <w:jc w:val="right"/>
      </w:pPr>
      <w:r>
        <w:t>۔ یہ اس نے کہا۔ تو آدم کو دکھائی دیا کہ ابھی جو مجھے ملا ہوا ہے وہ تو یعنی وہ ہے کم ہے۔</w:t>
      </w:r>
    </w:p>
    <w:p>
      <w:r>
        <w:rPr>
          <w:b/>
        </w:rPr>
        <w:t xml:space="preserve">[10:43] </w:t>
      </w:r>
      <w:r>
        <w:t>aur agar main darakht ka phal kha loon to mujhe zyada mil jayega unhon ne aisa kiya aur is ke baad kya hua</w:t>
      </w:r>
    </w:p>
    <w:p>
      <w:pPr>
        <w:jc w:val="right"/>
      </w:pPr>
      <w:r>
        <w:t>اور اگر میں درخت کا پھل کھا لوں تو مجھے زیادہ مل جائے گا۔ انہوں نے ایسا کیا۔ اور اس کے بعد کیا ہوا؟</w:t>
      </w:r>
    </w:p>
    <w:p>
      <w:r>
        <w:rPr>
          <w:b/>
        </w:rPr>
        <w:t xml:space="preserve">[10:52] </w:t>
      </w:r>
      <w:r>
        <w:t>ke woh paradise se nikal diye gaye aur hum sab paida hue yani woh nasal chali nasal chali nasal chali</w:t>
      </w:r>
    </w:p>
    <w:p>
      <w:pPr>
        <w:jc w:val="right"/>
      </w:pPr>
      <w:r>
        <w:t>کہ وہ پیراڈائز سے نکال دیئے گئے۔ اور ہم سب پیدا ہوئے یعنی وہ نسل چلی، نسل چلی، نسل چلی۔</w:t>
      </w:r>
    </w:p>
    <w:p>
      <w:r>
        <w:rPr>
          <w:b/>
        </w:rPr>
        <w:t xml:space="preserve">[11:01] </w:t>
      </w:r>
      <w:r>
        <w:t>isi ka hum sab log un ke bete aur betiyan hain to yeh kya hai is ko samjhiye ek bahut hi important baat hai</w:t>
      </w:r>
    </w:p>
    <w:p>
      <w:pPr>
        <w:jc w:val="right"/>
      </w:pPr>
      <w:r>
        <w:t>اسی کا ہم سب لوگ ان کے بیٹے اور بیٹیاں ہیں۔ تو یہ کیا ہے؟ اس کو سمجھیئے ایک بہت ہی امپورٹنٹ بات ہے۔</w:t>
      </w:r>
    </w:p>
    <w:p>
      <w:r>
        <w:rPr>
          <w:b/>
        </w:rPr>
        <w:t xml:space="preserve">[11:15] </w:t>
      </w:r>
      <w:r>
        <w:t>yeh bahut important baat hai</w:t>
      </w:r>
    </w:p>
    <w:p>
      <w:pPr>
        <w:jc w:val="right"/>
      </w:pPr>
      <w:r>
        <w:t>یہ بہت امپورٹنٹ بات ہے۔</w:t>
      </w:r>
    </w:p>
    <w:p>
      <w:r>
        <w:rPr>
          <w:b/>
        </w:rPr>
        <w:t xml:space="preserve">[11:20] </w:t>
      </w:r>
      <w:r>
        <w:t>aur main yeh kahunga ke poori history mein yeh ho raha hai</w:t>
      </w:r>
    </w:p>
    <w:p>
      <w:pPr>
        <w:jc w:val="right"/>
      </w:pPr>
      <w:r>
        <w:t>اور میں یہ کہوں گا کہ پوری ہسٹری میں یہ ہو رہا ہے۔</w:t>
      </w:r>
    </w:p>
    <w:p>
      <w:r>
        <w:rPr>
          <w:b/>
        </w:rPr>
        <w:t xml:space="preserve">[11:28] </w:t>
      </w:r>
      <w:r>
        <w:t>aap dekhiye ke jo greek philosophers the socrates aur plato aur aristotle to us waqt greece mein ek bahut achhi government thi</w:t>
      </w:r>
    </w:p>
    <w:p>
      <w:pPr>
        <w:jc w:val="right"/>
      </w:pPr>
      <w:r>
        <w:t>آپ دیکھیئے کہ جو گریک فلاسفرز تھے سوکریٹیز اور پلیٹو اور ارسٹوٹل تو اس وقت گریس میں ایک بہت اچھی گورنمنٹ تھی۔</w:t>
      </w:r>
    </w:p>
    <w:p>
      <w:r>
        <w:rPr>
          <w:b/>
        </w:rPr>
        <w:t xml:space="preserve">[11:41] </w:t>
      </w:r>
      <w:r>
        <w:t>sab kuch unhein khane peene ko mil raha tha unhon ne kya socha ideal state kyun ke jo mila hua tha woh un ko lagta tha less than ideal</w:t>
      </w:r>
    </w:p>
    <w:p>
      <w:pPr>
        <w:jc w:val="right"/>
      </w:pPr>
      <w:r>
        <w:t>سب کچھ انہیں کھانے پینے کو مل رہا تھا۔ انہوں نے کیا سوچا؟ آئیڈیل اسٹیٹ۔ کیوں کہ جو ملا ہوا تھا وہ ان کو لگتا تھا لیس دین آئیڈیل۔</w:t>
      </w:r>
    </w:p>
    <w:p>
      <w:r>
        <w:rPr>
          <w:b/>
        </w:rPr>
        <w:t xml:space="preserve">[11:53] </w:t>
      </w:r>
      <w:r>
        <w:t>ideal state ke liye unhon ne koshish ki lekin kya hua result complete failure</w:t>
      </w:r>
    </w:p>
    <w:p>
      <w:pPr>
        <w:jc w:val="right"/>
      </w:pPr>
      <w:r>
        <w:t>آئیڈیل اسٹیٹ کے لیے انہوں نے کوشش کی۔ لیکن کیا ہوا رزلٹ؟ کمپلیٹ فیلئیر۔</w:t>
      </w:r>
    </w:p>
    <w:p>
      <w:r>
        <w:rPr>
          <w:b/>
        </w:rPr>
        <w:t xml:space="preserve">[12:03] </w:t>
      </w:r>
      <w:r>
        <w:t>aur teeno yeh philosopher jo the woh death hui un ki despair mein is ke baad bahut se aur log paida hue jaise bertrand russell aur kai log</w:t>
      </w:r>
    </w:p>
    <w:p>
      <w:pPr>
        <w:jc w:val="right"/>
      </w:pPr>
      <w:r>
        <w:t>اور تینوں یہ فلاسفر جو تھے وہ ڈیتھ ہوئی ان کی ڈسپیئر میں۔ اس کے بعد بہت سے اور لوگ پیدا ہوئے جیسے بارٹن رسل اور کئی لوگ۔</w:t>
      </w:r>
    </w:p>
    <w:p>
      <w:r>
        <w:rPr>
          <w:b/>
        </w:rPr>
        <w:t xml:space="preserve">[12:16] </w:t>
      </w:r>
      <w:r>
        <w:t>yeh sab ka jo dream tha kya bertrand russell karl marx aur russo aur bahut sare log</w:t>
      </w:r>
    </w:p>
    <w:p>
      <w:pPr>
        <w:jc w:val="right"/>
      </w:pPr>
      <w:r>
        <w:t>یہ سب کا جو ڈریم تھا کیا؟ بارٹن رسل، کارل مارکس اور روسو اور بہت سارے لوگ۔</w:t>
      </w:r>
    </w:p>
    <w:p>
      <w:r>
        <w:rPr>
          <w:b/>
        </w:rPr>
        <w:t xml:space="preserve">[12:25] </w:t>
      </w:r>
      <w:r>
        <w:t>in ka dream tha ideal state ideal society ideal system lekin kisi ko kisi ka dream jo hai poora nahi hua</w:t>
      </w:r>
    </w:p>
    <w:p>
      <w:pPr>
        <w:jc w:val="right"/>
      </w:pPr>
      <w:r>
        <w:t>ان کا ڈریم تھا آئیڈیل اسٹیٹ، آئیڈیل سوسائٹی، آئیڈیل سسٹم۔ لیکن کسی کو کسی کا ڈریم جو ہے پورا نہیں ہوا۔</w:t>
      </w:r>
    </w:p>
    <w:p>
      <w:r>
        <w:rPr>
          <w:b/>
        </w:rPr>
        <w:t xml:space="preserve">[12:36] </w:t>
      </w:r>
      <w:r>
        <w:t>sab ke sab mare frustration mein</w:t>
      </w:r>
    </w:p>
    <w:p>
      <w:pPr>
        <w:jc w:val="right"/>
      </w:pPr>
      <w:r>
        <w:t>سب کے سب مرے فرسٹریشن میں۔</w:t>
      </w:r>
    </w:p>
    <w:p>
      <w:r>
        <w:rPr>
          <w:b/>
        </w:rPr>
        <w:t xml:space="preserve">[12:42] </w:t>
      </w:r>
      <w:r>
        <w:t>hamare india mein lord curzon the jahan viceroy the ab viceroy jo hai rashtrapati bhavan ka raja ho kar rehta tha ab kitni badi un ki position thi</w:t>
      </w:r>
    </w:p>
    <w:p>
      <w:pPr>
        <w:jc w:val="right"/>
      </w:pPr>
      <w:r>
        <w:t>ہمارے انڈیا میں لارڈ کرزن تھے جہاں وائسرائے تھے۔ اب وائسرائے جو ہے راشپتی بھون کا راجہ ہو کر رہتا تھا۔ اب کتنی بڑی ان کی پوزیشن تھی۔</w:t>
      </w:r>
    </w:p>
    <w:p>
      <w:r>
        <w:rPr>
          <w:b/>
        </w:rPr>
        <w:t xml:space="preserve">[12:54] </w:t>
      </w:r>
      <w:r>
        <w:t>lekin unhon ne phir bhi woh satisfaction nahi hua kyun woh chahte the ke main britain ka prime minister ban jaoon</w:t>
      </w:r>
    </w:p>
    <w:p>
      <w:pPr>
        <w:jc w:val="right"/>
      </w:pPr>
      <w:r>
        <w:t>لیکن انہوں نے پھر بھی وہ سیٹسفیکشن نہیں ہوا۔ کیوں وہ چاہتے تھے کہ میں برٹن کا پرائم منسٹر بن جاؤں۔</w:t>
      </w:r>
    </w:p>
    <w:p>
      <w:r>
        <w:rPr>
          <w:b/>
        </w:rPr>
        <w:t xml:space="preserve">[13:03] </w:t>
      </w:r>
      <w:r>
        <w:t>ab woh gaye wahan par to prime minister nahi ban sake to aap padhiye un ke halaat ke bahut hi despair mein mare frustration mein mare yani itni badi cheez pa kar bhi unhein maut aayi un ki despair mein</w:t>
      </w:r>
    </w:p>
    <w:p>
      <w:pPr>
        <w:jc w:val="right"/>
      </w:pPr>
      <w:r>
        <w:t>اب وہ گئے وہاں پر تو پرائم منسٹر نہیں بن سکے۔ تو آپ پڑھیئے ان کے حالات۔ کہ بہت ہی ڈسپیئر میں مرے، فرسٹریشن میں مرے۔ یعنی اتنی بڑی چیز پا کر بھی انہیں موت آئی ان کی ڈسپیئر میں۔</w:t>
      </w:r>
    </w:p>
    <w:p>
      <w:r>
        <w:rPr>
          <w:b/>
        </w:rPr>
        <w:t xml:space="preserve">[13:20] </w:t>
      </w:r>
      <w:r>
        <w:t>kyun ke har cheez unhein lagti thi less than ideal aur ideal milta nahi tha to bahut se logon ka yahi haal hua</w:t>
      </w:r>
    </w:p>
    <w:p>
      <w:pPr>
        <w:jc w:val="right"/>
      </w:pPr>
      <w:r>
        <w:t>کیوں کہ ہر چیز انہیں لگتی تھی لیس دین آئیڈیل۔ اور آئیڈیل ملتا نہیں تھا۔ تو بہت سے لوگوں کا یہی حال ہوا۔</w:t>
      </w:r>
    </w:p>
    <w:p>
      <w:r>
        <w:rPr>
          <w:b/>
        </w:rPr>
        <w:t xml:space="preserve">[13:29] </w:t>
      </w:r>
      <w:r>
        <w:t>robert quiest dekhiye is ne suicide kar liya is ke paas sab kuch tha lekin suicide kar liya charles chaplin ke paas sab kuch tha</w:t>
      </w:r>
    </w:p>
    <w:p>
      <w:pPr>
        <w:jc w:val="right"/>
      </w:pPr>
      <w:r>
        <w:t>رابرٹ کوئسٹر دیکھیئے اس نے سوسائیڈ کر لیا۔ اس کے پاس سب کچھ تھا لیکن سوسائیڈ کر لیا۔ چارلیز چیپلن کے پاس سب کچھ تھا۔</w:t>
      </w:r>
    </w:p>
    <w:p>
      <w:r>
        <w:rPr>
          <w:b/>
        </w:rPr>
        <w:t xml:space="preserve">[13:39] </w:t>
      </w:r>
      <w:r>
        <w:t>logon ko hansata tha woh bahut bada ghar tha is ka thirty seven acre mein aur million and million dollar is ke paas tha sab kuch tha</w:t>
      </w:r>
    </w:p>
    <w:p>
      <w:pPr>
        <w:jc w:val="right"/>
      </w:pPr>
      <w:r>
        <w:t>لوگوں کو ہنساتا تھا وہ۔ بہت بڑا گھر تھا اس کا تھرٹی سیون ایکڑ میں۔ اور ملین اینڈ ملین ڈالر اس کے پاس تھا۔ سب کچھ تھا۔</w:t>
      </w:r>
    </w:p>
    <w:p>
      <w:r>
        <w:rPr>
          <w:b/>
        </w:rPr>
        <w:t xml:space="preserve">[13:49] </w:t>
      </w:r>
      <w:r>
        <w:t>lekin doosron ko hansata tha khud rota tha is ne kaha ke I like to walk in rain so that no one can see by the tears in my eye</w:t>
      </w:r>
    </w:p>
    <w:p>
      <w:pPr>
        <w:jc w:val="right"/>
      </w:pPr>
      <w:r>
        <w:t>لیکن دوسروں کو ہنساتا تھا خود روتا تھا۔ اس نے کہا کہ آئی لائک ٹو واک ان رین سو دیٹ نو ون کین سی بائی دا ٹیئرز ان مائی آئی۔</w:t>
      </w:r>
    </w:p>
    <w:p>
      <w:r>
        <w:rPr>
          <w:b/>
        </w:rPr>
        <w:t xml:space="preserve">[14:06] </w:t>
      </w:r>
      <w:r>
        <w:t>to sab ka kisi ek aadmi ka nahi hai poori poori history mein yahi hua hai wa la sardna lil insana ala fihi al khusri</w:t>
      </w:r>
    </w:p>
    <w:p>
      <w:pPr>
        <w:jc w:val="right"/>
      </w:pPr>
      <w:r>
        <w:t>تو سب کا، کسی ایک آدمی کا نہیں ہے۔ پوری پوری ہسٹری میں یہی ہوا ہے۔ وَلَاسْرِدْنَا لِلْإِنْسَانَ عَلَى فِيهِ الْخُسْرِ۔</w:t>
      </w:r>
    </w:p>
    <w:p>
      <w:r>
        <w:rPr>
          <w:b/>
        </w:rPr>
        <w:t xml:space="preserve">[14:16] </w:t>
      </w:r>
      <w:r>
        <w:t>yani poori poori history ke bare mein quran kehta hai poori poori history ke bare mein history is a witness that man is in loss</w:t>
      </w:r>
    </w:p>
    <w:p>
      <w:pPr>
        <w:jc w:val="right"/>
      </w:pPr>
      <w:r>
        <w:t>یعنی پوری پوری ہسٹری کے بارے میں قرآن کہتا ہے۔ پوری پوری ہسٹری کے بارے میں۔ ہسٹری از اے وٹنس دیٹ مین از ان لاس۔</w:t>
      </w:r>
    </w:p>
    <w:p>
      <w:r>
        <w:rPr>
          <w:b/>
        </w:rPr>
        <w:t xml:space="preserve">[14:27] </w:t>
      </w:r>
      <w:r>
        <w:t>poori poori history chahe woh king hon chahe woh galat log hon chahe jin ko badi badi fame mili hui ho aakhir kar woh marte hain frustration mein</w:t>
      </w:r>
    </w:p>
    <w:p>
      <w:pPr>
        <w:jc w:val="right"/>
      </w:pPr>
      <w:r>
        <w:t>پوری پوری ہسٹری چاہے وہ کنگ ہوں، چاہے وہ غلطی لوگ ہوں، چاہے جن کو بڑی بڑی فیم ملی ہوئی ہو۔ آخر کار وہ مرتے ہیں فرسٹریشن میں۔</w:t>
      </w:r>
    </w:p>
    <w:p>
      <w:r>
        <w:rPr>
          <w:b/>
        </w:rPr>
        <w:t xml:space="preserve">[14:37] </w:t>
      </w:r>
      <w:r>
        <w:t>tension mein jeete hain stress mein jeete hain aur bahut hi buri maut aati hai</w:t>
      </w:r>
    </w:p>
    <w:p>
      <w:pPr>
        <w:jc w:val="right"/>
      </w:pPr>
      <w:r>
        <w:t>ٹینشن میں جیتے ہیں۔ اسٹریس میں جیتے ہیں۔ اور بہت ہی بری موت آتی ہے۔</w:t>
      </w:r>
    </w:p>
    <w:p>
      <w:r>
        <w:rPr>
          <w:b/>
        </w:rPr>
        <w:t xml:space="preserve">[14:48] </w:t>
      </w:r>
      <w:r>
        <w:t>yeh sab kyun hai? yeh sab hai creation plan of god ko na samajhna. creation plan of god ko na samajhna.</w:t>
      </w:r>
    </w:p>
    <w:p>
      <w:pPr>
        <w:jc w:val="right"/>
      </w:pPr>
      <w:r>
        <w:t>یہ سب کیوں ہے؟ یہ سب ہے کریشن پلان آف گاڈ کو نہ سمجھنا۔ کریشن پلان آف گاڈ کو نہ سمجھنا۔</w:t>
      </w:r>
    </w:p>
    <w:p>
      <w:r>
        <w:rPr>
          <w:b/>
        </w:rPr>
        <w:t xml:space="preserve">[15:00] </w:t>
      </w:r>
      <w:r>
        <w:t>dekhiye khuda ne insaan ko do cheezon ke beech mein rakha hai. ek hai aap ka mind jis ke andar unlimited capacity hai.</w:t>
      </w:r>
    </w:p>
    <w:p>
      <w:pPr>
        <w:jc w:val="right"/>
      </w:pPr>
      <w:r>
        <w:t>دیکھیئے خدا نے انسان کو دو چیزوں کے بیچ میں رکھا ہے۔ ایک ہے آپ کا مائنڈ جس کے اندر ان لمیٹڈ کیپیسٹی ہے۔</w:t>
      </w:r>
    </w:p>
    <w:p>
      <w:r>
        <w:rPr>
          <w:b/>
        </w:rPr>
        <w:t xml:space="preserve">[15:12] </w:t>
      </w:r>
      <w:r>
        <w:t>think karne ki. mind ke andar think karne ki, sochne ki jo capacity hai woh unlimited hai. lekin yeh duniya jis mein hum rehte hain yahan har cheez jo hai woh limited hai.</w:t>
      </w:r>
    </w:p>
    <w:p>
      <w:pPr>
        <w:jc w:val="right"/>
      </w:pPr>
      <w:r>
        <w:t>تھنک کرنے کی۔ مائنڈ کے اندر تھنک کرنے کی، سوچنے کی جو کیپیسٹی ہے وہ ان لمیٹڈ ہے۔ لیکن یہ دنیا جس میں ہم رہتے ہیں یہاں ہر چیز جو ہے وہ لمیٹڈ ہے۔</w:t>
      </w:r>
    </w:p>
    <w:p>
      <w:r>
        <w:rPr>
          <w:b/>
        </w:rPr>
        <w:t xml:space="preserve">[15:29] </w:t>
      </w:r>
      <w:r>
        <w:t>to hota kya hai ke insaan jo hai mind ke jo andar ek arz hai, arz. ke unlimited way mein apni fulfillment woh arz hai.</w:t>
      </w:r>
    </w:p>
    <w:p>
      <w:pPr>
        <w:jc w:val="right"/>
      </w:pPr>
      <w:r>
        <w:t>تو ہوتا کیا ہے کہ انسان جو ہے مائنڈ کے جو اندر ایک عرض ہے، عرض۔ کہ ان لمیٹڈ وے میں اپنی فلفلمنٹ وہ عرض ہے۔</w:t>
      </w:r>
    </w:p>
    <w:p>
      <w:r>
        <w:rPr>
          <w:b/>
        </w:rPr>
        <w:t xml:space="preserve">[15:42] </w:t>
      </w:r>
      <w:r>
        <w:t>woh kahan chahta hai paana? woh physical world mein. to physical world mein to limitations hain. to kaise paayega woh?</w:t>
      </w:r>
    </w:p>
    <w:p>
      <w:pPr>
        <w:jc w:val="right"/>
      </w:pPr>
      <w:r>
        <w:t>وہ کہاں چاہتا ہے پانا؟ وہ فزیکل ورلڈ میں۔ تو فزیکل ورلڈ میں تو لیمیٹیشنز ہیں۔ تو کیسے پائے گا وہ؟</w:t>
      </w:r>
    </w:p>
    <w:p>
      <w:r>
        <w:rPr>
          <w:b/>
        </w:rPr>
        <w:t xml:space="preserve">[15:53] </w:t>
      </w:r>
      <w:r>
        <w:t>to khuda ka jo creation plan hai woh is ke mutabiq kya karna hai? aap ko yeh jaanna chahiye ke jo mind ki jo capacity hai think karne ki wahan sab kuch aap pa sakte hain unlimited way mein.</w:t>
      </w:r>
    </w:p>
    <w:p>
      <w:pPr>
        <w:jc w:val="right"/>
      </w:pPr>
      <w:r>
        <w:t>تو خدا کا جو کریشن پلان ہے وہ اس کے مطابق کیا کرنا ہے؟ آپ کو یہ جاننا چاہیئے کہ جو مائنڈ کی جو کیپیسٹی ہے تھنک کرنے کی وہاں سب کچھ آپ پا سکتے ہیں ان لمیٹڈ وے میں۔</w:t>
      </w:r>
    </w:p>
    <w:p>
      <w:r>
        <w:rPr>
          <w:b/>
        </w:rPr>
        <w:t xml:space="preserve">[16:10] </w:t>
      </w:r>
      <w:r>
        <w:t>yani thinking ki capacity unlimited hai. aap zindagi bhar apne intellectual development kijiye. apni thinking capacity ko badhaiye.</w:t>
      </w:r>
    </w:p>
    <w:p>
      <w:pPr>
        <w:jc w:val="right"/>
      </w:pPr>
      <w:r>
        <w:t>یعنی تھنکنگ کی کیپیسٹی ان لمیٹڈ ہے۔ آپ زندگی بھر اپنے انٹلیکچوئل ڈیولپمنٹ کیجیئے۔ اپنی تھنکنگ کیپیسٹی کو بڑھائیئے۔</w:t>
      </w:r>
    </w:p>
    <w:p>
      <w:r>
        <w:rPr>
          <w:b/>
        </w:rPr>
        <w:t xml:space="preserve">[16:19] </w:t>
      </w:r>
      <w:r>
        <w:t>kahin koi limit nahi aayegi. lekin jab aap physical world mein is ko translate karna chahenge apni arz ko to baar baar limit aayegi.</w:t>
      </w:r>
    </w:p>
    <w:p>
      <w:pPr>
        <w:jc w:val="right"/>
      </w:pPr>
      <w:r>
        <w:t>کہیں کوئی لیمٹ نہیں آئے گی۔ لیکن جب آپ فزیکل ورلڈ میں اس کو ٹرانسلیٹ کرنا چاہیں گے اپنی عرض کو تو بار بار لیمٹ آئے گی۔</w:t>
      </w:r>
    </w:p>
    <w:p>
      <w:r>
        <w:rPr>
          <w:b/>
        </w:rPr>
        <w:t xml:space="preserve">[16:31] </w:t>
      </w:r>
      <w:r>
        <w:t>baar baar limit aayegi. jaisa ke maine arz kiya tha pichli baar ke main kashmir mein ek baar gaya to wahan bohat hi acha chashma tha jo ooper himalaya pahaad se aa raha tha.</w:t>
      </w:r>
    </w:p>
    <w:p>
      <w:pPr>
        <w:jc w:val="right"/>
      </w:pPr>
      <w:r>
        <w:t>بار بار لیمٹ آئے گی۔ جیسا کہ میں نے عرض کیا تھا پچھلی بار کہ میں کشمیر میں ایک بار گیا تو وہاں بہت ہی اچھا چشمہ تھا جو اوپر ہمالیہ پہاڑ سے آ رہا تھا۔</w:t>
      </w:r>
    </w:p>
    <w:p>
      <w:r>
        <w:rPr>
          <w:b/>
        </w:rPr>
        <w:t xml:space="preserve">[16:45] </w:t>
      </w:r>
      <w:r>
        <w:t>bohat acha pani tha is ka. to maine ek glass pani liya peene ke liye. bara acha laga, bohat acha. jo drink hain un sab se acha.</w:t>
      </w:r>
    </w:p>
    <w:p>
      <w:pPr>
        <w:jc w:val="right"/>
      </w:pPr>
      <w:r>
        <w:t>بہت اچھا پانی تھا اس کا۔ تو میں نے ایک گلاس پانی لیا پینے کے لیے۔ بڑا اچھا لگا، بہت اچھا۔ جو ڈرنک ہیں ان سب سے اچھا۔</w:t>
      </w:r>
    </w:p>
    <w:p>
      <w:r>
        <w:rPr>
          <w:b/>
        </w:rPr>
        <w:t xml:space="preserve">[16:55] </w:t>
      </w:r>
      <w:r>
        <w:t>to main ek ke baad do, teen, chah glass pi gaya. aur us ke baad sir mein bohat hi zyada dard hua. itna dard hua ke main shaam ka khana bhi nahi kha saka main.</w:t>
      </w:r>
    </w:p>
    <w:p>
      <w:pPr>
        <w:jc w:val="right"/>
      </w:pPr>
      <w:r>
        <w:t>تو میں ایک کے بعد دو، تین، چھ گلاس پی گیا۔ اور اس کے بعد سر میں بہت ہی زیادہ درد ہوا۔ اتنا درد ہوا کہ میں شام کا کھانا بھی نہیں کھا سکا میں۔</w:t>
      </w:r>
    </w:p>
    <w:p>
      <w:r>
        <w:rPr>
          <w:b/>
        </w:rPr>
        <w:t xml:space="preserve">[17:05] </w:t>
      </w:r>
      <w:r>
        <w:t>kahin mujhe dinner par jaana tha. to yeh ek choti si misaal hai. to basic baat kya hui? ke aap khuda ki scheme ko samjhiye.</w:t>
      </w:r>
    </w:p>
    <w:p>
      <w:pPr>
        <w:jc w:val="right"/>
      </w:pPr>
      <w:r>
        <w:t>کہیں مجھے ڈنر پر جانا تھا۔ تو یہ ایک چھوٹی سی مثال ہے۔ تو بیسک بات کیا ہوئی؟ کہ آپ خدا کی اسکیم کو سمجھیئے۔</w:t>
      </w:r>
    </w:p>
    <w:p>
      <w:r>
        <w:rPr>
          <w:b/>
        </w:rPr>
        <w:t xml:space="preserve">[17:18] </w:t>
      </w:r>
      <w:r>
        <w:t>aap ke andar jo arz hai us ki aap ko</w:t>
      </w:r>
    </w:p>
    <w:p>
      <w:pPr>
        <w:jc w:val="right"/>
      </w:pPr>
      <w:r>
        <w:t>آپ کے اندر جو عرض ہے اس کی آپ کو</w:t>
      </w:r>
    </w:p>
    <w:p>
      <w:r>
        <w:rPr>
          <w:b/>
        </w:rPr>
        <w:t xml:space="preserve">[17:24] </w:t>
      </w:r>
      <w:r>
        <w:t>taskeen milegi. thinking process chalaiye aap apne mind mein. apne mind capacity ko use kijiye.</w:t>
      </w:r>
    </w:p>
    <w:p>
      <w:pPr>
        <w:jc w:val="right"/>
      </w:pPr>
      <w:r>
        <w:t>تسکین ملے گی۔ تھنکنگ پراسیس چلائیئے آپ اپنے مائنڈ میں۔ اپنے مائنڈ کیپیسٹی کو یوز کیجیئے۔</w:t>
      </w:r>
    </w:p>
    <w:p>
      <w:r>
        <w:rPr>
          <w:b/>
        </w:rPr>
        <w:t xml:space="preserve">[17:34] </w:t>
      </w:r>
      <w:r>
        <w:t>to kahin limit nahi aayegi. unlimited capacity hai mind mein. aur world of jo world of fact hai woh bhi unlimited hai.</w:t>
      </w:r>
    </w:p>
    <w:p>
      <w:pPr>
        <w:jc w:val="right"/>
      </w:pPr>
      <w:r>
        <w:t>تو کہیں لیمٹ نہیں آئے گی۔ ان لمیٹڈ کیپیسٹی ہے مائنڈ میں۔ اور ورلڈ آف جو ورلڈ آف فیکٹ ہے وہ بھی ان لمیٹڈ ہے۔</w:t>
      </w:r>
    </w:p>
    <w:p>
      <w:r>
        <w:rPr>
          <w:b/>
        </w:rPr>
        <w:t xml:space="preserve">[17:45] </w:t>
      </w:r>
      <w:r>
        <w:t>aap ka mind jo hai us ki jo thinking capacity hai woh kahan work karta hai? world of fact mein. world of fact jo hai woh unlimited hai.</w:t>
      </w:r>
    </w:p>
    <w:p>
      <w:pPr>
        <w:jc w:val="right"/>
      </w:pPr>
      <w:r>
        <w:t>آپ کا مائنڈ جو ہے اس کی جو تھنکنگ کیپیسٹی ہے وہ کہاں ورک کرتا ہے؟ ورلڈ آف فیکٹ میں۔ ورلڈ آف فیکٹ جو ہے وہ ان لمیٹڈ ہے۔</w:t>
      </w:r>
    </w:p>
    <w:p>
      <w:r>
        <w:rPr>
          <w:b/>
        </w:rPr>
        <w:t xml:space="preserve">[17:55] </w:t>
      </w:r>
      <w:r>
        <w:t>sochte rahiye. god ke bare mein sochte rahiye. god ka jo creation, jo god ki jo glory hai creation mein us ko sochte rahiye.</w:t>
      </w:r>
    </w:p>
    <w:p>
      <w:pPr>
        <w:jc w:val="right"/>
      </w:pPr>
      <w:r>
        <w:t>سوچتے رہیئے۔ گاڈ کے بارے میں سوچتے رہیئے۔ گاڈ کا جو کریشن، جو گاڈ کی جو گلیری ہے کریشن میں اس کو سوچتے رہیئے۔</w:t>
      </w:r>
    </w:p>
    <w:p>
      <w:r>
        <w:rPr>
          <w:b/>
        </w:rPr>
        <w:t xml:space="preserve">[18:09] </w:t>
      </w:r>
      <w:r>
        <w:t>to intellectual development mein humein apni is arz ko lagana hai. lekin hum kya karte hain? ke physical world mein taskeen dhoondne lagte hain.</w:t>
      </w:r>
    </w:p>
    <w:p>
      <w:pPr>
        <w:jc w:val="right"/>
      </w:pPr>
      <w:r>
        <w:t>تو انٹلیکچوئل ڈیولپمنٹ میں ہمیں اپنی اس عرض کو لگانا ہے۔ لیکن ہم کیا کرتے ہیں؟ کہ فزیکل ورلڈ میں تسکین ڈھونڈنے لگتے ہیں۔</w:t>
      </w:r>
    </w:p>
    <w:p>
      <w:r>
        <w:rPr>
          <w:b/>
        </w:rPr>
        <w:t xml:space="preserve">[18:19] </w:t>
      </w:r>
      <w:r>
        <w:t>acha khana, acha kapra, achay ghar aur car aur yeh aur woh duniya bhar ki cheezein. to woh to hum ko kabhi bhi taskeen nahi dengi.</w:t>
      </w:r>
    </w:p>
    <w:p>
      <w:pPr>
        <w:jc w:val="right"/>
      </w:pPr>
      <w:r>
        <w:t>اچھا کھانا، اچھا کپڑا، اچھے گھر اور کار اور یہ اور وہ دنیا بھر کی چیزیں۔ تو وہ تو ہم کو کبھی بھی تسکین نہیں دیں گی۔</w:t>
      </w:r>
    </w:p>
    <w:p>
      <w:r>
        <w:rPr>
          <w:b/>
        </w:rPr>
        <w:t xml:space="preserve">[18:30] </w:t>
      </w:r>
      <w:r>
        <w:t>to fulfillment milega aap ko intellectual development mein. physical enjoyment mein fulfillment nahi hai. aap dekh lijiye kisi bhi shakhs ko jo physical world mein enjoy karna chahta ho woh kabhi bhi khush nahi hoga andar se woh.</w:t>
      </w:r>
    </w:p>
    <w:p>
      <w:pPr>
        <w:jc w:val="right"/>
      </w:pPr>
      <w:r>
        <w:t>تو فلفلمنٹ ملے گا آپ کو انٹلیکچوئل ڈیولپمنٹ میں۔ فزیکل انجوائے منٹ میں فلفلمنٹ نہیں ہے۔ آپ دیکھ لیجیئے کسی بھی شخص کو جو فزیکل ورلڈ میں انجوائے کرنا چاہتا ہو وہ کبھی بھی خوش نہیں ہو گا اندر سے وہ۔</w:t>
      </w:r>
    </w:p>
    <w:p>
      <w:r>
        <w:rPr>
          <w:b/>
        </w:rPr>
        <w:t xml:space="preserve">[18:48] </w:t>
      </w:r>
      <w:r>
        <w:t>woh tension mein hoga, stress mein hoga, despair mein hoga. woh marega to frustration mein marega woh. without any exception mein sab ke bare mein yeh kehta hoon.</w:t>
      </w:r>
    </w:p>
    <w:p>
      <w:pPr>
        <w:jc w:val="right"/>
      </w:pPr>
      <w:r>
        <w:t>وہ ٹینشن میں ہو گا، اسٹریس میں ہو گا، ڈسپیئر میں ہو گا۔ وہ مرے گا تو فرسٹریشن میں مرے گا وہ۔ ودا آؤٹ اینی ایکسیپشن میں سب کے بارے میں یہ کہتا ہوں۔</w:t>
      </w:r>
    </w:p>
    <w:p>
      <w:r>
        <w:rPr>
          <w:b/>
        </w:rPr>
        <w:t xml:space="preserve">[18:59] </w:t>
      </w:r>
      <w:r>
        <w:t>without any exception. main bohat se logon ki kahaniyan bata chuka hoon aap logon ke samne.</w:t>
      </w:r>
    </w:p>
    <w:p>
      <w:pPr>
        <w:jc w:val="right"/>
      </w:pPr>
      <w:r>
        <w:t>ودا آؤٹ اینی ایکسیپشن۔ میں بہت سے لوگوں کی کہانیاں بتا چکا ہوں آپ لوگوں کے سامنے۔</w:t>
      </w:r>
    </w:p>
    <w:p>
      <w:r>
        <w:rPr>
          <w:b/>
        </w:rPr>
        <w:t xml:space="preserve">[19:09] </w:t>
      </w:r>
      <w:r>
        <w:t>abhi maine aap ko pichli baar bataya tha ke internet mein nikala gaya top ke logon ki maut ke bare mein. to char sau do top ke log jo paisa tha, fame thi woh mare kahan?</w:t>
      </w:r>
    </w:p>
    <w:p>
      <w:pPr>
        <w:jc w:val="right"/>
      </w:pPr>
      <w:r>
        <w:t>ابھی میں نے آپ کو پچھلی بار بتایا تھا کہ انٹرنیٹ میں نکالا گیا ٹاپ کے لوگوں کی موت کے بارے میں۔ تو چار سو دو ٹاپ کے لوگ جو پیسہ تھا، فیم تھی وہ مرے کہاں؟</w:t>
      </w:r>
    </w:p>
    <w:p>
      <w:r>
        <w:rPr>
          <w:b/>
        </w:rPr>
        <w:t xml:space="preserve">[19:22] </w:t>
      </w:r>
      <w:r>
        <w:t>frustration mein. maine bataya tha aap ko. sab ka haal hai. woh saare log jinka formula yeh hai ke right here, right now.</w:t>
      </w:r>
    </w:p>
    <w:p>
      <w:pPr>
        <w:jc w:val="right"/>
      </w:pPr>
      <w:r>
        <w:t>فرسٹریشن میں۔ میں نے بتایا تھا آپ کو۔ سب کا حال ہے۔ وہ سارے لوگ جن کا فارمولا یہ ہے کہ رائٹ ہیر، رائٹ ناؤ۔</w:t>
      </w:r>
    </w:p>
    <w:p>
      <w:r>
        <w:rPr>
          <w:b/>
        </w:rPr>
        <w:t xml:space="preserve">[19:36] </w:t>
      </w:r>
      <w:r>
        <w:t>yani khoob enjoy karo physical world mein. un ke liye kya ho anjaam un ka hota hai, kya result?</w:t>
      </w:r>
    </w:p>
    <w:p>
      <w:pPr>
        <w:jc w:val="right"/>
      </w:pPr>
      <w:r>
        <w:t>یعنی خوب انجوائے کرو فزیکل ورلڈ میں۔ ان کے لیے کیا ہو انجام ان کا ہوتا ہے، کیا رزلٹ؟</w:t>
      </w:r>
    </w:p>
    <w:p>
      <w:r>
        <w:rPr>
          <w:b/>
        </w:rPr>
        <w:t xml:space="preserve">[19:45] </w:t>
      </w:r>
      <w:r>
        <w:t>tension mein jeete hain, frustration mein jeete hain. kyon? mind jo chahta hai unlimited fulfillment. lekin physical world mein milta hai limited fulfillment.</w:t>
      </w:r>
    </w:p>
    <w:p>
      <w:pPr>
        <w:jc w:val="right"/>
      </w:pPr>
      <w:r>
        <w:t>ٹینشن میں جیتے ہیں، فرسٹریشن میں جیتے ہیں۔ کیوں؟ مائنڈ جو چاہتا ہے ان لمیٹڈ فلفلمنٹ۔ لیکن فزیکل ورلڈ میں ملتا ہے لمیٹڈ فلفلمنٹ۔</w:t>
      </w:r>
    </w:p>
    <w:p>
      <w:r>
        <w:rPr>
          <w:b/>
        </w:rPr>
        <w:t xml:space="preserve">[19:57] </w:t>
      </w:r>
      <w:r>
        <w:t>jab khuda ne physical world ko banaya hai limited. yeh jo physical world hai isko khuda ne jab limited banaya hai to aap unlimited fulfillment kaise pa sakte hain wahan?</w:t>
      </w:r>
    </w:p>
    <w:p>
      <w:pPr>
        <w:jc w:val="right"/>
      </w:pPr>
      <w:r>
        <w:t>جب خدا نے فزیکل ورلڈ کو بنایا ہے لمیٹڈ۔ یہ جو فزیکل ورلڈ ہے اس کو خدا نے جب لمیٹڈ بنایا ہے تو آپ ان لمیٹڈ فلفلمنٹ کیسے پا سکتے ہیں وہاں؟</w:t>
      </w:r>
    </w:p>
    <w:p>
      <w:r>
        <w:rPr>
          <w:b/>
        </w:rPr>
        <w:t xml:space="preserve">[20:10] </w:t>
      </w:r>
      <w:r>
        <w:t>impossible hai. aap ko ek aur universe create karni paregi jo aap ke bas mein nahi hai. woh to aap ke bas mein nahi hai.</w:t>
      </w:r>
    </w:p>
    <w:p>
      <w:pPr>
        <w:jc w:val="right"/>
      </w:pPr>
      <w:r>
        <w:t>امپاسیبل ہے۔ آپ کو ایک اور یونیورس کریئیٹ کرنی پڑے گی جو آپ کے بس میں نہیں ہے۔ وہ تو آپ کے بس میں نہیں ہے۔</w:t>
      </w:r>
    </w:p>
    <w:p>
      <w:r>
        <w:rPr>
          <w:b/>
        </w:rPr>
        <w:t xml:space="preserve">[20:25] </w:t>
      </w:r>
      <w:r>
        <w:t>ab dekhiye is mein ek aur baat samjhiye.</w:t>
      </w:r>
    </w:p>
    <w:p>
      <w:pPr>
        <w:jc w:val="right"/>
      </w:pPr>
      <w:r>
        <w:t>اب دیکھیئے اس میں ایک اور بات سمجھیئے۔</w:t>
      </w:r>
    </w:p>
    <w:p>
      <w:r>
        <w:rPr>
          <w:b/>
        </w:rPr>
        <w:t xml:space="preserve">[20:31] </w:t>
      </w:r>
      <w:r>
        <w:t>khuda ne yeh duniya ko is liye banai nahi hai ke yahan aap physical entertainment karein. nahi. woh to elite ke liye hai, jeene ke liye hai.</w:t>
      </w:r>
    </w:p>
    <w:p>
      <w:pPr>
        <w:jc w:val="right"/>
      </w:pPr>
      <w:r>
        <w:t>خدا نے یہ دنیا کو اس لیے بنائی نہیں ہے کہ یہاں آپ فزیکل انٹرٹینمنٹ کریں۔ نہیں۔ وہ تو ایلیٹ کے لیے ہے، جینے کے لیے ہے۔</w:t>
      </w:r>
    </w:p>
    <w:p>
      <w:r>
        <w:rPr>
          <w:b/>
        </w:rPr>
        <w:t xml:space="preserve">[20:43] </w:t>
      </w:r>
      <w:r>
        <w:t>bas. aap ko banaya hai khuda ne paradise ke liye. yahan to aap ko pachas, sath, sattar saal jeena hai. is ke baad aap ke liye khuda ne banai hai paradise.</w:t>
      </w:r>
    </w:p>
    <w:p>
      <w:pPr>
        <w:jc w:val="right"/>
      </w:pPr>
      <w:r>
        <w:t>بس۔ آپ کو بنایا ہے خدا نے پیراڈائز کے لیے۔ یہاں تو آپ کو پچاس، ساٹھ، ستر سال جینا ہے۔ اس کے بعد آپ کے لیے خدا نے بنائی ہے پیراڈائز۔</w:t>
      </w:r>
    </w:p>
    <w:p>
      <w:r>
        <w:rPr>
          <w:b/>
        </w:rPr>
        <w:t xml:space="preserve">[20:56] </w:t>
      </w:r>
      <w:r>
        <w:t>paradise mein kaun jayega? paradise unlimited world hai. perfect world hai, ideal world hai. wahan kaun jayega?</w:t>
      </w:r>
    </w:p>
    <w:p>
      <w:pPr>
        <w:jc w:val="right"/>
      </w:pPr>
      <w:r>
        <w:t>پیراڈائز میں کون جائے گا؟ پیراڈائز ان لمیٹڈ ورلڈ ہے۔ پرفیکٹ ورلڈ ہے، آئیڈیل ورلڈ ہے۔ وہاں کون جائے گا؟</w:t>
      </w:r>
    </w:p>
    <w:p>
      <w:r>
        <w:rPr>
          <w:b/>
        </w:rPr>
        <w:t xml:space="preserve">[21:05] </w:t>
      </w:r>
      <w:r>
        <w:t>woh wahan hi jayega jo intellectual development kare apna. jo apne aap ko positive thinker banaye. jo apne andar positive personality paida kare.</w:t>
      </w:r>
    </w:p>
    <w:p>
      <w:pPr>
        <w:jc w:val="right"/>
      </w:pPr>
      <w:r>
        <w:t>وہ وہاں ہی جائے گا جو انٹلیکچوئل ڈیولپمنٹ کرے اپنا۔ جو اپنے آپ کو پازیٹیو تھنکر بنائے۔ جو اپنے اندر پازیٹیو پرسنیلٹی پیدا کرے۔</w:t>
      </w:r>
    </w:p>
    <w:p>
      <w:r>
        <w:rPr>
          <w:b/>
        </w:rPr>
        <w:t xml:space="preserve">[21:18] </w:t>
      </w:r>
      <w:r>
        <w:t>to jo intellectual development kare</w:t>
      </w:r>
    </w:p>
    <w:p>
      <w:pPr>
        <w:jc w:val="right"/>
      </w:pPr>
      <w:r>
        <w:t>تو جو انٹلیکچوئل ڈیولپمنٹ کرے</w:t>
      </w:r>
    </w:p>
    <w:p>
      <w:r>
        <w:rPr>
          <w:b/>
        </w:rPr>
        <w:t xml:space="preserve">[21:23] </w:t>
      </w:r>
      <w:r>
        <w:t>wahi intellectually developed log hi paradise mein basaye jayenge. to physical world mein aap apne mind ko laga rahe hain.</w:t>
      </w:r>
    </w:p>
    <w:p>
      <w:pPr>
        <w:jc w:val="right"/>
      </w:pPr>
      <w:r>
        <w:t>وہی انٹلیکچوئلی ڈیولپڈ لوگ ہی پیراڈائز میں بسائے جائیں گے۔ تو فزیکل ورلڈ میں آپ اپنے مائنڈ کو لگا رہے ہیں۔</w:t>
      </w:r>
    </w:p>
    <w:p>
      <w:r>
        <w:rPr>
          <w:b/>
        </w:rPr>
        <w:t xml:space="preserve">[21:33] </w:t>
      </w:r>
      <w:r>
        <w:t>aur wahan par khuda ne banai nahi hai. fulfillment ka saman hi nahi hai. to milta hai kya? frustration. aap ko karna hai kya?</w:t>
      </w:r>
    </w:p>
    <w:p>
      <w:pPr>
        <w:jc w:val="right"/>
      </w:pPr>
      <w:r>
        <w:t>اور وہاں پر خدا نے بنائی نہیں ہے۔ فلفلمنٹ کا سامان ہی نہیں ہے۔ تو ملتا ہے کیا؟ فرسٹریشن۔ آپ کو کرنا ہے کیا؟</w:t>
      </w:r>
    </w:p>
    <w:p>
      <w:r>
        <w:rPr>
          <w:b/>
        </w:rPr>
        <w:t xml:space="preserve">[21:45] </w:t>
      </w:r>
      <w:r>
        <w:t>intellectual world mein apni is arz ko istemal karna hai. intellectual development ki koi had nahi hai. jitna hi chahein.</w:t>
      </w:r>
    </w:p>
    <w:p>
      <w:pPr>
        <w:jc w:val="right"/>
      </w:pPr>
      <w:r>
        <w:t>انٹلیکچوئل ورلڈ میں اپنی اس عرض کو استعمال کرنا ہے۔ انٹلیکچوئل ڈیولپمنٹ کی کوئی حد نہیں ہے۔ جتنا ہی چاہیں۔</w:t>
      </w:r>
    </w:p>
    <w:p>
      <w:r>
        <w:rPr>
          <w:b/>
        </w:rPr>
        <w:t xml:space="preserve">[21:55] </w:t>
      </w:r>
      <w:r>
        <w:t>isi liye jo log yaad rakhiye. kisi bhi insan ko aap dekhiye. jo physical world ko leta ho bator need ke.</w:t>
      </w:r>
    </w:p>
    <w:p>
      <w:pPr>
        <w:jc w:val="right"/>
      </w:pPr>
      <w:r>
        <w:t>اسی لیے جو لوگ یاد رکھیئے۔ کسی بھی انسان کو آپ دیکھیئے۔ جو فزیکل ورلڈ کو لیتا ہو بطور نیڈ کے۔</w:t>
      </w:r>
    </w:p>
    <w:p>
      <w:r>
        <w:rPr>
          <w:b/>
        </w:rPr>
        <w:t xml:space="preserve">[22:05] </w:t>
      </w:r>
      <w:r>
        <w:t>and need, need. aur intellectual development ke maidan mein khoob aage badhne ki koshish karta ho.</w:t>
      </w:r>
    </w:p>
    <w:p>
      <w:pPr>
        <w:jc w:val="right"/>
      </w:pPr>
      <w:r>
        <w:t>این ڈبل ای ڈی، نیڈ۔ اور انٹلیکچوئل ڈیولپمنٹ کے میدان میں خوب آگے بڑھنے کی کوشش کرتا ہو۔</w:t>
      </w:r>
    </w:p>
    <w:p>
      <w:r>
        <w:rPr>
          <w:b/>
        </w:rPr>
        <w:t xml:space="preserve">[22:13] </w:t>
      </w:r>
      <w:r>
        <w:t>yani spiritual development, intellectual development. is mein fulfillment dhoondhta ho. is ko aap payenge woh bilkul mutmaeen jiyega.</w:t>
      </w:r>
    </w:p>
    <w:p>
      <w:pPr>
        <w:jc w:val="right"/>
      </w:pPr>
      <w:r>
        <w:t>یعنی سپریچوئل ڈیولپمنٹ، انٹلیکچوئل ڈیولپمنٹ۔ اس میں فلفلمنٹ ڈھونڈتا ہو۔ اس کو آپ پائیں گے وہ بالکل مطمئن جیئے گا۔</w:t>
      </w:r>
    </w:p>
    <w:p>
      <w:r>
        <w:rPr>
          <w:b/>
        </w:rPr>
        <w:t xml:space="preserve">[22:24] </w:t>
      </w:r>
      <w:r>
        <w:t>is ko satisfaction hoga. aur yahi woh log hain jin ko kaha gaya hai quran mein nafs al mutmainnah. nafs al mutmainnah, satisfied log.</w:t>
      </w:r>
    </w:p>
    <w:p>
      <w:pPr>
        <w:jc w:val="right"/>
      </w:pPr>
      <w:r>
        <w:t>اس کو سیٹسفیکشن ہو گا۔ اور یہی وہ لوگ ہیں جن کو کہا گیا ہے قرآن میں النفس المطمئنہ۔ النفس المطمئنہ، سیٹسفائیڈ لوگ۔</w:t>
      </w:r>
    </w:p>
    <w:p>
      <w:r>
        <w:rPr>
          <w:b/>
        </w:rPr>
        <w:t xml:space="preserve">[22:38] </w:t>
      </w:r>
      <w:r>
        <w:t>wahi jayenge paradise mein. wahi log. ab aap dekhiye. ke khuda ke creation plan se deviate karne ka nuksan kya hota hai.</w:t>
      </w:r>
    </w:p>
    <w:p>
      <w:pPr>
        <w:jc w:val="right"/>
      </w:pPr>
      <w:r>
        <w:t>وہی جائیں گے پیراڈائز میں۔ وہی لوگ۔ اب آپ دیکھیئے۔ کہ خدا کے کریشن پلان سے ڈیویئیٹ کرنے کا نقصان کیا ہوتا ہے۔</w:t>
      </w:r>
    </w:p>
    <w:p>
      <w:r>
        <w:rPr>
          <w:b/>
        </w:rPr>
        <w:t xml:space="preserve">[22:50] </w:t>
      </w:r>
      <w:r>
        <w:t>is ko samjhiye aap. khuda ka jo creation plan hai is se jab aadmi deviate karta hai to is ka bohat bara loss hota hai, bohat zyada bara.</w:t>
      </w:r>
    </w:p>
    <w:p>
      <w:pPr>
        <w:jc w:val="right"/>
      </w:pPr>
      <w:r>
        <w:t>اس کو سمجھیئے آپ۔ خدا کا جو کریشن پلان ہے اس سے جب آدمی ڈیویئیٹ کرتا ہے تو اس کا بہت بڑا لاس ہوتا ہے، بہت زیادہ بڑا۔</w:t>
      </w:r>
    </w:p>
    <w:p>
      <w:r>
        <w:rPr>
          <w:b/>
        </w:rPr>
        <w:t xml:space="preserve">[23:00] </w:t>
      </w:r>
      <w:r>
        <w:t>main do cheezon ki taraf aap ko remind karunga. dekhiye. pehla loss to yeh hai ke aap positive thinking ko kho dete hain.</w:t>
      </w:r>
    </w:p>
    <w:p>
      <w:pPr>
        <w:jc w:val="right"/>
      </w:pPr>
      <w:r>
        <w:t>میں دو چیزوں کی طرف آپ کو ریمائنڈ کروں گا۔ دیکھیئے۔ پہلا لاس تو یہ ہے کہ آپ پازیٹیو تھنکنگ کو کھو دیتے ہیں۔</w:t>
      </w:r>
    </w:p>
    <w:p>
      <w:r>
        <w:rPr>
          <w:b/>
        </w:rPr>
        <w:t xml:space="preserve">[23:16] </w:t>
      </w:r>
      <w:r>
        <w:t>kyon ke jab aap ko bar bar yeh tajurba hoga ke jo main chahta tha woh mujh ko nahi mila. yani physical world mein aap ne chaha satisfaction.</w:t>
      </w:r>
    </w:p>
    <w:p>
      <w:pPr>
        <w:jc w:val="right"/>
      </w:pPr>
      <w:r>
        <w:t>کیوں کہ جب آپ کو بار بار یہ تجربہ ہو گا کہ جو میں چاہتا تھا وہ مجھ کو نہیں ملا۔ یعنی فزیکل ورلڈ میں آپ نے چاہا سیٹسفیکشن۔</w:t>
      </w:r>
    </w:p>
    <w:p>
      <w:r>
        <w:rPr>
          <w:b/>
        </w:rPr>
        <w:t xml:space="preserve">[23:28] </w:t>
      </w:r>
      <w:r>
        <w:t>to physical world mein is ka saman hi nahi tha. jaise main ne chaha ke woh pani ko khoob zyada piyun. to meri capacity nahi thi woh peene ki.</w:t>
      </w:r>
    </w:p>
    <w:p>
      <w:pPr>
        <w:jc w:val="right"/>
      </w:pPr>
      <w:r>
        <w:t>تو فزیکل ورلڈ میں اس کا سامان ہی نہیں تھا۔ جیسے میں نے چاہا کہ وہ پانی کو خوب زیادہ پیوں۔ تو میری کیپیسٹی نہیں تھی وہ پینے کی۔</w:t>
      </w:r>
    </w:p>
    <w:p>
      <w:r>
        <w:rPr>
          <w:b/>
        </w:rPr>
        <w:t xml:space="preserve">[23:39] </w:t>
      </w:r>
      <w:r>
        <w:t>to physical world mein main ne chaha</w:t>
      </w:r>
    </w:p>
    <w:p>
      <w:pPr>
        <w:jc w:val="right"/>
      </w:pPr>
      <w:r>
        <w:t>تو فزیکل ورلڈ میں میں نے چاہا</w:t>
      </w:r>
    </w:p>
    <w:p>
      <w:r>
        <w:rPr>
          <w:b/>
        </w:rPr>
        <w:t xml:space="preserve">[23:44] </w:t>
      </w:r>
      <w:r>
        <w:t>satisfaction. woh physical world mein satisfaction thi hi nahi. yani according to the creation plan of god wahan thi nahi. to milegi bhi nahi hai mujh ko.</w:t>
      </w:r>
    </w:p>
    <w:p>
      <w:pPr>
        <w:jc w:val="right"/>
      </w:pPr>
      <w:r>
        <w:t>سیٹسفیکشن۔ وہ فزیکل ورلڈ میں سیٹسفیکشن تھی ہی نہیں۔ یعنی اکارڈنگ ٹو دا کریشن پلان آف گاڈ وہاں تھی نہیں۔ تو ملے گی بھی نہیں ہے مجھ کو۔</w:t>
      </w:r>
    </w:p>
    <w:p>
      <w:r>
        <w:rPr>
          <w:b/>
        </w:rPr>
        <w:t xml:space="preserve">[23:58] </w:t>
      </w:r>
      <w:r>
        <w:t>aur jahan khuda ne rakha tha intellectual development is ko main ignore karta raha. isi liye poori history mein aur aaj bhi dekhiye jis ko bhi dekhiye.</w:t>
      </w:r>
    </w:p>
    <w:p>
      <w:pPr>
        <w:jc w:val="right"/>
      </w:pPr>
      <w:r>
        <w:t>اور جہاں خدا نے رکھا تھا انٹلیکچوئل ڈیولپمنٹ اس کو میں اگنور کیا رہا۔ اسی لیے پوری ہسٹری میں اور آج بھی دیکھیئے جس کو بھی دیکھیئے۔</w:t>
      </w:r>
    </w:p>
    <w:p>
      <w:r>
        <w:rPr>
          <w:b/>
        </w:rPr>
        <w:t xml:space="preserve">[24:08] </w:t>
      </w:r>
      <w:r>
        <w:t>sab mein negative thought, negative thought, negative thought. main apne experience ke mutabiq keh sakta hoon ke mujhe koi insan mila hi nahi jo negative thought mein na jeeta ho.</w:t>
      </w:r>
    </w:p>
    <w:p>
      <w:pPr>
        <w:jc w:val="right"/>
      </w:pPr>
      <w:r>
        <w:t>سب میں نیگیٹیو تھاٹ، نیگیٹیو تھاٹ، نیگیٹیو تھاٹ۔ میں اپنے ایکسپیرئینس کے مطابق کہہ سکتا ہوں کہ مجھے کوئی انسان ملا ہی نہیں جو نیگیٹیو تھاٹ میں نہ جیتا ہو۔</w:t>
      </w:r>
    </w:p>
    <w:p>
      <w:r>
        <w:rPr>
          <w:b/>
        </w:rPr>
        <w:t xml:space="preserve">[24:20] </w:t>
      </w:r>
      <w:r>
        <w:t>main ne europe mein dekha, america mein dekha. jahan log khoob paisa kama rahe hain. achhe achhe ghar banaye hue hain. badi badi gaadiyon mein chalte hain. lekin baat ki jiye to negative boli bolenge.</w:t>
      </w:r>
    </w:p>
    <w:p>
      <w:pPr>
        <w:jc w:val="right"/>
      </w:pPr>
      <w:r>
        <w:t>میں نے یورپ میں دیکھا، امریکہ میں دیکھا۔ جہاں لوگ خوب پیسہ کما رہے ہیں۔ اچھے اچھے گھر بنائے ہوئے ہیں۔ بڑی بڑی گاڑیوں میں چلتے ہیں۔ لیکن بات کیجیئے تو نیگیٹیو بولی بولیں گے۔</w:t>
      </w:r>
    </w:p>
    <w:p>
      <w:r>
        <w:rPr>
          <w:b/>
        </w:rPr>
        <w:t xml:space="preserve">[24:34] </w:t>
      </w:r>
      <w:r>
        <w:t>baat ki jiye to negative boli bolenge. kyon? unhon ne apne aap ko fulfillment wahan talash kiya jahan woh thi hi nahin.</w:t>
      </w:r>
    </w:p>
    <w:p>
      <w:pPr>
        <w:jc w:val="right"/>
      </w:pPr>
      <w:r>
        <w:t>بات کیجیئے تو نیگیٹیو بولی بولیں گے۔ کیوں؟ انہوں نے اپنے آپ کو فلفلمنٹ وہاں تلاش کیا جہاں وہ تھی ہی نہیں۔</w:t>
      </w:r>
    </w:p>
    <w:p>
      <w:r>
        <w:rPr>
          <w:b/>
        </w:rPr>
        <w:t xml:space="preserve">[24:45] </w:t>
      </w:r>
      <w:r>
        <w:t>un fulfilled desire mein jeete hain woh. yeh saare log jo hain they are living in an unfulfilled desire.</w:t>
      </w:r>
    </w:p>
    <w:p>
      <w:pPr>
        <w:jc w:val="right"/>
      </w:pPr>
      <w:r>
        <w:t>ان فلفلڈ ڈیزائر میں جیتے ہیں وہ۔ یہ سارے لوگ جو ہیں دے آر لیونگ ان ان فلفلڈ ڈیزائر۔</w:t>
      </w:r>
    </w:p>
    <w:p>
      <w:r>
        <w:rPr>
          <w:b/>
        </w:rPr>
        <w:t xml:space="preserve">[24:55] </w:t>
      </w:r>
      <w:r>
        <w:t>isi ki doosra naam hai negative thought. to one to all main ne paya hai ke sab logon ke andar negative thought hota hai. is ka reason yahi hai.</w:t>
      </w:r>
    </w:p>
    <w:p>
      <w:pPr>
        <w:jc w:val="right"/>
      </w:pPr>
      <w:r>
        <w:t>اسی کی دوسرا نام ہے نیگیٹیو تھاٹ۔ تو ون ٹو آل میں نے پایا ہے کہ سب لوگوں کے اندر نیگیٹیو تھاٹ ہوتا ہے۔ اس کا ریزن یہی ہے۔</w:t>
      </w:r>
    </w:p>
    <w:p>
      <w:r>
        <w:rPr>
          <w:b/>
        </w:rPr>
        <w:t xml:space="preserve">[25:07] </w:t>
      </w:r>
      <w:r>
        <w:t>to is ka matlab kya hua hai? ke aap ko jo sab se badi cheez yahan se lena tha is duniya se positive thinking isi ko aap nahin le paaye aur mar gaye.</w:t>
      </w:r>
    </w:p>
    <w:p>
      <w:pPr>
        <w:jc w:val="right"/>
      </w:pPr>
      <w:r>
        <w:t>تو اس کا معنی کیا ہوا ہے؟ کہ آپ کو جو سب سے بڑی چیز یہاں سے لینا تھا اس دنیا سے پازیٹیو تھنکنگ اسی کو آپ نہیں لے پائے اور مر گئے۔</w:t>
      </w:r>
    </w:p>
    <w:p>
      <w:r>
        <w:rPr>
          <w:b/>
        </w:rPr>
        <w:t xml:space="preserve">[25:19] </w:t>
      </w:r>
      <w:r>
        <w:t>isi ko aap nahin le paaye aur mar gaye. kitni badi yeh kitni badi yeh yaani mahroomi hai. to pehla loss creation plan of god se deviate karne ka yeh hota hai ke aap wohi cheez is duniya se achieve nahin kar paate jo is duniya mein lena tha aap ko.</w:t>
      </w:r>
    </w:p>
    <w:p>
      <w:pPr>
        <w:jc w:val="right"/>
      </w:pPr>
      <w:r>
        <w:t>اسی کو آپ نہیں لے پائے اور مر گئے۔ کتنی بڑی یہ کتنی بڑی یہ یعنی محرومی ہے۔ تو پہلا لاس کریشن پلان آف گاڈ سے ڈیویئیٹ کرنے کا یہ ہوتا ہے کہ آپ وہی چیز اس دنیا سے اچیو نہیں کر پاتے جو اس دنیا میں لینا تھا آپ کو۔</w:t>
      </w:r>
    </w:p>
    <w:p>
      <w:r>
        <w:rPr>
          <w:b/>
        </w:rPr>
        <w:t xml:space="preserve">[25:41] </w:t>
      </w:r>
      <w:r>
        <w:t>is duniya mein achieve karne ki jo cheez hai woh hai intellectual development. isi se aap mahroom ho jaate hain.</w:t>
      </w:r>
    </w:p>
    <w:p>
      <w:pPr>
        <w:jc w:val="right"/>
      </w:pPr>
      <w:r>
        <w:t>اس دنیا میں اچیو کرنے کی جو چیز ہے وہ ہے انٹلیکچوئل ڈیولپمنٹ۔ اسی سے آپ محروم ہو جاتے ہیں۔</w:t>
      </w:r>
    </w:p>
    <w:p>
      <w:r>
        <w:rPr>
          <w:b/>
        </w:rPr>
        <w:t xml:space="preserve">[25:50] </w:t>
      </w:r>
      <w:r>
        <w:t>main bahut se logon se baat karta hoon jin ke paas sab kuch hai. in terms of money, in terms of building, in terms of bank balance sab kuch hai, sab kuch hai, sab kuch hai.</w:t>
      </w:r>
    </w:p>
    <w:p>
      <w:pPr>
        <w:jc w:val="right"/>
      </w:pPr>
      <w:r>
        <w:t>میں بہت سے لوگوں سے بات کرتا ہوں جن کے پاس سب کچھ ہے۔ ان ٹرم آف منی، ان ٹرم آف بلڈنگ، ان ٹرم آف بینک بیلنس سب کچھ ہے، سب کچھ ہے، سب کچھ ہے۔</w:t>
      </w:r>
    </w:p>
    <w:p>
      <w:r>
        <w:rPr>
          <w:b/>
        </w:rPr>
        <w:t xml:space="preserve">[26:01] </w:t>
      </w:r>
      <w:r>
        <w:t>lekin jab baat karta hoon main un se to bilkul stepped lagte hain mujhe, stepped. bilkul stepped lagte hain. kyon ke un ka intellectual level jo hai woh neeche reh gaya.</w:t>
      </w:r>
    </w:p>
    <w:p>
      <w:pPr>
        <w:jc w:val="right"/>
      </w:pPr>
      <w:r>
        <w:t>لیکن جب بات کرتا ہوں میں ان سے تو بالکل سٹیپڈ لگتے ہیں مجھے، سٹیپڈ۔ بالکل سٹیپڈ لگتے ہیں۔ کیوں کہ ان کا انٹلیکچوئل لیول جو ہے وہ نیچے رہ گیا۔</w:t>
      </w:r>
    </w:p>
    <w:p>
      <w:r>
        <w:rPr>
          <w:b/>
        </w:rPr>
        <w:t xml:space="preserve">[26:14] </w:t>
      </w:r>
      <w:r>
        <w:t>woh physical world mein woh phanse rahe. intellectual development kya rahi unhon ne? to kitna bada loss hai ke log jo hain negative thought mein jee rahe hain.</w:t>
      </w:r>
    </w:p>
    <w:p>
      <w:pPr>
        <w:jc w:val="right"/>
      </w:pPr>
      <w:r>
        <w:t>وہ فزیکل ورلڈ میں وہ پھنسے رہے۔ انٹلیکچوئل ڈیولپمنٹ کیا رہی انہوں نے؟ تو کتنا بڑا لاس ہے کہ لوگ جو ہیں نیگیٹیو تھاٹ میں جی رہے ہیں۔</w:t>
      </w:r>
    </w:p>
    <w:p>
      <w:r>
        <w:rPr>
          <w:b/>
        </w:rPr>
        <w:t xml:space="preserve">[26:28] </w:t>
      </w:r>
      <w:r>
        <w:t>halanke is duniya se jo cheez lekar jaana tha hamein woh positive thought tha.</w:t>
      </w:r>
    </w:p>
    <w:p>
      <w:pPr>
        <w:jc w:val="right"/>
      </w:pPr>
      <w:r>
        <w:t>حالانکہ اس دنیا سے جو چیز لے کر جانا تھا ہمیں وہ پازیٹیو تھاٹ تھا۔</w:t>
      </w:r>
    </w:p>
    <w:p>
      <w:r>
        <w:rPr>
          <w:b/>
        </w:rPr>
        <w:t xml:space="preserve">[26:37] </w:t>
      </w:r>
      <w:r>
        <w:t>only positive thinkers can find entry into paradise. yaad rakhiye. wahan negative thinkers ka koi kaam nahin hai. paradise mein in logon ka koi kaam nahin hai jo hate mein jiyein.</w:t>
      </w:r>
    </w:p>
    <w:p>
      <w:pPr>
        <w:jc w:val="right"/>
      </w:pPr>
      <w:r>
        <w:t>اونلی پازیٹیو تھنکرز کین فائن انٹری انٹو پیراڈائز۔ یاد رکھیئے۔ وہاں نیگیٹیو تھنکرز کا کوئی کام نہیں ہے۔ پیراڈائز میں ان لوگوں کا کوئی کام نہیں ہے جو ہیٹ میں جیئیں۔</w:t>
      </w:r>
    </w:p>
    <w:p>
      <w:r>
        <w:rPr>
          <w:b/>
        </w:rPr>
        <w:t xml:space="preserve">[26:51] </w:t>
      </w:r>
      <w:r>
        <w:t>jo revenge mein jiyein. jo malice mein jiyein. jo lust mein jiyein. jo anger mein jiyein.</w:t>
      </w:r>
    </w:p>
    <w:p>
      <w:pPr>
        <w:jc w:val="right"/>
      </w:pPr>
      <w:r>
        <w:t>جو ریونج میں جیئیں۔ جو میلث میں جیئیں۔ جو لسٹ میں جیئیں۔ جو اینگر میں جیئیں۔</w:t>
      </w:r>
    </w:p>
    <w:p>
      <w:r>
        <w:rPr>
          <w:b/>
        </w:rPr>
        <w:t xml:space="preserve">[27:01] </w:t>
      </w:r>
      <w:r>
        <w:t>aise logon ka paradise mein koi kaam nahin hai.</w:t>
      </w:r>
    </w:p>
    <w:p>
      <w:pPr>
        <w:jc w:val="right"/>
      </w:pPr>
      <w:r>
        <w:t>ایسے لوگوں کا پیراڈائز میں کوئی کام نہیں ہے۔</w:t>
      </w:r>
    </w:p>
    <w:p>
      <w:r>
        <w:rPr>
          <w:b/>
        </w:rPr>
        <w:t xml:space="preserve">[27:06] </w:t>
      </w:r>
      <w:r>
        <w:t>ab bataiye ke ke kitna bada loss hai ke duniya khuda ne hamein banaya ek eternal being ke taur par.</w:t>
      </w:r>
    </w:p>
    <w:p>
      <w:pPr>
        <w:jc w:val="right"/>
      </w:pPr>
      <w:r>
        <w:t>اب بتائیئے کہ کہ کتنا بڑا لاس ہے کہ دنیا خدا نے ہمیں بنایا ایک ایٹرنل بینگ کے طور پر۔</w:t>
      </w:r>
    </w:p>
    <w:p>
      <w:r>
        <w:rPr>
          <w:b/>
        </w:rPr>
        <w:t xml:space="preserve">[27:15] </w:t>
      </w:r>
      <w:r>
        <w:t>har aadmi ab eternally woh yaani eternity tak jiye ga woh. hum mein se har shakhs. yahan to hum pachas, saath, sattar saal ke liye hain.</w:t>
      </w:r>
    </w:p>
    <w:p>
      <w:pPr>
        <w:jc w:val="right"/>
      </w:pPr>
      <w:r>
        <w:t>ہر آدمی اب ایٹرنلی وہ یعنی ایٹرنٹی تک جیئے گا وہ۔ ہم میں سے ہر شخص۔ یہاں تو ہم پچاس، ساٹھ، ستر سال کے لیے ہیں۔</w:t>
      </w:r>
    </w:p>
    <w:p>
      <w:r>
        <w:rPr>
          <w:b/>
        </w:rPr>
        <w:t xml:space="preserve">[27:25] </w:t>
      </w:r>
      <w:r>
        <w:t>to yeh jo chance tha hamein apne ko prepare karne ka. apne andar positivity bharne ka woh hum ne kiya nahin.</w:t>
      </w:r>
    </w:p>
    <w:p>
      <w:pPr>
        <w:jc w:val="right"/>
      </w:pPr>
      <w:r>
        <w:t>تو یہ جو چانس تھا ہمیں اپنے کو پریپیئر کرنے کا۔ اپنے اندر پازیٹیوٹی بھرنے کا وہ ہم نے کیا نہیں۔</w:t>
      </w:r>
    </w:p>
    <w:p>
      <w:r>
        <w:rPr>
          <w:b/>
        </w:rPr>
        <w:t xml:space="preserve">[27:37] </w:t>
      </w:r>
      <w:r>
        <w:t>so everyone is missing the opportunity.</w:t>
      </w:r>
    </w:p>
    <w:p>
      <w:pPr>
        <w:jc w:val="right"/>
      </w:pPr>
      <w:r>
        <w:t>سو ایوری ون از مسنگ دا اپرچونیٹی۔</w:t>
      </w:r>
    </w:p>
    <w:p>
      <w:r>
        <w:rPr>
          <w:b/>
        </w:rPr>
        <w:t xml:space="preserve">[27:43] </w:t>
      </w:r>
      <w:r>
        <w:t>har har aadmi ke liye kya hona hone wala hai? ke maut ke baad woh yahi kahe ga ke mind was a case of missed opportunity.</w:t>
      </w:r>
    </w:p>
    <w:p>
      <w:pPr>
        <w:jc w:val="right"/>
      </w:pPr>
      <w:r>
        <w:t>ہر ہر آدمی کے لیے کیا ہونا ہونے والا ہے؟ کہ موت کے بعد وہ یہی کہے گا کہ مائنڈ واز ا کیس آف مسڈ اپرچونیٹی۔</w:t>
      </w:r>
    </w:p>
    <w:p>
      <w:r>
        <w:rPr>
          <w:b/>
        </w:rPr>
        <w:t xml:space="preserve">[27:57] </w:t>
      </w:r>
      <w:r>
        <w:t>mind was a case of missed opportunity. ab dobara to lotna nahin hai yahan.</w:t>
      </w:r>
    </w:p>
    <w:p>
      <w:pPr>
        <w:jc w:val="right"/>
      </w:pPr>
      <w:r>
        <w:t>مائنڈ واز ا کیس آف مسڈ اپرچونیٹی۔ اب دوبارہ تو لوٹنا نہیں ہے یہاں۔</w:t>
      </w:r>
    </w:p>
    <w:p>
      <w:r>
        <w:rPr>
          <w:b/>
        </w:rPr>
        <w:t xml:space="preserve">[28:07] </w:t>
      </w:r>
      <w:r>
        <w:t>to pehla loss jo hai woh yeh hai ke har aadmi negative thought mein jeena padta hai us ko. main nahin jaanta ke is mein koi exception hai.</w:t>
      </w:r>
    </w:p>
    <w:p>
      <w:pPr>
        <w:jc w:val="right"/>
      </w:pPr>
      <w:r>
        <w:t>تو پہلا لاس جو ہے وہ یہ ہے کہ ہر آدمی نیگیٹیو تھاٹ میں جینا پڑتا ہے اس کو۔ میں نہیں جانتا کہ اس میں کوئی ایکسیپشن ہے۔</w:t>
      </w:r>
    </w:p>
    <w:p>
      <w:r>
        <w:rPr>
          <w:b/>
        </w:rPr>
        <w:t xml:space="preserve">[28:17] </w:t>
      </w:r>
      <w:r>
        <w:t>is mein koi exception nahin hai. kitne log jo upar upar dikhate hain apne ko. nahin nahin sahib hum to. aur jab main scrutiny karta hoon scrutiny to nikalta hai ke wahi isi mein jee rahe hain frustration mein.</w:t>
      </w:r>
    </w:p>
    <w:p>
      <w:pPr>
        <w:jc w:val="right"/>
      </w:pPr>
      <w:r>
        <w:t>اس میں کوئی ایکسیپشن نہیں ہے۔ کتنے لوگ جو اوپر اوپر دکھاتے ہیں اپنے کو۔ نہیں نہیں صاحب ہم تو۔ اور جب میں اسکرٹنی کرتا ہوں اسکرٹنی تو نکلتا ہے کہ وہی اسی میں جی رہے ہیں فرسٹریشن میں۔</w:t>
      </w:r>
    </w:p>
    <w:p>
      <w:r>
        <w:rPr>
          <w:b/>
        </w:rPr>
        <w:t xml:space="preserve">[28:32] </w:t>
      </w:r>
      <w:r>
        <w:t>bar bar mujhe aisa hua hai ke ek aadmi milta hai. khoob achhe achhe kapde pehne hue hain. aur badi badi baatein karta hai. yeh show kar raha hai ke main to bahut hi khush hoon.</w:t>
      </w:r>
    </w:p>
    <w:p>
      <w:pPr>
        <w:jc w:val="right"/>
      </w:pPr>
      <w:r>
        <w:t>بار بار مجھے ایسا ہوا ہے کہ ایک آدمی ملتا ہے۔ خوب اچھے اچھے کپڑے پہنے ہوئے ہیں۔ اور بڑی بڑی باتیں کرتا ہے۔ یہ شو کر رہا ہے کہ میں تو بہت ہی خوش ہوں۔</w:t>
      </w:r>
    </w:p>
    <w:p>
      <w:r>
        <w:rPr>
          <w:b/>
        </w:rPr>
        <w:t xml:space="preserve">[28:43] </w:t>
      </w:r>
      <w:r>
        <w:t>to phir main us ko scrutiny karta hoon, scrutiny. to kya pata chalta hai? ke andar se sad hai. yeh chaar chapalein doosron ko hansata tha, khud rota tha.</w:t>
      </w:r>
    </w:p>
    <w:p>
      <w:pPr>
        <w:jc w:val="right"/>
      </w:pPr>
      <w:r>
        <w:t>تو پھر میں اس کو اسکرٹنی کرتا ہوں، اسکرٹنی۔ تو کیا پتہ چلتا ہے؟ کہ اندر سے سیڈ ہے۔ یہ چار چپلیں دوسروں کو ہنساتا تھا، خود روتا تھا۔</w:t>
      </w:r>
    </w:p>
    <w:p>
      <w:r>
        <w:rPr>
          <w:b/>
        </w:rPr>
        <w:t xml:space="preserve">[28:57] </w:t>
      </w:r>
      <w:r>
        <w:t>to ek loss yeh hai ke har aadmi is duniya se is tarah jaata hai ke woh negative thought mein negative thought lekar jaata hai.</w:t>
      </w:r>
    </w:p>
    <w:p>
      <w:pPr>
        <w:jc w:val="right"/>
      </w:pPr>
      <w:r>
        <w:t>تو ایک لاس یہ ہے کہ ہر آدمی اس دنیا سے اس طرح جاتا ہے کہ وہ نیگیٹیو تھاٹ میں نیگیٹیو تھاٹ لے کر جاتا ہے۔</w:t>
      </w:r>
    </w:p>
    <w:p>
      <w:r>
        <w:rPr>
          <w:b/>
        </w:rPr>
        <w:t xml:space="preserve">[29:10] </w:t>
      </w:r>
      <w:r>
        <w:t>negative personality le kar jata hai. positive personality le kar jana is ke liye possible na ho saka.</w:t>
      </w:r>
    </w:p>
    <w:p>
      <w:pPr>
        <w:jc w:val="right"/>
      </w:pPr>
      <w:r>
        <w:t>نیگیٹیو پرسنیلٹی لے کر جاتا ہے۔ پازیٹیو پرسنیلٹی لے کر جانا اس کے لیے پاسیبل نہ ہو سکا۔</w:t>
      </w:r>
    </w:p>
    <w:p>
      <w:r>
        <w:rPr>
          <w:b/>
        </w:rPr>
        <w:t xml:space="preserve">[29:22] </w:t>
      </w:r>
      <w:r>
        <w:t>ab dekhiye. doosra loss. doosra loss kya hai? doosra loss jo hai yani loss to kai hain bohat se lekin main do samajh samajhane ke liye to reset my point main do cheezein bata raha hoon aap ko.</w:t>
      </w:r>
    </w:p>
    <w:p>
      <w:pPr>
        <w:jc w:val="right"/>
      </w:pPr>
      <w:r>
        <w:t>اب دیکھیئے۔ دوسرا لاس۔ دوسرا لاس کیا ہے؟ دوسرا لاس جو ہے یعنی لاس تو کئی ہیں بہت سے لیکن میں دو سمجھ سمجھانے کے لیے ٹو ریسیٹ مائی پوائنٹ میں دو چیزیں بتا رہا ہوں آپ کو۔</w:t>
      </w:r>
    </w:p>
    <w:p>
      <w:r>
        <w:rPr>
          <w:b/>
        </w:rPr>
        <w:t xml:space="preserve">[29:38] </w:t>
      </w:r>
      <w:r>
        <w:t>doosra loss hai jis ko main kahoon ga ke break in history. break in history. dekhiye jo development hai insani zindagi ka woh continuity chahta hai, continuity.</w:t>
      </w:r>
    </w:p>
    <w:p>
      <w:pPr>
        <w:jc w:val="right"/>
      </w:pPr>
      <w:r>
        <w:t>دوسرا لاس ہے جس کو میں کہوں گا کہ بریک ان ہسٹری۔ بریک ان ہسٹری۔ دیکھیئے جو ڈیولپمنٹ ہے انسانی زندگی کا وہ کنٹینیوٹی چاہتا ہے، کنٹینیوٹی۔</w:t>
      </w:r>
    </w:p>
    <w:p>
      <w:r>
        <w:rPr>
          <w:b/>
        </w:rPr>
        <w:t xml:space="preserve">[29:53] </w:t>
      </w:r>
      <w:r>
        <w:t>lekin yeh jo aap ka mizaj hai yeh discontinue kar deta hai. isi ko main keh raha hoon break in history. jaise service mein break in history hota hai.</w:t>
      </w:r>
    </w:p>
    <w:p>
      <w:pPr>
        <w:jc w:val="right"/>
      </w:pPr>
      <w:r>
        <w:t>لیکن یہ جو آپ کا مزاج ہے یہ ڈس کنٹینیو کر دیتا ہے۔ اسی کو میں کہہ رہا ہوں بریک ان ہسٹری۔ جیسے سروس میں بریک ان ہسٹری ہوتا ہے۔</w:t>
      </w:r>
    </w:p>
    <w:p>
      <w:r>
        <w:rPr>
          <w:b/>
        </w:rPr>
        <w:t xml:space="preserve">[30:06] </w:t>
      </w:r>
      <w:r>
        <w:t>aisi life mein bhi hota hai. main aap ko kuch example doon ga to meri baat clear ho gi. dekhiye. ancient greek mein, ancient greece mein</w:t>
      </w:r>
    </w:p>
    <w:p>
      <w:pPr>
        <w:jc w:val="right"/>
      </w:pPr>
      <w:r>
        <w:t>ایسی لائف میں بھی ہوتا ہے۔ میں آپ کو کچھ ایگزامپل دوں گا تو میری بات کلیئر ہو گی۔ دیکھیئے۔ اینشین گریک میں، اینشین گریس میں</w:t>
      </w:r>
    </w:p>
    <w:p>
      <w:r>
        <w:rPr>
          <w:b/>
        </w:rPr>
        <w:t xml:space="preserve">[30:21] </w:t>
      </w:r>
      <w:r>
        <w:t>yeh kaha jata hai historian history of thought mein yeh mana jata hai ke ancient greece mein shuru hui learning.</w:t>
      </w:r>
    </w:p>
    <w:p>
      <w:pPr>
        <w:jc w:val="right"/>
      </w:pPr>
      <w:r>
        <w:t>یہ کہا جاتا ہے ہسٹورین ہسٹری آف تھاٹ میں یہ مانا جاتا ہے کہ اینشین گریس میں شروع ہوئی لرننگ۔</w:t>
      </w:r>
    </w:p>
    <w:p>
      <w:r>
        <w:rPr>
          <w:b/>
        </w:rPr>
        <w:t xml:space="preserve">[30:33] </w:t>
      </w:r>
      <w:r>
        <w:t>yani according to the modern history jo hum jante hain. to ancient greece mein learning shuru hui.</w:t>
      </w:r>
    </w:p>
    <w:p>
      <w:pPr>
        <w:jc w:val="right"/>
      </w:pPr>
      <w:r>
        <w:t>یعنی اکارڈنگ ٹو دا ماڈرن ہسٹری جو ہم جانتے ہیں۔ تو اینشین گریس میں لرننگ شروع ہوئی۔</w:t>
      </w:r>
    </w:p>
    <w:p>
      <w:r>
        <w:rPr>
          <w:b/>
        </w:rPr>
        <w:t xml:space="preserve">[30:43] </w:t>
      </w:r>
      <w:r>
        <w:t>baray baray philosopher, scholar wahan paida hue. lekin kya hua? Alexander the Great ke baad wahan par aik woh aa gaya, gap aa gaya.</w:t>
      </w:r>
    </w:p>
    <w:p>
      <w:pPr>
        <w:jc w:val="right"/>
      </w:pPr>
      <w:r>
        <w:t>بڑے بڑے فلاسفر، اسکالر وہاں پیدا ہوئے۔ لیکن کیا ہوا؟ الیگزینڈر دا گریٹ کے بعد وہاں پر ایک وہ آگیا، گیپ آگیا۔</w:t>
      </w:r>
    </w:p>
    <w:p>
      <w:r>
        <w:rPr>
          <w:b/>
        </w:rPr>
        <w:t xml:space="preserve">[30:59] </w:t>
      </w:r>
      <w:r>
        <w:t>taqreeban do hazar saal ka gap. yani wahan par jo chala tha development wahan philosophy develop kar rahi thi.</w:t>
      </w:r>
    </w:p>
    <w:p>
      <w:pPr>
        <w:jc w:val="right"/>
      </w:pPr>
      <w:r>
        <w:t>تقریباً دو ہزار سال کا گیپ۔ یعنی وہاں پر جو چلا تھا ڈیولپمنٹ وہاں فلاسفی ڈیولپ کر رہی تھی۔</w:t>
      </w:r>
    </w:p>
    <w:p>
      <w:r>
        <w:rPr>
          <w:b/>
        </w:rPr>
        <w:t xml:space="preserve">[31:09] </w:t>
      </w:r>
      <w:r>
        <w:t>medical science develop kar rahi thi. aur doosri sciences develop kar rahi thin. chunancha jab history of thought aap parhein ge to aksar bari bari cheezon ka jo sira mile ga aap ko woh greece mein mile ga.</w:t>
      </w:r>
    </w:p>
    <w:p>
      <w:pPr>
        <w:jc w:val="right"/>
      </w:pPr>
      <w:r>
        <w:t>میڈیکل سائنس ڈیولپ کر رہی تھی۔ اور دوسری سائنسز ڈیولپ کر رہی تھیں۔ چنانچہ جب ہسٹری آف تھاٹ آپ پڑھیں گے تو اکثر بڑی بڑی چیزوں کا جو سرا ملے گا آپ کو وہ گریس میں ملے گا۔</w:t>
      </w:r>
    </w:p>
    <w:p>
      <w:r>
        <w:rPr>
          <w:b/>
        </w:rPr>
        <w:t xml:space="preserve">[31:23] </w:t>
      </w:r>
      <w:r>
        <w:t>koi na koi jaise ke misaal ke tor par yeh jo hai yani solar system hai. yani jo ke solar system jo hai jo ab mana jata hai ab ke darmiyan mein suraj hai aur is ke charon taraf planet ghoom rahe hain.</w:t>
      </w:r>
    </w:p>
    <w:p>
      <w:pPr>
        <w:jc w:val="right"/>
      </w:pPr>
      <w:r>
        <w:t>کوئی نہ کوئی جیسے کہ مثال کے طور پر یہ جو ہے یعنی سولر سسٹم ہے۔ یعنی جو کہ سولر سسٹم جو ہے جو اب مانا جاتا ہے اب کہ درمیان میں سورج ہے اور اس کے چاروں طرف پلینٹ گھوم رہے ہیں۔</w:t>
      </w:r>
    </w:p>
    <w:p>
      <w:r>
        <w:rPr>
          <w:b/>
        </w:rPr>
        <w:t xml:space="preserve">[31:41] </w:t>
      </w:r>
      <w:r>
        <w:t>jis ko kehte hain heliocentric theory. heliocentric theory jo hai sab se pehle kis ne pesh ki thi? aik greek philosopher ne. to aisi bohat sari cheezein.</w:t>
      </w:r>
    </w:p>
    <w:p>
      <w:pPr>
        <w:jc w:val="right"/>
      </w:pPr>
      <w:r>
        <w:t>جس کو کہتے ہیں ہیلیو سینٹرک تھیوری۔ ہیلیو سینٹرک تھیوری جو ہے سب سے پہلے کس نے پیش کی تھی؟ ایک گریک فلاسفر نے۔ تو ایسی بہت ساری چیزیں۔</w:t>
      </w:r>
    </w:p>
    <w:p>
      <w:r>
        <w:rPr>
          <w:b/>
        </w:rPr>
        <w:t xml:space="preserve">[31:53] </w:t>
      </w:r>
      <w:r>
        <w:t>to yeh process ruk gaya beech mein. qareeb qareeb do hazar saal tak ruka raha. kyun?</w:t>
      </w:r>
    </w:p>
    <w:p>
      <w:pPr>
        <w:jc w:val="right"/>
      </w:pPr>
      <w:r>
        <w:t>تو یہ پراسیس رک گیا بیچ میں۔ قریب قریب دو ہزار سال تک رکا رہا۔ کیوں؟</w:t>
      </w:r>
    </w:p>
    <w:p>
      <w:r>
        <w:rPr>
          <w:b/>
        </w:rPr>
        <w:t xml:space="preserve">[32:03] </w:t>
      </w:r>
      <w:r>
        <w:t>jo wahan par jo king log the un ko yeh aa gaya ke hum sirf greece mein nahi balkeh sari dunya mein hum rule karein ge.</w:t>
      </w:r>
    </w:p>
    <w:p>
      <w:pPr>
        <w:jc w:val="right"/>
      </w:pPr>
      <w:r>
        <w:t>جو وہاں پر جو کنگ لوگ تھے ان کو یہ آگیا کہ ہم صرف گریس میں نہیں بلکہ ساری دنیا میں ہم رول کریں گے۔</w:t>
      </w:r>
    </w:p>
    <w:p>
      <w:r>
        <w:rPr>
          <w:b/>
        </w:rPr>
        <w:t xml:space="preserve">[32:13] </w:t>
      </w:r>
      <w:r>
        <w:t>Alexander the Great jo hai sari dunya ka emperor banna chahta tha. to sare sources jo the sara jo daulat thi sara paisa jo tha jhonk diya unhon ne army ko tayyar karne mein.</w:t>
      </w:r>
    </w:p>
    <w:p>
      <w:pPr>
        <w:jc w:val="right"/>
      </w:pPr>
      <w:r>
        <w:t>الیگزینڈر دا گریٹ جو ہے ساری دنیا کا ایمپرر بننا چاہتا تھا۔ تو سارے سورسز جو تھے سارا جو دولت تھی سارا پیسہ جو تھا جھونک دیا انہوں نے آرمی کو تیار کرنے میں۔</w:t>
      </w:r>
    </w:p>
    <w:p>
      <w:r>
        <w:rPr>
          <w:b/>
        </w:rPr>
        <w:t xml:space="preserve">[32:25] </w:t>
      </w:r>
      <w:r>
        <w:t>army. bas army, army, army. dekhiye. jab tak government woh patronize na kare tab tak research ko boost nahi milti, boost.</w:t>
      </w:r>
    </w:p>
    <w:p>
      <w:pPr>
        <w:jc w:val="right"/>
      </w:pPr>
      <w:r>
        <w:t>آرمی۔ بس آرمی، آرمی، آرمی۔ دیکھیئے۔ جب تک گورنمنٹ وہ پیٹرنائز نہ کرے تب تک ریسرچ کو بوسٹ نہیں ملتی، بوسٹ۔</w:t>
      </w:r>
    </w:p>
    <w:p>
      <w:r>
        <w:rPr>
          <w:b/>
        </w:rPr>
        <w:t xml:space="preserve">[32:41] </w:t>
      </w:r>
      <w:r>
        <w:t>taraqqi nahi karti research, yaad rakhiye. koi bhi research ho, koi bhi ilmi kaam ho, koi bhi scientific kaam ho government jab us ko patronize karti hai tab us ko boost milta hai, tab us ko taraqqi hoti hai.</w:t>
      </w:r>
    </w:p>
    <w:p>
      <w:pPr>
        <w:jc w:val="right"/>
      </w:pPr>
      <w:r>
        <w:t>ترقی نہیں کرتی ریسرچ، یاد رکھیئے۔ کوئی بھی ریسرچ ہو، کوئی بھی علمی کام ہو، کوئی بھی سائنٹیفک کام ہو گورنمنٹ جب اس کو پیٹرنائز کرتی ہے تب اس کو بوسٹ ملتا ہے، تب اس کو ترقی ہوتی ہے۔</w:t>
      </w:r>
    </w:p>
    <w:p>
      <w:r>
        <w:rPr>
          <w:b/>
        </w:rPr>
        <w:t xml:space="preserve">[32:57] </w:t>
      </w:r>
      <w:r>
        <w:t>to jab wahan ke jo king the un ko yeh aa gaya ke sirf greece mein hum rule karna kafi nahi, humari hum to dunya par hukoomat karein ge. to woh un ko less than ideal laga.</w:t>
      </w:r>
    </w:p>
    <w:p>
      <w:pPr>
        <w:jc w:val="right"/>
      </w:pPr>
      <w:r>
        <w:t>تو جب وہاں کے جو کنگ تھے ان کو یہ آیا کہ صرف گریس میں ہم رول کرنا کافی نہیں، ہماری ہم تو دنیا پر حکومت کریں گے۔ تو وہ ان کو لیس دین آئیڈیل لگا۔</w:t>
      </w:r>
    </w:p>
    <w:p>
      <w:r>
        <w:rPr>
          <w:b/>
        </w:rPr>
        <w:t xml:space="preserve">[33:10] </w:t>
      </w:r>
      <w:r>
        <w:t>aur ideal yeh laga ke poori dunya mein hamara woh empire ban jaye. to scientific research ka kaam thap ho gaya.</w:t>
      </w:r>
    </w:p>
    <w:p>
      <w:pPr>
        <w:jc w:val="right"/>
      </w:pPr>
      <w:r>
        <w:t>اور آئیڈیل یہ لگا کہ پوری دنیا میں ہمارا وہ ایمپائر بن جائے۔ تو سائنٹیفک ریسرچ کا کام ٹھپ ہو گیا۔</w:t>
      </w:r>
    </w:p>
    <w:p>
      <w:r>
        <w:rPr>
          <w:b/>
        </w:rPr>
        <w:t xml:space="preserve">[33:22] </w:t>
      </w:r>
      <w:r>
        <w:t>kyun ke is ko yani mil is ko yani sare research government ke paas hote the. agriculture government ke paas hota tha.</w:t>
      </w:r>
    </w:p>
    <w:p>
      <w:pPr>
        <w:jc w:val="right"/>
      </w:pPr>
      <w:r>
        <w:t>کیوں کہ اس کو یعنی مل اس کو یعنی سارے ریسرچ گورنمنٹ کے پاس ہوتے تھے۔ ایگریکلچر گورنمنٹ کے پاس ہوتا تھا۔</w:t>
      </w:r>
    </w:p>
    <w:p>
      <w:r>
        <w:rPr>
          <w:b/>
        </w:rPr>
        <w:t xml:space="preserve">[33:35] </w:t>
      </w:r>
      <w:r>
        <w:t>aur agriculture ke siwa koi is zamane mein source nahi tha. to completely depend karti thi research is par ke government madad kare.</w:t>
      </w:r>
    </w:p>
    <w:p>
      <w:pPr>
        <w:jc w:val="right"/>
      </w:pPr>
      <w:r>
        <w:t>اور ایگریکلچر کے سوا کوئی اس زمانے میں سورس نہیں تھا۔ تو کمپلیٹلی ڈیپینڈ کرتی تھی ریسرچ اس پر کہ گورنمنٹ مدد کرے۔</w:t>
      </w:r>
    </w:p>
    <w:p>
      <w:r>
        <w:rPr>
          <w:b/>
        </w:rPr>
        <w:t xml:space="preserve">[33:46] </w:t>
      </w:r>
      <w:r>
        <w:t>to unhon ne divert kar diya apni sari daulat ko fauj par. kyun ke unhein dunya mein hukoomat karna tha. to woh process ruk gaya.</w:t>
      </w:r>
    </w:p>
    <w:p>
      <w:pPr>
        <w:jc w:val="right"/>
      </w:pPr>
      <w:r>
        <w:t>تو انہوں نے ڈائیورٹ کر دیا اپنی ساری دولت کو فوج پر۔ کیوں کہ انہیں دنیا میں حکومت کرنا تھا۔ تو وہ پراسیس رک گیا۔</w:t>
      </w:r>
    </w:p>
    <w:p>
      <w:r>
        <w:rPr>
          <w:b/>
        </w:rPr>
        <w:t xml:space="preserve">[33:56] </w:t>
      </w:r>
      <w:r>
        <w:t>do sau saal ka gap woh do hazar saal ka gap parta hai. phir musalman ubharte hain. musalman jo hain baghdad mein, cairo mein, cordoba mein, grandada mein woh research karte hain.</w:t>
      </w:r>
    </w:p>
    <w:p>
      <w:pPr>
        <w:jc w:val="right"/>
      </w:pPr>
      <w:r>
        <w:t>دو سو سال کا گیپ وہ دو ہزار سال کا گیپ پڑتا ہے۔ پھر مسلمان ابھرتے ہیں۔ مسلمان جو ہیں بغداد میں، قاہرہ میں، کارڈوبا میں، گرینڈ ناڈا میں وہ ریسرچ کرتے ہیں۔</w:t>
      </w:r>
    </w:p>
    <w:p>
      <w:r>
        <w:rPr>
          <w:b/>
        </w:rPr>
        <w:t xml:space="preserve">[34:10] </w:t>
      </w:r>
      <w:r>
        <w:t>aur phir se zinda karte hain. woh kaise? unhon ne greece ki kitabon ko jo yunani zaban mein theen us ko mangwaya.</w:t>
      </w:r>
    </w:p>
    <w:p>
      <w:pPr>
        <w:jc w:val="right"/>
      </w:pPr>
      <w:r>
        <w:t>اور پھر سے زندہ کرتے ہیں۔ وہ کیسے؟ انہوں نے گریس کی کتابوں کو جو یونانی زبان میں تھیں اس کو منگوایا۔</w:t>
      </w:r>
    </w:p>
    <w:p>
      <w:r>
        <w:rPr>
          <w:b/>
        </w:rPr>
        <w:t xml:space="preserve">[34:21] </w:t>
      </w:r>
      <w:r>
        <w:t>manga kar us ko transition kiya. bait ul hikmat aur dar ul hikmat qaim hua. baghdad mein, cairo mein aur spain mein.</w:t>
      </w:r>
    </w:p>
    <w:p>
      <w:pPr>
        <w:jc w:val="right"/>
      </w:pPr>
      <w:r>
        <w:t>منگوا کر اس کو ٹرانسیشن کیا۔ بیت الحکمت اور دارالحکمت قائم ہوا۔ بغداد میں، قاہرہ میں اور اسپین میں۔</w:t>
      </w:r>
    </w:p>
    <w:p>
      <w:r>
        <w:rPr>
          <w:b/>
        </w:rPr>
        <w:t xml:space="preserve">[34:30] </w:t>
      </w:r>
      <w:r>
        <w:t>is ke transition kiye gaye, bohat bare large scale par. woh sara ilm jo tha jo band tha libraries mein is ko nikala unhon ne.</w:t>
      </w:r>
    </w:p>
    <w:p>
      <w:pPr>
        <w:jc w:val="right"/>
      </w:pPr>
      <w:r>
        <w:t>اس کے ٹرانسیشن کیے گئے، بہت بڑے لارج اسکیل پر۔ وہ سارا علم جو تھا جو بند تھا لائبریریز میں اس کو نکالا انہوں نے۔</w:t>
      </w:r>
    </w:p>
    <w:p>
      <w:r>
        <w:rPr>
          <w:b/>
        </w:rPr>
        <w:t xml:space="preserve">[34:41] </w:t>
      </w:r>
      <w:r>
        <w:t>phir yeh jo kitaben jo arabic mein transition hui theen yeh phir latin mein in ka tarjuma kiya gaya, latin mein. jo ke europe ki zaban thi. to latin se phir unhein yeh ilm pohancha.</w:t>
      </w:r>
    </w:p>
    <w:p>
      <w:pPr>
        <w:jc w:val="right"/>
      </w:pPr>
      <w:r>
        <w:t>پھر یہ جو کتابیں جو عربک میں ٹرانسیشن ہوئی تھیں یہ پھر لیٹن میں ان کا ترجمہ کیا گیا، لیٹن میں۔ جو کہ یورپ کی زبان تھی۔ تو لیٹن سے پھر انہیں یہ علم پہنچا۔</w:t>
      </w:r>
    </w:p>
    <w:p>
      <w:r>
        <w:rPr>
          <w:b/>
        </w:rPr>
        <w:t xml:space="preserve">[34:53] </w:t>
      </w:r>
      <w:r>
        <w:t>to kya hai ke beech ki kadi bane musalman. do hazar saal ke gap ke baad musalmanon ne is ilm ko pohanchaya europe tak.</w:t>
      </w:r>
    </w:p>
    <w:p>
      <w:pPr>
        <w:jc w:val="right"/>
      </w:pPr>
      <w:r>
        <w:t>تو کیا ہے کہ بیچ کی کڑی بنے مسلمان۔ دو ہزار سال کے گیپ کے بعد مسلمانوں نے اس علم کو پہنچایا یورپ تک۔</w:t>
      </w:r>
    </w:p>
    <w:p>
      <w:r>
        <w:rPr>
          <w:b/>
        </w:rPr>
        <w:t xml:space="preserve">[35:02] </w:t>
      </w:r>
      <w:r>
        <w:t>to wahan par renaissance hua. renaissance. renaissance ka matlab hota hai rebirth. rebirth, naya janam. to naya janam kyun kehte hain woh?</w:t>
      </w:r>
    </w:p>
    <w:p>
      <w:pPr>
        <w:jc w:val="right"/>
      </w:pPr>
      <w:r>
        <w:t>تو وہاں پر رینیساں ہوا۔ رینیساں۔ رینیساں کا مطلب ہوتا ہے ری برتھ۔ ری برتھ، نیا جنم۔ تو نیا جنم کیوں کہتے ہیں وہ؟</w:t>
      </w:r>
    </w:p>
    <w:p>
      <w:r>
        <w:rPr>
          <w:b/>
        </w:rPr>
        <w:t xml:space="preserve">[35:12] </w:t>
      </w:r>
      <w:r>
        <w:t>ke ke greek knowledge ko rebirth mila is zamane mein yani fifteen century mein, pandrahveen sadi mein.</w:t>
      </w:r>
    </w:p>
    <w:p>
      <w:pPr>
        <w:jc w:val="right"/>
      </w:pPr>
      <w:r>
        <w:t>کہ کہ گریک نالج کو ری برتھ ملا اس زمانے میں یعنی ففٹین سینچری میں، پندرہویں صدی میں۔</w:t>
      </w:r>
    </w:p>
    <w:p>
      <w:r>
        <w:rPr>
          <w:b/>
        </w:rPr>
        <w:t xml:space="preserve">[35:22] </w:t>
      </w:r>
      <w:r>
        <w:t>to do hazar saal ka gap pada yeh. kyun? wahan ke jo ruler the, wahan jo king the unhein jo grace mila tha rule karne ke liye unhein less than ideal laga.</w:t>
      </w:r>
    </w:p>
    <w:p>
      <w:pPr>
        <w:jc w:val="right"/>
      </w:pPr>
      <w:r>
        <w:t>تو دو ہزار سال کا گیپ پڑا یہ۔ کیوں؟ وہاں کے جو رولر تھے، وہاں جو کنگ تھے انہیں جو گریس ملا تھا رول کرنے کے لیے انہیں لیس دین آئیڈیل لگا۔</w:t>
      </w:r>
    </w:p>
    <w:p>
      <w:r>
        <w:rPr>
          <w:b/>
        </w:rPr>
        <w:t xml:space="preserve">[35:33] </w:t>
      </w:r>
      <w:r>
        <w:t>aur ideal yeh tha ke sari dunya mein un ka empire ho. is mein sara jeopardize ho gaya sara mamla. beech ki kadi bane phir musalman unhon ne latin unhon ne tarjuma kiya arabic mein phir latin mein tarjuma hua woh phir europe mein pohancha.</w:t>
      </w:r>
    </w:p>
    <w:p>
      <w:pPr>
        <w:jc w:val="right"/>
      </w:pPr>
      <w:r>
        <w:t>اور آئیڈیل یہ تھا کہ ساری دنیا میں ان کا ایمپائر ہو۔ اس میں سارا جیپرٹائز ہو گیا سارا معاملہ۔ بیچ کی کڑی بنے پھر مسلمان انہوں نے لیٹن انہوں نے ترجمہ کیا عربک میں پھر لیٹن میں ترجمہ ہوا وہ پھر یورپ میں پہنچا۔</w:t>
      </w:r>
    </w:p>
    <w:p>
      <w:r>
        <w:rPr>
          <w:b/>
        </w:rPr>
        <w:t xml:space="preserve">[35:48] </w:t>
      </w:r>
      <w:r>
        <w:t>phir yeh modern modern science wajood mein aai, modern industry wajood mein aai. is ka logon ne acknowledge kiya hai, bare bare scholars ne.</w:t>
      </w:r>
    </w:p>
    <w:p>
      <w:pPr>
        <w:jc w:val="right"/>
      </w:pPr>
      <w:r>
        <w:t>پھر یہ ماڈرن ماڈرن سائنس وجود میں آئی، ماڈرن انڈسٹری وجود میں آئی۔ اس کا لوگوں نے اکنالج کیا ہے، بڑے بڑے سکالرز نے۔</w:t>
      </w:r>
    </w:p>
    <w:p>
      <w:r>
        <w:rPr>
          <w:b/>
        </w:rPr>
        <w:t xml:space="preserve">[36:03] </w:t>
      </w:r>
      <w:r>
        <w:t>misal ke tor par breifault ne kaha hai ke but for the arabs the modern industrial civilization will never have risen at all.</w:t>
      </w:r>
    </w:p>
    <w:p>
      <w:pPr>
        <w:jc w:val="right"/>
      </w:pPr>
      <w:r>
        <w:t>مثال کے طور پر بریفالٹ نے کہا ہے کہ بٹ فار دا عربس دا ماڈرن انڈسٹریل سویلائزیشن ول نیور ہیو ریزن ایٹ آل۔</w:t>
      </w:r>
    </w:p>
    <w:p>
      <w:r>
        <w:rPr>
          <w:b/>
        </w:rPr>
        <w:t xml:space="preserve">[36:17] </w:t>
      </w:r>
      <w:r>
        <w:t>to yeh yeh jo hai kyun aisa hua? yeh tha break in history. yani grace ke jo jo grace mein jo ilm ka jo jo process chala tha is mein break in history ho gaya.</w:t>
      </w:r>
    </w:p>
    <w:p>
      <w:pPr>
        <w:jc w:val="right"/>
      </w:pPr>
      <w:r>
        <w:t>تو یہ یہ جو ہے کیوں ایسا ہوا؟ یہ تھا بریک ان ہسٹری۔ یعنی گریس کے جو جو گریس میں جو علم کا جو جو پراسیس چلا تھا اس میں بریک ان ہسٹری ہو گیا۔</w:t>
      </w:r>
    </w:p>
    <w:p>
      <w:r>
        <w:rPr>
          <w:b/>
        </w:rPr>
        <w:t xml:space="preserve">[36:33] </w:t>
      </w:r>
      <w:r>
        <w:t>do hazar saal ka. itna lamba gap hua. phir is ke baad europe mein woh revive hua. isi tarah aap dekhiye.</w:t>
      </w:r>
    </w:p>
    <w:p>
      <w:pPr>
        <w:jc w:val="right"/>
      </w:pPr>
      <w:r>
        <w:t>دو ہزار سال کا۔ اتنا لمبا گیپ ہوا۔ پھر اس کے بعد یورپ میں وہ ریوائیو ہوا۔ اسی طرح آپ دیکھیئے۔</w:t>
      </w:r>
    </w:p>
    <w:p>
      <w:r>
        <w:rPr>
          <w:b/>
        </w:rPr>
        <w:t xml:space="preserve">[36:44] </w:t>
      </w:r>
      <w:r>
        <w:t>do misal aur doon ga main aap ko. ek to musalmanon ki misal. nineteen forty seven mein musalmanon ne pakistan banwaya.</w:t>
      </w:r>
    </w:p>
    <w:p>
      <w:pPr>
        <w:jc w:val="right"/>
      </w:pPr>
      <w:r>
        <w:t>دو مثال اور دوں گا میں آپ کو۔ ایک تو مسلمانوں کی مثال۔ نائنٹین فورٹی سیون میں مسلمانوں نے پاکستان بنوایا۔</w:t>
      </w:r>
    </w:p>
    <w:p>
      <w:r>
        <w:rPr>
          <w:b/>
        </w:rPr>
        <w:t xml:space="preserve">[36:54] </w:t>
      </w:r>
      <w:r>
        <w:t>pakistan was all so kind of break in history. dekhiye pakistan banne se bohat pehle main paida hua. main ne apne bachpan guzara isi india mein jo ke partition jahan nahi hua tha.</w:t>
      </w:r>
    </w:p>
    <w:p>
      <w:pPr>
        <w:jc w:val="right"/>
      </w:pPr>
      <w:r>
        <w:t>پاکستان واز آل سو کائنڈ آف بریک ان ہسٹری۔ دیکھیئے پاکستان بننے سے بہت پہلے میں پیدا ہوا۔ میں نے اپنے بچپن گزارا اسی انڈیا میں جو کہ پارٹیشن جہاں نہیں ہوا تھا۔</w:t>
      </w:r>
    </w:p>
    <w:p>
      <w:r>
        <w:rPr>
          <w:b/>
        </w:rPr>
        <w:t xml:space="preserve">[37:07] </w:t>
      </w:r>
      <w:r>
        <w:t>hum jante bhi nahi thay ke partition koi cheez hai. is zamane mein hindu muslim mein itna acha mel milap tha. perfect mel milap tha, perfect.</w:t>
      </w:r>
    </w:p>
    <w:p>
      <w:pPr>
        <w:jc w:val="right"/>
      </w:pPr>
      <w:r>
        <w:t>ہم جانتے بھی نہیں تھے کہ پارٹیشن کوئی چیز ہے۔ اس زمانے میں ہندو مسلم میں اتنا اچھا میل ملاپ تھا۔ پرفیکٹ میل ملاپ تھا، پرفیکٹ۔</w:t>
      </w:r>
    </w:p>
    <w:p>
      <w:r>
        <w:rPr>
          <w:b/>
        </w:rPr>
        <w:t xml:space="preserve">[37:18] </w:t>
      </w:r>
      <w:r>
        <w:t>hamari zimmedari thi is zimmedari ke manager jo thay ek hindu thay, bhau ram. aur bhau ram is tarah kaam karte thay ke hum khud bhi nahi kar sakte thay.</w:t>
      </w:r>
    </w:p>
    <w:p>
      <w:pPr>
        <w:jc w:val="right"/>
      </w:pPr>
      <w:r>
        <w:t>ہماری ذمہ داری تھی اس ذمہ داری کے مینیجر جو تھے ایک ہندو تھے، بھاؤ رام۔ اور بھاؤ رام اس طرح کام کرتے تھے کہ ہم خود بھی نہیں کر سکتے ویسے۔</w:t>
      </w:r>
    </w:p>
    <w:p>
      <w:r>
        <w:rPr>
          <w:b/>
        </w:rPr>
        <w:t xml:space="preserve">[37:29] </w:t>
      </w:r>
      <w:r>
        <w:t>itna acha kaam karte thay bhau ram.</w:t>
      </w:r>
    </w:p>
    <w:p>
      <w:pPr>
        <w:jc w:val="right"/>
      </w:pPr>
      <w:r>
        <w:t>اتنا اچھا کام کرتے تھے بھاؤ رام۔</w:t>
      </w:r>
    </w:p>
    <w:p>
      <w:r>
        <w:rPr>
          <w:b/>
        </w:rPr>
        <w:t xml:space="preserve">[37:37] </w:t>
      </w:r>
      <w:r>
        <w:t>to is zamane mein hindu muslim mel milap bohat hi perfect tha. is tarah se aap dekhiye. musalmanon mein is zamane mein bohat kaam ho rahe thay.</w:t>
      </w:r>
    </w:p>
    <w:p>
      <w:pPr>
        <w:jc w:val="right"/>
      </w:pPr>
      <w:r>
        <w:t>تو اس زمانے میں ہندو مسلم میل ملاپ بہت ہی پرفیکٹ تھا۔ اس طرح سے آپ دیکھیئے۔ مسلمانوں میں اس زمانے میں بہت کام ہو رہے تھے۔</w:t>
      </w:r>
    </w:p>
    <w:p>
      <w:r>
        <w:rPr>
          <w:b/>
        </w:rPr>
        <w:t xml:space="preserve">[37:48] </w:t>
      </w:r>
      <w:r>
        <w:t>jitne bare bare madaris hain is zamane mein qaim hue. nadva, deoband waghera. jamia millia, masjid university is zamane mein qaim hui.</w:t>
      </w:r>
    </w:p>
    <w:p>
      <w:pPr>
        <w:jc w:val="right"/>
      </w:pPr>
      <w:r>
        <w:t>جتنے بڑے بڑے مدرسے ہیں اس زمانے میں قائم ہوئے۔ ندوہ، دیوبند وغیرہ۔ جامعہ ملیہ، مسجد یونیورسٹی اس زمانے میں قائم ہوئی۔</w:t>
      </w:r>
    </w:p>
    <w:p>
      <w:r>
        <w:rPr>
          <w:b/>
        </w:rPr>
        <w:t xml:space="preserve">[37:58] </w:t>
      </w:r>
      <w:r>
        <w:t>bare bare kitaben is zamane mein likhi gayeen. usmania university bani is zamane mein. darul tarjuma qaim hua isi zamane mein. yani bohat zabardast kaam hua.</w:t>
      </w:r>
    </w:p>
    <w:p>
      <w:pPr>
        <w:jc w:val="right"/>
      </w:pPr>
      <w:r>
        <w:t>بڑی بڑی کتابیں اس زمانے میں لکھی گئیں۔ عثمانی یونیورسٹی بنی اس زمانے میں۔ دارالترجمہ قائم ہوا اسی زمانے میں۔ یعنی بہت زبردست کام ہوا۔</w:t>
      </w:r>
    </w:p>
    <w:p>
      <w:r>
        <w:rPr>
          <w:b/>
        </w:rPr>
        <w:t xml:space="preserve">[38:09] </w:t>
      </w:r>
      <w:r>
        <w:t>soofi log kaam kar rahe thay isi zamane mein. ek bohat bara process chal raha tha. lekin jab pakistan bana to that was a break in history.</w:t>
      </w:r>
    </w:p>
    <w:p>
      <w:pPr>
        <w:jc w:val="right"/>
      </w:pPr>
      <w:r>
        <w:t>صوفی لوگ کام کر رہے تھے اسی زمانے میں۔ ایک بہت بڑا پراسیس چل رہا تھا۔ لیکن جب پاکستان بنا تو دیٹ واز ا بریک ان ہسٹری۔</w:t>
      </w:r>
    </w:p>
    <w:p>
      <w:r>
        <w:rPr>
          <w:b/>
        </w:rPr>
        <w:t xml:space="preserve">[38:20] </w:t>
      </w:r>
      <w:r>
        <w:t>sab jeopardize ho gaya. aur ek bohat bara set back hua. ab kya hua set back?</w:t>
      </w:r>
    </w:p>
    <w:p>
      <w:pPr>
        <w:jc w:val="right"/>
      </w:pPr>
      <w:r>
        <w:t>سب جیپرٹائز ہو گیا۔ اور ایک بہت بڑا سیٹ بیک ہوا۔ اب کیا ہوا سیٹ بیک؟</w:t>
      </w:r>
    </w:p>
    <w:p>
      <w:r>
        <w:rPr>
          <w:b/>
        </w:rPr>
        <w:t xml:space="preserve">[38:29] </w:t>
      </w:r>
      <w:r>
        <w:t>ek choti si misal samjhiye aap. ke indian subcontinent jis ko hum kehte hain is ke jo musalman hain woh panch pocket mein bat gaye, panch.</w:t>
      </w:r>
    </w:p>
    <w:p>
      <w:pPr>
        <w:jc w:val="right"/>
      </w:pPr>
      <w:r>
        <w:t>ایک چھوٹی سی مثال سمجھیئے آپ۔ کہ انڈین سب کانٹیننٹ جس کو ہم کہتے ہیں اس کے جو مسلمان ہیں وہ پانچ پاکٹ میں بٹ گئے، پانچ۔</w:t>
      </w:r>
    </w:p>
    <w:p>
      <w:r>
        <w:rPr>
          <w:b/>
        </w:rPr>
        <w:t xml:space="preserve">[38:39] </w:t>
      </w:r>
      <w:r>
        <w:t>yani ek mulk mein rehne wale log panch mulk mein bat gaye. woh kaise? india, that is bharat, pakistan, bangladesh aur kashmir aur diaspora.</w:t>
      </w:r>
    </w:p>
    <w:p>
      <w:pPr>
        <w:jc w:val="right"/>
      </w:pPr>
      <w:r>
        <w:t>یعنی ایک ملک میں رہنے والے لوگ پانچ ملک میں بٹ گئے۔ وہ کیسے؟ انڈیا، دیٹ از بھارت، پاکستان، بنگلہ دیش اور کاشمیر اور ڈائیسپورا۔</w:t>
      </w:r>
    </w:p>
    <w:p>
      <w:r>
        <w:rPr>
          <w:b/>
        </w:rPr>
        <w:t xml:space="preserve">[39:00] </w:t>
      </w:r>
      <w:r>
        <w:t>bohat se musalman bhag bhag kar doosre mulkon mein chale gaye. woh hai muslim sindh diaspora. to panch pocket ban gaye. yani yeh bharat mein, pakistan mein, bangladesh mein, kashmir mein aur diaspora mein.</w:t>
      </w:r>
    </w:p>
    <w:p>
      <w:pPr>
        <w:jc w:val="right"/>
      </w:pPr>
      <w:r>
        <w:t>بہت سے مسلمان بھاگ بھاگ کر دوسرے ملکوں میں چلے گئے۔ وہ ہے مسلم سندھ ڈائیسپورا۔ تو پانچ پاکٹ بن گئے۔ یعنی یہ بھارت میں، پاکستان میں، بنگلہ دیش میں، کشمیر میں اور ڈائیسپورا میں۔</w:t>
      </w:r>
    </w:p>
    <w:p>
      <w:r>
        <w:rPr>
          <w:b/>
        </w:rPr>
        <w:t xml:space="preserve">[39:17] </w:t>
      </w:r>
      <w:r>
        <w:t>aap ghor kijiye ke ek country mein rehne wale log panch hisse mein bat gaye. yeh tha break in history.</w:t>
      </w:r>
    </w:p>
    <w:p>
      <w:pPr>
        <w:jc w:val="right"/>
      </w:pPr>
      <w:r>
        <w:t>آپ غور کیجیئے کہ ایک کنٹری میں رہنے والے لوگ پانچ حصے میں بٹ گئے۔ یہ تھا بریک ان ہسٹری۔</w:t>
      </w:r>
    </w:p>
    <w:p>
      <w:r>
        <w:rPr>
          <w:b/>
        </w:rPr>
        <w:t xml:space="preserve">[39:26] </w:t>
      </w:r>
      <w:r>
        <w:t>ab jo kaam ho raha tha us zamane mein sab jeopardized ho gaya.</w:t>
      </w:r>
    </w:p>
    <w:p>
      <w:pPr>
        <w:jc w:val="right"/>
      </w:pPr>
      <w:r>
        <w:t>اب جو کام ہو رہا تھا اس زمانے میں سب جیپرٹائز ہو گیا۔</w:t>
      </w:r>
    </w:p>
    <w:p>
      <w:r>
        <w:rPr>
          <w:b/>
        </w:rPr>
        <w:t xml:space="preserve">[39:33] </w:t>
      </w:r>
      <w:r>
        <w:t>jab jeopardized ho gaya. main khud is ka witness hoon ke kis tarah se hamare bachpan mein is mulk mein itna zabardast mel milap tha, itna zabardast yaani constructive activities theen, itni zyada positive thinking thi.</w:t>
      </w:r>
    </w:p>
    <w:p>
      <w:pPr>
        <w:jc w:val="right"/>
      </w:pPr>
      <w:r>
        <w:t>جب جیپرٹائز ہو گیا۔ میں خود اس کا وٹنس ہوں کہ کس طرح سے ہمارے بچپن میں اس ملک میں اتنا زبردست میل ملاپ تھا، اتنا زبردست یعنی کانسٹرکٹیو ایکٹیویٹیز تھیں، اتنی زیادہ پازیٹیو تھنکنگ تھی۔</w:t>
      </w:r>
    </w:p>
    <w:p>
      <w:r>
        <w:rPr>
          <w:b/>
        </w:rPr>
        <w:t xml:space="preserve">[39:50] </w:t>
      </w:r>
      <w:r>
        <w:t>to kaha jata hai ke it requires a lot of history to make a little tradition. woh jo tradition thi woh to hazaron saal mein bani thi.</w:t>
      </w:r>
    </w:p>
    <w:p>
      <w:pPr>
        <w:jc w:val="right"/>
      </w:pPr>
      <w:r>
        <w:t>تو کہا جاتا ہے کہ اٹ ریکوائرڈس ا لاٹ آف ہسٹری ٹو میک ا لیٹل ٹریڈیشن۔ وہ جو ٹریڈیشن تھی وہ تو ہزاروں سال میں بنی تھی۔</w:t>
      </w:r>
    </w:p>
    <w:p>
      <w:r>
        <w:rPr>
          <w:b/>
        </w:rPr>
        <w:t xml:space="preserve">[40:02] </w:t>
      </w:r>
      <w:r>
        <w:t>sufiyon ki koshishen aur kya kya koshishen hui theen tab woh bani thi woh. woh toot gaya hai sab. to it requires a lot of history to to</w:t>
      </w:r>
    </w:p>
    <w:p>
      <w:pPr>
        <w:jc w:val="right"/>
      </w:pPr>
      <w:r>
        <w:t>صوفیوں کی کوششیں اور کیا کیا کوششیں ہوئی تھیں تب وہ بنی تھی وہ۔ وہ ٹوٹ گیا ہے سب۔ تو اٹ ریکوائرڈس ا لاٹ آف ہسٹری ٹو ٹو</w:t>
      </w:r>
    </w:p>
    <w:p>
      <w:r>
        <w:rPr>
          <w:b/>
        </w:rPr>
        <w:t xml:space="preserve">[40:20] </w:t>
      </w:r>
      <w:r>
        <w:t>ek ek poori tareekh chahiye, bahut lambi tareekh. tab ek ek tradition banti hai. to sab toot phoot gaya.</w:t>
      </w:r>
    </w:p>
    <w:p>
      <w:pPr>
        <w:jc w:val="right"/>
      </w:pPr>
      <w:r>
        <w:t>ایک ایک پوری تاریخ چاہیئے، بہت لمبی تاریخ۔ تب ایک ایک ٹریڈیشن بنتی ہے۔ تو سب ٹوٹ پھوٹ گیا۔</w:t>
      </w:r>
    </w:p>
    <w:p>
      <w:r>
        <w:rPr>
          <w:b/>
        </w:rPr>
        <w:t xml:space="preserve">[40:31] </w:t>
      </w:r>
      <w:r>
        <w:t>yeh tha break in history ka qissa hamari zindagi mein. jiska main witness hoon. dono zamanon ko maine dekha hai. pehle wala bhi aur aaj bhi dekh raha hoon.</w:t>
      </w:r>
    </w:p>
    <w:p>
      <w:pPr>
        <w:jc w:val="right"/>
      </w:pPr>
      <w:r>
        <w:t>یہ تھا بریک ان ہسٹری کا قصہ ہماری زندگی میں۔ جس کا میں وٹنس ہوں۔ دونوں زمانوں کو میں نے دیکھا ہے۔ پہلے والا بھی اور آج بھی دیکھ رہا ہوں۔</w:t>
      </w:r>
    </w:p>
    <w:p>
      <w:r>
        <w:rPr>
          <w:b/>
        </w:rPr>
        <w:t xml:space="preserve">[40:43] </w:t>
      </w:r>
      <w:r>
        <w:t>ab ek misaal aap lijiye superpower ki. United States of America. aap jante hain ke sab se zyada research kaam jo hua hai kaam research ka woh America mein hua hai, USA mein hua hai.</w:t>
      </w:r>
    </w:p>
    <w:p>
      <w:pPr>
        <w:jc w:val="right"/>
      </w:pPr>
      <w:r>
        <w:t>اب ایک مثال آپ لیجیئے سپر پاور کی۔ یونائیٹڈ اسٹیٹس آف امریکہ۔ آپ جانتے ہیں کہ سب سے زیادہ ریسرچ کام جو ہوا ہے کام ریسرچ کا وہ امریکہ میں ہوا ہے، یو ایس اے میں ہوا ہے۔</w:t>
      </w:r>
    </w:p>
    <w:p>
      <w:r>
        <w:rPr>
          <w:b/>
        </w:rPr>
        <w:t xml:space="preserve">[41:02] </w:t>
      </w:r>
      <w:r>
        <w:t>billion trillion dollar kharch kar ke woh research kar rahe the woh. sari nayi cheezen wahin research huin hain, wahin bani hain.</w:t>
      </w:r>
    </w:p>
    <w:p>
      <w:pPr>
        <w:jc w:val="right"/>
      </w:pPr>
      <w:r>
        <w:t>بلین ٹریلین ڈالر خرچ کر کے وہ ریسرچ کر رہے تھے وہ۔ ساری نئی چیزیں وہیں ریسرچ ہوئیں ہیں، وہیں بنی ہیں۔</w:t>
      </w:r>
    </w:p>
    <w:p>
      <w:r>
        <w:rPr>
          <w:b/>
        </w:rPr>
        <w:t xml:space="preserve">[41:13] </w:t>
      </w:r>
      <w:r>
        <w:t>yahan tak ke ji is building mein jahan hum hain is ka main ek qissa batata hoon aap ko, ek chhoti si example. jab yeh building ban gayi to neeche se pani nikal aaya.</w:t>
      </w:r>
    </w:p>
    <w:p>
      <w:pPr>
        <w:jc w:val="right"/>
      </w:pPr>
      <w:r>
        <w:t>یہاں تک کہ جی اس بلڈنگ میں جہاں ہم ہیں اس کا میں ایک قصہ بتاتا ہوں آپ کو، ایک چھوٹی سی ایگزامپل۔ جب یہ بلڈنگ بن گئی تو نیچے سے پانی نکل آیا۔</w:t>
      </w:r>
    </w:p>
    <w:p>
      <w:r>
        <w:rPr>
          <w:b/>
        </w:rPr>
        <w:t xml:space="preserve">[41:25] </w:t>
      </w:r>
      <w:r>
        <w:t>neeche pani tha. ab to pani aur zyada neeche utar gaya hai. lekin us waqt pani tha. to neeche ka jo jo woh jo hai basement basement mein pani bhara hua tha.</w:t>
      </w:r>
    </w:p>
    <w:p>
      <w:pPr>
        <w:jc w:val="right"/>
      </w:pPr>
      <w:r>
        <w:t>نیچے پانی تھا۔ اب تو پانی اور زیادہ نیچے اتر گیا ہے۔ لیکن اس وقت پانی تھا۔ تو نیچے کا جو جو وہ جو ہے بیسمنٹ بیسمنٹ میں پانی بھرا ہوا تھا۔</w:t>
      </w:r>
    </w:p>
    <w:p>
      <w:r>
        <w:rPr>
          <w:b/>
        </w:rPr>
        <w:t xml:space="preserve">[41:39] </w:t>
      </w:r>
      <w:r>
        <w:t>aaj aap soch nahi sakte is baat ko. ab maine jab aage dekha yahan to main bahut ghabraya ke sara basement mein pani bhara hua hai. to ek engineer sahab bulaye gaye.</w:t>
      </w:r>
    </w:p>
    <w:p>
      <w:pPr>
        <w:jc w:val="right"/>
      </w:pPr>
      <w:r>
        <w:t>آج آپ سوچ نہیں سکتے اس بات کو۔ اب میں نے جب آگے دیکھا یہاں تو میں بہت گھبرایا کہ سارا بیسمنٹ میں پانی بھرا ہوا ہے۔ تو ایک انجینئر صاحب بلائے گئے۔</w:t>
      </w:r>
    </w:p>
    <w:p>
      <w:r>
        <w:rPr>
          <w:b/>
        </w:rPr>
        <w:t xml:space="preserve">[41:51] </w:t>
      </w:r>
      <w:r>
        <w:t>unhone kaha ke sahab aap ki building to floating state mein hai. is ko to todna parega, phir se banana parega. yeh jahan aap baithe hue hain is ko unhone kaha ke yeh to floating state mein hai.</w:t>
      </w:r>
    </w:p>
    <w:p>
      <w:pPr>
        <w:jc w:val="right"/>
      </w:pPr>
      <w:r>
        <w:t>انہوں نے کہا کہ صاحب آپ کی بلڈنگ تو فلوٹنگ اسٹیٹ میں ہے۔ اس کو تو توڑنا پڑے گا، پھر سے بنانا پڑے گا۔ یہ جہاں آپ بیٹھے ہوئے ہیں اس کو انہوں نے کہا کہ یہ تو فلوٹنگ اسٹیٹ میں ہے۔</w:t>
      </w:r>
    </w:p>
    <w:p>
      <w:r>
        <w:rPr>
          <w:b/>
        </w:rPr>
        <w:t xml:space="preserve">[42:03] </w:t>
      </w:r>
      <w:r>
        <w:t>is ko todna parega. ab main bahut pareshan hua. to ek sir jo America mein parh kar aaye the, ek engineer.</w:t>
      </w:r>
    </w:p>
    <w:p>
      <w:pPr>
        <w:jc w:val="right"/>
      </w:pPr>
      <w:r>
        <w:t>اس کو توڑنا پڑے گا۔ اب میں بہت پریشان ہوا۔ تو ایک سر جو امریکہ میں پڑھ کر آئے تھے، ایک انجینئر۔</w:t>
      </w:r>
    </w:p>
    <w:p>
      <w:r>
        <w:rPr>
          <w:b/>
        </w:rPr>
        <w:t xml:space="preserve">[42:14] </w:t>
      </w:r>
      <w:r>
        <w:t>woh architect tha, woh America se parh kar aaya tha woh. ab to yeh technique bahut aam ho chuki hogi. us waqt ki baat kar raha hoon main jab ke aaj technique bahut hi nayi thi wahan par.</w:t>
      </w:r>
    </w:p>
    <w:p>
      <w:pPr>
        <w:jc w:val="right"/>
      </w:pPr>
      <w:r>
        <w:t>وہ آرکیٹیکٹ تھا، وہ امریکہ سے پڑھ کر آیا تھا وہ۔ اب تو یہ ٹیکنیک بہت عام ہو چکی ہوگی۔ اس وقت کی بات کر رہا ہوں میں جب کہ آج ٹیکنیک بہت ہی نئی تھی وہاں پر۔</w:t>
      </w:r>
    </w:p>
    <w:p>
      <w:r>
        <w:rPr>
          <w:b/>
        </w:rPr>
        <w:t xml:space="preserve">[42:24] </w:t>
      </w:r>
      <w:r>
        <w:t>to unhone bataya ke America ne ek nikala hai bahut lambi research ke baad. ek cheez ko woh inject karte hain. unhone bataya ke jo aap ne jo banaya hai to bahut mota aap ne wahan par woh cement concrete bana diya hai.</w:t>
      </w:r>
    </w:p>
    <w:p>
      <w:pPr>
        <w:jc w:val="right"/>
      </w:pPr>
      <w:r>
        <w:t>تو انہوں نے بتایا کہ امریکہ نے ایک نکالا ہے بہت لمبی ریسرچ کے بعد۔ ایک چیز کو وہ انجیکٹ کرتے ہیں۔ انہوں نے بتایا کہ جو آپ نے جو بنایا ہے تو بہت موٹا آپ نے وہاں پر وہ سیمنٹ کانکریٹ بنا دیا ہے۔</w:t>
      </w:r>
    </w:p>
    <w:p>
      <w:r>
        <w:rPr>
          <w:b/>
        </w:rPr>
        <w:t xml:space="preserve">[42:40] </w:t>
      </w:r>
      <w:r>
        <w:t>lekin cement concrete phir bhi porous hota hai pani ke liye. kitna hi mota aap bana dein woh porous rahega, pani penetrate karega phir bhi.</w:t>
      </w:r>
    </w:p>
    <w:p>
      <w:pPr>
        <w:jc w:val="right"/>
      </w:pPr>
      <w:r>
        <w:t>لیکن سیمنٹ کانکریٹ پھر بھی پورس ہوتا ہے پانی کے لیے۔ کتنا ہی موٹا آپ بنا دیں وہ پورس رہے گا، پانی پریٹریٹ کرے گا پھر بھی۔</w:t>
      </w:r>
    </w:p>
    <w:p>
      <w:r>
        <w:rPr>
          <w:b/>
        </w:rPr>
        <w:t xml:space="preserve">[42:50] </w:t>
      </w:r>
      <w:r>
        <w:t>that was the problem. ke hum ne mota cement concrete ka bana diya tha basement mein. hum samajhte the ke bas ab pani nahi ayega. unhone kaha ke aisa nahi hai.</w:t>
      </w:r>
    </w:p>
    <w:p>
      <w:pPr>
        <w:jc w:val="right"/>
      </w:pPr>
      <w:r>
        <w:t>دیٹ واز دا پرابلم۔ کہ ہم نے موٹا سیمنٹ کانکریٹ کا بنا دیا تھا بیسمنٹ میں۔ ہم سمجھتے تھے کہ بس اب پانی نہیں آئے گا۔ انہوں نے کہا کہ ایسا نہیں ہے۔</w:t>
      </w:r>
    </w:p>
    <w:p>
      <w:r>
        <w:rPr>
          <w:b/>
        </w:rPr>
        <w:t xml:space="preserve">[43:01] </w:t>
      </w:r>
      <w:r>
        <w:t>pani ke liye cement ka woh lamba woh woh bhi porous hai woh. is wajah se pani aa raha hai. to unhone nikala tha America walon ne ek woh inject karte the is mein.</w:t>
      </w:r>
    </w:p>
    <w:p>
      <w:pPr>
        <w:jc w:val="right"/>
      </w:pPr>
      <w:r>
        <w:t>پانی کے لیے سیمنٹ کا وہ لمبا وہ وہ بھی پورس ہے وہ۔ اس وجہ سے پانی آ رہا ہے۔ تو انہوں نے نکالا تھا امریکہ والوں نے ایک وہ انجیکٹ کرتے تھے اس میں۔</w:t>
      </w:r>
    </w:p>
    <w:p>
      <w:r>
        <w:rPr>
          <w:b/>
        </w:rPr>
        <w:t xml:space="preserve">[43:15] </w:t>
      </w:r>
      <w:r>
        <w:t>is se sara porous jo hai woh band band band ho jata tha. cement ke andar jo woh inject karte the is mein. to sahab woh kya unhone?</w:t>
      </w:r>
    </w:p>
    <w:p>
      <w:pPr>
        <w:jc w:val="right"/>
      </w:pPr>
      <w:r>
        <w:t>اس سے سارا پورس جو ہے وہ بند بند بند ہو جاتا تھا۔ سیمنٹ کے اندر جو وہ انجیکٹ کرتے تھے اس میں۔ تو صاحب وہ کیا انہوں نے؟</w:t>
      </w:r>
    </w:p>
    <w:p>
      <w:r>
        <w:rPr>
          <w:b/>
        </w:rPr>
        <w:t xml:space="preserve">[43:27] </w:t>
      </w:r>
      <w:r>
        <w:t>unhone kaha ke aap hamein cement se bana manga dijiye, shayad pachas ke qareeb bore mangay unhone. bas aur kuch nahi. baqi woh aap apna masala istemal karenge.</w:t>
      </w:r>
    </w:p>
    <w:p>
      <w:pPr>
        <w:jc w:val="right"/>
      </w:pPr>
      <w:r>
        <w:t>انہوں نے کہا کہ آپ ہمیں سیمنٹ سے بنا منگا دیجیئے، شاید پچاس کے قریب بورے مانگے انہوں نے۔ بس اور کچھ نہیں۔ باقی وہ آپ اپنا مصالحہ استعمال کریں گے۔</w:t>
      </w:r>
    </w:p>
    <w:p>
      <w:r>
        <w:rPr>
          <w:b/>
        </w:rPr>
        <w:t xml:space="preserve">[43:37] </w:t>
      </w:r>
      <w:r>
        <w:t>aur is ke baad se dekhiye pani khatam. woh bechare itne achhe aadmi the ke hum ne un ko paisa dena chaha to paisa bhi nahi liya unhone.</w:t>
      </w:r>
    </w:p>
    <w:p>
      <w:pPr>
        <w:jc w:val="right"/>
      </w:pPr>
      <w:r>
        <w:t>اور اس کے بعد سے دیکھیئے پانی ختم۔ وہ بیچارے اتنے اچھے آدمی تھے کہ ہم نے ان کو پیسہ دینا چاہا تو پیسہ بھی نہیں لیا انہوں نے۔</w:t>
      </w:r>
    </w:p>
    <w:p>
      <w:r>
        <w:rPr>
          <w:b/>
        </w:rPr>
        <w:t xml:space="preserve">[43:46] </w:t>
      </w:r>
      <w:r>
        <w:t>ke sahab yeh deen ka kaam hai. hum paisa bahut milega aap ko idhar udhar se. yaani yeh bahut hi chhoti si misaal hai. sare research jo hain is zamane mein America mein ho rahe the.</w:t>
      </w:r>
    </w:p>
    <w:p>
      <w:pPr>
        <w:jc w:val="right"/>
      </w:pPr>
      <w:r>
        <w:t>کہ صاحب یہ دین کا کام ہے۔ ہم پیسہ بہت ملے گا آپ کو ادھر ادھر سے۔ یعنی یہ بہت ہی چھوٹی سی مثال ہے۔ سارے ریسرچ جو ہیں اس زمانے میں امریکہ میں ہو رہے تھے۔</w:t>
      </w:r>
    </w:p>
    <w:p>
      <w:r>
        <w:rPr>
          <w:b/>
        </w:rPr>
        <w:t xml:space="preserve">[43:58] </w:t>
      </w:r>
      <w:r>
        <w:t>hawai jahaz ki research, motor car ki research aur mobile ki research, fax ki jitni bhi research hai sab America mein, America mein. hum ne to imitate kiya hai.</w:t>
      </w:r>
    </w:p>
    <w:p>
      <w:pPr>
        <w:jc w:val="right"/>
      </w:pPr>
      <w:r>
        <w:t>ہوائی جہاز کی ریسرچ، موٹر کار کی ریسرچ اور موبائل کی ریسرچ، فیکس کی جتنی بھی ریسرچ ہے سب امریکہ میں، امریکہ میں۔ ہم نے تو ایمیٹیٹ کیا ہے۔</w:t>
      </w:r>
    </w:p>
    <w:p>
      <w:r>
        <w:rPr>
          <w:b/>
        </w:rPr>
        <w:t xml:space="preserve">[44:08] </w:t>
      </w:r>
      <w:r>
        <w:t>lekin jab America Iraq mein involve hua. aur duniya ki sab se badi jang ladi is ne.</w:t>
      </w:r>
    </w:p>
    <w:p>
      <w:pPr>
        <w:jc w:val="right"/>
      </w:pPr>
      <w:r>
        <w:t>لیکن جب امریکہ عراق میں انوالو ہوا۔ اور دنیا کی سب سے بڑی جنگ لڑی اس نے۔</w:t>
      </w:r>
    </w:p>
    <w:p>
      <w:r>
        <w:rPr>
          <w:b/>
        </w:rPr>
        <w:t xml:space="preserve">[44:17] </w:t>
      </w:r>
      <w:r>
        <w:t>aap ko yeh maloom hoga ke Iraq mein jo jang ladi hai America ne. itni badi ladai kabhi duniya mein nahi ladi gayi. lekin is ka woh woh kaha woh America ke liye break in history ban gaya.</w:t>
      </w:r>
    </w:p>
    <w:p>
      <w:pPr>
        <w:jc w:val="right"/>
      </w:pPr>
      <w:r>
        <w:t>آپ کو یہ معلوم ہو گا کہ عراق میں جو جنگ لڑی ہے امریکہ نے۔ اتنی بڑی لڑائی کبھی دنیا میں نہیں لڑی گئی۔ لیکن اس کا وہ وہ کہا وہ امریکہ کے لیے بریک ان ہسٹری بن گیا۔</w:t>
      </w:r>
    </w:p>
    <w:p>
      <w:r>
        <w:rPr>
          <w:b/>
        </w:rPr>
        <w:t xml:space="preserve">[44:32] </w:t>
      </w:r>
      <w:r>
        <w:t>aaj ka jo amreeka hai aaj ka itna down fall hua un ki economy mein ke research ka kaam bohat hi kam ho gaya hai. theoretical science to bilkul band ho gayi hai.</w:t>
      </w:r>
    </w:p>
    <w:p>
      <w:pPr>
        <w:jc w:val="right"/>
      </w:pPr>
      <w:r>
        <w:t>آج کا جو امریکہ ہے آج کا اتنا ڈاؤن فال ہوا ان کی اکانومی میں کہ ریسرچ کا کام بہت ہی کم ہو گیا ہے۔ تھیوریکل سائنس تو بالکل بند ہو گئی ہے۔</w:t>
      </w:r>
    </w:p>
    <w:p>
      <w:r>
        <w:rPr>
          <w:b/>
        </w:rPr>
        <w:t xml:space="preserve">[44:45] </w:t>
      </w:r>
      <w:r>
        <w:t>yeh hai break in history amreeka ke liye. to baat kya hai? chahe individual hon ya nation hon.</w:t>
      </w:r>
    </w:p>
    <w:p>
      <w:pPr>
        <w:jc w:val="right"/>
      </w:pPr>
      <w:r>
        <w:t>یہ ہے بریک ان ہسٹری امریکہ کے لیے۔ تو بات کیا ہے؟ چاہے انڈیویجول ہوں یا نیشن ہوں۔</w:t>
      </w:r>
    </w:p>
    <w:p>
      <w:r>
        <w:rPr>
          <w:b/>
        </w:rPr>
        <w:t xml:space="preserve">[44:55] </w:t>
      </w:r>
      <w:r>
        <w:t>woh chahte hain unlimited. milta hai limited. jo kuch amreeka ke paas tha yani gulf war se pehle woh bohat tha us ke paas, bohat tha us ke paas.</w:t>
      </w:r>
    </w:p>
    <w:p>
      <w:pPr>
        <w:jc w:val="right"/>
      </w:pPr>
      <w:r>
        <w:t>وہ چاہتے ہیں ان لمیٹڈ۔ ملتا ہے لمیٹڈ۔ جو کچھ امریکہ کے پاس تھا یعنی گلف وار سے پہلے وہ بہت تھا اس کے پاس، بہت تھا اس کے پاس۔</w:t>
      </w:r>
    </w:p>
    <w:p>
      <w:r>
        <w:rPr>
          <w:b/>
        </w:rPr>
        <w:t xml:space="preserve">[45:07] </w:t>
      </w:r>
      <w:r>
        <w:t>lekin woh us ko apne mind ke lehaz se less than ideal dikhai para. to unhon ne kaha ke aur world leader bane hum.</w:t>
      </w:r>
    </w:p>
    <w:p>
      <w:pPr>
        <w:jc w:val="right"/>
      </w:pPr>
      <w:r>
        <w:t>لیکن وہ اس کو اپنے مائنڈ کے لحاظ سے لیس دین آئیڈیل دکھائی پڑا۔ تو انہوں نے کہا کہ اور ورلڈ لیڈر بنے ہم۔</w:t>
      </w:r>
    </w:p>
    <w:p>
      <w:r>
        <w:rPr>
          <w:b/>
        </w:rPr>
        <w:t xml:space="preserve">[45:18] </w:t>
      </w:r>
      <w:r>
        <w:t>world leader banne ke chakkar mein yeh sab hua.</w:t>
      </w:r>
    </w:p>
    <w:p>
      <w:pPr>
        <w:jc w:val="right"/>
      </w:pPr>
      <w:r>
        <w:t>ورلڈ لیڈر بننے کے چکر میں یہ سب ہوا۔</w:t>
      </w:r>
    </w:p>
    <w:p>
      <w:r>
        <w:rPr>
          <w:b/>
        </w:rPr>
        <w:t xml:space="preserve">[45:23] </w:t>
      </w:r>
      <w:r>
        <w:t>to zindagi ka formula jo diya hai yani prophet of islam ne. main samajhta hoon ke history mein aik hi insan hai jis ne jana ke how to establish peace, peace ka formula.</w:t>
      </w:r>
    </w:p>
    <w:p>
      <w:pPr>
        <w:jc w:val="right"/>
      </w:pPr>
      <w:r>
        <w:t>تو زندگی کا فارمولا جو دیا ہے یعنی پرافٹ آف اسلام نے۔ میں سمجھتا ہوں کہ ہسٹری میں ایک ہی انسان ہے جس نے جانا کہ ہاؤ ٹو اسٹیبلش پیس، پیس کا فارمولا۔</w:t>
      </w:r>
    </w:p>
    <w:p>
      <w:r>
        <w:rPr>
          <w:b/>
        </w:rPr>
        <w:t xml:space="preserve">[45:38] </w:t>
      </w:r>
      <w:r>
        <w:t>woh koi nahi de saka. kyun? sare log peace se peace se bracket kiye hue hain is ko yani idealism ko.</w:t>
      </w:r>
    </w:p>
    <w:p>
      <w:pPr>
        <w:jc w:val="right"/>
      </w:pPr>
      <w:r>
        <w:t>وہ کوئی نہیں دے سکا۔ کیوں؟ سارے لوگ پیس سے پیس سے بریکٹ کیے ہوئے ہیں اس کو یعنی آئیڈیلزم کو۔</w:t>
      </w:r>
    </w:p>
    <w:p>
      <w:r>
        <w:rPr>
          <w:b/>
        </w:rPr>
        <w:t xml:space="preserve">[45:50] </w:t>
      </w:r>
      <w:r>
        <w:t>sare reformers, sare thinkers peace ke sath idealism ko bracket kiye hue hain. woh chahte hain ke peace peace aur ideal society.</w:t>
      </w:r>
    </w:p>
    <w:p>
      <w:pPr>
        <w:jc w:val="right"/>
      </w:pPr>
      <w:r>
        <w:t>سارے ریفارمرز، سارے تھنکرز پیس کے ساتھ آئیڈیلزم کو بریکٹ کیے ہوئے ہیں۔ وہ چاہتے ہیں کہ پیس پیس اور آئیڈیل سوسائٹی۔</w:t>
      </w:r>
    </w:p>
    <w:p>
      <w:r>
        <w:rPr>
          <w:b/>
        </w:rPr>
        <w:t xml:space="preserve">[46:03] </w:t>
      </w:r>
      <w:r>
        <w:t>yeh jo lar rahe hain log idhar udhar woh kya hai? yani aaj kal jo militancy chal rahi hai, militancy. misaal ke taur par musalmanon ki militancy aap dekh lijiye.</w:t>
      </w:r>
    </w:p>
    <w:p>
      <w:pPr>
        <w:jc w:val="right"/>
      </w:pPr>
      <w:r>
        <w:t>یہ جو لڑ رہے ہیں لوگ ادھر ادھر وہ کیا ہے؟ یعنی آج کل جو ملٹینسی چل رہی ہے، ملٹینسی۔ مثلاً مسلمانوں کی ملٹینسی آپ دیکھ لیجیئے۔</w:t>
      </w:r>
    </w:p>
    <w:p>
      <w:r>
        <w:rPr>
          <w:b/>
        </w:rPr>
        <w:t xml:space="preserve">[46:13] </w:t>
      </w:r>
      <w:r>
        <w:t>yani kashmir mein musalmanon ko sab kuch hasil tha. lekin woh unhein kam laga. aur militancy chala di, woh bhi khoya gaya.</w:t>
      </w:r>
    </w:p>
    <w:p>
      <w:pPr>
        <w:jc w:val="right"/>
      </w:pPr>
      <w:r>
        <w:t>یعنی کشمیر میں مسلمانوں کو سب کچھ حاصل تھا۔ لیکن وہ انہیں کم لگا۔ اور ملٹینسی چلا دی، وہ بھی کھویا گیا۔</w:t>
      </w:r>
    </w:p>
    <w:p>
      <w:r>
        <w:rPr>
          <w:b/>
        </w:rPr>
        <w:t xml:space="preserve">[46:22] </w:t>
      </w:r>
      <w:r>
        <w:t>falasteen mein bhi forty eight mein arbon ko sab kuch mila hua tha. lekin unhein less than ideal laga aur unhon ne militancy chala di.</w:t>
      </w:r>
    </w:p>
    <w:p>
      <w:pPr>
        <w:jc w:val="right"/>
      </w:pPr>
      <w:r>
        <w:t>فلسطین میں بھی فورٹی ایٹ میں عربوں کو سب کچھ ملا ہوا تھا۔ لیکن انہیں لیس دین آئیڈیل لگا اور انہوں نے ملٹینسی چلا دی۔</w:t>
      </w:r>
    </w:p>
    <w:p>
      <w:r>
        <w:rPr>
          <w:b/>
        </w:rPr>
        <w:t xml:space="preserve">[46:32] </w:t>
      </w:r>
      <w:r>
        <w:t>to sara muamla kya hai? ke khuda ne aap ke mind mein aap ko paida kiya paradise seeking animal ke taur par.</w:t>
      </w:r>
    </w:p>
    <w:p>
      <w:pPr>
        <w:jc w:val="right"/>
      </w:pPr>
      <w:r>
        <w:t>تو سارا معاملہ کیا ہے؟ کہ خدا نے آپ کے مائنڈ میں آپ کو پیدا کیا پیرائیز سیکنگ اینیمل کے طور پر۔</w:t>
      </w:r>
    </w:p>
    <w:p>
      <w:r>
        <w:rPr>
          <w:b/>
        </w:rPr>
        <w:t xml:space="preserve">[46:42] </w:t>
      </w:r>
      <w:r>
        <w:t>ya ideal seeking animal ke taur par. aap ke mind mein bhara hua hai ideal world. that is paradise. aap ke mind mein bhara hua hai aik ideal world.</w:t>
      </w:r>
    </w:p>
    <w:p>
      <w:pPr>
        <w:jc w:val="right"/>
      </w:pPr>
      <w:r>
        <w:t>یا آئیڈیل سیکنگ اینیمل کے طور پر۔ آپ کے مائنڈ میں بھرا ہوا ہے آئیڈیل ورلڈ۔ دیٹ از پیرائیز۔ آپ کے مائنڈ میں بھرا ہوا ہے ایک آئیڈیل ورلڈ۔</w:t>
      </w:r>
    </w:p>
    <w:p>
      <w:r>
        <w:rPr>
          <w:b/>
        </w:rPr>
        <w:t xml:space="preserve">[46:55] </w:t>
      </w:r>
      <w:r>
        <w:t>har har individual ke mind mein. lekin woh paradise hai woh. is duniya mein nahi hai woh. is duniya mein to humein qualify karna hai taake hum ko wahan entry mil sake.</w:t>
      </w:r>
    </w:p>
    <w:p>
      <w:pPr>
        <w:jc w:val="right"/>
      </w:pPr>
      <w:r>
        <w:t>ہر ہر انڈیویجول کے مائنڈ میں۔ لیکن وہ پیرائیز ہے وہ۔ اس دنیا میں نہیں ہے وہ۔ اس دنیا میں تو ہمیں کوالیفائی کرنا ہے تاکہ ہم کو وہاں انٹری مل سکے۔</w:t>
      </w:r>
    </w:p>
    <w:p>
      <w:r>
        <w:rPr>
          <w:b/>
        </w:rPr>
        <w:t xml:space="preserve">[47:09] </w:t>
      </w:r>
      <w:r>
        <w:t>yeh duniya jo hai yeh to period woh hai, preparatory period hai woh. yeh duniya jo hai preparatory period hai. yeh enjoy karne ke liye nahi hai.</w:t>
      </w:r>
    </w:p>
    <w:p>
      <w:pPr>
        <w:jc w:val="right"/>
      </w:pPr>
      <w:r>
        <w:t>یہ دنیا جو ہے یہ تو پیریڈ وہ ہے، پریپریٹری پیریڈ ہے وہ۔ یہ دنیا جو ہے پریپریٹری پیریڈ ہے۔ یہ انجوائے کرنے کے لیے نہیں ہے۔</w:t>
      </w:r>
    </w:p>
    <w:p>
      <w:r>
        <w:rPr>
          <w:b/>
        </w:rPr>
        <w:t xml:space="preserve">[47:22] </w:t>
      </w:r>
      <w:r>
        <w:t>yeh enjoy karne ke liye nahi hai.</w:t>
      </w:r>
    </w:p>
    <w:p>
      <w:pPr>
        <w:jc w:val="right"/>
      </w:pPr>
      <w:r>
        <w:t>یہ انجوائے کرنے کے لیے نہیں ہے۔</w:t>
      </w:r>
    </w:p>
    <w:p>
      <w:r>
        <w:rPr>
          <w:b/>
        </w:rPr>
        <w:t xml:space="preserve">[47:26] </w:t>
      </w:r>
      <w:r>
        <w:t>lekin sab ka muamla kya hai? ke har aadmi apne mind se jab dekhta hai to woh us ko less than ideal lagta hai woh.</w:t>
      </w:r>
    </w:p>
    <w:p>
      <w:pPr>
        <w:jc w:val="right"/>
      </w:pPr>
      <w:r>
        <w:t>لیکن سب کا معاملہ کیا ہے؟ کہ ہر آدمی اپنے مائنڈ سے جب دیکھتا ہے تو وہ اس کو لیس دین آئیڈیل لگتا ہے وہ۔</w:t>
      </w:r>
    </w:p>
    <w:p>
      <w:r>
        <w:rPr>
          <w:b/>
        </w:rPr>
        <w:t xml:space="preserve">[47:37] </w:t>
      </w:r>
      <w:r>
        <w:t>less than ideal. apne mind mein to bhara hua hai ideal world, perfect world, unlimited world.</w:t>
      </w:r>
    </w:p>
    <w:p>
      <w:pPr>
        <w:jc w:val="right"/>
      </w:pPr>
      <w:r>
        <w:t>لیس دین آئیڈیل۔ اپنے مائنڈ میں تو بھرا ہوا ہے آئیڈیل ورلڈ، پرفیکٹ ورلڈ، ان لمیٹڈ ورلڈ۔</w:t>
      </w:r>
    </w:p>
    <w:p>
      <w:r>
        <w:rPr>
          <w:b/>
        </w:rPr>
        <w:t xml:space="preserve">[47:46] </w:t>
      </w:r>
      <w:r>
        <w:t>to yeh samajh nahi pata ke yeh jo hai yeh paradise ke liye hai, is duniya ke liye nahi hai. woh paradise ke liye, woh is duniya ke liye nahi hai.</w:t>
      </w:r>
    </w:p>
    <w:p>
      <w:pPr>
        <w:jc w:val="right"/>
      </w:pPr>
      <w:r>
        <w:t>تو یہ سمجھ نہیں پاتا کہ یہ جو ہے یہ پیرائیز کے لیے ہے، اس دنیا کے لیے نہیں ہے۔ وہ پیرائیز کے لیے، وہ اس دنیا کے لیے نہیں ہے۔</w:t>
      </w:r>
    </w:p>
    <w:p>
      <w:r>
        <w:rPr>
          <w:b/>
        </w:rPr>
        <w:t xml:space="preserve">[47:57] </w:t>
      </w:r>
      <w:r>
        <w:t>jaise aik student agar jaye examination hall mein wahan woh daurna chahe, wahan football khelna chahe to log us ko kahenge ke nahi tum yahan nahi khel sakte football.</w:t>
      </w:r>
    </w:p>
    <w:p>
      <w:pPr>
        <w:jc w:val="right"/>
      </w:pPr>
      <w:r>
        <w:t>جیسے ایک اسٹوڈنٹ اگر جائے ایگزامینیشن ہال میں وہاں وہ دوڑنا چاہے، وہاں فٹبال کھیلنا چاہے تو لوگ اس کو کہیں گے کہ نہیں تم یہاں نہیں کھیل سکتے فٹبال۔</w:t>
      </w:r>
    </w:p>
    <w:p>
      <w:r>
        <w:rPr>
          <w:b/>
        </w:rPr>
        <w:t xml:space="preserve">[48:09] </w:t>
      </w:r>
      <w:r>
        <w:t>examination hall jo hai woh to wahan football khelne ki jagah nahi hai. khela jayega to pakda jayega woh, agar khelega to. to yeh duniya khuda ne jo banai hai woh banai thi is liye ke aap ki zarooriyat poori hoti rahen.</w:t>
      </w:r>
    </w:p>
    <w:p>
      <w:pPr>
        <w:jc w:val="right"/>
      </w:pPr>
      <w:r>
        <w:t>ایگزامینیشن ہال جو ہے وہ تو وہاں فٹبال کھیلنے کی جگہ نہیں ہے۔ کھیلا جائے گا تو پکڑا جائے گا وہ، اگر کھیلے گا تو۔ تو یہ دنیا خدا نے جو بنائی ہے وہ بنائی تھی اس لیے کہ آپ کی ضرورتیں پوری ہوتی رہیں۔</w:t>
      </w:r>
    </w:p>
    <w:p>
      <w:r>
        <w:rPr>
          <w:b/>
        </w:rPr>
        <w:t xml:space="preserve">[48:26] </w:t>
      </w:r>
      <w:r>
        <w:t>apni zarooriyat poori karte hue aap woh kaam karen jo asal kaam hai yani intellectual development. lekin intellectual development ko to unhon ne band kar diya.</w:t>
      </w:r>
    </w:p>
    <w:p>
      <w:pPr>
        <w:jc w:val="right"/>
      </w:pPr>
      <w:r>
        <w:t>اپنی ضرورتیں پوری کرتے ہوئے آپ وہ کام کریں جو اصل کام ہے یعنی انٹلیکچوئل ڈیولپمنٹ۔ لیکن انٹلیکچوئل ڈیولپمنٹ کو تو انہوں نے بند کر دیا۔</w:t>
      </w:r>
    </w:p>
    <w:p>
      <w:r>
        <w:rPr>
          <w:b/>
        </w:rPr>
        <w:t xml:space="preserve">[48:37] </w:t>
      </w:r>
      <w:r>
        <w:t>aur sara aap ne divert kar diya apni tawajjah ko kahan? material enjoyment ki taraf. jo ke possible nahi tha.</w:t>
      </w:r>
    </w:p>
    <w:p>
      <w:pPr>
        <w:jc w:val="right"/>
      </w:pPr>
      <w:r>
        <w:t>اور سارا آپ نے ڈائیورٹ کر دیا اپنی توجہ کو کہاں؟ مٹیریل انجوائے منٹ کی طرف۔ جو کہ پاسیبل نہیں تھا۔</w:t>
      </w:r>
    </w:p>
    <w:p>
      <w:r>
        <w:rPr>
          <w:b/>
        </w:rPr>
        <w:t xml:space="preserve">[48:49] </w:t>
      </w:r>
      <w:r>
        <w:t>woh possible nahi tha. to main kahunga ke aik formula agar aap chahen to yeh woh yeh hoga ke life is the art of the possible.</w:t>
      </w:r>
    </w:p>
    <w:p>
      <w:pPr>
        <w:jc w:val="right"/>
      </w:pPr>
      <w:r>
        <w:t>وہ پاسیبل نہیں تھا۔ تو میں کہوں گا کہ ایک فارمولا اگر آپ چاہیں تو یہ وہ یہ ہو گا کہ لائف از دا آرٹ آف دا پاسیبل۔</w:t>
      </w:r>
    </w:p>
    <w:p>
      <w:r>
        <w:rPr>
          <w:b/>
        </w:rPr>
        <w:t xml:space="preserve">[49:01] </w:t>
      </w:r>
      <w:r>
        <w:t>is duniya mein jo hai life is the art of the possible. yani possible mein aap ko life mil sakti hai, impossible mein nahi.</w:t>
      </w:r>
    </w:p>
    <w:p>
      <w:pPr>
        <w:jc w:val="right"/>
      </w:pPr>
      <w:r>
        <w:t>اس دنیا میں جو ہے لائف از دا آرٹ آف دا پاسیبل۔ یعنی پاسیبل میں آپ کو لائف مل سکتی ہے، امپاسیبل میں نہیں۔</w:t>
      </w:r>
    </w:p>
    <w:p>
      <w:r>
        <w:rPr>
          <w:b/>
        </w:rPr>
        <w:t xml:space="preserve">[49:12] </w:t>
      </w:r>
      <w:r>
        <w:t>matlab less than ideal to milega, ideal nahi milega aap ko.</w:t>
      </w:r>
    </w:p>
    <w:p>
      <w:pPr>
        <w:jc w:val="right"/>
      </w:pPr>
      <w:r>
        <w:t>مطلب لیس دین آئیڈیل تو ملے گا، آئیڈیل نہیں ملے گا آپ کو۔</w:t>
      </w:r>
    </w:p>
    <w:p>
      <w:r>
        <w:rPr>
          <w:b/>
        </w:rPr>
        <w:t xml:space="preserve">[49:18] </w:t>
      </w:r>
      <w:r>
        <w:t>aap ko less than ideal mein jeena parega. kyon ke ideal to milta nahi hai. to life is the art of the possible.</w:t>
      </w:r>
    </w:p>
    <w:p>
      <w:pPr>
        <w:jc w:val="right"/>
      </w:pPr>
      <w:r>
        <w:t>آپ کو لیس دین آئیڈیل میں جینا پڑے گا۔ کیوں کہ آئیڈیل تو ملتا نہیں ہے۔ تو لائف از دا آرٹ آف دا پاسیبل۔</w:t>
      </w:r>
    </w:p>
    <w:p>
      <w:r>
        <w:rPr>
          <w:b/>
        </w:rPr>
        <w:t xml:space="preserve">[49:29] </w:t>
      </w:r>
      <w:r>
        <w:t>is raaz ko na samajhne ki wajah se poori history mein insaan jo hai frustration ka shikar raha hai. while violence, tension, frustration, war.</w:t>
      </w:r>
    </w:p>
    <w:p>
      <w:pPr>
        <w:jc w:val="right"/>
      </w:pPr>
      <w:r>
        <w:t>اس راز کو نہ سمجھنے کی وجہ سے پوری ہسٹری میں انسان جو ہے فرسٹریشن کا شکار رہا ہے۔ وائلنس، ٹینشن، فرسٹریشن، وار۔</w:t>
      </w:r>
    </w:p>
    <w:p>
      <w:r>
        <w:rPr>
          <w:b/>
        </w:rPr>
        <w:t xml:space="preserve">[49:41] </w:t>
      </w:r>
      <w:r>
        <w:t>yeh sab kis liye hai? isi liye hai yeh sab. ke jo mila yani Napoleon aur Hitler ko ek poora mulk mila hua tha.</w:t>
      </w:r>
    </w:p>
    <w:p>
      <w:pPr>
        <w:jc w:val="right"/>
      </w:pPr>
      <w:r>
        <w:t>یہ سب کس لیے ہے؟ اسی لیے ہے یہ سب۔ کہ جو ملا یعنی نیپولین اور ہٹلر کو ایک پورا ملک ملا ہوا تھا۔</w:t>
      </w:r>
    </w:p>
    <w:p>
      <w:r>
        <w:rPr>
          <w:b/>
        </w:rPr>
        <w:t xml:space="preserve">[49:53] </w:t>
      </w:r>
      <w:r>
        <w:t>bahut sab kuch tha un ke paas wahan. lekin ek mulk ka, ek country ka ruler banna unhein kam laga. kaha world leader banoon mein.</w:t>
      </w:r>
    </w:p>
    <w:p>
      <w:pPr>
        <w:jc w:val="right"/>
      </w:pPr>
      <w:r>
        <w:t>بہت سب کچھ تھا ان کے پاس وہاں۔ لیکن ایک ملک کا، ایک کنٹری کا رولر بننا انہیں کم لگا۔ کہا ورلڈ لیڈر بنوں میں۔</w:t>
      </w:r>
    </w:p>
    <w:p>
      <w:r>
        <w:rPr>
          <w:b/>
        </w:rPr>
        <w:t xml:space="preserve">[50:03] </w:t>
      </w:r>
      <w:r>
        <w:t>aur unho ne chhalang laga di aur nateeja kya hua ke complete failure un ke hisse mein aaya. to jo cheez milni hai hamein paradise mein woh hum chahte hain ke isi duniya mein pa lein.</w:t>
      </w:r>
    </w:p>
    <w:p>
      <w:pPr>
        <w:jc w:val="right"/>
      </w:pPr>
      <w:r>
        <w:t>اور انہوں نے چھلانگ لگا دی اور نتیجہ کیا ہوا کہ کمپلیٹ فیلیر ان کے حصے میں آیا۔ تو جو چیز ملنی ہے ہمیں پیرائیز میں وہ ہم چاہتے ہیں کہ اسی دنیا میں پا لیں۔</w:t>
      </w:r>
    </w:p>
    <w:p>
      <w:r>
        <w:rPr>
          <w:b/>
        </w:rPr>
        <w:t xml:space="preserve">[50:18] </w:t>
      </w:r>
      <w:r>
        <w:t>jaise ek examination hall mein ek student hai. jo kuch milni hai is hall ke bahar woh hall ke andar talash karne lage.</w:t>
      </w:r>
    </w:p>
    <w:p>
      <w:pPr>
        <w:jc w:val="right"/>
      </w:pPr>
      <w:r>
        <w:t>جیسے ایک ایگزامینیشن ہال میں ایک اسٹوڈنٹ ہے۔ جو کچھ ملنی ہے اس ہال کے باہر وہ ہال کے اندر تلاش کرنے لگے۔</w:t>
      </w:r>
    </w:p>
    <w:p>
      <w:r>
        <w:rPr>
          <w:b/>
        </w:rPr>
        <w:t xml:space="preserve">[50:26] </w:t>
      </w:r>
      <w:r>
        <w:t>to kuch nahi payega woh. examination hall mein to bahut hi limited duniya hoti hai. is limited duniya mein limited cheezein pa sakta hai woh.</w:t>
      </w:r>
    </w:p>
    <w:p>
      <w:pPr>
        <w:jc w:val="right"/>
      </w:pPr>
      <w:r>
        <w:t>تو کچھ نہیں پائے گا وہ۔ ایگزامینیشن ہال میں تو بہت ہی لمیٹڈ دنیا ہوتی ہے۔ اس لمیٹڈ دنیا میں لمیٹڈ چیزیں پا سکتا ہے وہ۔</w:t>
      </w:r>
    </w:p>
    <w:p>
      <w:r>
        <w:rPr>
          <w:b/>
        </w:rPr>
        <w:t xml:space="preserve">[50:37] </w:t>
      </w:r>
      <w:r>
        <w:t>examination hall mein koi park nahi hota. examination hall mein koi road nahi hoti. examination hall mein dorne ka maidan nahi hota. examination hall mein woh football nahi khel sakta.</w:t>
      </w:r>
    </w:p>
    <w:p>
      <w:pPr>
        <w:jc w:val="right"/>
      </w:pPr>
      <w:r>
        <w:t>ایگزامینیشن ہال میں کوئی پارک نہیں ہوتا۔ ایگزامینیشن ہال میں کوئی روڈ نہیں ہوتی۔ ایگزامینیشن ہال میں دوڑنے کا میدان نہیں ہوتا۔ ایگزامینیشن ہال میں وہ فٹبال نہیں کھیل سکتا۔</w:t>
      </w:r>
    </w:p>
    <w:p>
      <w:r>
        <w:rPr>
          <w:b/>
        </w:rPr>
        <w:t xml:space="preserve">[50:51] </w:t>
      </w:r>
      <w:r>
        <w:t>yahi mamla is duniya ka hai. to poori poori history ko aap dekhiye is cheez se trace ho rahi hai ke log jo hain creation plan of God ko na samajhne ki wajah se mind mein jo basa hua tha idealism us ko transfer karna chaha isi isi duniya mein.</w:t>
      </w:r>
    </w:p>
    <w:p>
      <w:pPr>
        <w:jc w:val="right"/>
      </w:pPr>
      <w:r>
        <w:t>یہی معاملہ اس دنیا کا ہے۔ تو پوری پوری ہسٹری کو آپ دیکھیئے اس چیز سے ٹریس ہو رہی ہے کہ لوگ جو ہیں کریشن پلان آف گاڈ کو نہ سمجھنے کی وجہ سے مائنڈ میں جو بسا ہوا تھا آئیڈیلزم اس کو ٹرانسفر کرنا چاہا اسی اسی دنیا میں۔</w:t>
      </w:r>
    </w:p>
    <w:p>
      <w:r>
        <w:rPr>
          <w:b/>
        </w:rPr>
        <w:t xml:space="preserve">[51:11] </w:t>
      </w:r>
      <w:r>
        <w:t>jo ke possible nahi tha. aap ka mind mein jo basa hua hai idealism woh transfer hoga paradise mein. yahan transfer nahi ho sakta woh.</w:t>
      </w:r>
    </w:p>
    <w:p>
      <w:pPr>
        <w:jc w:val="right"/>
      </w:pPr>
      <w:r>
        <w:t>جو کہ پاسیبل نہیں تھا۔ آپ کا مائنڈ میں جو بسا ہوا ہے آئیڈیلزم وہ ٹرانسفر ہو گا پیرائیز میں۔ یہاں ٹرانسفر نہیں ہو سکتا وہ۔</w:t>
      </w:r>
    </w:p>
    <w:p>
      <w:r>
        <w:rPr>
          <w:b/>
        </w:rPr>
        <w:t xml:space="preserve">[51:24] </w:t>
      </w:r>
      <w:r>
        <w:t>yani idealism jo hai woh aap ka woh woh to apni jagah par natural hai. woh natural urge hai woh. lekin is idealism ko aap transfer kar sakte hain sirf paradise mein.</w:t>
      </w:r>
    </w:p>
    <w:p>
      <w:pPr>
        <w:jc w:val="right"/>
      </w:pPr>
      <w:r>
        <w:t>یعنی آئیڈیلزم جو ہے وہ آپ کا وہ وہ تو اپنی جگہ پر نیچرل ہے۔ وہ نیچرل ارج ہے وہ۔ لیکن اس آئیڈیلزم کو آپ ٹرانسفر کر سکتے ہیں صرف پیرائیز میں۔</w:t>
      </w:r>
    </w:p>
    <w:p>
      <w:r>
        <w:rPr>
          <w:b/>
        </w:rPr>
        <w:t xml:space="preserve">[51:35] </w:t>
      </w:r>
      <w:r>
        <w:t>is duniya mein nahi. isi cheez ko na samajhne ki wajah se poori poori history jo hai is ke bare mein Quran ka yeh tabsarah hua ke</w:t>
      </w:r>
    </w:p>
    <w:p>
      <w:pPr>
        <w:jc w:val="right"/>
      </w:pPr>
      <w:r>
        <w:t>اس دنیا میں نہیں۔ اسی چیز کو نہ سمجھنے کی وجہ سے پوری پوری ہسٹری جو ہے اس کے بارے میں قرآن کا یہ تبصرہ ہوا کہ</w:t>
      </w:r>
    </w:p>
    <w:p>
      <w:r>
        <w:rPr>
          <w:b/>
        </w:rPr>
        <w:t xml:space="preserve">[51:49] </w:t>
      </w:r>
      <w:r>
        <w:t>history is the witness that man is in loss. poori poori history ke liye ek sweeping remark hai Quran ka yeh. ghor kijiye.</w:t>
      </w:r>
    </w:p>
    <w:p>
      <w:pPr>
        <w:jc w:val="right"/>
      </w:pPr>
      <w:r>
        <w:t>ہسٹری از دا وٹنس دیٹ مین از ان لاس۔ پوری پوری ہسٹری کے لیے ایک سویپنگ ریمارک ہے قرآن کا یہ۔ غور کیجیئے۔</w:t>
      </w:r>
    </w:p>
    <w:p>
      <w:r>
        <w:rPr>
          <w:b/>
        </w:rPr>
        <w:t xml:space="preserve">[51:59] </w:t>
      </w:r>
      <w:r>
        <w:t>poori poori history ke bare mein Quran ek sweeping remark de raha hai.</w:t>
      </w:r>
    </w:p>
    <w:p>
      <w:pPr>
        <w:jc w:val="right"/>
      </w:pPr>
      <w:r>
        <w:t>پوری پوری ہسٹری کے بارے میں قرآن ایک سویپنگ ریمارک دے رہا ہے۔</w:t>
      </w:r>
    </w:p>
    <w:p>
      <w:r>
        <w:rPr>
          <w:b/>
        </w:rPr>
        <w:t xml:space="preserve">[52:06] </w:t>
      </w:r>
      <w:r>
        <w:t>history is the witness that man is in loss.</w:t>
      </w:r>
    </w:p>
    <w:p>
      <w:pPr>
        <w:jc w:val="right"/>
      </w:pPr>
      <w:r>
        <w:t>ہسٹری از دا وٹنس دیٹ مین از ان لاس۔</w:t>
      </w:r>
    </w:p>
    <w:p>
      <w:r>
        <w:rPr>
          <w:b/>
        </w:rPr>
        <w:t xml:space="preserve">[52:14] </w:t>
      </w:r>
      <w:r>
        <w:t>aap dekh lijie. right from the first person Adam aur aaj ka jo insaan zinda chal phir raha hai sab isi ke shikar hain.</w:t>
      </w:r>
    </w:p>
    <w:p>
      <w:pPr>
        <w:jc w:val="right"/>
      </w:pPr>
      <w:r>
        <w:t>آپ دیکھ لیجیئے۔ رائٹ فرام دا فرسٹ پرسن ایڈم اور آج کا جو انسان زندہ چل پھر رہا ہے سب اسی کے شکار ہیں۔</w:t>
      </w:r>
    </w:p>
    <w:p>
      <w:r>
        <w:rPr>
          <w:b/>
        </w:rPr>
        <w:t xml:space="preserve">[52:26] </w:t>
      </w:r>
      <w:r>
        <w:t>to Hazrat Adam ne to tauba kiya, tauba kar ke woh is se bach gaye is se. aaj ke jo log hain woh tauba nahi karte, tauba nahi karte to isi mein phanse rehte hain, phanse rehte hain, isi mein marte hain, isi mein.</w:t>
      </w:r>
    </w:p>
    <w:p>
      <w:pPr>
        <w:jc w:val="right"/>
      </w:pPr>
      <w:r>
        <w:t>تو حضرت آدم نے تو توبہ کیا، توبہ کر کے وہ اس سے بچ گئے اس سے۔ آج کے جو لوگ ہیں وہ توبہ نہیں کرتے، توبہ نہیں کرتے تو اسی میں پھنسے رہتے ہیں، پھنسے رہتے ہیں، اسی میں مرتے ہیں، اسی میں۔</w:t>
      </w:r>
    </w:p>
    <w:p>
      <w:r>
        <w:rPr>
          <w:b/>
        </w:rPr>
        <w:t xml:space="preserve">[52:38] </w:t>
      </w:r>
      <w:r>
        <w:t>Hazrat Adam ka case to is ek is se exempt ho gaya kyun ke unho ne tauba kar liya tha woh. Hazrat Adam ne tauba kar liya tha.</w:t>
      </w:r>
    </w:p>
    <w:p>
      <w:pPr>
        <w:jc w:val="right"/>
      </w:pPr>
      <w:r>
        <w:t>حضرت آدم کا کیس تو اس ایک اس سے ایگزیمپٹ ہو گیا کیوں کہ انہوں نے توبہ کر لیا تھا وہ۔ حضرت آدم نے توبہ کر لیا تھا۔</w:t>
      </w:r>
    </w:p>
    <w:p>
      <w:r>
        <w:rPr>
          <w:b/>
        </w:rPr>
        <w:t xml:space="preserve">[52:50] </w:t>
      </w:r>
      <w:r>
        <w:t>jo hai Quran mein bataya gaya hai. ab mein ek aur example doon ga is se aap baat shayad zyada clear ho jaye.</w:t>
      </w:r>
    </w:p>
    <w:p>
      <w:pPr>
        <w:jc w:val="right"/>
      </w:pPr>
      <w:r>
        <w:t>جو ہے قرآن میں بتایا گیا ہے۔ اب میں ایک اور ایگزامپل دوں گا اس سے آپ بات شاید زیادہ کلیئر ہو جائے۔</w:t>
      </w:r>
    </w:p>
    <w:p>
      <w:r>
        <w:rPr>
          <w:b/>
        </w:rPr>
        <w:t xml:space="preserve">[52:58] </w:t>
      </w:r>
      <w:r>
        <w:t>dekhiye.</w:t>
      </w:r>
    </w:p>
    <w:p>
      <w:pPr>
        <w:jc w:val="right"/>
      </w:pPr>
      <w:r>
        <w:t>دیکھیئے۔</w:t>
      </w:r>
    </w:p>
    <w:p>
      <w:r>
        <w:rPr>
          <w:b/>
        </w:rPr>
        <w:t xml:space="preserve">[53:02] </w:t>
      </w:r>
      <w:r>
        <w:t>Bible mein ek bahut hi meaningful ek quotation hai ek prophet ka. ek prophet ki zuban se. bahut hi meaningful.</w:t>
      </w:r>
    </w:p>
    <w:p>
      <w:pPr>
        <w:jc w:val="right"/>
      </w:pPr>
      <w:r>
        <w:t>بائبل میں ایک بہت ہی میننگ فل ایک کوٹیشن ہے ایک پرافٹ کا۔ ایک پرافٹ کی زبان سے۔ بہت ہی میننگ فل۔</w:t>
      </w:r>
    </w:p>
    <w:p>
      <w:r>
        <w:rPr>
          <w:b/>
        </w:rPr>
        <w:t xml:space="preserve">[53:14] </w:t>
      </w:r>
      <w:r>
        <w:t>Bible mein jo ashya ka jo chapter hai us mein. to ek prophet ne yeh kaha ke duniya mein tum ko jo yeh rehna hai to is mein to tum ko museebatein rahen gi.</w:t>
      </w:r>
    </w:p>
    <w:p>
      <w:pPr>
        <w:jc w:val="right"/>
      </w:pPr>
      <w:r>
        <w:t>بائبل میں جو اشیاء کا جو چیپٹر ہے اس میں۔ تو ایک پرافٹ نے یہ کہا کہ دنیا میں تم کو جو یہ رہنا ہے تو اس میں تو تم کو مصیبتیں رہیں گی۔</w:t>
      </w:r>
    </w:p>
    <w:p>
      <w:r>
        <w:rPr>
          <w:b/>
        </w:rPr>
        <w:t xml:space="preserve">[53:27] </w:t>
      </w:r>
      <w:r>
        <w:t>is mein tum tum ko yani problem face karna parega. to is mein unho ne kaha ke yeh batate hue ke wahi jo maine arz kiya ke jannat mein milega sab kuch woh tum ko.</w:t>
      </w:r>
    </w:p>
    <w:p>
      <w:pPr>
        <w:jc w:val="right"/>
      </w:pPr>
      <w:r>
        <w:t>اس میں تم تم کو یعنی پرابلم فیس کرنا پڑے گا۔ تو اس میں انہوں نے کہا کہ یہ بتاتے ہوئے کہ وہی جو میں نے عرض کیا کہ جنت میں ملے گا سب کچھ وہ تم کو۔</w:t>
      </w:r>
    </w:p>
    <w:p>
      <w:r>
        <w:rPr>
          <w:b/>
        </w:rPr>
        <w:t xml:space="preserve">[53:43] </w:t>
      </w:r>
      <w:r>
        <w:t>to is mein woh kehte hain ke ke God will wipe away tears from all faces.</w:t>
      </w:r>
    </w:p>
    <w:p>
      <w:pPr>
        <w:jc w:val="right"/>
      </w:pPr>
      <w:r>
        <w:t>تو اس میں وہ کہتے ہیں کہ کہ گاڈ ول وائپ اوے ٹیئرز فرام آل فیسز۔</w:t>
      </w:r>
    </w:p>
    <w:p>
      <w:r>
        <w:rPr>
          <w:b/>
        </w:rPr>
        <w:t xml:space="preserve">[54:00] </w:t>
      </w:r>
      <w:r>
        <w:t>god will wipe away tears from all faces. yani god khuda ke khuda jo hai har aankh ke aansu pooch dega.</w:t>
      </w:r>
    </w:p>
    <w:p>
      <w:pPr>
        <w:jc w:val="right"/>
      </w:pPr>
      <w:r>
        <w:t>گاڈ ول وائپ اوے ٹیئرز فرام آل فیسز۔ یعنی گاڈ خدا کے خدا جو ہے ہر آنکھ کے آنسو پوچھ دے گا۔</w:t>
      </w:r>
    </w:p>
    <w:p>
      <w:r>
        <w:rPr>
          <w:b/>
        </w:rPr>
        <w:t xml:space="preserve">[54:14] </w:t>
      </w:r>
      <w:r>
        <w:t>matlab is waqt jab pahunchenge aap. dunya mein to aap musibaten uthayenge, problem ko jhelenge. lekin agar aap ne qualify kiya paradise ke liye aur wahan pahunche aap is tareeqe se to wahan aap ke aansu pooch jayenge.</w:t>
      </w:r>
    </w:p>
    <w:p>
      <w:pPr>
        <w:jc w:val="right"/>
      </w:pPr>
      <w:r>
        <w:t>مطلب اس وقت جب پہنچیں گے آپ۔ دنیا میں تو آپ مصیبتیں اٹھائیں گے، پرابلم کو جھیلیں گے۔ لیکن اگر آپ نے کوالیفائی کیا پیرائیز کے لیے اور وہاں پہنچے آپ اس طریقے سے تو وہاں آپ کے آنسو پوچھ جائیں گے۔</w:t>
      </w:r>
    </w:p>
    <w:p>
      <w:r>
        <w:rPr>
          <w:b/>
        </w:rPr>
        <w:t xml:space="preserve">[54:30] </w:t>
      </w:r>
      <w:r>
        <w:t>wahan aap ko sukoon milega, chain milega, sab kuch milega. to yeh hai yeh hai is mein bible mein. ke god will wipe away tears from all faces.</w:t>
      </w:r>
    </w:p>
    <w:p>
      <w:pPr>
        <w:jc w:val="right"/>
      </w:pPr>
      <w:r>
        <w:t>وہاں آپ کو سکھ ملے گا، چین ملے گا، سب کچھ ملے گا۔ تو یہ ہے یہ ہے اس میں بائبل میں۔ کہ گاڈ ول وائپ اوے ٹیئرز فرام آل فیسز۔</w:t>
      </w:r>
    </w:p>
    <w:p>
      <w:r>
        <w:rPr>
          <w:b/>
        </w:rPr>
        <w:t xml:space="preserve">[54:45] </w:t>
      </w:r>
      <w:r>
        <w:t>ab kya hua ke is ko le liya tolstoy ne. tolstoy ek bahut bada writer tha russia ka. us ki kitab hai war and peace aur bahut si kitabein hain.</w:t>
      </w:r>
    </w:p>
    <w:p>
      <w:pPr>
        <w:jc w:val="right"/>
      </w:pPr>
      <w:r>
        <w:t>اب کیا ہوا کہ اس کو لے لیا ٹالسٹائی نے۔ ٹالسٹائی ایک بہت بڑا رائٹر تھا رشیا کا۔ اس کی کتاب ہے وار اینڈ پیس اور بہت سی کتابیں ہیں۔</w:t>
      </w:r>
    </w:p>
    <w:p>
      <w:r>
        <w:rPr>
          <w:b/>
        </w:rPr>
        <w:t xml:space="preserve">[54:56] </w:t>
      </w:r>
      <w:r>
        <w:t>to is ko dunya mein transfer karna chaha unhon ne. unhon ne yeh mashal banaya apna ke dunya mein jo insan hain, jo society hai un ke aansu poochein hum.</w:t>
      </w:r>
    </w:p>
    <w:p>
      <w:pPr>
        <w:jc w:val="right"/>
      </w:pPr>
      <w:r>
        <w:t>تو اس کو دنیا میں ٹرانسفر کرنا چاہا انہوں نے۔ انہوں نے یہ مشعل بنایا اپنا کہ دنیا میں جو انسان ہیں، جو سوسائٹی ہے ان کے آنسو پوچھیں ہم۔</w:t>
      </w:r>
    </w:p>
    <w:p>
      <w:r>
        <w:rPr>
          <w:b/>
        </w:rPr>
        <w:t xml:space="preserve">[55:07] </w:t>
      </w:r>
      <w:r>
        <w:t>agar aisi society banayein jis mein koi rota rone wala na ho. to kuch bhi nahi hua woh khud hi yani is mein death spell mein mare.</w:t>
      </w:r>
    </w:p>
    <w:p>
      <w:pPr>
        <w:jc w:val="right"/>
      </w:pPr>
      <w:r>
        <w:t>اگر ایسی سوسائٹی بنائیں جس میں کوئی روتا رونے والا نہ ہو۔ تو کچھ بھی نہیں ہوا وہ خود ہی یعنی اس میں ڈیتھ سپیل میں مرے۔</w:t>
      </w:r>
    </w:p>
    <w:p>
      <w:r>
        <w:rPr>
          <w:b/>
        </w:rPr>
        <w:t xml:space="preserve">[55:19] </w:t>
      </w:r>
      <w:r>
        <w:t>nineteen ten mein, 1910 mein un ka death hua. tolstoy ka. 1910 mein frustration mein mare woh.</w:t>
      </w:r>
    </w:p>
    <w:p>
      <w:pPr>
        <w:jc w:val="right"/>
      </w:pPr>
      <w:r>
        <w:t>نائنٹین ٹین میں، انیس سو دس میں ان کا ڈیتھ ہوا۔ ٹالسٹائی کا۔ انیس سو دس میں فرسٹریشن میں مرے وہ۔</w:t>
      </w:r>
    </w:p>
    <w:p>
      <w:r>
        <w:rPr>
          <w:b/>
        </w:rPr>
        <w:t xml:space="preserve">[55:29] </w:t>
      </w:r>
      <w:r>
        <w:t>halanke un ki 88 years ho chuki thi. kyun ke woh ayat jo thi bible mein woh to akhirat ke bare mein thi. is dunya ke bare mein nahi thi woh.</w:t>
      </w:r>
    </w:p>
    <w:p>
      <w:pPr>
        <w:jc w:val="right"/>
      </w:pPr>
      <w:r>
        <w:t>حالانکہ ان کی ایٹی ایٹ ایئرز ہو چکی تھی۔ کیوں کہ وہ آیت جو تھی بائبل میں وہ تو آخرت کے بارے میں تھی۔ اس دنیا کے بارے میں نہیں تھی وہ۔</w:t>
      </w:r>
    </w:p>
    <w:p>
      <w:r>
        <w:rPr>
          <w:b/>
        </w:rPr>
        <w:t xml:space="preserve">[55:40] </w:t>
      </w:r>
      <w:r>
        <w:t>yehi kahani hum india mein dekhte hain. mahatma gandhi bahut hi bare leader the. to unhon ne kaha tha azadi se pehle ke mera mission har aankh ke aansu poochna hai.</w:t>
      </w:r>
    </w:p>
    <w:p>
      <w:pPr>
        <w:jc w:val="right"/>
      </w:pPr>
      <w:r>
        <w:t>یہی کہانی ہم انڈیا میں دیکھتے ہیں۔ مہاتما گاندھی بہت ہی بڑے لیڈر تھے۔ تو انہوں نے کہا تھا آزادی سے پہلے کہ میرا مشن ہر آنکھ کے آنسو پوچھنا ہے۔</w:t>
      </w:r>
    </w:p>
    <w:p>
      <w:r>
        <w:rPr>
          <w:b/>
        </w:rPr>
        <w:t xml:space="preserve">[55:59] </w:t>
      </w:r>
      <w:r>
        <w:t>mahatma gandhi ne kaha tha azadi se pehle ke mera mission har aankh ke aansu poochna hai. to 47 ke baad kya har aankh ke aansu pooch gaye?</w:t>
      </w:r>
    </w:p>
    <w:p>
      <w:pPr>
        <w:jc w:val="right"/>
      </w:pPr>
      <w:r>
        <w:t>مہاتما گاندھی نے کہا تھا آزادی سے پہلے کہ میرا مشن ہر آنکھ کے آنسو پوچھنا ہے۔ تو فورٹی سیون کے بعد کیا ہر آنکھ کے آنسو پوچھ گئے؟</w:t>
      </w:r>
    </w:p>
    <w:p>
      <w:r>
        <w:rPr>
          <w:b/>
        </w:rPr>
        <w:t xml:space="preserve">[56:11] </w:t>
      </w:r>
      <w:r>
        <w:t>zahair hai ke nahi poochhe. balkeh shayad rone walon ki aankh aur rone wali aankhein aur zyada ho gayin. 1947 mein jo jawaharlal nehru ne kaha tha ke india mein 36 crore aadmi hain.</w:t>
      </w:r>
    </w:p>
    <w:p>
      <w:pPr>
        <w:jc w:val="right"/>
      </w:pPr>
      <w:r>
        <w:t>ظاہر ہے کہ نہیں پوچھے۔ بلکہ شاید رونے والوں کی آنکھ اور رونے والی آنکھیں اور زیادہ ہو گئیں۔ انیس سو سینتالیس میں جو اعلیٰ نہرو نے کہا تھا کہ انڈیا میں چھتیس کروڑ آدمی ہیں۔</w:t>
      </w:r>
    </w:p>
    <w:p>
      <w:r>
        <w:rPr>
          <w:b/>
        </w:rPr>
        <w:t xml:space="preserve">[56:26] </w:t>
      </w:r>
      <w:r>
        <w:t>aur 36 crore problem hain. aur aaj kitne aadmi hain? aaj to bahut zyada hamari ginti ho chuki hai.</w:t>
      </w:r>
    </w:p>
    <w:p>
      <w:pPr>
        <w:jc w:val="right"/>
      </w:pPr>
      <w:r>
        <w:t>اور چھتیس کروڑ پرابلم ہیں۔ اور آج کتنے آدمی ہیں؟ آج تو بہت زیادہ ہماری گنتی ہو چکی ہے۔</w:t>
      </w:r>
    </w:p>
    <w:p>
      <w:r>
        <w:rPr>
          <w:b/>
        </w:rPr>
        <w:t xml:space="preserve">[56:37] </w:t>
      </w:r>
      <w:r>
        <w:t>to rone wale hi badh gaye hain. to rone wale jo the un ke aansu kahan poochhe? to kyun aisa hua?</w:t>
      </w:r>
    </w:p>
    <w:p>
      <w:pPr>
        <w:jc w:val="right"/>
      </w:pPr>
      <w:r>
        <w:t>تو رونے والے ہی بڑھ گئے ہیں۔ تو رونے والے جو تھے ان کے آنسو کہاں پوچھے؟ تو کیوں ایسا ہوا؟</w:t>
      </w:r>
    </w:p>
    <w:p>
      <w:r>
        <w:rPr>
          <w:b/>
        </w:rPr>
        <w:t xml:space="preserve">[56:46] </w:t>
      </w:r>
      <w:r>
        <w:t>hamare leader ne is bible ke ek verse ko dunya mein transfer karna chaha. jo thi akhirat ke liye, paradise ke liye.</w:t>
      </w:r>
    </w:p>
    <w:p>
      <w:pPr>
        <w:jc w:val="right"/>
      </w:pPr>
      <w:r>
        <w:t>ہمارے لیڈر نے اس بائبل کے ایک ورث کو دنیا میں ٹرانسفر کرنا چاہا۔ جو تھی آخرت کے لیے، پیرائیز کے لیے۔</w:t>
      </w:r>
    </w:p>
    <w:p>
      <w:r>
        <w:rPr>
          <w:b/>
        </w:rPr>
        <w:t xml:space="preserve">[56:57] </w:t>
      </w:r>
      <w:r>
        <w:t>yaad rakhiye ke dunya mein hamein yani khuda banaye nahi khuda ne dunya ko ke hum hamari desires yahan poori hon.</w:t>
      </w:r>
    </w:p>
    <w:p>
      <w:pPr>
        <w:jc w:val="right"/>
      </w:pPr>
      <w:r>
        <w:t>یاد رکھیئے کہ دنیا میں ہمیں یعنی خدا بنائے نہیں خدا نے دنیا کو کہ ہم ہماری ڈیزائرز یہاں پوری ہوں۔</w:t>
      </w:r>
    </w:p>
    <w:p>
      <w:r>
        <w:rPr>
          <w:b/>
        </w:rPr>
        <w:t xml:space="preserve">[57:07] </w:t>
      </w:r>
      <w:r>
        <w:t>desires to wahan poori hongi. yahan to hamein intellectual development karna hai, spiritual development karna hai. apne ko qualify karna hai taake hum paradise mein entry pa sakein.</w:t>
      </w:r>
    </w:p>
    <w:p>
      <w:pPr>
        <w:jc w:val="right"/>
      </w:pPr>
      <w:r>
        <w:t>ڈیزائرز تو وہاں پوری ہوں گی۔ یہاں تو ہمیں انٹلیکچوئل ڈیولپمنٹ کرنا ہے، اسپریچوئل ڈیولپمنٹ کرنا ہے۔ اپنے کو کوالیفائی کرنا ہے تاکہ ہم پیرائیز میں انٹری پا سکیں۔</w:t>
      </w:r>
    </w:p>
    <w:p>
      <w:r>
        <w:rPr>
          <w:b/>
        </w:rPr>
        <w:t xml:space="preserve">[57:19] </w:t>
      </w:r>
      <w:r>
        <w:t>to itne bare bare log jo hain unhon ne aisa samjha ke bible ki woh ayat jo thi akhirat ke liye aur jannat ke liye us ko unhon ne chaha ke is dunya mein apply karein.</w:t>
      </w:r>
    </w:p>
    <w:p>
      <w:pPr>
        <w:jc w:val="right"/>
      </w:pPr>
      <w:r>
        <w:t>تو اتنے بڑے بڑے لوگ جو ہیں انہوں نے ایسا سمجھا کہ بائبل کی وہ آیت جو تھی آخرت کے لیے اور جنت کے لیے اس کو انہوں نے چاہا کہ اس دنیا میں اپلائی کریں۔</w:t>
      </w:r>
    </w:p>
    <w:p>
      <w:r>
        <w:rPr>
          <w:b/>
        </w:rPr>
        <w:t xml:space="preserve">[57:30] </w:t>
      </w:r>
      <w:r>
        <w:t>jo ke possible nahi tha woh. woh possible nahi tha woh.</w:t>
      </w:r>
    </w:p>
    <w:p>
      <w:pPr>
        <w:jc w:val="right"/>
      </w:pPr>
      <w:r>
        <w:t>جو کہ پاسیبل نہیں تھا وہ۔ وہ پاسیبل نہیں تھا وہ۔</w:t>
      </w:r>
    </w:p>
    <w:p>
      <w:r>
        <w:rPr>
          <w:b/>
        </w:rPr>
        <w:t xml:space="preserve">[57:37] </w:t>
      </w:r>
      <w:r>
        <w:t>you cannot achieve paradise in this world.</w:t>
      </w:r>
    </w:p>
    <w:p>
      <w:pPr>
        <w:jc w:val="right"/>
      </w:pPr>
      <w:r>
        <w:t>یو کین ناٹ اچیو پیرائیز ان دس ورلڈ۔</w:t>
      </w:r>
    </w:p>
    <w:p>
      <w:r>
        <w:rPr>
          <w:b/>
        </w:rPr>
        <w:t xml:space="preserve">[57:42] </w:t>
      </w:r>
      <w:r>
        <w:t>they wanted to establish paradise in this world. but it was not possible. you cannot achieve paradise in this world.</w:t>
      </w:r>
    </w:p>
    <w:p>
      <w:pPr>
        <w:jc w:val="right"/>
      </w:pPr>
      <w:r>
        <w:t>دے وانٹڈ ٹو اسٹیبلش پیرائیز ان دس ورلڈ۔ بٹ اٹ واز ناٹ پاسیبل۔ یو کین ناٹ اچیو پیرائیز ان دس ورلڈ۔</w:t>
      </w:r>
    </w:p>
    <w:p>
      <w:r>
        <w:rPr>
          <w:b/>
        </w:rPr>
        <w:t xml:space="preserve">[57:51] </w:t>
      </w:r>
      <w:r>
        <w:t>to yeh hai kahani poori poori history ki. ke log less than ideal par razi nahi hote. is liye woh zindagi mein frustration mein rehte hain.</w:t>
      </w:r>
    </w:p>
    <w:p>
      <w:pPr>
        <w:jc w:val="right"/>
      </w:pPr>
      <w:r>
        <w:t>تو یہ ہے کہانی پوری پوری ہسٹری کی۔ کہ لوگ لیس دین آئیڈیل پر راضی نہیں ہوتے۔ اس لیے وہ زندگی میں فرسٹریشن میں رہتے ہیں۔</w:t>
      </w:r>
    </w:p>
    <w:p>
      <w:r>
        <w:rPr>
          <w:b/>
        </w:rPr>
        <w:t xml:space="preserve">[58:01] </w:t>
      </w:r>
      <w:r>
        <w:t>aap less than ideal par razi ho jaiye. aur less than ideal par razi hone ka matlab kya hai? is ke baad aap ko opportunity milti hai ke aap apne ko prepare kar sakein.</w:t>
      </w:r>
    </w:p>
    <w:p>
      <w:pPr>
        <w:jc w:val="right"/>
      </w:pPr>
      <w:r>
        <w:t>آپ لیس دین آئیڈیل پر راضی ہو جائیئے۔ اور لیس دین آئیڈیل پر راضی ہونے کا معنی کیا ہے؟ اس کے بعد آپ کو اپرچونیٹی ملتی ہے کہ آپ اپنے کو پریپیئر کر سکیں۔</w:t>
      </w:r>
    </w:p>
    <w:p>
      <w:r>
        <w:rPr>
          <w:b/>
        </w:rPr>
        <w:t xml:space="preserve">[58:13] </w:t>
      </w:r>
      <w:r>
        <w:t>less than ideal par razi hona apne aap ko woh opportunity avail karne ke qabil banana hai.</w:t>
      </w:r>
    </w:p>
    <w:p>
      <w:pPr>
        <w:jc w:val="right"/>
      </w:pPr>
      <w:r>
        <w:t>لیس دین آئیڈیل پر راضی ہونا اپنے آپ کو وہ اپرچونیٹی اویل کرنے کے قابل بنانا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