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Criticism in Islam May 17, 2008</w:t>
      </w:r>
    </w:p>
    <w:p>
      <w:r>
        <w:t>https://www.youtube.com/watch?v=qhlJjRh9SeY</w:t>
      </w:r>
    </w:p>
    <w:p>
      <w:r>
        <w:rPr>
          <w:b/>
        </w:rPr>
        <w:t xml:space="preserve">[00:14] </w:t>
      </w:r>
      <w:r>
        <w:t>bismillah rahman rahim wa salla Allahu ala nabiyyi al-kareem</w:t>
      </w:r>
    </w:p>
    <w:p>
      <w:pPr>
        <w:jc w:val="right"/>
      </w:pPr>
      <w:r>
        <w:t>بسم اللہ الرحمن الرحیم و صلی اللہ علی النبی الکریم</w:t>
      </w:r>
    </w:p>
    <w:p>
      <w:r>
        <w:rPr>
          <w:b/>
        </w:rPr>
        <w:t xml:space="preserve">[00:22] </w:t>
      </w:r>
      <w:r>
        <w:t>rab ishrah li sadri wa yassir li amri wah lul uqdatan min lisani yafqahu qawli.</w:t>
      </w:r>
    </w:p>
    <w:p>
      <w:pPr>
        <w:jc w:val="right"/>
      </w:pPr>
      <w:r>
        <w:t>رب اشرح لی صدری ویسر لی امری واحل العقدۃ من لسانی یفقہ قولی۔</w:t>
      </w:r>
    </w:p>
    <w:p>
      <w:r>
        <w:rPr>
          <w:b/>
        </w:rPr>
        <w:t xml:space="preserve">[00:35] </w:t>
      </w:r>
      <w:r>
        <w:t>aaj ka jo topic hai woh hai</w:t>
      </w:r>
    </w:p>
    <w:p>
      <w:pPr>
        <w:jc w:val="right"/>
      </w:pPr>
      <w:r>
        <w:t>آج کا جو ٹاپک ہے وہ ہے</w:t>
      </w:r>
    </w:p>
    <w:p>
      <w:r>
        <w:rPr>
          <w:b/>
        </w:rPr>
        <w:t xml:space="preserve">[00:44] </w:t>
      </w:r>
      <w:r>
        <w:t>criticism in islam.</w:t>
      </w:r>
    </w:p>
    <w:p>
      <w:pPr>
        <w:jc w:val="right"/>
      </w:pPr>
      <w:r>
        <w:t>کریٹیسزم ان اسلام۔</w:t>
      </w:r>
    </w:p>
    <w:p>
      <w:r>
        <w:rPr>
          <w:b/>
        </w:rPr>
        <w:t xml:space="preserve">[00:50] </w:t>
      </w:r>
      <w:r>
        <w:t>criticism in islam yani islam mein tanqeed ka maqam.</w:t>
      </w:r>
    </w:p>
    <w:p>
      <w:pPr>
        <w:jc w:val="right"/>
      </w:pPr>
      <w:r>
        <w:t>کریٹیسزم ان اسلام یعنی اسلام میں تنقید کا مقام۔</w:t>
      </w:r>
    </w:p>
    <w:p>
      <w:r>
        <w:rPr>
          <w:b/>
        </w:rPr>
        <w:t xml:space="preserve">[01:02] </w:t>
      </w:r>
      <w:r>
        <w:t>aisa hai ke main aik baar bahir ke safar mein tha to america mein aik scholar se mulaqat hui.</w:t>
      </w:r>
    </w:p>
    <w:p>
      <w:pPr>
        <w:jc w:val="right"/>
      </w:pPr>
      <w:r>
        <w:t>ایسا ہے کہ میں ایک بار باہر کے سفر میں تھا تو امریکہ میں ایک اسکالر سے ملاقات ہوئی۔</w:t>
      </w:r>
    </w:p>
    <w:p>
      <w:r>
        <w:rPr>
          <w:b/>
        </w:rPr>
        <w:t xml:space="preserve">[01:14] </w:t>
      </w:r>
      <w:r>
        <w:t>to maine poocha ke azm zikr aaya hai iska aik kitab chhapi hai aik arab mein arabi zaban mein.</w:t>
      </w:r>
    </w:p>
    <w:p>
      <w:pPr>
        <w:jc w:val="right"/>
      </w:pPr>
      <w:r>
        <w:t>تو میں نے پوچھا کہ عزم ذکر آیا ہے اس کا ایک کتاب چھپی ہے ایک عرب میں عربی زبان میں۔</w:t>
      </w:r>
    </w:p>
    <w:p>
      <w:r>
        <w:rPr>
          <w:b/>
        </w:rPr>
        <w:t xml:space="preserve">[01:27] </w:t>
      </w:r>
      <w:r>
        <w:t>to iska naam hai لماذا تاخر المسلمون وتقدم غیرم وائی مسلمز بیکورڈ اینڈ ادرز بیکم فارورڈ.</w:t>
      </w:r>
    </w:p>
    <w:p>
      <w:pPr>
        <w:jc w:val="right"/>
      </w:pPr>
      <w:r>
        <w:t>تو اس کا نام ہے لماذا تاخر المسلمون وتقدم غیرم وائی مسلمز بیکورڈ اینڈ ادرز بیکم فارورڈ۔</w:t>
      </w:r>
    </w:p>
    <w:p>
      <w:r>
        <w:rPr>
          <w:b/>
        </w:rPr>
        <w:t xml:space="preserve">[01:43] </w:t>
      </w:r>
      <w:r>
        <w:t>yeh ameer shakeeb arsalan ki kitab hai. to iske reference mein baat hui. to unhone likha hai ameer shakeeb arsalan ne ke musalmanon ke backwardness ka reason yeh hai ke woh unhone jihad chhod diya.</w:t>
      </w:r>
    </w:p>
    <w:p>
      <w:pPr>
        <w:jc w:val="right"/>
      </w:pPr>
      <w:r>
        <w:t>یہ امیر شکیب ارسلان کی کتاب ہے۔ تو اس کے ریفرنس میں بات ہوئی۔ تو انہوں نے لکھا ہے امیر شکیب ارسلان نے کہ مسلمانوں کے بیکورڈنس کا ریزن یہ ہے کہ وہ کہ انہوں نے جہاد چھوڑ دیا۔</w:t>
      </w:r>
    </w:p>
    <w:p>
      <w:r>
        <w:rPr>
          <w:b/>
        </w:rPr>
        <w:t xml:space="preserve">[02:11] </w:t>
      </w:r>
      <w:r>
        <w:t>to baat yeh thi ke jihad chhodha kahan hai? jihad to khoob ho raha hai. hazaron hazar log apne aap ko suicide bombing karke aur tarah tarah se apne aap ko maar rahe hain.</w:t>
      </w:r>
    </w:p>
    <w:p>
      <w:pPr>
        <w:jc w:val="right"/>
      </w:pPr>
      <w:r>
        <w:t>تو بات یہ تھی کہ جہاد چھوڑا کہاں ہے؟ جہاد تو خوب ہو رہا ہے۔ ہزاروں ہزار لوگ اپنے آپ کو سوسائیڈ بمبنگ کر کے اور طرح طرح سے اپنے آپ کو مار رہے ہیں۔</w:t>
      </w:r>
    </w:p>
    <w:p>
      <w:r>
        <w:rPr>
          <w:b/>
        </w:rPr>
        <w:t xml:space="preserve">[02:25] </w:t>
      </w:r>
      <w:r>
        <w:t>to jihad chhota kahan hai? is wajah se yeh to koi baat nahi hai. baat to hai ke jihad ke hote hue koi backwardness hai.</w:t>
      </w:r>
    </w:p>
    <w:p>
      <w:pPr>
        <w:jc w:val="right"/>
      </w:pPr>
      <w:r>
        <w:t>تو جہاد چھوٹا کہاں ہے؟ اس وجہ سے یہ تو کوئی بات نہیں ہے۔ بات تو ہے کہ جہاد کے ہوتے ہوئے کوئی بیکورڈنس ہے۔</w:t>
      </w:r>
    </w:p>
    <w:p>
      <w:r>
        <w:rPr>
          <w:b/>
        </w:rPr>
        <w:t xml:space="preserve">[02:38] </w:t>
      </w:r>
      <w:r>
        <w:t>yani why muslims are backward inspired are engaged in jihad. to unhone yeh jo kaha ke jihad chhodne ki wajah se backward ho gaye to yeh to bilkul yani</w:t>
      </w:r>
    </w:p>
    <w:p>
      <w:pPr>
        <w:jc w:val="right"/>
      </w:pPr>
      <w:r>
        <w:t>یعنی وائی مسلمز ار بیکورڈ انسپائرڈ ار انگیج ان جہاد۔ تو انہوں نے یہ جو کہا کہ جہاد چھوڑنے کی وجہ سے بیکورڈ ہو گئے تو یہ تو بالکل یعنی</w:t>
      </w:r>
    </w:p>
    <w:p>
      <w:r>
        <w:rPr>
          <w:b/>
        </w:rPr>
        <w:t xml:space="preserve">[02:57] </w:t>
      </w:r>
      <w:r>
        <w:t>waqe ke khilaf hai.</w:t>
      </w:r>
    </w:p>
    <w:p>
      <w:pPr>
        <w:jc w:val="right"/>
      </w:pPr>
      <w:r>
        <w:t>واقعے کے خلاف ہے۔</w:t>
      </w:r>
    </w:p>
    <w:p>
      <w:r>
        <w:rPr>
          <w:b/>
        </w:rPr>
        <w:t xml:space="preserve">[03:02] </w:t>
      </w:r>
      <w:r>
        <w:t>to behal unse baat hui to maine poocha ke western nations jo hain is zamane mein sab log mante hain ke unhone bohat develop kiya hai.</w:t>
      </w:r>
    </w:p>
    <w:p>
      <w:pPr>
        <w:jc w:val="right"/>
      </w:pPr>
      <w:r>
        <w:t>تو بہرحال ان سے بات ہوئی تو میں نے پوچھا کہ ویسٹرن نیشنز جو ہیں اس زمانے میں سب لوگ مانتے ہیں کہ انہوں نے بہت ڈویلپ کیا ہے۔</w:t>
      </w:r>
    </w:p>
    <w:p>
      <w:r>
        <w:rPr>
          <w:b/>
        </w:rPr>
        <w:t xml:space="preserve">[03:16] </w:t>
      </w:r>
      <w:r>
        <w:t>bohat taraqqi ki hai. to iske peeche kya cheez hai? to unhone jo baat batai woh bohat hi sunne ki hai.</w:t>
      </w:r>
    </w:p>
    <w:p>
      <w:pPr>
        <w:jc w:val="right"/>
      </w:pPr>
      <w:r>
        <w:t>بہت ترقی کی ہے۔ تو اس کے پیچھے کیا چیز ہے؟ تو انہوں نے جو بات بتائی وہ بہت ہی سننے کی ہے۔</w:t>
      </w:r>
    </w:p>
    <w:p>
      <w:r>
        <w:rPr>
          <w:b/>
        </w:rPr>
        <w:t xml:space="preserve">[03:30] </w:t>
      </w:r>
      <w:r>
        <w:t>unhone kaha ke</w:t>
      </w:r>
    </w:p>
    <w:p>
      <w:pPr>
        <w:jc w:val="right"/>
      </w:pPr>
      <w:r>
        <w:t>انہوں نے کہا کہ</w:t>
      </w:r>
    </w:p>
    <w:p>
      <w:r>
        <w:rPr>
          <w:b/>
        </w:rPr>
        <w:t xml:space="preserve">[03:34] </w:t>
      </w:r>
      <w:r>
        <w:t>descent ko secret banana. descent ko hum aik muqaddas cheez samajhte hain.</w:t>
      </w:r>
    </w:p>
    <w:p>
      <w:pPr>
        <w:jc w:val="right"/>
      </w:pPr>
      <w:r>
        <w:t>ڈیسنٹ کو سیکرٹ بنانا۔ ڈیسنٹ کو ہم ایک مقدس چیز سمجھتے ہیں۔</w:t>
      </w:r>
    </w:p>
    <w:p>
      <w:r>
        <w:rPr>
          <w:b/>
        </w:rPr>
        <w:t xml:space="preserve">[03:43] </w:t>
      </w:r>
      <w:r>
        <w:t>descent ka matlab hai ikhtilaf. yani criticize karna. to unhone kaha ke hum criticism ko invite karte hain.</w:t>
      </w:r>
    </w:p>
    <w:p>
      <w:pPr>
        <w:jc w:val="right"/>
      </w:pPr>
      <w:r>
        <w:t>ڈیسنٹ کا مطلب ہے اختلاف۔ یعنی کریٹیسائز کرنا۔ تو انہوں نے کہا کہ ہم کریٹیسزم کو انوائٹ کرتے ہیں۔</w:t>
      </w:r>
    </w:p>
    <w:p>
      <w:r>
        <w:rPr>
          <w:b/>
        </w:rPr>
        <w:t xml:space="preserve">[03:54] </w:t>
      </w:r>
      <w:r>
        <w:t>hum criticism ko welcome karte hain. hum criticism ko pasand karte hain. isse kya hota hai ke healthy dialogue hota hai. healthy discussion hota hai.</w:t>
      </w:r>
    </w:p>
    <w:p>
      <w:pPr>
        <w:jc w:val="right"/>
      </w:pPr>
      <w:r>
        <w:t>ہم کریٹیسزم کو ویلکم کرتے ہیں۔ ہم کریٹیسزم کو پسند کرتے ہیں۔ اس سے کیا ہوتا ہے کہ ہیلدی ڈائیلاگ ہوتا ہے۔ ہیلدی ڈسکشن ہوتا ہے۔</w:t>
      </w:r>
    </w:p>
    <w:p>
      <w:r>
        <w:rPr>
          <w:b/>
        </w:rPr>
        <w:t xml:space="preserve">[04:07] </w:t>
      </w:r>
      <w:r>
        <w:t>aur naye naye ideas samne aate hain. kyunke jab do mind aapas mein takrayenge to jis tarah se do pathar ke takrane se sparking hoti hai.</w:t>
      </w:r>
    </w:p>
    <w:p>
      <w:pPr>
        <w:jc w:val="right"/>
      </w:pPr>
      <w:r>
        <w:t>اور نئے نئے آئیڈیاز سامنے آتے ہیں۔ کیونکہ جب دو مائنڈ آپس میں ٹکرائیں گے تو جس طرح سے دو پتھر کے ٹکرانے سے اسپارکنگ ہوتی ہے۔</w:t>
      </w:r>
    </w:p>
    <w:p>
      <w:r>
        <w:rPr>
          <w:b/>
        </w:rPr>
        <w:t xml:space="preserve">[04:22] </w:t>
      </w:r>
      <w:r>
        <w:t>isi tarah se do mind ke takrane se intellectual sparking hoti hai. woh to hai physical sparking.</w:t>
      </w:r>
    </w:p>
    <w:p>
      <w:pPr>
        <w:jc w:val="right"/>
      </w:pPr>
      <w:r>
        <w:t>اسی طرح سے دو مائنڈ کے ٹکرانے سے انٹلیکچول اسپارکنگ ہوتی ہے۔ وہ تو ہے فزیکل اسپارکنگ۔</w:t>
      </w:r>
    </w:p>
    <w:p>
      <w:r>
        <w:rPr>
          <w:b/>
        </w:rPr>
        <w:t xml:space="preserve">[04:31] </w:t>
      </w:r>
      <w:r>
        <w:t>jab do mind takrayenge to spiritual sparking hogi. nayi roshni milegi. naye naye areas khulenge.</w:t>
      </w:r>
    </w:p>
    <w:p>
      <w:pPr>
        <w:jc w:val="right"/>
      </w:pPr>
      <w:r>
        <w:t>جب دو مائنڈ ٹکرائیں گے تو اسپریچول اسپارکنگ ہوگی۔ نئی روشنی ملے گی۔ نئے نئے ایریاز کھلیں گے۔</w:t>
      </w:r>
    </w:p>
    <w:p>
      <w:r>
        <w:rPr>
          <w:b/>
        </w:rPr>
        <w:t xml:space="preserve">[04:42] </w:t>
      </w:r>
      <w:r>
        <w:t>to yeh baat unki mujhe bohat pasand aayi. yeh baat mere mind mein thi bohat pehle se.</w:t>
      </w:r>
    </w:p>
    <w:p>
      <w:pPr>
        <w:jc w:val="right"/>
      </w:pPr>
      <w:r>
        <w:t>تو یہ بات ان کی مجھے بہت پسند آئی۔ یہ بات میرے مائنڈ میں تھی بہت پہلے سے۔</w:t>
      </w:r>
    </w:p>
    <w:p>
      <w:r>
        <w:rPr>
          <w:b/>
        </w:rPr>
        <w:t xml:space="preserve">[04:51] </w:t>
      </w:r>
      <w:r>
        <w:t>to kal aik sahab se baat hui. to isi se related woh baat thi ke musalman jo hain kyun woh itna bhadakte hain?</w:t>
      </w:r>
    </w:p>
    <w:p>
      <w:pPr>
        <w:jc w:val="right"/>
      </w:pPr>
      <w:r>
        <w:t>تو کل ایک صاحب سے بات ہوئی۔ تو اسی سے ریلیٹڈ وہ بات تھی کہ مسلمان جو ہیں کیوں وہ اتنا بھڑکتے ہیں؟</w:t>
      </w:r>
    </w:p>
    <w:p>
      <w:r>
        <w:rPr>
          <w:b/>
        </w:rPr>
        <w:t xml:space="preserve">[05:02] </w:t>
      </w:r>
      <w:r>
        <w:t>unke prophet ke bare mein kuch keh diya jaye to. koi cartoon chhap jaye to bhadakte hain. prophet par koi kitab chhap jaye to bhadakte hain.</w:t>
      </w:r>
    </w:p>
    <w:p>
      <w:pPr>
        <w:jc w:val="right"/>
      </w:pPr>
      <w:r>
        <w:t>ان کے پرافٹ کے بارے میں کچھ کہہ دیا جائے تو۔ کوئی کارٹون چھپ جائے تو بھڑکتے ہیں۔ پرافٹ پر کوئی کتاب چھپ جائے تو بھڑکتے ہیں۔</w:t>
      </w:r>
    </w:p>
    <w:p>
      <w:r>
        <w:rPr>
          <w:b/>
        </w:rPr>
        <w:t xml:space="preserve">[05:15] </w:t>
      </w:r>
      <w:r>
        <w:t>to unhone kaha ke isko woh log kehte hain shatme rasool aur rasool ki toheen. halanke yeh aap shatme kyun kehte hain isko?</w:t>
      </w:r>
    </w:p>
    <w:p>
      <w:pPr>
        <w:jc w:val="right"/>
      </w:pPr>
      <w:r>
        <w:t>تو انہوں نے کہا کہ اس کو وہ لوگ کہتے ہیں شتم رسول اور رسول کی توہین۔ حالانکہ یہ آپ شتم کیوں کہتے ہیں اس کو؟</w:t>
      </w:r>
    </w:p>
    <w:p>
      <w:r>
        <w:rPr>
          <w:b/>
        </w:rPr>
        <w:t xml:space="preserve">[05:27] </w:t>
      </w:r>
      <w:r>
        <w:t>woh to critical study hai. to unhone kaha ke is zamane mein jab science ka zamana aaya hai to isi ke sath critical study bhi aayi hai.</w:t>
      </w:r>
    </w:p>
    <w:p>
      <w:pPr>
        <w:jc w:val="right"/>
      </w:pPr>
      <w:r>
        <w:t>وہ تو کریٹیکل اسٹڈی ہے۔ تو انہوں نے کہا کہ اس زمانے میں جب سائنس کا زمانہ آیا ہے تو اسی کے ساتھ کریٹیکل اسٹڈی بھی آئی ہے۔</w:t>
      </w:r>
    </w:p>
    <w:p>
      <w:r>
        <w:rPr>
          <w:b/>
        </w:rPr>
        <w:t xml:space="preserve">[05:41] </w:t>
      </w:r>
      <w:r>
        <w:t>critical study pehle itni zyada nahi thi jitni ke science ke zamane mein aayi hai. to unhon ne kaha ke aaj ki duniya mein to critical study har ek cheez ki aati hai.</w:t>
      </w:r>
    </w:p>
    <w:p>
      <w:pPr>
        <w:jc w:val="right"/>
      </w:pPr>
      <w:r>
        <w:t>کریٹیکل اسٹڈی پہلے اتنی زیادہ نہیں تھی جتنی کہ سائنس کے زمانے میں آئی ہے۔ تو انہوں نے کہا کہ آج کی دنیا میں تو کریٹیکل اسٹڈی ہر ایک چیز کی آتی ہے۔</w:t>
      </w:r>
    </w:p>
    <w:p>
      <w:r>
        <w:rPr>
          <w:b/>
        </w:rPr>
        <w:t xml:space="preserve">[05:56] </w:t>
      </w:r>
      <w:r>
        <w:t>aur modern scholars jo hain woh apne apne paighambaron ka bhi critical study karte hain. Isa ki, Musa ki, har ek ki.</w:t>
      </w:r>
    </w:p>
    <w:p>
      <w:pPr>
        <w:jc w:val="right"/>
      </w:pPr>
      <w:r>
        <w:t>اور ماڈرن سکالرز جو ہیں وہ اپنے اپنے پیغمبروں کا بھی کریٹیکل اسٹڈی کرتے ہیں۔ عیسیٰ کی، موسیٰ کی، ہر ایک کی۔</w:t>
      </w:r>
    </w:p>
    <w:p>
      <w:r>
        <w:rPr>
          <w:b/>
        </w:rPr>
        <w:t xml:space="preserve">[06:06] </w:t>
      </w:r>
      <w:r>
        <w:t>to waise hi hum aap ke paighambar ki bhi critical study karte hain. to aap ghussa kyun hote hain?</w:t>
      </w:r>
    </w:p>
    <w:p>
      <w:pPr>
        <w:jc w:val="right"/>
      </w:pPr>
      <w:r>
        <w:t>تو ویسے ہی ہم آپ کے پیغمبر کی بھی کریٹیکل اسٹڈی کرتے ہیں۔ تو آپ غصہ کیوں ہوتے ہیں؟</w:t>
      </w:r>
    </w:p>
    <w:p>
      <w:r>
        <w:rPr>
          <w:b/>
        </w:rPr>
        <w:t xml:space="preserve">[06:16] </w:t>
      </w:r>
      <w:r>
        <w:t>to unhon ne kaha ke yeh aap ke Islam mein kya aisa likha hua hai Quran mein hadith mein ke jo aap ke paighambar par criticize kare us ko maar dalo.</w:t>
      </w:r>
    </w:p>
    <w:p>
      <w:pPr>
        <w:jc w:val="right"/>
      </w:pPr>
      <w:r>
        <w:t>تو انہوں نے کہا کہ یہ آپ کے اسلام میں کیا ایسا لکھا ہوا ہے قرآن میں حدیث میں کہ جو آپ کے پیغمبر پر کریٹیسائز کرے اس کو مار ڈالو۔</w:t>
      </w:r>
    </w:p>
    <w:p>
      <w:r>
        <w:rPr>
          <w:b/>
        </w:rPr>
        <w:t xml:space="preserve">[06:29] </w:t>
      </w:r>
      <w:r>
        <w:t>yeh baat hui. to us waqt mein isi ke bare mein kuch kehna chahta hoon.</w:t>
      </w:r>
    </w:p>
    <w:p>
      <w:pPr>
        <w:jc w:val="right"/>
      </w:pPr>
      <w:r>
        <w:t>یہ بات ہوئی۔ تو اس وقت میں اسی کے بارے میں کچھ کہنا چاہتا ہوں۔</w:t>
      </w:r>
    </w:p>
    <w:p>
      <w:r>
        <w:rPr>
          <w:b/>
        </w:rPr>
        <w:t xml:space="preserve">[06:38] </w:t>
      </w:r>
      <w:r>
        <w:t>dekhein pehli cheez to mein yeh kahunga ke doosra aadmi jab us ko bator critical study karta hai to aap ko bhi us ko critical study hi kehna chahiye.</w:t>
      </w:r>
    </w:p>
    <w:p>
      <w:pPr>
        <w:jc w:val="right"/>
      </w:pPr>
      <w:r>
        <w:t>دیکھیں پہلی چیز تو میں یہ کہوں گا کہ دوسرا آدمی جب اس کو بطور کریٹیکل اسٹڈی کرتا ہے تو آپ کو بھی اس کو کریٹیکل اسٹڈی ہی کہنا چاہیے۔</w:t>
      </w:r>
    </w:p>
    <w:p>
      <w:r>
        <w:rPr>
          <w:b/>
        </w:rPr>
        <w:t xml:space="preserve">[06:53] </w:t>
      </w:r>
      <w:r>
        <w:t>aap ko us ke sab o shatm nahi kehna chahiye. sab o shatm Arabic word hai. is ka matlab hai gaali dena.</w:t>
      </w:r>
    </w:p>
    <w:p>
      <w:pPr>
        <w:jc w:val="right"/>
      </w:pPr>
      <w:r>
        <w:t>آپ کو اس کے سب و شتم نہیں کہنا چاہیے۔ سب و شتم عربک ورڈ ہے۔ اس کا معنی ہے گالی دینا۔</w:t>
      </w:r>
    </w:p>
    <w:p>
      <w:r>
        <w:rPr>
          <w:b/>
        </w:rPr>
        <w:t xml:space="preserve">[07:03] </w:t>
      </w:r>
      <w:r>
        <w:t>yani literal meaning jo hai sab o shatm ki hai gaali dena. yani paighambar ko, prophet ko gaali dena. ab dekhein yeh bhi Islam ke khilaf hai.</w:t>
      </w:r>
    </w:p>
    <w:p>
      <w:pPr>
        <w:jc w:val="right"/>
      </w:pPr>
      <w:r>
        <w:t>یعنی لٹرل میننگ جو ہے سب و شتم کی ہے گالی دینا۔ یعنی پیغمبر کو، پرافٹ کو گالی دینا۔ اب دیکھیں یہ بھی اسلام کے خلاف ہے۔</w:t>
      </w:r>
    </w:p>
    <w:p>
      <w:r>
        <w:rPr>
          <w:b/>
        </w:rPr>
        <w:t xml:space="preserve">[07:15] </w:t>
      </w:r>
      <w:r>
        <w:t>aap kyun kehte hain is ko ke gaali dena? aap ise kahiye ke critical study. aap yeh kahiye ke hum jo hai apne prophet ko sirf praise karte hain.</w:t>
      </w:r>
    </w:p>
    <w:p>
      <w:pPr>
        <w:jc w:val="right"/>
      </w:pPr>
      <w:r>
        <w:t>آپ کیوں کہتے ہیں اس کو کہ گالی دینا؟ آپ اسے کہیے کہ کریٹیکل اسٹڈی۔ آپ یہ کہیے کہ ہم جو ہے اپنے پرافٹ کو صرف پریز کرتے ہیں۔</w:t>
      </w:r>
    </w:p>
    <w:p>
      <w:r>
        <w:rPr>
          <w:b/>
        </w:rPr>
        <w:t xml:space="preserve">[07:27] </w:t>
      </w:r>
      <w:r>
        <w:t>hum sirf tareef karte hain. aur doosre log jo hain woh is ki critical study karte hain. yeh farq bataiye. yeh mat bataiye ke aap to tareef karte hain doosra gaali deta hai.</w:t>
      </w:r>
    </w:p>
    <w:p>
      <w:pPr>
        <w:jc w:val="right"/>
      </w:pPr>
      <w:r>
        <w:t>ہم صرف تعریف کرتے ہیں۔ اور دوسرے لوگ جو ہیں وہ اس کی کریٹیکل اسٹڈی کرتے ہیں۔ یہ فرق بتائیے۔ یہ مت بتائیے کہ آپ تو تعریف کرتے ہیں دوسرا گالی دیتا ہے۔</w:t>
      </w:r>
    </w:p>
    <w:p>
      <w:r>
        <w:rPr>
          <w:b/>
        </w:rPr>
        <w:t xml:space="preserve">[07:39] </w:t>
      </w:r>
      <w:r>
        <w:t>mein samajhta hoon ke yahi baat galat hai ke critical study ko aap kahein ke gaali deta hai yeh aadmi hamare paighambar ko. dekhein is mein yeh saada baat nahi hai.</w:t>
      </w:r>
    </w:p>
    <w:p>
      <w:pPr>
        <w:jc w:val="right"/>
      </w:pPr>
      <w:r>
        <w:t>میں سمجھتا ہوں کہ یہی بات غلط ہے کہ کریٹیکل اسٹڈی کو آپ کہیں کہ گالی دیتا ہے یہ آدمی ہمارے پیغمبر کو۔ دیکھیں اس میں یہ سادہ بات نہیں ہے۔</w:t>
      </w:r>
    </w:p>
    <w:p>
      <w:r>
        <w:rPr>
          <w:b/>
        </w:rPr>
        <w:t xml:space="preserve">[07:52] </w:t>
      </w:r>
      <w:r>
        <w:t>agar aap us ko koi kitaab chhapaaye prophet par aur aap us ko kahein ke yeh ek critical study hai to Musalmanon ke jazbaat bharkein ge nahi.</w:t>
      </w:r>
    </w:p>
    <w:p>
      <w:pPr>
        <w:jc w:val="right"/>
      </w:pPr>
      <w:r>
        <w:t>اگر آپ اس کو کوئی کتاب چھپائے پرافٹ پر اور آپ اس کو کہیں کہ یہ ایک کریٹیکل اسٹڈی ہے تو مسلمانوں کے جذبات بھڑکیں گے نہیں۔</w:t>
      </w:r>
    </w:p>
    <w:p>
      <w:r>
        <w:rPr>
          <w:b/>
        </w:rPr>
        <w:t xml:space="preserve">[08:06] </w:t>
      </w:r>
      <w:r>
        <w:t>bhadakte jab hain jab us ko kahein ke to gaali diya hamare paighambar ko us ne to bhadak uthte hain. matlab us ko kehte hain sab o shatm.</w:t>
      </w:r>
    </w:p>
    <w:p>
      <w:pPr>
        <w:jc w:val="right"/>
      </w:pPr>
      <w:r>
        <w:t>بھڑکتے جب ہیں جب اس کو کہیں کہ تو گالی دیا ہمارے پیغمبر کو اس نے تو بھڑک اٹھتے ہیں۔ مطلب اس کو کہتے ہیں سب و شتم۔</w:t>
      </w:r>
    </w:p>
    <w:p>
      <w:r>
        <w:rPr>
          <w:b/>
        </w:rPr>
        <w:t xml:space="preserve">[08:15] </w:t>
      </w:r>
      <w:r>
        <w:t>sab o shatm ka matlab hai gaali dena. to agar aap kahein ke yeh critical study hai to nahi bharkein ge loge. tafseel is liye lenge poochhenge bhai kya un ka criticism hai?</w:t>
      </w:r>
    </w:p>
    <w:p>
      <w:pPr>
        <w:jc w:val="right"/>
      </w:pPr>
      <w:r>
        <w:t>سب و شتم کا معنی ہے گالی دینا۔ تو اگر آپ کہیں کہ یہ کریٹیکل اسٹڈی ہے تو نہیں بھڑکیں گے لوگے۔ تفصیل اس لیے لیں گے پوچھیں گے بھئی کیا ان کا کریٹیسزم ہے؟</w:t>
      </w:r>
    </w:p>
    <w:p>
      <w:r>
        <w:rPr>
          <w:b/>
        </w:rPr>
        <w:t xml:space="preserve">[08:28] </w:t>
      </w:r>
      <w:r>
        <w:t>kya unhon ne kaha hai? jaano. lekin jab aap yeh keh dein ke yeh gaali galoch hai tab to log bhadak uthenge. to mein samajhta hoon ke yeh khud Musalmanon ki ghalti hai ke jo cheez doosre log karte hain as a critical study us ko aap naam dete hain kya?</w:t>
      </w:r>
    </w:p>
    <w:p>
      <w:pPr>
        <w:jc w:val="right"/>
      </w:pPr>
      <w:r>
        <w:t>کیا انہوں نے کہا ہے؟ جانو۔ لیکن جب آپ یہ کہہ دیں کہ یہ گالی گلوچ ہے تب تو لوگ بھڑک اٹھیں گے۔ تو میں سمجھتا ہوں کہ یہ خود مسلمانوں کی غلطی ہے کہ جو چیز دوسرے لوگ کرتے ہیں ایز اے کریٹیکل اسٹڈی اس کو آپ نام دیتے ہیں کیا؟</w:t>
      </w:r>
    </w:p>
    <w:p>
      <w:r>
        <w:rPr>
          <w:b/>
        </w:rPr>
        <w:t xml:space="preserve">[08:52] </w:t>
      </w:r>
      <w:r>
        <w:t>gaali galoch. aur Quran mein yeh mana hai. besm al-fusooqi ba'dal imaan.</w:t>
      </w:r>
    </w:p>
    <w:p>
      <w:pPr>
        <w:jc w:val="right"/>
      </w:pPr>
      <w:r>
        <w:t>گالی گلوچ۔ اور قرآن میں یہ منع ہے۔ بے اصل اسم الفسوق بعد الایمان۔</w:t>
      </w:r>
    </w:p>
    <w:p>
      <w:r>
        <w:rPr>
          <w:b/>
        </w:rPr>
        <w:t xml:space="preserve">[09:01] </w:t>
      </w:r>
      <w:r>
        <w:t>ek ayat hai yeh Quran ki. ke imaan laane ke baad bura naam dena yeh bahut galat kaam hai.</w:t>
      </w:r>
    </w:p>
    <w:p>
      <w:pPr>
        <w:jc w:val="right"/>
      </w:pPr>
      <w:r>
        <w:t>ایک آیت ہے یہ قرآن کی۔ کہ ایمان لانے کے بعد برا نام دینا یہ بہت غلط کام ہے۔</w:t>
      </w:r>
    </w:p>
    <w:p>
      <w:r>
        <w:rPr>
          <w:b/>
        </w:rPr>
        <w:t xml:space="preserve">[09:11] </w:t>
      </w:r>
      <w:r>
        <w:t>yani kisi cheez ko bura naam dena.</w:t>
      </w:r>
    </w:p>
    <w:p>
      <w:pPr>
        <w:jc w:val="right"/>
      </w:pPr>
      <w:r>
        <w:t>یعنی کسی چیز کو برا نام دینا۔</w:t>
      </w:r>
    </w:p>
    <w:p>
      <w:r>
        <w:rPr>
          <w:b/>
        </w:rPr>
        <w:t xml:space="preserve">[09:17] </w:t>
      </w:r>
      <w:r>
        <w:t>kisi cheez ko bura naam dena yeh bahut hi bura bahut badi burai hai yeh.</w:t>
      </w:r>
    </w:p>
    <w:p>
      <w:pPr>
        <w:jc w:val="right"/>
      </w:pPr>
      <w:r>
        <w:t>کسی چیز کو برا نام دینا یہ بہت ہی برا بہت بڑی برائی ہے یہ۔</w:t>
      </w:r>
    </w:p>
    <w:p>
      <w:r>
        <w:rPr>
          <w:b/>
        </w:rPr>
        <w:t xml:space="preserve">[09:26] </w:t>
      </w:r>
      <w:r>
        <w:t>to mein samajhta hoon ke yeh bhi Islam ki ek taleem hai. Islam ki ek teaching hai. ke sahi naam diya jaaye.</w:t>
      </w:r>
    </w:p>
    <w:p>
      <w:pPr>
        <w:jc w:val="right"/>
      </w:pPr>
      <w:r>
        <w:t>تو میں سمجھتا ہوں کہ یہ بھی اسلام کی ایک تعلیم ہے۔ اسلام کی ایک ٹیچنگ ہے۔ کہ صحیح نام دیا جائے۔</w:t>
      </w:r>
    </w:p>
    <w:p>
      <w:r>
        <w:rPr>
          <w:b/>
        </w:rPr>
        <w:t xml:space="preserve">[09:35] </w:t>
      </w:r>
      <w:r>
        <w:t>nomenclature jo hai nomenclature jo hai woh kuch theek theek hona chahiye. nomenclature mein koi abuse nahi hona chahiye.</w:t>
      </w:r>
    </w:p>
    <w:p>
      <w:pPr>
        <w:jc w:val="right"/>
      </w:pPr>
      <w:r>
        <w:t>نامن کلیچر جو ہے نامن کلیچر جو ہے وہ کچھ ٹھیک ٹھیک ہونا چاہیے۔ نامن کلیچر میں کوئی ابیوز نہیں ہونا چاہیے۔</w:t>
      </w:r>
    </w:p>
    <w:p>
      <w:r>
        <w:rPr>
          <w:b/>
        </w:rPr>
        <w:t xml:space="preserve">[09:47] </w:t>
      </w:r>
      <w:r>
        <w:t>to ek baat yeh hai. doosri baat yeh hai ke critical study hai to is mein aap bhadne ki kya zaroorat hai aap ko? aaj hi maine seerat ki kitaab hai yani prophet ki life ki.</w:t>
      </w:r>
    </w:p>
    <w:p>
      <w:pPr>
        <w:jc w:val="right"/>
      </w:pPr>
      <w:r>
        <w:t>تو ایک بات یہ ہے۔ دوسری بات یہ ہے کہ کریٹیکل اسٹڈی ہے تو اس میں آپ بھڑکنے کی کیا ضرورت ہے آپ کو؟ آج ہی میں نے سیرت کی کتاب ہے یعنی پرافٹ کی لائف کی۔</w:t>
      </w:r>
    </w:p>
    <w:p>
      <w:r>
        <w:rPr>
          <w:b/>
        </w:rPr>
        <w:t xml:space="preserve">[10:02] </w:t>
      </w:r>
      <w:r>
        <w:t>is ka naam hai Seerat Ibn Hisham. to us ko mein is ka ek hissa mein ne padha. to is mein bataya gaya tha ke prophet jab Madina mein the to mushrik qabile mein ek aadmi tha woh shayar tha.</w:t>
      </w:r>
    </w:p>
    <w:p>
      <w:pPr>
        <w:jc w:val="right"/>
      </w:pPr>
      <w:r>
        <w:t>اس کا نام ہے سیرت ابن ہشام۔ تو اس کو میں اس کا ایک حصہ میں نے پڑھا۔ تو اس میں بتایا گیا تھا کہ پرافٹ جب مدینہ میں تھے تو مشرک قبیلے میں ایک آدمی تھا وہ شاعر تھا۔</w:t>
      </w:r>
    </w:p>
    <w:p>
      <w:r>
        <w:rPr>
          <w:b/>
        </w:rPr>
        <w:t xml:space="preserve">[10:20] </w:t>
      </w:r>
      <w:r>
        <w:t>dekhein yeh aap ko yeh jaanna chahiye ke jab duniya mein journalism nahi tha printing press nahi tha jab cheezein chhapti nahi thi to kya hota tha?</w:t>
      </w:r>
    </w:p>
    <w:p>
      <w:pPr>
        <w:jc w:val="right"/>
      </w:pPr>
      <w:r>
        <w:t>دیکھیں یہ آپ کو یہ جاننا چاہیے کہ جب دنیا میں جرنلزم نہیں تھا پرنٹنگ پریس نہیں تھا جب چیزیں چھپتی نہیں تھیں تو کیا ہوتا تھا؟</w:t>
      </w:r>
    </w:p>
    <w:p>
      <w:r>
        <w:rPr>
          <w:b/>
        </w:rPr>
        <w:t xml:space="preserve">[10:32] </w:t>
      </w:r>
      <w:r>
        <w:t>log shair mein apni baat kehte the. yani apne sentiments ko shair ki zubaan mein kaha karte the. ab to aap jaante hain ke paper mein chhapti hai.</w:t>
      </w:r>
    </w:p>
    <w:p>
      <w:pPr>
        <w:jc w:val="right"/>
      </w:pPr>
      <w:r>
        <w:t>لوگ شعر میں اپنی بات کہتے تھے۔ یعنی اپنے سینٹیمنٹس کو شعر کی زبان میں کہا کرتے تھے۔ اب تو آپ جانتے ہیں کہ پیپر میں چھپتا ہے۔</w:t>
      </w:r>
    </w:p>
    <w:p>
      <w:r>
        <w:rPr>
          <w:b/>
        </w:rPr>
        <w:t xml:space="preserve">[10:43] </w:t>
      </w:r>
      <w:r>
        <w:t>log stage par bolte hain. book chapte hain. tab yeh sab nahi hota tha. jab printing press nahi aaya tha tab ki baat hai.</w:t>
      </w:r>
    </w:p>
    <w:p>
      <w:pPr>
        <w:jc w:val="right"/>
      </w:pPr>
      <w:r>
        <w:t>لوگ اسٹیج پر بولتے ہیں۔ بک چھاپتے ہیں۔ تب یہ سب نہیں ہوتا تھا۔ جب پرنٹنگ پریس نہیں آیا تھا تب کی بات ہے۔</w:t>
      </w:r>
    </w:p>
    <w:p>
      <w:r>
        <w:rPr>
          <w:b/>
        </w:rPr>
        <w:t xml:space="preserve">[10:52] </w:t>
      </w:r>
      <w:r>
        <w:t>kyun ke profit ka zamana jo hai woh seven century isvi ka first quarter ka zamana hai. toh ek mushrik qabeelay ka aadmi aaya rasool Allah ke haan madinay mein.</w:t>
      </w:r>
    </w:p>
    <w:p>
      <w:pPr>
        <w:jc w:val="right"/>
      </w:pPr>
      <w:r>
        <w:t>کیونکہ پرافٹ کا زمانہ جو ہے وہ سیون سینچری عیسوی کا فرسٹ کوارٹر کا زمانہ ہے۔ تو ایک مشرک قبیلہ کا آدمی آیا رسول اللہ کے ہاں مدینہ میں۔</w:t>
      </w:r>
    </w:p>
    <w:p>
      <w:r>
        <w:rPr>
          <w:b/>
        </w:rPr>
        <w:t xml:space="preserve">[11:07] </w:t>
      </w:r>
      <w:r>
        <w:t>aur us ne apna jo culture is ka tha mushrik culture. rasool Allah jo hain woh tauheed culture ko promote kar rahe thay. rasool Allah ka mission kya tha?</w:t>
      </w:r>
    </w:p>
    <w:p>
      <w:pPr>
        <w:jc w:val="right"/>
      </w:pPr>
      <w:r>
        <w:t>اور اس نے اپنا جو کلچر اس کا تھا مشرک کلچر۔ رسول اللہ جو ہیں وہ توحید کلچر کو پروموٹ کر رہے تھے۔ رسول اللہ کا مشن کیا تھا؟</w:t>
      </w:r>
    </w:p>
    <w:p>
      <w:r>
        <w:rPr>
          <w:b/>
        </w:rPr>
        <w:t xml:space="preserve">[11:19] </w:t>
      </w:r>
      <w:r>
        <w:t>tauheed culture ko promote karna. woh log jo hain woh mushrik culture ko mante thay. yaani Khuda ko kai manna aur ward idol worship yeh sab cheezein.</w:t>
      </w:r>
    </w:p>
    <w:p>
      <w:pPr>
        <w:jc w:val="right"/>
      </w:pPr>
      <w:r>
        <w:t>توحید کلچر کو پروموٹ کرنا۔ وہ لوگ جو ہیں وہ مشرک کلچر کو مانتے تھے۔ یعنی خدا کو کئی ماننا اور وارڈ آئیڈل ورشپ یہ سب چیزیں۔</w:t>
      </w:r>
    </w:p>
    <w:p>
      <w:r>
        <w:rPr>
          <w:b/>
        </w:rPr>
        <w:t xml:space="preserve">[11:34] </w:t>
      </w:r>
      <w:r>
        <w:t>toh apne culture ke liye us ne ash'aar banaye thay us ko parha us ne rasool Allah ke saamne.</w:t>
      </w:r>
    </w:p>
    <w:p>
      <w:pPr>
        <w:jc w:val="right"/>
      </w:pPr>
      <w:r>
        <w:t>تو اپنے کلچر کے لیے اس نے اشعار بنائے تھے اس کو پڑھا اس نے رسول اللہ کے سامنے۔</w:t>
      </w:r>
    </w:p>
    <w:p>
      <w:r>
        <w:rPr>
          <w:b/>
        </w:rPr>
        <w:t xml:space="preserve">[11:47] </w:t>
      </w:r>
      <w:r>
        <w:t>toh yeh wahan ka ek aam riwaj tha.</w:t>
      </w:r>
    </w:p>
    <w:p>
      <w:pPr>
        <w:jc w:val="right"/>
      </w:pPr>
      <w:r>
        <w:t>تو یہ وہاں کا ایک عام رواج تھا۔</w:t>
      </w:r>
    </w:p>
    <w:p>
      <w:r>
        <w:rPr>
          <w:b/>
        </w:rPr>
        <w:t xml:space="preserve">[11:53] </w:t>
      </w:r>
      <w:r>
        <w:t>ek aur mauqa par maine parha ke ek mushrik sardaar ne musalmanon ko khitaab karne ke karte hue kaha ke lana uzza wa la uzza alaikum.</w:t>
      </w:r>
    </w:p>
    <w:p>
      <w:pPr>
        <w:jc w:val="right"/>
      </w:pPr>
      <w:r>
        <w:t>ایک اور موقع پر میں نے پڑھا کہ ایک مشرک سردار نے مسلمانوں کو خطاب کرنے کے کرتے ہوئے کہا کہ لنا عزہ ولا عزہ علیکم۔</w:t>
      </w:r>
    </w:p>
    <w:p>
      <w:r>
        <w:rPr>
          <w:b/>
        </w:rPr>
        <w:t xml:space="preserve">[12:06] </w:t>
      </w:r>
      <w:r>
        <w:t>yeh tareeqa tha in logon ka. lana uzza wa la uzza alaikum. toh uzza ek idol ka naam tha.</w:t>
      </w:r>
    </w:p>
    <w:p>
      <w:pPr>
        <w:jc w:val="right"/>
      </w:pPr>
      <w:r>
        <w:t>یہ طریقہ تھا ان لوگوں کا۔ لنا عزہ ولا عزہ علیکم۔ تو عزہ ایک آئیڈل کا نام تھا۔</w:t>
      </w:r>
    </w:p>
    <w:p>
      <w:r>
        <w:rPr>
          <w:b/>
        </w:rPr>
        <w:t xml:space="preserve">[12:18] </w:t>
      </w:r>
      <w:r>
        <w:t>ek idol tha uska naam tha uzza. ek but. toh us ne kaha ke hamare paas uzza hai tumhare paas uzza nahi hai.</w:t>
      </w:r>
    </w:p>
    <w:p>
      <w:pPr>
        <w:jc w:val="right"/>
      </w:pPr>
      <w:r>
        <w:t>ایک آئیڈل تھا اس کا نام تھا عزہ۔ ایک بت۔ تو اس نے کہا کہ ہمارے پاس عزہ ہے تمہارے پاس عزہ نہیں ہے۔</w:t>
      </w:r>
    </w:p>
    <w:p>
      <w:r>
        <w:rPr>
          <w:b/>
        </w:rPr>
        <w:t xml:space="preserve">[12:30] </w:t>
      </w:r>
      <w:r>
        <w:t>yaani matlab yeh ke uzza ko samajhte thay ke woh bara bohat bari taaqat wala but hai. jis ko chahta hai izzat deta hai jis ko chahta hai izzat nahi deta.</w:t>
      </w:r>
    </w:p>
    <w:p>
      <w:pPr>
        <w:jc w:val="right"/>
      </w:pPr>
      <w:r>
        <w:t>یعنی مطلب یہ کہ عزہ کو سمجھتے تھے کہ وہ بڑا بہت بڑی طاقت والا بت ہے۔ جس کو چاہتا ہے عزت دیتا ہے جس کو چاہتا ہے عزت نہیں دیتا۔</w:t>
      </w:r>
    </w:p>
    <w:p>
      <w:r>
        <w:rPr>
          <w:b/>
        </w:rPr>
        <w:t xml:space="preserve">[12:43] </w:t>
      </w:r>
      <w:r>
        <w:t>uzza ka lafz bhi izzat se bana hai. ke izzat wala but. toh is mushrik sardaar ne kaha musalmanon ko address karte hue lana uzza wa la uzza alaikum.</w:t>
      </w:r>
    </w:p>
    <w:p>
      <w:pPr>
        <w:jc w:val="right"/>
      </w:pPr>
      <w:r>
        <w:t>عزہ کا لفظ بھی عزت سے بنا ہے۔ کہ عزت والا بت۔ تو اس مشرک سردار نے کہا مسلمانوں کو ایڈریس کرتے ہوئے لنا عزہ ولا عزہ علیکم۔</w:t>
      </w:r>
    </w:p>
    <w:p>
      <w:r>
        <w:rPr>
          <w:b/>
        </w:rPr>
        <w:t xml:space="preserve">[12:57] </w:t>
      </w:r>
      <w:r>
        <w:t>hamare paas uzza hai tumhare paas uzza nahi hai.</w:t>
      </w:r>
    </w:p>
    <w:p>
      <w:pPr>
        <w:jc w:val="right"/>
      </w:pPr>
      <w:r>
        <w:t>ہمارے پاس عزہ ہے تمہارے پاس عزہ نہیں ہے۔</w:t>
      </w:r>
    </w:p>
    <w:p>
      <w:r>
        <w:rPr>
          <w:b/>
        </w:rPr>
        <w:t xml:space="preserve">[13:04] </w:t>
      </w:r>
      <w:r>
        <w:t>toh rasool Allah ne kya kiya? rasool Allah ne kaha ek sahabi se khare ho aur bolo Allah maulana wa la maula alaikum.</w:t>
      </w:r>
    </w:p>
    <w:p>
      <w:pPr>
        <w:jc w:val="right"/>
      </w:pPr>
      <w:r>
        <w:t>تو رسول اللہ نے کیا کیا؟ رسول اللہ نے کہا ایک صحابی سے کھڑے ہو اور بولو اللہ مولانا ولا مولا علیکم۔</w:t>
      </w:r>
    </w:p>
    <w:p>
      <w:r>
        <w:rPr>
          <w:b/>
        </w:rPr>
        <w:t xml:space="preserve">[13:17] </w:t>
      </w:r>
      <w:r>
        <w:t>ke Allah hamara</w:t>
      </w:r>
    </w:p>
    <w:p>
      <w:pPr>
        <w:jc w:val="right"/>
      </w:pPr>
      <w:r>
        <w:t>کہ اللہ ہمارا</w:t>
      </w:r>
    </w:p>
    <w:p>
      <w:r>
        <w:rPr>
          <w:b/>
        </w:rPr>
        <w:t xml:space="preserve">[13:21] </w:t>
      </w:r>
      <w:r>
        <w:t>lord hai hamara Khuda hai. aur tumhara koi Khuda nahi. ab dekhein ke is mushrik sardaar ne kaha tha jo baat toh woh bhi aaj kal ki zabaan mein woh shatm tha.</w:t>
      </w:r>
    </w:p>
    <w:p>
      <w:pPr>
        <w:jc w:val="right"/>
      </w:pPr>
      <w:r>
        <w:t>لارڈ ہے ہمارا خدا ہے۔ اور تمہارا کوئی خدا نہیں۔ اب دیکھیں کہ اس مشرک سردار نے کہا تھا جو بات تو وہ بھی آج کل کی زبان میں وہ شتم تھا۔</w:t>
      </w:r>
    </w:p>
    <w:p>
      <w:r>
        <w:rPr>
          <w:b/>
        </w:rPr>
        <w:t xml:space="preserve">[13:37] </w:t>
      </w:r>
      <w:r>
        <w:t>toh rasool Allah ne toh yeh nahi kaha ke us ko gardan maaro us ko pakdo. balkay aap ne us ka yaani us ka us ka jawab is tarah diya ke aap ne bhi kaha ke yeh kaho tum.</w:t>
      </w:r>
    </w:p>
    <w:p>
      <w:pPr>
        <w:jc w:val="right"/>
      </w:pPr>
      <w:r>
        <w:t>تو رسول اللہ نے تو یہ نہیں کہا کہ اس کو گردن مارو اس کو پکڑو۔ بلکہ آپ نے اس کا یعنی اس کا اس کا جواب اس طرح دیا کہ آپ نے بھی کہا کہ یہ کہو تم۔</w:t>
      </w:r>
    </w:p>
    <w:p>
      <w:r>
        <w:rPr>
          <w:b/>
        </w:rPr>
        <w:t xml:space="preserve">[13:49] </w:t>
      </w:r>
      <w:r>
        <w:t>word ka jawab word se. woh kuch word bola tha toh aap ne kaha ke yeh word bolo tum. us ne kaha lana uzza wa la uzza alaikum.</w:t>
      </w:r>
    </w:p>
    <w:p>
      <w:pPr>
        <w:jc w:val="right"/>
      </w:pPr>
      <w:r>
        <w:t>ورڈ کا جواب ورڈ سے۔ وہ کچھ ورڈ بولا تھا تو آپ نے کہا کہ یہ ورڈ بولو تم۔ اس نے کہا لنا عزہ ولا عزہ علیکم۔</w:t>
      </w:r>
    </w:p>
    <w:p>
      <w:r>
        <w:rPr>
          <w:b/>
        </w:rPr>
        <w:t xml:space="preserve">[14:01] </w:t>
      </w:r>
      <w:r>
        <w:t>aap ne kaha khare ho kaho ke Allah maulana wa la maula alaikum. yeh hai tareeqa Islam ka. is ko kehte hain qisas.</w:t>
      </w:r>
    </w:p>
    <w:p>
      <w:pPr>
        <w:jc w:val="right"/>
      </w:pPr>
      <w:r>
        <w:t>آپ نے کہا کھڑے ہو کہو کہ اللہ مولانا ولا مولا علیکم۔ یہ ہے طریقہ اسلام کا۔ اس کو کہتے ہیں قصاص۔</w:t>
      </w:r>
    </w:p>
    <w:p>
      <w:r>
        <w:rPr>
          <w:b/>
        </w:rPr>
        <w:t xml:space="preserve">[14:12] </w:t>
      </w:r>
      <w:r>
        <w:t>qisas bhi ek hukum hai. qisas maani hain barabari ka jawab. equal response. equal reaction.</w:t>
      </w:r>
    </w:p>
    <w:p>
      <w:pPr>
        <w:jc w:val="right"/>
      </w:pPr>
      <w:r>
        <w:t>قصاص بھی ایک حکم ہے۔ قصاص معنی ہیں برابری کا جواب۔ ایکول رسپانس۔ ایکول ری ایکشن۔</w:t>
      </w:r>
    </w:p>
    <w:p>
      <w:r>
        <w:rPr>
          <w:b/>
        </w:rPr>
        <w:t xml:space="preserve">[14:23] </w:t>
      </w:r>
      <w:r>
        <w:t>toh yeh qisas tha. matlab word ka jawab word se. pain ka jawab pain se. book ka jawab book se.</w:t>
      </w:r>
    </w:p>
    <w:p>
      <w:pPr>
        <w:jc w:val="right"/>
      </w:pPr>
      <w:r>
        <w:t>تو یہ قصاص تھا۔ مطلب ورڈ کا جواب ورڈ سے۔ پین کا جواب پین سے۔ بک کا جواب بک سے۔</w:t>
      </w:r>
    </w:p>
    <w:p>
      <w:r>
        <w:rPr>
          <w:b/>
        </w:rPr>
        <w:t xml:space="preserve">[14:34] </w:t>
      </w:r>
      <w:r>
        <w:t>toh jo maine bataya qissa aap ko ke ek aaya ek ek qabeelay ka aadmi toh us ne ash'aar parhe aap ke saamne aur us ne apni badhai bayan ki apne qabeelay ki badhai bayan ki apne culture ki badhai bayan ki.</w:t>
      </w:r>
    </w:p>
    <w:p>
      <w:pPr>
        <w:jc w:val="right"/>
      </w:pPr>
      <w:r>
        <w:t>تو جو میں نے بتایا قصہ آپ کو کہ ایک آیا ایک ایک قبیلے کا آدمی تو اس نے اشعار پڑھے آپ کے سامنے اور اس نے اپنی بڑائی بیان کی اپنے قبیلے کی بڑائی بیان کی اپنے کلچر کی بڑائی بیان کی۔</w:t>
      </w:r>
    </w:p>
    <w:p>
      <w:r>
        <w:rPr>
          <w:b/>
        </w:rPr>
        <w:t xml:space="preserve">[14:52] </w:t>
      </w:r>
      <w:r>
        <w:t>toh rasool Allah ne kaha ke bulao Hassan ko. Hassan ek sahabi thay yaani companion. toh woh bhi shayari karte thay.</w:t>
      </w:r>
    </w:p>
    <w:p>
      <w:pPr>
        <w:jc w:val="right"/>
      </w:pPr>
      <w:r>
        <w:t>تو رسول اللہ نے کہا کہ بلاؤ حسان کو۔ حسان ایک صحابی تھے یعنی کمپینین۔ تو وہ بھی شاعری کرتے تھے۔</w:t>
      </w:r>
    </w:p>
    <w:p>
      <w:r>
        <w:rPr>
          <w:b/>
        </w:rPr>
        <w:t xml:space="preserve">[15:02] </w:t>
      </w:r>
      <w:r>
        <w:t>bulao un ko. un se kaho ke woh jawab dein us ka. toh woh us waqt wahan par thay nahi bulaye gaye aaye woh kaha ke Hassan ka jawab do.</w:t>
      </w:r>
    </w:p>
    <w:p>
      <w:pPr>
        <w:jc w:val="right"/>
      </w:pPr>
      <w:r>
        <w:t>بلاؤ ان کو۔ ان سے کہو کہ وہ جواب دیں اس کا۔ تو وہ اس وقت وہاں پر تھے نہیں بلائے گئے آئے وہ کہا کہ حسان کا جواب دو۔</w:t>
      </w:r>
    </w:p>
    <w:p>
      <w:r>
        <w:rPr>
          <w:b/>
        </w:rPr>
        <w:t xml:space="preserve">[15:18] </w:t>
      </w:r>
      <w:r>
        <w:t>Hassan ne shair ke jawab mein shair kaha.</w:t>
      </w:r>
    </w:p>
    <w:p>
      <w:pPr>
        <w:jc w:val="right"/>
      </w:pPr>
      <w:r>
        <w:t>حسان نے شعر کے جواب میں شعر کہا۔</w:t>
      </w:r>
    </w:p>
    <w:p>
      <w:r>
        <w:rPr>
          <w:b/>
        </w:rPr>
        <w:t xml:space="preserve">[15:24] </w:t>
      </w:r>
      <w:r>
        <w:t>us ne shair ke jawab mein apne culture ki badhai bayan ki thi. toh Hassan ne us ke muqable mein Islam ki baatein bataein. yeh tha Islam ka tareeqa.</w:t>
      </w:r>
    </w:p>
    <w:p>
      <w:pPr>
        <w:jc w:val="right"/>
      </w:pPr>
      <w:r>
        <w:t>اس نے شعر کے جواب میں اپنے کلچر کی بڑائی بیان کی تھی۔ تو حسان نے اس کے مقابلے میں اسلام کی باتیں بتائیں۔ یہ تھا اسلام کا طریقہ۔</w:t>
      </w:r>
    </w:p>
    <w:p>
      <w:r>
        <w:rPr>
          <w:b/>
        </w:rPr>
        <w:t xml:space="preserve">[15:36] </w:t>
      </w:r>
      <w:r>
        <w:t>criticism ko in logon ne liya ek intellectual challenge ke taur par. criticism ko woh lete thay intellectual challenge ke taur par.</w:t>
      </w:r>
    </w:p>
    <w:p>
      <w:pPr>
        <w:jc w:val="right"/>
      </w:pPr>
      <w:r>
        <w:t>کریٹیسزم کو ان لوگوں نے لیا ایک انٹلیکچول چیلنج کے طور پر۔ کریٹیسزم کو وہ لیتے تھے انٹلیکچول چیلنج کے طور پر۔</w:t>
      </w:r>
    </w:p>
    <w:p>
      <w:r>
        <w:rPr>
          <w:b/>
        </w:rPr>
        <w:t xml:space="preserve">[15:48] </w:t>
      </w:r>
      <w:r>
        <w:t>yeh nahi ke gaali galoch hai. criticism ko gaali galoch samajhna yeh Islam ka tareeqa nahi hai. yeh bohat hi third class ki baat hai.</w:t>
      </w:r>
    </w:p>
    <w:p>
      <w:pPr>
        <w:jc w:val="right"/>
      </w:pPr>
      <w:r>
        <w:t>یہ نہیں کہ گالی گلوچ ہے۔ کریٹیسزم کو گالی گلوچ سمجھنا یہ اسلام کا طریقہ نہیں ہے۔ یہ بہت ہی تھرڈ کلاس کی بات ہے۔</w:t>
      </w:r>
    </w:p>
    <w:p>
      <w:r>
        <w:rPr>
          <w:b/>
        </w:rPr>
        <w:t xml:space="preserve">[16:00] </w:t>
      </w:r>
      <w:r>
        <w:t>ke koi criticize kare to aap kahein gaali de raha hai. bhai criticize kar raha hai to koi baat keh raha hai na is baat ko samjhein. aap is baat ko yaani analysis kijiye.</w:t>
      </w:r>
    </w:p>
    <w:p>
      <w:pPr>
        <w:jc w:val="right"/>
      </w:pPr>
      <w:r>
        <w:t>کہ کوئی کریٹیسائز کرے تو آپ کہیں گالی دے رہا ہے۔ بھئی کریٹیسائز کر رہا ہے تو کوئی بات کہہ رہا ہے نا اس بات کو سمجھئے۔ آپ اس بات کو یعنی انالیسز کیجیے۔</w:t>
      </w:r>
    </w:p>
    <w:p>
      <w:r>
        <w:rPr>
          <w:b/>
        </w:rPr>
        <w:t xml:space="preserve">[16:14] </w:t>
      </w:r>
      <w:r>
        <w:t>us ko reject kijiye argument se.</w:t>
      </w:r>
    </w:p>
    <w:p>
      <w:pPr>
        <w:jc w:val="right"/>
      </w:pPr>
      <w:r>
        <w:t>اس کو ریجیکٹ کیجیے آرگیومنٹ سے۔</w:t>
      </w:r>
    </w:p>
    <w:p>
      <w:r>
        <w:rPr>
          <w:b/>
        </w:rPr>
        <w:t xml:space="preserve">[16:19] </w:t>
      </w:r>
      <w:r>
        <w:t>ab argument hai to counter argument pesh kijiye aap.</w:t>
      </w:r>
    </w:p>
    <w:p>
      <w:pPr>
        <w:jc w:val="right"/>
      </w:pPr>
      <w:r>
        <w:t>اب آرگیومنٹ ہے تو کاؤنٹر آرگیومنٹ پیش کیجیے آپ۔</w:t>
      </w:r>
    </w:p>
    <w:p>
      <w:r>
        <w:rPr>
          <w:b/>
        </w:rPr>
        <w:t xml:space="preserve">[16:25] </w:t>
      </w:r>
      <w:r>
        <w:t>to yeh bohat hi important baat hai yeh samajhna ke har baar jab koi aadmi aisi baat kahe</w:t>
      </w:r>
    </w:p>
    <w:p>
      <w:pPr>
        <w:jc w:val="right"/>
      </w:pPr>
      <w:r>
        <w:t>تو یہ بہت ہی امپورٹنٹ بات ہے یہ سمجھنا کہ ہر بار جب کوئی آدمی ایسی بات کہے</w:t>
      </w:r>
    </w:p>
    <w:p>
      <w:r>
        <w:rPr>
          <w:b/>
        </w:rPr>
        <w:t xml:space="preserve">[16:32] </w:t>
      </w:r>
      <w:r>
        <w:t>جو اسلام کے اگینسٹ میں ہو پرافٹ کے اگینسٹ میں ہو تو that is an intellectual</w:t>
      </w:r>
    </w:p>
    <w:p>
      <w:pPr>
        <w:jc w:val="right"/>
      </w:pPr>
      <w:r>
        <w:t>جو اسلام کے اگینسٹ میں ہو پرافٹ کے اگینسٹ میں ہو تو دیٹ از ا این انٹلیکچول</w:t>
      </w:r>
    </w:p>
    <w:p>
      <w:r>
        <w:rPr>
          <w:b/>
        </w:rPr>
        <w:t xml:space="preserve">[16:41] </w:t>
      </w:r>
      <w:r>
        <w:t>challenge.</w:t>
      </w:r>
    </w:p>
    <w:p>
      <w:pPr>
        <w:jc w:val="right"/>
      </w:pPr>
      <w:r>
        <w:t>چیلنج۔</w:t>
      </w:r>
    </w:p>
    <w:p>
      <w:r>
        <w:rPr>
          <w:b/>
        </w:rPr>
        <w:t xml:space="preserve">[16:45] </w:t>
      </w:r>
      <w:r>
        <w:t>intellectual challenge. to intellectual challenge ko kaise counter kiya jayega? is se kiya jayega ke woh woh word bola hai aap bhi word boliye.</w:t>
      </w:r>
    </w:p>
    <w:p>
      <w:pPr>
        <w:jc w:val="right"/>
      </w:pPr>
      <w:r>
        <w:t>انٹلیکچول چیلنج۔ تو انٹلیکچول چیلنج کو کیسے کاؤنٹر کیا جائے گا؟ اس سے کیا جائے گا کہ وہ وہ ورڈ بولا ہے آپ بھی ورڈ بولیے۔</w:t>
      </w:r>
    </w:p>
    <w:p>
      <w:r>
        <w:rPr>
          <w:b/>
        </w:rPr>
        <w:t xml:space="preserve">[16:57] </w:t>
      </w:r>
      <w:r>
        <w:t>us ne apne pen ka use kiya to aap bhi apne pen ka use kijiye. book chhapi hai to aap bhi book chhapiye.</w:t>
      </w:r>
    </w:p>
    <w:p>
      <w:pPr>
        <w:jc w:val="right"/>
      </w:pPr>
      <w:r>
        <w:t>اس نے اپنے پین کا یوز کیا تو آپ بھی اپنے پین کا یوز کیجیے۔ بک چھاپی ہے تو آپ بھی بک چھاپیے۔</w:t>
      </w:r>
    </w:p>
    <w:p>
      <w:r>
        <w:rPr>
          <w:b/>
        </w:rPr>
        <w:t xml:space="preserve">[17:05] </w:t>
      </w:r>
      <w:r>
        <w:t>that is the right way to meet any kind of intellectual challenge. yeh hai Islam ka tareeqa.</w:t>
      </w:r>
    </w:p>
    <w:p>
      <w:pPr>
        <w:jc w:val="right"/>
      </w:pPr>
      <w:r>
        <w:t>دیٹ از دا رائٹ وے ٹو میٹ اینی کائنڈ آف انٹلیکچول چیلنج۔ یہ ہے اسلام کا طریقہ۔</w:t>
      </w:r>
    </w:p>
    <w:p>
      <w:r>
        <w:rPr>
          <w:b/>
        </w:rPr>
        <w:t xml:space="preserve">[17:14] </w:t>
      </w:r>
      <w:r>
        <w:t>ab mein aap ko batata hoon ke yeh jo aaj kal bohat mashhoor hai ke Islam to bohat hi zyada yaani aisa mazhab hai ke un ke un ke peghambar ko kuch keh do to woh maar dalenge.</w:t>
      </w:r>
    </w:p>
    <w:p>
      <w:pPr>
        <w:jc w:val="right"/>
      </w:pPr>
      <w:r>
        <w:t>اب میں آپ کو بتاتا ہوں کہ یہ جو آج کل بہت مشہور ہے کہ اسلام تو بہت ہی زیادہ یعنی ایسا مذہب ہے کہ ان کے ان کے پیغمبر کو کچھ کہہ دو تو وہ مار ڈالیں گے۔</w:t>
      </w:r>
    </w:p>
    <w:p>
      <w:r>
        <w:rPr>
          <w:b/>
        </w:rPr>
        <w:t xml:space="preserve">[17:31] </w:t>
      </w:r>
      <w:r>
        <w:t>aap jante hain kuch fatwe aise chhpe ke maar dalo in ko. kuch logon ne aisi kitabein chhapi jin mein peghambar ke khilaaf baatein theen.</w:t>
      </w:r>
    </w:p>
    <w:p>
      <w:pPr>
        <w:jc w:val="right"/>
      </w:pPr>
      <w:r>
        <w:t>آپ جانتے ہیں کچھ فتوے ایسے چھپے کہ مار ڈالو ان کو۔ کچھ لوگوں نے ایسی کتابیں چھاپیں جس میں پیغمبر کے خلاف باتیں تھیں۔</w:t>
      </w:r>
    </w:p>
    <w:p>
      <w:r>
        <w:rPr>
          <w:b/>
        </w:rPr>
        <w:t xml:space="preserve">[17:40] </w:t>
      </w:r>
      <w:r>
        <w:t>koi fatwa nikal gaya ke maro in ko qatal karo in ko jahan pao in ko maro. to ab ek yeh yeh zamana aap jante hain ke yeh media ka zamana hai.</w:t>
      </w:r>
    </w:p>
    <w:p>
      <w:pPr>
        <w:jc w:val="right"/>
      </w:pPr>
      <w:r>
        <w:t>کوئی فتویٰ نکل گیا کہ مارو ان کو قتل کرو ان کو جہاں پاؤ ان کو مارو۔ تو اب ایک یہ یہ زمانہ آپ جانتے ہیں کہ یہ میڈیا کا زمانہ ہے۔</w:t>
      </w:r>
    </w:p>
    <w:p>
      <w:r>
        <w:rPr>
          <w:b/>
        </w:rPr>
        <w:t xml:space="preserve">[17:50] </w:t>
      </w:r>
      <w:r>
        <w:t>pehlay zamane mein agar koi aisi baat kehta tha to local log suntay thay local log jantay thay. bas ab to media mein aati hai aur sari duniya jaan leti hai is ko.</w:t>
      </w:r>
    </w:p>
    <w:p>
      <w:pPr>
        <w:jc w:val="right"/>
      </w:pPr>
      <w:r>
        <w:t>پہلے زمانے میں اگر کوئی ایسی بات کہتا تھا تو لوکل لوگ سنتے تھے لوکل لوگ جانتے تھے۔ بس اب تو میڈیا میں آتی ہے اور ساری دنیا جان لیتی ہے اس کو۔</w:t>
      </w:r>
    </w:p>
    <w:p>
      <w:r>
        <w:rPr>
          <w:b/>
        </w:rPr>
        <w:t xml:space="preserve">[18:02] </w:t>
      </w:r>
      <w:r>
        <w:t>to ab jo aise fatwe chhpe to chhaptay hi sari duniya mein puhanch gaye. TV se radio se aur akhbar se book se har tareeqay se.</w:t>
      </w:r>
    </w:p>
    <w:p>
      <w:pPr>
        <w:jc w:val="right"/>
      </w:pPr>
      <w:r>
        <w:t>تو اب جو ایسے فتوے چھپے تو چھپتے ہی ساری دنیا میں پہنچ گئے۔ ٹی وی سے ریڈیو سے اور اخبار سے بک سے ہر طریقے سے۔</w:t>
      </w:r>
    </w:p>
    <w:p>
      <w:r>
        <w:rPr>
          <w:b/>
        </w:rPr>
        <w:t xml:space="preserve">[18:20] </w:t>
      </w:r>
      <w:r>
        <w:t>ab to minton aur secondon mein baatein yahan se wahan puhanch jati hain. ab kya hua? Islam ki image kya ban gayi?</w:t>
      </w:r>
    </w:p>
    <w:p>
      <w:pPr>
        <w:jc w:val="right"/>
      </w:pPr>
      <w:r>
        <w:t>اب تو منٹوں اور سیکنڈوں میں باتیں یہاں سے وہاں پہنچ جاتی ہیں۔ اب کیا ہوا؟ اسلام کی امیج کیا بن گئی؟</w:t>
      </w:r>
    </w:p>
    <w:p>
      <w:r>
        <w:rPr>
          <w:b/>
        </w:rPr>
        <w:t xml:space="preserve">[18:30] </w:t>
      </w:r>
      <w:r>
        <w:t>ke Islam is a</w:t>
      </w:r>
    </w:p>
    <w:p>
      <w:pPr>
        <w:jc w:val="right"/>
      </w:pPr>
      <w:r>
        <w:t>کہ اسلام از اے</w:t>
      </w:r>
    </w:p>
    <w:p>
      <w:r>
        <w:rPr>
          <w:b/>
        </w:rPr>
        <w:t xml:space="preserve">[18:37] </w:t>
      </w:r>
      <w:r>
        <w:t>is a violent religion. Islam mein to tolerance nahi hai. Islam mein intolerance hai.</w:t>
      </w:r>
    </w:p>
    <w:p>
      <w:pPr>
        <w:jc w:val="right"/>
      </w:pPr>
      <w:r>
        <w:t>از اے وائلنٹ ریلیجن۔ اسلام میں تو ٹولرنس نہیں ہے۔ اسلام میں ان ٹولرنس ہے۔</w:t>
      </w:r>
    </w:p>
    <w:p>
      <w:r>
        <w:rPr>
          <w:b/>
        </w:rPr>
        <w:t xml:space="preserve">[18:48] </w:t>
      </w:r>
      <w:r>
        <w:t>ab sari duniya mein image ban gayi Islam ki. halankay image jo hai bani hai woh musalmanon ki ghalti se bani hai. aisa nahi ke Islam wohi sikhata hai.</w:t>
      </w:r>
    </w:p>
    <w:p>
      <w:pPr>
        <w:jc w:val="right"/>
      </w:pPr>
      <w:r>
        <w:t>اب ساری دنیا میں امیج بن گئی اسلام کی۔ حالانکہ امیج جو ہے بنی ہے وہ مسلمانوں کی غلطی سے بنی ہے۔ ایسا نہیں کہ اسلام وہی سکھاتا ہے۔</w:t>
      </w:r>
    </w:p>
    <w:p>
      <w:r>
        <w:rPr>
          <w:b/>
        </w:rPr>
        <w:t xml:space="preserve">[18:58] </w:t>
      </w:r>
      <w:r>
        <w:t>is liye mein hamesha kaha karta hoon ke you have to judge Islam. you have to yaani you have to judge Muslims by the Islamic teachings.</w:t>
      </w:r>
    </w:p>
    <w:p>
      <w:pPr>
        <w:jc w:val="right"/>
      </w:pPr>
      <w:r>
        <w:t>اس لیے میں ہمیشہ کہا کرتا ہوں کہ یو ہیو ٹو جج اسلام۔ یو ہیو ٹو یعنی یو ہیو ٹو جج مسلمز بائے دی اسلامک ٹیچنگز۔</w:t>
      </w:r>
    </w:p>
    <w:p>
      <w:r>
        <w:rPr>
          <w:b/>
        </w:rPr>
        <w:t xml:space="preserve">[19:14] </w:t>
      </w:r>
      <w:r>
        <w:t>you have to differentiate between Muslims and Islam.</w:t>
      </w:r>
    </w:p>
    <w:p>
      <w:pPr>
        <w:jc w:val="right"/>
      </w:pPr>
      <w:r>
        <w:t>یو ہیو ٹو ڈیفرنشیٹ بٹوین مسلمز اینڈ اسلام۔</w:t>
      </w:r>
    </w:p>
    <w:p>
      <w:r>
        <w:rPr>
          <w:b/>
        </w:rPr>
        <w:t xml:space="preserve">[19:18] </w:t>
      </w:r>
      <w:r>
        <w:t>mein hamesha yeh kehta hoon. you have to differentiate between Islam and Muslims. you have to judge Muslims in the light of Islamic teachings and not vice versa.</w:t>
      </w:r>
    </w:p>
    <w:p>
      <w:pPr>
        <w:jc w:val="right"/>
      </w:pPr>
      <w:r>
        <w:t>میں ہمیشہ یہ کہتا ہوں۔ یو ہیو ٹو ڈیفرنشیٹ بٹوین اسلام اینڈ مسلمز۔ یو ہیو ٹو جج مسلمز ان دا لائٹ آف اسلامک ٹیچنگز اینڈ ناٹ وائس ورسا۔</w:t>
      </w:r>
    </w:p>
    <w:p>
      <w:r>
        <w:rPr>
          <w:b/>
        </w:rPr>
        <w:t xml:space="preserve">[19:33] </w:t>
      </w:r>
      <w:r>
        <w:t>musalman agar koi karein koi baat to woh in musalmanon ki apni baat hai koi Islam ki baat nahi hai.</w:t>
      </w:r>
    </w:p>
    <w:p>
      <w:pPr>
        <w:jc w:val="right"/>
      </w:pPr>
      <w:r>
        <w:t>مسلمان اگر کوئی کریں کوئی بات تو وہ ان مسلمانوں کی اپنی بات ہے کوئی اسلام کی بات نہیں ہے۔</w:t>
      </w:r>
    </w:p>
    <w:p>
      <w:r>
        <w:rPr>
          <w:b/>
        </w:rPr>
        <w:t xml:space="preserve">[19:44] </w:t>
      </w:r>
      <w:r>
        <w:t>to Islam ki baat to yahi hai ke intellectual challenge ko intellectual level par hi is ko meet kiya jayega.</w:t>
      </w:r>
    </w:p>
    <w:p>
      <w:pPr>
        <w:jc w:val="right"/>
      </w:pPr>
      <w:r>
        <w:t>تو اسلام کی بات تو یہی ہے کہ انٹلیکچول چیلنج کو انٹلیکچول لیول پر ہی اس کو میٹ کیا جائے گا۔</w:t>
      </w:r>
    </w:p>
    <w:p>
      <w:r>
        <w:rPr>
          <w:b/>
        </w:rPr>
        <w:t xml:space="preserve">[19:53] </w:t>
      </w:r>
      <w:r>
        <w:t>yeh Islam ka tareeqa hai.</w:t>
      </w:r>
    </w:p>
    <w:p>
      <w:pPr>
        <w:jc w:val="right"/>
      </w:pPr>
      <w:r>
        <w:t>یہ اسلام کا طریقہ ہے۔</w:t>
      </w:r>
    </w:p>
    <w:p>
      <w:r>
        <w:rPr>
          <w:b/>
        </w:rPr>
        <w:t xml:space="preserve">[19:58] </w:t>
      </w:r>
      <w:r>
        <w:t>to yeh sab baatein ittefaq se huin to aaj mein ne ek kitab nikali. is par kuch kitabein likhi gayi hain. to</w:t>
      </w:r>
    </w:p>
    <w:p>
      <w:pPr>
        <w:jc w:val="right"/>
      </w:pPr>
      <w:r>
        <w:t>تو یہ سب باتیں اتفاق سے ہوئیں تو آج میں نے ایک کتاب نکالی۔ اس پر کچھ کتابیں لکھی گئی ہیں۔ تو</w:t>
      </w:r>
    </w:p>
    <w:p>
      <w:r>
        <w:rPr>
          <w:b/>
        </w:rPr>
        <w:t xml:space="preserve">[20:11] </w:t>
      </w:r>
      <w:r>
        <w:t>ek bhi Quran ki ayat yeh ek bhi hadith quote nahi ki inhon ne. moti moti kitabein hain. itni badi baat keh rahe hain ke jo Rasool Allah ko shatm kare yaani Rasool Allah ke khilaaf gaali galoch kare us ko maar dalo itni badi baat.</w:t>
      </w:r>
    </w:p>
    <w:p>
      <w:pPr>
        <w:jc w:val="right"/>
      </w:pPr>
      <w:r>
        <w:t>ایک بھی قرآن کی آیت یہ ایک بھی حدیث کوٹ نہیں کی انہوں نے۔ موٹی موٹی کتابیں ہیں۔ اتنی بڑی بات کہہ رہے ہیں کہ جو رسول اللہ کو شتم کرے یعنی رسول اللہ کے خلاف گالی گلوچ کرے اس کو مار ڈالو اتنی بڑی بات۔</w:t>
      </w:r>
    </w:p>
    <w:p>
      <w:r>
        <w:rPr>
          <w:b/>
        </w:rPr>
        <w:t xml:space="preserve">[20:33] </w:t>
      </w:r>
      <w:r>
        <w:t>lekin yeh baat kaise nikli bhai? kaise kahan likha hua hai aisa?</w:t>
      </w:r>
    </w:p>
    <w:p>
      <w:pPr>
        <w:jc w:val="right"/>
      </w:pPr>
      <w:r>
        <w:t>لیکن یہ بات کیسے نکلی بھئی؟ کیسے کہاں لکھا ہوا ہے ایسا؟</w:t>
      </w:r>
    </w:p>
    <w:p>
      <w:r>
        <w:rPr>
          <w:b/>
        </w:rPr>
        <w:t xml:space="preserve">[20:42] </w:t>
      </w:r>
      <w:r>
        <w:t>to dekhiye islam ka</w:t>
      </w:r>
    </w:p>
    <w:p>
      <w:pPr>
        <w:jc w:val="right"/>
      </w:pPr>
      <w:r>
        <w:t>تو دیکھیے اسلام کا</w:t>
      </w:r>
    </w:p>
    <w:p>
      <w:r>
        <w:rPr>
          <w:b/>
        </w:rPr>
        <w:t xml:space="preserve">[20:47] </w:t>
      </w:r>
      <w:r>
        <w:t>yeh jo masla hai shatm rasool ka masla hai is ko kaha jata hai. to</w:t>
      </w:r>
    </w:p>
    <w:p>
      <w:pPr>
        <w:jc w:val="right"/>
      </w:pPr>
      <w:r>
        <w:t>یہ جو مسئلہ ہے شتم رسول کا مسئلہ ہے اس کو کہا جاتا ہے۔ تو</w:t>
      </w:r>
    </w:p>
    <w:p>
      <w:r>
        <w:rPr>
          <w:b/>
        </w:rPr>
        <w:t xml:space="preserve">[21:00] </w:t>
      </w:r>
      <w:r>
        <w:t>is par bohat si kitabein likhi gayi hain. aur bohat hi top ke logon ne kitabein likhi hain. aam taur par log yahi rai rakhte hain.</w:t>
      </w:r>
    </w:p>
    <w:p>
      <w:pPr>
        <w:jc w:val="right"/>
      </w:pPr>
      <w:r>
        <w:t>اس پر بہت سی کتابیں لکھی گئی ہیں۔ اور بہت ہی ٹاپ کے لوگوں نے کتابیں لکھی ہیں۔ عام طور پر لوگ یہی رائے رکھتے ہیں۔</w:t>
      </w:r>
    </w:p>
    <w:p>
      <w:r>
        <w:rPr>
          <w:b/>
        </w:rPr>
        <w:t xml:space="preserve">[21:11] </w:t>
      </w:r>
      <w:r>
        <w:t>jaise ke allama ibn taimiya aur allama subqi aur allama ibn ibn abidin shami yeh sab bohat hi top ke log hain.</w:t>
      </w:r>
    </w:p>
    <w:p>
      <w:pPr>
        <w:jc w:val="right"/>
      </w:pPr>
      <w:r>
        <w:t>جیسے کہ علامہ ابن تیمیہ اور علامہ سبقی اور علامہ ابن ابن عابدین شامی یہ سب بہت ہی ٹاپ کے لوگ ہیں۔</w:t>
      </w:r>
    </w:p>
    <w:p>
      <w:r>
        <w:rPr>
          <w:b/>
        </w:rPr>
        <w:t xml:space="preserve">[21:24] </w:t>
      </w:r>
      <w:r>
        <w:t>in ki kitabein hain. aap in ki kitabein parhiye. to yeh to woh dhoom se kahein ge ke shatm rasool jo hai woh aik aisa bura kaam hai ke is par is ke is aadmi ko capital punishment diya jaye ga.</w:t>
      </w:r>
    </w:p>
    <w:p>
      <w:pPr>
        <w:jc w:val="right"/>
      </w:pPr>
      <w:r>
        <w:t>ان کی کتابیں ہیں۔ آپ ان کی کتابیں پڑھیے۔ تو یہ تو وہ دھوم سے کہیں گے کہ شتم رسول جو ہے وہ ایک ایسا برا کام ہے کہ اس پر اس کے اس آدمی کو کیپیٹل پنشمنٹ دیا جائے گا۔</w:t>
      </w:r>
    </w:p>
    <w:p>
      <w:r>
        <w:rPr>
          <w:b/>
        </w:rPr>
        <w:t xml:space="preserve">[21:45] </w:t>
      </w:r>
      <w:r>
        <w:t>yani yقتل حدن. yقتل حدن yani is ko capital punishment diya jaye ga is ko qatl kiya jaye ga. lekin sawal yeh hai kisi ke jana mare to aap ke paas quran o hadith se koi nikalna chahiye reference?</w:t>
      </w:r>
    </w:p>
    <w:p>
      <w:pPr>
        <w:jc w:val="right"/>
      </w:pPr>
      <w:r>
        <w:t>یعنی یقتل حدن۔ یقتل حدن یعنی اس کو کیپیٹل پنشمنٹ دیا جائے گا اس کو قتل کیا جائے گا۔ لیکن سوال یہ ہے کسی کے جانا مارے تو آپ کے پاس قرآن و حدیث سے کوئی نکلنا چاہیے ریفرنس؟</w:t>
      </w:r>
    </w:p>
    <w:p>
      <w:r>
        <w:rPr>
          <w:b/>
        </w:rPr>
        <w:t xml:space="preserve">[22:05] </w:t>
      </w:r>
      <w:r>
        <w:t>kaise aap kisi ko maar dalen ge? aap apni rai se nahi maar sakte kisi ko. aap yeh kahein ke musalmanon ke jazbat jo hain woh hurt hue hain to hurt hue hain to is liye maar dalen ge aap?</w:t>
      </w:r>
    </w:p>
    <w:p>
      <w:pPr>
        <w:jc w:val="right"/>
      </w:pPr>
      <w:r>
        <w:t>کیسے آپ کسی کو مار ڈالیں گے؟ آپ اپنی رائے سے نہیں مار سکتے کسی کو۔ آپ یہ کہیں کہ مسلمانوں کے جذبات جو ہیں وہ ہرٹ ہوئے ہیں تو ہرٹ ہوئے ہیں تو اس لیے مار ڈالیں گے آپ؟</w:t>
      </w:r>
    </w:p>
    <w:p>
      <w:r>
        <w:rPr>
          <w:b/>
        </w:rPr>
        <w:t xml:space="preserve">[22:19] </w:t>
      </w:r>
      <w:r>
        <w:t>lekin yeh koi provision nahi hai islam mein ke musalmanon ke jazbat hurt hon to un ko haq hai ke woh maar dalen kisi ko? that is your problem.</w:t>
      </w:r>
    </w:p>
    <w:p>
      <w:pPr>
        <w:jc w:val="right"/>
      </w:pPr>
      <w:r>
        <w:t>لیکن یہ کوئی پروویژن نہیں ہے اسلام میں کہ مسلمانوں کے جذبات ہرٹ ہوں تو ان کو حق ہے کہ وہ مار ڈالیں کسی کو؟ دیٹ از یور پرابلم۔</w:t>
      </w:r>
    </w:p>
    <w:p>
      <w:r>
        <w:rPr>
          <w:b/>
        </w:rPr>
        <w:t xml:space="preserve">[22:30] </w:t>
      </w:r>
      <w:r>
        <w:t>agar aap ke jazbat majrooh hote hain that is your problem. you not problem of islam.</w:t>
      </w:r>
    </w:p>
    <w:p>
      <w:pPr>
        <w:jc w:val="right"/>
      </w:pPr>
      <w:r>
        <w:t>اگر آپ کے جذبات مجروح ہوتے ہیں دیٹ از یور پرابلم۔ یو ناٹ پرابلم آف اسلام۔</w:t>
      </w:r>
    </w:p>
    <w:p>
      <w:r>
        <w:rPr>
          <w:b/>
        </w:rPr>
        <w:t xml:space="preserve">[22:41] </w:t>
      </w:r>
      <w:r>
        <w:t>to yeh koi dalil nahi hai ke musalmanon ke jazbat majrooh hote hain musalmanon ke jazbat hurt hote hain. kuch nahi yeh is ki koi value nahi hai kuch bhi nahi.</w:t>
      </w:r>
    </w:p>
    <w:p>
      <w:pPr>
        <w:jc w:val="right"/>
      </w:pPr>
      <w:r>
        <w:t>تو یہ کوئی دلیل نہیں ہے کہ مسلمانوں کے جذبات مجروح ہوتے ہیں مسلمانوں کے جذبات ہرٹ ہوتے ہیں۔ کچھ نہیں یہ اس کی کوئی ویلیو نہیں ہے کچھ بھی نہیں۔</w:t>
      </w:r>
    </w:p>
    <w:p>
      <w:r>
        <w:rPr>
          <w:b/>
        </w:rPr>
        <w:t xml:space="preserve">[22:52] </w:t>
      </w:r>
      <w:r>
        <w:t>quran o hadith se pesh karna pare ga aap ko. to in kitabon ko aap parhiye. aik bhi ayat woh nahi pesh kar sakte hain jis mein ke yeh hukum milta ho.</w:t>
      </w:r>
    </w:p>
    <w:p>
      <w:pPr>
        <w:jc w:val="right"/>
      </w:pPr>
      <w:r>
        <w:t>قرآن و حدیث سے پیش کرنا پڑے گا آپ کو۔ تو ان کتابوں کو آپ پڑھیے۔ ایک بھی آیت وہ نہیں پیش کر سکتے ہیں جس میں کہ یہ حکم ملتا ہو۔</w:t>
      </w:r>
    </w:p>
    <w:p>
      <w:r>
        <w:rPr>
          <w:b/>
        </w:rPr>
        <w:t xml:space="preserve">[23:05] </w:t>
      </w:r>
      <w:r>
        <w:t>jaise aaj mein ne jo kitab dekhi to us mein kya hai? surah tauba ki aik ayat hai us mein kaha gaya hai ke jo log khuda aur rasool ko aiza pohanchate hain un ko satate hain to qayamat mein un ko azab aleem hoga dardnak saza hogi.</w:t>
      </w:r>
    </w:p>
    <w:p>
      <w:pPr>
        <w:jc w:val="right"/>
      </w:pPr>
      <w:r>
        <w:t>جیسے آج میں نے جو کتاب دیکھی تو اس میں کیا ہے؟ سورۃ توبہ کی ایک آیت ہے اس میں کہا گیا ہے کہ جو لوگ خدا اور رسول کو ایذا پہنچاتے ہیں ان کو ستاتے ہیں تو قیامت میں ان کو عذاب علیم ہوگا دردناک سزا ہوگی۔</w:t>
      </w:r>
    </w:p>
    <w:p>
      <w:r>
        <w:rPr>
          <w:b/>
        </w:rPr>
        <w:t xml:space="preserve">[23:32] </w:t>
      </w:r>
      <w:r>
        <w:t>ab bataiye ke is se nikal liya?</w:t>
      </w:r>
    </w:p>
    <w:p>
      <w:pPr>
        <w:jc w:val="right"/>
      </w:pPr>
      <w:r>
        <w:t>اب بتائیے کہ اس سے نکال لیا؟</w:t>
      </w:r>
    </w:p>
    <w:p>
      <w:r>
        <w:rPr>
          <w:b/>
        </w:rPr>
        <w:t xml:space="preserve">[23:39] </w:t>
      </w:r>
      <w:r>
        <w:t>ke is ayat mein to bataya gaya hai ke akhirat mein marne ke baad un ko khuda ke haan sakht punishment mile ga.</w:t>
      </w:r>
    </w:p>
    <w:p>
      <w:pPr>
        <w:jc w:val="right"/>
      </w:pPr>
      <w:r>
        <w:t>کہ اس آیت میں تو بتایا گیا ہے کہ آخرت میں مرنے کے بعد ان کو خدا کے ہاں سخت پنشمنٹ ملے گا۔</w:t>
      </w:r>
    </w:p>
    <w:p>
      <w:r>
        <w:rPr>
          <w:b/>
        </w:rPr>
        <w:t xml:space="preserve">[23:50] </w:t>
      </w:r>
      <w:r>
        <w:t>is se kya nikal liya ke dunya mein hum is ko qatl karein ge? These people don't know the difference between the two.</w:t>
      </w:r>
    </w:p>
    <w:p>
      <w:pPr>
        <w:jc w:val="right"/>
      </w:pPr>
      <w:r>
        <w:t>اس سے کیا نکال لیا کہ دنیا میں ہم اس کو قتل کریں گے؟ دیز پیپل ڈونٹ نو دا ڈیفرنس بٹوین دا ٹو۔</w:t>
      </w:r>
    </w:p>
    <w:p>
      <w:r>
        <w:rPr>
          <w:b/>
        </w:rPr>
        <w:t xml:space="preserve">[24:02] </w:t>
      </w:r>
      <w:r>
        <w:t>jis ayat se yeh nikal raha hai ke jab qayamat aaye gi jab day of judgment aaye ga log khuda ke haan pesh honge to khuda un ke baray mein yeh faisla kare ga ke un ko hell mein dalo.</w:t>
      </w:r>
    </w:p>
    <w:p>
      <w:pPr>
        <w:jc w:val="right"/>
      </w:pPr>
      <w:r>
        <w:t>جس آیت سے یہ نکل رہا ہے کہ جب قیامت آئے گی جب ڈے آف ججمنٹ آئے گا لوگ خدا کے ہاں پیش ہوں گے تو خدا ان کے بارے میں یہ فیصلہ کرے گا کہ ان کو ہیل میں ڈالو۔</w:t>
      </w:r>
    </w:p>
    <w:p>
      <w:r>
        <w:rPr>
          <w:b/>
        </w:rPr>
        <w:t xml:space="preserve">[24:17] </w:t>
      </w:r>
      <w:r>
        <w:t>is se yeh nikal liya ke hum aise aadmi ko qatl karein ge? to this this koi this koi argument hai? aise kahein la banta hai?</w:t>
      </w:r>
    </w:p>
    <w:p>
      <w:pPr>
        <w:jc w:val="right"/>
      </w:pPr>
      <w:r>
        <w:t>اس سے یہ نکال لیا کہ ہم ایسے آدمی کو قتل کریں گے؟ تو یہ یہ کوئی یہ کوئی آرگیومنٹ ہے؟ ایسے کہیں لا بنتا ہے؟</w:t>
      </w:r>
    </w:p>
    <w:p>
      <w:r>
        <w:rPr>
          <w:b/>
        </w:rPr>
        <w:t xml:space="preserve">[24:27] </w:t>
      </w:r>
      <w:r>
        <w:t>aise kahein kisi ko capital punishment diya jata hai? So these people don't know the difference between the two.</w:t>
      </w:r>
    </w:p>
    <w:p>
      <w:pPr>
        <w:jc w:val="right"/>
      </w:pPr>
      <w:r>
        <w:t>ایسے کہیں کسی کو کیپیٹل پنشمنٹ دیا جاتا ہے؟ سو دیز پیپل ڈونٹ نو دا ڈیفرنس بٹوین دا ٹو۔</w:t>
      </w:r>
    </w:p>
    <w:p>
      <w:r>
        <w:rPr>
          <w:b/>
        </w:rPr>
        <w:t xml:space="preserve">[24:37] </w:t>
      </w:r>
      <w:r>
        <w:t>dekhiye aik bohat important hai different ko difference ko janna. principle of differentiation.</w:t>
      </w:r>
    </w:p>
    <w:p>
      <w:pPr>
        <w:jc w:val="right"/>
      </w:pPr>
      <w:r>
        <w:t>دیکھیے ایک بہت امپورٹنٹ ہے ڈفرنٹ کو ڈفرنس کو جاننا۔ پرنسپل آف ڈیفرنشی ایشن۔</w:t>
      </w:r>
    </w:p>
    <w:p>
      <w:r>
        <w:rPr>
          <w:b/>
        </w:rPr>
        <w:t xml:space="preserve">[24:47] </w:t>
      </w:r>
      <w:r>
        <w:t>aik cheez aur doosri cheez mein farq karna. principle of differentiation is ko aap ko janna chahiye. nahi to aap kuch ka kuch karne lagen ge.</w:t>
      </w:r>
    </w:p>
    <w:p>
      <w:pPr>
        <w:jc w:val="right"/>
      </w:pPr>
      <w:r>
        <w:t>ایک چیز اور دوسری چیز میں فرق کرنا۔ پرنسپل آف ڈیفرنشی ایشن اس کو آپ کو جاننا چاہیے۔ نہیں تو آپ کچھ کا کچھ کرنے لگیں گے۔</w:t>
      </w:r>
    </w:p>
    <w:p>
      <w:r>
        <w:rPr>
          <w:b/>
        </w:rPr>
        <w:t xml:space="preserve">[24:57] </w:t>
      </w:r>
      <w:r>
        <w:t>to sare quran mein dekhiye quran mein one hundred fourteen chapters hain. quran mein six thousand aur taqreeban six hundred verses hain.</w:t>
      </w:r>
    </w:p>
    <w:p>
      <w:pPr>
        <w:jc w:val="right"/>
      </w:pPr>
      <w:r>
        <w:t>تو سارے قرآن میں دیکھیے قرآن میں ون ہنڈرڈ فورٹین چیپٹرز ہیں۔ قرآن میں سکس تھاؤزنڈ اور تقریباً سکس ہنڈرڈ ورسز ہیں۔</w:t>
      </w:r>
    </w:p>
    <w:p>
      <w:r>
        <w:rPr>
          <w:b/>
        </w:rPr>
        <w:t xml:space="preserve">[25:13] </w:t>
      </w:r>
      <w:r>
        <w:t>lekin aik bhi ayat aisi nahi hai jis mein is qism ka capital punishment ki baat kahi gayi ho.</w:t>
      </w:r>
    </w:p>
    <w:p>
      <w:pPr>
        <w:jc w:val="right"/>
      </w:pPr>
      <w:r>
        <w:t>لیکن ایک بھی آیت ایسی نہیں ہے جس میں اس قسم کا کیپیٹل پنشمنٹ کی بات کہی گئی ہو۔</w:t>
      </w:r>
    </w:p>
    <w:p>
      <w:r>
        <w:rPr>
          <w:b/>
        </w:rPr>
        <w:t xml:space="preserve">[25:24] </w:t>
      </w:r>
      <w:r>
        <w:t>ab hadith ko lijiye. hadith ki bohat sari kitabein hain. hadith kehte hain sayings of the prophet of islam ko.</w:t>
      </w:r>
    </w:p>
    <w:p>
      <w:pPr>
        <w:jc w:val="right"/>
      </w:pPr>
      <w:r>
        <w:t>اب حدیث کو لیجیے۔ حدیث کی بہت ساری کتابیں ہیں۔ حدیث کہتے ہیں سینگز آف دا پرافٹ آف اسلام کو۔</w:t>
      </w:r>
    </w:p>
    <w:p>
      <w:r>
        <w:rPr>
          <w:b/>
        </w:rPr>
        <w:t xml:space="preserve">[25:37] </w:t>
      </w:r>
      <w:r>
        <w:t>is mein bhi koi aik bhi hadith woh pesh nahi kar sake yeh log. top ke log. mera matlab yeh hai ke aisi hadith jis mein yeh likha ho ke من شتم رسولکم فقتلوہ.</w:t>
      </w:r>
    </w:p>
    <w:p>
      <w:pPr>
        <w:jc w:val="right"/>
      </w:pPr>
      <w:r>
        <w:t>اس میں بھی کوئی ایک بھی حدیث وہ پیش نہیں کر سکے یہ لوگ۔ ٹاپ کے لوگ۔ میرا مطلب یہ ہے کہ ایسی حدیث جس میں یہ لکھا ہو کہ من شتم رسولکم فقتلوہ۔</w:t>
      </w:r>
    </w:p>
    <w:p>
      <w:r>
        <w:rPr>
          <w:b/>
        </w:rPr>
        <w:t xml:space="preserve">[25:53] </w:t>
      </w:r>
      <w:r>
        <w:t>من شتم رسولکم فقتلوہ. jo shakhs tumhare prophet ko shatm kare abuse kare to us ko maar dalo.</w:t>
      </w:r>
    </w:p>
    <w:p>
      <w:pPr>
        <w:jc w:val="right"/>
      </w:pPr>
      <w:r>
        <w:t>من شتم رسولکم فقتلوہ۔ جو شخص تمہارے پرافٹ کو شتم کرے ابیوز کرے تو اس کو مار ڈالو۔</w:t>
      </w:r>
    </w:p>
    <w:p>
      <w:r>
        <w:rPr>
          <w:b/>
        </w:rPr>
        <w:t xml:space="preserve">[26:06] </w:t>
      </w:r>
      <w:r>
        <w:t>aisi ek hadith aap ko nikalni pare gi. aisi ek bhi hadith nahi hai.</w:t>
      </w:r>
    </w:p>
    <w:p>
      <w:pPr>
        <w:jc w:val="right"/>
      </w:pPr>
      <w:r>
        <w:t>ایسی ایک حدیث آپ کو نکالنی پڑے گی۔ ایسی ایک بھی حدیث نہیں ہے۔</w:t>
      </w:r>
    </w:p>
    <w:p>
      <w:r>
        <w:rPr>
          <w:b/>
        </w:rPr>
        <w:t xml:space="preserve">[26:15] </w:t>
      </w:r>
      <w:r>
        <w:t>ibn taimiya ne ek hadith ke naam se ek naqal kiya hai ek qaul. yeh ke mun sab nabiyyan minal anbiya faqtaluhu.</w:t>
      </w:r>
    </w:p>
    <w:p>
      <w:pPr>
        <w:jc w:val="right"/>
      </w:pPr>
      <w:r>
        <w:t>ابن تیمیہ نے ایک حدیث کے نام سے ایک نقل کیا ہے ایک قول۔ یہ کہ من سب نبی من الانبیاء فقتلوہ۔</w:t>
      </w:r>
    </w:p>
    <w:p>
      <w:r>
        <w:rPr>
          <w:b/>
        </w:rPr>
        <w:t xml:space="preserve">[26:29] </w:t>
      </w:r>
      <w:r>
        <w:t>is ka translation yeh hai ke jo kisi nabi ko gaali de to us ko maar dalo. lekin koi reference nahi. yeh hadith kahan se bani hai?</w:t>
      </w:r>
    </w:p>
    <w:p>
      <w:pPr>
        <w:jc w:val="right"/>
      </w:pPr>
      <w:r>
        <w:t>اس کا ٹرانسلیشن یہ ہے کہ جو کسی نبی کو گالی دے تو اس کو مار ڈالو۔ لیکن کوئی ریفرنس نہیں۔ یہ حدیث کہاں سے بنی ہے؟</w:t>
      </w:r>
    </w:p>
    <w:p>
      <w:r>
        <w:rPr>
          <w:b/>
        </w:rPr>
        <w:t xml:space="preserve">[26:39] </w:t>
      </w:r>
      <w:r>
        <w:t>kis ne kon is ka kis ne narrator kon hai is ka? kuch pata hi nahi. aur allama zahabi kehte hain ke ibn taimiya jis hadith ko na jaane woh hadith hi nahi hai.</w:t>
      </w:r>
    </w:p>
    <w:p>
      <w:pPr>
        <w:jc w:val="right"/>
      </w:pPr>
      <w:r>
        <w:t>کس نے کون اس کا کس نے نیریٹر کون ہے اس کا؟ کچھ پتہ ہی نہیں۔ اور علامہ ذہبی کہتے ہیں کہ ابن تیمیہ جس حدیث کو نہ جانے وہ حدیث ہی نہیں ہے۔</w:t>
      </w:r>
    </w:p>
    <w:p>
      <w:r>
        <w:rPr>
          <w:b/>
        </w:rPr>
        <w:t xml:space="preserve">[26:55] </w:t>
      </w:r>
      <w:r>
        <w:t>yeh yeh ek yeh yeh jo kitab jo mein ne hadith kaha ibn taimiya ki kitab mein yeh likhi hui hai. bila hawala baghair reference.</w:t>
      </w:r>
    </w:p>
    <w:p>
      <w:pPr>
        <w:jc w:val="right"/>
      </w:pPr>
      <w:r>
        <w:t>یہ یہ ایک یہ یہ جو کتاب جو میں نے حدیث کہا ابن تیمیہ کی کتاب میں یہ لکھی ہوئی ہے۔ بلا حوالہ بغیر ریفرنس۔</w:t>
      </w:r>
    </w:p>
    <w:p>
      <w:r>
        <w:rPr>
          <w:b/>
        </w:rPr>
        <w:t xml:space="preserve">[27:06] </w:t>
      </w:r>
      <w:r>
        <w:t>jab ke imam zahabi yeh kehte hain ke ibn taimiya jis hadith ko na jaane woh hadith nahi hai. koi itne bare woh scholar thay.</w:t>
      </w:r>
    </w:p>
    <w:p>
      <w:pPr>
        <w:jc w:val="right"/>
      </w:pPr>
      <w:r>
        <w:t>جبکہ امام ذہبی یہ کہتے ہیں کہ ابن تیمیہ جس حدیث کو نہ جانے وہ حدیث نہیں ہے۔ کوئی اتنے بڑے وہ اسکالر تھے۔</w:t>
      </w:r>
    </w:p>
    <w:p>
      <w:r>
        <w:rPr>
          <w:b/>
        </w:rPr>
        <w:t xml:space="preserve">[27:16] </w:t>
      </w:r>
      <w:r>
        <w:t>saari bohat bara un ka memory thi un ki. saari hadithain un ko yaad thi. to is hadith ka reference kyun nahi yaad un ko?</w:t>
      </w:r>
    </w:p>
    <w:p>
      <w:pPr>
        <w:jc w:val="right"/>
      </w:pPr>
      <w:r>
        <w:t>ساری بہت بڑا ان کا میموری تھی ان کی۔ ساری حدیثیں ان کو یاد تھیں۔ تو اس حدیث کا ریفرنس کیوں نہیں یاد ان کو؟</w:t>
      </w:r>
    </w:p>
    <w:p>
      <w:r>
        <w:rPr>
          <w:b/>
        </w:rPr>
        <w:t xml:space="preserve">[27:25] </w:t>
      </w:r>
      <w:r>
        <w:t>woh yaad nahi to aap us ko naqal kyun karte hain?</w:t>
      </w:r>
    </w:p>
    <w:p>
      <w:pPr>
        <w:jc w:val="right"/>
      </w:pPr>
      <w:r>
        <w:t>وہ یاد نہیں تو آپ اس کو نقل کیوں کرتے ہیں؟</w:t>
      </w:r>
    </w:p>
    <w:p>
      <w:r>
        <w:rPr>
          <w:b/>
        </w:rPr>
        <w:t xml:space="preserve">[27:30] </w:t>
      </w:r>
      <w:r>
        <w:t>aur is mein kya likhte hain?</w:t>
      </w:r>
    </w:p>
    <w:p>
      <w:pPr>
        <w:jc w:val="right"/>
      </w:pPr>
      <w:r>
        <w:t>اور اس میں کیا لکھتے ہیں؟</w:t>
      </w:r>
    </w:p>
    <w:p>
      <w:r>
        <w:rPr>
          <w:b/>
        </w:rPr>
        <w:t xml:space="preserve">[27:32] </w:t>
      </w:r>
      <w:r>
        <w:t>is hadith ko unhon ne quote kiya hai is ke baad likhte hain wahan par ke agar yeh</w:t>
      </w:r>
    </w:p>
    <w:p>
      <w:pPr>
        <w:jc w:val="right"/>
      </w:pPr>
      <w:r>
        <w:t>اس حدیث کو انہوں نے کوٹ کیا ہے اس کے بعد لکھتے ہیں وہاں پر کہ اگر یہ</w:t>
      </w:r>
    </w:p>
    <w:p>
      <w:r>
        <w:rPr>
          <w:b/>
        </w:rPr>
        <w:t xml:space="preserve">[27:37] </w:t>
      </w:r>
      <w:r>
        <w:t>hadith prove ho jaye ke qaul-e-Rasool hai</w:t>
      </w:r>
    </w:p>
    <w:p>
      <w:pPr>
        <w:jc w:val="right"/>
      </w:pPr>
      <w:r>
        <w:t>حدیث پروف ہو جائے کہ قول رسول ہے</w:t>
      </w:r>
    </w:p>
    <w:p>
      <w:r>
        <w:rPr>
          <w:b/>
        </w:rPr>
        <w:t xml:space="preserve">[27:43] </w:t>
      </w:r>
      <w:r>
        <w:t>yani matlab is ka reference mil jaye to yeh is baat ka proof hoga ke capital punishment shaatam</w:t>
      </w:r>
    </w:p>
    <w:p>
      <w:pPr>
        <w:jc w:val="right"/>
      </w:pPr>
      <w:r>
        <w:t>یعنی مطلب اس کا ریفرنس مل جائے تو یہ اس بات کا پروف ہوگا کہ کیپیٹل پنشمنٹ شاطم</w:t>
      </w:r>
    </w:p>
    <w:p>
      <w:r>
        <w:rPr>
          <w:b/>
        </w:rPr>
        <w:t xml:space="preserve">[27:51] </w:t>
      </w:r>
      <w:r>
        <w:t>ke liye jaiz hai.</w:t>
      </w:r>
    </w:p>
    <w:p>
      <w:pPr>
        <w:jc w:val="right"/>
      </w:pPr>
      <w:r>
        <w:t>کے لیے جائز ہے۔</w:t>
      </w:r>
    </w:p>
    <w:p>
      <w:r>
        <w:rPr>
          <w:b/>
        </w:rPr>
        <w:t xml:space="preserve">[27:55] </w:t>
      </w:r>
      <w:r>
        <w:t>ab aap ghor kijiye ke is kitab ko chappe hue seven hundred years beet gaye. seven hundred years. is kitab ka naam hai alsarimul maslul ala shatim alrasul.</w:t>
      </w:r>
    </w:p>
    <w:p>
      <w:pPr>
        <w:jc w:val="right"/>
      </w:pPr>
      <w:r>
        <w:t>اب آپ غور کیجیے کہ اس کتاب کو چھپے ہوئے سیون ہنڈرڈ ایئرز بیت گئے۔ سیون ہنڈرڈ ایئرز۔ اس کتاب کا نام ہے الصارب المسلول علی شاطب الرسول۔</w:t>
      </w:r>
    </w:p>
    <w:p>
      <w:r>
        <w:rPr>
          <w:b/>
        </w:rPr>
        <w:t xml:space="preserve">[28:10] </w:t>
      </w:r>
      <w:r>
        <w:t>ab se seven hundred years pehle yeh kitab likhi gayi thi. aur aaj tak is ka reference nahi mila is hadith ka.</w:t>
      </w:r>
    </w:p>
    <w:p>
      <w:pPr>
        <w:jc w:val="right"/>
      </w:pPr>
      <w:r>
        <w:t>اب سے سیون ہنڈرڈ ایئرز پہلے یہ کتاب لکھی گئی تھی۔ اور آج تک اس کا ریفرنس نہیں ملا اس حدیث کا۔</w:t>
      </w:r>
    </w:p>
    <w:p>
      <w:r>
        <w:rPr>
          <w:b/>
        </w:rPr>
        <w:t xml:space="preserve">[28:19] </w:t>
      </w:r>
      <w:r>
        <w:t>to ab kab mile ga bhai ab to qayamat aa rahi hai. global warming shuru ho gayi hai. itne khoobsurti hai ke itne weak yani koi koi koi un ke paas reference nahi.</w:t>
      </w:r>
    </w:p>
    <w:p>
      <w:pPr>
        <w:jc w:val="right"/>
      </w:pPr>
      <w:r>
        <w:t>تو اب کب ملے گا بھئی اب تو قیامت آ رہی ہے۔ گلوبل وارمنگ شروع ہو گئی ہے۔ اتنے خوبصورتی ہے کہ اتنے ویک یعنی کوئی کوئی کوئی ان کے پاس ریفرنس نہیں۔</w:t>
      </w:r>
    </w:p>
    <w:p>
      <w:r>
        <w:rPr>
          <w:b/>
        </w:rPr>
        <w:t xml:space="preserve">[28:34] </w:t>
      </w:r>
      <w:r>
        <w:t>itni itni weak base par yeh keh dete hain ke cut maar dalo us ko kaat dalo. yeh islam koi islam koi mazak hai?</w:t>
      </w:r>
    </w:p>
    <w:p>
      <w:pPr>
        <w:jc w:val="right"/>
      </w:pPr>
      <w:r>
        <w:t>اتنی اتنی ویک بیس پر یہ کہہ دیتے ہیں کہ کٹ مار ڈالو اس کو کاٹ ڈالو۔ یہ اسلام کوئی اسلام کوئی مذاق ہے؟</w:t>
      </w:r>
    </w:p>
    <w:p>
      <w:r>
        <w:rPr>
          <w:b/>
        </w:rPr>
        <w:t xml:space="preserve">[28:47] </w:t>
      </w:r>
      <w:r>
        <w:t>behhal mein poore conviction ke sath kehta hoon aur sab kuch parh kar ke kehta hoon. bana parhe nahi kehta hoon mein.</w:t>
      </w:r>
    </w:p>
    <w:p>
      <w:pPr>
        <w:jc w:val="right"/>
      </w:pPr>
      <w:r>
        <w:t>بہرحال میں پورے کنوکشن کے ساتھ کہتا ہوں اور سب کچھ پڑھ کر کے کہتا ہوں۔ بنا پڑھے نہیں کہتا ہوں میں۔</w:t>
      </w:r>
    </w:p>
    <w:p>
      <w:r>
        <w:rPr>
          <w:b/>
        </w:rPr>
        <w:t xml:space="preserve">[28:58] </w:t>
      </w:r>
      <w:r>
        <w:t>sab kuch parh kar mein kehta hoon ke jo log yeh kehte hain ke jo shatm kare rasool Allah ka to us ko maar dalo yeh ek bilkul base less baat kehte hain.</w:t>
      </w:r>
    </w:p>
    <w:p>
      <w:pPr>
        <w:jc w:val="right"/>
      </w:pPr>
      <w:r>
        <w:t>سب کچھ پڑھ کر میں کہتا ہوں کہ جو لوگ یہ کہتے ہیں کہ جو شتم کرے رسول اللہ کا تو اس کو مار ڈالو یہ ایک بالکل بیس لیس بات کہتے ہیں۔</w:t>
      </w:r>
    </w:p>
    <w:p>
      <w:r>
        <w:rPr>
          <w:b/>
        </w:rPr>
        <w:t xml:space="preserve">[29:12] </w:t>
      </w:r>
      <w:r>
        <w:t>na quran mein koi reference is ka hai na hadith mein koi reference is ka hai. khud hi khud ghar liya hai. mein yeh manta hoon ke saare ulma aur fuqaha aisa bolte hain.</w:t>
      </w:r>
    </w:p>
    <w:p>
      <w:pPr>
        <w:jc w:val="right"/>
      </w:pPr>
      <w:r>
        <w:t>نہ قرآن میں کوئی ریفرنس اس کا ہے نہ حدیث میں کوئی ریفرنس اس کا ہے۔ خود ہی خود گھڑ لیا ہے۔ میں یہ مانتا ہوں کہ سارے علماء اور فقہاء ایسا بولتے ہیں۔</w:t>
      </w:r>
    </w:p>
    <w:p>
      <w:r>
        <w:rPr>
          <w:b/>
        </w:rPr>
        <w:t xml:space="preserve">[29:23] </w:t>
      </w:r>
      <w:r>
        <w:t>kaha jata hai ke sahib is par sab ka ijma hai. mein poochta hoon ke ijma kis par kaise kar liya tum ne apne aap? jab quran mein nahi hai hadith mein nahi to aap ne ijma kaise kar liya?</w:t>
      </w:r>
    </w:p>
    <w:p>
      <w:pPr>
        <w:jc w:val="right"/>
      </w:pPr>
      <w:r>
        <w:t>کہا جاتا ہے کہ صاحب اس پر سب کا اجماع ہے۔ میں پوچھتا ہوں کہ اجماع کس پر کیسے کر لیا تم نے اپنے آپ؟ جب قرآن میں نہیں ہے حدیث میں نہیں تو آپ نے اجماع کیسے کر لیا؟</w:t>
      </w:r>
    </w:p>
    <w:p>
      <w:r>
        <w:rPr>
          <w:b/>
        </w:rPr>
        <w:t xml:space="preserve">[29:35] </w:t>
      </w:r>
      <w:r>
        <w:t>aap ghor kijiye. jo baat quran mein na ho aur hadith mein na ho to kis ne aap ko yeh right diya ke aap is par ijma kar lein?</w:t>
      </w:r>
    </w:p>
    <w:p>
      <w:pPr>
        <w:jc w:val="right"/>
      </w:pPr>
      <w:r>
        <w:t>آپ غور کیجیے۔ جو بات قرآن میں نہ ہو اور حدیث میں نہ ہو تو کس نے آپ کو یہ رائٹ دیا کہ آپ اس پر اجماع کر لیں؟</w:t>
      </w:r>
    </w:p>
    <w:p>
      <w:r>
        <w:rPr>
          <w:b/>
        </w:rPr>
        <w:t xml:space="preserve">[29:45] </w:t>
      </w:r>
      <w:r>
        <w:t>matlab is ka agreement ho jaye aap aap ka is ke upar? to aap ka ijma hi base less hai. aap ka agreement base less hai. aap ko right nahi hai ke islam mein ek aisi cheez add karein jo jo ke Khuda aur rasool ne nahi batayi thi.</w:t>
      </w:r>
    </w:p>
    <w:p>
      <w:pPr>
        <w:jc w:val="right"/>
      </w:pPr>
      <w:r>
        <w:t>مطلب اس کا ایگریمنٹ ہو جائے آپ آپ کا اس کے اوپر؟ تو آپ کا اجماع ہی بیس لیس ہے۔ آپ کا ایگریمنٹ بیس لیس ہے۔ آپ کو رائٹ نہیں ہے کہ اسلام میں ایک ایسی چیز ایڈ کریں جو جو کہ خدا اور رسول نے نہیں بتائی تھی۔</w:t>
      </w:r>
    </w:p>
    <w:p>
      <w:r>
        <w:rPr>
          <w:b/>
        </w:rPr>
        <w:t xml:space="preserve">[30:04] </w:t>
      </w:r>
      <w:r>
        <w:t>to yeh ek baat hai. dekhiye quran mein kai jagah yeh baat kahi gayi hai ke quran aql ka mazhab aql ka mazhab pesh karta hai.</w:t>
      </w:r>
    </w:p>
    <w:p>
      <w:pPr>
        <w:jc w:val="right"/>
      </w:pPr>
      <w:r>
        <w:t>تو یہ ایک بات ہے۔ دیکھیے قرآن میں کئی جگہ یہ بات کہی گئی ہے کہ قرآن عقل کا مذہب عقل کا مذہب پیش کرتا ہے۔</w:t>
      </w:r>
    </w:p>
    <w:p>
      <w:r>
        <w:rPr>
          <w:b/>
        </w:rPr>
        <w:t xml:space="preserve">[30:18] </w:t>
      </w:r>
      <w:r>
        <w:t>yani jo aql mein samajh mein aaye jo aql par parakh kar ke jis ki sachai maloom ho ek aisa deen pesh karta hai. to kya woh ek aisi cheez par logon ko maar dalne ko kahe ga?</w:t>
      </w:r>
    </w:p>
    <w:p>
      <w:pPr>
        <w:jc w:val="right"/>
      </w:pPr>
      <w:r>
        <w:t>یعنی جو عقل میں سمجھ میں آئے جو عقل پر پرکھ کر کے جس کی سچائی معلوم ہو ایک ایسا دین پیش کرتا ہے۔ تو کیا وہ ایک ایسی چیز پر لوگوں کو مار ڈالنے کو کہے گا؟</w:t>
      </w:r>
    </w:p>
    <w:p>
      <w:r>
        <w:rPr>
          <w:b/>
        </w:rPr>
        <w:t xml:space="preserve">[30:34] </w:t>
      </w:r>
      <w:r>
        <w:t>ke woh aadmi koi argument de raha hai koi criticize kar raha hai to tum is ka is ko is ka counter karo us ko counter argument pesh karo marne ka kya matlab hai?</w:t>
      </w:r>
    </w:p>
    <w:p>
      <w:pPr>
        <w:jc w:val="right"/>
      </w:pPr>
      <w:r>
        <w:t>کہ وہ آدمی کوئی آرگیومنٹ دے رہا ہے کوئی کریٹیسائز کر رہا ہے تو تم اس کا اس کو اس کے اس کا کاؤنٹر کرو اس کو کاؤنٹر آرگیومنٹ پیش کرو مارنے کا کیا مطلب ہے؟</w:t>
      </w:r>
    </w:p>
    <w:p>
      <w:r>
        <w:rPr>
          <w:b/>
        </w:rPr>
        <w:t xml:space="preserve">[30:52] </w:t>
      </w:r>
      <w:r>
        <w:t>doosri baat dekhiye yeh hai ke yeh koi simple baat nahi hai. open discussion open criticism</w:t>
      </w:r>
    </w:p>
    <w:p>
      <w:pPr>
        <w:jc w:val="right"/>
      </w:pPr>
      <w:r>
        <w:t>دوسری بات دیکھیے یہ ہے کہ یہ کوئی سمپل بات نہیں ہے۔ اوپن ڈسکشن اوپن کریٹیسزم</w:t>
      </w:r>
    </w:p>
    <w:p>
      <w:r>
        <w:rPr>
          <w:b/>
        </w:rPr>
        <w:t xml:space="preserve">[31:05] </w:t>
      </w:r>
      <w:r>
        <w:t>yeh bohat hi zyada zaroori hai must hai must hai must hai kis liye? intellectual development ke liye.</w:t>
      </w:r>
    </w:p>
    <w:p>
      <w:pPr>
        <w:jc w:val="right"/>
      </w:pPr>
      <w:r>
        <w:t>یہ بہت ہی زیادہ ضروری ہے مسٹ ہے مسٹ ہے مسٹ ہے کس لیے؟ انٹلیکچول ڈیویلپمنٹ کے لیے۔</w:t>
      </w:r>
    </w:p>
    <w:p>
      <w:r>
        <w:rPr>
          <w:b/>
        </w:rPr>
        <w:t xml:space="preserve">[31:19] </w:t>
      </w:r>
      <w:r>
        <w:t>is ke baghair intellectual development nahi. to kya aap chahte hain ke musalman jo hain ek aisi community ban jayein jin mein intellectual development hi na ho?</w:t>
      </w:r>
    </w:p>
    <w:p>
      <w:pPr>
        <w:jc w:val="right"/>
      </w:pPr>
      <w:r>
        <w:t>اس کے بغیر انٹلیکچول ڈیویلپمنٹ نہیں۔ تو کیا آپ چاہتے ہیں کہ مسلمان جو ہیں ایک ایسی کمیونٹی بن جائیں جن میں انٹلیکچول ڈیویلپمنٹ ہی نہ ہو؟</w:t>
      </w:r>
    </w:p>
    <w:p>
      <w:r>
        <w:rPr>
          <w:b/>
        </w:rPr>
        <w:t xml:space="preserve">[31:32] </w:t>
      </w:r>
      <w:r>
        <w:t>in mein intellectual stagnation ho jaye? aur is waqt yahi hua hua hai. saare ke saare musalman jo hain intellectual stagnation ka shikar ho rahe hain.</w:t>
      </w:r>
    </w:p>
    <w:p>
      <w:pPr>
        <w:jc w:val="right"/>
      </w:pPr>
      <w:r>
        <w:t>ان میں انٹلیکچول اسٹیگنیشن ہو جائے؟ اور اس وقت یہی ہوا ہوا ہے۔ سارے کے سارے مسلمان جو ہیں انٹلیکچول اسٹیگنیشن کا شکار ہو رہے ہیں۔</w:t>
      </w:r>
    </w:p>
    <w:p>
      <w:r>
        <w:rPr>
          <w:b/>
        </w:rPr>
        <w:t xml:space="preserve">[31:42] </w:t>
      </w:r>
      <w:r>
        <w:t>kyun? band kar rakha hai unhon ne. unhon ne criticism ko taboo bana liya hai taboo. criticism ko taboo bana liya hai.</w:t>
      </w:r>
    </w:p>
    <w:p>
      <w:pPr>
        <w:jc w:val="right"/>
      </w:pPr>
      <w:r>
        <w:t>کیوں؟ بند کر رکھا ہے انہوں نے۔ انہوں نے کریٹیسزم کو ٹیبو بنا لیا ہے ٹیبو۔ کریٹیسزم کو ٹیبو بنا لیا ہے۔</w:t>
      </w:r>
    </w:p>
    <w:p>
      <w:r>
        <w:rPr>
          <w:b/>
        </w:rPr>
        <w:t xml:space="preserve">[31:54] </w:t>
      </w:r>
      <w:r>
        <w:t>criticism to ek bohat hi healthy ek bohat hi healthy practice hai.</w:t>
      </w:r>
    </w:p>
    <w:p>
      <w:pPr>
        <w:jc w:val="right"/>
      </w:pPr>
      <w:r>
        <w:t>کریٹیسزم تو ایک بہت ہی ہیلدی ایک بہت ہی ہیلدی پریکٹس ہے۔</w:t>
      </w:r>
    </w:p>
    <w:p>
      <w:r>
        <w:rPr>
          <w:b/>
        </w:rPr>
        <w:t xml:space="preserve">[32:03] </w:t>
      </w:r>
      <w:r>
        <w:t>islam mein criticism ko bohat ziyada acha samjha gaya hai. kyunke criticism se dialogue hota hai.</w:t>
      </w:r>
    </w:p>
    <w:p>
      <w:pPr>
        <w:jc w:val="right"/>
      </w:pPr>
      <w:r>
        <w:t>اسلام میں کریٹیسزم کو بہت زیادہ اچھا سمجھا گیا ہے۔ کیونکہ کریٹیسزم سے ڈائیلاگ ہوتا ہے۔</w:t>
      </w:r>
    </w:p>
    <w:p>
      <w:r>
        <w:rPr>
          <w:b/>
        </w:rPr>
        <w:t xml:space="preserve">[32:12] </w:t>
      </w:r>
      <w:r>
        <w:t>criticism se discussion hote hain. criticism se intellectual development hota hai. main khud apna mizaj yeh hai ke main invite karta hoon criticism ko.</w:t>
      </w:r>
    </w:p>
    <w:p>
      <w:pPr>
        <w:jc w:val="right"/>
      </w:pPr>
      <w:r>
        <w:t>کریٹیسزم سے ڈسکشن ہوتے ہیں۔ کریٹیسزم سے انٹلیکچول ڈیویلپمنٹ ہوتا ہے۔ میں خود اپنا مزاج یہ ہے کہ میں انوائٹ کرتا ہوں کریٹیسزم کو۔</w:t>
      </w:r>
    </w:p>
    <w:p>
      <w:r>
        <w:rPr>
          <w:b/>
        </w:rPr>
        <w:t xml:space="preserve">[32:26] </w:t>
      </w:r>
      <w:r>
        <w:t>jab bhi main koi idea mere mind mein aata hai to main doosron se us ko bolta hoon ke kaho is par kya tumhara kehna hai? koi book koi article likhta hoon to parhne ke liye deta hoon.</w:t>
      </w:r>
    </w:p>
    <w:p>
      <w:pPr>
        <w:jc w:val="right"/>
      </w:pPr>
      <w:r>
        <w:t>جب بھی میں کوئی آئیڈیا میرے مائنڈ میں آتا ہے تو میں دوسروں سے اس کو بولتا ہوں کہ کہو اس پر کیا تمہارا کہنا ہے؟ کوئی بک کوئی آرٹیکل لکھتا ہوں تو پڑھنے کے لیے دیتا ہوں۔</w:t>
      </w:r>
    </w:p>
    <w:p>
      <w:r>
        <w:rPr>
          <w:b/>
        </w:rPr>
        <w:t xml:space="preserve">[32:38] </w:t>
      </w:r>
      <w:r>
        <w:t>koi book likhta hoon tab bhi logon ko deta hoon ke parho parh kar apna criticize karo is ke upar. to main to is ko ek ek blessing samajhta hoon ke aisa aadmi aap ko mile jo criticize kare aap ke upar.</w:t>
      </w:r>
    </w:p>
    <w:p>
      <w:pPr>
        <w:jc w:val="right"/>
      </w:pPr>
      <w:r>
        <w:t>کوئی بک لکھتا ہوں تب بھی لوگوں کو دیتا ہوں کہ پڑھو پڑھ کر اپنا کریٹیسائز کرو اس کے اوپر۔ تو میں تو اس کو ایک ایک بلیسنگ سمجھتا ہوں کہ ایسا آدمی آپ کو ملے جو کریٹیسائز کرے آپ کے اوپر۔</w:t>
      </w:r>
    </w:p>
    <w:p>
      <w:r>
        <w:rPr>
          <w:b/>
        </w:rPr>
        <w:t xml:space="preserve">[32:51] </w:t>
      </w:r>
      <w:r>
        <w:t>yeh to blessing hai. kyunke criticize nahi karega to aap ko is ke jo hidden corner hain us ka ilm nahi hoga aap ko janenge nahi aap.</w:t>
      </w:r>
    </w:p>
    <w:p>
      <w:pPr>
        <w:jc w:val="right"/>
      </w:pPr>
      <w:r>
        <w:t>یہ تو بلیسنگ ہے۔ کیونکہ کریٹیسائز نہیں کرے گا تو آپ کو اس کے جو ہڈن کارنر ہیں اس کا علم نہیں ہوگا آپ کو جانیں گے نہیں آپ۔</w:t>
      </w:r>
    </w:p>
    <w:p>
      <w:r>
        <w:rPr>
          <w:b/>
        </w:rPr>
        <w:t xml:space="preserve">[33:03] </w:t>
      </w:r>
      <w:r>
        <w:t>dekhiye ek aadmi sari baat soch nahi sakta hai. ek aadmi sari baat nahi soch sakta hai. jab kai aadmi sochte hain mil kar ke tab sare aspat khulte hain.</w:t>
      </w:r>
    </w:p>
    <w:p>
      <w:pPr>
        <w:jc w:val="right"/>
      </w:pPr>
      <w:r>
        <w:t>دیکھیے ایک آدمی ساری بات سوچ نہیں سکتا ہے۔ ایک آدمی ساری بات نہیں سوچ سکتا ہے۔ جب کئی آدمی سوچتے ہیں مل کر کے تب سارے آس پٹ کھلتے ہیں۔</w:t>
      </w:r>
    </w:p>
    <w:p>
      <w:r>
        <w:rPr>
          <w:b/>
        </w:rPr>
        <w:t xml:space="preserve">[33:17] </w:t>
      </w:r>
      <w:r>
        <w:t>is ko yaad rakhiye achi tarah se.</w:t>
      </w:r>
    </w:p>
    <w:p>
      <w:pPr>
        <w:jc w:val="right"/>
      </w:pPr>
      <w:r>
        <w:t>اس کو یاد رکھیے اچھی طرح سے۔</w:t>
      </w:r>
    </w:p>
    <w:p>
      <w:r>
        <w:rPr>
          <w:b/>
        </w:rPr>
        <w:t xml:space="preserve">[33:22] </w:t>
      </w:r>
      <w:r>
        <w:t>yani open discussion leads to development.</w:t>
      </w:r>
    </w:p>
    <w:p>
      <w:pPr>
        <w:jc w:val="right"/>
      </w:pPr>
      <w:r>
        <w:t>یعنی اوپن ڈسکشن لیڈز ٹو ڈیویلپمنٹ۔</w:t>
      </w:r>
    </w:p>
    <w:p>
      <w:r>
        <w:rPr>
          <w:b/>
        </w:rPr>
        <w:t xml:space="preserve">[33:28] </w:t>
      </w:r>
      <w:r>
        <w:t>this is law of nature. open discussion ho. acha aap yeh condition nahi laga sakte ke discussion karo to criticize mat karo.</w:t>
      </w:r>
    </w:p>
    <w:p>
      <w:pPr>
        <w:jc w:val="right"/>
      </w:pPr>
      <w:r>
        <w:t>دس از لاء آف نیچر۔ اوپن ڈسکشن ہو۔ اچھا آپ یہ کنڈیشن نہیں لگا سکتے کہ ڈسکشن کرو تو کریٹیسائز مت کرو۔</w:t>
      </w:r>
    </w:p>
    <w:p>
      <w:r>
        <w:rPr>
          <w:b/>
        </w:rPr>
        <w:t xml:space="preserve">[33:40] </w:t>
      </w:r>
      <w:r>
        <w:t>without criticism there is no discussion. phir to praise rahega aap meri praise karo main aap ki praise karoon.</w:t>
      </w:r>
    </w:p>
    <w:p>
      <w:pPr>
        <w:jc w:val="right"/>
      </w:pPr>
      <w:r>
        <w:t>ودا آؤٹ کریٹیسزم دیر از نو ڈسکشن۔ پھر تو پریز رہے گا آپ میری پریز کریں میں آپ کی پریز کروں۔</w:t>
      </w:r>
    </w:p>
    <w:p>
      <w:r>
        <w:rPr>
          <w:b/>
        </w:rPr>
        <w:t xml:space="preserve">[33:51] </w:t>
      </w:r>
      <w:r>
        <w:t>without criticism there is no open discussion.</w:t>
      </w:r>
    </w:p>
    <w:p>
      <w:pPr>
        <w:jc w:val="right"/>
      </w:pPr>
      <w:r>
        <w:t>ودا آؤٹ کریٹیسزم دیر از نو اوپن ڈسکشن۔</w:t>
      </w:r>
    </w:p>
    <w:p>
      <w:r>
        <w:rPr>
          <w:b/>
        </w:rPr>
        <w:t xml:space="preserve">[33:57] </w:t>
      </w:r>
      <w:r>
        <w:t>to islam mein dekhiye main ne ek book likhi hai is ke upar is ka naam hai hurriyat-e-fikr. yani freedom of thought</w:t>
      </w:r>
    </w:p>
    <w:p>
      <w:pPr>
        <w:jc w:val="right"/>
      </w:pPr>
      <w:r>
        <w:t>تو اسلام میں دیکھیے میں نے ایک بک لکھی ہے اس کے اوپر اس کا نام ہے حریت فکر۔ یعنی فریڈم آف تھاٹ</w:t>
      </w:r>
    </w:p>
    <w:p>
      <w:r>
        <w:rPr>
          <w:b/>
        </w:rPr>
        <w:t xml:space="preserve">[34:06] </w:t>
      </w:r>
      <w:r>
        <w:t>. ek bari kitab hai is ka naam hai hurriyat-e-fikr. freedom of thought. ise main ne dikhaya hai sahaba ke bohat sari waqiat is mein hain ke sahaba ke zamane mein kis tarah se open discussion hota tha.</w:t>
      </w:r>
    </w:p>
    <w:p>
      <w:pPr>
        <w:jc w:val="right"/>
      </w:pPr>
      <w:r>
        <w:t>۔ ایک بڑی کتاب ہے اس کا نام ہے حریت فکر۔ فریڈم آف تھاٹ۔ اسے میں نے دکھایا ہے صحابہ کے بہت ساری واقعات اس میں ہیں کہ صحابہ کے زمانے میں کس طرح سے اوپن ڈسکشن ہوتا تھا۔</w:t>
      </w:r>
    </w:p>
    <w:p>
      <w:r>
        <w:rPr>
          <w:b/>
        </w:rPr>
        <w:t xml:space="preserve">[34:23] </w:t>
      </w:r>
      <w:r>
        <w:t>bilkul khula khula criticism hota tha. jaise main aap ko ek is mein bohat sare main ne ikattha kiye hain is mein ek batata hoon aap ko.</w:t>
      </w:r>
    </w:p>
    <w:p>
      <w:pPr>
        <w:jc w:val="right"/>
      </w:pPr>
      <w:r>
        <w:t>بالکل کھلا کھلا کریٹیسزم ہوتا تھا۔ جیسے میں آپ کو ایک اس میں بہت سارے میں نے اکٹھا کیے ہیں اس میں ایک بتاتا ہوں آپ کو۔</w:t>
      </w:r>
    </w:p>
    <w:p>
      <w:r>
        <w:rPr>
          <w:b/>
        </w:rPr>
        <w:t xml:space="preserve">[34:34] </w:t>
      </w:r>
      <w:r>
        <w:t>ke ek bar do sahabi dono top ke sahabi the.</w:t>
      </w:r>
    </w:p>
    <w:p>
      <w:pPr>
        <w:jc w:val="right"/>
      </w:pPr>
      <w:r>
        <w:t>کہ ایک بار دو صحابی دونوں ٹاپ کے صحابی تھے۔</w:t>
      </w:r>
    </w:p>
    <w:p>
      <w:r>
        <w:rPr>
          <w:b/>
        </w:rPr>
        <w:t xml:space="preserve">[34:41] </w:t>
      </w:r>
      <w:r>
        <w:t>to ek aadmi ne quran ki ek ayat padhi. to quran ki ayaton ke parhne mein kai bar aisa hota hai ke aadmi kisi aur is mein quran mein aisa ek a'raab hota hai zabar zer pesh a'raab.</w:t>
      </w:r>
    </w:p>
    <w:p>
      <w:pPr>
        <w:jc w:val="right"/>
      </w:pPr>
      <w:r>
        <w:t>تو ایک آدمی نے قرآن کی ایک آیت پڑھی۔ تو قرآن کی آیتوں کے پڑھنے میں کئی بار ایسا ہوتا ہے کہ آدمی کسی اور اس میں قرآن میں ایسا ایک اعراب ہوتا ہے زبر زیر پیش اعراب۔</w:t>
      </w:r>
    </w:p>
    <w:p>
      <w:r>
        <w:rPr>
          <w:b/>
        </w:rPr>
        <w:t xml:space="preserve">[34:57] </w:t>
      </w:r>
      <w:r>
        <w:t>jise aap padhte hain alhamdulillah rabbil alameen malik yomiddin. to yeh yeh kuch log padhte hain malik yomiddin.</w:t>
      </w:r>
    </w:p>
    <w:p>
      <w:pPr>
        <w:jc w:val="right"/>
      </w:pPr>
      <w:r>
        <w:t>جسے آپ پڑھتے ہیں الحمدللہ رب العالمین مالک یوم الدین۔ تو یہ یہ کچھ لوگ پڑھتے ہیں ملک یوم الدین۔</w:t>
      </w:r>
    </w:p>
    <w:p>
      <w:r>
        <w:rPr>
          <w:b/>
        </w:rPr>
        <w:t xml:space="preserve">[35:10] </w:t>
      </w:r>
      <w:r>
        <w:t>yani ek hi ayat hai alhamdulillah rabbil alameen malik yomiddin. to kuch log padhte hain malik yomiddin.</w:t>
      </w:r>
    </w:p>
    <w:p>
      <w:pPr>
        <w:jc w:val="right"/>
      </w:pPr>
      <w:r>
        <w:t>یعنی ایک ہی آیت ہے الحمدللہ رب العالمین مالک یوم الدین۔ تو کچھ لوگ پڑھتے ہیں ملک یوم الدین۔</w:t>
      </w:r>
    </w:p>
    <w:p>
      <w:r>
        <w:rPr>
          <w:b/>
        </w:rPr>
        <w:t xml:space="preserve">[35:20] </w:t>
      </w:r>
      <w:r>
        <w:t>yeh har zaban mein hota hai. english mein aap dekhiye aap kehte hain expertise aur expertises do dhang se padhte hain.</w:t>
      </w:r>
    </w:p>
    <w:p>
      <w:pPr>
        <w:jc w:val="right"/>
      </w:pPr>
      <w:r>
        <w:t>یہ ہر زبان میں ہوتا ہے۔ انگلش میں آپ دیکھیے آپ کہتے ہیں ایکسپرٹائز اور ایکسپرٹیز دو ڈھنگ سے پڑھتے ہیں۔</w:t>
      </w:r>
    </w:p>
    <w:p>
      <w:r>
        <w:rPr>
          <w:b/>
        </w:rPr>
        <w:t xml:space="preserve">[35:30] </w:t>
      </w:r>
      <w:r>
        <w:t>har language mein aisa hota hai ke kai dhang se parha jata hai. to aisa hua wahan par. to ek jo sahabi the unhon ne ek ayat ko apne dhang se padha.</w:t>
      </w:r>
    </w:p>
    <w:p>
      <w:pPr>
        <w:jc w:val="right"/>
      </w:pPr>
      <w:r>
        <w:t>ہر لینگویج میں ایسا ہوتا ہے کہ کئی ڈھنگ سے پڑھا جاتا ہے۔ تو ایسا ہوا وہاں پر۔ تو ایک جو صحابی تھے انہوں نے ایک آیت کو اپنے ڈھنگ سے پڑھا۔</w:t>
      </w:r>
    </w:p>
    <w:p>
      <w:r>
        <w:rPr>
          <w:b/>
        </w:rPr>
        <w:t xml:space="preserve">[35:41] </w:t>
      </w:r>
      <w:r>
        <w:t>acha doosre sahabi jo the woh is se familiar nahi the. woh is ko doosre dhang se padhte the. jaise expertise ko koi expertises padhe.</w:t>
      </w:r>
    </w:p>
    <w:p>
      <w:pPr>
        <w:jc w:val="right"/>
      </w:pPr>
      <w:r>
        <w:t>اچھا دوسرے صحابی جو تھے وہ اس سے فیمیلئر نہیں تھے۔ وہ اس کو دوسرے ڈھنگ سے پڑھتے تھے۔ جیسے ایکسپرٹائز کو کوئی ایکسپرٹیز پڑھے۔</w:t>
      </w:r>
    </w:p>
    <w:p>
      <w:r>
        <w:rPr>
          <w:b/>
        </w:rPr>
        <w:t xml:space="preserve">[35:53] </w:t>
      </w:r>
      <w:r>
        <w:t>to unhon ne jante hain kya kaha? unhon ne kaha ke kazib tha. yani tum ne jhoot kaha.</w:t>
      </w:r>
    </w:p>
    <w:p>
      <w:pPr>
        <w:jc w:val="right"/>
      </w:pPr>
      <w:r>
        <w:t>تو انہوں نے جانتے ہیں کیا کہا؟ انہوں نے کہا کہ کذب تھا۔ یعنی تم نے جھوٹ کہا۔</w:t>
      </w:r>
    </w:p>
    <w:p>
      <w:r>
        <w:rPr>
          <w:b/>
        </w:rPr>
        <w:t xml:space="preserve">[36:03] </w:t>
      </w:r>
      <w:r>
        <w:t>yani aisa nahi kaha ke ya shaikh ya shaikh laka akhta'ta fil qira'at. aaj kal jo tareeqa hai woh yeh tareeqa hai. ya shaikh ya shaikh laka akhta'ta fil qira'at. aye Hazrat aye Hazrat shayad aap se parhne mein thori chook ho gayi hai.</w:t>
      </w:r>
    </w:p>
    <w:p>
      <w:pPr>
        <w:jc w:val="right"/>
      </w:pPr>
      <w:r>
        <w:t>یعنی ایسا نہیں کہا کہ یا شیخ یا شیخ لالک اخطات فی القراء آج کل جو طریقہ ہے وہ یہ طریقہ ہے۔ یا شیخ یا شیخ لالک اخطات فی القراء اے حضرت اے حضرت شاید آپ سے پڑھنے میں تھوڑی چوک ہو گئی ہے۔</w:t>
      </w:r>
    </w:p>
    <w:p>
      <w:r>
        <w:rPr>
          <w:b/>
        </w:rPr>
        <w:t xml:space="preserve">[36:19] </w:t>
      </w:r>
      <w:r>
        <w:t>yeh nahi kaha unhon ne. seedhe seedhe keh diya. kazb tha. ke tum tum ne jhoot kaha. to unhon ne kya jawab diya?</w:t>
      </w:r>
    </w:p>
    <w:p>
      <w:pPr>
        <w:jc w:val="right"/>
      </w:pPr>
      <w:r>
        <w:t>یہ نہیں کہا انہوں نے۔ سیدھے سیدھے کہہ دیا۔ کذب تھا۔ کہ تم تم نے جھوٹ کہا۔ تو انہوں نے کیا جواب دیا؟</w:t>
      </w:r>
    </w:p>
    <w:p>
      <w:r>
        <w:rPr>
          <w:b/>
        </w:rPr>
        <w:t xml:space="preserve">[36:32] </w:t>
      </w:r>
      <w:r>
        <w:t>unhon ne kaha ke ant agzab tum to aur bhi zyada jhoote ho. yeh do sahabi ki baat cheet hai.</w:t>
      </w:r>
    </w:p>
    <w:p>
      <w:pPr>
        <w:jc w:val="right"/>
      </w:pPr>
      <w:r>
        <w:t>انہوں نے کہا کہ انت اگزب تم تو اور بھی زیادہ جھوٹے ہو۔ یہ دو صحابی کی بات چیت ہے۔</w:t>
      </w:r>
    </w:p>
    <w:p>
      <w:r>
        <w:rPr>
          <w:b/>
        </w:rPr>
        <w:t xml:space="preserve">[36:41] </w:t>
      </w:r>
      <w:r>
        <w:t>to dekhiye discussion mein aap yeh condition nahi laga sakte ke criticize mat karo. ya kadi language mat bolo. ya yeh lagayenge to discussion nahi hoga.</w:t>
      </w:r>
    </w:p>
    <w:p>
      <w:pPr>
        <w:jc w:val="right"/>
      </w:pPr>
      <w:r>
        <w:t>تو دیکھیے ڈسکشن میں آپ یہ کنڈیشن نہیں لگا سکتے کہ کریٹیسائز مت کرو۔ یا کڑی لینگویج مت بولو۔ یا یہ لگائیں گے تو ڈسکشن نہیں ہوگا۔</w:t>
      </w:r>
    </w:p>
    <w:p>
      <w:r>
        <w:rPr>
          <w:b/>
        </w:rPr>
        <w:t xml:space="preserve">[36:52] </w:t>
      </w:r>
      <w:r>
        <w:t>ek aadmi hammering language bhi bolega. ek aadmi sakht criticize bhi karega. kuch bhi karega woh karne dijiye us ko. aap to us ke content ko dekhiye us ke substance ko dekhiye us ke argument ko dekhiye.</w:t>
      </w:r>
    </w:p>
    <w:p>
      <w:pPr>
        <w:jc w:val="right"/>
      </w:pPr>
      <w:r>
        <w:t>ایک آدمی ہیمرنگ لینگویج بھی بولے گا۔ ایک آدمی سخت کریٹیسائز بھی کرے گا۔ کچھ بھی کرے گا وہ کرنے دیجیے اس کو۔ آپ تو اس کے کنٹینٹ کو دیکھیے اس کے سبسٹنس کو دیکھیے اس کے آرگیومنٹ کو دیکھیے۔</w:t>
      </w:r>
    </w:p>
    <w:p>
      <w:r>
        <w:rPr>
          <w:b/>
        </w:rPr>
        <w:t xml:space="preserve">[37:09] </w:t>
      </w:r>
      <w:r>
        <w:t>us ne chhod diye ke us ka tone jo tha narm tha ke kada tha us ko chhod dijiye. yeh hai Islam ka namuna.</w:t>
      </w:r>
    </w:p>
    <w:p>
      <w:pPr>
        <w:jc w:val="right"/>
      </w:pPr>
      <w:r>
        <w:t>اس نے چھوڑ دیے کہ اس کا ٹون جو تھا نرم تھا کہ کڑا تھا اس کو چھوڑ دیجیے۔ یہ ہے اسلام کا نمونہ۔</w:t>
      </w:r>
    </w:p>
    <w:p>
      <w:r>
        <w:rPr>
          <w:b/>
        </w:rPr>
        <w:t xml:space="preserve">[37:20] </w:t>
      </w:r>
      <w:r>
        <w:t>aur maine is par poori kitaab likhi hai bahut se is mein maine dikhaya hai kis tareeqe se log bolte the. yeh sab koi wahan par condition nahi thi.</w:t>
      </w:r>
    </w:p>
    <w:p>
      <w:pPr>
        <w:jc w:val="right"/>
      </w:pPr>
      <w:r>
        <w:t>اور میں نے اس پر پوری کتاب لکھی ہے بہت سے اس میں میں نے دکھایا ہے کس طریقے سے لوگ بولتے تھے۔ یہ سب کوئی وہاں پر کنڈیشن نہیں تھی۔</w:t>
      </w:r>
    </w:p>
    <w:p>
      <w:r>
        <w:rPr>
          <w:b/>
        </w:rPr>
        <w:t xml:space="preserve">[37:28] </w:t>
      </w:r>
      <w:r>
        <w:t>arey bhai dekho k</w:t>
      </w:r>
    </w:p>
    <w:p>
      <w:pPr>
        <w:jc w:val="right"/>
      </w:pPr>
      <w:r>
        <w:t>ارے بھائی دیکھو ک</w:t>
      </w:r>
    </w:p>
    <w:p>
      <w:r>
        <w:rPr>
          <w:b/>
        </w:rPr>
        <w:t xml:space="preserve">[37:30] </w:t>
      </w:r>
      <w:r>
        <w:t>de bol mat bolna. arey bhai dekho criticize mat karna. yeh sab kuch nahi. khule tareeqe se log bolte the. is ki wajah se kya hua ke sahaba jo the sahaba woh bahut hi zabardast wisdom un ke andar aa gayi wisdom.</w:t>
      </w:r>
    </w:p>
    <w:p>
      <w:pPr>
        <w:jc w:val="right"/>
      </w:pPr>
      <w:r>
        <w:t>ڑے بول مت بولنا۔ ارے بھائی دیکھو کریٹیسائز مت کرنا۔ یہ سب کچھ نہیں۔ کھلے طریقے سے لوگ بولتے تھے۔ اس کی وجہ سے کیا ہوا کہ صحابہ جو تھے صحابہ وہ بہت ہی زبردست وزڈم ان کے اندر آ گئی وزڈم۔</w:t>
      </w:r>
    </w:p>
    <w:p>
      <w:r>
        <w:rPr>
          <w:b/>
        </w:rPr>
        <w:t xml:space="preserve">[37:49] </w:t>
      </w:r>
      <w:r>
        <w:t>ek ek sahabi bahut is ke andar wisdom aa gayi. aur jahan jahan par yeh hoga yani</w:t>
      </w:r>
    </w:p>
    <w:p>
      <w:pPr>
        <w:jc w:val="right"/>
      </w:pPr>
      <w:r>
        <w:t>ایک ایک صحابی بہت اس کے اندر وزڈم آ گئی۔ اور جہاں جہاں پر یہ ہوگا یعنی</w:t>
      </w:r>
    </w:p>
    <w:p>
      <w:r>
        <w:rPr>
          <w:b/>
        </w:rPr>
        <w:t xml:space="preserve">[38:03] </w:t>
      </w:r>
      <w:r>
        <w:t>criticism nahi hoga to kabhi bhi wahan intellectual development nahi ho sakta.</w:t>
      </w:r>
    </w:p>
    <w:p>
      <w:pPr>
        <w:jc w:val="right"/>
      </w:pPr>
      <w:r>
        <w:t>کریٹیسزم نہیں ہوگا تو کبھی بھی وہاں انٹلیکچول ڈیویلپمنٹ نہیں ہو سکتا۔</w:t>
      </w:r>
    </w:p>
    <w:p>
      <w:r>
        <w:rPr>
          <w:b/>
        </w:rPr>
        <w:t xml:space="preserve">[38:09] </w:t>
      </w:r>
      <w:r>
        <w:t>is ka is mein koi ek de doon exception aisa nahi ke saare musalman aise hain bohat se</w:t>
      </w:r>
    </w:p>
    <w:p>
      <w:pPr>
        <w:jc w:val="right"/>
      </w:pPr>
      <w:r>
        <w:t>اس کا اس میں کوئی ایک دے دوں ایکسیپشن ایسا نہیں کہ سارے مسلمان ایسے ہیں بہت سے</w:t>
      </w:r>
    </w:p>
    <w:p>
      <w:r>
        <w:rPr>
          <w:b/>
        </w:rPr>
        <w:t xml:space="preserve">[38:17] </w:t>
      </w:r>
      <w:r>
        <w:t>aise hain jo doosre jaise sochte hain jaise mein aap ko ek misaal deta hoon</w:t>
      </w:r>
    </w:p>
    <w:p>
      <w:pPr>
        <w:jc w:val="right"/>
      </w:pPr>
      <w:r>
        <w:t>ایسے ہیں جو دوسرے جیسے سوچتے ہیں جیسے میں آپ کو ایک مثال دیتا ہوں</w:t>
      </w:r>
    </w:p>
    <w:p>
      <w:r>
        <w:rPr>
          <w:b/>
        </w:rPr>
        <w:t xml:space="preserve">[38:23] </w:t>
      </w:r>
      <w:r>
        <w:t>ke jis zamane mein Denmark mein</w:t>
      </w:r>
    </w:p>
    <w:p>
      <w:pPr>
        <w:jc w:val="right"/>
      </w:pPr>
      <w:r>
        <w:t>کہ جس زمانے میں ڈنمارک میں</w:t>
      </w:r>
    </w:p>
    <w:p>
      <w:r>
        <w:rPr>
          <w:b/>
        </w:rPr>
        <w:t xml:space="preserve">[38:27] </w:t>
      </w:r>
      <w:r>
        <w:t>wo jo cartoon chhapa tha</w:t>
      </w:r>
    </w:p>
    <w:p>
      <w:pPr>
        <w:jc w:val="right"/>
      </w:pPr>
      <w:r>
        <w:t>وہ جو کارٹون چھپا تھا</w:t>
      </w:r>
    </w:p>
    <w:p>
      <w:r>
        <w:rPr>
          <w:b/>
        </w:rPr>
        <w:t xml:space="preserve">[38:31] </w:t>
      </w:r>
      <w:r>
        <w:t>to aap ko pata hai ke is mein kafi hue and cry hua tha musalman jagah jagah</w:t>
      </w:r>
    </w:p>
    <w:p>
      <w:pPr>
        <w:jc w:val="right"/>
      </w:pPr>
      <w:r>
        <w:t>تو آپ کو پتہ ہے کہ اس میں کافی ہیو اینڈ کرائی ہوا تھا مسلمان جگہ جگہ</w:t>
      </w:r>
    </w:p>
    <w:p>
      <w:r>
        <w:rPr>
          <w:b/>
        </w:rPr>
        <w:t xml:space="preserve">[38:37] </w:t>
      </w:r>
      <w:r>
        <w:t>demonstrate kiya tha unhone is ke khilaaf</w:t>
      </w:r>
    </w:p>
    <w:p>
      <w:pPr>
        <w:jc w:val="right"/>
      </w:pPr>
      <w:r>
        <w:t>ڈیمونسٹریٹ کیا تھا انہوں نے اس کے خلاف</w:t>
      </w:r>
    </w:p>
    <w:p>
      <w:r>
        <w:rPr>
          <w:b/>
        </w:rPr>
        <w:t xml:space="preserve">[38:41] </w:t>
      </w:r>
      <w:r>
        <w:t>to maine ek ek article likha tha is par ke ignore cartoons</w:t>
      </w:r>
    </w:p>
    <w:p>
      <w:pPr>
        <w:jc w:val="right"/>
      </w:pPr>
      <w:r>
        <w:t>تو میں نے ایک ایک آرٹیکل لکھا تھا اس پر کہ اگنور کارٹونز</w:t>
      </w:r>
    </w:p>
    <w:p>
      <w:r>
        <w:rPr>
          <w:b/>
        </w:rPr>
        <w:t xml:space="preserve">[38:48] </w:t>
      </w:r>
      <w:r>
        <w:t>mein</w:t>
      </w:r>
    </w:p>
    <w:p>
      <w:pPr>
        <w:jc w:val="right"/>
      </w:pPr>
      <w:r>
        <w:t>میں</w:t>
      </w:r>
    </w:p>
    <w:p>
      <w:r>
        <w:rPr>
          <w:b/>
        </w:rPr>
        <w:t xml:space="preserve">[38:48] </w:t>
      </w:r>
      <w:r>
        <w:t>ne kaha ignore kijiye is par kya zaroorat hai hungama karne ki to ignore cartoons</w:t>
      </w:r>
    </w:p>
    <w:p>
      <w:pPr>
        <w:jc w:val="right"/>
      </w:pPr>
      <w:r>
        <w:t>نے کہا اگنور کیجیے اس پر کیا ضرورت ہے ہنگامہ کرنے کی تو اگنور کارٹونز</w:t>
      </w:r>
    </w:p>
    <w:p>
      <w:r>
        <w:rPr>
          <w:b/>
        </w:rPr>
        <w:t xml:space="preserve">[38:57] </w:t>
      </w:r>
      <w:r>
        <w:t>to isi zamane mein Saudi Arab ki jo TV hai wahan ka jo</w:t>
      </w:r>
    </w:p>
    <w:p>
      <w:pPr>
        <w:jc w:val="right"/>
      </w:pPr>
      <w:r>
        <w:t>تو اسی زمانے میں سعودی عرب کی جو ٹی وی ہے وہاں کا جو</w:t>
      </w:r>
    </w:p>
    <w:p>
      <w:r>
        <w:rPr>
          <w:b/>
        </w:rPr>
        <w:t xml:space="preserve">[39:05] </w:t>
      </w:r>
      <w:r>
        <w:t>to Saudi Arab ke TV ne ek bohat acha program banaya</w:t>
      </w:r>
    </w:p>
    <w:p>
      <w:pPr>
        <w:jc w:val="right"/>
      </w:pPr>
      <w:r>
        <w:t>تو سعودی عرب کے ٹی وی نے ایک بہت اچھا پروگرام بنایا</w:t>
      </w:r>
    </w:p>
    <w:p>
      <w:r>
        <w:rPr>
          <w:b/>
        </w:rPr>
        <w:t xml:space="preserve">[39:10] </w:t>
      </w:r>
      <w:r>
        <w:t>wo wo gaye wahan par apna apna apni team le kar ke Denmark</w:t>
      </w:r>
    </w:p>
    <w:p>
      <w:pPr>
        <w:jc w:val="right"/>
      </w:pPr>
      <w:r>
        <w:t>وہ وہ گئے وہاں پر اپنا اپنا اپنی ٹیم لے کر کے ڈنمارک</w:t>
      </w:r>
    </w:p>
    <w:p>
      <w:r>
        <w:rPr>
          <w:b/>
        </w:rPr>
        <w:t xml:space="preserve">[39:18] </w:t>
      </w:r>
      <w:r>
        <w:t>apni team ke sath wo Denmark gaye</w:t>
      </w:r>
    </w:p>
    <w:p>
      <w:pPr>
        <w:jc w:val="right"/>
      </w:pPr>
      <w:r>
        <w:t>اپنی ٹیم کے ساتھ وہ ڈنمارک گئے</w:t>
      </w:r>
    </w:p>
    <w:p>
      <w:r>
        <w:rPr>
          <w:b/>
        </w:rPr>
        <w:t xml:space="preserve">[39:22] </w:t>
      </w:r>
      <w:r>
        <w:t>to unhone hamare haan se kai so kitaab khareedi wo jo is ka naam hai profit of</w:t>
      </w:r>
    </w:p>
    <w:p>
      <w:pPr>
        <w:jc w:val="right"/>
      </w:pPr>
      <w:r>
        <w:t>تو انہوں نے ہمارے ہاں سے کئی سو کتاب خریدی وہ جو اس کا نام ہے پرافٹ آف</w:t>
      </w:r>
    </w:p>
    <w:p>
      <w:r>
        <w:rPr>
          <w:b/>
        </w:rPr>
        <w:t xml:space="preserve">[39:28] </w:t>
      </w:r>
      <w:r>
        <w:t>revolution yani profit par ek book hai hamari do teen</w:t>
      </w:r>
    </w:p>
    <w:p>
      <w:pPr>
        <w:jc w:val="right"/>
      </w:pPr>
      <w:r>
        <w:t>ریولوشن یعنی پرافٹ پر ایک بک ہے ہماری دو تین</w:t>
      </w:r>
    </w:p>
    <w:p>
      <w:r>
        <w:rPr>
          <w:b/>
        </w:rPr>
        <w:t xml:space="preserve">[39:33] </w:t>
      </w:r>
      <w:r>
        <w:t>kitaabein hain teen kitaabein hain prophet par hamari ek ka naam hai prophet of revolution is ke woh kai sau copyan le kar apne sath gaye aur wahan logon ko baanta unhon ne</w:t>
      </w:r>
    </w:p>
    <w:p>
      <w:pPr>
        <w:jc w:val="right"/>
      </w:pPr>
      <w:r>
        <w:t>کتابیں ہیں تین کتابیں ہیں پرافٹ پر ہماری ایک کا نام ہے پرافٹ آف ریولوشن اس کے وہ کئی سو کاپیاں لے کر اپنے ساتھ گئے اور وہاں لوگوں کو بانٹا انہوں نے</w:t>
      </w:r>
    </w:p>
    <w:p>
      <w:r>
        <w:rPr>
          <w:b/>
        </w:rPr>
        <w:t xml:space="preserve">[39:48] </w:t>
      </w:r>
      <w:r>
        <w:t>yeh mein samajhta hoon ke sahi tareeqa tha wahan wo gaye logon se interview liya ke tumhari kya</w:t>
      </w:r>
    </w:p>
    <w:p>
      <w:pPr>
        <w:jc w:val="right"/>
      </w:pPr>
      <w:r>
        <w:t>یہ میں سمجھتا ہوں کہ صحیح طریقہ تھا وہاں وہ گئے لوگوں سے انٹرویو لیا کہ تمہاری کیا</w:t>
      </w:r>
    </w:p>
    <w:p>
      <w:r>
        <w:rPr>
          <w:b/>
        </w:rPr>
        <w:t xml:space="preserve">[39:55] </w:t>
      </w:r>
      <w:r>
        <w:t>complaint hai kya shikayatein hain tum kya sochte ho aur phir jo</w:t>
      </w:r>
    </w:p>
    <w:p>
      <w:pPr>
        <w:jc w:val="right"/>
      </w:pPr>
      <w:r>
        <w:t>کمپلینٹ ہے کیا شکایتیں ہیں تم کیا سوچتے ہو اور پھر جو</w:t>
      </w:r>
    </w:p>
    <w:p>
      <w:r>
        <w:rPr>
          <w:b/>
        </w:rPr>
        <w:t xml:space="preserve">[40:01] </w:t>
      </w:r>
      <w:r>
        <w:t>jo kitaab sahi kitaab thi profit ki life par wo un ka distribute kiya</w:t>
      </w:r>
    </w:p>
    <w:p>
      <w:pPr>
        <w:jc w:val="right"/>
      </w:pPr>
      <w:r>
        <w:t>جو کتاب صحیح کتاب تھی پرافٹ کی لائف پر وہ ان کا ڈسٹریبیوٹ کیا</w:t>
      </w:r>
    </w:p>
    <w:p>
      <w:r>
        <w:rPr>
          <w:b/>
        </w:rPr>
        <w:t xml:space="preserve">[40:08] </w:t>
      </w:r>
      <w:r>
        <w:t>taake un ke misunderstanding jo hai wo khatam ho jaye</w:t>
      </w:r>
    </w:p>
    <w:p>
      <w:pPr>
        <w:jc w:val="right"/>
      </w:pPr>
      <w:r>
        <w:t>تاکہ ان کے مس انڈرسٹینڈنگ جو ہے وہ ختم ہو جائے</w:t>
      </w:r>
    </w:p>
    <w:p>
      <w:r>
        <w:rPr>
          <w:b/>
        </w:rPr>
        <w:t xml:space="preserve">[40:13] </w:t>
      </w:r>
      <w:r>
        <w:t>yaani wahan wo nahi gaye the demonstration ke liye shorgul karne ke liye nahi wahan wo gaye is</w:t>
      </w:r>
    </w:p>
    <w:p>
      <w:pPr>
        <w:jc w:val="right"/>
      </w:pPr>
      <w:r>
        <w:t>یعنی وہاں وہ نہیں گئے تھے ڈیمونسٹریشن کے لیے شورگول کرنے کے لیے نہیں وہاں وہ گئے اس</w:t>
      </w:r>
    </w:p>
    <w:p>
      <w:r>
        <w:rPr>
          <w:b/>
        </w:rPr>
        <w:t xml:space="preserve">[40:18] </w:t>
      </w:r>
      <w:r>
        <w:t>liye ke literature wahan phailayein</w:t>
      </w:r>
    </w:p>
    <w:p>
      <w:pPr>
        <w:jc w:val="right"/>
      </w:pPr>
      <w:r>
        <w:t>لیے کہ لٹریچر وہاں پھیلائیں</w:t>
      </w:r>
    </w:p>
    <w:p>
      <w:r>
        <w:rPr>
          <w:b/>
        </w:rPr>
        <w:t xml:space="preserve">[40:23] </w:t>
      </w:r>
      <w:r>
        <w:t>logon se milein logon se discussion karein to aise bhi log hain aur yahi tha sahi response</w:t>
      </w:r>
    </w:p>
    <w:p>
      <w:pPr>
        <w:jc w:val="right"/>
      </w:pPr>
      <w:r>
        <w:t>لوگوں سے ملیں لوگوں سے ڈسکشن کریں تو ایسے بھی لوگ ہیں اور یہی تھا صحیح رسپانس</w:t>
      </w:r>
    </w:p>
    <w:p>
      <w:r>
        <w:rPr>
          <w:b/>
        </w:rPr>
        <w:t xml:space="preserve">[40:32] </w:t>
      </w:r>
      <w:r>
        <w:t>har mauqe par hamein</w:t>
      </w:r>
    </w:p>
    <w:p>
      <w:pPr>
        <w:jc w:val="right"/>
      </w:pPr>
      <w:r>
        <w:t>ہر موقع پر ہمیں</w:t>
      </w:r>
    </w:p>
    <w:p>
      <w:r>
        <w:rPr>
          <w:b/>
        </w:rPr>
        <w:t xml:space="preserve">[40:33] </w:t>
      </w:r>
      <w:r>
        <w:t>yahi response dena chahiye</w:t>
      </w:r>
    </w:p>
    <w:p>
      <w:pPr>
        <w:jc w:val="right"/>
      </w:pPr>
      <w:r>
        <w:t>یہی رسپانس دینا چاہیے</w:t>
      </w:r>
    </w:p>
    <w:p>
      <w:r>
        <w:rPr>
          <w:b/>
        </w:rPr>
        <w:t xml:space="preserve">[40:36] </w:t>
      </w:r>
      <w:r>
        <w:t>aisi hi jo kitab chhapi thi yeh</w:t>
      </w:r>
    </w:p>
    <w:p>
      <w:pPr>
        <w:jc w:val="right"/>
      </w:pPr>
      <w:r>
        <w:t>ایسی ہی جو کتاب چھپی تھی یہ</w:t>
      </w:r>
    </w:p>
    <w:p>
      <w:r>
        <w:rPr>
          <w:b/>
        </w:rPr>
        <w:t xml:space="preserve">[40:41] </w:t>
      </w:r>
      <w:r>
        <w:t>salman rashdi ki aap ko yaad hoga ke salman rashdi ki kitab par bara shor ghul macha tha</w:t>
      </w:r>
    </w:p>
    <w:p>
      <w:pPr>
        <w:jc w:val="right"/>
      </w:pPr>
      <w:r>
        <w:t>سلمان رشدی کی آپ کو یاد ہوگا کہ سلمان رشدی کی کتاب پر بڑا شور غل مچا تھا</w:t>
      </w:r>
    </w:p>
    <w:p>
      <w:r>
        <w:rPr>
          <w:b/>
        </w:rPr>
        <w:t xml:space="preserve">[40:49] </w:t>
      </w:r>
      <w:r>
        <w:t>kitabein jalai gayi theen aur bara hangama hua tha</w:t>
      </w:r>
    </w:p>
    <w:p>
      <w:pPr>
        <w:jc w:val="right"/>
      </w:pPr>
      <w:r>
        <w:t>کتابیں جلائی گئی تھیں اور بڑا ہنگامہ ہوا تھا</w:t>
      </w:r>
    </w:p>
    <w:p>
      <w:r>
        <w:rPr>
          <w:b/>
        </w:rPr>
        <w:t xml:space="preserve">[40:53] </w:t>
      </w:r>
      <w:r>
        <w:t>lekin us waqt bhi kuch musalman aise thay jinhone sahi kaam kiya tha yahan par dilli mein</w:t>
      </w:r>
    </w:p>
    <w:p>
      <w:pPr>
        <w:jc w:val="right"/>
      </w:pPr>
      <w:r>
        <w:t>لیکن اس وقت بھی کچھ مسلمان ایسے تھے جنہوں نے صحیح کام کیا تھا یہاں پر دلی میں</w:t>
      </w:r>
    </w:p>
    <w:p>
      <w:r>
        <w:rPr>
          <w:b/>
        </w:rPr>
        <w:t xml:space="preserve">[40:59] </w:t>
      </w:r>
      <w:r>
        <w:t>ek sahab thay professor</w:t>
      </w:r>
    </w:p>
    <w:p>
      <w:pPr>
        <w:jc w:val="right"/>
      </w:pPr>
      <w:r>
        <w:t>ایک صاحب تھے پروفیسر</w:t>
      </w:r>
    </w:p>
    <w:p>
      <w:r>
        <w:rPr>
          <w:b/>
        </w:rPr>
        <w:t xml:space="preserve">[41:03] </w:t>
      </w:r>
      <w:r>
        <w:t>woh kya naam tha un ka</w:t>
      </w:r>
    </w:p>
    <w:p>
      <w:pPr>
        <w:jc w:val="right"/>
      </w:pPr>
      <w:r>
        <w:t>وہ کیا نام تھا ان کا</w:t>
      </w:r>
    </w:p>
    <w:p>
      <w:r>
        <w:rPr>
          <w:b/>
        </w:rPr>
        <w:t xml:space="preserve">[41:09] </w:t>
      </w:r>
      <w:r>
        <w:t>professor thay woh dilli mein ab un ka un ki death ho chuki hai toh unhone ek</w:t>
      </w:r>
    </w:p>
    <w:p>
      <w:pPr>
        <w:jc w:val="right"/>
      </w:pPr>
      <w:r>
        <w:t>پروفیسر تھے وہ دلی میں اب ان کا ان کی ڈیتھ ہو چکی ہے تو انہوں نے ایک</w:t>
      </w:r>
    </w:p>
    <w:p>
      <w:r>
        <w:rPr>
          <w:b/>
        </w:rPr>
        <w:t xml:space="preserve">[41:14] </w:t>
      </w:r>
      <w:r>
        <w:t>kitab likhi is ka naam tha holy versal</w:t>
      </w:r>
    </w:p>
    <w:p>
      <w:pPr>
        <w:jc w:val="right"/>
      </w:pPr>
      <w:r>
        <w:t>کتاب لکھی اس کا نام تھا ہولی ورسل</w:t>
      </w:r>
    </w:p>
    <w:p>
      <w:r>
        <w:rPr>
          <w:b/>
        </w:rPr>
        <w:t xml:space="preserve">[41:17] </w:t>
      </w:r>
      <w:r>
        <w:t>rashdi ki kitab ka</w:t>
      </w:r>
    </w:p>
    <w:p>
      <w:pPr>
        <w:jc w:val="right"/>
      </w:pPr>
      <w:r>
        <w:t>رشدی کی کتاب کا</w:t>
      </w:r>
    </w:p>
    <w:p>
      <w:r>
        <w:rPr>
          <w:b/>
        </w:rPr>
        <w:t xml:space="preserve">[41:18] </w:t>
      </w:r>
      <w:r>
        <w:t>naam tha satanic weasel</w:t>
      </w:r>
    </w:p>
    <w:p>
      <w:pPr>
        <w:jc w:val="right"/>
      </w:pPr>
      <w:r>
        <w:t>نام تھا سیٹرک ورسل</w:t>
      </w:r>
    </w:p>
    <w:p>
      <w:r>
        <w:rPr>
          <w:b/>
        </w:rPr>
        <w:t xml:space="preserve">[41:23] </w:t>
      </w:r>
      <w:r>
        <w:t>setric versal is ko un ke is ke jawab mein kitab likhi yani kitab ke jawab mein kitab</w:t>
      </w:r>
    </w:p>
    <w:p>
      <w:pPr>
        <w:jc w:val="right"/>
      </w:pPr>
      <w:r>
        <w:t>سیٹرک ورسل اس کو ان کے اس کے جواب میں کتاب لکھی یعنی کتاب کے جواب میں کتاب</w:t>
      </w:r>
    </w:p>
    <w:p>
      <w:r>
        <w:rPr>
          <w:b/>
        </w:rPr>
        <w:t xml:space="preserve">[41:29] </w:t>
      </w:r>
      <w:r>
        <w:t>set holy versal yeh bilkul sahi tareeqa tha kaam karne ka</w:t>
      </w:r>
    </w:p>
    <w:p>
      <w:pPr>
        <w:jc w:val="right"/>
      </w:pPr>
      <w:r>
        <w:t>سیٹ ہولی ورسل یہ بالکل صحیح طریقہ تھا کام کرنے کا</w:t>
      </w:r>
    </w:p>
    <w:p>
      <w:r>
        <w:rPr>
          <w:b/>
        </w:rPr>
        <w:t xml:space="preserve">[41:34] </w:t>
      </w:r>
      <w:r>
        <w:t>toh aisa nahi ke sare musalman bhag jaate hon aise bhi log hain jo sahi rastay par rehte</w:t>
      </w:r>
    </w:p>
    <w:p>
      <w:pPr>
        <w:jc w:val="right"/>
      </w:pPr>
      <w:r>
        <w:t>تو ایسا نہیں کہ سارے مسلمان بھاگ جاتے ہوں ایسے بھی لوگ ہیں جو صحیح راستے پر رہتے</w:t>
      </w:r>
    </w:p>
    <w:p>
      <w:r>
        <w:rPr>
          <w:b/>
        </w:rPr>
        <w:t xml:space="preserve">[41:40] </w:t>
      </w:r>
      <w:r>
        <w:t>hain jo sahi rastay par hotay hain aise bhi hain</w:t>
      </w:r>
    </w:p>
    <w:p>
      <w:pPr>
        <w:jc w:val="right"/>
      </w:pPr>
      <w:r>
        <w:t>ہیں جو صحیح راستے پر ہوتے ہیں ایسے بھی ہیں</w:t>
      </w:r>
    </w:p>
    <w:p>
      <w:r>
        <w:rPr>
          <w:b/>
        </w:rPr>
        <w:t xml:space="preserve">[41:46] </w:t>
      </w:r>
      <w:r>
        <w:t>toh unhone setric versal ke jawab mein holy versal chhapi english mein</w:t>
      </w:r>
    </w:p>
    <w:p>
      <w:pPr>
        <w:jc w:val="right"/>
      </w:pPr>
      <w:r>
        <w:t>تو انہوں نے سیٹرک ورسل کے جواب میں ہولی ورسل چھاپی انگلش میں</w:t>
      </w:r>
    </w:p>
    <w:p>
      <w:r>
        <w:rPr>
          <w:b/>
        </w:rPr>
        <w:t xml:space="preserve">[41:54] </w:t>
      </w:r>
      <w:r>
        <w:t>is ka jo woh hua tha</w:t>
      </w:r>
    </w:p>
    <w:p>
      <w:pPr>
        <w:jc w:val="right"/>
      </w:pPr>
      <w:r>
        <w:t>اس کا جو وہ ہوا تھا</w:t>
      </w:r>
    </w:p>
    <w:p>
      <w:r>
        <w:rPr>
          <w:b/>
        </w:rPr>
        <w:t xml:space="preserve">[41:57] </w:t>
      </w:r>
      <w:r>
        <w:t>jo release karte hain jo kitab yani dilli mein release kiya tha unhone toh main bhi is</w:t>
      </w:r>
    </w:p>
    <w:p>
      <w:pPr>
        <w:jc w:val="right"/>
      </w:pPr>
      <w:r>
        <w:t>جو ریلیز کرتے ہیں جو کتاب یعنی دلی میں ریلیز کیا تھا انہوں نے تو میں بھی اس</w:t>
      </w:r>
    </w:p>
    <w:p>
      <w:r>
        <w:rPr>
          <w:b/>
        </w:rPr>
        <w:t xml:space="preserve">[42:01] </w:t>
      </w:r>
      <w:r>
        <w:t>mein gaya tha bare bare log is mein bulaye gaye thay wahan pe speech hui thi</w:t>
      </w:r>
    </w:p>
    <w:p>
      <w:pPr>
        <w:jc w:val="right"/>
      </w:pPr>
      <w:r>
        <w:t>میں گیا تھا بڑے بڑے لوگ اس میں بلائے گئے تھے وہاں پہ سپیچ ہوئی تھی</w:t>
      </w:r>
    </w:p>
    <w:p>
      <w:r>
        <w:rPr>
          <w:b/>
        </w:rPr>
        <w:t xml:space="preserve">[42:08] </w:t>
      </w:r>
      <w:r>
        <w:t>toh aise bhi</w:t>
      </w:r>
    </w:p>
    <w:p>
      <w:pPr>
        <w:jc w:val="right"/>
      </w:pPr>
      <w:r>
        <w:t>تو ایسے بھی</w:t>
      </w:r>
    </w:p>
    <w:p>
      <w:r>
        <w:rPr>
          <w:b/>
        </w:rPr>
        <w:t xml:space="preserve">[42:08] </w:t>
      </w:r>
      <w:r>
        <w:t>namoonay hain aur bohat hi yeh yani positive namoonay hain yeh</w:t>
      </w:r>
    </w:p>
    <w:p>
      <w:pPr>
        <w:jc w:val="right"/>
      </w:pPr>
      <w:r>
        <w:t>نمونے ہیں اور بہت ہی یہ یعنی پوزیٹیو نمونے ہیں یہ</w:t>
      </w:r>
    </w:p>
    <w:p>
      <w:r>
        <w:rPr>
          <w:b/>
        </w:rPr>
        <w:t xml:space="preserve">[42:14] </w:t>
      </w:r>
      <w:r>
        <w:t>hamesha aise log rahe hain jo</w:t>
      </w:r>
    </w:p>
    <w:p>
      <w:pPr>
        <w:jc w:val="right"/>
      </w:pPr>
      <w:r>
        <w:t>ہمیشہ ایسے لوگ رہے ہیں جو</w:t>
      </w:r>
    </w:p>
    <w:p>
      <w:r>
        <w:rPr>
          <w:b/>
        </w:rPr>
        <w:t xml:space="preserve">[42:17] </w:t>
      </w:r>
      <w:r>
        <w:t>yani sahi rasta dikhate hain</w:t>
      </w:r>
    </w:p>
    <w:p>
      <w:pPr>
        <w:jc w:val="right"/>
      </w:pPr>
      <w:r>
        <w:t>یعنی صحیح راستہ دکھاتے ہیں</w:t>
      </w:r>
    </w:p>
    <w:p>
      <w:r>
        <w:rPr>
          <w:b/>
        </w:rPr>
        <w:t xml:space="preserve">[42:21] </w:t>
      </w:r>
      <w:r>
        <w:t>toh beharhaal main is waqt yeh kehna chahta tha</w:t>
      </w:r>
    </w:p>
    <w:p>
      <w:pPr>
        <w:jc w:val="right"/>
      </w:pPr>
      <w:r>
        <w:t>تو بہرحال میں اس وقت یہ کہنا چاہتا تھا</w:t>
      </w:r>
    </w:p>
    <w:p>
      <w:r>
        <w:rPr>
          <w:b/>
        </w:rPr>
        <w:t xml:space="preserve">[42:24] </w:t>
      </w:r>
      <w:r>
        <w:t>number one islam jo hai is ke</w:t>
      </w:r>
    </w:p>
    <w:p>
      <w:pPr>
        <w:jc w:val="right"/>
      </w:pPr>
      <w:r>
        <w:t>نمبر ون اسلام جو ہے اس کے</w:t>
      </w:r>
    </w:p>
    <w:p>
      <w:r>
        <w:rPr>
          <w:b/>
        </w:rPr>
        <w:t xml:space="preserve">[42:30] </w:t>
      </w:r>
      <w:r>
        <w:t>do authentic source hain</w:t>
      </w:r>
    </w:p>
    <w:p>
      <w:pPr>
        <w:jc w:val="right"/>
      </w:pPr>
      <w:r>
        <w:t>دو اتھینٹک سورس ہیں</w:t>
      </w:r>
    </w:p>
    <w:p>
      <w:r>
        <w:rPr>
          <w:b/>
        </w:rPr>
        <w:t xml:space="preserve">[42:34] </w:t>
      </w:r>
      <w:r>
        <w:t>rasool Allah sal-la-la alai-hi wa-sal-lam ki jab wafat hui</w:t>
      </w:r>
    </w:p>
    <w:p>
      <w:pPr>
        <w:jc w:val="right"/>
      </w:pPr>
      <w:r>
        <w:t>رسول اللہ صلی اللہ علیہ وسلم کی جب وفات ہوئی</w:t>
      </w:r>
    </w:p>
    <w:p>
      <w:r>
        <w:rPr>
          <w:b/>
        </w:rPr>
        <w:t xml:space="preserve">[42:38] </w:t>
      </w:r>
      <w:r>
        <w:t>yani 63632 AD mein to is se kuch pehle aap ne farmaya tha</w:t>
      </w:r>
    </w:p>
    <w:p>
      <w:pPr>
        <w:jc w:val="right"/>
      </w:pPr>
      <w:r>
        <w:t>یعنی 63632 اے ڈی میں تو اس سے کچھ پہلے آپ نے فرمایا تھا</w:t>
      </w:r>
    </w:p>
    <w:p>
      <w:r>
        <w:rPr>
          <w:b/>
        </w:rPr>
        <w:t xml:space="preserve">[42:49] </w:t>
      </w:r>
      <w:r>
        <w:t>tark-e-taufeeq wa-saqalain</w:t>
      </w:r>
    </w:p>
    <w:p>
      <w:pPr>
        <w:jc w:val="right"/>
      </w:pPr>
      <w:r>
        <w:t>ترک توفیق وثقلین</w:t>
      </w:r>
    </w:p>
    <w:p>
      <w:r>
        <w:rPr>
          <w:b/>
        </w:rPr>
        <w:t xml:space="preserve">[42:51] </w:t>
      </w:r>
      <w:r>
        <w:t>kitab Allah wa sunnati</w:t>
      </w:r>
    </w:p>
    <w:p>
      <w:pPr>
        <w:jc w:val="right"/>
      </w:pPr>
      <w:r>
        <w:t>کتاب اللہ و سنتی</w:t>
      </w:r>
    </w:p>
    <w:p>
      <w:r>
        <w:rPr>
          <w:b/>
        </w:rPr>
        <w:t xml:space="preserve">[42:56] </w:t>
      </w:r>
      <w:r>
        <w:t>tark-e-taufeeq wa-saqalain kitab Allah wa sunnati</w:t>
      </w:r>
    </w:p>
    <w:p>
      <w:pPr>
        <w:jc w:val="right"/>
      </w:pPr>
      <w:r>
        <w:t>ترک توفیق وثقلین کتاب اللہ و سنتی</w:t>
      </w:r>
    </w:p>
    <w:p>
      <w:r>
        <w:rPr>
          <w:b/>
        </w:rPr>
        <w:t xml:space="preserve">[43:01] </w:t>
      </w:r>
      <w:r>
        <w:t>maine tumhare darmiyan do bhaari cheez chhodi hai</w:t>
      </w:r>
    </w:p>
    <w:p>
      <w:pPr>
        <w:jc w:val="right"/>
      </w:pPr>
      <w:r>
        <w:t>میں نے تمہارے درمیان دو بھاری چیز چھوڑی ہے</w:t>
      </w:r>
    </w:p>
    <w:p>
      <w:r>
        <w:rPr>
          <w:b/>
        </w:rPr>
        <w:t xml:space="preserve">[43:07] </w:t>
      </w:r>
      <w:r>
        <w:t>jab tak tum is ko pakde rahoge tum bhatkoge nahin</w:t>
      </w:r>
    </w:p>
    <w:p>
      <w:pPr>
        <w:jc w:val="right"/>
      </w:pPr>
      <w:r>
        <w:t>جب تک تم اس کو پکڑے رہو گے تم بھٹکو گے نہیں</w:t>
      </w:r>
    </w:p>
    <w:p>
      <w:r>
        <w:rPr>
          <w:b/>
        </w:rPr>
        <w:t xml:space="preserve">[43:12] </w:t>
      </w:r>
      <w:r>
        <w:t>woh bhaari cheez kya hai kitab Allah wa sunnati yani kitab Allah aur sunnat rasool Allah</w:t>
      </w:r>
    </w:p>
    <w:p>
      <w:pPr>
        <w:jc w:val="right"/>
      </w:pPr>
      <w:r>
        <w:t>وہ بھاری چیز کیا ہے کتاب اللہ و سنتی یعنی کتاب اللہ اور سنت رسول اللہ</w:t>
      </w:r>
    </w:p>
    <w:p>
      <w:r>
        <w:rPr>
          <w:b/>
        </w:rPr>
        <w:t xml:space="preserve">[43:21] </w:t>
      </w:r>
      <w:r>
        <w:t>Khuda ki kitab aur prophet ki sunnat</w:t>
      </w:r>
    </w:p>
    <w:p>
      <w:pPr>
        <w:jc w:val="right"/>
      </w:pPr>
      <w:r>
        <w:t>خدا کی کتاب اور پرافٹ کی سنت</w:t>
      </w:r>
    </w:p>
    <w:p>
      <w:r>
        <w:rPr>
          <w:b/>
        </w:rPr>
        <w:t xml:space="preserve">[43:25] </w:t>
      </w:r>
      <w:r>
        <w:t>to yeh do authentic sources hain hamare paas</w:t>
      </w:r>
    </w:p>
    <w:p>
      <w:pPr>
        <w:jc w:val="right"/>
      </w:pPr>
      <w:r>
        <w:t>تو یہ دو اتھینٹک سورس ہیں ہمارے پاس</w:t>
      </w:r>
    </w:p>
    <w:p>
      <w:r>
        <w:rPr>
          <w:b/>
        </w:rPr>
        <w:t xml:space="preserve">[43:30] </w:t>
      </w:r>
      <w:r>
        <w:t>to pehli baat mein yeh kehna chahta hoon ke jab bhi koi baat ho</w:t>
      </w:r>
    </w:p>
    <w:p>
      <w:pPr>
        <w:jc w:val="right"/>
      </w:pPr>
      <w:r>
        <w:t>تو پہلی بات میں یہ کہنا چاہتا ہوں کہ جب بھی کوئی بات ہو</w:t>
      </w:r>
    </w:p>
    <w:p>
      <w:r>
        <w:rPr>
          <w:b/>
        </w:rPr>
        <w:t xml:space="preserve">[43:34] </w:t>
      </w:r>
      <w:r>
        <w:t>to hamein yeh dekhna chahiye ke kya yeh baat Quran o Hadees mein hai</w:t>
      </w:r>
    </w:p>
    <w:p>
      <w:pPr>
        <w:jc w:val="right"/>
      </w:pPr>
      <w:r>
        <w:t>تو ہمیں یہ دیکھنا چاہیے کہ کیا یہ بات قران و حدیث میں ہے</w:t>
      </w:r>
    </w:p>
    <w:p>
      <w:r>
        <w:rPr>
          <w:b/>
        </w:rPr>
        <w:t xml:space="preserve">[43:42] </w:t>
      </w:r>
      <w:r>
        <w:t>agar woh Quran o Hadees mein hai to woh Islami baat hai nahi to Islami baat nahi hai woh kyunke Islam ki base jo hai woh Quran o Hadees par hai Islam ki jo base hai woh Quran o Hadees par hai to koi cheez wahi sahi hai jo Quran o Hadees mein bataya gaya ho nahi bataya gaya to woh sahi bhi nahi hai</w:t>
      </w:r>
    </w:p>
    <w:p>
      <w:pPr>
        <w:jc w:val="right"/>
      </w:pPr>
      <w:r>
        <w:t>اگر وہ قران و حدیث میں ہے تو وہ اسلامی بات ہے نہیں تو اسلامی بات نہیں ہے وہ کیونکہ اسلام کی بیس جو ہے وہ قران و حدیث پر ہے اسلام کی جو بیس ہے وہ قران و حدیث پر ہے تو کوئی چیز وہی صحیح ہے جو قران و حدیث میں بتایا گیا ہو نہیں بتایا گیا تو وہ صحیح بھی نہیں ہے</w:t>
      </w:r>
    </w:p>
    <w:p>
      <w:r>
        <w:rPr>
          <w:b/>
        </w:rPr>
        <w:t xml:space="preserve">[44:07] </w:t>
      </w:r>
      <w:r>
        <w:t>to ek baat yeh hai doosri cheez yeh hai ke kisi bhi cheez ko hamein sentimental nahi banana chahiye</w:t>
      </w:r>
    </w:p>
    <w:p>
      <w:pPr>
        <w:jc w:val="right"/>
      </w:pPr>
      <w:r>
        <w:t>تو ایک بات یہ ہے دوسری چیز یہ ہے کہ کسی بھی چیز کو ہمیں سینٹیمینٹل نہیں بنانا چاہیے</w:t>
      </w:r>
    </w:p>
    <w:p>
      <w:r>
        <w:rPr>
          <w:b/>
        </w:rPr>
        <w:t xml:space="preserve">[44:19] </w:t>
      </w:r>
      <w:r>
        <w:t>kyunke Quran mein dekhiye bahut zyada sabr ki baat kahi gayi hai bahut zyada sabr sabr sabr i'raaz i'raaz i'raaz yani patience and avoidance sabr means patience i'raaz means avoidance to yeh Quran ki basic teachings hain mein se hai you have to keep patience you have to keep avoidance</w:t>
      </w:r>
    </w:p>
    <w:p>
      <w:pPr>
        <w:jc w:val="right"/>
      </w:pPr>
      <w:r>
        <w:t>کیونکہ قران میں دیکھیے بہت زیادہ صبر کی بات کہی گئی ہے بہت زیادہ صبر صبر صبر اعراض اعراض اعراض یعنی پیشنس اینڈ اوائیڈنس صبر مینز پیشنس اعراض مینز اوائیڈنس تو یہ قران کی بیسک ٹیچنگز ہیں میں سے ہے یو ہیو ٹو کیپ پیشنس یو ہیو ٹو کیپ اوائیڈنس</w:t>
      </w:r>
    </w:p>
    <w:p>
      <w:r>
        <w:rPr>
          <w:b/>
        </w:rPr>
        <w:t xml:space="preserve">[44:49] </w:t>
      </w:r>
      <w:r>
        <w:t>to jab bhi koi aisi baat saamne aati hai</w:t>
      </w:r>
    </w:p>
    <w:p>
      <w:pPr>
        <w:jc w:val="right"/>
      </w:pPr>
      <w:r>
        <w:t>تو جب بھی کوئی ایسی بات سامنے اتی ہے</w:t>
      </w:r>
    </w:p>
    <w:p>
      <w:r>
        <w:rPr>
          <w:b/>
        </w:rPr>
        <w:t xml:space="preserve">[44:54] </w:t>
      </w:r>
      <w:r>
        <w:t>jo aap ko provoke karti hai</w:t>
      </w:r>
    </w:p>
    <w:p>
      <w:pPr>
        <w:jc w:val="right"/>
      </w:pPr>
      <w:r>
        <w:t>جو اپ کو پرووک کرتی ہے</w:t>
      </w:r>
    </w:p>
    <w:p>
      <w:r>
        <w:rPr>
          <w:b/>
        </w:rPr>
        <w:t xml:space="preserve">[44:58] </w:t>
      </w:r>
      <w:r>
        <w:t>to dekhiye is duniya mein kabhi bhi aisa nahin hoga ke ke aap ko koi provoke karne wala</w:t>
      </w:r>
    </w:p>
    <w:p>
      <w:pPr>
        <w:jc w:val="right"/>
      </w:pPr>
      <w:r>
        <w:t>تو دیکھیے اس دنیا میں کبھی بھی ایسا نہیں ہوگا کہ کہ اپ کو کوئی پرووک کرنے والا</w:t>
      </w:r>
    </w:p>
    <w:p>
      <w:r>
        <w:rPr>
          <w:b/>
        </w:rPr>
        <w:t xml:space="preserve">[45:05] </w:t>
      </w:r>
      <w:r>
        <w:t>na rahe provocative situations</w:t>
      </w:r>
    </w:p>
    <w:p>
      <w:pPr>
        <w:jc w:val="right"/>
      </w:pPr>
      <w:r>
        <w:t>نہ رہے پرووکیٹیو سچویشنز</w:t>
      </w:r>
    </w:p>
    <w:p>
      <w:r>
        <w:rPr>
          <w:b/>
        </w:rPr>
        <w:t xml:space="preserve">[45:10] </w:t>
      </w:r>
      <w:r>
        <w:t>is a part of nature</w:t>
      </w:r>
    </w:p>
    <w:p>
      <w:pPr>
        <w:jc w:val="right"/>
      </w:pPr>
      <w:r>
        <w:t>از ا پارٹ اف نیچر</w:t>
      </w:r>
    </w:p>
    <w:p>
      <w:r>
        <w:rPr>
          <w:b/>
        </w:rPr>
        <w:t xml:space="preserve">[45:13] </w:t>
      </w:r>
      <w:r>
        <w:t>provocative situations hamesha rahegi hamesha thi aage bhi rahegi aaj bhi hai</w:t>
      </w:r>
    </w:p>
    <w:p>
      <w:pPr>
        <w:jc w:val="right"/>
      </w:pPr>
      <w:r>
        <w:t>پرووکیٹیو سچویشن ہمیشہ رہے گی ہمیشہ تھی اگے بھی رہے گی اج بھی ہے</w:t>
      </w:r>
    </w:p>
    <w:p>
      <w:r>
        <w:rPr>
          <w:b/>
        </w:rPr>
        <w:t xml:space="preserve">[45:20] </w:t>
      </w:r>
      <w:r>
        <w:t>to provocative situations ko aap eliminate nahin kar sakte</w:t>
      </w:r>
    </w:p>
    <w:p>
      <w:pPr>
        <w:jc w:val="right"/>
      </w:pPr>
      <w:r>
        <w:t>تو پرووکیٹیو سچویشنز کو اپ ایلیمینیٹ نہیں کر سکتے</w:t>
      </w:r>
    </w:p>
    <w:p>
      <w:r>
        <w:rPr>
          <w:b/>
        </w:rPr>
        <w:t xml:space="preserve">[45:28] </w:t>
      </w:r>
      <w:r>
        <w:t>to jab aisi koi situation aaye to aap us ko sentimental issue na banayein kabhi bhi nahi balkeh thande tareeqe se sochein</w:t>
      </w:r>
    </w:p>
    <w:p>
      <w:pPr>
        <w:jc w:val="right"/>
      </w:pPr>
      <w:r>
        <w:t>تو جب ایسی کوئی سچوئیشن ائے تو اپ اس کو سینٹیمینٹل ایشو نہ بنائیں کبھی بھی نہیں بلکہ ٹھنڈے طریقے سے سوچیں</w:t>
      </w:r>
    </w:p>
    <w:p>
      <w:r>
        <w:rPr>
          <w:b/>
        </w:rPr>
        <w:t xml:space="preserve">[45:42] </w:t>
      </w:r>
      <w:r>
        <w:t>thande tareeqe se apni planning karein thande tareeqe se situation ko assess karein thande tareeqe se yeh janne ki koshish karein ke is ki gravity kitni hai is is problem ki is ka analysis karein</w:t>
      </w:r>
    </w:p>
    <w:p>
      <w:pPr>
        <w:jc w:val="right"/>
      </w:pPr>
      <w:r>
        <w:t>ٹھنڈے طریقے سے اپنی پلاننگ کریں ٹھنڈے طریقے سے سچوئیشن کو اسیس کریں ٹھنڈے طریقے سے یہ جاننے کی کوشش کریں کہ اس کی گریوٹی کتنی ہے اس اس پرابلم کی اس کا انالیسز کریں</w:t>
      </w:r>
    </w:p>
    <w:p>
      <w:r>
        <w:rPr>
          <w:b/>
        </w:rPr>
        <w:t xml:space="preserve">[46:03] </w:t>
      </w:r>
      <w:r>
        <w:t>phir Islam ke jo Islam ka jo framework hai is mein rehte hue is ko cope karein</w:t>
      </w:r>
    </w:p>
    <w:p>
      <w:pPr>
        <w:jc w:val="right"/>
      </w:pPr>
      <w:r>
        <w:t>پھر اسلام کے جو اسلام کا جو فریم ورک ہے اس میں رہتے ہوئے اس کو کوپ کریں</w:t>
      </w:r>
    </w:p>
    <w:p>
      <w:r>
        <w:rPr>
          <w:b/>
        </w:rPr>
        <w:t xml:space="preserve">[46:13] </w:t>
      </w:r>
      <w:r>
        <w:t>is ke framework se bahar jaane ki aap ko ijazat nahin hai</w:t>
      </w:r>
    </w:p>
    <w:p>
      <w:pPr>
        <w:jc w:val="right"/>
      </w:pPr>
      <w:r>
        <w:t>اس کے فریم ورک سے باہر جانے کی اپ کو اجازت نہیں ہے</w:t>
      </w:r>
    </w:p>
    <w:p>
      <w:r>
        <w:rPr>
          <w:b/>
        </w:rPr>
        <w:t xml:space="preserve">[46:17] </w:t>
      </w:r>
      <w:r>
        <w:t>Hadees mein hai ke hadd hudoodan fala ta'tadooha</w:t>
      </w:r>
    </w:p>
    <w:p>
      <w:pPr>
        <w:jc w:val="right"/>
      </w:pPr>
      <w:r>
        <w:t>حدیث میں ہے کہ حد حدودا فلا تعتدوہا</w:t>
      </w:r>
    </w:p>
    <w:p>
      <w:r>
        <w:rPr>
          <w:b/>
        </w:rPr>
        <w:t xml:space="preserve">[46:21] </w:t>
      </w:r>
      <w:r>
        <w:t>ke Khuda ne kuch limit bana di hai limit is limit ko is se aap ko cross nahin</w:t>
      </w:r>
    </w:p>
    <w:p>
      <w:pPr>
        <w:jc w:val="right"/>
      </w:pPr>
      <w:r>
        <w:t>کہ خدا نے کچھ لمٹ بنا دی ہے لمٹ اس لمٹ کو اس سے اپ کو کراس نہیں</w:t>
      </w:r>
    </w:p>
    <w:p>
      <w:r>
        <w:rPr>
          <w:b/>
        </w:rPr>
        <w:t xml:space="preserve">[46:26] </w:t>
      </w:r>
      <w:r>
        <w:t>karna hai</w:t>
      </w:r>
    </w:p>
    <w:p>
      <w:pPr>
        <w:jc w:val="right"/>
      </w:pPr>
      <w:r>
        <w:t>کرنا ہے</w:t>
      </w:r>
    </w:p>
    <w:p>
      <w:r>
        <w:rPr>
          <w:b/>
        </w:rPr>
        <w:t xml:space="preserve">[46:33] </w:t>
      </w:r>
      <w:r>
        <w:t>to main yeh do baatein kehna chahunga ek to yeh</w:t>
      </w:r>
    </w:p>
    <w:p>
      <w:pPr>
        <w:jc w:val="right"/>
      </w:pPr>
      <w:r>
        <w:t>تو میں یہ دو باتیں کہنا چاہوں گا ایک تو یہ</w:t>
      </w:r>
    </w:p>
    <w:p>
      <w:r>
        <w:rPr>
          <w:b/>
        </w:rPr>
        <w:t xml:space="preserve">[46:38] </w:t>
      </w:r>
      <w:r>
        <w:t>ke hamare paas reference reference book hai</w:t>
      </w:r>
    </w:p>
    <w:p>
      <w:pPr>
        <w:jc w:val="right"/>
      </w:pPr>
      <w:r>
        <w:t>کہ ہمارے پاس ریفرنس ریفرنس بک ہے</w:t>
      </w:r>
    </w:p>
    <w:p>
      <w:r>
        <w:rPr>
          <w:b/>
        </w:rPr>
        <w:t xml:space="preserve">[46:43] </w:t>
      </w:r>
      <w:r>
        <w:t>athenthic reference book woh hai quran o hadees</w:t>
      </w:r>
    </w:p>
    <w:p>
      <w:pPr>
        <w:jc w:val="right"/>
      </w:pPr>
      <w:r>
        <w:t>اتھینٹک ریفرنس بک وہ ہے قران و حدیث</w:t>
      </w:r>
    </w:p>
    <w:p>
      <w:r>
        <w:rPr>
          <w:b/>
        </w:rPr>
        <w:t xml:space="preserve">[46:48] </w:t>
      </w:r>
      <w:r>
        <w:t>islam aisa nahi hai ke is ki koi book nahi is ki koi authority nahi aisa nahi hai</w:t>
      </w:r>
    </w:p>
    <w:p>
      <w:pPr>
        <w:jc w:val="right"/>
      </w:pPr>
      <w:r>
        <w:t>اسلام ایسا نہیں ہے کہ اس کی کوئی بک نہیں اس کی کوئی اتھارٹی نہیں ایسا نہیں ہے</w:t>
      </w:r>
    </w:p>
    <w:p>
      <w:r>
        <w:rPr>
          <w:b/>
        </w:rPr>
        <w:t xml:space="preserve">[46:54] </w:t>
      </w:r>
      <w:r>
        <w:t>islam to jab bhi koi cheez pesh ati hai koi situation create hoti hai to sab se pehle</w:t>
      </w:r>
    </w:p>
    <w:p>
      <w:pPr>
        <w:jc w:val="right"/>
      </w:pPr>
      <w:r>
        <w:t>اسلام تو جب بھی کوئی چیز پیش اتی ہے کوئی سچوئیشن کریٹ ہوتی ہے تو سب سے پہلے</w:t>
      </w:r>
    </w:p>
    <w:p>
      <w:r>
        <w:rPr>
          <w:b/>
        </w:rPr>
        <w:t xml:space="preserve">[47:02] </w:t>
      </w:r>
      <w:r>
        <w:t>humein quran o hadees mein dekhna chahiye</w:t>
      </w:r>
    </w:p>
    <w:p>
      <w:pPr>
        <w:jc w:val="right"/>
      </w:pPr>
      <w:r>
        <w:t>ہمیں قران و حدیث میں دیکھنا چاہیے</w:t>
      </w:r>
    </w:p>
    <w:p>
      <w:r>
        <w:rPr>
          <w:b/>
        </w:rPr>
        <w:t xml:space="preserve">[47:06] </w:t>
      </w:r>
      <w:r>
        <w:t>aur wahan se guidance lena chahiye</w:t>
      </w:r>
    </w:p>
    <w:p>
      <w:pPr>
        <w:jc w:val="right"/>
      </w:pPr>
      <w:r>
        <w:t>اور وہاں سے گائیڈنس لینا چاہیے</w:t>
      </w:r>
    </w:p>
    <w:p>
      <w:r>
        <w:rPr>
          <w:b/>
        </w:rPr>
        <w:t xml:space="preserve">[47:09] </w:t>
      </w:r>
      <w:r>
        <w:t>hum na is mein koi kam karne ka right rakhte hain na zyada karne ka right rakhte hain</w:t>
      </w:r>
    </w:p>
    <w:p>
      <w:pPr>
        <w:jc w:val="right"/>
      </w:pPr>
      <w:r>
        <w:t>ہم نہ اس میں کوئی کم کرنے کا رائٹ رکھتے ہیں نہ زیادہ کرنے کا رائٹ رکھتے ہیں</w:t>
      </w:r>
    </w:p>
    <w:p>
      <w:r>
        <w:rPr>
          <w:b/>
        </w:rPr>
        <w:t xml:space="preserve">[47:17] </w:t>
      </w:r>
      <w:r>
        <w:t>quran o hadees mein na</w:t>
      </w:r>
    </w:p>
    <w:p>
      <w:pPr>
        <w:jc w:val="right"/>
      </w:pPr>
      <w:r>
        <w:t>قران و حدیث میں نہ</w:t>
      </w:r>
    </w:p>
    <w:p>
      <w:r>
        <w:rPr>
          <w:b/>
        </w:rPr>
        <w:t xml:space="preserve">[47:18] </w:t>
      </w:r>
      <w:r>
        <w:t>hum ghata sakte hain na barha sakte hain</w:t>
      </w:r>
    </w:p>
    <w:p>
      <w:pPr>
        <w:jc w:val="right"/>
      </w:pPr>
      <w:r>
        <w:t>ہم گھٹا سکتے ہیں نہ بڑھا سکتے ہیں</w:t>
      </w:r>
    </w:p>
    <w:p>
      <w:r>
        <w:rPr>
          <w:b/>
        </w:rPr>
        <w:t xml:space="preserve">[47:22] </w:t>
      </w:r>
      <w:r>
        <w:t>jo hai us ko hamein as it is lena hai to jab yeh hukum diya gaya hai quran o hadith mein ke jab bhi koi provocative situation aaye to tum sabr karo acha dekhen sabr ka matlab kya hai sabr ka matlab dekhiye yeh nahi ke aap inactive ban jao passive attitude ka naam sabr nahi hai</w:t>
      </w:r>
    </w:p>
    <w:p>
      <w:pPr>
        <w:jc w:val="right"/>
      </w:pPr>
      <w:r>
        <w:t>جو ہے اس کو ہمیں ایز اٹ از لینا ہے تو جب یہ حکم دیا گیا ہے قران و حدیث میں کہ جب بھی کوئی پرووکیٹیو سچوئیشن ائے تو تم صبر کرو اچھا دیکھیں صبر کا مطلب کیا ہے صبر کا مطلب دیکھیے یہ نہیں کہ اپ ان ایکٹیو بن جاؤ پیسیو ایٹیٹیوڈ کا نام صبر نہیں ہے</w:t>
      </w:r>
    </w:p>
    <w:p>
      <w:r>
        <w:rPr>
          <w:b/>
        </w:rPr>
        <w:t xml:space="preserve">[47:50] </w:t>
      </w:r>
      <w:r>
        <w:t>sabr ka matlab hai</w:t>
      </w:r>
    </w:p>
    <w:p>
      <w:pPr>
        <w:jc w:val="right"/>
      </w:pPr>
      <w:r>
        <w:t>صبر کا مطلب ہے</w:t>
      </w:r>
    </w:p>
    <w:p>
      <w:r>
        <w:rPr>
          <w:b/>
        </w:rPr>
        <w:t xml:space="preserve">[47:54] </w:t>
      </w:r>
      <w:r>
        <w:t>khamosh planning sabr ka matlab hai positive response dena</w:t>
      </w:r>
    </w:p>
    <w:p>
      <w:pPr>
        <w:jc w:val="right"/>
      </w:pPr>
      <w:r>
        <w:t>خاموش پلاننگ صبر کا مطلب ہے پوزیٹیو رسپانس دینا</w:t>
      </w:r>
    </w:p>
    <w:p>
      <w:r>
        <w:rPr>
          <w:b/>
        </w:rPr>
        <w:t xml:space="preserve">[48:02] </w:t>
      </w:r>
      <w:r>
        <w:t>dekhein do tareeqe hain yani sabr aur be sabri</w:t>
      </w:r>
    </w:p>
    <w:p>
      <w:pPr>
        <w:jc w:val="right"/>
      </w:pPr>
      <w:r>
        <w:t>دیکھیں دو طریقے ہیں یعنی صبر اور بے صبری</w:t>
      </w:r>
    </w:p>
    <w:p>
      <w:r>
        <w:rPr>
          <w:b/>
        </w:rPr>
        <w:t xml:space="preserve">[48:07] </w:t>
      </w:r>
      <w:r>
        <w:t>yani kya difference dono mein hai sabr ka matlab hai ke aap koi situation create hui kisi ne</w:t>
      </w:r>
    </w:p>
    <w:p>
      <w:pPr>
        <w:jc w:val="right"/>
      </w:pPr>
      <w:r>
        <w:t>یعنی کیا ڈیفرنس دونوں میں ہے صبر کا مطلب ہے کہ اپ کوئی سچوئیشن کریٹ ہوئی کسی نے</w:t>
      </w:r>
    </w:p>
    <w:p>
      <w:r>
        <w:rPr>
          <w:b/>
        </w:rPr>
        <w:t xml:space="preserve">[48:15] </w:t>
      </w:r>
      <w:r>
        <w:t>aap ko provoke kiya to aap apne ko rokein</w:t>
      </w:r>
    </w:p>
    <w:p>
      <w:pPr>
        <w:jc w:val="right"/>
      </w:pPr>
      <w:r>
        <w:t>اپ کو پرووک کیا تو اپ اپنے کو روکیں</w:t>
      </w:r>
    </w:p>
    <w:p>
      <w:r>
        <w:rPr>
          <w:b/>
        </w:rPr>
        <w:t xml:space="preserve">[48:21] </w:t>
      </w:r>
      <w:r>
        <w:t>aap ghussa na hon aap ke andar rage na paida ho</w:t>
      </w:r>
    </w:p>
    <w:p>
      <w:pPr>
        <w:jc w:val="right"/>
      </w:pPr>
      <w:r>
        <w:t>اپ غصہ نہ ہوں اپ کے اندر رینج نہ پیدا ہو</w:t>
      </w:r>
    </w:p>
    <w:p>
      <w:r>
        <w:rPr>
          <w:b/>
        </w:rPr>
        <w:t xml:space="preserve">[48:26] </w:t>
      </w:r>
      <w:r>
        <w:t>aap provoke na hon sochen sochen sochen sochen</w:t>
      </w:r>
    </w:p>
    <w:p>
      <w:pPr>
        <w:jc w:val="right"/>
      </w:pPr>
      <w:r>
        <w:t>اپ پرووک نہ ہوں سوچیں سوچیں سوچیں سوچیں</w:t>
      </w:r>
    </w:p>
    <w:p>
      <w:r>
        <w:rPr>
          <w:b/>
        </w:rPr>
        <w:t xml:space="preserve">[48:30] </w:t>
      </w:r>
      <w:r>
        <w:t>phir apni planning karein</w:t>
      </w:r>
    </w:p>
    <w:p>
      <w:pPr>
        <w:jc w:val="right"/>
      </w:pPr>
      <w:r>
        <w:t>پھر اپنی پلاننگ کریں</w:t>
      </w:r>
    </w:p>
    <w:p>
      <w:r>
        <w:rPr>
          <w:b/>
        </w:rPr>
        <w:t xml:space="preserve">[48:34] </w:t>
      </w:r>
      <w:r>
        <w:t>یعنی میں یہ کہوں گا کہ صبر means well-planned action</w:t>
      </w:r>
    </w:p>
    <w:p>
      <w:pPr>
        <w:jc w:val="right"/>
      </w:pPr>
      <w:r>
        <w:t>یعنی میں یہ کہوں گا کہ صبر مینز ویل پلانڈ ایکشن</w:t>
      </w:r>
    </w:p>
    <w:p>
      <w:r>
        <w:rPr>
          <w:b/>
        </w:rPr>
        <w:t xml:space="preserve">[48:41] </w:t>
      </w:r>
      <w:r>
        <w:t>sabr</w:t>
      </w:r>
    </w:p>
    <w:p>
      <w:pPr>
        <w:jc w:val="right"/>
      </w:pPr>
      <w:r>
        <w:t>صبر</w:t>
      </w:r>
    </w:p>
    <w:p>
      <w:r>
        <w:rPr>
          <w:b/>
        </w:rPr>
        <w:t xml:space="preserve">[48:41] </w:t>
      </w:r>
      <w:r>
        <w:t>ka matlab nahi inactive ho jaen aap log samajhte hain ke sabr ka matlab hai buzdi yeh galat hai bilkul yeh bilkul galat baat hai sabr ka matlab hai well considered response dena</w:t>
      </w:r>
    </w:p>
    <w:p>
      <w:pPr>
        <w:jc w:val="right"/>
      </w:pPr>
      <w:r>
        <w:t>کا مطلب نہیں ان ایکٹیو ہو جائیں اپ لوگ سمجھتے ہیں کہ صبر کا مطلب ہے بزدلی یہ غلط ہے بالکل یہ بالکل غلط بات ہے صبر کا مطلب ہے ویل کنسیڈرڈ رسپانس دینا</w:t>
      </w:r>
    </w:p>
    <w:p>
      <w:r>
        <w:rPr>
          <w:b/>
        </w:rPr>
        <w:t xml:space="preserve">[48:59] </w:t>
      </w:r>
      <w:r>
        <w:t>well considered response to the situations well planned action yeh hai sabr</w:t>
      </w:r>
    </w:p>
    <w:p>
      <w:pPr>
        <w:jc w:val="right"/>
      </w:pPr>
      <w:r>
        <w:t>ویل کنسیڈرڈ رسپانس ٹو دا سچویشنز ویل پلانڈ ایکشن یہ ہے صبر</w:t>
      </w:r>
    </w:p>
    <w:p>
      <w:r>
        <w:rPr>
          <w:b/>
        </w:rPr>
        <w:t xml:space="preserve">[49:15] </w:t>
      </w:r>
      <w:r>
        <w:t>to itna zyada jo sabr sabr sabr kaha gaya hai quran o hadith mein to is ka matlab yeh nahi ke aap kuch na karen bazdil ban jaen passive ban jaen nahi yeh to super action hai sabr hai super action</w:t>
      </w:r>
    </w:p>
    <w:p>
      <w:pPr>
        <w:jc w:val="right"/>
      </w:pPr>
      <w:r>
        <w:t>تو اتنا زیادہ جو صبر صبر صبر کہا گیا ہے قران و حدیث میں تو اس کا مطلب یہ نہیں کہ اپ کچھ نہ کریں بزدل بن جائیں پیسے بن جائیں نہیں یہ تو سپر ایکشن ہے صبر ہے سپر ایکشن</w:t>
      </w:r>
    </w:p>
    <w:p>
      <w:r>
        <w:rPr>
          <w:b/>
        </w:rPr>
        <w:t xml:space="preserve">[49:37] </w:t>
      </w:r>
      <w:r>
        <w:t>in action nahi hai super action hai woh kyunke jab aap planning ke sath kaam karte hain to aap apni apni apni taqat ko bohat barha lete hain</w:t>
      </w:r>
    </w:p>
    <w:p>
      <w:pPr>
        <w:jc w:val="right"/>
      </w:pPr>
      <w:r>
        <w:t>ان ایکشن نہیں ہے سپر ایکشن ہے وہ کیونکہ جب اپ پلاننگ کے ساتھ کام کرتے ہیں تو اپ اپنی اپنی اپنی طاقت کو بہت بڑھا لیتے ہیں</w:t>
      </w:r>
    </w:p>
    <w:p>
      <w:r>
        <w:rPr>
          <w:b/>
        </w:rPr>
        <w:t xml:space="preserve">[49:51] </w:t>
      </w:r>
      <w:r>
        <w:t>aur ye bhadak kar jab aap kaam karenge to aap ko khud hi defeat hogi</w:t>
      </w:r>
    </w:p>
    <w:p>
      <w:pPr>
        <w:jc w:val="right"/>
      </w:pPr>
      <w:r>
        <w:t>اور یہ بھڑک کر جب اپ کام کریں گے تو اپ کو خود ہی ڈیفیٹ ہوگی</w:t>
      </w:r>
    </w:p>
    <w:p>
      <w:r>
        <w:rPr>
          <w:b/>
        </w:rPr>
        <w:t xml:space="preserve">[49:57] </w:t>
      </w:r>
      <w:r>
        <w:t>بھڑک کر جو کام کیا جائے گا یاد رکھیے وہ counter-productive ثابت ہوگا۔</w:t>
      </w:r>
    </w:p>
    <w:p>
      <w:pPr>
        <w:jc w:val="right"/>
      </w:pPr>
      <w:r>
        <w:t>بھڑک کر جو کام کیا جائے گا یاد رکھیے وہ کاؤنٹر پروڈکٹیو ثابت ہوگا</w:t>
      </w:r>
    </w:p>
    <w:p>
      <w:r>
        <w:rPr>
          <w:b/>
        </w:rPr>
        <w:t xml:space="preserve">[50:05] </w:t>
      </w:r>
      <w:r>
        <w:t>jab bhi aap bhadak kar kaam karenge</w:t>
      </w:r>
    </w:p>
    <w:p>
      <w:pPr>
        <w:jc w:val="right"/>
      </w:pPr>
      <w:r>
        <w:t>جب بھی اپ بھڑک کر کام کریں گے</w:t>
      </w:r>
    </w:p>
    <w:p>
      <w:r>
        <w:rPr>
          <w:b/>
        </w:rPr>
        <w:t xml:space="preserve">[50:09] </w:t>
      </w:r>
      <w:r>
        <w:t>superpower بھی اگر بھڑک کر کام کرے تو وہ بھی اس میں exception نہیں ہے</w:t>
      </w:r>
    </w:p>
    <w:p>
      <w:pPr>
        <w:jc w:val="right"/>
      </w:pPr>
      <w:r>
        <w:t>سپر پاور بھی اگر بھڑک کر کام کرے تو وہ بھی اس میں ایکسیپشن نہیں ہے</w:t>
      </w:r>
    </w:p>
    <w:p>
      <w:r>
        <w:rPr>
          <w:b/>
        </w:rPr>
        <w:t xml:space="preserve">[50:16] </w:t>
      </w:r>
      <w:r>
        <w:t>ایک individual اگر بھڑک کر کوئی کوئی</w:t>
      </w:r>
    </w:p>
    <w:p>
      <w:pPr>
        <w:jc w:val="right"/>
      </w:pPr>
      <w:r>
        <w:t>ایک انڈیویجول اگر بھڑک کر کوئی کوئی</w:t>
      </w:r>
    </w:p>
    <w:p>
      <w:r>
        <w:rPr>
          <w:b/>
        </w:rPr>
        <w:t xml:space="preserve">[50:23] </w:t>
      </w:r>
      <w:r>
        <w:t>کام کر ڈالے ya superpower بھڑک کر کام کر ڈالے. Dono mein result ke aitbar se koi</w:t>
      </w:r>
    </w:p>
    <w:p>
      <w:pPr>
        <w:jc w:val="right"/>
      </w:pPr>
      <w:r>
        <w:t>کام کر ڈالے یا سپر پاور بھڑک کر کام کر ڈالے دونوں میں رزلٹ کے اعتبار سے کوئی</w:t>
      </w:r>
    </w:p>
    <w:p>
      <w:r>
        <w:rPr>
          <w:b/>
        </w:rPr>
        <w:t xml:space="preserve">[50:29] </w:t>
      </w:r>
      <w:r>
        <w:t>difference نہیں ہے اب وہ یہ کہ اس کا رزلٹ جو ہے وہ counter-productive بن جائے</w:t>
      </w:r>
    </w:p>
    <w:p>
      <w:pPr>
        <w:jc w:val="right"/>
      </w:pPr>
      <w:r>
        <w:t>ڈیفرنس نہیں ہے اب وہ یہ کہ اس کا رزلٹ جو ہے وہ کاؤنٹر پروڈکٹ پروڈکٹیو بن جائے</w:t>
      </w:r>
    </w:p>
    <w:p>
      <w:r>
        <w:rPr>
          <w:b/>
        </w:rPr>
        <w:t xml:space="preserve">[50:37] </w:t>
      </w:r>
      <w:r>
        <w:t>ga to yeh ek pehlu yeh hai</w:t>
      </w:r>
    </w:p>
    <w:p>
      <w:pPr>
        <w:jc w:val="right"/>
      </w:pPr>
      <w:r>
        <w:t>گا تو یہ ایک پہلو یہ ہے</w:t>
      </w:r>
    </w:p>
    <w:p>
      <w:r>
        <w:rPr>
          <w:b/>
        </w:rPr>
        <w:t xml:space="preserve">[50:43] </w:t>
      </w:r>
      <w:r>
        <w:t>aur doosra pehlu yeh hai ke decent aur difference</w:t>
      </w:r>
    </w:p>
    <w:p>
      <w:pPr>
        <w:jc w:val="right"/>
      </w:pPr>
      <w:r>
        <w:t>اور دوسرا پہلو یہ ہے کہ ڈیسنٹ اور ڈیفرنس</w:t>
      </w:r>
    </w:p>
    <w:p>
      <w:r>
        <w:rPr>
          <w:b/>
        </w:rPr>
        <w:t xml:space="preserve">[50:48] </w:t>
      </w:r>
      <w:r>
        <w:t>ke criticism yeh to yeh to yani</w:t>
      </w:r>
    </w:p>
    <w:p>
      <w:pPr>
        <w:jc w:val="right"/>
      </w:pPr>
      <w:r>
        <w:t>کہ کریٹیسزم یہ تو یہ تو یعنی</w:t>
      </w:r>
    </w:p>
    <w:p>
      <w:r>
        <w:rPr>
          <w:b/>
        </w:rPr>
        <w:t xml:space="preserve">[50:54] </w:t>
      </w:r>
      <w:r>
        <w:t>woh hai development ka zeena hai</w:t>
      </w:r>
    </w:p>
    <w:p>
      <w:pPr>
        <w:jc w:val="right"/>
      </w:pPr>
      <w:r>
        <w:t>وہ ہے ڈیولپمنٹ کا زینہ ہے</w:t>
      </w:r>
    </w:p>
    <w:p>
      <w:r>
        <w:rPr>
          <w:b/>
        </w:rPr>
        <w:t xml:space="preserve">[51:01] </w:t>
      </w:r>
      <w:r>
        <w:t>Without dissent, without difference, without criticism, there is no development at all.</w:t>
      </w:r>
    </w:p>
    <w:p>
      <w:pPr>
        <w:jc w:val="right"/>
      </w:pPr>
      <w:r>
        <w:t>ودا اؤٹ ڈیسنٹ ودا اؤٹ ڈیفرنس ودا اؤٹ کریٹیسزم دیر از نو ڈیولپمنٹ ایٹ ال</w:t>
      </w:r>
    </w:p>
    <w:p>
      <w:r>
        <w:rPr>
          <w:b/>
        </w:rPr>
        <w:t xml:space="preserve">[51:10] </w:t>
      </w:r>
      <w:r>
        <w:t>to aap ko kabhi bhi yeh nahi sochna hai ke dekho hamare khilaf bol raha hai dekho hamare khilaf criticism kar raha hai dekho hamare paighambar ko aisa keh raha hai waisa keh raha hai kuch nahi</w:t>
      </w:r>
    </w:p>
    <w:p>
      <w:pPr>
        <w:jc w:val="right"/>
      </w:pPr>
      <w:r>
        <w:t>تو اپ کو کبھی بھی یہ نہیں سوچنا ہے کہ دیکھو ہمارے خلاف بول رہا ہے دیکھو ہمارے خلاف کریٹیسزم کر رہا ہے دیکھو ہمارے پیغمبر کو ایسا کہہ رہا ہے ویسا کہہ رہا ہے کچھ نہیں</w:t>
      </w:r>
    </w:p>
    <w:p>
      <w:r>
        <w:rPr>
          <w:b/>
        </w:rPr>
        <w:t xml:space="preserve">[51:27] </w:t>
      </w:r>
      <w:r>
        <w:t>balkeh main yeh kahunga ke agar koi paighambar ke khilaf bola to kya karen aap us ko aap the work ka ek point of reference bana len</w:t>
      </w:r>
    </w:p>
    <w:p>
      <w:pPr>
        <w:jc w:val="right"/>
      </w:pPr>
      <w:r>
        <w:t>بلکہ میں یہ کہوں گا کہ اگر کوئی پیغمبر کے خلاف بولا تو کیا کریں اپ اس کو اپ دا ورک کا ایک پوائنٹ اف ریفرنس بنا لیں</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