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Warning and Punishment May 15, 2008</w:t>
      </w:r>
    </w:p>
    <w:p>
      <w:r>
        <w:t>https://www.youtube.com/watch?v=pcLn_OukGrU</w:t>
      </w:r>
    </w:p>
    <w:p>
      <w:r>
        <w:rPr>
          <w:b/>
        </w:rPr>
        <w:t xml:space="preserve">[00:13] </w:t>
      </w:r>
      <w:r>
        <w:t>bismillah hir rehman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 صلی اللہ Аллаh ala al nabi al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 ishrah li sadri, wa 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[00:27] </w:t>
      </w:r>
      <w:r>
        <w:t>wah lul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[00:30] </w:t>
      </w:r>
      <w:r>
        <w:t>yaf 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[00:35] </w:t>
      </w:r>
      <w:r>
        <w:t>aaj ki jo baat hai,</w:t>
      </w:r>
    </w:p>
    <w:p>
      <w:pPr>
        <w:jc w:val="right"/>
      </w:pPr>
      <w:r>
        <w:t>آج کی جو بات ہے،</w:t>
      </w:r>
    </w:p>
    <w:p>
      <w:r>
        <w:rPr>
          <w:b/>
        </w:rPr>
        <w:t xml:space="preserve">[00:40] </w:t>
      </w:r>
      <w:r>
        <w:t>is ka topic hai "</w:t>
      </w:r>
    </w:p>
    <w:p>
      <w:pPr>
        <w:jc w:val="right"/>
      </w:pPr>
      <w:r>
        <w:t>اس کا ٹاپک ہے 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