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and Roza August 5, 2012</w:t>
      </w:r>
    </w:p>
    <w:p>
      <w:r>
        <w:t>https://youtu.be/G1oFWcZ1gBg</w:t>
      </w:r>
    </w:p>
    <w:p>
      <w:r>
        <w:rPr>
          <w:b/>
        </w:rPr>
        <w:t xml:space="preserve">[00:13] </w:t>
      </w:r>
      <w:r>
        <w:t>bismillah rahman rahim, wasalli ala nabiyil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[00:28] </w:t>
      </w:r>
      <w:r>
        <w:t>yaf qahu qawli.</w:t>
      </w:r>
    </w:p>
    <w:p>
      <w:pPr>
        <w:jc w:val="right"/>
      </w:pPr>
      <w:r>
        <w:t>یفقہ قولی۔</w:t>
      </w:r>
    </w:p>
    <w:p>
      <w:r>
        <w:rPr>
          <w:b/>
        </w:rPr>
        <w:t xml:space="preserve">[00:33] </w:t>
      </w:r>
      <w:r>
        <w:t>aaj</w:t>
      </w:r>
    </w:p>
    <w:p>
      <w:pPr>
        <w:jc w:val="right"/>
      </w:pPr>
      <w:r>
        <w:t>آج</w:t>
      </w:r>
    </w:p>
    <w:p>
      <w:r>
        <w:rPr>
          <w:b/>
        </w:rPr>
        <w:t xml:space="preserve">[00:36] </w:t>
      </w:r>
      <w:r>
        <w:t>ramzan 1433 hijri ki 16 tareekh hai. is nisbat se main ramzan aur roze ke bare mein kuch kehna chahta hoon.</w:t>
      </w:r>
    </w:p>
    <w:p>
      <w:pPr>
        <w:jc w:val="right"/>
      </w:pPr>
      <w:r>
        <w:t>رمضان 1433 ہجری کی 16 تاریخ ہے۔ اس نسبت سے میں رمضان اور روزے کے بارے میں کچھ کہنا چاہتا ہوں۔</w:t>
      </w:r>
    </w:p>
    <w:p>
      <w:r>
        <w:rPr>
          <w:b/>
        </w:rPr>
        <w:t xml:space="preserve">[01:01] </w:t>
      </w:r>
      <w:r>
        <w:t>quran mein surah al baqarah mein</w:t>
      </w:r>
    </w:p>
    <w:p>
      <w:pPr>
        <w:jc w:val="right"/>
      </w:pPr>
      <w:r>
        <w:t>قرآن میں سورہ البقرہ میں</w:t>
      </w:r>
    </w:p>
    <w:p>
      <w:r>
        <w:rPr>
          <w:b/>
        </w:rPr>
        <w:t xml:space="preserve">[01:07] </w:t>
      </w:r>
      <w:r>
        <w:t>ramzan ke bare mein aur roze ke bare mein tafseeli hukum aya hai. wahan par yeh alfaz hain ke shahr ramadan alladhi unzila fil quran.</w:t>
      </w:r>
    </w:p>
    <w:p>
      <w:pPr>
        <w:jc w:val="right"/>
      </w:pPr>
      <w:r>
        <w:t>رمضان کے بارے میں اور روزے کے بارے میں تفصیلی حکم آیا ہے۔ وہاں پر یہ الفاظ ہیں کہ شهر رمضان الذی انزل فی القرآن۔</w:t>
      </w:r>
    </w:p>
    <w:p>
      <w:r>
        <w:rPr>
          <w:b/>
        </w:rPr>
        <w:t xml:space="preserve">[01:22] </w:t>
      </w:r>
      <w:r>
        <w:t>ramzan woh mahina hai jis mein quran utara gaya. to is mahine mein tum roze rakho.</w:t>
      </w:r>
    </w:p>
    <w:p>
      <w:pPr>
        <w:jc w:val="right"/>
      </w:pPr>
      <w:r>
        <w:t>رمضان وہ مہینہ ہے جس میں قرآن اتارا گیا۔ تو اس مہینے میں تم روزہ رکھو۔</w:t>
      </w:r>
    </w:p>
    <w:p>
      <w:r>
        <w:rPr>
          <w:b/>
        </w:rPr>
        <w:t xml:space="preserve">[01:33] </w:t>
      </w:r>
      <w:r>
        <w:t>is tarah woh yeh alfaz jo hain yeh batate hain ke ramzan mein aur aur quran mein koi khas nisbat hai.</w:t>
      </w:r>
    </w:p>
    <w:p>
      <w:pPr>
        <w:jc w:val="right"/>
      </w:pPr>
      <w:r>
        <w:t>اس طرح وہ یہ الفاظ جو ہیں یہ بتاتے ہیں کہ رمضان میں اور اور قرآن میں کوئی خاص نسبت ہے۔</w:t>
      </w:r>
    </w:p>
    <w:p>
      <w:r>
        <w:rPr>
          <w:b/>
        </w:rPr>
        <w:t xml:space="preserve">[01:46] </w:t>
      </w:r>
      <w:r>
        <w:t>is ko main chahta hoon ke is par hum ghor karen.</w:t>
      </w:r>
    </w:p>
    <w:p>
      <w:pPr>
        <w:jc w:val="right"/>
      </w:pPr>
      <w:r>
        <w:t>اس کو میں چاہتا ہوں کہ اس پر ہم غور کریں۔</w:t>
      </w:r>
    </w:p>
    <w:p>
      <w:r>
        <w:rPr>
          <w:b/>
        </w:rPr>
        <w:t xml:space="preserve">[01:52] </w:t>
      </w:r>
      <w:r>
        <w:t>ek lafz mein yeh hai ke roza rakh kar jo maqsad hai woh kya hai?</w:t>
      </w:r>
    </w:p>
    <w:p>
      <w:pPr>
        <w:jc w:val="right"/>
      </w:pPr>
      <w:r>
        <w:t>ایک لفظ میں یہ ہے کہ روزہ رکھ کر جو مقصد ہے وہ کیا ہے؟</w:t>
      </w:r>
    </w:p>
    <w:p>
      <w:r>
        <w:rPr>
          <w:b/>
        </w:rPr>
        <w:t xml:space="preserve">[02:00] </w:t>
      </w:r>
      <w:r>
        <w:t>quran mein is ke liye lafz taqwa aya hai ta ke tumhare andar taqwa paida ho. lekin taqwa kya hai? is par main ne ghor kiya to mujhe samajh mein aya ke taqwa ka matlab hai hassasiyat ko barhana.</w:t>
      </w:r>
    </w:p>
    <w:p>
      <w:pPr>
        <w:jc w:val="right"/>
      </w:pPr>
      <w:r>
        <w:t>قرآن میں اس کے لیے لفظ تقویٰ آیا ہے تاکہ تمہارے اندر تقویٰ پیدا ہو۔ لیکن تقویٰ کیا ہے؟ اس پر میں نے غور کیا تو مجھے سمجھ میں آیا کہ تقویٰ کا مطلب ہے حساسیت کو بڑھانا۔</w:t>
      </w:r>
    </w:p>
    <w:p>
      <w:r>
        <w:rPr>
          <w:b/>
        </w:rPr>
        <w:t xml:space="preserve">[02:19] </w:t>
      </w:r>
      <w:r>
        <w:t>yani jo log over eating karte hain woh roza nahi rakhte.</w:t>
      </w:r>
    </w:p>
    <w:p>
      <w:pPr>
        <w:jc w:val="right"/>
      </w:pPr>
      <w:r>
        <w:t>یعنی جو لوگ اوور ایٹنگ کرتے ہیں وہ روزہ نہیں رکھتے۔</w:t>
      </w:r>
    </w:p>
    <w:p>
      <w:r>
        <w:rPr>
          <w:b/>
        </w:rPr>
        <w:t xml:space="preserve">[02:24] </w:t>
      </w:r>
      <w:r>
        <w:t>un ko pata hi nahi ke roze ka maqsad yeh nahi hai ke aap over eating karen aur din bhar aap ko bhook na lage. nahi, aap ko pyas lagna chahiye.</w:t>
      </w:r>
    </w:p>
    <w:p>
      <w:pPr>
        <w:jc w:val="right"/>
      </w:pPr>
      <w:r>
        <w:t>ان کو پتہ ہی نہیں کہ روزے کا مقصد یہ نہیں ہے کہ آپ اوور ایٹنگ کریں اور دن بھر آپ کو بھوک نہ لگے۔ نہیں، آپ کو پیاس لگنا چاہیے۔</w:t>
      </w:r>
    </w:p>
    <w:p>
      <w:r>
        <w:rPr>
          <w:b/>
        </w:rPr>
        <w:t xml:space="preserve">[02:35] </w:t>
      </w:r>
      <w:r>
        <w:t>aap ko bhook lagna chahiye. tab roze ka maqsad hasil hoga. yeh baat ek hadith se wazeh hoti hai ke rasool ALLAH صلی اللہ علیہ وسلم jab taif gaye wahan par logon ne pathar mara</w:t>
      </w:r>
    </w:p>
    <w:p>
      <w:pPr>
        <w:jc w:val="right"/>
      </w:pPr>
      <w:r>
        <w:t>آپ کو بھوک لگنا چاہیے۔ تب روزے کا مقصد حاصل ہوگا۔ یہ بات ایک حدیث سے واضح ہوتی ہے کہ رسول اللہ صلی اللہ علیہ وسلم جب طائف گئے وہاں پر لوگوں نے پتھر مارا</w:t>
      </w:r>
    </w:p>
    <w:p>
      <w:r>
        <w:rPr>
          <w:b/>
        </w:rPr>
        <w:t xml:space="preserve">[02:54] </w:t>
      </w:r>
      <w:r>
        <w:t>to us waqt ALLAH taala ne ek farishte ko bheja. yeh farishta jo tha woh malik al jibal tha. yani pahadon ka farishta.</w:t>
      </w:r>
    </w:p>
    <w:p>
      <w:pPr>
        <w:jc w:val="right"/>
      </w:pPr>
      <w:r>
        <w:t>تو اس وقت اللہ تعالیٰ نے ایک فرشتے کو بھیجا۔ یہ فرشتہ جو تھا وہ ملک الجبال تھا۔ یعنی پہاڑوں کا فرشتہ۔</w:t>
      </w:r>
    </w:p>
    <w:p>
      <w:r>
        <w:rPr>
          <w:b/>
        </w:rPr>
        <w:t xml:space="preserve">[03:06] </w:t>
      </w:r>
      <w:r>
        <w:t>to rasool ALLAH bohat zyada yani ajeeb halat thi us waqt. khoon beh raha tha. bhooke thay. pyase thay.</w:t>
      </w:r>
    </w:p>
    <w:p>
      <w:pPr>
        <w:jc w:val="right"/>
      </w:pPr>
      <w:r>
        <w:t>تو رسول اللہ بہت زیادہ یعنی عجیب حالت تھی اس وقت۔ خون بہہ رہا تھا۔ بھوکے تھے۔ پیاسے تھے۔</w:t>
      </w:r>
    </w:p>
    <w:p>
      <w:r>
        <w:rPr>
          <w:b/>
        </w:rPr>
        <w:t xml:space="preserve">[03:18] </w:t>
      </w:r>
      <w:r>
        <w:t>kyun ke in logon ne kuch kuch tawazu bhi nahi ki. kuch hospitality bhi nahi dikhai. bas dant dapt ke aur pathar mar ke nikal diya shehar se.</w:t>
      </w:r>
    </w:p>
    <w:p>
      <w:pPr>
        <w:jc w:val="right"/>
      </w:pPr>
      <w:r>
        <w:t>کیونکہ ان لوگوں نے کچھ کچھ تواضع بھی نہیں کی۔ کچھ ہاسپٹیلٹی بھی نہیں دکھائی۔ بس ڈانٹ ڈپٹ کے اور پتھر مار کے نکال دیا شہر سے۔</w:t>
      </w:r>
    </w:p>
    <w:p>
      <w:r>
        <w:rPr>
          <w:b/>
        </w:rPr>
        <w:t xml:space="preserve">[03:34] </w:t>
      </w:r>
      <w:r>
        <w:t>us waqt aya farishta malik al jibal. to us ne kaha ke aey Muhammad main malik al jibal hoon.</w:t>
      </w:r>
    </w:p>
    <w:p>
      <w:pPr>
        <w:jc w:val="right"/>
      </w:pPr>
      <w:r>
        <w:t>اس وقت آیا فرشتہ ملک الجبال۔ تو اس نے کہا کہ اے محمد میں ملک الجبال ہوں۔</w:t>
      </w:r>
    </w:p>
    <w:p>
      <w:r>
        <w:rPr>
          <w:b/>
        </w:rPr>
        <w:t xml:space="preserve">[03:46] </w:t>
      </w:r>
      <w:r>
        <w:t>main mere ikhtiyar mein yeh hai ke main taif ki basti ko do pahadon ke darmiyan kuchal doon.</w:t>
      </w:r>
    </w:p>
    <w:p>
      <w:pPr>
        <w:jc w:val="right"/>
      </w:pPr>
      <w:r>
        <w:t>میں میرے اختیار میں یہ ہے کہ میں طائف کی بستی کو دو پہاڑوں کے درمیان کچل دوں۔</w:t>
      </w:r>
    </w:p>
    <w:p>
      <w:r>
        <w:rPr>
          <w:b/>
        </w:rPr>
        <w:t xml:space="preserve">[03:57] </w:t>
      </w:r>
      <w:r>
        <w:t>agar aap kahein to.</w:t>
      </w:r>
    </w:p>
    <w:p>
      <w:pPr>
        <w:jc w:val="right"/>
      </w:pPr>
      <w:r>
        <w:t>اگر آپ کہیں تو۔</w:t>
      </w:r>
    </w:p>
    <w:p>
      <w:r>
        <w:rPr>
          <w:b/>
        </w:rPr>
        <w:t xml:space="preserve">[04:01] </w:t>
      </w:r>
      <w:r>
        <w:t>ek waqea yeh hai. doosra waqea hai yeh hai ke aap se ek farishte ne aa kar kaha ke ALLAH taala ne mujhe bheja hai aur makkah ke jo wadi hai us ko sara sona bana kar aap ko de diya jaye.</w:t>
      </w:r>
    </w:p>
    <w:p>
      <w:pPr>
        <w:jc w:val="right"/>
      </w:pPr>
      <w:r>
        <w:t>ایک واقعہ یہ ہے۔ دوسرا واقعہ ہے یہ ہے کہ آپ سے ایک فرشتے نے آ کر کہا کہ اللہ تعالیٰ نے مجھے بھیجا ہے اور مکہ کے جو وادی ہے اس کو سارا سونا بنا کر آپ کو دے دیا جائے۔</w:t>
      </w:r>
    </w:p>
    <w:p>
      <w:r>
        <w:rPr>
          <w:b/>
        </w:rPr>
        <w:t xml:space="preserve">[04:20] </w:t>
      </w:r>
      <w:r>
        <w:t>to aap ne farmaya ke la ya rab nahi khuda aisa nahi. bal aiza joat tazarr'u</w:t>
      </w:r>
    </w:p>
    <w:p>
      <w:pPr>
        <w:jc w:val="right"/>
      </w:pPr>
      <w:r>
        <w:t>تو آپ نے فرمایا کہ لا یا رب نہیں خدا ایسا نہیں۔ بل اذا جوت تضرعت</w:t>
      </w:r>
    </w:p>
    <w:p>
      <w:r>
        <w:rPr>
          <w:b/>
        </w:rPr>
        <w:t xml:space="preserve">[04:31] </w:t>
      </w:r>
      <w:r>
        <w:t>jab mujhe bhook lage to main tazarr'u karoon. is mani bhook lagna aur piyas lagna yeh zaroori hai taake aadmi ke andar helplessness ka ehsas paida ho.</w:t>
      </w:r>
    </w:p>
    <w:p>
      <w:pPr>
        <w:jc w:val="right"/>
      </w:pPr>
      <w:r>
        <w:t>جب مجھے بھوک لگے تو میں تضرع کروں۔ اس معنی بھوک لگنا اور پیاس لگنا یہ ضروری ہے تاکہ آدمی کے اندر ہیلپ لیسنس کا احساس پیدا ہو۔</w:t>
      </w:r>
    </w:p>
    <w:p>
      <w:r>
        <w:rPr>
          <w:b/>
        </w:rPr>
        <w:t xml:space="preserve">[04:47] </w:t>
      </w:r>
      <w:r>
        <w:t>isi ko main kehta hoon hassasiyat yani sensitivity. aakhir mein jo end result hai iska taqwa ka woh hai sensitivity.</w:t>
      </w:r>
    </w:p>
    <w:p>
      <w:pPr>
        <w:jc w:val="right"/>
      </w:pPr>
      <w:r>
        <w:t>اسی کو میں کہتا ہوں حساسیت یعنی سینسٹیوٹی۔ آخر میں جو اینڈ رزلٹ ہے اس کا تقویٰ کا وہ ہے سینسٹیوٹی۔</w:t>
      </w:r>
    </w:p>
    <w:p>
      <w:r>
        <w:rPr>
          <w:b/>
        </w:rPr>
        <w:t xml:space="preserve">[05:00] </w:t>
      </w:r>
      <w:r>
        <w:t>to jab tak aadmi ke andar sensitivity na ho kisi baat ko bhi zyada seriously woh leta nahi. cheezon ko woh nazar andaaz karta rehta hai.</w:t>
      </w:r>
    </w:p>
    <w:p>
      <w:pPr>
        <w:jc w:val="right"/>
      </w:pPr>
      <w:r>
        <w:t>تو جب تک آدمی کے اندر سینسٹیوٹی نہ ہو کسی بات کو بھی زیادہ سیریسلی وہ لیتا نہیں۔ چیزوں کو وہ نظر انداز کرتا رہتا ہے۔</w:t>
      </w:r>
    </w:p>
    <w:p>
      <w:r>
        <w:rPr>
          <w:b/>
        </w:rPr>
        <w:t xml:space="preserve">[05:13] </w:t>
      </w:r>
      <w:r>
        <w:t>to is ke liye maine nafsiyat ka mutala kiya psychology ka to ek ajeeb cheez daryaft hui. dekhiye nafsiyat mein ek concept hai high sensitivity.</w:t>
      </w:r>
    </w:p>
    <w:p>
      <w:pPr>
        <w:jc w:val="right"/>
      </w:pPr>
      <w:r>
        <w:t>تو اس کے لیے میں نے نفسیات کا مطالعہ کیا سائیکالوجی کا تو ایک عجیب چیز دریافت ہوئی۔ دیکھیے نفسیات میں ایک کانسیپٹ ہے ہائی سینسٹیوٹی۔</w:t>
      </w:r>
    </w:p>
    <w:p>
      <w:r>
        <w:rPr>
          <w:b/>
        </w:rPr>
        <w:t xml:space="preserve">[05:28] </w:t>
      </w:r>
      <w:r>
        <w:t>ek bohat hi ajeeb cheez yeh hai ke nafsiyat mein yani yeh jo psychology kaha jata hai isko is mein insaan ka mutala kiya jata hai.</w:t>
      </w:r>
    </w:p>
    <w:p>
      <w:pPr>
        <w:jc w:val="right"/>
      </w:pPr>
      <w:r>
        <w:t>ایک بہت ہی عجیب چیز یہ ہے کہ نفسیات میں یعنی یہ جو سائیکالوجی کہا جاتا ہے اس کو اس میں انسان کا مطالعہ کیا جاتا ہے۔</w:t>
      </w:r>
    </w:p>
    <w:p>
      <w:r>
        <w:rPr>
          <w:b/>
        </w:rPr>
        <w:t xml:space="preserve">[05:39] </w:t>
      </w:r>
      <w:r>
        <w:t>nafsiyat ka subject hai study of mind. to bohat oonchi quality mani aati hai koi aadmi hassas ho bohat zyada hassas ho.</w:t>
      </w:r>
    </w:p>
    <w:p>
      <w:pPr>
        <w:jc w:val="right"/>
      </w:pPr>
      <w:r>
        <w:t>نفسیات کا سبجیکٹ ہے اسٹڈی آف مائنڈ۔ تو بہت اونچی کوالٹی معنی آتی ہے کوئی آدمی حساس ہو بہت زیادہ حساس ہو۔</w:t>
      </w:r>
    </w:p>
    <w:p>
      <w:r>
        <w:rPr>
          <w:b/>
        </w:rPr>
        <w:t xml:space="preserve">[05:49] </w:t>
      </w:r>
      <w:r>
        <w:t>yani high sensitivity is ke andar ho.</w:t>
      </w:r>
    </w:p>
    <w:p>
      <w:pPr>
        <w:jc w:val="right"/>
      </w:pPr>
      <w:r>
        <w:t>یعنی ہائی سینسٹیوٹی اس کے اندر ہو۔</w:t>
      </w:r>
    </w:p>
    <w:p>
      <w:r>
        <w:rPr>
          <w:b/>
        </w:rPr>
        <w:t xml:space="preserve">[05:53] </w:t>
      </w:r>
      <w:r>
        <w:t>high sensitivity. bohat bari cheez samajh aati hai.</w:t>
      </w:r>
    </w:p>
    <w:p>
      <w:pPr>
        <w:jc w:val="right"/>
      </w:pPr>
      <w:r>
        <w:t>ہائی سینسٹیوٹی۔ بہت بڑی چیز سمجھ آتی ہے۔</w:t>
      </w:r>
    </w:p>
    <w:p>
      <w:r>
        <w:rPr>
          <w:b/>
        </w:rPr>
        <w:t xml:space="preserve">[06:00] </w:t>
      </w:r>
      <w:r>
        <w:t>kyun isi se aadmi ke andar creativity aati hai. is se aadmi ke andar curiosity aati hai. is se aadmi cheezon ko zyada gehrai mein samajh pata hai.</w:t>
      </w:r>
    </w:p>
    <w:p>
      <w:pPr>
        <w:jc w:val="right"/>
      </w:pPr>
      <w:r>
        <w:t>کیوں اسی سے آدمی کے اندر کریٹیوٹی آتی ہے۔ اس سے آدمی کے اندر کیوریسٹی آتی ہے۔ اس سے آدمی چیزوں کو زیادہ گہرائی میں سمجھ پاتا ہے۔</w:t>
      </w:r>
    </w:p>
    <w:p>
      <w:r>
        <w:rPr>
          <w:b/>
        </w:rPr>
        <w:t xml:space="preserve">[06:10] </w:t>
      </w:r>
      <w:r>
        <w:t>is ki wajah se is ke andar sanjidgi aati hai. sincerity. seriousness aata hai.</w:t>
      </w:r>
    </w:p>
    <w:p>
      <w:pPr>
        <w:jc w:val="right"/>
      </w:pPr>
      <w:r>
        <w:t>اس کی وجہ سے اس کے اندر سنجیدگی آتی ہے۔ سنسیرٹی۔ سیریسنس آتا ہے۔</w:t>
      </w:r>
    </w:p>
    <w:p>
      <w:r>
        <w:rPr>
          <w:b/>
        </w:rPr>
        <w:t xml:space="preserve">[06:16] </w:t>
      </w:r>
      <w:r>
        <w:t>tamam aala jo qualities hain woh aati hain jabke aadmi bohat zyada hassas ho.</w:t>
      </w:r>
    </w:p>
    <w:p>
      <w:pPr>
        <w:jc w:val="right"/>
      </w:pPr>
      <w:r>
        <w:t>تمام اعلیٰ جو کوالٹیز ہیں وہ آتی ہیں جبکہ آدمی بہت زیادہ حساس ہو۔</w:t>
      </w:r>
    </w:p>
    <w:p>
      <w:r>
        <w:rPr>
          <w:b/>
        </w:rPr>
        <w:t xml:space="preserve">[06:26] </w:t>
      </w:r>
      <w:r>
        <w:t>bohat zyada serious ho.</w:t>
      </w:r>
    </w:p>
    <w:p>
      <w:pPr>
        <w:jc w:val="right"/>
      </w:pPr>
      <w:r>
        <w:t>بہت زیادہ سیریس ہو۔</w:t>
      </w:r>
    </w:p>
    <w:p>
      <w:r>
        <w:rPr>
          <w:b/>
        </w:rPr>
        <w:t xml:space="preserve">[06:31] </w:t>
      </w:r>
      <w:r>
        <w:t>to is par bohat si kitabein likhi gayi hain. yani high sensitivity jo hai is par bohat si kitabein likhi gayi hain. aur aap is ko parh s</w:t>
      </w:r>
    </w:p>
    <w:p>
      <w:pPr>
        <w:jc w:val="right"/>
      </w:pPr>
      <w:r>
        <w:t>تو اس پر بہت سی کتابیں لکھی گئی ہیں۔ یعنی ہائی سینسٹیوٹی جو ہے اس پر بہت سی کتابیں لکھی گئی ہیں۔ اور آپ اس کو پڑھ س</w:t>
      </w:r>
    </w:p>
    <w:p>
      <w:r>
        <w:rPr>
          <w:b/>
        </w:rPr>
        <w:t xml:space="preserve">[06:41] </w:t>
      </w:r>
      <w:r>
        <w:t>khte hain. to main jahan tak samjha maine ghor kiya main taqwa aur roze ka jo taluq hai to high sensitivity paida karna.</w:t>
      </w:r>
    </w:p>
    <w:p>
      <w:pPr>
        <w:jc w:val="right"/>
      </w:pPr>
      <w:r>
        <w:t>کتے ہیں۔ تو میں جہاں تک سمجھا میں نے غور کیا میں تقویٰ اور روزے کا جو تعلق ہے تو ہائی سینسٹیوٹی پیدا کرنا۔</w:t>
      </w:r>
    </w:p>
    <w:p>
      <w:r>
        <w:rPr>
          <w:b/>
        </w:rPr>
        <w:t xml:space="preserve">[06:52] </w:t>
      </w:r>
      <w:r>
        <w:t>high sensitivity ke kaisa ajeeb hai ke main ek poora mukammal maano mein ek insaan hoon.</w:t>
      </w:r>
    </w:p>
    <w:p>
      <w:pPr>
        <w:jc w:val="right"/>
      </w:pPr>
      <w:r>
        <w:t>ہائی سینسٹیوٹی کہ کیسا عجیب ہے کہ میں ایک پورا مکمل معنوں میں ایک انسان ہوں۔</w:t>
      </w:r>
    </w:p>
    <w:p>
      <w:r>
        <w:rPr>
          <w:b/>
        </w:rPr>
        <w:t xml:space="preserve">[07:00] </w:t>
      </w:r>
      <w:r>
        <w:t>mere paas aankh hai. mere paas haath hai. paon hai. lekin agar mujhe pani na mile to main pyasa pyasa pyasa ho kar tarpunga.</w:t>
      </w:r>
    </w:p>
    <w:p>
      <w:pPr>
        <w:jc w:val="right"/>
      </w:pPr>
      <w:r>
        <w:t>میرے پاس آنکھ ہے۔ میرے پاس ہاتھ ہے۔ پاؤں ہے۔ لیکن اگر مجھے پانی نہ ملے تو میں پیاسا پیاسی پیاسا ہو کر تڑپوں گا۔</w:t>
      </w:r>
    </w:p>
    <w:p>
      <w:r>
        <w:rPr>
          <w:b/>
        </w:rPr>
        <w:t xml:space="preserve">[07:11] </w:t>
      </w:r>
      <w:r>
        <w:t>khana na mile to bhook mein tarpunga. to yeh helplessness ka jo ehsas hai wahi sab se bari cheez hai. isi ko main hassasiyat keh raha hoon.</w:t>
      </w:r>
    </w:p>
    <w:p>
      <w:pPr>
        <w:jc w:val="right"/>
      </w:pPr>
      <w:r>
        <w:t>کھانا نہ ملے تو بھوک میں تڑپوں گا۔ تو یہ ہیلپ لیسنس کا جو احساس ہے وہی سب سے بڑی چیز ہے۔ اسی کو میں حساسیت کہہ رہا ہوں۔</w:t>
      </w:r>
    </w:p>
    <w:p>
      <w:r>
        <w:rPr>
          <w:b/>
        </w:rPr>
        <w:t xml:space="preserve">[07:22] </w:t>
      </w:r>
      <w:r>
        <w:t>to jitna hassasiyat badhegi utna hi aap Quran ko samjhenge. aur Quran ke jo gehre maani hain woh aap ki samajh mein aayenge.</w:t>
      </w:r>
    </w:p>
    <w:p>
      <w:pPr>
        <w:jc w:val="right"/>
      </w:pPr>
      <w:r>
        <w:t>تو جتنا حساسیت بڑھے گی اتنا ہی آپ قرآن کو سمجھیں گے۔ اور قرآن کے جو گہرے معنی ہیں وہ آپ کی سمجھ میں آئیں گے۔</w:t>
      </w:r>
    </w:p>
    <w:p>
      <w:r>
        <w:rPr>
          <w:b/>
        </w:rPr>
        <w:t xml:space="preserve">[07:33] </w:t>
      </w:r>
      <w:r>
        <w:t>to yeh meri samajh mein aaya.</w:t>
      </w:r>
    </w:p>
    <w:p>
      <w:pPr>
        <w:jc w:val="right"/>
      </w:pPr>
      <w:r>
        <w:t>تو یہ میری سمجھ میں آیا۔</w:t>
      </w:r>
    </w:p>
    <w:p>
      <w:r>
        <w:rPr>
          <w:b/>
        </w:rPr>
        <w:t xml:space="preserve">[07:36] </w:t>
      </w:r>
      <w:r>
        <w:t>to yeh jo subject maine bataya is mein yeh yeh kaha jata hai is mozu par ek kitab chapi is mein is ne ek jumla likha hai ke is mein likha hai ke a person of high sensitivity can</w:t>
      </w:r>
    </w:p>
    <w:p>
      <w:pPr>
        <w:jc w:val="right"/>
      </w:pPr>
      <w:r>
        <w:t>تو یہ جو سبجیکٹ میں نے بتایا اس میں یہ یہ کہا جاتا ہے اس موضوع پر ایک کتاب چھپی اس میں اس نے ایک جملہ لکھا ہے کہ اس میں لکھا ہے کہ ا پرسن آف ہائی سینسٹیوٹی کین</w:t>
      </w:r>
    </w:p>
    <w:p>
      <w:r>
        <w:rPr>
          <w:b/>
        </w:rPr>
        <w:t xml:space="preserve">[08:03] </w:t>
      </w:r>
      <w:r>
        <w:t>can grasp a point with greater intensity.</w:t>
      </w:r>
    </w:p>
    <w:p>
      <w:pPr>
        <w:jc w:val="right"/>
      </w:pPr>
      <w:r>
        <w:t>کین گراس ا پوائنٹ ود گریٹر انٹینسٹی۔</w:t>
      </w:r>
    </w:p>
    <w:p>
      <w:r>
        <w:rPr>
          <w:b/>
        </w:rPr>
        <w:t xml:space="preserve">[08:09] </w:t>
      </w:r>
      <w:r>
        <w:t>jis ke andar barhi hui hassasiyat ho woh baaton ko zyada gehrai se samajh sakta hai. to main samajhta hoon ke roze ka maqsad yahi sensitivity paida karna hai.</w:t>
      </w:r>
    </w:p>
    <w:p>
      <w:pPr>
        <w:jc w:val="right"/>
      </w:pPr>
      <w:r>
        <w:t>جس کے اندر بڑھی ہوئی حساسیت ہو وہ باتوں کو زیادہ گہرائی سے سمجھ سکتا ہے۔ تو میں سمجھتا ہوں کہ روزے کا مقصد یہی سینسٹیوٹی پیدا کرنا ہے۔</w:t>
      </w:r>
    </w:p>
    <w:p>
      <w:r>
        <w:rPr>
          <w:b/>
        </w:rPr>
        <w:t xml:space="preserve">[08:21] </w:t>
      </w:r>
      <w:r>
        <w:t>is se bari bari baatein samajh mein aati hain. ab main aap ko apna kal ka tajurba arz karta hoon. kal ka tajurba.</w:t>
      </w:r>
    </w:p>
    <w:p>
      <w:pPr>
        <w:jc w:val="right"/>
      </w:pPr>
      <w:r>
        <w:t>اس سے بڑی بڑی باتیں سمجھ میں آتی ہیں۔ اب میں آپ کو اپنا کل کا تجربہ عرض کرتا ہوں۔ کل کا تجربہ۔</w:t>
      </w:r>
    </w:p>
    <w:p>
      <w:r>
        <w:rPr>
          <w:b/>
        </w:rPr>
        <w:t xml:space="preserve">[08:31] </w:t>
      </w:r>
      <w:r>
        <w:t>kal ka tajurba yeh hua ke Quran mein sun raha tha. to ek ajeeb ehsas hua.</w:t>
      </w:r>
    </w:p>
    <w:p>
      <w:pPr>
        <w:jc w:val="right"/>
      </w:pPr>
      <w:r>
        <w:t>کل کا تجربہ یہ ہوا کہ قرآن میں سن رہا تھا۔ تو ایک عجیب احساس ہوا۔</w:t>
      </w:r>
    </w:p>
    <w:p>
      <w:r>
        <w:rPr>
          <w:b/>
        </w:rPr>
        <w:t xml:space="preserve">[08:43] </w:t>
      </w:r>
      <w:r>
        <w:t>ajeeb ehsaas. ke yeh jo quran hai yeh arabi aap jante hain ke quran isi zaban mein mehfooz hai jis zaban mein rasool Allah par ayat utra tha woh.</w:t>
      </w:r>
    </w:p>
    <w:p>
      <w:pPr>
        <w:jc w:val="right"/>
      </w:pPr>
      <w:r>
        <w:t>عجیب احساس۔ کہ یہ جو قرآن ہے یہ عربی آپ جانتے ہیں کہ قرآن اسی زبان میں محفوظ ہے جس زبان میں رسول اللہ پر آیت اترا تھا وہ۔</w:t>
      </w:r>
    </w:p>
    <w:p>
      <w:r>
        <w:rPr>
          <w:b/>
        </w:rPr>
        <w:t xml:space="preserve">[08:54] </w:t>
      </w:r>
      <w:r>
        <w:t>jitni doosri kitaben hain woh sab transition hain.</w:t>
      </w:r>
    </w:p>
    <w:p>
      <w:pPr>
        <w:jc w:val="right"/>
      </w:pPr>
      <w:r>
        <w:t>جتنی دوسری کتابیں ہیں وہ سب ٹرانسیشن ہیں۔</w:t>
      </w:r>
    </w:p>
    <w:p>
      <w:r>
        <w:rPr>
          <w:b/>
        </w:rPr>
        <w:t xml:space="preserve">[08:59] </w:t>
      </w:r>
      <w:r>
        <w:t>quran transition nahi hai. woh abhi bhi isi original language mein hai. yani jibril ne rasool Allah ko jo zaban mein pohanchaya tha quran wahi rasool Allah ne mehfooz kiya.</w:t>
      </w:r>
    </w:p>
    <w:p>
      <w:pPr>
        <w:jc w:val="right"/>
      </w:pPr>
      <w:r>
        <w:t>قرآن ٹرانسیشن نہیں ہے۔ وہ ابھی بھی اسی اوریجنل لینگویج میں ہے۔ یعنی جبرائیل نے رسول اللہ کو جو زبان میں پہنچایا تھا قرآن وہی رسول اللہ نے محفوظ کیا۔</w:t>
      </w:r>
    </w:p>
    <w:p>
      <w:r>
        <w:rPr>
          <w:b/>
        </w:rPr>
        <w:t xml:space="preserve">[09:12] </w:t>
      </w:r>
      <w:r>
        <w:t>wahi rasool Allah ne bataya sahaba ko. wahi sahaba ne bataya tabeen ko. wahi tabeen ne bataya tabe tabeen ko. wahi likha bhi gaya. wahi same quran wahi same alfaaz muntaqil hote hote hum tak pohanchaye.</w:t>
      </w:r>
    </w:p>
    <w:p>
      <w:pPr>
        <w:jc w:val="right"/>
      </w:pPr>
      <w:r>
        <w:t>وہی رسول اللہ نے بتایا صحابہ کو۔ وہی صحابہ نے بتایا تابعین کو۔ وہی تابعین نے بتایا تبع تابعین کو۔ وہی لکھا بھی گیا۔ وہی سیم قرآن وہی سیم الفاظ منتقل ہوتے ہوتے ہم تک پہنچائے۔</w:t>
      </w:r>
    </w:p>
    <w:p>
      <w:r>
        <w:rPr>
          <w:b/>
        </w:rPr>
        <w:t xml:space="preserve">[09:27] </w:t>
      </w:r>
      <w:r>
        <w:t>to jab quran parha ja raha tha to mujhe ajeeb ehsaas hua. ek ajeeb ehsaas woh isi sensitivity ki wajah se.</w:t>
      </w:r>
    </w:p>
    <w:p>
      <w:pPr>
        <w:jc w:val="right"/>
      </w:pPr>
      <w:r>
        <w:t>تو جب قرآن پڑھا جا رہا تھا تو مجھے عجیب احساس ہوا۔ ایک عجیب احساس وہ اسی سینسٹیوٹی کی وجہ سے۔</w:t>
      </w:r>
    </w:p>
    <w:p>
      <w:r>
        <w:rPr>
          <w:b/>
        </w:rPr>
        <w:t xml:space="preserve">[09:38] </w:t>
      </w:r>
      <w:r>
        <w:t>isi hassasiyat ki wajah se.</w:t>
      </w:r>
    </w:p>
    <w:p>
      <w:pPr>
        <w:jc w:val="right"/>
      </w:pPr>
      <w:r>
        <w:t>اسی حساسیت کی وجہ سے۔</w:t>
      </w:r>
    </w:p>
    <w:p>
      <w:r>
        <w:rPr>
          <w:b/>
        </w:rPr>
        <w:t xml:space="preserve">[09:42] </w:t>
      </w:r>
      <w:r>
        <w:t>main ne socha ke yani ab se taqreeban chaudah so shayad chaalis saal hue honge.</w:t>
      </w:r>
    </w:p>
    <w:p>
      <w:pPr>
        <w:jc w:val="right"/>
      </w:pPr>
      <w:r>
        <w:t>میں نے سوچا کہ یعنی اب سے تقریباً چودہ سو شاید چالیس سال ہوئے ہوں گے۔</w:t>
      </w:r>
    </w:p>
    <w:p>
      <w:r>
        <w:rPr>
          <w:b/>
        </w:rPr>
        <w:t xml:space="preserve">[09:54] </w:t>
      </w:r>
      <w:r>
        <w:t>chaudah so chaalis saal. aap rasool Allah sal Allah alaihi wasallam ghar e hira mein thay. ghar e hira ki tasweer aap dekh sakte hain internet par main ne dekha bilkul pathar hai charon taraf is mein ek kho hai.</w:t>
      </w:r>
    </w:p>
    <w:p>
      <w:pPr>
        <w:jc w:val="right"/>
      </w:pPr>
      <w:r>
        <w:t>چودہ سو چالیس سال۔ آپ رسول اللہ صلی اللہ علیہ وسلم غار حرا میں تھے۔ غار حرا کی تصویر آپ دیکھ سکتے ہیں انٹرنیٹ پر میں نے دیکھا بالکل پتھر ہے چاروں طرف اس میں ایک کھو ہے۔</w:t>
      </w:r>
    </w:p>
    <w:p>
      <w:r>
        <w:rPr>
          <w:b/>
        </w:rPr>
        <w:t xml:space="preserve">[10:09] </w:t>
      </w:r>
      <w:r>
        <w:t>wahan aap thay. ab jibril aate hain wahan par. aur kehte hain iqra ya muhammad aye muhammad parho.</w:t>
      </w:r>
    </w:p>
    <w:p>
      <w:pPr>
        <w:jc w:val="right"/>
      </w:pPr>
      <w:r>
        <w:t>وہاں آپ تھے۔ اب جبرائیل آتے ہیں وہاں پر۔ اور کہتے ہیں اقْرَأْ يَا مُحَمَّد اے محمد پڑھو۔</w:t>
      </w:r>
    </w:p>
    <w:p>
      <w:r>
        <w:rPr>
          <w:b/>
        </w:rPr>
        <w:t xml:space="preserve">[10:23] </w:t>
      </w:r>
      <w:r>
        <w:t>o muhammad read phir hazrat jibril woh alfaaz dohrate hain iqra bismi rabbika allazi khalaq khalaq al insana min alaq iqra wa rabbuka al akram allazi allama bil qalam</w:t>
      </w:r>
    </w:p>
    <w:p>
      <w:pPr>
        <w:jc w:val="right"/>
      </w:pPr>
      <w:r>
        <w:t>اُو مُحَمَّد رِيدْ پھر حضرت جبرائیل وہ الفاظ دہراتے ہیں اقْرَأْ بِاسْمِ رَبِّكَ الَّذِي خَلَقَ خَلَقَ الْإِنْسَانَ مِنْ عَلَقٍ اقْرَأْ وَرَبُّكُ الْأَكْرَمُ الَّذِي عَلَّمَ بِالْقَلَمِ</w:t>
      </w:r>
    </w:p>
    <w:p>
      <w:r>
        <w:rPr>
          <w:b/>
        </w:rPr>
        <w:t xml:space="preserve">[10:38] </w:t>
      </w:r>
      <w:r>
        <w:t>to rasool Allah is ko dohrate hain. to ek ajeeb mujhe ehsaas hua ke woh jo alfaaz gonji thi sir yani ghar e hira mein jibril ne kaha rasool Allah se rasool Allah ne wahi alfaaz convey kiya sahaba ko sahaba ne wahi alfaaz convey kiya tabeen ko tabeen ne wahi alfaaz convey kiya tabe tabeen ko</w:t>
      </w:r>
    </w:p>
    <w:p>
      <w:pPr>
        <w:jc w:val="right"/>
      </w:pPr>
      <w:r>
        <w:t>تو رسول اللہ اس کو دہراتے ہیں۔ تو ایک عجیب مجھے احساس ہوا کہ وہ جو الفاظ گونجی تھی سر یعنی غار حرا میں جبرائیل نے کہا رسول اللہ سے رسول اللہ نے وہی الفاظ کنوے کیا صحابہ کو صحابہ نے وہی الفاظ کنوے کیا تابعین کو تابعین نے وہی الفاظ کنوے کیا تبع تابعین کو</w:t>
      </w:r>
    </w:p>
    <w:p>
      <w:r>
        <w:rPr>
          <w:b/>
        </w:rPr>
        <w:t xml:space="preserve">[11:01] </w:t>
      </w:r>
      <w:r>
        <w:t>is tarah generation of generation wahi same alfaaz jo jibril ne kahe thay woh hote hote mujh tak pohanch rahe hain. aisa laga ke poora yani time and space sagar gaye hain aur wahi awaz jo gonji thi hira mein wahi mujh tak pohanch</w:t>
      </w:r>
    </w:p>
    <w:p>
      <w:pPr>
        <w:jc w:val="right"/>
      </w:pPr>
      <w:r>
        <w:t>اس طرح جنریشن آف جنریشن وہی سیم الفاظ جو جبرائیل نے کہے تھے وہ ہوتے ہوتے مجھ تک پہنچ رہے ہیں۔ ایسا لگا کہ پورا یعنی ٹائم اینڈ سپیس سگڑ گئے ہیں اور وہی آواز جو گونجی تھی حرا میں وہی مجھ تک پہنچ رہ</w:t>
      </w:r>
    </w:p>
    <w:p>
      <w:r>
        <w:rPr>
          <w:b/>
        </w:rPr>
        <w:t xml:space="preserve">[11:21] </w:t>
      </w:r>
      <w:r>
        <w:t>rahi hai. wahi same alfaaz same alfaaz same alfaaz jo Allah taala ne tanqeed ki jibril ko jibril ne tanqeed kiya rasool Allah ko woh pohanche.</w:t>
      </w:r>
    </w:p>
    <w:p>
      <w:pPr>
        <w:jc w:val="right"/>
      </w:pPr>
      <w:r>
        <w:t>ی ہے۔ وہی سیم الفاظ سیم الفاظ سیم الفاظ جو اللہ تعالی نے تنقید کی جبرائیل کو جبرائیل نے تنقید کیا رسول اللہ کو وہ پہنچے۔</w:t>
      </w:r>
    </w:p>
    <w:p>
      <w:r>
        <w:rPr>
          <w:b/>
        </w:rPr>
        <w:t xml:space="preserve">[11:33] </w:t>
      </w:r>
      <w:r>
        <w:t>aap ghor kijiye yeh kaisi ajeeb baat hai. kya aap yeh sochen ke wahi alfaaz sun rahe hain aap jo jibril ne kahe thay to kaisi ajeeb aap ko inspiration milega is se.</w:t>
      </w:r>
    </w:p>
    <w:p>
      <w:pPr>
        <w:jc w:val="right"/>
      </w:pPr>
      <w:r>
        <w:t>آپ غور کیجئے یہ کیسی عجیب بات ہے۔ کیا آپ یہ سوچیں کہ وہی الفاظ سن رہے ہیں آپ جو جبرائیل نے کہے تھے تو کیسی عجیب آپ کو انسپیریشن ملے گا اس سے۔</w:t>
      </w:r>
    </w:p>
    <w:p>
      <w:r>
        <w:rPr>
          <w:b/>
        </w:rPr>
        <w:t xml:space="preserve">[11:51] </w:t>
      </w:r>
      <w:r>
        <w:t>to main samajhta hoon ke quran ko ramzan mein zyada parhne ke liye jo kaha gaya hai roza rakh kar ke is ka maqsad yeh hai ke aadmi roza rakh kar ke is ko tajruba ho apne helplessness ka aur is ko is ke andar hassasiyat barhe.</w:t>
      </w:r>
    </w:p>
    <w:p>
      <w:pPr>
        <w:jc w:val="right"/>
      </w:pPr>
      <w:r>
        <w:t>تو میں سمجھتا ہوں کہ قرآن کو رمضان میں زیادہ پڑھنے کے لیے جو کہا گیا ہے روزہ رکھ کر کے اس کا مقصد یہ ہے کہ آدمی روزہ رکھ کر کے اس کو تجربہ ہو اپنے ہیلپ لیس ہیلپ لیسنس کا اور اس کو اس کے اندر حساسیت بڑھے۔</w:t>
      </w:r>
    </w:p>
    <w:p>
      <w:r>
        <w:rPr>
          <w:b/>
        </w:rPr>
        <w:t xml:space="preserve">[12:13] </w:t>
      </w:r>
      <w:r>
        <w:t>hassasiyat barhe.</w:t>
      </w:r>
    </w:p>
    <w:p>
      <w:pPr>
        <w:jc w:val="right"/>
      </w:pPr>
      <w:r>
        <w:t>حساسیت بڑھے۔</w:t>
      </w:r>
    </w:p>
    <w:p>
      <w:r>
        <w:rPr>
          <w:b/>
        </w:rPr>
        <w:t xml:space="preserve">[12:16] </w:t>
      </w:r>
      <w:r>
        <w:t>to quran mein hai ke taake un ke andar taqwa paida ho. taqwa ke lafz ke maani kya hote hain. ek bohat ajeeb istemal hai ke kaha jata hai arabi zaban mein farrs waqi yani ek ghoda hai is ke sab mein chot lag gayi to</w:t>
      </w:r>
    </w:p>
    <w:p>
      <w:pPr>
        <w:jc w:val="right"/>
      </w:pPr>
      <w:r>
        <w:t>تو قرآن میں ہے کہ کہ تاکہ ان کے اندر تقویٰ پیدا ہو۔ تقویٰ کے لفظ کے معنی کیا ہوتے ہیں۔ ایک بہت عجیب استعمال ہے کہ کہا جاتا ہے عربی زبان میں فرس واقع یعنی ایک گھوڑا ہے اس کے سب میں چوٹ لگ گئی تو</w:t>
      </w:r>
    </w:p>
    <w:p>
      <w:r>
        <w:rPr>
          <w:b/>
        </w:rPr>
        <w:t xml:space="preserve">[12:37] </w:t>
      </w:r>
      <w:r>
        <w:t>woh jab chalta hai to bohat zyada bacha bacha kar chalta hai kyunke woh is ko dar hota hai ke mamooli si koi koi lakri mamooli si koi kankar bhi is ko takleef de dega to bohat bachate hue chalta hai.</w:t>
      </w:r>
    </w:p>
    <w:p>
      <w:pPr>
        <w:jc w:val="right"/>
      </w:pPr>
      <w:r>
        <w:t>وہ جب چلتا ہے تو بہت زیادہ بچا بچا کر چلتا ہے کیونکہ وہ اس کو ڈر ہوتا ہے کہ معمولی سی کوئی کوئی لکڑی معمولی سی کوئی کنکر بھی اس کو تکلیف دے دے گا تو بہت بچاتے ہوئے چلتا ہے۔</w:t>
      </w:r>
    </w:p>
    <w:p>
      <w:r>
        <w:rPr>
          <w:b/>
        </w:rPr>
        <w:t xml:space="preserve">[12:53] </w:t>
      </w:r>
      <w:r>
        <w:t>rajul waqi yani bohat hi hassas hota hai us waqt woh isi hassasiyat ka naam taqwa hai. jab aap bohat zyada hassas ho jayen to is ke baad quran ko parhen.</w:t>
      </w:r>
    </w:p>
    <w:p>
      <w:pPr>
        <w:jc w:val="right"/>
      </w:pPr>
      <w:r>
        <w:t>رجل واقع یعنی بہت ہی حساس ہوتا ہے اس وقت وہ اسی حساسیت کا نام تقویٰ ہے۔ جب آپ بہت زیادہ حساس ہو جائیں تو اس کے بعد قرآن کو پڑھیں۔</w:t>
      </w:r>
    </w:p>
    <w:p>
      <w:r>
        <w:rPr>
          <w:b/>
        </w:rPr>
        <w:t xml:space="preserve">[13:07] </w:t>
      </w:r>
      <w:r>
        <w:t>har lafz mein aap ko ek ajeeb tajruba hoga. misaal ke taur par dekhiye aap parhenge quran ki jo pehli ayat hai alhamdulillah rabbil alameen aap sochenge ke kya main ne Allah ki hamd bayan ki ab tak zindagi mein ya main sirf lip service karta raha y</w:t>
      </w:r>
    </w:p>
    <w:p>
      <w:pPr>
        <w:jc w:val="right"/>
      </w:pPr>
      <w:r>
        <w:t>ہر لفظ میں آپ کو ایک عجیب تجربہ ہوگا۔ مثال کے طور پر دیکھیے آپ پڑھیں گے قرآن کی جو پہلی آیت ہے الحمدللہ رب العالمین آپ سوچیں گے کہ کیا میں نے اللہ کی حمد بیان کی اب تک زندگی میں یا میں صرف لپ سروس کرتا رہا ی</w:t>
      </w:r>
    </w:p>
    <w:p>
      <w:r>
        <w:rPr>
          <w:b/>
        </w:rPr>
        <w:t xml:space="preserve">[13:32] </w:t>
      </w:r>
      <w:r>
        <w:t>ani main to nashukri mein jeeta raha main to shikayaten karta raha logon ki main to nafrat karta raha logon se to main ne alhamdulillah kaha kahan.</w:t>
      </w:r>
    </w:p>
    <w:p>
      <w:pPr>
        <w:jc w:val="right"/>
      </w:pPr>
      <w:r>
        <w:t>عنی میں تو ناشکری میں جیتا رہا میں تو شکایتیں کرتا رہا لوگوں کی میں تو نفرت کرتا رہا لوگوں سے تو میں نے الحمدللہ کہا کہاں۔</w:t>
      </w:r>
    </w:p>
    <w:p>
      <w:r>
        <w:rPr>
          <w:b/>
        </w:rPr>
        <w:t xml:space="preserve">[13:47] </w:t>
      </w:r>
      <w:r>
        <w:t>agar main alhamdulillah kehta to mere dil mein positivity aati nafrat nikal jati sab ke liye khair khwahi aati. mukammal maanon mein mera dil pak saaf ho jata to woh kaha hua</w:t>
      </w:r>
    </w:p>
    <w:p>
      <w:pPr>
        <w:jc w:val="right"/>
      </w:pPr>
      <w:r>
        <w:t>اگر میں الحمدللہ کہتا تو میرے دل میں پازیٹیوٹی آتی نفرت نکل جاتی سب کے لیے خیر خواہی آتی۔ مکمل معنوں میں میرا دل پاک صاف ہو جاتا تو وہ کہا ہوا</w:t>
      </w:r>
    </w:p>
    <w:p>
      <w:r>
        <w:rPr>
          <w:b/>
        </w:rPr>
        <w:t xml:space="preserve">[14:01] </w:t>
      </w:r>
      <w:r>
        <w:t>to main ne to lip service kiya alhamdulillah keh kar ke. to aap ke andar jo hai ek aayega apne ko revise karenge aap ke ab se aap faisla karenge ab se mujh ko aap sachha alhamdulillah kehna hai</w:t>
      </w:r>
    </w:p>
    <w:p>
      <w:pPr>
        <w:jc w:val="right"/>
      </w:pPr>
      <w:r>
        <w:t>تو میں نے تو لپ سروس کیا الحمدللہ کہہ کر کے۔ تو آپ کے اندر جو ہے ایک آئے گا اپنے کو ریوائز کریں گے آپ کہ اب سے آپ فیصلہ کریں گے اب سے مجھ کو آپ سچا الحمدللہ کہنا ہے</w:t>
      </w:r>
    </w:p>
    <w:p>
      <w:r>
        <w:rPr>
          <w:b/>
        </w:rPr>
        <w:t xml:space="preserve">[14:20] </w:t>
      </w:r>
      <w:r>
        <w:t>ke woh alhamdulillah jo nikalta hai aise insan ke andar se jis ke andar nafrat na ho shikayat na ho jis ke andar doosron ke khilaf negativity na ho woh alhamdulillah.</w:t>
      </w:r>
    </w:p>
    <w:p>
      <w:pPr>
        <w:jc w:val="right"/>
      </w:pPr>
      <w:r>
        <w:t>کہ وہ الحمدللہ جو نکلتا ہے ایسے انسان کے اندر سے جس کے اندر نفرت نہ ہو شکایت نہ ہو جس کے اندر دوسروں کے خلاف نیگیٹیوٹی نہ ہو وہ الحمدللہ۔</w:t>
      </w:r>
    </w:p>
    <w:p>
      <w:r>
        <w:rPr>
          <w:b/>
        </w:rPr>
        <w:t xml:space="preserve">[14:37] </w:t>
      </w:r>
      <w:r>
        <w:t>to goya ke aap jab quran parhenge to ek naya adam jaagega ek naya faisla ubhrega ek ek naya insan emerge karega aap ke andar se</w:t>
      </w:r>
    </w:p>
    <w:p>
      <w:pPr>
        <w:jc w:val="right"/>
      </w:pPr>
      <w:r>
        <w:t>تو گویا کہ آپ جب قرآن پڑھیں گے تو ایک نیا عدم جاگے گا ایک نیا فیصلہ ابھرے گا ایک ایک نیا انسان ایمرج کرے گا آپ کے اندر سے</w:t>
      </w:r>
    </w:p>
    <w:p>
      <w:r>
        <w:rPr>
          <w:b/>
        </w:rPr>
        <w:t xml:space="preserve">[14:49] </w:t>
      </w:r>
      <w:r>
        <w:t>aise hi pure pure quran phir aap padhenge is ayat tak pahunchenge ma asabakum musibah fabima qasamat aydikum yani jo musibah tumhare par padti hai to tumhare apne hi kiye ka nateeja hoti hai.</w:t>
      </w:r>
    </w:p>
    <w:p>
      <w:pPr>
        <w:jc w:val="right"/>
      </w:pPr>
      <w:r>
        <w:t>ایسے ہی پورے پورے قرآن پھر آپ پڑھیں گے اس آیت تک پہنچیں گے ما اصابكم مصیبت فبما قسمت ایدیکم یعنی جو مصیبت تمہارے پر پڑتی ہے تو تمہارے اپنے ہی کیے کا نتیجہ ہوتی ہے۔</w:t>
      </w:r>
    </w:p>
    <w:p>
      <w:r>
        <w:rPr>
          <w:b/>
        </w:rPr>
        <w:t xml:space="preserve">[15:10] </w:t>
      </w:r>
      <w:r>
        <w:t>yeh aap ne padha to aap is ko bar bar padhenge agar aap ki hassasiyat barhi hui ho to</w:t>
      </w:r>
    </w:p>
    <w:p>
      <w:pPr>
        <w:jc w:val="right"/>
      </w:pPr>
      <w:r>
        <w:t>یہ آپ نے پڑھا تو آپ اس کو بار بار پڑھیں گے اگر آپ کی حساسیت بڑھی ہوئی ہو تو</w:t>
      </w:r>
    </w:p>
    <w:p>
      <w:r>
        <w:rPr>
          <w:b/>
        </w:rPr>
        <w:t xml:space="preserve">[15:17] </w:t>
      </w:r>
      <w:r>
        <w:t>ke yeh kaisi baat ajib quran majeed mein hai ke jo musibah hi tum par padti hai wo sirf tumhare apne kiye ka nateeja hoti hai.</w:t>
      </w:r>
    </w:p>
    <w:p>
      <w:pPr>
        <w:jc w:val="right"/>
      </w:pPr>
      <w:r>
        <w:t>کہ یہ کیسی بات عجیب قرآن مجید میں ہے کہ جو مصیبت ہی تم پر پڑتی ہے وہ صرف تمہارے اپنے کیے کا نتیجہ ہوتی ہے۔</w:t>
      </w:r>
    </w:p>
    <w:p>
      <w:r>
        <w:rPr>
          <w:b/>
        </w:rPr>
        <w:t xml:space="preserve">[15:30] </w:t>
      </w:r>
      <w:r>
        <w:t>ab sochenge aap ke dekhiye mein to dusron ki shikayaton mein jee raha hoon.</w:t>
      </w:r>
    </w:p>
    <w:p>
      <w:pPr>
        <w:jc w:val="right"/>
      </w:pPr>
      <w:r>
        <w:t>اب سوچیں گے آپ کہ دیکھیے میں تو دوسروں کی شکایتوں میں جی رہا ہوں۔</w:t>
      </w:r>
    </w:p>
    <w:p>
      <w:r>
        <w:rPr>
          <w:b/>
        </w:rPr>
        <w:t xml:space="preserve">[15:37] </w:t>
      </w:r>
      <w:r>
        <w:t>falasteen ko le kar yahudon ki shikayat kashmir ko le kar hinduo ki shikayat iraq ko le kar america ke khilaf shikayat khatte ki shikayat hi shikayat babri masjid ko le kar kalma ek taqreer sun raha tha kisi sahab ki hai babri masjid ko le kar shikayat karta hoon bohat barpa ki hui thi bees saal guzar chuke hain babri masjid ko isi ramzan ke mahine mein taqreer kar rahe hain wo</w:t>
      </w:r>
    </w:p>
    <w:p>
      <w:pPr>
        <w:jc w:val="right"/>
      </w:pPr>
      <w:r>
        <w:t>فلسطین کو لے کر یہودوں کی شکایت کشمیر کو لے کر ہندوؤں کی شکایت عراق کو لے کر امریکہ کے خلاف شکایت خطے کی شکایت ہی شکایت بابری مسجد کو لے کر کلمہ ایک تقریر سن رہا تھا کسی صاحب کی ہے بابری مسجد کو لے کر شکایت کرتا ہوں بہت برپا کی ہوئی تھی بیس سال گزر چکے ہیں بابری مسجد کو اسی رمضان کے مہینے میں تقریر کر رہے ہیں وہ</w:t>
      </w:r>
    </w:p>
    <w:p>
      <w:r>
        <w:rPr>
          <w:b/>
        </w:rPr>
        <w:t xml:space="preserve">[16:06] </w:t>
      </w:r>
      <w:r>
        <w:t>to ab is is ayat se wo aadmi compare karega apna is ayat se compare karega ke quran mein to yeh hai ke dusra koi zimmedari hi nahi hai tumhari kisi musibah ka tum khud zimmedar ho lekin cheez kya hai sare log overeating karte hain ramzan mein overeating ki wajah se un ke andar hassasiyat hi paida nahi hoti</w:t>
      </w:r>
    </w:p>
    <w:p>
      <w:pPr>
        <w:jc w:val="right"/>
      </w:pPr>
      <w:r>
        <w:t>تو اب اس اس آیت سے وہ آدمی کمپیئر کرے گا اپنا اس آیت سے کمپیئر کرے گا کہ قرآن میں تو یہ ہے کہ دوسرا کوئی ذمہ داری ہی نہیں ہے تمہاری کسی مصیبت کا تم خود ذمہ دار ہو لیکن چیز کیا ہے سارے لوگ اوور ایٹنگ کرتے ہیں رمضان میں اوور ایٹنگ کی وجہ سے ان کے اندر حساسیت ہی پیدا نہیں ہوتی</w:t>
      </w:r>
    </w:p>
    <w:p>
      <w:r>
        <w:rPr>
          <w:b/>
        </w:rPr>
        <w:t xml:space="preserve">[16:36] </w:t>
      </w:r>
      <w:r>
        <w:t>un ko wo tajruba hi nahi guzarta jis ke liye roza farz kiya gaya hai ek bar to ab mein america mein tha ittefaq se ramzan shuru hone wala tha to ramzan par mein bola mein to mein ne yahi baat kahi ke ramzan mein overeating nahi karna chahiye overeating se kya hota hai ke wo maqsad hi faut ho jata hai</w:t>
      </w:r>
    </w:p>
    <w:p>
      <w:pPr>
        <w:jc w:val="right"/>
      </w:pPr>
      <w:r>
        <w:t>ان کو وہ تجربہ ہی نہیں گزرتا جس کے لیے روزہ فرض کیا گیا ہے ایک بار تو اب میں امریکہ میں تھا اتفاق سے رمضان شروع ہونے والا تھا تو رمضان پر میں بولا میں تو میں نے یہی بات کہی کہ رمضان میں اوور ایٹنگ نہیں کرنا چاہیے اوور ایٹنگ سے کیا ہوتا ہے کہ وہ مقصد ہی فوت ہو جاتا ہے</w:t>
      </w:r>
    </w:p>
    <w:p>
      <w:r>
        <w:rPr>
          <w:b/>
        </w:rPr>
        <w:t xml:space="preserve">[17:01] </w:t>
      </w:r>
      <w:r>
        <w:t>to bohat se musalman baithe hue the wahan par jo rehte hain america mein unhone kaha ke yahan aisa koi nahi hai yahan aisa koi nahi karta ek dam saaf inkar kar diya unhone ab mein wahan par yani ajib halat ho gayi meri to ek senior aadmi khada hua jo wahan reh raha tha bohat pehle se america mein un sab ke muqable mein wo senior tha wo wo khada hua us ne kaha ke dekho mein tum sab se zyada senior hoon</w:t>
      </w:r>
    </w:p>
    <w:p>
      <w:pPr>
        <w:jc w:val="right"/>
      </w:pPr>
      <w:r>
        <w:t>تو بہت سے مسلمان بیٹھے ہوئے تھے وہاں پر جو رہتے ہیں امریکہ میں انہوں نے کہا کہ یہاں ایسا کوئی نہیں ہے یہاں ایسا کوئی نہیں کرتا ایک دم صاف انکار کر دیا انہوں نے اب میں وہاں پر یعنی عجیب حالت ہو گئی میری تو ایک سینئر آدمی کھڑا ہوا جو وہاں رہ رہا تھا بہت پہلے سے امریکہ میں ان سب کے مقابلے میں وہ سینئر تھا وہ وہ کھڑا ہوا اس نے کہا کہ دیکھو میں تم سب سے زیادہ سینئر ہوں</w:t>
      </w:r>
    </w:p>
    <w:p>
      <w:r>
        <w:rPr>
          <w:b/>
        </w:rPr>
        <w:t xml:space="preserve">[17:31] </w:t>
      </w:r>
      <w:r>
        <w:t>tum sab se se pehle mein america mein reh raha hoon tum sab ka haal janta hoon mein tum sab log overeating karte ho to us ne ek challenge diya ke mein aap sab logon ko ek challenge deta hoon ke ramzan ki pehli tareekh ko aap apna wazan le lijiye apna wazan apna weight aur phir ramzan ke aakhir mein eid ke din dobara lijiye</w:t>
      </w:r>
    </w:p>
    <w:p>
      <w:pPr>
        <w:jc w:val="right"/>
      </w:pPr>
      <w:r>
        <w:t>تم سب سے سے پہلے میں امریکہ میں رہ رہا ہوں تم سب کا حال جانتا ہوں میں تم سب لوگ اوور ایٹنگ کرتے ہو تو اس نے ایک چیلنج دیا کہ میں آپ سب لوگوں کو ایک چیلنج دیتا ہوں کہ رمضان کی پہلی تاریخ کو آپ اپنا وزن لے لیجئے اپنا وزن اپنا ویٹ اور پھر رمضان کے آخر میں عید کے دن دوبارہ لیجئے</w:t>
      </w:r>
    </w:p>
    <w:p>
      <w:r>
        <w:rPr>
          <w:b/>
        </w:rPr>
        <w:t xml:space="preserve">[18:01] </w:t>
      </w:r>
      <w:r>
        <w:t>sab ka wazan barh chuka hoga</w:t>
      </w:r>
    </w:p>
    <w:p>
      <w:pPr>
        <w:jc w:val="right"/>
      </w:pPr>
      <w:r>
        <w:t>سب کا وزن بڑھ چکا ہوگا</w:t>
      </w:r>
    </w:p>
    <w:p>
      <w:r>
        <w:rPr>
          <w:b/>
        </w:rPr>
        <w:t xml:space="preserve">[18:05] </w:t>
      </w:r>
      <w:r>
        <w:t>yeh ajeeb baat us ne kahi ke ramzan ki pehli tareekh ko aap apna wazan lijiye apna weight</w:t>
      </w:r>
    </w:p>
    <w:p>
      <w:pPr>
        <w:jc w:val="right"/>
      </w:pPr>
      <w:r>
        <w:t>یہ عجیب بات اس نے کہی کہ رمضان کی پہلی تاریخ کو آپ اپنا وزن لیجئے اپنا ویٹ</w:t>
      </w:r>
    </w:p>
    <w:p>
      <w:r>
        <w:rPr>
          <w:b/>
        </w:rPr>
        <w:t xml:space="preserve">[18:12] </w:t>
      </w:r>
      <w:r>
        <w:t>aur phir aap eid ke din apna wazan lijiye aap mein se har ek shakhs ka wazan barh</w:t>
      </w:r>
    </w:p>
    <w:p>
      <w:pPr>
        <w:jc w:val="right"/>
      </w:pPr>
      <w:r>
        <w:t>اور پھر آپ عید کے دن اپنا وزن لیجئے آپ میں سے ہر ایک شخص کا وزن بڑھ</w:t>
      </w:r>
    </w:p>
    <w:p>
      <w:r>
        <w:rPr>
          <w:b/>
        </w:rPr>
        <w:t xml:space="preserve">[18:16] </w:t>
      </w:r>
      <w:r>
        <w:t>chuka hoga phir koi nahi bola ek bhi shakhs nahi bola sab chup ho gaye</w:t>
      </w:r>
    </w:p>
    <w:p>
      <w:pPr>
        <w:jc w:val="right"/>
      </w:pPr>
      <w:r>
        <w:t>چکا ہوگا پھر کوئی نہیں بولا ایک بھی شخص نہیں بولا سب چپ ہو گئے</w:t>
      </w:r>
    </w:p>
    <w:p>
      <w:r>
        <w:rPr>
          <w:b/>
        </w:rPr>
        <w:t xml:space="preserve">[18:22] </w:t>
      </w:r>
      <w:r>
        <w:t>kyunke ramzan ke mani hain khane ki dhoom</w:t>
      </w:r>
    </w:p>
    <w:p>
      <w:pPr>
        <w:jc w:val="right"/>
      </w:pPr>
      <w:r>
        <w:t>کیونکہ رمضان کے معنی ہیں کھانے کی دھوم</w:t>
      </w:r>
    </w:p>
    <w:p>
      <w:r>
        <w:rPr>
          <w:b/>
        </w:rPr>
        <w:t xml:space="preserve">[18:26] </w:t>
      </w:r>
      <w:r>
        <w:t>ramzan ke mani hain khane peene ki dhoom</w:t>
      </w:r>
    </w:p>
    <w:p>
      <w:pPr>
        <w:jc w:val="right"/>
      </w:pPr>
      <w:r>
        <w:t>رمضان کے معنی ہیں کھانے پینے کی دھوم</w:t>
      </w:r>
    </w:p>
    <w:p>
      <w:r>
        <w:rPr>
          <w:b/>
        </w:rPr>
        <w:t xml:space="preserve">[18:32] </w:t>
      </w:r>
      <w:r>
        <w:t>to ramzan ki jo spirit hai jo is ka maqsad hai us ko kal karna hai overeating karna hai kyunke aap ko tajruba hi nahi guzarta jis tajrube ke liye roza rakha gaya jo wo tajruba guzarta hai tab aap quran ko gehrai ke sath samajh paate hain phir aap introspection karte hain phir zyada ghor o fikr jagta hai aap ke andar</w:t>
      </w:r>
    </w:p>
    <w:p>
      <w:pPr>
        <w:jc w:val="right"/>
      </w:pPr>
      <w:r>
        <w:t>تو رمضان کی جو اسپرٹ ہے جو اس کا مقصد ہے اس کو کل کرنا ہے اوور ایٹنگ کرنا ہے کیونکہ آپ کو تجربہ ہی نہیں گزرتا جس تجربے کے لیے روزہ رکھا گیا جو وہ تجربہ گزرتا ہے تب آپ قرآن کو گہرائی کے ساتھ سمجھ پاتے ہیں پھر آپ انٹراسپیکشن کرتے ہیں پھر زیادہ غور و فکر جاگتا ہے آپ کے اندر</w:t>
      </w:r>
    </w:p>
    <w:p>
      <w:r>
        <w:rPr>
          <w:b/>
        </w:rPr>
        <w:t xml:space="preserve">[19:02] </w:t>
      </w:r>
      <w:r>
        <w:t>nahi to ghor o fikr jagta hi nahi ab dekhiye mein abhi chand din ki baat hai quran ki ek ayat par mein soch raha tha quran mein hai ke</w:t>
      </w:r>
    </w:p>
    <w:p>
      <w:pPr>
        <w:jc w:val="right"/>
      </w:pPr>
      <w:r>
        <w:t>نہیں تو غور و فکر جاگتا ہی نہیں اب دیکھیے میں ابھی چند دن کی بات ہے قرآن کی ایک آیت پر میں سوچ رہا تھا قرآن میں ہے کہ</w:t>
      </w:r>
    </w:p>
    <w:p>
      <w:r>
        <w:rPr>
          <w:b/>
        </w:rPr>
        <w:t xml:space="preserve">[19:16] </w:t>
      </w:r>
      <w:r>
        <w:t>yutkhulohumul jannata arfaalun</w:t>
      </w:r>
    </w:p>
    <w:p>
      <w:pPr>
        <w:jc w:val="right"/>
      </w:pPr>
      <w:r>
        <w:t>یُتْخَلُهُمُ الجَنَّةَ أَرْفَعَالٌ</w:t>
      </w:r>
    </w:p>
    <w:p>
      <w:r>
        <w:rPr>
          <w:b/>
        </w:rPr>
        <w:t xml:space="preserve">[19:21] </w:t>
      </w:r>
      <w:r>
        <w:t>tafsiron mein likha hua hai ke is ka tarjuma yeh hai ke jannat mein dakhil karega in logon ko jinhein jannat ki pehchan kara di hai pehchan</w:t>
      </w:r>
    </w:p>
    <w:p>
      <w:pPr>
        <w:jc w:val="right"/>
      </w:pPr>
      <w:r>
        <w:t>تفسیروں میں لکھا ہوا ہے کہ اس کا ترجمہ یہ ہے کہ جنت میں داخل کرے گا ان لوگوں کو جنہیں جنت کی پہچان کرا دی ہے پہچان</w:t>
      </w:r>
    </w:p>
    <w:p>
      <w:r>
        <w:rPr>
          <w:b/>
        </w:rPr>
        <w:t xml:space="preserve">[19:34] </w:t>
      </w:r>
      <w:r>
        <w:t>to haan tafsiron mein likha hua hai likha hai ke jannat ke bare mein jo ayaten aayi hain wo is se murad wahi lete hain ke jannat mein mewa hoga phal hoga aur wahan par mahal honge wahan baghat honge yeh bata diya gaya to mein ne socha ke agar yeh matlab hota hai is ka to alrifaq ka lafz na hota</w:t>
      </w:r>
    </w:p>
    <w:p>
      <w:pPr>
        <w:jc w:val="right"/>
      </w:pPr>
      <w:r>
        <w:t>تو ہاں تفسیروں میں لکھا ہوا ہے لکھا ہے کہ جنت کے بارے میں جو آیتیں آئیں ہیں وہ اس سے مراد وہی لیتے ہیں کہ جنت میں میوہ ہوگا پھل ہوگا اور وہاں پر محل ہوں گے وہاں باغات ہوں گے یہ بتا دیا گیا تو میں نے سوچا کہ اگر یہ مطلب ہوتا ہے اس کا تو الرفاق کا لفظ نہ ہوتا</w:t>
      </w:r>
    </w:p>
    <w:p>
      <w:r>
        <w:rPr>
          <w:b/>
        </w:rPr>
        <w:t xml:space="preserve">[20:02] </w:t>
      </w:r>
      <w:r>
        <w:t>phir hota ke akhbirah yani yutkhulohumul jannata akhbaraha lahum yani jin ki khabar kar di hai lekin wahan lafz hai alrifaa alrifaa ke mani hote hain pehchan kara diya hai to is par mein ghor karne laga to ek bohat bari baat samajh mein aayi</w:t>
      </w:r>
    </w:p>
    <w:p>
      <w:pPr>
        <w:jc w:val="right"/>
      </w:pPr>
      <w:r>
        <w:t>پھر ہوتا کہ اخبرہ یعنی یُتْخَلُهُمُ الجَنَّةَ أَخْبَرَهَا لَهُمْ یعنی جن کی خبر کر دی ہے لیکن وہاں لفظ ہے الرفاء الرفاء کے معنی ہوتے ہیں پہچان کرا دیا ہے تو اس پر میں غور کرنے لگا تو ایک بہت بڑی بات سمجھ میں آئی</w:t>
      </w:r>
    </w:p>
    <w:p>
      <w:r>
        <w:rPr>
          <w:b/>
        </w:rPr>
        <w:t xml:space="preserve">[20:26] </w:t>
      </w:r>
      <w:r>
        <w:t>mein ne socha ke is ayat mein yeh bataya gaya hai ke jannat un logon ke liye hai jo jannat ke itne zyada mushtaq itne zyada hareess ban jayen ke us ko isi duniya mein wo visualize karne lagen</w:t>
      </w:r>
    </w:p>
    <w:p>
      <w:pPr>
        <w:jc w:val="right"/>
      </w:pPr>
      <w:r>
        <w:t>میں نے سوچا کہ اس آیت میں یہ بتایا گیا ہے کہ جنت ان لوگوں کے لیے ہے جو جنت کے اتنے زیادہ مشتاق اتنے زیادہ حریص بن جائیں کہ اس کو اسی دنیا میں وہ ویژولائز کرنے لگے</w:t>
      </w:r>
    </w:p>
    <w:p>
      <w:r>
        <w:rPr>
          <w:b/>
        </w:rPr>
        <w:t xml:space="preserve">[20:46] </w:t>
      </w:r>
      <w:r>
        <w:t>hain visualize karne lagen hain</w:t>
      </w:r>
    </w:p>
    <w:p>
      <w:pPr>
        <w:jc w:val="right"/>
      </w:pPr>
      <w:r>
        <w:t>ہیں ویژولائز کرنے لگے ہیں</w:t>
      </w:r>
    </w:p>
    <w:p>
      <w:r>
        <w:rPr>
          <w:b/>
        </w:rPr>
        <w:t xml:space="preserve">[20:51] </w:t>
      </w:r>
      <w:r>
        <w:t>jaise aap ka koi عزیز hai koi rishtedar hai aap ka koi beta beti hai aap is ka bohat zyada bohat zyada taluq aap ko hai to us ko aap visualize karne lagte hain to wo matlab hai is ka ke duniya mein zindagi guzarte hue aap ko jannat ki jhalakiyan dikhai dein</w:t>
      </w:r>
    </w:p>
    <w:p>
      <w:pPr>
        <w:jc w:val="right"/>
      </w:pPr>
      <w:r>
        <w:t>جیسے آپ کا کوئی عزیز ہے کوئی رشتہ دار ہے آپ کا کوئی بیٹا بیٹی ہے آپ اس کا بہت زیادہ بہت زیادہ تعلق آپ کو ہے تو اس کو آپ ویژولائز کرنے لگتے ہیں تو وہ مطلب ہے اس کا کہ دنیا میں زندگی گزارتے ہوئے آپ کو جنت کی جھلکیاں دکھائی دیں</w:t>
      </w:r>
    </w:p>
    <w:p>
      <w:r>
        <w:rPr>
          <w:b/>
        </w:rPr>
        <w:t xml:space="preserve">[21:14] </w:t>
      </w:r>
      <w:r>
        <w:t>jannat ke yani peshgi tor par aap jannat se ab mutaarif hone lagen ya angrezi mein jo lafz hai visualize karna mein samajhta hoon ke bohat sahi lafz hai is ke liye ke isi duniya mein ke jab jab aap ko bohat zyada taluq ho ho jaye jannat se bohat zyada sote hain sochen aap jannat ke bare mein</w:t>
      </w:r>
    </w:p>
    <w:p>
      <w:pPr>
        <w:jc w:val="right"/>
      </w:pPr>
      <w:r>
        <w:t>جنت کے یعنی پیشگی طور پر آپ جنت سے اب متعارف ہونے لگیں یا انگریزی میں جو لفظ ہے ویژولائز کرنا میں سمجھتا ہوں کہ بہت صحیح لفظ ہے اس کے لیے کہ اسی دنیا میں کہ جب جب آپ کو بہت زیادہ تعلق ہو ہو جائے جنت سے بہت زیادہ سوتے ہیں سوچیں آپ جنت کے بارے میں</w:t>
      </w:r>
    </w:p>
    <w:p>
      <w:r>
        <w:rPr>
          <w:b/>
        </w:rPr>
        <w:t xml:space="preserve">[21:39] </w:t>
      </w:r>
      <w:r>
        <w:t>to to kya hota hai ke jannat ko aap visualize karne lagte hain</w:t>
      </w:r>
    </w:p>
    <w:p>
      <w:pPr>
        <w:jc w:val="right"/>
      </w:pPr>
      <w:r>
        <w:t>تو تو کیا ہوتا ہے کہ جنت کو آپ ویژولائز کرنے لگتے ہیں</w:t>
      </w:r>
    </w:p>
    <w:p>
      <w:r>
        <w:rPr>
          <w:b/>
        </w:rPr>
        <w:t xml:space="preserve">[21:45] </w:t>
      </w:r>
      <w:r>
        <w:t>jaise kal parson mein soch raha tha ke insan ko allah taala ne paida kiya bohat zyada is ke andar yani pleasure insan mein is a pleasure seeking animal mein is a pleasure s</w:t>
      </w:r>
    </w:p>
    <w:p>
      <w:pPr>
        <w:jc w:val="right"/>
      </w:pPr>
      <w:r>
        <w:t>جیسے کل پرسوں میں سوچ رہا تھا کہ انسان کو اللہ تعالی نے پیدا کیا بہت زیادہ اس کے اندر یعنی پلیزر انسان مین از ا پلیزر سیکنگ اینیمل مین از ا پلیزر س</w:t>
      </w:r>
    </w:p>
    <w:p>
      <w:r>
        <w:rPr>
          <w:b/>
        </w:rPr>
        <w:t xml:space="preserve">[22:05] </w:t>
      </w:r>
      <w:r>
        <w:t>making animal aadmi ke andar khwahishein hain chahta hai ke woh khwahishein</w:t>
      </w:r>
    </w:p>
    <w:p>
      <w:pPr>
        <w:jc w:val="right"/>
      </w:pPr>
      <w:r>
        <w:t>یکنگ اینیمل آدمی کے اندر خواہشیں ہیں چاہتا ہے کہ وہ خواہشیں</w:t>
      </w:r>
    </w:p>
    <w:p>
      <w:r>
        <w:rPr>
          <w:b/>
        </w:rPr>
        <w:t xml:space="preserve">[22:10] </w:t>
      </w:r>
      <w:r>
        <w:t>in khwahishon ko poori kare</w:t>
      </w:r>
    </w:p>
    <w:p>
      <w:pPr>
        <w:jc w:val="right"/>
      </w:pPr>
      <w:r>
        <w:t>ان خواہشوں کو پوری کرے</w:t>
      </w:r>
    </w:p>
    <w:p>
      <w:r>
        <w:rPr>
          <w:b/>
        </w:rPr>
        <w:t xml:space="preserve">[22:13] </w:t>
      </w:r>
      <w:r>
        <w:t>lekin koi khwahish us ki poori nahi hoti woh mar jata hai</w:t>
      </w:r>
    </w:p>
    <w:p>
      <w:pPr>
        <w:jc w:val="right"/>
      </w:pPr>
      <w:r>
        <w:t>لیکن کوئی خواہش اس کی پوری نہیں ہوتی وہ مر جاتا ہے</w:t>
      </w:r>
    </w:p>
    <w:p>
      <w:r>
        <w:rPr>
          <w:b/>
        </w:rPr>
        <w:t xml:space="preserve">[22:18] </w:t>
      </w:r>
      <w:r>
        <w:t>badshah bhi apni khwahishon ko poori nahi kar pata</w:t>
      </w:r>
    </w:p>
    <w:p>
      <w:pPr>
        <w:jc w:val="right"/>
      </w:pPr>
      <w:r>
        <w:t>بادشاہ بھی اپنی خواہشوں کو پوری نہیں کر پاتا</w:t>
      </w:r>
    </w:p>
    <w:p>
      <w:r>
        <w:rPr>
          <w:b/>
        </w:rPr>
        <w:t xml:space="preserve">[22:22] </w:t>
      </w:r>
      <w:r>
        <w:t>to main ne socha ke is dunya ke bare mein ek taraf yeh hai do ayatein mujhe yaad</w:t>
      </w:r>
    </w:p>
    <w:p>
      <w:pPr>
        <w:jc w:val="right"/>
      </w:pPr>
      <w:r>
        <w:t>تو میں نے سوچا کہ اس دنیا کے بارے میں ایک طرف یہ ہے دو آیتیں مجھے یاد</w:t>
      </w:r>
    </w:p>
    <w:p>
      <w:r>
        <w:rPr>
          <w:b/>
        </w:rPr>
        <w:t xml:space="preserve">[22:27] </w:t>
      </w:r>
      <w:r>
        <w:t>aayin ek ayat hai</w:t>
      </w:r>
    </w:p>
    <w:p>
      <w:pPr>
        <w:jc w:val="right"/>
      </w:pPr>
      <w:r>
        <w:t>آئیں ایک آیت ہے</w:t>
      </w:r>
    </w:p>
    <w:p>
      <w:r>
        <w:rPr>
          <w:b/>
        </w:rPr>
        <w:t xml:space="preserve">[22:30] </w:t>
      </w:r>
      <w:r>
        <w:t>ke wa atakum min kulli ma sa altumoo</w:t>
      </w:r>
    </w:p>
    <w:p>
      <w:pPr>
        <w:jc w:val="right"/>
      </w:pPr>
      <w:r>
        <w:t>کہ وَأَطَاكُمْ مِنْ كُلِّ مَا سَأَلْتُمُوا</w:t>
      </w:r>
    </w:p>
    <w:p>
      <w:r>
        <w:rPr>
          <w:b/>
        </w:rPr>
        <w:t xml:space="preserve">[22:36] </w:t>
      </w:r>
      <w:r>
        <w:t>tum ko diya har wo cheez jo tum ne chaha lekin tum ne sawal kiya ek aur ayat hai jannat ke bare mein wa lakum fiha ma tashtahi anfusukum yani jannat mein wo sab cheezen hongi jis ki tum khwahish karo to yeh in dono ayaton par bas sochne laga</w:t>
      </w:r>
    </w:p>
    <w:p>
      <w:pPr>
        <w:jc w:val="right"/>
      </w:pPr>
      <w:r>
        <w:t>تم کو دیا ہر وہ چیز جو تم نے چاہا لیکن تم نے سوال کیا ایک اور آیت ہے جنت کے بارے میں وَلَكُمْ فِيهَا مَا تَشْتَهِيُّ أَنْفُسُكُمْ یعنی جنت میں وہ سب چیزیں ہوں گی جس کی تم خواہش کرو تو یہ ان دونوں آیتوں پر بس سوچنے لگا</w:t>
      </w:r>
    </w:p>
    <w:p>
      <w:r>
        <w:rPr>
          <w:b/>
        </w:rPr>
        <w:t xml:space="preserve">[22:59] </w:t>
      </w:r>
      <w:r>
        <w:t>to pehli ayat jo hai</w:t>
      </w:r>
    </w:p>
    <w:p>
      <w:pPr>
        <w:jc w:val="right"/>
      </w:pPr>
      <w:r>
        <w:t>تو پہلی آیت جو ہے</w:t>
      </w:r>
    </w:p>
    <w:p>
      <w:r>
        <w:rPr>
          <w:b/>
        </w:rPr>
        <w:t xml:space="preserve">[23:04] </w:t>
      </w:r>
      <w:r>
        <w:t>wa atakum min kulli ma sa'altumoo ka matlab yeh mere samne aya ke dunya mein life support system qaim kar diya tumhari zarooraten jo hain poori karne ke liye dunya mein life support system qaim kar diya acha doosri cheez jo hai khwahishein desire woh hasil nahi hoti</w:t>
      </w:r>
    </w:p>
    <w:p>
      <w:pPr>
        <w:jc w:val="right"/>
      </w:pPr>
      <w:r>
        <w:t>وَأَطَاكُمْ مِنْ كُلِّ مَا سَأَلْتُمُوا کا مطلب یہ میرے سامنے آیا کہ دنیا میں لائف سپورٹ سسٹم قائم کر دیا تمہاری ضرورتیں جو ہیں پوری کرنے کے لیے دنیا میں لائف سپورٹ سسٹم قائم کر دیا اچھا دوسری چیز جو ہے خواہشیں ڈیزائر وہ حاصل نہیں ہوتی</w:t>
      </w:r>
    </w:p>
    <w:p>
      <w:r>
        <w:rPr>
          <w:b/>
        </w:rPr>
        <w:t xml:space="preserve">[23:27] </w:t>
      </w:r>
      <w:r>
        <w:t>yani dunya mein life support system to hai lekin dunya mein desired support system nahi hai kaisi ajeeb baat hai insan yani insan chahta hai ke mujhe pleasure mile mujhe fulfillment mile meri khwahishein poori hon lekin</w:t>
      </w:r>
    </w:p>
    <w:p>
      <w:pPr>
        <w:jc w:val="right"/>
      </w:pPr>
      <w:r>
        <w:t>یعنی دنیا میں لائف سپورٹ سسٹم تو ہے لیکن دنیا میں ڈیزائرڈ سپورٹ سسٹم نہیں ہے کیسی عجیب بات ہے انسان یعنی انسان چاہتا ہے کہ مجھے پلیزر ملے مجھے فلفلمنٹ ملے میری خواہشیں پوری ہوں لیکن</w:t>
      </w:r>
    </w:p>
    <w:p>
      <w:r>
        <w:rPr>
          <w:b/>
        </w:rPr>
        <w:t xml:space="preserve">[23:46] </w:t>
      </w:r>
      <w:r>
        <w:t>jab dunya mein woh dakhil hota hai to chahe kitna hi paisa kama le kitni hi us ko</w:t>
      </w:r>
    </w:p>
    <w:p>
      <w:pPr>
        <w:jc w:val="right"/>
      </w:pPr>
      <w:r>
        <w:t>جب دنیا میں وہ داخل ہوتا ہے تو چاہے کتنا ہی پیسہ کما لے کتنی ہی اس کو</w:t>
      </w:r>
    </w:p>
    <w:p>
      <w:r>
        <w:rPr>
          <w:b/>
        </w:rPr>
        <w:t xml:space="preserve">[23:51] </w:t>
      </w:r>
      <w:r>
        <w:t>power mil jaye lekin zaroorat hi ke baad mere woh dunya se le pata hai is se zyada nahi</w:t>
      </w:r>
    </w:p>
    <w:p>
      <w:pPr>
        <w:jc w:val="right"/>
      </w:pPr>
      <w:r>
        <w:t>پاور مل جائے لیکن ضرورت ہی کے بقدر وہ دنیا سے لے پاتا ہے اس سے زیادہ نہیں</w:t>
      </w:r>
    </w:p>
    <w:p>
      <w:r>
        <w:rPr>
          <w:b/>
        </w:rPr>
        <w:t xml:space="preserve">[23:57] </w:t>
      </w:r>
      <w:r>
        <w:t>le pata us ki khwahishein jo hain un fulfilled reh jati hain</w:t>
      </w:r>
    </w:p>
    <w:p>
      <w:pPr>
        <w:jc w:val="right"/>
      </w:pPr>
      <w:r>
        <w:t>لے پاتا اس کی خواہشیں جو ہیں ان فلفلڈ رہ جاتی ہیں</w:t>
      </w:r>
    </w:p>
    <w:p>
      <w:r>
        <w:rPr>
          <w:b/>
        </w:rPr>
        <w:t xml:space="preserve">[24:03] </w:t>
      </w:r>
      <w:r>
        <w:t>kyunke dunya mein life support system to hai lekin dunya mein desire support system nahi hai</w:t>
      </w:r>
    </w:p>
    <w:p>
      <w:pPr>
        <w:jc w:val="right"/>
      </w:pPr>
      <w:r>
        <w:t>کیونکہ دنیا میں لائف سپورٹ سسٹم تو ہے لیکن دنیا میں ڈیزائر سپورٹ سسٹم نہیں ہے</w:t>
      </w:r>
    </w:p>
    <w:p>
      <w:r>
        <w:rPr>
          <w:b/>
        </w:rPr>
        <w:t xml:space="preserve">[24:12] </w:t>
      </w:r>
      <w:r>
        <w:t>ab main sochne laga ke phir allah taala ne jo paida kiya insan ko</w:t>
      </w:r>
    </w:p>
    <w:p>
      <w:pPr>
        <w:jc w:val="right"/>
      </w:pPr>
      <w:r>
        <w:t>اب میں سوچنے لگا کہ پھر اللہ تعالی نے جو پیدا کیا انسان کو</w:t>
      </w:r>
    </w:p>
    <w:p>
      <w:r>
        <w:rPr>
          <w:b/>
        </w:rPr>
        <w:t xml:space="preserve">[24:18] </w:t>
      </w:r>
      <w:r>
        <w:t>to kyun aisa paida kiya desire bhar diye is ke andar hum mein se har shakhs janta hai ke hum hum sab log ki khwahishein hain andar desires hain hum chahte hain ke woh fulfill hon lekin woh fulfill nahi hoti hain fulfill nahi hoti hain hum mein se har shakhs ko is ka tajurba hai to phir mujhe quran ki ek ayat yaad ayi</w:t>
      </w:r>
    </w:p>
    <w:p>
      <w:pPr>
        <w:jc w:val="right"/>
      </w:pPr>
      <w:r>
        <w:t>تو کیوں ایسا پیدا کیا ڈیزائر بھر دیے اس کے اندر ہم میں سے ہر شخص جانتا ہے کہ ہم ہم سب لوگ کی خواہشیں ہیں اندر ڈیزائر ہیں ہم چاہتے ہیں کہ وہ فلفل ہوں لیکن وہ فلفل نہیں ہوتی ہیں فلفل نہیں ہوتی ہیں ہم میں سے ہر شخص کو اس کا تجربہ ہے تو پھر مجھے قرآن کی ایک آیت یاد آئی</w:t>
      </w:r>
    </w:p>
    <w:p>
      <w:r>
        <w:rPr>
          <w:b/>
        </w:rPr>
        <w:t xml:space="preserve">[24:44] </w:t>
      </w:r>
      <w:r>
        <w:t>quran mein hai ke wa min kulli shay'in khalqna zawjayn la'allakum tazakkaroon ke har cheez ke hum ne paida kiya jora pair</w:t>
      </w:r>
    </w:p>
    <w:p>
      <w:pPr>
        <w:jc w:val="right"/>
      </w:pPr>
      <w:r>
        <w:t>قرآن میں ہے کہ وَمِنْ كُلِّ شَيْءٍ خَلَقْنَا زَوْجَينَ لَعَلَّكُمْ تَذَكَّرُونَ کہ ہر چیز کے ہم نے پیدا کیا جوڑا پیئر</w:t>
      </w:r>
    </w:p>
    <w:p>
      <w:r>
        <w:rPr>
          <w:b/>
        </w:rPr>
        <w:t xml:space="preserve">[24:57] </w:t>
      </w:r>
      <w:r>
        <w:t>to mein ne socha ke har cheez ka jab pair hai</w:t>
      </w:r>
    </w:p>
    <w:p>
      <w:pPr>
        <w:jc w:val="right"/>
      </w:pPr>
      <w:r>
        <w:t>تو میں نے سوچا کہ ہر چیز کا جب پیئر ہے</w:t>
      </w:r>
    </w:p>
    <w:p>
      <w:r>
        <w:rPr>
          <w:b/>
        </w:rPr>
        <w:t xml:space="preserve">[25:05] </w:t>
      </w:r>
      <w:r>
        <w:t>yani male ka pair female hai female ke pair male hai aisi har cheez ka to insan ke andar jo desire hai is ka pair kahan hai</w:t>
      </w:r>
    </w:p>
    <w:p>
      <w:pPr>
        <w:jc w:val="right"/>
      </w:pPr>
      <w:r>
        <w:t>یعنی میل کا پیئر فیمیل ہے فیمیل کے پیئر میل ہے ایسی ہر چیز کا تو انسان کے اندر جو ڈیزائر ہے اس کا پیئر کہاں ہے</w:t>
      </w:r>
    </w:p>
    <w:p>
      <w:r>
        <w:rPr>
          <w:b/>
        </w:rPr>
        <w:t xml:space="preserve">[25:18] </w:t>
      </w:r>
      <w:r>
        <w:t>yani man is a desire seeking animal man is a pleasure seeking animal</w:t>
      </w:r>
    </w:p>
    <w:p>
      <w:pPr>
        <w:jc w:val="right"/>
      </w:pPr>
      <w:r>
        <w:t>یعنی مین از ا ڈیزائر سیکنگ اینیمل مین از ا پلیزر سیکنگ اینیمل</w:t>
      </w:r>
    </w:p>
    <w:p>
      <w:r>
        <w:rPr>
          <w:b/>
        </w:rPr>
        <w:t xml:space="preserve">[25:25] </w:t>
      </w:r>
      <w:r>
        <w:t>aadmi chahta hai ke is ko pleasure mile is ki desires poori hon to is ka pair kahan hai is ka pair jannat hai to life support system yahan diya dunya mein lekin yahan par desire support system nahi diya is ko rakh diya jannat mein taake insan jannat ko yaad kare</w:t>
      </w:r>
    </w:p>
    <w:p>
      <w:pPr>
        <w:jc w:val="right"/>
      </w:pPr>
      <w:r>
        <w:t>آدمی چاہتا ہے کہ اس کو پلیزر ملے اس کی ڈیزائر پوری ہوں تو اس کا پیئر کہاں ہے اس کا پیئر جنت ہے تو لائف سپورٹ سسٹم یہاں دیا دنیا میں لیکن یہاں پر ڈیزائر سپورٹ سسٹم نہیں دیا اس کو رکھ دیا جنت میں تاکہ انسان جنت کو یاد کرے</w:t>
      </w:r>
    </w:p>
    <w:p>
      <w:r>
        <w:rPr>
          <w:b/>
        </w:rPr>
        <w:t xml:space="preserve">[25:50] </w:t>
      </w:r>
      <w:r>
        <w:t>taake jannat wale amal kare</w:t>
      </w:r>
    </w:p>
    <w:p>
      <w:pPr>
        <w:jc w:val="right"/>
      </w:pPr>
      <w:r>
        <w:t>تاکہ جنت والے عمل کرے</w:t>
      </w:r>
    </w:p>
    <w:p>
      <w:r>
        <w:rPr>
          <w:b/>
        </w:rPr>
        <w:t xml:space="preserve">[25:54] </w:t>
      </w:r>
      <w:r>
        <w:t>taake apne aap ko jannat ke liye deserving candidate banaye to yeh jab aap sochte hain jab quran ki ayaton ko le kar tab yeh sab baatein samajh mein ati hain tab yeh sab baatein samajh mein ati hain</w:t>
      </w:r>
    </w:p>
    <w:p>
      <w:pPr>
        <w:jc w:val="right"/>
      </w:pPr>
      <w:r>
        <w:t>تاکہ اپنے آپ کو جنت کے لیے ڈیزرونگ کینڈیڈیٹ بنائے تو یہ جب آپ سوچتے ہیں جب قرآن کی آیتوں کو لے کر تب یہ سب باتیں سمجھ میں آتی ہیں تب یہ سب باتیں سمجھ میں آتی ہیں</w:t>
      </w:r>
    </w:p>
    <w:p>
      <w:r>
        <w:rPr>
          <w:b/>
        </w:rPr>
        <w:t xml:space="preserve">[26:14] </w:t>
      </w:r>
      <w:r>
        <w:t>to ramzan mein</w:t>
      </w:r>
    </w:p>
    <w:p>
      <w:pPr>
        <w:jc w:val="right"/>
      </w:pPr>
      <w:r>
        <w:t>تو رمضان میں</w:t>
      </w:r>
    </w:p>
    <w:p>
      <w:r>
        <w:rPr>
          <w:b/>
        </w:rPr>
        <w:t xml:space="preserve">[26:17] </w:t>
      </w:r>
      <w:r>
        <w:t>aadmi ko tajurba karana</w:t>
      </w:r>
    </w:p>
    <w:p>
      <w:pPr>
        <w:jc w:val="right"/>
      </w:pPr>
      <w:r>
        <w:t>آدمی کو تجربہ کرانا</w:t>
      </w:r>
    </w:p>
    <w:p>
      <w:r>
        <w:rPr>
          <w:b/>
        </w:rPr>
        <w:t xml:space="preserve">[26:22] </w:t>
      </w:r>
      <w:r>
        <w:t>bhook ka aur piyas ka is liye hai ke aap ki sensitivity barhe aap ki hassasiyat barhe</w:t>
      </w:r>
    </w:p>
    <w:p>
      <w:pPr>
        <w:jc w:val="right"/>
      </w:pPr>
      <w:r>
        <w:t>بھوک کا اور پیاس کا اس لیے ہے کہ آپ کی سینسٹیوٹی بڑھے آپ کی حساسیت بڑھے</w:t>
      </w:r>
    </w:p>
    <w:p>
      <w:r>
        <w:rPr>
          <w:b/>
        </w:rPr>
        <w:t xml:space="preserve">[26:31] </w:t>
      </w:r>
      <w:r>
        <w:t>aur phir aap sochein sochein sochein</w:t>
      </w:r>
    </w:p>
    <w:p>
      <w:pPr>
        <w:jc w:val="right"/>
      </w:pPr>
      <w:r>
        <w:t>اور پھر آپ سوچیں سوچیں سوچیں</w:t>
      </w:r>
    </w:p>
    <w:p>
      <w:r>
        <w:rPr>
          <w:b/>
        </w:rPr>
        <w:t xml:space="preserve">[26:35] </w:t>
      </w:r>
      <w:r>
        <w:t>jab sochenge tab is ke mani khulenge jo gehre mani hain quran majeed mein woh khulenge</w:t>
      </w:r>
    </w:p>
    <w:p>
      <w:pPr>
        <w:jc w:val="right"/>
      </w:pPr>
      <w:r>
        <w:t>جب سوچیں گے تب اس کے معنی کھلیں گے جو گہرے معنی ہیں قرآن مجید میں وہ کھلیں</w:t>
      </w:r>
    </w:p>
    <w:p>
      <w:r>
        <w:rPr>
          <w:b/>
        </w:rPr>
        <w:t xml:space="preserve">[26:42] </w:t>
      </w:r>
      <w:r>
        <w:t>ge</w:t>
      </w:r>
    </w:p>
    <w:p>
      <w:pPr>
        <w:jc w:val="right"/>
      </w:pPr>
      <w:r>
        <w:t>گے</w:t>
      </w:r>
    </w:p>
    <w:p>
      <w:r>
        <w:rPr>
          <w:b/>
        </w:rPr>
        <w:t xml:space="preserve">[26:46] </w:t>
      </w:r>
      <w:r>
        <w:t>gehre mani jaise mein abhi suna mein ne surah yusuf ko to mein sochne laga ke quran mein ek hi aisi surah hai jis mein Allah taala ne ek paighambar ke halaat ko tafseel se bayan kiya hai yani poori poori surah jo hai ek paighambar ke halaat ke par hai</w:t>
      </w:r>
    </w:p>
    <w:p>
      <w:pPr>
        <w:jc w:val="right"/>
      </w:pPr>
      <w:r>
        <w:t>گہرے معنی جیسے میں ابھی سنا میں نے سورہ یوسف کو تو میں سوچنے لگا کہ قرآن میں ایک ہی ایسی سورہ ہے جس میں اللہ تعالی نے ایک پیغمبر کے حالات کو تفصیل سے بیان کیا ہے یعنی پوری پوری سورہ جو ہے ایک پیغمبر کے حالات کے پر ہے</w:t>
      </w:r>
    </w:p>
    <w:p>
      <w:r>
        <w:rPr>
          <w:b/>
        </w:rPr>
        <w:t xml:space="preserve">[27:11] </w:t>
      </w:r>
      <w:r>
        <w:t>aisi koi surah rasool Allah ke bare mein nahi hai yani rasool Allah par quran utra lekin koi aisi surah nahi hai jis mein rasool Allah ke halaat hi is poori surah mein hon aisi koi surah nahi hai lekin surah yusuf mein hazrat yusuf ke halaat shuru se akhir tak hain</w:t>
      </w:r>
    </w:p>
    <w:p>
      <w:pPr>
        <w:jc w:val="right"/>
      </w:pPr>
      <w:r>
        <w:t>ایسی کوئی سورہ رسول اللہ کے بارے میں نہیں ہے یعنی رسول اللہ پر قرآن اترا لیکن کوئی ایسی سورہ نہیں ہے جس میں رسول اللہ کے حالات ہی اس پوری سورہ میں ہوں ایسی کوئی سورہ نہیں ہے لیکن سورہ یوسف میں حضرت یوسف کے حالات شروع سے آخر تک ہیں</w:t>
      </w:r>
    </w:p>
    <w:p>
      <w:r>
        <w:rPr>
          <w:b/>
        </w:rPr>
        <w:t xml:space="preserve">[27:31] </w:t>
      </w:r>
      <w:r>
        <w:t>phir mein ne socha ke is surah mein jo batai gayi hain baatein hain is ko Allah ne farmaya ahsanul qasas best story</w:t>
      </w:r>
    </w:p>
    <w:p>
      <w:pPr>
        <w:jc w:val="right"/>
      </w:pPr>
      <w:r>
        <w:t>پھر میں نے سوچا کہ اس سورہ میں جو بتائی گئی ہیں باتیں ہیں اس کو اللہ نے فرمایا أحْسَنُ الْقَصَصِ بیسٹ سٹوری</w:t>
      </w:r>
    </w:p>
    <w:p>
      <w:r>
        <w:rPr>
          <w:b/>
        </w:rPr>
        <w:t xml:space="preserve">[27:46] </w:t>
      </w:r>
      <w:r>
        <w:t>to is mein kya baat hai</w:t>
      </w:r>
    </w:p>
    <w:p>
      <w:pPr>
        <w:jc w:val="right"/>
      </w:pPr>
      <w:r>
        <w:t>تو اس میں کیا بات ہے</w:t>
      </w:r>
    </w:p>
    <w:p>
      <w:r>
        <w:rPr>
          <w:b/>
        </w:rPr>
        <w:t xml:space="preserve">[27:48] </w:t>
      </w:r>
      <w:r>
        <w:t>kyun itna ahmiyat di Allah taala ne itna ahmiyat di ke ek poori surah hazrat yusuf ko utar di jo ke rasool Allah par hi utari gayi thi aur is ko rasool Allah par farmaya ke yeh ahsanul qasas hai aisa kyun hai to sochte sochte ek bohat bari baat samajh mein ayi bohat bari baat aur woh aisi baat jo ke logon ko khabar hi is ki nahi</w:t>
      </w:r>
    </w:p>
    <w:p>
      <w:pPr>
        <w:jc w:val="right"/>
      </w:pPr>
      <w:r>
        <w:t>کیوں اتنا اہمیت دی اللہ تعالی نے اتنا اہمیت دی کہ ایک پوری سورہ حضرت یوسف کو اتار دی جو کہ رسول اللہ پر ہی اتاری گئی تھی اور اس کو رسول اللہ پر فرمایا کہ یہ أحْسَنُ الْقَصَصِ ہے ایسا کیوں ہے تو سوچتے سوچتے ایک بہت بڑی بات سمجھ میں آئی بہت بڑی بات اور وہ ایسی بات جو کہ لوگوں کو خبر ہی اس کی نہیں</w:t>
      </w:r>
    </w:p>
    <w:p>
      <w:r>
        <w:rPr>
          <w:b/>
        </w:rPr>
        <w:t xml:space="preserve">[28:18] </w:t>
      </w:r>
      <w:r>
        <w:t>ek bari si kitab likhi gayi hai is ka naam hai yusuf zulqah parshian zaban mein is mein dunya bhar ki baatein jo quran mein hai is ke ilawa yeh bohat si kahaniyan hain sab lekin asal baat jo hai woh ghayab hai asal baat kya hai hazrat yusuf ki zindagi mein ek ajeeb namuna hai</w:t>
      </w:r>
    </w:p>
    <w:p>
      <w:pPr>
        <w:jc w:val="right"/>
      </w:pPr>
      <w:r>
        <w:t>ایک بڑی سی کتاب لکھی گئی ہے اس کا نام ہے يوسف ذوالقحط پرشین زبان میں اس میں دنیا بھر کی باتیں جو قرآن میں ہے اس کے علاوہ یہ بہت سی کہانیاں ہیں سب لیکن اصل بات جو ہے وہ غائب ہے اصل بات کیا ہے حضرت یوسف کی زندگی میں ایک عجیب نمونہ ہے</w:t>
      </w:r>
    </w:p>
    <w:p>
      <w:r>
        <w:rPr>
          <w:b/>
        </w:rPr>
        <w:t xml:space="preserve">[28:41] </w:t>
      </w:r>
      <w:r>
        <w:t>woh namuna yeh hai ke woh misr gaye woh paida hue the falasteen mein phir woh misr pohanche aur wahan par jo badshah tha jo king tha woh king agarche mushrik tha woh sharab bhi peeta tha yeh khud quran se sabit hai lekin is ke bawajood is ke andar kuch aur qualities thi</w:t>
      </w:r>
    </w:p>
    <w:p>
      <w:pPr>
        <w:jc w:val="right"/>
      </w:pPr>
      <w:r>
        <w:t>وہ نمونہ یہ ہے کہ وہ مصر گئے وہ پیدا ہوئے تھے فلسطین میں پھر وہ مصر پہنچے اور وہاں پر جو بادشاہ تھا جو کنگ تھا وہ کنگ اگرچہ مشرک تھا وہ شراب بھی پیتا تھا یہ خود قرآن سے ثابت ہے لیکن اس کے باوجود اس کے اندر کچھ اور کوالٹیز تھیں</w:t>
      </w:r>
    </w:p>
    <w:p>
      <w:r>
        <w:rPr>
          <w:b/>
        </w:rPr>
        <w:t xml:space="preserve">[29:10] </w:t>
      </w:r>
      <w:r>
        <w:t>is ne hazrat yusuf ko mauqa diya ke is ke hukumat mein shareek ho kar is ke mulk ka ka jo ziraat nizam ziraat hai jo agriculture hai is ko sambhalein woh aap jante hain ke qadeem zamane mein sab se bara department jo hota tha woh agriculture ka hota tha</w:t>
      </w:r>
    </w:p>
    <w:p>
      <w:pPr>
        <w:jc w:val="right"/>
      </w:pPr>
      <w:r>
        <w:t>اس نے حضرت یوسف کو موقع دیا کہ اس کے حکومت میں شریک ہو کر اس کے ملک کا کا جو زراعت نظام زراعت ہے جو ایگریکلچر ہے اس کو سنبھالیں وہ آپ جانتے ہیں کہ قدیم زمانے میں سب سے بڑا ڈیپارٹمنٹ جو ہوتا تھا وہ ایگریکلچر کا ہوتا تھا</w:t>
      </w:r>
    </w:p>
    <w:p>
      <w:r>
        <w:rPr>
          <w:b/>
        </w:rPr>
        <w:t xml:space="preserve">[29:30] </w:t>
      </w:r>
      <w:r>
        <w:t>ab sab se bara department hota hai industry ka is waqt industry hoti nahi thi to kisi bhi</w:t>
      </w:r>
    </w:p>
    <w:p>
      <w:pPr>
        <w:jc w:val="right"/>
      </w:pPr>
      <w:r>
        <w:t>اب سب سے بڑا ڈیپارٹمنٹ ہوتا ہے انڈسٹری کا اس وقت انڈسٹری ہوتی نہیں تھی تو کسی بھی</w:t>
      </w:r>
    </w:p>
    <w:p>
      <w:r>
        <w:rPr>
          <w:b/>
        </w:rPr>
        <w:t xml:space="preserve">[29:36] </w:t>
      </w:r>
      <w:r>
        <w:t>hukumat mein jo sab se bara department hota tha wo ziraat ka hota tha agriculture ka sab se</w:t>
      </w:r>
    </w:p>
    <w:p>
      <w:pPr>
        <w:jc w:val="right"/>
      </w:pPr>
      <w:r>
        <w:t>حکومت میں جو سب سے بڑا ڈیپارٹمنٹ ہوتا تھا وہ زراعت کا ہوتا تھا ایگریکلچر کا سب سے</w:t>
      </w:r>
    </w:p>
    <w:p>
      <w:r>
        <w:rPr>
          <w:b/>
        </w:rPr>
        <w:t xml:space="preserve">[29:43] </w:t>
      </w:r>
      <w:r>
        <w:t>bara department to wo us ne kaha ke aap is ko sambhaliye ye aap ke</w:t>
      </w:r>
    </w:p>
    <w:p>
      <w:pPr>
        <w:jc w:val="right"/>
      </w:pPr>
      <w:r>
        <w:t>بڑا ڈیپارٹمنٹ تو وہ اس نے کہا کہ آپ اس کو سنبھالیے یہ آپ کے</w:t>
      </w:r>
    </w:p>
    <w:p>
      <w:r>
        <w:rPr>
          <w:b/>
        </w:rPr>
        <w:t xml:space="preserve">[29:50] </w:t>
      </w:r>
      <w:r>
        <w:t>intezaam mein hum dete hain</w:t>
      </w:r>
    </w:p>
    <w:p>
      <w:pPr>
        <w:jc w:val="right"/>
      </w:pPr>
      <w:r>
        <w:t>انتظام میں ہم دیتے ہیں</w:t>
      </w:r>
    </w:p>
    <w:p>
      <w:r>
        <w:rPr>
          <w:b/>
        </w:rPr>
        <w:t xml:space="preserve">[29:53] </w:t>
      </w:r>
      <w:r>
        <w:t>to Hazrat Yusuf ne is ko qabool kar liya</w:t>
      </w:r>
    </w:p>
    <w:p>
      <w:pPr>
        <w:jc w:val="right"/>
      </w:pPr>
      <w:r>
        <w:t>تو حضرت یوسف نے اس کو قبول کر لیا</w:t>
      </w:r>
    </w:p>
    <w:p>
      <w:r>
        <w:rPr>
          <w:b/>
        </w:rPr>
        <w:t xml:space="preserve">[29:57] </w:t>
      </w:r>
      <w:r>
        <w:t>ye bohat hi ajeeb baat hai</w:t>
      </w:r>
    </w:p>
    <w:p>
      <w:pPr>
        <w:jc w:val="right"/>
      </w:pPr>
      <w:r>
        <w:t>یہ بہت ہی عجیب بات ہے</w:t>
      </w:r>
    </w:p>
    <w:p>
      <w:r>
        <w:rPr>
          <w:b/>
        </w:rPr>
        <w:t xml:space="preserve">[30:00] </w:t>
      </w:r>
      <w:r>
        <w:t>woh woh badshah jo mushrik tha jo sharab bhi peeta tha lekin akhlaqi aitbar se woh ek sahi aadmi tha is ne mauqa diya ke mein koi dakhal nahi doonga aap ka baghair poora ikhtiyar aap ko hoga to poore mulk mein un ko ek mauqa mil gaya kaam karne ka dawati kaam karne ka poore mulk mein koi mudakhlat nahi</w:t>
      </w:r>
    </w:p>
    <w:p>
      <w:pPr>
        <w:jc w:val="right"/>
      </w:pPr>
      <w:r>
        <w:t>وہ وہ بادشاہ جو مشرک تھا جو شراب بھی پیتا تھا لیکن اخلاقی اعتبار سے وہ ایک صحیح آدمی تھا اس نے موقع دیا کہ میں کوئی دخل نہیں دوں گا آپ کا بغیر پورا اختیار آپ کو ہوگا تو پورے ملک میں ان کو ایک موقع مل گیا کام کرنے کا دعوتی کام کرنے کا پورے ملک میں کوئی مداخلت نہیں</w:t>
      </w:r>
    </w:p>
    <w:p>
      <w:r>
        <w:rPr>
          <w:b/>
        </w:rPr>
        <w:t xml:space="preserve">[30:29] </w:t>
      </w:r>
      <w:r>
        <w:t>is se kya nateeja nikalta hai Allah taala ko yeh waqea bayan kar ke yeh sabak dena hai ke tareekh mein bar bar aise hi paish ayega ke koi political power hogi koi ruler hoga to</w:t>
      </w:r>
    </w:p>
    <w:p>
      <w:pPr>
        <w:jc w:val="right"/>
      </w:pPr>
      <w:r>
        <w:t>اس سے کیا نتیجہ نکلتا ہے اللہ تعالی کو یہ واقعہ بیان کر کے یہ سبق دینا ہے کہ تاریخ میں بار بار ایسے ہی پیش آئے گا کہ کوئی پولیٹیکل پاور ہوگی کوئی رولر ہوگا تو</w:t>
      </w:r>
    </w:p>
    <w:p>
      <w:r>
        <w:rPr>
          <w:b/>
        </w:rPr>
        <w:t xml:space="preserve">[30:47] </w:t>
      </w:r>
      <w:r>
        <w:t>is se takrao kiye baghair agar tumhein mauqa milta hai ke tum ab non political field mein jo opportunities hain un ka avail karo to badshah se takrao mat karo</w:t>
      </w:r>
    </w:p>
    <w:p>
      <w:pPr>
        <w:jc w:val="right"/>
      </w:pPr>
      <w:r>
        <w:t>اس سے ٹکراؤ کیے بغیر اگر تمہیں موقع ملتا ہے کہ تم اب نان پولیٹیکل فیلڈ میں جو اپرچونیٹیز ہیں ان کا اویل کرو تو بادشاہ سے ٹکراؤ مت کرو</w:t>
      </w:r>
    </w:p>
    <w:p>
      <w:r>
        <w:rPr>
          <w:b/>
        </w:rPr>
        <w:t xml:space="preserve">[31:02] </w:t>
      </w:r>
      <w:r>
        <w:t>ruler se takrao mat karo lekin us zamane mein aap ghaur kijiye ke sari dunya ke musalman ruler se takrao kar rahe hain jahan takrao nahi kar rahe hain wahan nafrat karte hain</w:t>
      </w:r>
    </w:p>
    <w:p>
      <w:pPr>
        <w:jc w:val="right"/>
      </w:pPr>
      <w:r>
        <w:t>رولر سے ٹکراؤ مت کرو لیکن اس زمانے میں آپ غور کیجئے کہ ساری دنیا کے مسلمان رولر سے ٹکراؤ کر رہے ہیں جہاں ٹکراؤ نہیں کر رہے ہیں وہاں نفرت کرتے ہیں</w:t>
      </w:r>
    </w:p>
    <w:p>
      <w:r>
        <w:rPr>
          <w:b/>
        </w:rPr>
        <w:t xml:space="preserve">[31:16] </w:t>
      </w:r>
      <w:r>
        <w:t>kam az kam yeh hai ke media mein in par in ke khilaaf shorgol karte rehte hain yaani ya to in ke khilaaf aam disturb chala rahe hain hathiyar uthaye hue hain ya kam az kam in ke khilaaf yaani media ke zariye stage ke zariye in ke khilaaf bolte rehte hain yaani itna bara namuna Allah ne rasool ne quran majeed de diya tha us ko aakhir al-qasas bhi keh diya tha</w:t>
      </w:r>
    </w:p>
    <w:p>
      <w:pPr>
        <w:jc w:val="right"/>
      </w:pPr>
      <w:r>
        <w:t>کم از کم یہ ہے کہ میڈیا میں ان پر ان کے خلاف شورگول کرتے رہتے ہیں یعنی یا تو ان کے خلاف عام ڈسٹرب چلا رہے ہیں ہتھیار اٹھائے ہوئے ہیں یا کم از کم ان کے خلاف یعنی میڈیا کے ذریعے اسٹیج کے ذریعے ان کے خلاف بولتے رہتے ہیں یعنی اتنا بڑا نمونہ اللہ نے رسول نے قرآن مجید دے دیا تھا اس کو آخر القصص بھی کہہ دیا تھا</w:t>
      </w:r>
    </w:p>
    <w:p>
      <w:r>
        <w:rPr>
          <w:b/>
        </w:rPr>
        <w:t xml:space="preserve">[31:45] </w:t>
      </w:r>
      <w:r>
        <w:t>lekin is is namune ko kisi ne samjha nahin</w:t>
      </w:r>
    </w:p>
    <w:p>
      <w:pPr>
        <w:jc w:val="right"/>
      </w:pPr>
      <w:r>
        <w:t>لیکن اس اس نمونے کو کسی نے سمجھا نہیں</w:t>
      </w:r>
    </w:p>
    <w:p>
      <w:r>
        <w:rPr>
          <w:b/>
        </w:rPr>
        <w:t xml:space="preserve">[31:51] </w:t>
      </w:r>
      <w:r>
        <w:t>aur is daur mein aap jante hain ke ab ab woh daur aa gaya hai ke badshah akhlaqi aitbar se acha ho is ka masla hi nahin hai ab to democracy hai woh acha hai ya bura hai is ka koi sawal nahin ab hukoomat jo hai woh sirf ban chuka hai administration is se aage is ka koi ikhtiyar nahin hai</w:t>
      </w:r>
    </w:p>
    <w:p>
      <w:pPr>
        <w:jc w:val="right"/>
      </w:pPr>
      <w:r>
        <w:t>اور اس دور میں آپ جانتے ہیں کہ اب اب وہ دور آ گیا ہے کہ بادشاہ اخلاقی اعتبار سے اچھا ہو اس کا مسئلہ ہی نہیں ہے اب تو ڈیموکریسی ہے وہ اچھا ہے یا برا ہے اس کا کوئی سوال نہیں اب حکومت جو ہے وہ صرف بن چکا ہے ایڈمنسٹریشن اس سے آگے اس کا کوئی اختیار نہیں ہے</w:t>
      </w:r>
    </w:p>
    <w:p>
      <w:r>
        <w:rPr>
          <w:b/>
        </w:rPr>
        <w:t xml:space="preserve">[32:14] </w:t>
      </w:r>
      <w:r>
        <w:t>ab sare jo department hain maslan education hai industry hai da work hai jitne bhi shobe hain woh sab open hain maslan aap India mein ya kisi mulk mein da wah empire banaye non political field mein to koi rukawat nahin aap ko</w:t>
      </w:r>
    </w:p>
    <w:p>
      <w:pPr>
        <w:jc w:val="right"/>
      </w:pPr>
      <w:r>
        <w:t>اب سارے جو ڈیپارٹمنٹ ہیں مثلاً ایجوکیشن ہے انڈسٹری ہے دا ورک ہے جتنے بھی شعبے ہیں وہ سب اوپن ہیں مثلاً آپ انڈیا میں یا کسی ملک میں داوہ ایمپائر بنائیں نان پولیٹیکل فیلڈ میں تو کوئی رکاوٹ نہیں آپ کو</w:t>
      </w:r>
    </w:p>
    <w:p>
      <w:r>
        <w:rPr>
          <w:b/>
        </w:rPr>
        <w:t xml:space="preserve">[32:42] </w:t>
      </w:r>
      <w:r>
        <w:t>isi mulk mein dekhiye kuch log hain unhon ne industrial empire bana rakha hai kuch log hain jinhon ne educational empire bana rakha hai isi mulk mein aur sari duniya mein maslan aap dekhiye musalmanon ke parchon mein aksar likha jata hai ke yahood ne America ke media par qabza kar rakha hai yaani is ko conspiracy ke sense mein lete hain</w:t>
      </w:r>
    </w:p>
    <w:p>
      <w:pPr>
        <w:jc w:val="right"/>
      </w:pPr>
      <w:r>
        <w:t>اسی ملک میں دیکھیے کچھ لوگ ہیں انہوں نے انڈسٹریل ایمپائر بنا رکھا ہے کچھ لوگ ہیں جنہوں نے ایجوکیشنل ایمپائر بنا رکھا ہے اسی ملک میں اور ساری دنیا میں مثلاً آپ دیکھیے مسلمانوں کے پرچوں میں اکثر لکھا جاتا ہے کہ یہود نے امریکہ کے میڈیا پر قبضہ کر رکھا ہے یعنی اس کو کانسپریسی کے سینس میں لیتے ہیں</w:t>
      </w:r>
    </w:p>
    <w:p>
      <w:r>
        <w:rPr>
          <w:b/>
        </w:rPr>
        <w:t xml:space="preserve">[33:08] </w:t>
      </w:r>
      <w:r>
        <w:t>yahood ki conspiracy lekin is mein doosra pehlu hai ke yahood ne wahan ki hukoomat se takrao na kar ke yeh kiya ke wahan ke bankon par aur wahan ke media par qabza kar ke woh chala rahe hain is ko is ka mani yeh hai ke hukoomat agarchay doosre ke hath mein ho phir bhi media par aap ka ikhtiyar ho sakta hai educational system par aap ka ikhtiyar ho sakta hai</w:t>
      </w:r>
    </w:p>
    <w:p>
      <w:pPr>
        <w:jc w:val="right"/>
      </w:pPr>
      <w:r>
        <w:t>یہود کی کانسپریسی لیکن اس میں دوسرا پہلو ہے کہ یہود نے وہاں کی حکومت سے ٹکراؤ نہ کر کے یہ کیا کہ وہاں کے بینکوں پر اور وہاں کے میڈیا پر قبضہ کر کے وہ چلا رہے ہیں اس کو اس کا معنی یہ ہے کہ حکومت اگرچہ دوسرے کے ہاتھ میں ہو پھر بھی میڈیا پر آپ کا اختیار ہو سکتا ہے ایجوکیشنل سسٹم پر آپ کا اختیار ہو سکتا ہے</w:t>
      </w:r>
    </w:p>
    <w:p>
      <w:r>
        <w:rPr>
          <w:b/>
        </w:rPr>
        <w:t xml:space="preserve">[33:38] </w:t>
      </w:r>
      <w:r>
        <w:t>yeh yeh sabaq tha is mein to bajaye is ke ke yeh sabaq len ke America ki hukoomat se takrao na kare agar aadmi to itni bari opportunity hai ke poore media ko control kar sakta hai woh poore educational system control kar sakta hai woh poori industry ko control kar sakta hai woh yeh baat hai naye daur ki pehle zamane mein aisa mumkin nahin hua karta tha kyunke woh kingship ka zamana tha</w:t>
      </w:r>
    </w:p>
    <w:p>
      <w:pPr>
        <w:jc w:val="right"/>
      </w:pPr>
      <w:r>
        <w:t>یہ یہ سبق تھا اس میں تو بجائے اس کے کہ یہ سبق لیں کہ امریکہ کی حکومت سے ٹکراؤ نہ کرے اگر آدمی تو اتنی بڑی اپرچونیٹی ہے کہ پورے میڈیا کو کنٹرول کر سکتا ہے وہ پورے ایجوکیشنل سسٹم کنٹرول کر سکتا ہے وہ پوری انڈسٹری کو کنٹرول کر سکتا ہے وہ یہ بات ہے نئے دور کی پہلے زمانے میں ایسا ممکن نہیں ہوا کرتا تھا کیونکہ وہ کنگ شپ کا زمانہ تھا</w:t>
      </w:r>
    </w:p>
    <w:p>
      <w:r>
        <w:rPr>
          <w:b/>
        </w:rPr>
        <w:t xml:space="preserve">[34:07] </w:t>
      </w:r>
      <w:r>
        <w:t>ab to democracy hai yaani pehle agar badshah bohat ziyada ikhlaq wala ho bohat ziyada achay mizaj ka ho tab mumkin hota tha is ka mani kya hui hai jo jo possibility hazrat yusuf ke liye ek badshah ki khush ikhlaqi ki wajah se mumkin hui thi ab woh system ki wajah se mumkin ho gayi hai ab woh age ki wajah se mumkin ho gayi hai</w:t>
      </w:r>
    </w:p>
    <w:p>
      <w:pPr>
        <w:jc w:val="right"/>
      </w:pPr>
      <w:r>
        <w:t>اب تو ڈیموکریسی ہے یعنی پہلے اگر بادشاہ بہت زیادہ اخلاق والا ہو بہت زیادہ اچھے مزاج کا ہو تب ممکن ہوتا تھا اس کا معنی کیا ہوئی ہے جو جو پوسیبلیٹی حضرت یوسف کے لیے ایک بادشاہ کی خوش اخلاقی کی وجہ سے ممکن ہوئی تھی اب وہ سسٹم کی وجہ سے ممکن ہو گئی ہے اب وہ ایج کی وجہ سے ممکن ہو گئی ہے</w:t>
      </w:r>
    </w:p>
    <w:p>
      <w:r>
        <w:rPr>
          <w:b/>
        </w:rPr>
        <w:t xml:space="preserve">[34:37] </w:t>
      </w:r>
      <w:r>
        <w:t>ab is ki zaroorat nahin ke badshah khush ikhlaq hai ke nahin hai ab to khud age wohi ho gaya hai khud zamana wohi ho gaya hai woh system wohi wohi ho gaya hai lekin phir bhi takra rahe hain phir bhi ladai kar rahe hain to quran ramzan mein parhne ka matlab yaani khatam karna aam taur par mashhoor hai ke khatam khatam khatam khatam yaani far far far parh kar ke khatam kar do bas ho gaya</w:t>
      </w:r>
    </w:p>
    <w:p>
      <w:pPr>
        <w:jc w:val="right"/>
      </w:pPr>
      <w:r>
        <w:t>اب اس کی ضرورت نہیں کہ بادشاہ خوش اخلاق ہے کہ نہیں ہے اب تو خود ایج وہی ہو گیا ہے خود زمانہ وہی ہو گیا ہے وہ سسٹم وہی وہی ہو گیا ہے لیکن پھر بھی ٹکرا رہے ہیں پھر بھی لڑائی کر رہے ہیں تو قرآن رمضان میں پڑھنے کا مطلب یعنی ختم کرنا عام طور پر مشہور ہے کہ ختم ختم ختم ختم یعنی فر فر فر پڑھ کر کے ختم کر دو بس ہو گیا</w:t>
      </w:r>
    </w:p>
    <w:p>
      <w:r>
        <w:rPr>
          <w:b/>
        </w:rPr>
        <w:t xml:space="preserve">[35:04] </w:t>
      </w:r>
      <w:r>
        <w:t>hum khud bachpan mein bachpan yahi jante the ke khatam karna hai to har ramzan mein hum bas khatam kar lete the to samajhte the ke ho gaya</w:t>
      </w:r>
    </w:p>
    <w:p>
      <w:pPr>
        <w:jc w:val="right"/>
      </w:pPr>
      <w:r>
        <w:t>ہم خود بچپن میں بچپن یہی جانتے تھے کہ ختم کرنا ہے تو ہر رمضان میں ہم بس ختم کر لیتے تھے تو سمجھتے تھے کہ ہو گیا</w:t>
      </w:r>
    </w:p>
    <w:p>
      <w:r>
        <w:rPr>
          <w:b/>
        </w:rPr>
        <w:t xml:space="preserve">[35:16] </w:t>
      </w:r>
      <w:r>
        <w:t>yeh to ab baat ko jab mein ne socha to meri samajh mein aaya ke masla khatam karne ka nahin hai balke apne ko distraction se bachana apne ko ekso karna</w:t>
      </w:r>
    </w:p>
    <w:p>
      <w:pPr>
        <w:jc w:val="right"/>
      </w:pPr>
      <w:r>
        <w:t>یہ تو اب بات کو جب میں نے سوچا تو میری سمجھ میں آیا کہ مسئلہ ختم کرنے کا نہیں ہے بلکہ اپنے کو ڈسٹریکشن سے بچانا اپنے کو ایکسو کرنا</w:t>
      </w:r>
    </w:p>
    <w:p>
      <w:r>
        <w:rPr>
          <w:b/>
        </w:rPr>
        <w:t xml:space="preserve">[35:33] </w:t>
      </w:r>
      <w:r>
        <w:t>is halat mein le a kar ke quran ka mutala karna quran ki study karna tabhi quran ki baatein samajh mein aati hain</w:t>
      </w:r>
    </w:p>
    <w:p>
      <w:pPr>
        <w:jc w:val="right"/>
      </w:pPr>
      <w:r>
        <w:t>اس حالت میں لے آ کر کہ قرآن کا مطالعہ کرنا قرآن کی اسٹڈی کرنا تبھی قرآن کی باتیں سمجھ میں آتی ہیں</w:t>
      </w:r>
    </w:p>
    <w:p>
      <w:r>
        <w:rPr>
          <w:b/>
        </w:rPr>
        <w:t xml:space="preserve">[35:44] </w:t>
      </w:r>
      <w:r>
        <w:t>to ramzan aata hai har saal lekin log bas overeating karte hain aur dhoom machate hain khane peene ki</w:t>
      </w:r>
    </w:p>
    <w:p>
      <w:pPr>
        <w:jc w:val="right"/>
      </w:pPr>
      <w:r>
        <w:t>تو رمضان آتا ہے ہر سال لیکن لوگ بس اوور ایٹنگ کرتے ہیں اور دھوم مچاتے ہیں کھانے پینے کی</w:t>
      </w:r>
    </w:p>
    <w:p>
      <w:r>
        <w:rPr>
          <w:b/>
        </w:rPr>
        <w:t xml:space="preserve">[35:57] </w:t>
      </w:r>
      <w:r>
        <w:t>kal kal parson ek ek hindu se meri mulaqat hui woh rehte hain muslim ilaqay mein to unhon ne dekha ke wahan musalman jo hain bohat shopping kar rahe hain to unhon ne poocha kisi musalman se ke aaj kal tum shopping ziyada kar rahe ho ramzan se pehle itna nahin tha to unhon ne kaha ke ramzan mein sab maaf hai khoob khao piyo jitna shopping karo sab maaf hai ramzan ke mahine</w:t>
      </w:r>
    </w:p>
    <w:p>
      <w:pPr>
        <w:jc w:val="right"/>
      </w:pPr>
      <w:r>
        <w:t>کل کل پرسوں ایک ایک ہندو سے میری ملاقات ہوئی وہ رہتے ہیں مسلم علاقے میں تو انہوں نے دیکھا کہ وہاں مسلمان جو ہیں بہت شاپنگ کر رہے ہیں تو انہوں نے پوچھا کسی مسلمان سے کہ آج کل تم شاپنگ زیادہ کر رہے ہو رمضان سے پہلے اتنا نہیں تھا تو انہوں نے کہا کہ رمضان میں سب معاف ہے خوب کھاؤ پیو جتنا شاپنگ کرو سب معاف ہے رمضان کے مہینے</w:t>
      </w:r>
    </w:p>
    <w:p>
      <w:r>
        <w:rPr>
          <w:b/>
        </w:rPr>
        <w:t xml:space="preserve">[36:24] </w:t>
      </w:r>
      <w:r>
        <w:t>mein to ye ulta ho gaya hai</w:t>
      </w:r>
    </w:p>
    <w:p>
      <w:pPr>
        <w:jc w:val="right"/>
      </w:pPr>
      <w:r>
        <w:t>میں تو یہ الٹا ہو گیا ہے</w:t>
      </w:r>
    </w:p>
    <w:p>
      <w:r>
        <w:rPr>
          <w:b/>
        </w:rPr>
        <w:t xml:space="preserve">[36:28] </w:t>
      </w:r>
      <w:r>
        <w:t>aur ye waqia hai ye waqia hai ke ek musalman kar rahe hain har jagah ke dhoom machti</w:t>
      </w:r>
    </w:p>
    <w:p>
      <w:pPr>
        <w:jc w:val="right"/>
      </w:pPr>
      <w:r>
        <w:t>اور یہ واقعہ ہے یہ واقعہ ہے کہ ایک مسلمان کر رہے ہیں ہر جگہ کہ دھوم مچتی</w:t>
      </w:r>
    </w:p>
    <w:p>
      <w:r>
        <w:rPr>
          <w:b/>
        </w:rPr>
        <w:t xml:space="preserve">[36:32] </w:t>
      </w:r>
      <w:r>
        <w:t>hai dhoom machti hai Ramzan ke zamane mein ek sahab ja rahe the umrah karne ke liye Ramzan</w:t>
      </w:r>
    </w:p>
    <w:p>
      <w:pPr>
        <w:jc w:val="right"/>
      </w:pPr>
      <w:r>
        <w:t>ہے دھوم مچتی ہے رمضان کے زمانے میں ایک صاحب جا رہے تھے عمرہ کرنے کے لیے رمضان</w:t>
      </w:r>
    </w:p>
    <w:p>
      <w:r>
        <w:rPr>
          <w:b/>
        </w:rPr>
        <w:t xml:space="preserve">[36:40] </w:t>
      </w:r>
      <w:r>
        <w:t>mein to unhone kaha ke unhone kaha ke mein wahan ek mahina guzarta hoon aur is</w:t>
      </w:r>
    </w:p>
    <w:p>
      <w:pPr>
        <w:jc w:val="right"/>
      </w:pPr>
      <w:r>
        <w:t>میں تو انہوں نے کہا کہ انہوں نے کہا کہ میں وہاں ایک مہینہ گزارتا ہوں اور اس</w:t>
      </w:r>
    </w:p>
    <w:p>
      <w:r>
        <w:rPr>
          <w:b/>
        </w:rPr>
        <w:t xml:space="preserve">[36:46] </w:t>
      </w:r>
      <w:r>
        <w:t>bar bhi ja raha hoon Ramzan wahan guzarnay ke liye to unhone kya kaha ke wahan par</w:t>
      </w:r>
    </w:p>
    <w:p>
      <w:pPr>
        <w:jc w:val="right"/>
      </w:pPr>
      <w:r>
        <w:t>بار بھی جا رہا ہوں رمضان وہاں گزارنے کے لیے تو انہوں نے کیا کہا کہ وہاں پر</w:t>
      </w:r>
    </w:p>
    <w:p>
      <w:r>
        <w:rPr>
          <w:b/>
        </w:rPr>
        <w:t xml:space="preserve">[36:52] </w:t>
      </w:r>
      <w:r>
        <w:t>ek paisa kharch nahi karna parta</w:t>
      </w:r>
    </w:p>
    <w:p>
      <w:pPr>
        <w:jc w:val="right"/>
      </w:pPr>
      <w:r>
        <w:t>ایک پیسہ خرچ نہیں کرنا پڑتا</w:t>
      </w:r>
    </w:p>
    <w:p>
      <w:r>
        <w:rPr>
          <w:b/>
        </w:rPr>
        <w:t xml:space="preserve">[36:54] </w:t>
      </w:r>
      <w:r>
        <w:t>wahan par haram sharif mein khoob khana peena rehta hai bas khoob khai pijye aur ramzan poora guzar lijye phir wapas aajaiye goya ramzan ke mahine mein ja rahe hain wahan par makkah aur madinah kyunke wahan par shuyookh jo hain khane peene ka dastkhat bicha dete hain dher ke dher khoob khao piyo yeh ramzan hai</w:t>
      </w:r>
    </w:p>
    <w:p>
      <w:pPr>
        <w:jc w:val="right"/>
      </w:pPr>
      <w:r>
        <w:t>وہاں پر حرم شریف میں خوب کھانا پینا رہتا ہے بس خوب کھائی پیجئے اور رمضان پورا گزار لیجئے پھر واپس آجائیے گویا رمضان کے مہینے میں جا رہے ہیں وہاں پر مکہ اور مدینہ کیونکہ وہاں پر شیوخ جو ہیں کھانے پینے کا دستخط بچھا دیتے ہیں ڈھیر کے ڈھیر خوب کھاؤ پیو یہ رمضان ہے</w:t>
      </w:r>
    </w:p>
    <w:p>
      <w:r>
        <w:rPr>
          <w:b/>
        </w:rPr>
        <w:t xml:space="preserve">[37:17] </w:t>
      </w:r>
      <w:r>
        <w:t>to ramzan ho gaya woh jo farsi shayar ne kaha tha ke tan parwari khalq fazu shuda riyazat juzz garmi iftar nazarat ramzan haiz ke ramzan mein aur ziyada khoob khate peete hain log to ramzan ka maqsad faut ho jata hai ramzan ka maqsad khatam ho jata hai</w:t>
      </w:r>
    </w:p>
    <w:p>
      <w:pPr>
        <w:jc w:val="right"/>
      </w:pPr>
      <w:r>
        <w:t>تو رمضان ہو گیا وہ جو فارسی شاعر نے کہا تھا کہ تن پروری خلق فضو شدہ ریاضت جز گرمی افطار نظارت رمضان حیض کہ رمضان میں اور زیادہ خوب کھاتے پیتے ہیں لوگ تو رمضان کا مقصد فوت ہو جاتا ہے رمضان کا مقصد ختم ہو جاتا ہے</w:t>
      </w:r>
    </w:p>
    <w:p>
      <w:r>
        <w:rPr>
          <w:b/>
        </w:rPr>
        <w:t xml:space="preserve">[37:40] </w:t>
      </w:r>
      <w:r>
        <w:t>Ramzan ka maqsad hai aap ke andar aap ko distraction se bachana aap ke andar ekso lana aap</w:t>
      </w:r>
    </w:p>
    <w:p>
      <w:pPr>
        <w:jc w:val="right"/>
      </w:pPr>
      <w:r>
        <w:t>رمضان کا مقصد ہے آپ کے اندر آپ کو ڈسٹریکشن سے بچانا آپ کے اندر ایکسو لانا آپ</w:t>
      </w:r>
    </w:p>
    <w:p>
      <w:r>
        <w:rPr>
          <w:b/>
        </w:rPr>
        <w:t xml:space="preserve">[37:48] </w:t>
      </w:r>
      <w:r>
        <w:t>ki hassasiyat mein izafa karna</w:t>
      </w:r>
    </w:p>
    <w:p>
      <w:pPr>
        <w:jc w:val="right"/>
      </w:pPr>
      <w:r>
        <w:t>کی حساسیت میں اضافہ کرنا</w:t>
      </w:r>
    </w:p>
    <w:p>
      <w:r>
        <w:rPr>
          <w:b/>
        </w:rPr>
        <w:t xml:space="preserve">[37:52] </w:t>
      </w:r>
      <w:r>
        <w:t>aap ke andar zyada soch ka mada paida karna ye sab kar ke phir aap ko Quran</w:t>
      </w:r>
    </w:p>
    <w:p>
      <w:pPr>
        <w:jc w:val="right"/>
      </w:pPr>
      <w:r>
        <w:t>آپ کے اندر زیادہ سوچ کا مادہ پیدا کرنا یہ سب کر کے پھر آپ کو قرآن</w:t>
      </w:r>
    </w:p>
    <w:p>
      <w:r>
        <w:rPr>
          <w:b/>
        </w:rPr>
        <w:t xml:space="preserve">[38:00] </w:t>
      </w:r>
      <w:r>
        <w:t>mein moqa dena hai ke aap Quran ki tilawat karen Quran mein tadabbur karen Quran mein study karen</w:t>
      </w:r>
    </w:p>
    <w:p>
      <w:pPr>
        <w:jc w:val="right"/>
      </w:pPr>
      <w:r>
        <w:t>میں موقع دینا ہے کہ آپ قرآن کی تلاوت کریں قرآن میں تدبر کریں قرآن میں اسٹڈی کریں</w:t>
      </w:r>
    </w:p>
    <w:p>
      <w:r>
        <w:rPr>
          <w:b/>
        </w:rPr>
        <w:t xml:space="preserve">[38:07] </w:t>
      </w:r>
      <w:r>
        <w:t>aur is ke gehre mani ko daryaft karen</w:t>
      </w:r>
    </w:p>
    <w:p>
      <w:pPr>
        <w:jc w:val="right"/>
      </w:pPr>
      <w:r>
        <w:t>اور اس کے گہرے معنی کو دریافت کریں</w:t>
      </w:r>
    </w:p>
    <w:p>
      <w:r>
        <w:rPr>
          <w:b/>
        </w:rPr>
        <w:t xml:space="preserve">[38:11] </w:t>
      </w:r>
      <w:r>
        <w:t>is ke jo gehre mani is ke andar hain yeh maqsad hai ramzan ka to goya ramzan ke mahine mein aap mazi ke baray mein aap apne mazi ke par sochen ke mazi kaisa guzra mera yaani pichlay mahine kaise guzre mere aur is ke baray mein jab jo jo janiye aap us ki roshni mein phir mustaqbil ki planning</w:t>
      </w:r>
    </w:p>
    <w:p>
      <w:pPr>
        <w:jc w:val="right"/>
      </w:pPr>
      <w:r>
        <w:t>اس کے جو گہرے معنی اس کے اندر ہیں یہ مقصد ہے رمضان کا تو گویا رمضان کے مہینے میں آپ ماضی کے بارے میں آپ اپنے ماضی کے پر سوچیں کہ ماضی کیسا گزرا میرا یعنی پچھلے مہینے کیسے گزرے میرے اور اس کے بارے میں جب جو جو جانیں آپ اس کی روشنی میں پھر مستقبل کی پلاننگ</w:t>
      </w:r>
    </w:p>
    <w:p>
      <w:r>
        <w:rPr>
          <w:b/>
        </w:rPr>
        <w:t xml:space="preserve">[38:40] </w:t>
      </w:r>
      <w:r>
        <w:t>to mazi ka assessment aur mustaqbil ki planning yeh maqsad hai is ka ke yeh kab hoga jab ke hum ramzan mein</w:t>
      </w:r>
    </w:p>
    <w:p>
      <w:pPr>
        <w:jc w:val="right"/>
      </w:pPr>
      <w:r>
        <w:t>تو ماضی کا اسیسمنٹ اور مستقبل کی پلاننگ یہ مقصد ہے اس کا کہ یہ کب ہوگا جب کہ ہم رمضان میں</w:t>
      </w:r>
    </w:p>
    <w:p>
      <w:r>
        <w:rPr>
          <w:b/>
        </w:rPr>
        <w:t xml:space="preserve">[38:53] </w:t>
      </w:r>
      <w:r>
        <w:t>yaani taqwa ki کیفیت paida kar ke quran ka mutala karen ge taqwa ki کیفیت yeh nahin ke bas khatam kar liya kisi ke tareeqay se is ko parh dala yeh matlab nahin hai</w:t>
      </w:r>
    </w:p>
    <w:p>
      <w:pPr>
        <w:jc w:val="right"/>
      </w:pPr>
      <w:r>
        <w:t>یعنی تقویٰ کی کیفیت پیدا کر کے قرآن کا مطالعہ کریں گے تقویٰ کی کیفیت یہ نہیں کہ بس ختم کر لیا کسی کے طریقے سے اس کو پڑھ ڈالا یہ مطلب نہیں ہے</w:t>
      </w:r>
    </w:p>
    <w:p>
      <w:r>
        <w:rPr>
          <w:b/>
        </w:rPr>
        <w:t xml:space="preserve">[39:09] </w:t>
      </w:r>
      <w:r>
        <w:t>to jab aap is silsilay se parhen ge maslan ek cheez meri samajh mein aayi abhi quran ki sunte hue ke bohat dinon se ek sawal tha zehn mein ke quran mein jis tarteeb se utra hai us tarteeb se woh murattab nahin kiya gaya hai</w:t>
      </w:r>
    </w:p>
    <w:p>
      <w:pPr>
        <w:jc w:val="right"/>
      </w:pPr>
      <w:r>
        <w:t>تو جب آپ اس سلسلے سے پڑھیں گے مثلاً ایک چیز میری سمجھ میں آئی ابھی قرآن کی سنتے ہوئے کہ بہت دنوں سے ایک سوال تھا ذہن میں کہ قرآن میں جس ترتیب سے اترا ہے اس ترتیب سے وہ مرتب نہیں کیا گیا ہے</w:t>
      </w:r>
    </w:p>
    <w:p>
      <w:r>
        <w:rPr>
          <w:b/>
        </w:rPr>
        <w:t xml:space="preserve">[39:36] </w:t>
      </w:r>
      <w:r>
        <w:t>yaani utarne ki tarteeb doosri hai aur jo murattab ki shakal mein quran book ki shakal mein banaya gaya to us ki tarteeb doosri hai yaani mak yaani mote hisab ke taur par madani suratain shuru kar di gayeen aur makki suratain baad kar deen gayeen to aksar log is waqt sochte hain ke aisa kyun hai hatta ke mere paas ek sahib aaye abhi jaldi ki baat hai</w:t>
      </w:r>
    </w:p>
    <w:p>
      <w:pPr>
        <w:jc w:val="right"/>
      </w:pPr>
      <w:r>
        <w:t>یعنی اترنے کی ترتیب دوسری ہے اور جو مرتب کی شکل میں قرآن بک کی شکل میں بنایا گیا تو اس کی ترتیب دوسری ہے یعنی مک یعنی موٹے حساب کے طور پر مدنی سورتیں شروع کر دی گئیں اور مک کی سورتیں بعد کر دی گئیں تو اکثر لوگ اس وقت سوچتے ہیں کہ ایسا کیوں ہے حتی کہ میرے پاس ایک صاحب آئے ابھی جلدی کی بات ہے</w:t>
      </w:r>
    </w:p>
    <w:p>
      <w:r>
        <w:rPr>
          <w:b/>
        </w:rPr>
        <w:t xml:space="preserve">[40:02] </w:t>
      </w:r>
      <w:r>
        <w:t>unhone bohat sanjeedgi se kaha ke aap ek kaam kar daliye</w:t>
      </w:r>
    </w:p>
    <w:p>
      <w:pPr>
        <w:jc w:val="right"/>
      </w:pPr>
      <w:r>
        <w:t>انہوں نے بہت سنجیدگی سے کہا کہ آپ ایک کام کر ڈالیے</w:t>
      </w:r>
    </w:p>
    <w:p>
      <w:r>
        <w:rPr>
          <w:b/>
        </w:rPr>
        <w:t xml:space="preserve">[40:06] </w:t>
      </w:r>
      <w:r>
        <w:t>aap ye kar sakte hain unhone kaha kya aap Quran ko is ki is maki yani nazooli</w:t>
      </w:r>
    </w:p>
    <w:p>
      <w:pPr>
        <w:jc w:val="right"/>
      </w:pPr>
      <w:r>
        <w:t>آپ یہ کر سکتے ہیں انہوں نے کہا کیا آپ قرآن کو اس کی اس مکی یعنی نزولی</w:t>
      </w:r>
    </w:p>
    <w:p>
      <w:r>
        <w:rPr>
          <w:b/>
        </w:rPr>
        <w:t xml:space="preserve">[40:12] </w:t>
      </w:r>
      <w:r>
        <w:t>tarteeb se murattab kijiye is ko nazooli tarteeb yani shuru mein</w:t>
      </w:r>
    </w:p>
    <w:p>
      <w:pPr>
        <w:jc w:val="right"/>
      </w:pPr>
      <w:r>
        <w:t>ترتیب سے مرتب کیجئے اس کو نزولی ترتیب یعنی شروع میں</w:t>
      </w:r>
    </w:p>
    <w:p>
      <w:r>
        <w:rPr>
          <w:b/>
        </w:rPr>
        <w:t xml:space="preserve">[40:21] </w:t>
      </w:r>
      <w:r>
        <w:t>maki soortein hon baad ko madni soortein hon</w:t>
      </w:r>
    </w:p>
    <w:p>
      <w:pPr>
        <w:jc w:val="right"/>
      </w:pPr>
      <w:r>
        <w:t>مکی کتاب سورتیں ہوں بعد کو مدنی سورتیں ہوں</w:t>
      </w:r>
    </w:p>
    <w:p>
      <w:r>
        <w:rPr>
          <w:b/>
        </w:rPr>
        <w:t xml:space="preserve">[40:27] </w:t>
      </w:r>
      <w:r>
        <w:t>to mein ne kaha ke aisi aisi aisa Quran chhap chuke hain log</w:t>
      </w:r>
    </w:p>
    <w:p>
      <w:pPr>
        <w:jc w:val="right"/>
      </w:pPr>
      <w:r>
        <w:t>تو میں نے کہا کہ ایسی ایسی ایسا قرآن چھاپ چکے ہیں لوگ</w:t>
      </w:r>
    </w:p>
    <w:p>
      <w:r>
        <w:rPr>
          <w:b/>
        </w:rPr>
        <w:t xml:space="preserve">[40:32] </w:t>
      </w:r>
      <w:r>
        <w:t>halankay is ka koi faida nahin bilkul woh imkanah baat hai phir mein sochne laga ke is ko kehte hain tawqeefi tarteeb yeh jo maujooda tarteeb jo hai yeh kyun hai kyunke riwayat se sabit hai ke yeh tarteeb khud hazrat jibril ne rasool Allah ko batai thi yeh ittifaqan nahin hai yeh ittifaqan nahin hai yeh tarteeb</w:t>
      </w:r>
    </w:p>
    <w:p>
      <w:pPr>
        <w:jc w:val="right"/>
      </w:pPr>
      <w:r>
        <w:t>حالانکہ اس کا کوئی فائدہ نہیں بالکل وہ امکانہ بات ہے پھر میں سوچنے لگا کہ اس کو کہتے ہیں توقیفی ترتیب یہ جو موجودہ ترتیب جو ہے یہ کیوں ہے کیونکہ روایات سے ثابت ہے کہ یہ ترتیب خود حضرت جبرائیل نے رسول اللہ کو بتائی تھی یہ اتفاقا نہیں ہے یہ اتفاقا نہیں ہے یہ ترتیب</w:t>
      </w:r>
    </w:p>
    <w:p>
      <w:r>
        <w:rPr>
          <w:b/>
        </w:rPr>
        <w:t xml:space="preserve">[40:59] </w:t>
      </w:r>
      <w:r>
        <w:t>yeh khud jibril ne batai rasool Allah ko rasool Allah ne is ke mutabiq likhwaya to ek shakal hai ke aap apne dimagh mein ek rai banayein aur us ko le kar sochein to Allah ke fazl se mera yeh mizaj nahi hai mera mizaj hai ke jo hai us ko le kar sochta hoon to jo hai woh kyun hai aisa to ek bari ajeeb o ghareeb baat samajh mein aai isi ramzan mein</w:t>
      </w:r>
    </w:p>
    <w:p>
      <w:pPr>
        <w:jc w:val="right"/>
      </w:pPr>
      <w:r>
        <w:t>یہ خود جبرائیل نے بتائی رسول اللہ کو رسول اللہ نے اس کے مطابق لکھوایا تو ایک شکل ہے کہ آپ اپنے دماغ میں ایک رائے بنائیں اور اس کو لے کر سوچیں تو اللہ کے فضل سے میرا یہ مزاج نہیں ہے میرا مزاج ہے کہ جو ہے اس کو لے کر سوچتا ہوں تو جو ہے وہ کیوں ہے ایسا تو ایک بڑی عجیب و غریب بات سمجھ میں آئی اسی رمضان میں</w:t>
      </w:r>
    </w:p>
    <w:p>
      <w:r>
        <w:rPr>
          <w:b/>
        </w:rPr>
        <w:t xml:space="preserve">[41:25] </w:t>
      </w:r>
      <w:r>
        <w:t>woh yeh hai ke jab quran utra to us waqt utra tha wahan makkah mein mushrikeen thay madina mein mushrikeen thay sare arab mein mushrikeen thay to mushrikeen se chal kar hi wahan tak pahancha pahunchne ka mamla tha mushrikeen se safar kar ke momineen tak pahunchne ka mamla tha yeh shakal thi wahan par</w:t>
      </w:r>
    </w:p>
    <w:p>
      <w:pPr>
        <w:jc w:val="right"/>
      </w:pPr>
      <w:r>
        <w:t>وہ یہ ہے کہ جب قرآن اترا تو اس وقت اترا تھا وہاں مکہ میں مشرکین تھے مدینہ میں مشرکین تھے سارے عرب میں مشرکین تھے تو مشرکین سے چل کر ہی وہاں تک پہنچا پہنچنے کا معاملہ تھا مشرکین سے سفر کر کے مومنین تک پہنچنے کا معاملہ تھا یہ شکل تھی وہاں پر</w:t>
      </w:r>
    </w:p>
    <w:p>
      <w:r>
        <w:rPr>
          <w:b/>
        </w:rPr>
        <w:t xml:space="preserve">[41:50] </w:t>
      </w:r>
      <w:r>
        <w:t>to jo nuzooli tarteeb hai woh isi aitbar se hai ke mushrikeen ko mukhatib karte hue momineen tak pohnchti hai pohnchta hai kalam lekin Allah taala ko pata tha ke baad ka jo daur aayega to yeh tarteeb baqi nahi rahegi</w:t>
      </w:r>
    </w:p>
    <w:p>
      <w:pPr>
        <w:jc w:val="right"/>
      </w:pPr>
      <w:r>
        <w:t>تو جو نزولی ترتیب ہے وہ اسی اعتبار سے ہے کہ مشرکین کو مخاطب کرتے ہوئے مومنین تک پہنچتی ہے پہنچتا ہے کلام لیکن اللہ تعالی کو پتہ تھا کہ بعد کا جو دور آئے گا تو یہ ترتیب باقی نہیں رہے گی</w:t>
      </w:r>
    </w:p>
    <w:p>
      <w:r>
        <w:rPr>
          <w:b/>
        </w:rPr>
        <w:t xml:space="preserve">[42:09] </w:t>
      </w:r>
      <w:r>
        <w:t>yani musalman baad ke zamane mein zawal yafta ho jayenge jaise ke har qaum ko zawal hota hai wohi musalman ho jayega</w:t>
      </w:r>
    </w:p>
    <w:p>
      <w:pPr>
        <w:jc w:val="right"/>
      </w:pPr>
      <w:r>
        <w:t>یعنی مسلمان بعد کے زمانے میں زوال یافتہ ہو جائیں گے جیسے کہ ہر قوم کو زوال ہوتا ہے وہی مسلمان ہو جائے گا</w:t>
      </w:r>
    </w:p>
    <w:p>
      <w:r>
        <w:rPr>
          <w:b/>
        </w:rPr>
        <w:t xml:space="preserve">[42:17] </w:t>
      </w:r>
      <w:r>
        <w:t>to baad ko jo tarteeb aaye gi wo hai zawal yafta qom se chal kar ke yani ahya</w:t>
      </w:r>
    </w:p>
    <w:p>
      <w:pPr>
        <w:jc w:val="right"/>
      </w:pPr>
      <w:r>
        <w:t>تو بعد کو جو ترتیب آئے گی وہ ہے زوال یافتہ قوم سے چل کر کے یعنی احیاء</w:t>
      </w:r>
    </w:p>
    <w:p>
      <w:r>
        <w:rPr>
          <w:b/>
        </w:rPr>
        <w:t xml:space="preserve">[42:25] </w:t>
      </w:r>
      <w:r>
        <w:t>yafta qom tak pohnchna yani ek yani ek qom jis ka degeneration ho chuka hai us ko</w:t>
      </w:r>
    </w:p>
    <w:p>
      <w:pPr>
        <w:jc w:val="right"/>
      </w:pPr>
      <w:r>
        <w:t>یافتہ قوم تک پہنچنا یعنی ایک یعنی ایک قوم جس کا ڈی جنریشن ہو چکا ہے اس کو</w:t>
      </w:r>
    </w:p>
    <w:p>
      <w:r>
        <w:rPr>
          <w:b/>
        </w:rPr>
        <w:t xml:space="preserve">[42:31] </w:t>
      </w:r>
      <w:r>
        <w:t>phir se regenerate karna aur us ko dobara yani us ko Islam us ko rediscovery banane</w:t>
      </w:r>
    </w:p>
    <w:p>
      <w:pPr>
        <w:jc w:val="right"/>
      </w:pPr>
      <w:r>
        <w:t>پھر سے ری جنریٹ کرنا اور اس کو دوبارہ یعنی اس کو اسلام اس کو ری ڈسکوری بنانے</w:t>
      </w:r>
    </w:p>
    <w:p>
      <w:r>
        <w:rPr>
          <w:b/>
        </w:rPr>
        <w:t xml:space="preserve">[42:38] </w:t>
      </w:r>
      <w:r>
        <w:t>ka karta hoon mein</w:t>
      </w:r>
    </w:p>
    <w:p>
      <w:pPr>
        <w:jc w:val="right"/>
      </w:pPr>
      <w:r>
        <w:t>کا کرتا ہوں میں</w:t>
      </w:r>
    </w:p>
    <w:p>
      <w:r>
        <w:rPr>
          <w:b/>
        </w:rPr>
        <w:t xml:space="preserve">[42:41] </w:t>
      </w:r>
      <w:r>
        <w:t>is liye yeh yeh tarteeb rakhi gayi to shuru mein dekhiye yahood o nasara ki baatein hain</w:t>
      </w:r>
    </w:p>
    <w:p>
      <w:pPr>
        <w:jc w:val="right"/>
      </w:pPr>
      <w:r>
        <w:t>اس لیے یہ یہ ترتیب رکھی گئی تو شروع میں دیکھیے یہود و نصاری کی باتیں ہیں</w:t>
      </w:r>
    </w:p>
    <w:p>
      <w:r>
        <w:rPr>
          <w:b/>
        </w:rPr>
        <w:t xml:space="preserve">[42:48] </w:t>
      </w:r>
      <w:r>
        <w:t>yani is zamane mein jo zawal yafta qaumein theen un ki batein hain is zamane mein yahood ki hesiyat yeh thi ke woh zawal yafta musalman ban chuke thay zawal yafta jaise aaj kal ke musalman jo hain zawal yafta musalman is zamane ke zawal yafta musalman yahoodi thay to yahoodiyon ka tajziya yahoodiyon par tanqeed yahoodiyon ke halaat yeh hai shuru mein</w:t>
      </w:r>
    </w:p>
    <w:p>
      <w:pPr>
        <w:jc w:val="right"/>
      </w:pPr>
      <w:r>
        <w:t>یعنی اس زمانے میں جو زوال یافتہ قومیں تھیں ان کی باتیں ہیں اس زمانے میں یہود کی حیثیت یہ تھی کہ وہ زوال یافتہ مسلمان بن چکے تھے زوال یافتہ جیسے آج کل کے مسلمان جو ہیں زوال یافتہ مسلمان اس زمانے کے زوال یافتہ مسلمان یہودی تھے تو یہودیوں کا تجزیہ یہودیوں پر تنقید یہودیوں کے حالات یہ ہے شروع میں</w:t>
      </w:r>
    </w:p>
    <w:p>
      <w:r>
        <w:rPr>
          <w:b/>
        </w:rPr>
        <w:t xml:space="preserve">[43:17] </w:t>
      </w:r>
      <w:r>
        <w:t>to ab wohi tarteeb lot aai hai ab woh tarteeb lot aai hai jo tarteeb yahood ke silsile mein ho gayi thi ke pehle tehreek chali pehle tehreek chali is aitbar se ke mushrikeen ko khitab kiya gaya un mein momineen paida hue to mushrikeen se momineen ki taraf safar hua hoga</w:t>
      </w:r>
    </w:p>
    <w:p>
      <w:pPr>
        <w:jc w:val="right"/>
      </w:pPr>
      <w:r>
        <w:t>تو اب وہی ترتیب لوٹ آئی ہے اب وہ ترتیب لوٹ آئی ہے جو ترتیب یہود کے سلسلے میں ہو گئی تھی کہ پہلے تحریک چلی پہلے تحریک چلی اس اعتبار سے کہ مشرکین کو خطاب کیا گیا ان میں مومنین پیدا ہوئے تو مشرکین سے مومنین کی طرف سفر ہوا ہوگا</w:t>
      </w:r>
    </w:p>
    <w:p>
      <w:r>
        <w:rPr>
          <w:b/>
        </w:rPr>
        <w:t xml:space="preserve">[43:43] </w:t>
      </w:r>
      <w:r>
        <w:t>lekin ab jo soorat haal hai woh soorat haal hai ke musalman sab zawal yafta ho chuke hain zawal yafta hai kehne ke liye ek billion musalman hain lekin sab zawal yafta ab hamara safar jo hai zawal yafta qaum se shuru hoga</w:t>
      </w:r>
    </w:p>
    <w:p>
      <w:pPr>
        <w:jc w:val="right"/>
      </w:pPr>
      <w:r>
        <w:t>لیکن اب جو صورتحال ہے وہ صورتحال ہے کہ مسلمان سب زوال یافتہ ہو چکے ہیں زوال یافتہ ہے کہنے کے لیے ایک بلین مسلمان ہیں لیکن سب زوال یافتہ اب ہمارا سفر جو ہے زوال یافتہ قوم سے شروع ہوگا</w:t>
      </w:r>
    </w:p>
    <w:p>
      <w:r>
        <w:rPr>
          <w:b/>
        </w:rPr>
        <w:t xml:space="preserve">[44:03] </w:t>
      </w:r>
      <w:r>
        <w:t>yani degeneration se regeneration ki taraf</w:t>
      </w:r>
    </w:p>
    <w:p>
      <w:pPr>
        <w:jc w:val="right"/>
      </w:pPr>
      <w:r>
        <w:t>یعنی ڈی جنریشن سے ری جنریشن کی طرف</w:t>
      </w:r>
    </w:p>
    <w:p>
      <w:r>
        <w:rPr>
          <w:b/>
        </w:rPr>
        <w:t xml:space="preserve">[44:09] </w:t>
      </w:r>
      <w:r>
        <w:t>pehle pehle jo tha shirk se iman ki taraf tha nuzooli tarteeb ke aitbar se lekin ab jo zabani tarteeb hai zabani is ke lihaz se from degeneration to regeneration is lihaz se yeh tarteeb ki gayi ke amli yeh amli soorat amli soorat haal jo baad ko paish aayegi us ke lihaz se yeh tarteeb hai to us ko na samajhne ki wajah se kya</w:t>
      </w:r>
    </w:p>
    <w:p>
      <w:pPr>
        <w:jc w:val="right"/>
      </w:pPr>
      <w:r>
        <w:t>پہلے پہلے جو تھا شرک سے ایمان کی طرف تھا نزولی ترتیب کے اعتبار سے لیکن اب جو زبانی ترتیب ہے زبانی اس کے لحاظ سے فرام ڈی جنریشن ٹو ری جنریشن اس لحاظ سے یہ ترتیب کی گئی کہ عملی یہ عملی صورت عملی صورتحال جو بعد کو پیش آئے گی اس کے لحاظ سے یہ ترتیب ہے تو اس کو نہ سمجھنے کی وجہ سے کیا</w:t>
      </w:r>
    </w:p>
    <w:p>
      <w:r>
        <w:rPr>
          <w:b/>
        </w:rPr>
        <w:t xml:space="preserve">[44:38] </w:t>
      </w:r>
      <w:r>
        <w:t>hua ke sare log is mein pade rahe ke bas yeh musalman bane banaye hain bas woh le kar pakistan banao un ke liye islam hukumat banao har jagah hi yeh tehrikein chal rahi hain zara nam hoti hai mitti bohat zar khez hoti hai arab se ajam tak sare log jo hain yani yeh nahi jante is ko ke hamein from degeneration to generation safar karna hai woh samajhte hain musalman to bane banaye hain woh khair ummat hain</w:t>
      </w:r>
    </w:p>
    <w:p>
      <w:pPr>
        <w:jc w:val="right"/>
      </w:pPr>
      <w:r>
        <w:t>ہوا کہ سارے لوگ اس میں پڑے رہے کہ بس یہ مسلمان بنے بنائے ہیں بس وہ لے کر پاکستان بناؤ ان کے لیے اسلام حکومت بناؤ ہر جگہ ہی یہ تحریکیں چل رہی ہیں ذرا نم ہوتی ہے مٹی بہت زرخیز ہوتی ہے عرب سے عجم تک سارے لوگ جو ہیں یعنی یہ نہیں جانتے اس کو کہ ہمیں فرام ڈی جنریشن ٹو جنریشن سفر کرنا ہے وہ سمجھتے ہیں مسلمان تو بنے بنائے ہیں وہ خیر امت ہیں</w:t>
      </w:r>
    </w:p>
    <w:p>
      <w:r>
        <w:rPr>
          <w:b/>
        </w:rPr>
        <w:t xml:space="preserve">[45:05] </w:t>
      </w:r>
      <w:r>
        <w:t>bas inhi ko le kar hukoomatein banao inhi ko le kar ke nizam nafiz karo waghera to yeh jo tarteeb quran majeed ki rakhi gayi thi tauqeefi tarteeb is mein yeh message tha yeh ishara tha ke baad ke zamane mein tumhein kis tarah kaam karna hai ke baad ke zamane mein tumhara safar jo hoga tumhari tehreek ka woh from degeneration to regeneration ho</w:t>
      </w:r>
    </w:p>
    <w:p>
      <w:pPr>
        <w:jc w:val="right"/>
      </w:pPr>
      <w:r>
        <w:t>بس انہی کو لے کر حکومتیں بناؤ انہی کو لے کر کے نظام نافذ کرو وغیرہ تو یہ جو ترتیب قرآن مجید کی رکھی گئی تھی توقیفی ترتیب اس میں یہ میسج تھا یہ اشارہ تھا کہ بعد کے زمانے میں تمہیں کس طرح کام کرنا ہے کہ بعد کے زمانے میں تمہارا سفر جو ہوگا تمہاری تحریک کا وہ فرام ڈی جنریشن ٹو ری جنریشن ہو</w:t>
      </w:r>
    </w:p>
    <w:p>
      <w:r>
        <w:rPr>
          <w:b/>
        </w:rPr>
        <w:t xml:space="preserve">[45:29] </w:t>
      </w:r>
      <w:r>
        <w:t>ga us ko na samajhne ki wajah se har jagah ladai bhadai ho rahi hai aur nateeja kuch nahi to ramzan ka mahina is liye hai ke hum quran par asar ghor karein aap jante hain ek hadith hai ke la tanqadi ayabuhu quran ke ayab khatam nahi honge to har saal ramzan mein aap ko nai nai haqiqatein maloom hongi khud mujhe nai nai batein maloom hoti rehti hain</w:t>
      </w:r>
    </w:p>
    <w:p>
      <w:pPr>
        <w:jc w:val="right"/>
      </w:pPr>
      <w:r>
        <w:t>گا اس کو نہ سمجھنے کی وجہ سے ہر جگہ لڑائی بھڑائی ہو رہی ہے اور نتیجہ کچھ نہیں تو رمضان کا مہینہ اس لیے ہے کہ ہم قرآن پر اثر غور کریں اپ جانتے ہیں ایک حدیث ہے کہ لا تنقضی عجائبہ قرآن کے عجائب ختم نہیں ہوں گے تو ہر سال رمضان میں اپ کو نئی نئی حقیقتیں معلوم ہوں گی خود مجھے نئی نئی باتیں معلوم ہوتی رہتی ہیں</w:t>
      </w:r>
    </w:p>
    <w:p>
      <w:r>
        <w:rPr>
          <w:b/>
        </w:rPr>
        <w:t xml:space="preserve">[45:57] </w:t>
      </w:r>
      <w:r>
        <w:t>har din koi nayi baat samajh mein aati hai har din koi nayi baat samajh mein aati hai</w:t>
      </w:r>
    </w:p>
    <w:p>
      <w:pPr>
        <w:jc w:val="right"/>
      </w:pPr>
      <w:r>
        <w:t>ہر دن کوئی نئی بات سمجھ میں اتی ہے ہر دن کوئی نئی بات سمجھ میں اتی ہے</w:t>
      </w:r>
    </w:p>
    <w:p>
      <w:r>
        <w:rPr>
          <w:b/>
        </w:rPr>
        <w:t xml:space="preserve">[46:02] </w:t>
      </w:r>
      <w:r>
        <w:t>to jab aap yaksoo ho kar ke quran par ghaur karenge distraction se bach kar ke quran</w:t>
      </w:r>
    </w:p>
    <w:p>
      <w:pPr>
        <w:jc w:val="right"/>
      </w:pPr>
      <w:r>
        <w:t>تو جب اپ یکسو ہو کر کے قرآن پر غور کریں گے ڈسٹریکشن سے بچ کر کے قرآن</w:t>
      </w:r>
    </w:p>
    <w:p>
      <w:r>
        <w:rPr>
          <w:b/>
        </w:rPr>
        <w:t xml:space="preserve">[46:08] </w:t>
      </w:r>
      <w:r>
        <w:t>par ko padhenge ya apne aap ko poori tarah se tayyar kar ke padhenge quran ko</w:t>
      </w:r>
    </w:p>
    <w:p>
      <w:pPr>
        <w:jc w:val="right"/>
      </w:pPr>
      <w:r>
        <w:t>پر کو پڑھیں گے یا اپنے اپ کو پوری طریقے سے تیار کر کے پڑھیں گے قرآن کو</w:t>
      </w:r>
    </w:p>
    <w:p>
      <w:r>
        <w:rPr>
          <w:b/>
        </w:rPr>
        <w:t xml:space="preserve">[46:15] </w:t>
      </w:r>
      <w:r>
        <w:t>to nayi nayi baatein samajh mein aayengi nayi nayi baatein</w:t>
      </w:r>
    </w:p>
    <w:p>
      <w:pPr>
        <w:jc w:val="right"/>
      </w:pPr>
      <w:r>
        <w:t>تو نئی نئی باتیں سمجھ میں ائیں گی نئی نئی باتیں</w:t>
      </w:r>
    </w:p>
    <w:p>
      <w:r>
        <w:rPr>
          <w:b/>
        </w:rPr>
        <w:t xml:space="preserve">[46:19] </w:t>
      </w:r>
      <w:r>
        <w:t>yeh maqsad hai ramzan ka aur yeh maqsad hai ramzan mein quran ko padhne ka</w:t>
      </w:r>
    </w:p>
    <w:p>
      <w:pPr>
        <w:jc w:val="right"/>
      </w:pPr>
      <w:r>
        <w:t>یہ مقصد ہے رمضان کا اور یہ مقصد ہے رمضان میں قرآن کو پڑھنے کا</w:t>
      </w:r>
    </w:p>
    <w:p>
      <w:r>
        <w:rPr>
          <w:b/>
        </w:rPr>
        <w:t xml:space="preserve">[46:28] </w:t>
      </w:r>
      <w:r>
        <w:t>to yeh kaam saare mahine mein karna hota hai aur</w:t>
      </w:r>
    </w:p>
    <w:p>
      <w:pPr>
        <w:jc w:val="right"/>
      </w:pPr>
      <w:r>
        <w:t>تو یہ کام سارے مہینے میں کرنا ہوتا ہے اور</w:t>
      </w:r>
    </w:p>
    <w:p>
      <w:r>
        <w:rPr>
          <w:b/>
        </w:rPr>
        <w:t xml:space="preserve">[46:34] </w:t>
      </w:r>
      <w:r>
        <w:t>lekin aakhri ashra jo hai</w:t>
      </w:r>
    </w:p>
    <w:p>
      <w:pPr>
        <w:jc w:val="right"/>
      </w:pPr>
      <w:r>
        <w:t>لیکن اخری عشرہ جو ہے</w:t>
      </w:r>
    </w:p>
    <w:p>
      <w:r>
        <w:rPr>
          <w:b/>
        </w:rPr>
        <w:t xml:space="preserve">[46:37] </w:t>
      </w:r>
      <w:r>
        <w:t>is mein khaas taur par jo is ko aitkaf</w:t>
      </w:r>
    </w:p>
    <w:p>
      <w:pPr>
        <w:jc w:val="right"/>
      </w:pPr>
      <w:r>
        <w:t>اس میں خاص طور پر جو اس کو اعتکاف</w:t>
      </w:r>
    </w:p>
    <w:p>
      <w:r>
        <w:rPr>
          <w:b/>
        </w:rPr>
        <w:t xml:space="preserve">[46:41] </w:t>
      </w:r>
      <w:r>
        <w:t>ka jo ashra hota hai yeh khaas taur par aur bhi zyada quran mein mashgool hona</w:t>
      </w:r>
    </w:p>
    <w:p>
      <w:pPr>
        <w:jc w:val="right"/>
      </w:pPr>
      <w:r>
        <w:t>کا جو عشرہ ہوتا ہے یہ خاص طور پر اور بھی زیادہ قرآن میں مشغول ہونا</w:t>
      </w:r>
    </w:p>
    <w:p>
      <w:r>
        <w:rPr>
          <w:b/>
        </w:rPr>
        <w:t xml:space="preserve">[46:47] </w:t>
      </w:r>
      <w:r>
        <w:t>aur bhi zyada mashgool hona ek hadith hai is mein ke ramzan ka pehla ashra</w:t>
      </w:r>
    </w:p>
    <w:p>
      <w:pPr>
        <w:jc w:val="right"/>
      </w:pPr>
      <w:r>
        <w:t>اور بھی زیادہ مشغول ہونا ایک حدیث ہے اس میں کہ رمضان کا پہلا عشرہ</w:t>
      </w:r>
    </w:p>
    <w:p>
      <w:r>
        <w:rPr>
          <w:b/>
        </w:rPr>
        <w:t xml:space="preserve">[46:54] </w:t>
      </w:r>
      <w:r>
        <w:t>achha haan ek baat aur mein arz kar doon</w:t>
      </w:r>
    </w:p>
    <w:p>
      <w:pPr>
        <w:jc w:val="right"/>
      </w:pPr>
      <w:r>
        <w:t>اچھا ہاں ایک بات اور میں عرض کر دوں</w:t>
      </w:r>
    </w:p>
    <w:p>
      <w:r>
        <w:rPr>
          <w:b/>
        </w:rPr>
        <w:t xml:space="preserve">[46:58] </w:t>
      </w:r>
      <w:r>
        <w:t>ek ek baat mein ek is silsile mein ek baat meri samajh mein aai ke is ko angrezi mein ek lafz hai over religiosity over religiosity yani had se zyada mazhabiyat</w:t>
      </w:r>
    </w:p>
    <w:p>
      <w:pPr>
        <w:jc w:val="right"/>
      </w:pPr>
      <w:r>
        <w:t>ایک ایک بات میں ایک اس سلسلے میں ایک بات میری سمجھ میں ائی کہ اس کو انگریزی میں ایک لفظ ہے اوور ریلیجیسٹی اوور ریلیجیسٹی یعنی حد سے زیادہ مذہبیت</w:t>
      </w:r>
    </w:p>
    <w:p>
      <w:r>
        <w:rPr>
          <w:b/>
        </w:rPr>
        <w:t xml:space="preserve">[47:16] </w:t>
      </w:r>
      <w:r>
        <w:t>yeh bahut zaroori hai ke aap log samjhein is raaz ko ke kai log</w:t>
      </w:r>
    </w:p>
    <w:p>
      <w:pPr>
        <w:jc w:val="right"/>
      </w:pPr>
      <w:r>
        <w:t>یہ بہت ضروری ہے کہ اپ لوگ سمجھیں اس راز کو کہ کئی لوگ</w:t>
      </w:r>
    </w:p>
    <w:p>
      <w:r>
        <w:rPr>
          <w:b/>
        </w:rPr>
        <w:t xml:space="preserve">[47:20] </w:t>
      </w:r>
      <w:r>
        <w:t>ya to kuch log hain jo mazhab ko ahmiyat hi nahi dete kuch log mazhab ko yaani pairvi</w:t>
      </w:r>
    </w:p>
    <w:p>
      <w:pPr>
        <w:jc w:val="right"/>
      </w:pPr>
      <w:r>
        <w:t>یا تو کچھ لوگ ہیں جو مذہب کو اہمیت ہی نہیں دیتے کچھ لوگ مذہب کو یعنی پیروی</w:t>
      </w:r>
    </w:p>
    <w:p>
      <w:r>
        <w:rPr>
          <w:b/>
        </w:rPr>
        <w:t xml:space="preserve">[47:27] </w:t>
      </w:r>
      <w:r>
        <w:t>karte hain lekin had se zyada</w:t>
      </w:r>
    </w:p>
    <w:p>
      <w:pPr>
        <w:jc w:val="right"/>
      </w:pPr>
      <w:r>
        <w:t>کرتے ہیں لیکن حد سے زیادہ</w:t>
      </w:r>
    </w:p>
    <w:p>
      <w:r>
        <w:rPr>
          <w:b/>
        </w:rPr>
        <w:t xml:space="preserve">[47:31] </w:t>
      </w:r>
      <w:r>
        <w:t>yaani guzar jaate hain woh bhi galat hai to is ki misaal yeh hai</w:t>
      </w:r>
    </w:p>
    <w:p>
      <w:pPr>
        <w:jc w:val="right"/>
      </w:pPr>
      <w:r>
        <w:t>یعنی گزر جاتے ہیں وہ بھی غلط ہے تو اس کی مثال یہ ہے</w:t>
      </w:r>
    </w:p>
    <w:p>
      <w:r>
        <w:rPr>
          <w:b/>
        </w:rPr>
        <w:t xml:space="preserve">[47:37] </w:t>
      </w:r>
      <w:r>
        <w:t>ke rasool Allah ke zamane mein</w:t>
      </w:r>
    </w:p>
    <w:p>
      <w:pPr>
        <w:jc w:val="right"/>
      </w:pPr>
      <w:r>
        <w:t>کہ رسول اللہ کے زمانے میں</w:t>
      </w:r>
    </w:p>
    <w:p>
      <w:r>
        <w:rPr>
          <w:b/>
        </w:rPr>
        <w:t xml:space="preserve">[47:40] </w:t>
      </w:r>
      <w:r>
        <w:t>ek safar hua sahaba ke le kar aap ramzan ka zamana tha woh</w:t>
      </w:r>
    </w:p>
    <w:p>
      <w:pPr>
        <w:jc w:val="right"/>
      </w:pPr>
      <w:r>
        <w:t>ایک سفر ہوا صحابہ کے لے کر اپ رمضان کا زمانہ تھا وہ</w:t>
      </w:r>
    </w:p>
    <w:p>
      <w:r>
        <w:rPr>
          <w:b/>
        </w:rPr>
        <w:t xml:space="preserve">[47:46] </w:t>
      </w:r>
      <w:r>
        <w:t>to ramzan mein aap jante hain ke yeh ijazat hai ke aap safar mein agar hain to aap roza chhod sakte hain aap baad ko rakh sakte hain kisi waqt to aisa hua ke beshtar sahaba ne is rukhsat ko ikhtiyar kiya aur ramzan ke mahine mein roza nahi rakha unhone ke baad ko rakh lenge</w:t>
      </w:r>
    </w:p>
    <w:p>
      <w:pPr>
        <w:jc w:val="right"/>
      </w:pPr>
      <w:r>
        <w:t>تو رمضان میں اپ جانتے ہیں کہ یہ اجازت ہے کہ اپ سفر میں اگر ہیں تو اپ روزہ چھوڑ سکتے ہیں اپ بعد کو رکھ سکتے ہیں کسی وقت تو ایسا ہوا کہ بیشتر صحابہ نے اس رخصت کو اختیار کیا اور رمضان کے مہینے میں روزہ نہیں رکھا انہوں نے کہ بعد کو رکھ لیں گے</w:t>
      </w:r>
    </w:p>
    <w:p>
      <w:r>
        <w:rPr>
          <w:b/>
        </w:rPr>
        <w:t xml:space="preserve">[48:12] </w:t>
      </w:r>
      <w:r>
        <w:t>ek sahab jo bohat zyada yani bohat zyada wohi un ke andar thi over religiosity wali baat to unhone roza rakh liya unhone ab kya hua ke is zamane mein aisa hota tha ke padao dala jata tha padao ke oonton par safar karte thay log to kahin padao dala gaya</w:t>
      </w:r>
    </w:p>
    <w:p>
      <w:pPr>
        <w:jc w:val="right"/>
      </w:pPr>
      <w:r>
        <w:t>ایک صاحب جو بہت زیادہ یعنی بہت زیادہ وہی ان کے اندر تھی اوور ریلیجیسٹی والی بات تو انہوں نے روزہ رکھ لیا انہوں نے اب کیا ہوا کہ اس زمانے میں ایسا ہوتا تھا کہ پڑاؤ ڈالا جاتا تھا پڑاؤ کہ اونٹوں پر سفر کرتے تھے لوگ تو کہیں پڑاؤ ڈالا گیا</w:t>
      </w:r>
    </w:p>
    <w:p>
      <w:r>
        <w:rPr>
          <w:b/>
        </w:rPr>
        <w:t xml:space="preserve">[48:39] </w:t>
      </w:r>
      <w:r>
        <w:t>to padao dalne ke liye koi aaj kal ke tareeqe se bana banaya maidan nahi hota tha wahan par safai karni padti thi aur sab intezam karna padta tha to</w:t>
      </w:r>
    </w:p>
    <w:p>
      <w:pPr>
        <w:jc w:val="right"/>
      </w:pPr>
      <w:r>
        <w:t>تو پڑاؤ ڈالنے کے لیے کوئی اج کل کے طریقے سے بنا بنائے میدان نہیں ہوتا تھا وہاں پر صفائی کرنی پڑتی تھی اور سب انتظام کرنا پڑتا تھا تو</w:t>
      </w:r>
    </w:p>
    <w:p>
      <w:r>
        <w:rPr>
          <w:b/>
        </w:rPr>
        <w:t xml:space="preserve">[48:55] </w:t>
      </w:r>
      <w:r>
        <w:t>jo sahaba jin sahaba ne ne roza nahi rakha tha unhone khoob daud daud kar sare intezam kiye padao ke jagah par jo zaroorat thi kaam ki woh sab kiya unhone</w:t>
      </w:r>
    </w:p>
    <w:p>
      <w:pPr>
        <w:jc w:val="right"/>
      </w:pPr>
      <w:r>
        <w:t>جو صحابہ جن صحابہ نے نے روزہ نہیں رکھا تھا انہوں نے خوب دوڑ دوڑ کر سارے انتظامات کیے پڑاؤ کے جگہ پر جو ضرورت تھی کام کی وہ سب کیا انہوں نے</w:t>
      </w:r>
    </w:p>
    <w:p>
      <w:r>
        <w:rPr>
          <w:b/>
        </w:rPr>
        <w:t xml:space="preserve">[49:10] </w:t>
      </w:r>
      <w:r>
        <w:t>ek sahab thay woh pad gaye woh kuch kar nahi paye be dam ho kar ke to rasool Allah ne un ko jab dekha to aap ne farmaya tha yeh bohat hi aham baat hai is ko samjhiye aap ne farmaya ke laisa min al birr al siyam fi al safar laisa min al birr al siyam fi al safar</w:t>
      </w:r>
    </w:p>
    <w:p>
      <w:pPr>
        <w:jc w:val="right"/>
      </w:pPr>
      <w:r>
        <w:t>ایک صاحب تھے وہ پڑ گئے وہ کچھ کر نہیں پائے بے دم ہو کر کے تو رسول اللہ نے ان کو جب دیکھا تو اپ نے فرمایا تھا یہ بہت ہی اہم بات ہے اس کو سمجھیے اپ نے فرمایا کہ لیسا من البر الصیام فی السفر لیسا من البر الصیام فی السفر</w:t>
      </w:r>
    </w:p>
    <w:p>
      <w:r>
        <w:rPr>
          <w:b/>
        </w:rPr>
        <w:t xml:space="preserve">[49:38] </w:t>
      </w:r>
      <w:r>
        <w:t>yani yeh koi neki nahi hai ke aap yani ramzan ke mein aap safar kar rahe hain to roza rakh lein yeh koi neki nahi hai yeh laisa min al birr al siyam fi al safar ek aur hadith mein hai ke aap ne farmaya tha ke zahab al muftiroon al ajr jinhone roza nahi rakha un ka ajr badh gaya</w:t>
      </w:r>
    </w:p>
    <w:p>
      <w:pPr>
        <w:jc w:val="right"/>
      </w:pPr>
      <w:r>
        <w:t>یعنی یہ کوئی نیکی نہیں ہے کہ اپ یعنی رمضان کے میں اپ سفر کر رہے ہیں تو روزہ رکھ لیں یہ کوئی نیکی نہیں ہے یہ لیسا من البر الصیام فی السفر ایک اور حدیث میں ہے کہ اپ نے فرمایا تھا کہ ذہبر مفترون الاجر جنہوں نے روزہ نہیں رکھا ان کا اجر بڑھ گیا</w:t>
      </w:r>
    </w:p>
    <w:p>
      <w:r>
        <w:rPr>
          <w:b/>
        </w:rPr>
        <w:t xml:space="preserve">[50:03] </w:t>
      </w:r>
      <w:r>
        <w:t>ja ke dekha ke woh roza na rakhne wale khoob kaam kar rahe hain pani la rahe hain safai kar rahe hain oont baandh rahe hain oonton ko chara de rahe hain daud daud sara kaam kar rahe hain aur jo roza nahi rakha tha unhone woh pade hue hain aise be dam to aap ne farmaya ke zahab al muftiroon al ajr jinhone nahi rakha roza rakha tha woh un ka ajr badh gaya</w:t>
      </w:r>
    </w:p>
    <w:p>
      <w:pPr>
        <w:jc w:val="right"/>
      </w:pPr>
      <w:r>
        <w:t>جا کے دیکھا کہ وہ روزہ نہ رکھنے والے خوب کام کر رہے ہیں پانی لا رہے ہیں صفائی کر رہے ہیں اونٹ باندھ رہے ہیں اونٹوں کو چارہ دے رہے ہیں دوڑ دوڑ سارا کام کر رہے ہیں اور جو روزہ نہیں رکھا تھا انہوں نے وہ پڑے ہوئے ہیں ایسے بے دم تو اپ نے فرمایا کہ ذہبل مفترون الاجر جنہوں نے نہیں رکھ روزہ رکھا تھا وہ ان کا اجر بڑھ گیا</w:t>
      </w:r>
    </w:p>
    <w:p>
      <w:r>
        <w:rPr>
          <w:b/>
        </w:rPr>
        <w:t xml:space="preserve">[50:29] </w:t>
      </w:r>
      <w:r>
        <w:t>to is ko angrezi mein bohat acha lafz hai over religiosity had se zyada mazhabiyat yeh nahi hona chahiye yeh islam mein pasandeeda nahi hai is ki ek misal jo aam taur par dekhi jati hai aaj kal bhi woh kya hai is ko kehte hain ehtiyat</w:t>
      </w:r>
    </w:p>
    <w:p>
      <w:pPr>
        <w:jc w:val="right"/>
      </w:pPr>
      <w:r>
        <w:t>تو اس کو انگریزی میں بہت اچھا لفظ ہے اوور ریلیجیسٹی حد سے زیادہ مذہبیت یہ نہیں ہونا چاہیے یہ اسلام میں پسندیدہ نہیں ہے اس کی ایک مثال جو عام طور پر دیکھی جاتی ہے اج کل بھی وہ کیا ہے اس کو کہتے ہیں احتیاط</w:t>
      </w:r>
    </w:p>
    <w:p>
      <w:r>
        <w:rPr>
          <w:b/>
        </w:rPr>
        <w:t xml:space="preserve">[50:51] </w:t>
      </w:r>
      <w:r>
        <w:t>misalَلا۔ dekhiye sehri mein ehtiyat ke taur par kuch kuch der pehle khana chhod dete hain aur iftar ke waqt kuch der baad iftar karte hain ye bohat aam hai ye cheez kehte hain ke bhai ehtiyat ke liye ek minute pehle kar lo ek minute baad kar lo ek minute do minute kuch log to ehtiyat ke liye paanch paanch minute kar dete hain</w:t>
      </w:r>
    </w:p>
    <w:p>
      <w:pPr>
        <w:jc w:val="right"/>
      </w:pPr>
      <w:r>
        <w:t>مثلا دیکھیے سحری میں احتیاط کے طور پر کچھ کچھ دیر پہلے کھانا چھوڑ دیتے ہیں اور افطار کے وقت کچھ دیر بعد افطار کرتے ہیں یہ بہت عام ہے یہ چیز کہتے ہیں کہ بھئی احتیاط کے لیے ایک منٹ پہلے کر لو ایک منٹ بعد کر لو ایک منٹ دو منٹ کچھ لوگ تو احتیاط کے لیے پانچ پانچ منٹ کر دیتے ہیں</w:t>
      </w:r>
    </w:p>
    <w:p>
      <w:r>
        <w:rPr>
          <w:b/>
        </w:rPr>
        <w:t xml:space="preserve">[51:16] </w:t>
      </w:r>
      <w:r>
        <w:t>yani sehri mein ehtiyat ke taur par kuch minute pehle khana chhod dena aur iftar ke waqt kuch minute baad iftar karna yeh yeh wahi hai yeh hai over religiosity yeh sahi nahi hai chunache ek hadith hai bohat hi sochne ki hai ek hadith aap ne farmaya ke la azalu naas be khair ma al fitr yeh bohat sochne ki baat hai</w:t>
      </w:r>
    </w:p>
    <w:p>
      <w:pPr>
        <w:jc w:val="right"/>
      </w:pPr>
      <w:r>
        <w:t>یعنی سحری میں احتیاط کے طور پر کچھ منٹ پہلے کھانا چھوڑ دینا اور افطار کے وقت کچھ منٹ بعد افطار کرنا یہ یہ وہی ہے یہ ہے اوور ریلیجیسٹی یہ صحیح نہیں ہے چنانچہ ایک حدیث ہے بہت ہی سوچنے کی ہے ایک حدیث اپ نے فرمایا کہ لا ازال الناس بے خیر ما الفطر یہ بہت سوچنے کی بات ہے</w:t>
      </w:r>
    </w:p>
    <w:p>
      <w:r>
        <w:rPr>
          <w:b/>
        </w:rPr>
        <w:t xml:space="preserve">[51:45] </w:t>
      </w:r>
      <w:r>
        <w:t>la azalu naas be khair ma al fitr us waqt tak log khair par rahenge jab tak woh iftar mein jaldi karte rahenge kaisi ajeeb hadith hai yeh la azalu naas be khair ma al fitr us waqt tak log khair par rahenge jab tak woh iftar mein jaldi karte rahenge dekhen jaldi ka matlab kya hai jaldi ke baad ehtiyati minute nahi badhayenge is</w:t>
      </w:r>
    </w:p>
    <w:p>
      <w:pPr>
        <w:jc w:val="right"/>
      </w:pPr>
      <w:r>
        <w:t>لا ازال الناس بے خیر ما الفطر اس وقت تک لوگ خیر پر رہیں گے جب تک وہ افطار میں جلدی کرتے رہیں گے کیسی عجیب حدیث ہے یہ لا ازال الناس بے خیر ما الفطر اس وقت تک لوگ خیر پر رہیں گے جب تک وہ افطار میں جلدی کرتے رہیں گے دیکھیں جلدی کا مطلب کیا ہے جلدی کے بعد احتیاطی منٹ نہیں بڑھائیں گے اس</w:t>
      </w:r>
    </w:p>
    <w:p>
      <w:r>
        <w:rPr>
          <w:b/>
        </w:rPr>
        <w:t xml:space="preserve">[52:15] </w:t>
      </w:r>
      <w:r>
        <w:t>jaldi ka matlab yeh nahi ke waqt se pehle kha liya nahi nahi waqt ho gaya to bas kha liya ehtiyat kis cheez ka naam hai yeh jo ehtiyat jis ko kehte hain aap log yeh hai over religiosity to is hadith ka matlab hai ke ummat</w:t>
      </w:r>
    </w:p>
    <w:p>
      <w:pPr>
        <w:jc w:val="right"/>
      </w:pPr>
      <w:r>
        <w:t>جلدی کا مطلب یہ نہیں کہ وقت سے پہلے کھا لیا نہیں نہیں وقت ہو گیا تو بس کھا لیا احتیاط کس چیز کا نام ہے یہ جو احتیاط جس کو کہتے ہیں اپ لوگ یہ ہے اوور ریلیجیسٹی تو اس حدیث کا مطلب ہے کہ امت</w:t>
      </w:r>
    </w:p>
    <w:p>
      <w:r>
        <w:rPr>
          <w:b/>
        </w:rPr>
        <w:t xml:space="preserve">[52:32] </w:t>
      </w:r>
      <w:r>
        <w:t>yani us waqt tak khair par rahegi jab tak woh is se bachi rahegi over religiosity se isi ko shariat mein ghulu kaha jata hai ghulu</w:t>
      </w:r>
    </w:p>
    <w:p>
      <w:pPr>
        <w:jc w:val="right"/>
      </w:pPr>
      <w:r>
        <w:t>یعنی اس وقت تک خیر پر رہے گی جب تک وہ اس سے بچی رہے گی اوور ریلیجیسٹی سے اسی کو شریعت میں غلو کہا جاتا ہے غلو</w:t>
      </w:r>
    </w:p>
    <w:p>
      <w:r>
        <w:rPr>
          <w:b/>
        </w:rPr>
        <w:t xml:space="preserve">[52:43] </w:t>
      </w:r>
      <w:r>
        <w:t>to ghulu bohat hi mohlik cheez hai kisi bhi cheez mein dekhiye ghulu sahi nahi hai maslan dekhiye ek sahabi the to woh wuzu jab karte the to woh aankh mein pani dalte the samajhte hain ke aankh ke andar andar khoob bheegna chahiye</w:t>
      </w:r>
    </w:p>
    <w:p>
      <w:pPr>
        <w:jc w:val="right"/>
      </w:pPr>
      <w:r>
        <w:t>تو غلو بہت ہی مہلک چیز ہے کسی بھی چیز میں دیکھیے غلو صحیح نہیں ہے مثلا دیکھیے ایک صحابی تھے تو وہ وضو جب کرتے تھے تو وہ انکھ میں پانی ڈالتے تھے سمجھتے ہیں کہ انکھ کے اندر اندر خوب بھیگنا چاہیے</w:t>
      </w:r>
    </w:p>
    <w:p>
      <w:r>
        <w:rPr>
          <w:b/>
        </w:rPr>
        <w:t xml:space="preserve">[53:04] </w:t>
      </w:r>
      <w:r>
        <w:t>to aankh mein painat yani aankh ke andar bheegane ke liye khoob pani dalte the is mein ungli se to nateeja kya hua ke woh nabina ho gaya baad ko yeh islam mein matloob nahi hai ek hadith hai ke hazrat rasool allah sallallahu alaihi wasallam ke ahleya jo thi aisha un ke paas kuch log aaye aur poocha ke rasool allah ka amal ke bare mein poocha matlab namaz aur roze ke bare mein</w:t>
      </w:r>
    </w:p>
    <w:p>
      <w:pPr>
        <w:jc w:val="right"/>
      </w:pPr>
      <w:r>
        <w:t>تو انکھ میں پائنٹ یعنی انکھ کے اندر بھیگانے کے لیے خوب پانی ڈالتے تھے اس میں انگلی سے تو نتیجہ کیا ہوا کہ وہ نابینہ ہو گیا بعد کو یہ اسلام میں مطلوب نہیں ہے ایک حدیث ہے کہ حضرت رسول اللہ صلی اللہ علیہ وسلم کے اہلیہ جو تھیں عائشہ ان کے پاس کچھ لوگ ائے اور پوچھا کہ رسول اللہ کا عمل کے بارے میں پوچھا مطلب نماز اور روزے کے بارے میں</w:t>
      </w:r>
    </w:p>
    <w:p>
      <w:r>
        <w:rPr>
          <w:b/>
        </w:rPr>
        <w:t xml:space="preserve">[53:33] </w:t>
      </w:r>
      <w:r>
        <w:t>to hazrat aisha ne bataya to is mein lafz aata hai kaan hum taqal woh woh un ko kam laga yeh bohat ajeeb hadith hai kaan hum taqal woh yani rasool allah jitna roza rakhte the jitna namaz padhte the woh un ko kam laga kaan hum taqal woh</w:t>
      </w:r>
    </w:p>
    <w:p>
      <w:pPr>
        <w:jc w:val="right"/>
      </w:pPr>
      <w:r>
        <w:t>تو حضرت عائشہ نے بتایا تو اس میں لفظ اتا ہے کانہم تقالوہ ان کو کم لگا یہ بہت عجیب حدیث ہے کانہم تقالوہ یعنی رسول اللہ جتنا روزہ رکھتے تھے جتنا نماز پڑھتے تھے وہ ان کو کم لگا کانہم تقالوہ</w:t>
      </w:r>
    </w:p>
    <w:p>
      <w:r>
        <w:rPr>
          <w:b/>
        </w:rPr>
        <w:t xml:space="preserve">[53:59] </w:t>
      </w:r>
      <w:r>
        <w:t>to rasool allah jab ghar mein aaye to hazrat aisha ne yeh qissa bataya ke to unhone kya kaha tha ke bhai rasool allah to rasool allah hain hum to aam aadmi hain hamein to bohat zyada ibadat karna hai bohat zyada roze rakhna hai to unhone kaha ke main yani raat raat bhar namaz padhunga kisi ne kaha ke main roza nahi roza roza rakhunga saal bhar</w:t>
      </w:r>
    </w:p>
    <w:p>
      <w:pPr>
        <w:jc w:val="right"/>
      </w:pPr>
      <w:r>
        <w:t>تو رسول اللہ جب گھر میں ائے تو حضرت عائشہ نے یہ قصہ بتایا کہ تو انہوں نے کیا کہا تھا کہ بھئی رسول اللہ تو رسول اللہ ہیں ہم تو عام ادمی ہیں ہمیں تو بہت زیادہ عبادت کرنا ہے بہت زیادہ روزے رکھنا ہے تو انہوں نے کہا کہ میں یعنی رات رات بھر نماز پڑھوں گا کسی نے کہا کہ میں روزہ نہیں روزہ روزہ رکھوں گا سال بھر</w:t>
      </w:r>
    </w:p>
    <w:p>
      <w:r>
        <w:rPr>
          <w:b/>
        </w:rPr>
        <w:t xml:space="preserve">[54:25] </w:t>
      </w:r>
      <w:r>
        <w:t>to rasool allah wapas aaye to aap ne jab suna yeh baat to aap ko bohat zyada napasand kiya aap ne aap ne masjid mein logon ko jama kar ke taqreer ki ke main raat ko namaz hi padhta hoon aur socha sota bhi hoon roza bhi rakhta hoon nahi bhi rakhta roza matlab ramzan ke ilawa ki baat hai yeh</w:t>
      </w:r>
    </w:p>
    <w:p>
      <w:pPr>
        <w:jc w:val="right"/>
      </w:pPr>
      <w:r>
        <w:t>تو رسول اللہ واپس ائے تو اپ نے جب سنا یہ بات تو اپ کو بہت زیادہ ناپسند کیا اپ نے اپ نے مسجد میں لوگوں کو جمع کر کے تقریر کی کہ میں رات کو نماز ہی پڑھتا ہوں اور سوچا سوتا بھی ہوں روزہ بھی رکھتا ہوں نہیں بھی رکھتا روزہ مطلب رمضان کے علاوہ کی بات ہے یہ</w:t>
      </w:r>
    </w:p>
    <w:p>
      <w:r>
        <w:rPr>
          <w:b/>
        </w:rPr>
        <w:t xml:space="preserve">[54:49] </w:t>
      </w:r>
      <w:r>
        <w:t>to us waqt aap ne farmaya tha ke yeh meri sunnat hai aur jo meri sunnat</w:t>
      </w:r>
    </w:p>
    <w:p>
      <w:pPr>
        <w:jc w:val="right"/>
      </w:pPr>
      <w:r>
        <w:t>تو اس وقت اپ نے فرمایا تھا کہ یہ میری سنت ہے اور جو میری سنت</w:t>
      </w:r>
    </w:p>
    <w:p>
      <w:r>
        <w:rPr>
          <w:b/>
        </w:rPr>
        <w:t xml:space="preserve">[54:55] </w:t>
      </w:r>
      <w:r>
        <w:t>ki pairvi nahi kar rahe to woh mujh se nahi hai</w:t>
      </w:r>
    </w:p>
    <w:p>
      <w:pPr>
        <w:jc w:val="right"/>
      </w:pPr>
      <w:r>
        <w:t>کی پیروی نہیں کر رہے تو وہ مجھ سے نہیں ہے</w:t>
      </w:r>
    </w:p>
    <w:p>
      <w:r>
        <w:rPr>
          <w:b/>
        </w:rPr>
        <w:t xml:space="preserve">[54:59] </w:t>
      </w:r>
      <w:r>
        <w:t>to ramzan mein to hamein poora mahine ka roza rakhna hai siwaye safar ke ya bimari ke yeh</w:t>
      </w:r>
    </w:p>
    <w:p>
      <w:pPr>
        <w:jc w:val="right"/>
      </w:pPr>
      <w:r>
        <w:t>تو رمضان میں تو ہمیں پورا مہینے کا روزہ رکھنا ہے سوائے سفر کے یا بیماری کے یہ</w:t>
      </w:r>
    </w:p>
    <w:p>
      <w:r>
        <w:rPr>
          <w:b/>
        </w:rPr>
        <w:t xml:space="preserve">[55:04] </w:t>
      </w:r>
      <w:r>
        <w:t>yeh baat aur aur dinon ki hai yeh kisi ko galat fehmi na ho is maamle mein</w:t>
      </w:r>
    </w:p>
    <w:p>
      <w:pPr>
        <w:jc w:val="right"/>
      </w:pPr>
      <w:r>
        <w:t>یہ بات اور اور دنوں کی ہے یہ کسی کو غلط فہمی نہ ہو اس معاملے میں</w:t>
      </w:r>
    </w:p>
    <w:p>
      <w:r>
        <w:rPr>
          <w:b/>
        </w:rPr>
        <w:t xml:space="preserve">[55:10] </w:t>
      </w:r>
      <w:r>
        <w:t>to yeh ghalu islam mein nahi hai</w:t>
      </w:r>
    </w:p>
    <w:p>
      <w:pPr>
        <w:jc w:val="right"/>
      </w:pPr>
      <w:r>
        <w:t>تو یہ غلو اسلام میں نہیں ہے</w:t>
      </w:r>
    </w:p>
    <w:p>
      <w:r>
        <w:rPr>
          <w:b/>
        </w:rPr>
        <w:t xml:space="preserve">[55:14] </w:t>
      </w:r>
      <w:r>
        <w:t>over religiosity islam mein nahi hai</w:t>
      </w:r>
    </w:p>
    <w:p>
      <w:pPr>
        <w:jc w:val="right"/>
      </w:pPr>
      <w:r>
        <w:t>اوور ریلیجیسٹی اسلام میں نہیں ہے</w:t>
      </w:r>
    </w:p>
    <w:p>
      <w:r>
        <w:rPr>
          <w:b/>
        </w:rPr>
        <w:t xml:space="preserve">[55:19] </w:t>
      </w:r>
      <w:r>
        <w:t>iska nuqsan yeh dekhiye yeh jo paida hota hai kya hai iska nuksan iska nuksan yeh hai ke asal kaam jo hai woh yeh nahi ke raat din namazein padhein saal bhar roze rakhein yeh matlab asal nahi hai asal kaam to doosra hai yani dawat kar dawat ka kaam yeh sab to dawat e ilah ki tayyari hai ramzan mein bhi dekhiye quran ko padhna hai yeh nahi ke bas bhooke pade rahen bhooke pade rahen quran ko padhna hai quran ko samajhna hai</w:t>
      </w:r>
    </w:p>
    <w:p>
      <w:pPr>
        <w:jc w:val="right"/>
      </w:pPr>
      <w:r>
        <w:t>اس کا نقص یہ دیکھیے یہ جو پیدا ہوتا ہے کیا ہے اس کا نقصان اس کا نقصان یہ ہے کہ اصل کام جو ہے وہ یہ نہیں کہ رات دن نمازیں پڑھیں سال بھر روزے رکھیں یہ مطلب اصل نہیں ہے اصل کام تو دوسرا ہے یعنی دعوت کر دعوت کا کام یہ سب تو دعوت اللہ کی تیاری ہے رمضان میں بھی دیکھیے قران کو پڑھنا ہے یہ نہیں کہ بس بھوکے پڑے رہیں بھوکے پڑے رہیں قران کو پڑھنا ہے قران کو سمجھنا ہے</w:t>
      </w:r>
    </w:p>
    <w:p>
      <w:r>
        <w:rPr>
          <w:b/>
        </w:rPr>
        <w:t xml:space="preserve">[55:48] </w:t>
      </w:r>
      <w:r>
        <w:t>apne aap ko dawat e ilah ke mission ke liye tayyar karna hai asal mission jo hai islam ka woh dawat e ilah hai us ke liye tayyar karna hai apne aap ko to jo aadmi bas raat bhar roza rakhega woh raat bhar namazein padhega din bhar roza rakhega ramzan ke ilawa mahinon mein to kya kya dawat e ilah ka kaam kya karega woh to kuch nahi kar sakta</w:t>
      </w:r>
    </w:p>
    <w:p>
      <w:pPr>
        <w:jc w:val="right"/>
      </w:pPr>
      <w:r>
        <w:t>اپنے اپ کو دعوت اللہ کے مشن کے لیے تیار کرنا ہے اصل مشن جو ہے اسلام کا وہ دعوت اللہ ہے اس کے لیے تیار کرنا ہے اپنے اپ کو تو جو ادمی بس رات بھر روزہ رکھے گا وہ رات بھر نمازیں پڑھے گا دن بھر روزہ رکھے گا رمضان کے علاوہ مہینوں میں تو کیا کیا دعوت اللہ کا کام کیا کرے گا وہ تو کچھ نہیں کر سکتا</w:t>
      </w:r>
    </w:p>
    <w:p>
      <w:r>
        <w:rPr>
          <w:b/>
        </w:rPr>
        <w:t xml:space="preserve">[56:16] </w:t>
      </w:r>
      <w:r>
        <w:t>to yani yani yeh is is tarah ka jo ghulu aata hai woh ghulu ka ki price kya deni padti hai ke asal kaam mein kami ho jati hai asal kaam mein kami ho jati hai</w:t>
      </w:r>
    </w:p>
    <w:p>
      <w:pPr>
        <w:jc w:val="right"/>
      </w:pPr>
      <w:r>
        <w:t>تو یعنی یعنی یہ اس اس طرح کا جو غلو اتا ہے وہ غلو کا کی پرائس کیا دینی پڑتی ہے کہ اصل کام میں کمی ہو جاتی ہے اصل کام میں کمی ہو جاتی ہے</w:t>
      </w:r>
    </w:p>
    <w:p>
      <w:r>
        <w:rPr>
          <w:b/>
        </w:rPr>
        <w:t xml:space="preserve">[56:31] </w:t>
      </w:r>
      <w:r>
        <w:t>to ramzan ka mahina is liye aata hai ke aap ramzan ke mahine mein quran ko bar bar padh kar ke apna yani apne aap ko kam apne aap ko yani apna jaiza len re assess karen introspection karen ke kahan kahan mere andar kami hai aur is ka correction karen is ki islaah karen</w:t>
      </w:r>
    </w:p>
    <w:p>
      <w:pPr>
        <w:jc w:val="right"/>
      </w:pPr>
      <w:r>
        <w:t>تو رمضان کا مہینہ اس لیے اتا ہے کہ اپ رمضان کے مہینے میں قران کو بار بار پڑھ کر کے اپنا یعنی اپنے اپ کو کم اپنے اپ کو یعنی اپنا جائزہ لیں ری اسس کریں انٹراسپیکشن کریں کہ کہاں کہاں میرے اندر کمی ہے اور اس کا کریکشن کریں اس کی اصلاح کریں</w:t>
      </w:r>
    </w:p>
    <w:p>
      <w:r>
        <w:rPr>
          <w:b/>
        </w:rPr>
        <w:t xml:space="preserve">[56:57] </w:t>
      </w:r>
      <w:r>
        <w:t>to ek ek safha ek ek safha jo hai aap ko lagega ke is mein sabak hai mere liye is hesiyat se jab aap quran ko padhenge to safhe safhe mein sabak satar satar mein sabak jumle jumle mein sabak milega aap ko</w:t>
      </w:r>
    </w:p>
    <w:p>
      <w:pPr>
        <w:jc w:val="right"/>
      </w:pPr>
      <w:r>
        <w:t>تو ایک ایک صفحہ ایک ایک صفحہ جو ہے اپ کو لگے گا کہ اس میں سبق ہے میرے لیے اس حیثیت سے جب اپ قران کو پڑھیں گے تو صفحے صفحے میں سبق سطر سطر میں سبق جملے جملے میں سبق ملے گا اپ کو</w:t>
      </w:r>
    </w:p>
    <w:p>
      <w:r>
        <w:rPr>
          <w:b/>
        </w:rPr>
        <w:t xml:space="preserve">[57:14] </w:t>
      </w:r>
      <w:r>
        <w:t>to yeh yeh maqsad hai yeh nahi ke bas ramzan aaya to quran khatm kar dala aap ne ya taraveeh mein khatm kar dala to bas ho gaya to quran khatm karne ke liye nahi</w:t>
      </w:r>
    </w:p>
    <w:p>
      <w:pPr>
        <w:jc w:val="right"/>
      </w:pPr>
      <w:r>
        <w:t>تو یہ یہ مقصد ہے یہ نہیں کہ بس رمضان ایا تو قران ختم کر ڈالا اپ نے یا تراویح میں ختم کر ڈالا تو بس ہو گیا تو قران ختم کرنے کے لیے نہیں</w:t>
      </w:r>
    </w:p>
    <w:p>
      <w:r>
        <w:rPr>
          <w:b/>
        </w:rPr>
        <w:t xml:space="preserve">[57:26] </w:t>
      </w:r>
      <w:r>
        <w:t>hai quran study karne ke liye mutala karne ke liye hai samajhne ke liye hai quran ki taleemat ko apne upar apply karne ke liye</w:t>
      </w:r>
    </w:p>
    <w:p>
      <w:pPr>
        <w:jc w:val="right"/>
      </w:pPr>
      <w:r>
        <w:t>ہے قران اسٹڈی کرنے کے لیے مطالعہ کرنے کے لیے ہے سمجھنے کے لیے ہے قران کی تعلیمات کو اپنے اوپر اپلائی کرنے کے لیے</w:t>
      </w:r>
    </w:p>
    <w:p>
      <w:r>
        <w:rPr>
          <w:b/>
        </w:rPr>
        <w:t xml:space="preserve">[57:40] </w:t>
      </w:r>
      <w:r>
        <w:t>quran ke bare mein ek lafz aata hai furqan ke quran jo hai furqan hai to furqan ke maani hote hain criterion</w:t>
      </w:r>
    </w:p>
    <w:p>
      <w:pPr>
        <w:jc w:val="right"/>
      </w:pPr>
      <w:r>
        <w:t>قران کے بارے میں ایک لفظ اتا ہے فرقان کہ قران جو ہے فرقان ہے تو فرقان کے معنی ہوتے ہیں کرائٹیرین</w:t>
      </w:r>
    </w:p>
    <w:p>
      <w:r>
        <w:rPr>
          <w:b/>
        </w:rPr>
        <w:t xml:space="preserve">[57:51] </w:t>
      </w:r>
      <w:r>
        <w:t>criterion yani miyar yani quran ki roshni mein quran ke miyar ko le kar ke quran ki kasoti ko le kar apne aap ko jaanchana kahan kahan mere andar kami hai kahan kahan mere andar kami hai</w:t>
      </w:r>
    </w:p>
    <w:p>
      <w:pPr>
        <w:jc w:val="right"/>
      </w:pPr>
      <w:r>
        <w:t>کرائٹیرین یعنی معیار یعنی قران کی روشنی میں قران کے معیار کو لے کر کے قران کی کسوٹی کو لے کر اپنے اپ کو جانچنا کہاں کہاں میرے اندر کمی ہے کہاں کہاں میرے اندر کمی ہے</w:t>
      </w:r>
    </w:p>
    <w:p>
      <w:r>
        <w:rPr>
          <w:b/>
        </w:rPr>
        <w:t xml:space="preserve">[58:10] </w:t>
      </w:r>
      <w:r>
        <w:t>to main samajhta hoon ke hamein re assess ko yani saal bhar hi yeh kaam karna chahiye aur ramzan mein to khaas taur par ke quran ko ba taur miyar ko samjhen aur is ki baaton ko zyada gehrai ke sath mutala karen aur apne pichhli zindagi islaah</w:t>
      </w:r>
    </w:p>
    <w:p>
      <w:pPr>
        <w:jc w:val="right"/>
      </w:pPr>
      <w:r>
        <w:t>تو میں سمجھتا ہوں کہ ہمیں سرسس کو یعنی سال بھر ہی یہ کام کرنا چاہیے اور رمضان میں تو خاص طور پر کہ قران کو بطور معیار کو سمجھیں اور اس کی باتوں کو زیادہ گہرائی کے ساتھ مطالعہ کریں اور اپنے پچھلی زندگی اصلاح</w:t>
      </w:r>
    </w:p>
    <w:p>
      <w:r>
        <w:rPr>
          <w:b/>
        </w:rPr>
        <w:t xml:space="preserve">[58:31] </w:t>
      </w:r>
      <w:r>
        <w:t>karen agli zindagi ki ke bare mein sahi planning karen meri dua hai ke allah taala mujh ko aur aap ko is ki tofeeq ata farmaye aqool qawli haza wastaghfirullaha li walakum ajmaeen.</w:t>
      </w:r>
    </w:p>
    <w:p>
      <w:pPr>
        <w:jc w:val="right"/>
      </w:pPr>
      <w:r>
        <w:t>کریں اگلی زندگی کی کے بارے میں صحیح پلاننگ کریں میری دعا ہے کہ اللہ تعالی مجھ کو اور اپ کو اس کی توفیق عطا فرمائے اقول قولیھذا واستغفراللہ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