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Doomsday is Coming | November 26, 2007</w:t>
      </w:r>
    </w:p>
    <w:p>
      <w:r>
        <w:t>https://www.youtube.com/watch?v=AkOKuzwv1HI</w:t>
      </w:r>
    </w:p>
    <w:p>
      <w:r>
        <w:rPr>
          <w:b/>
        </w:rPr>
        <w:t xml:space="preserve">[00:13] </w:t>
      </w:r>
      <w:r>
        <w:t>bismillah rahman rahim, wasallahu ala nabiyil karim.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ka topic kuch unusual topic hai,</w:t>
      </w:r>
    </w:p>
    <w:p>
      <w:pPr>
        <w:jc w:val="right"/>
      </w:pPr>
      <w:r>
        <w:t>آج کا ٹاپک کچھ ان یوزل ٹاپک ہے،</w:t>
      </w:r>
    </w:p>
    <w:p>
      <w:r>
        <w:rPr>
          <w:b/>
        </w:rPr>
        <w:t xml:space="preserve">[00:44] </w:t>
      </w:r>
      <w:r>
        <w:t>woh hai "The Doomsday is Coming".</w:t>
      </w:r>
    </w:p>
    <w:p>
      <w:pPr>
        <w:jc w:val="right"/>
      </w:pPr>
      <w:r>
        <w:t>وہ ہے "The Doomsday is Coming"۔</w:t>
      </w:r>
    </w:p>
    <w:p>
      <w:r>
        <w:rPr>
          <w:b/>
        </w:rPr>
        <w:t xml:space="preserve">[00:52] </w:t>
      </w:r>
      <w:r>
        <w:t>aaj november 2007 ki 26 tareekh hai.</w:t>
      </w:r>
    </w:p>
    <w:p>
      <w:pPr>
        <w:jc w:val="right"/>
      </w:pPr>
      <w:r>
        <w:t>آج نومبر 2007 کی 26 تاریخ ہے۔</w:t>
      </w:r>
    </w:p>
    <w:p>
      <w:r>
        <w:rPr>
          <w:b/>
        </w:rPr>
        <w:t xml:space="preserve">[01:00] </w:t>
      </w:r>
      <w:r>
        <w:t>is waqt mein dili mein hoon aur aap se mukhatib ho raha hoon.</w:t>
      </w:r>
    </w:p>
    <w:p>
      <w:pPr>
        <w:jc w:val="right"/>
      </w:pPr>
      <w:r>
        <w:t>اس وقت میں دلی میں ہوں اور آپ سے مخاطب ہو رہا ہوں۔</w:t>
      </w:r>
    </w:p>
    <w:p>
      <w:r>
        <w:rPr>
          <w:b/>
        </w:rPr>
        <w:t xml:space="preserve">[01:08] </w:t>
      </w:r>
      <w:r>
        <w:t>baat yeh hai ke aaj raat ko, yaani subah ko, aik zalzala aaya, earth quake. aaj subah</w:t>
      </w:r>
    </w:p>
    <w:p>
      <w:pPr>
        <w:jc w:val="right"/>
      </w:pPr>
      <w:r>
        <w:t>بات یہ ہے کہ آج رات کو، یعنی صبح کو، ایک زلزلہ آیا، ارتھ کویک۔ آج صبح</w:t>
      </w:r>
    </w:p>
    <w:p>
      <w:r>
        <w:rPr>
          <w:b/>
        </w:rPr>
        <w:t xml:space="preserve">[01:16] </w:t>
      </w:r>
      <w:r>
        <w:t>4 baj kar 40 minute par yeh zalzala aaya. Richter scale par is ki intensity 4.3 thi. Kal bhi Pakistan ke area mein aur Indonesia aur Sumatra ke area mein zalzala aaya tha. Yeh zalsale modest intensity ke the. Lekin</w:t>
      </w:r>
    </w:p>
    <w:p>
      <w:pPr>
        <w:jc w:val="right"/>
      </w:pPr>
      <w:r>
        <w:t>4 بج کر 40 منٹ پر یہ زلزلہ آیا۔ رچٹر اسکیل پر اس کی انٹینسٹی 4.3 تھی۔ کل بھی پاکستان کے ایریا میں اور انڈونیشیا اور سموترا کے ایریا میں زلزلہ آیا تھا۔ یہ زلزلے ماڈیسٹ انٹینسٹی کے تھے۔ لیکن</w:t>
      </w:r>
    </w:p>
    <w:p>
      <w:r>
        <w:rPr>
          <w:b/>
        </w:rPr>
        <w:t xml:space="preserve">[01:46] </w:t>
      </w:r>
      <w:r>
        <w:t>is ke background mein, dekhiye, global warming ka poora qissa hai jo aaj kal rozana media mein</w:t>
      </w:r>
    </w:p>
    <w:p>
      <w:pPr>
        <w:jc w:val="right"/>
      </w:pPr>
      <w:r>
        <w:t>اس کے بیک گراؤنڈ میں، دیکھیے، گلوبل وارمنگ کا پورا قصہ ہے جو آج کل روزانہ میڈیا میں</w:t>
      </w:r>
    </w:p>
    <w:p>
      <w:r>
        <w:rPr>
          <w:b/>
        </w:rPr>
        <w:t xml:space="preserve">[01:54] </w:t>
      </w:r>
      <w:r>
        <w:t>aa raha hai.</w:t>
      </w:r>
    </w:p>
    <w:p>
      <w:pPr>
        <w:jc w:val="right"/>
      </w:pPr>
      <w:r>
        <w:t>آ رہا ہے۔</w:t>
      </w:r>
    </w:p>
    <w:p>
      <w:r>
        <w:rPr>
          <w:b/>
        </w:rPr>
        <w:t xml:space="preserve">[02:02] </w:t>
      </w:r>
      <w:r>
        <w:t>tamam dunya ke scientist bohat hi gehre survey ke baad bata rahe hain ke dunya ka jo natural</w:t>
      </w:r>
    </w:p>
    <w:p>
      <w:pPr>
        <w:jc w:val="right"/>
      </w:pPr>
      <w:r>
        <w:t>تمام دنیا کے سائنٹسٹ بہت ہی گہرے سروے کے بعد بتا رہے ہیں کہ دنیا کا جو نیچرل</w:t>
      </w:r>
    </w:p>
    <w:p>
      <w:r>
        <w:rPr>
          <w:b/>
        </w:rPr>
        <w:t xml:space="preserve">[02:09] </w:t>
      </w:r>
      <w:r>
        <w:t>balance tha, woh sab toot raha hai. aur</w:t>
      </w:r>
    </w:p>
    <w:p>
      <w:pPr>
        <w:jc w:val="right"/>
      </w:pPr>
      <w:r>
        <w:t>بیلنس تھا، وہ سب ٹوٹ رہا ہے۔ اور</w:t>
      </w:r>
    </w:p>
    <w:p>
      <w:r>
        <w:rPr>
          <w:b/>
        </w:rPr>
        <w:t xml:space="preserve">[02:17] </w:t>
      </w:r>
      <w:r>
        <w:t>zameen ki satah musalsal garam ho rahi hai, jis ko kehte hain global warming.</w:t>
      </w:r>
    </w:p>
    <w:p>
      <w:pPr>
        <w:jc w:val="right"/>
      </w:pPr>
      <w:r>
        <w:t>زمین کی سطح مسلسل گرم ہو رہی ہے، جس کو کہتے ہیں گلوبل وارمنگ۔</w:t>
      </w:r>
    </w:p>
    <w:p>
      <w:r>
        <w:rPr>
          <w:b/>
        </w:rPr>
        <w:t xml:space="preserve">[02:23] </w:t>
      </w:r>
      <w:r>
        <w:t>is ke nateeje mein poora woh dhancha bigar jaane wala hai jis ko hum ab tak life support</w:t>
      </w:r>
    </w:p>
    <w:p>
      <w:pPr>
        <w:jc w:val="right"/>
      </w:pPr>
      <w:r>
        <w:t>اس کے نتیجے میں پورا وہ ڈھانچہ بگڑ جانے والا ہے جس کو ہم اب تک لائف سپورٹ</w:t>
      </w:r>
    </w:p>
    <w:p>
      <w:r>
        <w:rPr>
          <w:b/>
        </w:rPr>
        <w:t xml:space="preserve">[02:29] </w:t>
      </w:r>
      <w:r>
        <w:t>system kehte thay.</w:t>
      </w:r>
    </w:p>
    <w:p>
      <w:pPr>
        <w:jc w:val="right"/>
      </w:pPr>
      <w:r>
        <w:t>سسٹم کہتے تھے۔</w:t>
      </w:r>
    </w:p>
    <w:p>
      <w:r>
        <w:rPr>
          <w:b/>
        </w:rPr>
        <w:t xml:space="preserve">[02:35] </w:t>
      </w:r>
      <w:r>
        <w:t>abhi chand din pehle dili ke aik angrezi akhbar mein is silsile ki aik report dete hue is</w:t>
      </w:r>
    </w:p>
    <w:p>
      <w:pPr>
        <w:jc w:val="right"/>
      </w:pPr>
      <w:r>
        <w:t>ابھی چند دن پہلے دلی کے ایک انگریزی اخبار میں اس سلسلے کی ایک رپورٹ دیتے ہوئے اس</w:t>
      </w:r>
    </w:p>
    <w:p>
      <w:r>
        <w:rPr>
          <w:b/>
        </w:rPr>
        <w:t xml:space="preserve">[02:41] </w:t>
      </w:r>
      <w:r>
        <w:t>par is ne</w:t>
      </w:r>
    </w:p>
    <w:p>
      <w:pPr>
        <w:jc w:val="right"/>
      </w:pPr>
      <w:r>
        <w:t>پر اس نے</w:t>
      </w:r>
    </w:p>
    <w:p>
      <w:r>
        <w:rPr>
          <w:b/>
        </w:rPr>
        <w:t xml:space="preserve">[02:47] </w:t>
      </w:r>
      <w:r>
        <w:t>yeh heading qaim ki thi ke "Doomsday is not far".</w:t>
      </w:r>
    </w:p>
    <w:p>
      <w:pPr>
        <w:jc w:val="right"/>
      </w:pPr>
      <w:r>
        <w:t>یہ ہیڈنگ قائم کی تھی کہ "Doomsday is not far"۔</w:t>
      </w:r>
    </w:p>
    <w:p>
      <w:r>
        <w:rPr>
          <w:b/>
        </w:rPr>
        <w:t xml:space="preserve">[02:53] </w:t>
      </w:r>
      <w:r>
        <w:t>mein samajhta hoon ke yeh aik sahi baat hai.</w:t>
      </w:r>
    </w:p>
    <w:p>
      <w:pPr>
        <w:jc w:val="right"/>
      </w:pPr>
      <w:r>
        <w:t>میں سمجھتا ہوں کہ یہ ایک صحیح بات ہے۔</w:t>
      </w:r>
    </w:p>
    <w:p>
      <w:r>
        <w:rPr>
          <w:b/>
        </w:rPr>
        <w:t xml:space="preserve">[02:59] </w:t>
      </w:r>
      <w:r>
        <w:t>quran mein aur hadith mein yeh bataya gaya hai ke yeh dunya jis mein hum reh rahe hain,</w:t>
      </w:r>
    </w:p>
    <w:p>
      <w:pPr>
        <w:jc w:val="right"/>
      </w:pPr>
      <w:r>
        <w:t>قرآن میں اور حدیث میں یہ بتایا گیا ہے کہ یہ دنیا جس میں ہم رہ رہے ہیں،</w:t>
      </w:r>
    </w:p>
    <w:p>
      <w:r>
        <w:rPr>
          <w:b/>
        </w:rPr>
        <w:t xml:space="preserve">[03:05] </w:t>
      </w:r>
      <w:r>
        <w:t>yeh hamesha ke liye nahi hai.</w:t>
      </w:r>
    </w:p>
    <w:p>
      <w:pPr>
        <w:jc w:val="right"/>
      </w:pPr>
      <w:r>
        <w:t>یہ ہمیشہ کے لیے نہیں ہے۔</w:t>
      </w:r>
    </w:p>
    <w:p>
      <w:r>
        <w:rPr>
          <w:b/>
        </w:rPr>
        <w:t xml:space="preserve">[03:11] </w:t>
      </w:r>
      <w:r>
        <w:t>aap jante hain ke taqreeban</w:t>
      </w:r>
    </w:p>
    <w:p>
      <w:pPr>
        <w:jc w:val="right"/>
      </w:pPr>
      <w:r>
        <w:t>آپ جانتے ہیں کہ تقریباً</w:t>
      </w:r>
    </w:p>
    <w:p>
      <w:r>
        <w:rPr>
          <w:b/>
        </w:rPr>
        <w:t xml:space="preserve">[03:17] </w:t>
      </w:r>
      <w:r>
        <w:t>5 billion saal pehle solar system bana.</w:t>
      </w:r>
    </w:p>
    <w:p>
      <w:pPr>
        <w:jc w:val="right"/>
      </w:pPr>
      <w:r>
        <w:t>5 بلین سال پہلے سولر سسٹم بنا۔</w:t>
      </w:r>
    </w:p>
    <w:p>
      <w:r>
        <w:rPr>
          <w:b/>
        </w:rPr>
        <w:t xml:space="preserve">[03:23] </w:t>
      </w:r>
      <w:r>
        <w:t>aur is ke bohat baad ko yeh zameen jo pehle bilkul garam, pighla hua tha, is ka aik</w:t>
      </w:r>
    </w:p>
    <w:p>
      <w:pPr>
        <w:jc w:val="right"/>
      </w:pPr>
      <w:r>
        <w:t>اور اس کے بہت بعد کو یہ زمین جو پہلے بالکل گرم، پگھلا ہوا تھا، اس کا ایک</w:t>
      </w:r>
    </w:p>
    <w:p>
      <w:r>
        <w:rPr>
          <w:b/>
        </w:rPr>
        <w:t xml:space="preserve">[03:29] </w:t>
      </w:r>
      <w:r>
        <w:t>pighle hue gole ki shakal mein thi.</w:t>
      </w:r>
    </w:p>
    <w:p>
      <w:pPr>
        <w:jc w:val="right"/>
      </w:pPr>
      <w:r>
        <w:t>پگھلے ہوئے گولے کی شکل میں تھی۔</w:t>
      </w:r>
    </w:p>
    <w:p>
      <w:r>
        <w:rPr>
          <w:b/>
        </w:rPr>
        <w:t xml:space="preserve">[03:35] </w:t>
      </w:r>
      <w:r>
        <w:t>dheere dheere thandi hui.</w:t>
      </w:r>
    </w:p>
    <w:p>
      <w:pPr>
        <w:jc w:val="right"/>
      </w:pPr>
      <w:r>
        <w:t>دھیرے دھیرے ٹھنڈی ہوئی۔</w:t>
      </w:r>
    </w:p>
    <w:p>
      <w:r>
        <w:rPr>
          <w:b/>
        </w:rPr>
        <w:t xml:space="preserve">[03:41] </w:t>
      </w:r>
      <w:r>
        <w:t>is ke baad yahan par pani aur sabza aur animal aur insan abad</w:t>
      </w:r>
    </w:p>
    <w:p>
      <w:pPr>
        <w:jc w:val="right"/>
      </w:pPr>
      <w:r>
        <w:t>اس کے بعد یہاں پر پانی اور سبزہ اور اینیمل اور انسان آباد</w:t>
      </w:r>
    </w:p>
    <w:p>
      <w:r>
        <w:rPr>
          <w:b/>
        </w:rPr>
        <w:t xml:space="preserve">[03:47] </w:t>
      </w:r>
      <w:r>
        <w:t>hue.</w:t>
      </w:r>
    </w:p>
    <w:p>
      <w:pPr>
        <w:jc w:val="right"/>
      </w:pPr>
      <w:r>
        <w:t>ہوئے۔</w:t>
      </w:r>
    </w:p>
    <w:p>
      <w:r>
        <w:rPr>
          <w:b/>
        </w:rPr>
        <w:t xml:space="preserve">[03:54] </w:t>
      </w:r>
      <w:r>
        <w:t>to yeh khuda ne yeh dunya jo banai thi, is liye nahi ke hamesha rahe woh.</w:t>
      </w:r>
    </w:p>
    <w:p>
      <w:pPr>
        <w:jc w:val="right"/>
      </w:pPr>
      <w:r>
        <w:t>تو یہ خدا نے یہ دنیا جو بنائی تھی، اس لیے نہیں کہ ہمیشہ رہے وہ۔</w:t>
      </w:r>
    </w:p>
    <w:p>
      <w:r>
        <w:rPr>
          <w:b/>
        </w:rPr>
        <w:t xml:space="preserve">[04:00] </w:t>
      </w:r>
      <w:r>
        <w:t>yeh sirf test ke liye.</w:t>
      </w:r>
    </w:p>
    <w:p>
      <w:pPr>
        <w:jc w:val="right"/>
      </w:pPr>
      <w:r>
        <w:t>یہ صرف ٹیسٹ کے لیے۔</w:t>
      </w:r>
    </w:p>
    <w:p>
      <w:r>
        <w:rPr>
          <w:b/>
        </w:rPr>
        <w:t xml:space="preserve">[04:06] </w:t>
      </w:r>
      <w:r>
        <w:t>hamesha ki duniya jo hai, woh world hereafter hai, jahan insan ko maut ke baad jana hai.</w:t>
      </w:r>
    </w:p>
    <w:p>
      <w:pPr>
        <w:jc w:val="right"/>
      </w:pPr>
      <w:r>
        <w:t>ہمیشہ کی دنیا جو ہے، وہ ورلڈ ہیئر آفٹر ہے، جہاں انسان کو موت کے بعد جانا ہے۔</w:t>
      </w:r>
    </w:p>
    <w:p>
      <w:r>
        <w:rPr>
          <w:b/>
        </w:rPr>
        <w:t xml:space="preserve">[04:13] </w:t>
      </w:r>
      <w:r>
        <w:t>to quran aur hadith ke mutabiq</w:t>
      </w:r>
    </w:p>
    <w:p>
      <w:pPr>
        <w:jc w:val="right"/>
      </w:pPr>
      <w:r>
        <w:t>تو قرآن اور حدیث کے مطابق</w:t>
      </w:r>
    </w:p>
    <w:p>
      <w:r>
        <w:rPr>
          <w:b/>
        </w:rPr>
        <w:t xml:space="preserve">[04:19] </w:t>
      </w:r>
      <w:r>
        <w:t>present period jo hai, yani pre-death period jo hai, woh woh hai test period.</w:t>
      </w:r>
    </w:p>
    <w:p>
      <w:pPr>
        <w:jc w:val="right"/>
      </w:pPr>
      <w:r>
        <w:t>پریزنٹ پیریڈ جو ہے، یعنی پری ڈیتھ پیریڈ جو ہے، وہ وہ ہے ٹیسٹ پیریڈ۔</w:t>
      </w:r>
    </w:p>
    <w:p>
      <w:r>
        <w:rPr>
          <w:b/>
        </w:rPr>
        <w:t xml:space="preserve">[04:27] </w:t>
      </w:r>
      <w:r>
        <w:t>Aur post-death period jo hai, woh hai result period.</w:t>
      </w:r>
    </w:p>
    <w:p>
      <w:pPr>
        <w:jc w:val="right"/>
      </w:pPr>
      <w:r>
        <w:t>اور پوسٹ ڈیتھ پیریڈ جو ہے، وہ ہے رزلٹ پیریڈ۔</w:t>
      </w:r>
    </w:p>
    <w:p>
      <w:r>
        <w:rPr>
          <w:b/>
        </w:rPr>
        <w:t xml:space="preserve">[04:34] </w:t>
      </w:r>
      <w:r>
        <w:t>to aisa maloom hota hai jo halaat samne aa rahe hain, woh yeh bata rahe hain ke ab</w:t>
      </w:r>
    </w:p>
    <w:p>
      <w:pPr>
        <w:jc w:val="right"/>
      </w:pPr>
      <w:r>
        <w:t>تو ایسا معلوم ہوتا ہے جو حالات سامنے آ رہے ہیں، وہ یہ بتا رہے ہیں کہ اب</w:t>
      </w:r>
    </w:p>
    <w:p>
      <w:r>
        <w:rPr>
          <w:b/>
        </w:rPr>
        <w:t xml:space="preserve">[04:42] </w:t>
      </w:r>
      <w:r>
        <w:t>yeh tareekh apne end par</w:t>
      </w:r>
    </w:p>
    <w:p>
      <w:pPr>
        <w:jc w:val="right"/>
      </w:pPr>
      <w:r>
        <w:t>یہ تاریخ اپنے اینڈ پر</w:t>
      </w:r>
    </w:p>
    <w:p>
      <w:r>
        <w:rPr>
          <w:b/>
        </w:rPr>
        <w:t xml:space="preserve">[04:49] </w:t>
      </w:r>
      <w:r>
        <w:t>haye.</w:t>
      </w:r>
    </w:p>
    <w:p>
      <w:pPr>
        <w:jc w:val="right"/>
      </w:pPr>
      <w:r>
        <w:t>ہے۔</w:t>
      </w:r>
    </w:p>
    <w:p>
      <w:r>
        <w:rPr>
          <w:b/>
        </w:rPr>
        <w:t xml:space="preserve">[04:54] </w:t>
      </w:r>
      <w:r>
        <w:t>ab is ke aage jo hai, woh agli tareekh shuru hone wali hai jo ke eternal hogi, jahan</w:t>
      </w:r>
    </w:p>
    <w:p>
      <w:pPr>
        <w:jc w:val="right"/>
      </w:pPr>
      <w:r>
        <w:t>اب اس کے آگے جو ہے، وہ اگلی تاریخ شروع ہونے والی ہے جو کہ ایٹرنل ہوگی، جہاں</w:t>
      </w:r>
    </w:p>
    <w:p>
      <w:r>
        <w:rPr>
          <w:b/>
        </w:rPr>
        <w:t xml:space="preserve">[05:00] </w:t>
      </w:r>
      <w:r>
        <w:t>par insan ka hisab kitab hoga.</w:t>
      </w:r>
    </w:p>
    <w:p>
      <w:pPr>
        <w:jc w:val="right"/>
      </w:pPr>
      <w:r>
        <w:t>پر انسان کا حساب کتاب ہوگا۔</w:t>
      </w:r>
    </w:p>
    <w:p>
      <w:r>
        <w:rPr>
          <w:b/>
        </w:rPr>
        <w:t xml:space="preserve">[05:05] </w:t>
      </w:r>
      <w:r>
        <w:t>aur is ke baad kuch log hell bajayenge aur kuch log paradise mein.</w:t>
      </w:r>
    </w:p>
    <w:p>
      <w:pPr>
        <w:jc w:val="right"/>
      </w:pPr>
      <w:r>
        <w:t>اور اس کے بعد کچھ لوگ ہیل بجائیں گے اور کچھ لوگ پیراڈائز میں۔</w:t>
      </w:r>
    </w:p>
    <w:p>
      <w:r>
        <w:rPr>
          <w:b/>
        </w:rPr>
        <w:t xml:space="preserve">[05:10] </w:t>
      </w:r>
      <w:r>
        <w:t>to is aanay wale din ki warning ek to nature ki taraf se ho rahi hai.</w:t>
      </w:r>
    </w:p>
    <w:p>
      <w:pPr>
        <w:jc w:val="right"/>
      </w:pPr>
      <w:r>
        <w:t>تو اس آنے والے دن کی وارننگ ایک تو نیچر کی طرف سے ہو رہی ہے۔</w:t>
      </w:r>
    </w:p>
    <w:p>
      <w:r>
        <w:rPr>
          <w:b/>
        </w:rPr>
        <w:t xml:space="preserve">[05:15] </w:t>
      </w:r>
      <w:r>
        <w:t>nature mein jo tabdeeli ho rahi hai, jo warming ho rahi hai,</w:t>
      </w:r>
    </w:p>
    <w:p>
      <w:pPr>
        <w:jc w:val="right"/>
      </w:pPr>
      <w:r>
        <w:t>نیچر میں جو تبدیلی ہو رہی ہے، جو وارمنگ ہو رہی ہے،</w:t>
      </w:r>
    </w:p>
    <w:p>
      <w:r>
        <w:rPr>
          <w:b/>
        </w:rPr>
        <w:t xml:space="preserve">[05:21] </w:t>
      </w:r>
      <w:r>
        <w:t>pani ka level barh raha hai, animal mar rahe hain, glacier pighal rahe hain, har taraf ek balance</w:t>
      </w:r>
    </w:p>
    <w:p>
      <w:pPr>
        <w:jc w:val="right"/>
      </w:pPr>
      <w:r>
        <w:t>پانی کا لیول بڑھ رہا ہے، اینیمل مر رہے ہیں، گلیشیئر پگھل رہے ہیں، ہر طرف ایک بیلنس</w:t>
      </w:r>
    </w:p>
    <w:p>
      <w:r>
        <w:rPr>
          <w:b/>
        </w:rPr>
        <w:t xml:space="preserve">[05:27] </w:t>
      </w:r>
      <w:r>
        <w:t>tootne ka manzar hai.</w:t>
      </w:r>
    </w:p>
    <w:p>
      <w:pPr>
        <w:jc w:val="right"/>
      </w:pPr>
      <w:r>
        <w:t>ٹوٹنے کا منظر ہے۔</w:t>
      </w:r>
    </w:p>
    <w:p>
      <w:r>
        <w:rPr>
          <w:b/>
        </w:rPr>
        <w:t xml:space="preserve">[05:33] </w:t>
      </w:r>
      <w:r>
        <w:t>to yeh nature ki warning hai.</w:t>
      </w:r>
    </w:p>
    <w:p>
      <w:pPr>
        <w:jc w:val="right"/>
      </w:pPr>
      <w:r>
        <w:t>تو یہ نیچر کی وارننگ ہے۔</w:t>
      </w:r>
    </w:p>
    <w:p>
      <w:r>
        <w:rPr>
          <w:b/>
        </w:rPr>
        <w:t xml:space="preserve">[05:39] </w:t>
      </w:r>
      <w:r>
        <w:t>doosri taraf hum Allah ki tofeeq se isi baat ko keh rahe hain kai baras se ke insan</w:t>
      </w:r>
    </w:p>
    <w:p>
      <w:pPr>
        <w:jc w:val="right"/>
      </w:pPr>
      <w:r>
        <w:t>دوسری طرف ہم اللہ کی توفیق سے اسی بات کو کہہ رہے ہیں کئی برس سے کہ انسان</w:t>
      </w:r>
    </w:p>
    <w:p>
      <w:r>
        <w:rPr>
          <w:b/>
        </w:rPr>
        <w:t xml:space="preserve">[05:45] </w:t>
      </w:r>
      <w:r>
        <w:t>ko warning de rahe hain ke ab</w:t>
      </w:r>
    </w:p>
    <w:p>
      <w:pPr>
        <w:jc w:val="right"/>
      </w:pPr>
      <w:r>
        <w:t>کو وارننگ دے رہے ہیں کہ اب</w:t>
      </w:r>
    </w:p>
    <w:p>
      <w:r>
        <w:rPr>
          <w:b/>
        </w:rPr>
        <w:t xml:space="preserve">[05:52] </w:t>
      </w:r>
      <w:r>
        <w:t>duniya ki tareekh khatam hone wali hai aur day of judgment aanay wala hai.</w:t>
      </w:r>
    </w:p>
    <w:p>
      <w:pPr>
        <w:jc w:val="right"/>
      </w:pPr>
      <w:r>
        <w:t>دنیا کی تاریخ ختم ہونے والی ہے اور ڈے آف ججمنٹ آنے والا ہے۔</w:t>
      </w:r>
    </w:p>
    <w:p>
      <w:r>
        <w:rPr>
          <w:b/>
        </w:rPr>
        <w:t xml:space="preserve">[05:59] </w:t>
      </w:r>
      <w:r>
        <w:t>to aaj jo earthquake aaya, us ke sath ek ajib o ghareeb waqea hua.</w:t>
      </w:r>
    </w:p>
    <w:p>
      <w:pPr>
        <w:jc w:val="right"/>
      </w:pPr>
      <w:r>
        <w:t>تو آج جو ارتھ کویک آیا، اس کے ساتھ ایک عجیب و غریب واقعہ ہوا۔</w:t>
      </w:r>
    </w:p>
    <w:p>
      <w:r>
        <w:rPr>
          <w:b/>
        </w:rPr>
        <w:t xml:space="preserve">[06:07] </w:t>
      </w:r>
      <w:r>
        <w:t>yani aaj hi raat ko theek isi waqt Mr. Rajat Malhotra ne ek dream dekha.</w:t>
      </w:r>
    </w:p>
    <w:p>
      <w:pPr>
        <w:jc w:val="right"/>
      </w:pPr>
      <w:r>
        <w:t>یعنی آج ہی رات کو ٹھیک اسی وقت مسٹر رجت ملہوترا نے ایک ڈریم دیکھا۔</w:t>
      </w:r>
    </w:p>
    <w:p>
      <w:r>
        <w:rPr>
          <w:b/>
        </w:rPr>
        <w:t xml:space="preserve">[06:15] </w:t>
      </w:r>
      <w:r>
        <w:t>unhon ne dekha ke</w:t>
      </w:r>
    </w:p>
    <w:p>
      <w:pPr>
        <w:jc w:val="right"/>
      </w:pPr>
      <w:r>
        <w:t>انہوں نے دیکھا کہ</w:t>
      </w:r>
    </w:p>
    <w:p>
      <w:r>
        <w:rPr>
          <w:b/>
        </w:rPr>
        <w:t xml:space="preserve">[06:23] </w:t>
      </w:r>
      <w:r>
        <w:t>koi bohat bara city hai, us mein yeh rehte thay.</w:t>
      </w:r>
    </w:p>
    <w:p>
      <w:pPr>
        <w:jc w:val="right"/>
      </w:pPr>
      <w:r>
        <w:t>کوئی بہت بڑا سٹی ہے، اس میں یہ رہتے تھے۔</w:t>
      </w:r>
    </w:p>
    <w:p>
      <w:r>
        <w:rPr>
          <w:b/>
        </w:rPr>
        <w:t xml:space="preserve">[06:28] </w:t>
      </w:r>
      <w:r>
        <w:t>phir maloom hua ke yeh city jo hai, flood se bilkul tabah hone wala hai.</w:t>
      </w:r>
    </w:p>
    <w:p>
      <w:pPr>
        <w:jc w:val="right"/>
      </w:pPr>
      <w:r>
        <w:t>پھر معلوم ہوا کہ یہ سٹی جو ہے، فلڈ سے بالکل تباہ ہونے والا ہے۔</w:t>
      </w:r>
    </w:p>
    <w:p>
      <w:r>
        <w:rPr>
          <w:b/>
        </w:rPr>
        <w:t xml:space="preserve">[06:33] </w:t>
      </w:r>
      <w:r>
        <w:t>sari city mein flood aanay wala hai.</w:t>
      </w:r>
    </w:p>
    <w:p>
      <w:pPr>
        <w:jc w:val="right"/>
      </w:pPr>
      <w:r>
        <w:t>ساری سٹی میں فلڈ آنے والا ہے۔</w:t>
      </w:r>
    </w:p>
    <w:p>
      <w:r>
        <w:rPr>
          <w:b/>
        </w:rPr>
        <w:t xml:space="preserve">[06:38] </w:t>
      </w:r>
      <w:r>
        <w:t>phir yahan koi zindagi baqi nahi rahe gi.</w:t>
      </w:r>
    </w:p>
    <w:p>
      <w:pPr>
        <w:jc w:val="right"/>
      </w:pPr>
      <w:r>
        <w:t>پھر یہاں کوئی زندگی باقی نہیں رہے گی۔</w:t>
      </w:r>
    </w:p>
    <w:p>
      <w:r>
        <w:rPr>
          <w:b/>
        </w:rPr>
        <w:t xml:space="preserve">[06:43] </w:t>
      </w:r>
      <w:r>
        <w:t>to woh niklte hain is se.</w:t>
      </w:r>
    </w:p>
    <w:p>
      <w:pPr>
        <w:jc w:val="right"/>
      </w:pPr>
      <w:r>
        <w:t>تو وہ نکلتے ہیں اس سے۔</w:t>
      </w:r>
    </w:p>
    <w:p>
      <w:r>
        <w:rPr>
          <w:b/>
        </w:rPr>
        <w:t xml:space="preserve">[06:48] </w:t>
      </w:r>
      <w:r>
        <w:t>unhon ne dekha ke woh hain aur mister nodyeep. dono</w:t>
      </w:r>
    </w:p>
    <w:p>
      <w:pPr>
        <w:jc w:val="right"/>
      </w:pPr>
      <w:r>
        <w:t>انہوں نے دیکھا کہ وہ ہیں اور مسٹر نودیپ۔ دونوں</w:t>
      </w:r>
    </w:p>
    <w:p>
      <w:r>
        <w:rPr>
          <w:b/>
        </w:rPr>
        <w:t xml:space="preserve">[06:53] </w:t>
      </w:r>
      <w:r>
        <w:t>kisi ship mein beth te hain aage janay ke liye.</w:t>
      </w:r>
    </w:p>
    <w:p>
      <w:pPr>
        <w:jc w:val="right"/>
      </w:pPr>
      <w:r>
        <w:t>کسی شپ میں بیٹھتے ہیں آگے جانے کے لیے۔</w:t>
      </w:r>
    </w:p>
    <w:p>
      <w:r>
        <w:rPr>
          <w:b/>
        </w:rPr>
        <w:t xml:space="preserve">[06:59] </w:t>
      </w:r>
      <w:r>
        <w:t>aage ja kar wahan se unhein aur kuch logon ke sath milna hai aage ki manzil tak pohnchne ke liye.</w:t>
      </w:r>
    </w:p>
    <w:p>
      <w:pPr>
        <w:jc w:val="right"/>
      </w:pPr>
      <w:r>
        <w:t>آگے جا کر وہاں سے انہیں اور کچھ لوگوں کے ساتھ ملنا ہے آگے کی منزل تک پہنچنے کے لیے۔</w:t>
      </w:r>
    </w:p>
    <w:p>
      <w:r>
        <w:rPr>
          <w:b/>
        </w:rPr>
        <w:t xml:space="preserve">[07:05] </w:t>
      </w:r>
      <w:r>
        <w:t>to woh city se bhaag rahe hain yeh jaan kar ke ab to city jo hai, flood</w:t>
      </w:r>
    </w:p>
    <w:p>
      <w:pPr>
        <w:jc w:val="right"/>
      </w:pPr>
      <w:r>
        <w:t>تو وہ سٹی سے بھاگ رہے ہیں یہ جان کر کے کہ اب تو سٹی جو ہے، فلڈ</w:t>
      </w:r>
    </w:p>
    <w:p>
      <w:r>
        <w:rPr>
          <w:b/>
        </w:rPr>
        <w:t xml:space="preserve">[07:12] </w:t>
      </w:r>
      <w:r>
        <w:t>se khatam hone wala hai, tabaah hone wala hai.</w:t>
      </w:r>
    </w:p>
    <w:p>
      <w:pPr>
        <w:jc w:val="right"/>
      </w:pPr>
      <w:r>
        <w:t>سے ختم ہونے والا ہے، تباہ ہونے والا ہے۔</w:t>
      </w:r>
    </w:p>
    <w:p>
      <w:r>
        <w:rPr>
          <w:b/>
        </w:rPr>
        <w:t xml:space="preserve">[07:18] </w:t>
      </w:r>
      <w:r>
        <w:t>doosri taraf dekhte hain ke ek bheed ki bheed isi city ki taraf dodi chali ja rahi hai.</w:t>
      </w:r>
    </w:p>
    <w:p>
      <w:pPr>
        <w:jc w:val="right"/>
      </w:pPr>
      <w:r>
        <w:t>دوسری طرف دیکھتے ہیں کہ ایک بھیڑ کی بھیڑ اسی سٹی کی طرف دوڑی چلی جا رہی ہے۔</w:t>
      </w:r>
    </w:p>
    <w:p>
      <w:r>
        <w:rPr>
          <w:b/>
        </w:rPr>
        <w:t xml:space="preserve">[07:24] </w:t>
      </w:r>
      <w:r>
        <w:t>yeh ta'ajjub karte hain ke yeh city to tabah hone wala hai, phir yeh log kyun city mein dakhil ho rahe hain, kyun dori rahe hain. khaas baat hai ke jab woh yeh dream dekh rahe thay, theek usi waqt zalzala aaya, earthquake aaya. yani aaj raat ko 4 baj kar 40 minute par subah ko yeh zalzala aaya. us waqt woh yeh dream dekh rahe thay. zalzala jab aaya to aik gadgadahat thi us mein aur sab hil raha</w:t>
      </w:r>
    </w:p>
    <w:p>
      <w:pPr>
        <w:jc w:val="right"/>
      </w:pPr>
      <w:r>
        <w:t>یہ تعجب کرتے ہیں کہ یہ سٹی تو تباہ ہونے والا ہے، پھر یہ لوگ کیوں سٹی میں داخل ہو رہے ہیں، کیوں دوڑ رہے ہیں۔ خاص بات ہے کہ جب وہ یہ ڈریم دیکھ رہے تھے، ٹھیک اسی وقت زلزلہ آیا، ارتھ کویک آیا۔ یعنی آج رات کو 4 بج کر 40 منٹ پر صبح کو یہ زلزلہ آیا۔ اس وقت وہ یہ ڈریم دیکھ رہے تھے۔ زلزلہ جب آیا تو ایک گڑگڑاہٹ تھی اس میں اور سب ہل رہا</w:t>
      </w:r>
    </w:p>
    <w:p>
      <w:r>
        <w:rPr>
          <w:b/>
        </w:rPr>
        <w:t xml:space="preserve">[07:54] </w:t>
      </w:r>
      <w:r>
        <w:t>tha.</w:t>
      </w:r>
    </w:p>
    <w:p>
      <w:pPr>
        <w:jc w:val="right"/>
      </w:pPr>
      <w:r>
        <w:t>تھا۔</w:t>
      </w:r>
    </w:p>
    <w:p>
      <w:r>
        <w:rPr>
          <w:b/>
        </w:rPr>
        <w:t xml:space="preserve">[07:59] </w:t>
      </w:r>
      <w:r>
        <w:t>to main bhi uth gaya, bohat se log uthe.</w:t>
      </w:r>
    </w:p>
    <w:p>
      <w:pPr>
        <w:jc w:val="right"/>
      </w:pPr>
      <w:r>
        <w:t>تو میں بھی اٹھ گیا، بہت سے لوگ اٹھے۔</w:t>
      </w:r>
    </w:p>
    <w:p>
      <w:r>
        <w:rPr>
          <w:b/>
        </w:rPr>
        <w:t xml:space="preserve">[08:04] </w:t>
      </w:r>
      <w:r>
        <w:t>to woh us waqt dream un ka khatam ho gaya.</w:t>
      </w:r>
    </w:p>
    <w:p>
      <w:pPr>
        <w:jc w:val="right"/>
      </w:pPr>
      <w:r>
        <w:t>تو وہ اس وقت ڈریم ان کا ختم ہو گیا۔</w:t>
      </w:r>
    </w:p>
    <w:p>
      <w:r>
        <w:rPr>
          <w:b/>
        </w:rPr>
        <w:t xml:space="preserve">[08:09] </w:t>
      </w:r>
      <w:r>
        <w:t>yani theek us waqt un ka dream khatam hua isi earthquake se.</w:t>
      </w:r>
    </w:p>
    <w:p>
      <w:pPr>
        <w:jc w:val="right"/>
      </w:pPr>
      <w:r>
        <w:t>یعنی ٹھیک اس وقت ان کا ڈریم ختم ہوا اسی ارتھ کویک سے۔</w:t>
      </w:r>
    </w:p>
    <w:p>
      <w:r>
        <w:rPr>
          <w:b/>
        </w:rPr>
        <w:t xml:space="preserve">[08:15] </w:t>
      </w:r>
      <w:r>
        <w:t>earthquake, gadgadahat aur us ke jo hil raha tha sara, us ki wajah se.</w:t>
      </w:r>
    </w:p>
    <w:p>
      <w:pPr>
        <w:jc w:val="right"/>
      </w:pPr>
      <w:r>
        <w:t>ارتھ کویک، گڑگڑاہٹ اور اس کے جو ہل رہا تھا سارا، اس کی وجہ سے۔</w:t>
      </w:r>
    </w:p>
    <w:p>
      <w:r>
        <w:rPr>
          <w:b/>
        </w:rPr>
        <w:t xml:space="preserve">[08:20] </w:t>
      </w:r>
      <w:r>
        <w:t>to main samajhta hoon ke yeh kehna taqreeban durust hai ke yeh warning hai, nature ki warning hai</w:t>
      </w:r>
    </w:p>
    <w:p>
      <w:pPr>
        <w:jc w:val="right"/>
      </w:pPr>
      <w:r>
        <w:t>تو میں سمجھتا ہوں کہ یہ کہنا تقریباً درست ہے کہ یہ وارننگ ہے، نیچر کی وارننگ ہے</w:t>
      </w:r>
    </w:p>
    <w:p>
      <w:r>
        <w:rPr>
          <w:b/>
        </w:rPr>
        <w:t xml:space="preserve">[08:25] </w:t>
      </w:r>
      <w:r>
        <w:t>ke waqt qareeb aa gaya.</w:t>
      </w:r>
    </w:p>
    <w:p>
      <w:pPr>
        <w:jc w:val="right"/>
      </w:pPr>
      <w:r>
        <w:t>کہ وقت قریب آ گیا۔</w:t>
      </w:r>
    </w:p>
    <w:p>
      <w:r>
        <w:rPr>
          <w:b/>
        </w:rPr>
        <w:t xml:space="preserve">[08:29] </w:t>
      </w:r>
      <w:r>
        <w:t>hum Allah ki tofeeq se literal tor par words mein yeh warning de rahe hain bohat pehle se</w:t>
      </w:r>
    </w:p>
    <w:p>
      <w:pPr>
        <w:jc w:val="right"/>
      </w:pPr>
      <w:r>
        <w:t>ہم اللہ کی توفیق سے لٹرل طور پر ورڈز میں یہ وارننگ دے رہے ہیں بہت پہلے سے</w:t>
      </w:r>
    </w:p>
    <w:p>
      <w:r>
        <w:rPr>
          <w:b/>
        </w:rPr>
        <w:t xml:space="preserve">[08:33] </w:t>
      </w:r>
      <w:r>
        <w:t>ke aye logon, aagah ho jao.</w:t>
      </w:r>
    </w:p>
    <w:p>
      <w:pPr>
        <w:jc w:val="right"/>
      </w:pPr>
      <w:r>
        <w:t>کہ اے لوگوں، آگاہ ہو جاؤ۔</w:t>
      </w:r>
    </w:p>
    <w:p>
      <w:r>
        <w:rPr>
          <w:b/>
        </w:rPr>
        <w:t xml:space="preserve">[08:37] </w:t>
      </w:r>
      <w:r>
        <w:t>apni behoshi ko todo.</w:t>
      </w:r>
    </w:p>
    <w:p>
      <w:pPr>
        <w:jc w:val="right"/>
      </w:pPr>
      <w:r>
        <w:t>اپنی بے ہوشی کو توڑو۔</w:t>
      </w:r>
    </w:p>
    <w:p>
      <w:r>
        <w:rPr>
          <w:b/>
        </w:rPr>
        <w:t xml:space="preserve">[08:41] </w:t>
      </w:r>
      <w:r>
        <w:t>apne apne in awareness ko khatam karo.</w:t>
      </w:r>
    </w:p>
    <w:p>
      <w:pPr>
        <w:jc w:val="right"/>
      </w:pPr>
      <w:r>
        <w:t>اپنے اپنے ان اویرنس کو ختم کرو۔</w:t>
      </w:r>
    </w:p>
    <w:p>
      <w:r>
        <w:rPr>
          <w:b/>
        </w:rPr>
        <w:t xml:space="preserve">[08:45] </w:t>
      </w:r>
      <w:r>
        <w:t>yeh duniya test ke liye thi, yeh enjoy mil ke liye nahi thi.</w:t>
      </w:r>
    </w:p>
    <w:p>
      <w:pPr>
        <w:jc w:val="right"/>
      </w:pPr>
      <w:r>
        <w:t>یہ دنیا ٹیسٹ کے لیے تھی، یہ انجوائے مل کے لیے نہیں تھی۔</w:t>
      </w:r>
    </w:p>
    <w:p>
      <w:r>
        <w:rPr>
          <w:b/>
        </w:rPr>
        <w:t xml:space="preserve">[08:49] </w:t>
      </w:r>
      <w:r>
        <w:t>yeh entertainment ke liye nahi thi.</w:t>
      </w:r>
    </w:p>
    <w:p>
      <w:pPr>
        <w:jc w:val="right"/>
      </w:pPr>
      <w:r>
        <w:t>یہ انٹرٹینمنٹ کے لیے نہیں تھی۔</w:t>
      </w:r>
    </w:p>
    <w:p>
      <w:r>
        <w:rPr>
          <w:b/>
        </w:rPr>
        <w:t xml:space="preserve">[08:53] </w:t>
      </w:r>
      <w:r>
        <w:t>yeh duniya is liye nahi thi ke aap yahan par ap</w:t>
      </w:r>
    </w:p>
    <w:p>
      <w:pPr>
        <w:jc w:val="right"/>
      </w:pPr>
      <w:r>
        <w:t>یہ دنیا اس لیے نہیں تھی کہ آپ یہاں پر اپ</w:t>
      </w:r>
    </w:p>
    <w:p>
      <w:r>
        <w:rPr>
          <w:b/>
        </w:rPr>
        <w:t xml:space="preserve">[08:57] </w:t>
      </w:r>
      <w:r>
        <w:t>na apne liye koi paradise banaein. nahi.</w:t>
      </w:r>
    </w:p>
    <w:p>
      <w:pPr>
        <w:jc w:val="right"/>
      </w:pPr>
      <w:r>
        <w:t>نا اپنے لیے کوئی پیراڈائز بنائیں۔ نہیں۔</w:t>
      </w:r>
    </w:p>
    <w:p>
      <w:r>
        <w:rPr>
          <w:b/>
        </w:rPr>
        <w:t xml:space="preserve">[09:02] </w:t>
      </w:r>
      <w:r>
        <w:t>yeh test ke liye thi.</w:t>
      </w:r>
    </w:p>
    <w:p>
      <w:pPr>
        <w:jc w:val="right"/>
      </w:pPr>
      <w:r>
        <w:t>یہ ٹیسٹ کے لیے تھی۔</w:t>
      </w:r>
    </w:p>
    <w:p>
      <w:r>
        <w:rPr>
          <w:b/>
        </w:rPr>
        <w:t xml:space="preserve">[09:07] </w:t>
      </w:r>
      <w:r>
        <w:t>is test ke baad yahan jo saman mila tha aap ko, woh sab test ke liye tha.</w:t>
      </w:r>
    </w:p>
    <w:p>
      <w:pPr>
        <w:jc w:val="right"/>
      </w:pPr>
      <w:r>
        <w:t>اس ٹیسٹ کے بعد یہاں جو سامان ملا تھا آپ کو، وہ سب ٹیسٹ کے لیے تھا۔</w:t>
      </w:r>
    </w:p>
    <w:p>
      <w:r>
        <w:rPr>
          <w:b/>
        </w:rPr>
        <w:t xml:space="preserve">[09:12] </w:t>
      </w:r>
      <w:r>
        <w:t>jis tarah student ke liye imtehan hall mein kuch cheezein milti hain, lekin woh test ke liye milti hain.</w:t>
      </w:r>
    </w:p>
    <w:p>
      <w:pPr>
        <w:jc w:val="right"/>
      </w:pPr>
      <w:r>
        <w:t>جس طرح اسٹوڈنٹ کے لیے امتحان حال میں کچھ چیزیں ملتی ہیں، لیکن وہ ٹیسٹ کے لیے ملتی ہیں۔</w:t>
      </w:r>
    </w:p>
    <w:p>
      <w:r>
        <w:rPr>
          <w:b/>
        </w:rPr>
        <w:t xml:space="preserve">[09:17] </w:t>
      </w:r>
      <w:r>
        <w:t>in ka malik nahi hota woh.</w:t>
      </w:r>
    </w:p>
    <w:p>
      <w:pPr>
        <w:jc w:val="right"/>
      </w:pPr>
      <w:r>
        <w:t>ان کا مالک نہیں ہوتا وہ۔</w:t>
      </w:r>
    </w:p>
    <w:p>
      <w:r>
        <w:rPr>
          <w:b/>
        </w:rPr>
        <w:t xml:space="preserve">[09:22] </w:t>
      </w:r>
      <w:r>
        <w:t>ab yeh sab cheez chhan jaane wali hai. kyun ke test</w:t>
      </w:r>
    </w:p>
    <w:p>
      <w:pPr>
        <w:jc w:val="right"/>
      </w:pPr>
      <w:r>
        <w:t>اب یہ سب چیز چھن جانے والی ہے۔ کیونکہ ٹیسٹ</w:t>
      </w:r>
    </w:p>
    <w:p>
      <w:r>
        <w:rPr>
          <w:b/>
        </w:rPr>
        <w:t xml:space="preserve">[09:27] </w:t>
      </w:r>
      <w:r>
        <w:t>khatm to cheezein bhi chhan jayengi.</w:t>
      </w:r>
    </w:p>
    <w:p>
      <w:pPr>
        <w:jc w:val="right"/>
      </w:pPr>
      <w:r>
        <w:t>ختم تو چیزیں بھی چھن جائیں گی۔</w:t>
      </w:r>
    </w:p>
    <w:p>
      <w:r>
        <w:rPr>
          <w:b/>
        </w:rPr>
        <w:t xml:space="preserve">[09:35] </w:t>
      </w:r>
      <w:r>
        <w:t>to aakhri waqt aa gaya hai ke insaan is par soche.</w:t>
      </w:r>
    </w:p>
    <w:p>
      <w:pPr>
        <w:jc w:val="right"/>
      </w:pPr>
      <w:r>
        <w:t>تو آخری وقت آ گیا ہے کہ انسان اس پر سوچے۔</w:t>
      </w:r>
    </w:p>
    <w:p>
      <w:r>
        <w:rPr>
          <w:b/>
        </w:rPr>
        <w:t xml:space="preserve">[09:42] </w:t>
      </w:r>
      <w:r>
        <w:t>quran mein bataya gaya hai ke do nafk, yaani do baar sur phoonka jayega.</w:t>
      </w:r>
    </w:p>
    <w:p>
      <w:pPr>
        <w:jc w:val="right"/>
      </w:pPr>
      <w:r>
        <w:t>قرآن میں بتایا گیا ہے کہ دو نفخ، یعنی دو بار سور پھونکا جائے گا۔</w:t>
      </w:r>
    </w:p>
    <w:p>
      <w:r>
        <w:rPr>
          <w:b/>
        </w:rPr>
        <w:t xml:space="preserve">[09:50] </w:t>
      </w:r>
      <w:r>
        <w:t>to mera qayas yeh hai ke ek hai natural sur aur ek hai an</w:t>
      </w:r>
    </w:p>
    <w:p>
      <w:pPr>
        <w:jc w:val="right"/>
      </w:pPr>
      <w:r>
        <w:t>تو میرا قیاس یہ ہے کہ ایک ہے نیچرل سور اور ایک ہے این</w:t>
      </w:r>
    </w:p>
    <w:p>
      <w:r>
        <w:rPr>
          <w:b/>
        </w:rPr>
        <w:t xml:space="preserve">[09:57] </w:t>
      </w:r>
      <w:r>
        <w:t>gel ka sur.</w:t>
      </w:r>
    </w:p>
    <w:p>
      <w:pPr>
        <w:jc w:val="right"/>
      </w:pPr>
      <w:r>
        <w:t>جل کا سور۔</w:t>
      </w:r>
    </w:p>
    <w:p>
      <w:r>
        <w:rPr>
          <w:b/>
        </w:rPr>
        <w:t xml:space="preserve">[10:03] </w:t>
      </w:r>
      <w:r>
        <w:t>yaani israfeel jo angel hain, woh sur phoonkenge.</w:t>
      </w:r>
    </w:p>
    <w:p>
      <w:pPr>
        <w:jc w:val="right"/>
      </w:pPr>
      <w:r>
        <w:t>یعنی اسرافیل جو اینجل ہیں، وہ سور پھونکیں گے۔</w:t>
      </w:r>
    </w:p>
    <w:p>
      <w:r>
        <w:rPr>
          <w:b/>
        </w:rPr>
        <w:t xml:space="preserve">[10:08] </w:t>
      </w:r>
      <w:r>
        <w:t>to nature ka sur phoonka ja chuka.</w:t>
      </w:r>
    </w:p>
    <w:p>
      <w:pPr>
        <w:jc w:val="right"/>
      </w:pPr>
      <w:r>
        <w:t>تو نیچر کا سور پھونکا جا چکا۔</w:t>
      </w:r>
    </w:p>
    <w:p>
      <w:r>
        <w:rPr>
          <w:b/>
        </w:rPr>
        <w:t xml:space="preserve">[10:13] </w:t>
      </w:r>
      <w:r>
        <w:t>mein samajhta hoon ke pehla nafk jo hai, is se murad hai natural warning.</w:t>
      </w:r>
    </w:p>
    <w:p>
      <w:pPr>
        <w:jc w:val="right"/>
      </w:pPr>
      <w:r>
        <w:t>میں سمجھتا ہوں کہ پہلا نفخ جو ہے، اس سے مراد ہے نیچرل وارننگ۔</w:t>
      </w:r>
    </w:p>
    <w:p>
      <w:r>
        <w:rPr>
          <w:b/>
        </w:rPr>
        <w:t xml:space="preserve">[10:18] </w:t>
      </w:r>
      <w:r>
        <w:t>jo doosra nafk hai, is se murad hai israfeel ka sur phoonka jaana, jis ke baad dunya ka</w:t>
      </w:r>
    </w:p>
    <w:p>
      <w:pPr>
        <w:jc w:val="right"/>
      </w:pPr>
      <w:r>
        <w:t>جو دوسرا نفخ ہے، اس سے مراد ہے اسرافیل کا سور پھونکا جانا، جس کے بعد دنیا کا</w:t>
      </w:r>
    </w:p>
    <w:p>
      <w:r>
        <w:rPr>
          <w:b/>
        </w:rPr>
        <w:t xml:space="preserve">[10:23] </w:t>
      </w:r>
      <w:r>
        <w:t>khatma hai, aakhri khatma.</w:t>
      </w:r>
    </w:p>
    <w:p>
      <w:pPr>
        <w:jc w:val="right"/>
      </w:pPr>
      <w:r>
        <w:t>خاتمہ ہے، آخری خاتمہ۔</w:t>
      </w:r>
    </w:p>
    <w:p>
      <w:r>
        <w:rPr>
          <w:b/>
        </w:rPr>
        <w:t xml:space="preserve">[10:28] </w:t>
      </w:r>
      <w:r>
        <w:t>aur is ke baad phir day of judgment hai.</w:t>
      </w:r>
    </w:p>
    <w:p>
      <w:pPr>
        <w:jc w:val="right"/>
      </w:pPr>
      <w:r>
        <w:t>اور اس کے بعد پھر ڈے آف ججمنٹ ہے۔</w:t>
      </w:r>
    </w:p>
    <w:p>
      <w:r>
        <w:rPr>
          <w:b/>
        </w:rPr>
        <w:t xml:space="preserve">[10:40] </w:t>
      </w:r>
      <w:r>
        <w:t>to mein samajhta hoon ke woh aakhri waqt aa gaya hai jab ke hum is par sochein.</w:t>
      </w:r>
    </w:p>
    <w:p>
      <w:pPr>
        <w:jc w:val="right"/>
      </w:pPr>
      <w:r>
        <w:t>تو میں سمجھتا ہوں کہ وہ آخری وقت آ گیا ہے جب کہ ہم اس پر سوچیں۔</w:t>
      </w:r>
    </w:p>
    <w:p>
      <w:r>
        <w:rPr>
          <w:b/>
        </w:rPr>
        <w:t xml:space="preserve">[10:53] </w:t>
      </w:r>
      <w:r>
        <w:t>quran mein baar baar is aane wale din ki peshangoi ki gayi hai.</w:t>
      </w:r>
    </w:p>
    <w:p>
      <w:pPr>
        <w:jc w:val="right"/>
      </w:pPr>
      <w:r>
        <w:t>قرآن میں بار بار اس آنے والے دن کی پیشنگوئی کی گئی ہے۔</w:t>
      </w:r>
    </w:p>
    <w:p>
      <w:r>
        <w:rPr>
          <w:b/>
        </w:rPr>
        <w:t xml:space="preserve">[11:05] </w:t>
      </w:r>
      <w:r>
        <w:t>zalzala surah quran ki surah number 99 jo hai, 99 mein farmaya ke</w:t>
      </w:r>
    </w:p>
    <w:p>
      <w:pPr>
        <w:jc w:val="right"/>
      </w:pPr>
      <w:r>
        <w:t>زلزل سورۃ قرآن کی سورۃ نمبر 99 جو ہے، 99 میں فرمایا کہ</w:t>
      </w:r>
    </w:p>
    <w:p>
      <w:r>
        <w:rPr>
          <w:b/>
        </w:rPr>
        <w:t xml:space="preserve">[11:18] </w:t>
      </w:r>
      <w:r>
        <w:t>yeh quran ki chapter number 99 hai.</w:t>
      </w:r>
    </w:p>
    <w:p>
      <w:pPr>
        <w:jc w:val="right"/>
      </w:pPr>
      <w:r>
        <w:t>یہ قرآن کی چیپٹر نمبر 99 ہے۔</w:t>
      </w:r>
    </w:p>
    <w:p>
      <w:r>
        <w:rPr>
          <w:b/>
        </w:rPr>
        <w:t xml:space="preserve">[11:24] </w:t>
      </w:r>
      <w:r>
        <w:t>is mein bataya gaya hai ke ek waqt aayega ke jab dunya zalzale se hila mari jayegi.</w:t>
      </w:r>
    </w:p>
    <w:p>
      <w:pPr>
        <w:jc w:val="right"/>
      </w:pPr>
      <w:r>
        <w:t>اس میں بتایا گیا ہے کہ ایک وقت آئے گا کہ جب دنیا زلزلے سے ہلا ماری جائے گی۔</w:t>
      </w:r>
    </w:p>
    <w:p>
      <w:r>
        <w:rPr>
          <w:b/>
        </w:rPr>
        <w:t xml:space="preserve">[11:30] </w:t>
      </w:r>
      <w:r>
        <w:t>ek jhatka, ek zalzala.</w:t>
      </w:r>
    </w:p>
    <w:p>
      <w:pPr>
        <w:jc w:val="right"/>
      </w:pPr>
      <w:r>
        <w:t>ایک جھٹکا، ایک زلزلہ۔</w:t>
      </w:r>
    </w:p>
    <w:p>
      <w:r>
        <w:rPr>
          <w:b/>
        </w:rPr>
        <w:t xml:space="preserve">[11:37] </w:t>
      </w:r>
      <w:r>
        <w:t>woh khatme ka waqt hoga.</w:t>
      </w:r>
    </w:p>
    <w:p>
      <w:pPr>
        <w:jc w:val="right"/>
      </w:pPr>
      <w:r>
        <w:t>وہ خاتمے کا وقت ہوگا۔</w:t>
      </w:r>
    </w:p>
    <w:p>
      <w:r>
        <w:rPr>
          <w:b/>
        </w:rPr>
        <w:t xml:space="preserve">[11:43] </w:t>
      </w:r>
      <w:r>
        <w:t>is ke baad yeh zameen badal ke doosri zameen bana di jayegi. yaani</w:t>
      </w:r>
    </w:p>
    <w:p>
      <w:pPr>
        <w:jc w:val="right"/>
      </w:pPr>
      <w:r>
        <w:t>اس کے بعد یہ زمین بدل کے دوسری زمین بنا دی جائے گی۔ یعنی</w:t>
      </w:r>
    </w:p>
    <w:p>
      <w:r>
        <w:rPr>
          <w:b/>
        </w:rPr>
        <w:t xml:space="preserve">[11:49] </w:t>
      </w:r>
      <w:r>
        <w:t>test period khatm, result period shuru.</w:t>
      </w:r>
    </w:p>
    <w:p>
      <w:pPr>
        <w:jc w:val="right"/>
      </w:pPr>
      <w:r>
        <w:t>ٹیسٹ پیریڈ ختم، رزلٹ پیریڈ شروع۔</w:t>
      </w:r>
    </w:p>
    <w:p>
      <w:r>
        <w:rPr>
          <w:b/>
        </w:rPr>
        <w:t xml:space="preserve">[11:54] </w:t>
      </w:r>
      <w:r>
        <w:t>to farmaya ke is din saare ahwal samne aa jayenge.</w:t>
      </w:r>
    </w:p>
    <w:p>
      <w:pPr>
        <w:jc w:val="right"/>
      </w:pPr>
      <w:r>
        <w:t>تو فرمایا کہ اس دن سارے احوال سامنے آ جائیں گے۔</w:t>
      </w:r>
    </w:p>
    <w:p>
      <w:r>
        <w:rPr>
          <w:b/>
        </w:rPr>
        <w:t xml:space="preserve">[11:59] </w:t>
      </w:r>
      <w:r>
        <w:t>jo unseen hai, woh seen ban jayega.</w:t>
      </w:r>
    </w:p>
    <w:p>
      <w:pPr>
        <w:jc w:val="right"/>
      </w:pPr>
      <w:r>
        <w:t>جو ان سین ہے، وہ سین بن جائے گا۔</w:t>
      </w:r>
    </w:p>
    <w:p>
      <w:r>
        <w:rPr>
          <w:b/>
        </w:rPr>
        <w:t xml:space="preserve">[12:04] </w:t>
      </w:r>
      <w:r>
        <w:t>insaan jo kuch kar raha hai, jo us ki recording ho rahi hai zameen mein, yahan par.</w:t>
      </w:r>
    </w:p>
    <w:p>
      <w:pPr>
        <w:jc w:val="right"/>
      </w:pPr>
      <w:r>
        <w:t>انسان جو کچھ کر رہا ہے، جو اس کی ریکارڈنگ ہو رہی ہے زمین میں، یہاں پر۔</w:t>
      </w:r>
    </w:p>
    <w:p>
      <w:r>
        <w:rPr>
          <w:b/>
        </w:rPr>
        <w:t xml:space="preserve">[12:09] </w:t>
      </w:r>
      <w:r>
        <w:t>jaisa ke quran se sabit hai yeh ke insaan jo kuch bolta hai, us ki recording hoti hai.</w:t>
      </w:r>
    </w:p>
    <w:p>
      <w:pPr>
        <w:jc w:val="right"/>
      </w:pPr>
      <w:r>
        <w:t>جیسا کہ قرآن سے ثابت ہے یہ کہ انسان جو کچھ بولتا ہے، اس کی ریکارڈنگ ہوتی ہے۔</w:t>
      </w:r>
    </w:p>
    <w:p>
      <w:r>
        <w:rPr>
          <w:b/>
        </w:rPr>
        <w:t xml:space="preserve">[12:14] </w:t>
      </w:r>
      <w:r>
        <w:t>jo kuch karta hai, us ki recording hoti hai. jo bhi</w:t>
      </w:r>
    </w:p>
    <w:p>
      <w:pPr>
        <w:jc w:val="right"/>
      </w:pPr>
      <w:r>
        <w:t>جو کچھ کرتا ہے، اس کی ریکارڈنگ ہوتی ہے۔ جو بھی</w:t>
      </w:r>
    </w:p>
    <w:p>
      <w:r>
        <w:rPr>
          <w:b/>
        </w:rPr>
        <w:t xml:space="preserve">[12:19] </w:t>
      </w:r>
      <w:r>
        <w:t>us ka behavior hai, negative ya positive, acha ya bura, in sab ki yahan recording ho rahi hai.</w:t>
      </w:r>
    </w:p>
    <w:p>
      <w:pPr>
        <w:jc w:val="right"/>
      </w:pPr>
      <w:r>
        <w:t>اس کا بیہیویئر ہے، نیگیٹیو یا پازیٹیو، اچھا یا برا، ان سب کی یہاں ریکارڈنگ ہو رہی ہے۔</w:t>
      </w:r>
    </w:p>
    <w:p>
      <w:r>
        <w:rPr>
          <w:b/>
        </w:rPr>
        <w:t xml:space="preserve">[12:25] </w:t>
      </w:r>
      <w:r>
        <w:t>wo sara record samne aa jayega.</w:t>
      </w:r>
    </w:p>
    <w:p>
      <w:pPr>
        <w:jc w:val="right"/>
      </w:pPr>
      <w:r>
        <w:t>وہ سارا ریکارڈ سامنے آ جائے گا۔</w:t>
      </w:r>
    </w:p>
    <w:p>
      <w:r>
        <w:rPr>
          <w:b/>
        </w:rPr>
        <w:t xml:space="preserve">[12:30] </w:t>
      </w:r>
      <w:r>
        <w:t>aur insaan pukar uthega ke yeh kya ho gaya? yeh kya ho gaya? hum to samajhte thay</w:t>
      </w:r>
    </w:p>
    <w:p>
      <w:pPr>
        <w:jc w:val="right"/>
      </w:pPr>
      <w:r>
        <w:t>اور انسان پکار اٹھے گا کہ یہ کیا ہو گیا؟ یہ کیا ہو گیا؟ ہم تو سمجھتے تھے</w:t>
      </w:r>
    </w:p>
    <w:p>
      <w:r>
        <w:rPr>
          <w:b/>
        </w:rPr>
        <w:t xml:space="preserve">[12:35] </w:t>
      </w:r>
      <w:r>
        <w:t>ke dunya jo hai, khoob aram karo yahan par.</w:t>
      </w:r>
    </w:p>
    <w:p>
      <w:pPr>
        <w:jc w:val="right"/>
      </w:pPr>
      <w:r>
        <w:t>کہ دنیا جو ہے، خوب آرام کرو یہاں پر۔</w:t>
      </w:r>
    </w:p>
    <w:p>
      <w:r>
        <w:rPr>
          <w:b/>
        </w:rPr>
        <w:t xml:space="preserve">[12:40] </w:t>
      </w:r>
      <w:r>
        <w:t>enjoy karo aur mar jao.</w:t>
      </w:r>
    </w:p>
    <w:p>
      <w:pPr>
        <w:jc w:val="right"/>
      </w:pPr>
      <w:r>
        <w:t>انجوائے کرو اور مر جاؤ۔</w:t>
      </w:r>
    </w:p>
    <w:p>
      <w:r>
        <w:rPr>
          <w:b/>
        </w:rPr>
        <w:t xml:space="preserve">[12:45] </w:t>
      </w:r>
      <w:r>
        <w:t>to yeh kya ho gaya?</w:t>
      </w:r>
    </w:p>
    <w:p>
      <w:pPr>
        <w:jc w:val="right"/>
      </w:pPr>
      <w:r>
        <w:t>تو یہ کیا ہو گیا؟</w:t>
      </w:r>
    </w:p>
    <w:p>
      <w:r>
        <w:rPr>
          <w:b/>
        </w:rPr>
        <w:t xml:space="preserve">[12:50] </w:t>
      </w:r>
      <w:r>
        <w:t>to is din insaan jagega.</w:t>
      </w:r>
    </w:p>
    <w:p>
      <w:pPr>
        <w:jc w:val="right"/>
      </w:pPr>
      <w:r>
        <w:t>تو اس دن انسان جاگے گا۔</w:t>
      </w:r>
    </w:p>
    <w:p>
      <w:r>
        <w:rPr>
          <w:b/>
        </w:rPr>
        <w:t xml:space="preserve">[12:56] </w:t>
      </w:r>
      <w:r>
        <w:t>hadees mein aata hai ke rasool Allah ne farmaya ke log so rahe hain.</w:t>
      </w:r>
    </w:p>
    <w:p>
      <w:pPr>
        <w:jc w:val="right"/>
      </w:pPr>
      <w:r>
        <w:t>حدیث میں آتا ہے کہ رسول اللہ نے فرمایا کہ لوگ سو رہے ہیں۔</w:t>
      </w:r>
    </w:p>
    <w:p>
      <w:r>
        <w:rPr>
          <w:b/>
        </w:rPr>
        <w:t xml:space="preserve">[13:01] </w:t>
      </w:r>
      <w:r>
        <w:t>qayamat un ko jagayegi.</w:t>
      </w:r>
    </w:p>
    <w:p>
      <w:pPr>
        <w:jc w:val="right"/>
      </w:pPr>
      <w:r>
        <w:t>قیامت ان کو جگائے گی۔</w:t>
      </w:r>
    </w:p>
    <w:p>
      <w:r>
        <w:rPr>
          <w:b/>
        </w:rPr>
        <w:t xml:space="preserve">[13:06] </w:t>
      </w:r>
      <w:r>
        <w:t>yani log be khabar hain.</w:t>
      </w:r>
    </w:p>
    <w:p>
      <w:pPr>
        <w:jc w:val="right"/>
      </w:pPr>
      <w:r>
        <w:t>یعنی لوگ بے خبر ہیں۔</w:t>
      </w:r>
    </w:p>
    <w:p>
      <w:r>
        <w:rPr>
          <w:b/>
        </w:rPr>
        <w:t xml:space="preserve">[13:11] </w:t>
      </w:r>
      <w:r>
        <w:t>be khabar hain is baat se ke khuda ne un ko kyun paida kiya.</w:t>
      </w:r>
    </w:p>
    <w:p>
      <w:pPr>
        <w:jc w:val="right"/>
      </w:pPr>
      <w:r>
        <w:t>بے خبر ہیں اس بات سے کہ خدا نے ان کو کیوں پیدا کیا۔</w:t>
      </w:r>
    </w:p>
    <w:p>
      <w:r>
        <w:rPr>
          <w:b/>
        </w:rPr>
        <w:t xml:space="preserve">[13:16] </w:t>
      </w:r>
      <w:r>
        <w:t>creation plan of god kya hai? un se kya poocha jane wala hai? agli manzil kya hai un ki?</w:t>
      </w:r>
    </w:p>
    <w:p>
      <w:pPr>
        <w:jc w:val="right"/>
      </w:pPr>
      <w:r>
        <w:t>کریشن پلان آف گاڈ کیا ہے؟ ان سے کیا پوچھا جانے والا ہے؟ اگلی منزل کیا ہے ان کی؟</w:t>
      </w:r>
    </w:p>
    <w:p>
      <w:r>
        <w:rPr>
          <w:b/>
        </w:rPr>
        <w:t xml:space="preserve">[13:22] </w:t>
      </w:r>
      <w:r>
        <w:t>age day of judgment hai, phir hell hai aur paradise hai.</w:t>
      </w:r>
    </w:p>
    <w:p>
      <w:pPr>
        <w:jc w:val="right"/>
      </w:pPr>
      <w:r>
        <w:t>آگے ڈے آف ججمنٹ ہے، پھر ہیل ہے اور پیراڈائز ہے۔</w:t>
      </w:r>
    </w:p>
    <w:p>
      <w:r>
        <w:rPr>
          <w:b/>
        </w:rPr>
        <w:t xml:space="preserve">[13:27] </w:t>
      </w:r>
      <w:r>
        <w:t>in sab cheezon se unaware reh kar, be khabar reh kar, wo zindagi guzar rahe hain.</w:t>
      </w:r>
    </w:p>
    <w:p>
      <w:pPr>
        <w:jc w:val="right"/>
      </w:pPr>
      <w:r>
        <w:t>ان سب چیزوں سے ان ایور رہ کر، بے خبر رہ کر، وہ زندگی گزار رہے ہیں۔</w:t>
      </w:r>
    </w:p>
    <w:p>
      <w:r>
        <w:rPr>
          <w:b/>
        </w:rPr>
        <w:t xml:space="preserve">[13:32] </w:t>
      </w:r>
      <w:r>
        <w:t>isi halat ko farmaya ke log so rahe hain.</w:t>
      </w:r>
    </w:p>
    <w:p>
      <w:pPr>
        <w:jc w:val="right"/>
      </w:pPr>
      <w:r>
        <w:t>اسی حالت کو فرمایا کہ لوگ سو رہے ہیں۔</w:t>
      </w:r>
    </w:p>
    <w:p>
      <w:r>
        <w:rPr>
          <w:b/>
        </w:rPr>
        <w:t xml:space="preserve">[13:38] </w:t>
      </w:r>
      <w:r>
        <w:t>qayamat ki gargharhat un ko jaga degi.</w:t>
      </w:r>
    </w:p>
    <w:p>
      <w:pPr>
        <w:jc w:val="right"/>
      </w:pPr>
      <w:r>
        <w:t>قیامت کی گڑگڑاہٹ ان کو جگا دے گی۔</w:t>
      </w:r>
    </w:p>
    <w:p>
      <w:r>
        <w:rPr>
          <w:b/>
        </w:rPr>
        <w:t xml:space="preserve">[13:43] </w:t>
      </w:r>
      <w:r>
        <w:t>to main samajhta hoon ke yeh warning hai nature ki taraf se.</w:t>
      </w:r>
    </w:p>
    <w:p>
      <w:pPr>
        <w:jc w:val="right"/>
      </w:pPr>
      <w:r>
        <w:t>تو میں سمجھتا ہوں کہ یہ وارننگ ہے نیچر کی طرف سے۔</w:t>
      </w:r>
    </w:p>
    <w:p>
      <w:r>
        <w:rPr>
          <w:b/>
        </w:rPr>
        <w:t xml:space="preserve">[13:48] </w:t>
      </w:r>
      <w:r>
        <w:t>yani farishte ke nafeh soor se pehle yeh warning hai.</w:t>
      </w:r>
    </w:p>
    <w:p>
      <w:pPr>
        <w:jc w:val="right"/>
      </w:pPr>
      <w:r>
        <w:t>یعنی فرشتے کے نفخ سور سے پہلے یہ وارننگ ہے۔</w:t>
      </w:r>
    </w:p>
    <w:p>
      <w:r>
        <w:rPr>
          <w:b/>
        </w:rPr>
        <w:t xml:space="preserve">[13:53] </w:t>
      </w:r>
      <w:r>
        <w:t>kyun ke hadees mein aata hai ke in Allah yaghfir.</w:t>
      </w:r>
    </w:p>
    <w:p>
      <w:pPr>
        <w:jc w:val="right"/>
      </w:pPr>
      <w:r>
        <w:t>کیونکہ حدیث میں آتا ہے کہ ان اللہ یغفر۔</w:t>
      </w:r>
    </w:p>
    <w:p>
      <w:r>
        <w:rPr>
          <w:b/>
        </w:rPr>
        <w:t xml:space="preserve">[13:59] </w:t>
      </w:r>
      <w:r>
        <w:t>yani maut ke aakhri waqt tak khuda insaan ki toba qabool karta hai.</w:t>
      </w:r>
    </w:p>
    <w:p>
      <w:pPr>
        <w:jc w:val="right"/>
      </w:pPr>
      <w:r>
        <w:t>یعنی موت کے آخری وقت تک خدا انسان کی توبہ قبول کرتا ہے۔</w:t>
      </w:r>
    </w:p>
    <w:p>
      <w:r>
        <w:rPr>
          <w:b/>
        </w:rPr>
        <w:t xml:space="preserve">[14:04] </w:t>
      </w:r>
      <w:r>
        <w:t>toba ke mani kya hain? aadmi yeh maane, confess kare ke i was wrong.</w:t>
      </w:r>
    </w:p>
    <w:p>
      <w:pPr>
        <w:jc w:val="right"/>
      </w:pPr>
      <w:r>
        <w:t>توبہ کے معنی کیا ہیں؟ آدمی یہ مانے، کانفیس کرے کہ آئی واز رونگ۔</w:t>
      </w:r>
    </w:p>
    <w:p>
      <w:r>
        <w:rPr>
          <w:b/>
        </w:rPr>
        <w:t xml:space="preserve">[14:09] </w:t>
      </w:r>
      <w:r>
        <w:t>main bhoola hua tha.</w:t>
      </w:r>
    </w:p>
    <w:p>
      <w:pPr>
        <w:jc w:val="right"/>
      </w:pPr>
      <w:r>
        <w:t>میں بھولا ہوا تھا۔</w:t>
      </w:r>
    </w:p>
    <w:p>
      <w:r>
        <w:rPr>
          <w:b/>
        </w:rPr>
        <w:t xml:space="preserve">[14:14] </w:t>
      </w:r>
      <w:r>
        <w:t>ab se main apni is zindagi ko khatam karunga.</w:t>
      </w:r>
    </w:p>
    <w:p>
      <w:pPr>
        <w:jc w:val="right"/>
      </w:pPr>
      <w:r>
        <w:t>اب سے میں اپنی اس زندگی کو ختم کروں گا۔</w:t>
      </w:r>
    </w:p>
    <w:p>
      <w:r>
        <w:rPr>
          <w:b/>
        </w:rPr>
        <w:t xml:space="preserve">[14:19] </w:t>
      </w:r>
      <w:r>
        <w:t>aur ab se main khuda ki</w:t>
      </w:r>
    </w:p>
    <w:p>
      <w:pPr>
        <w:jc w:val="right"/>
      </w:pPr>
      <w:r>
        <w:t>اور اب سے میں خدا کی</w:t>
      </w:r>
    </w:p>
    <w:p>
      <w:r>
        <w:rPr>
          <w:b/>
        </w:rPr>
        <w:t xml:space="preserve">[14:24] </w:t>
      </w:r>
      <w:r>
        <w:t>Khuda ka, kya aage surrender kar ke rahoonga. yeh hai tauba. to tauba ka waqt baqi hai abhi. jab tak insan mar nahi jata, tab tak tauba ka waqt baqi hai. main aaj subah soch raha tha is par, is earthquake par. to mere zehn mein aya ke yeh poora jo alam hai, aik bohat hi</w:t>
      </w:r>
    </w:p>
    <w:p>
      <w:pPr>
        <w:jc w:val="right"/>
      </w:pPr>
      <w:r>
        <w:t>، خدا کا، کیا آگے سرینڈر کر کے رہوں گا۔ یہ ہے توبہ۔ تو توبہ کا وقت باقی ہے ابھی۔ جب تک انسان مر نہیں جاتا، تب تک توبہ کا وقت باقی ہے۔ میں آج صبح سوچ رہا تھا اس پر، اس ارتھ کویک پر۔ تو میرے ذہن میں آیا کہ یہ پورا جو عالم ہے، ایک بہت ہی</w:t>
      </w:r>
    </w:p>
    <w:p>
      <w:r>
        <w:rPr>
          <w:b/>
        </w:rPr>
        <w:t xml:space="preserve">[14:54] </w:t>
      </w:r>
      <w:r>
        <w:t>intercate balance hai, is par qaim hai.</w:t>
      </w:r>
    </w:p>
    <w:p>
      <w:pPr>
        <w:jc w:val="right"/>
      </w:pPr>
      <w:r>
        <w:t>انٹرکیٹ بیلنس ہے، اس پر قائم ہے۔</w:t>
      </w:r>
    </w:p>
    <w:p>
      <w:r>
        <w:rPr>
          <w:b/>
        </w:rPr>
        <w:t xml:space="preserve">[14:58] </w:t>
      </w:r>
      <w:r>
        <w:t>bohat hi zyada aik complex qism ka, intricate qism ka balance hai.</w:t>
      </w:r>
    </w:p>
    <w:p>
      <w:pPr>
        <w:jc w:val="right"/>
      </w:pPr>
      <w:r>
        <w:t>بہت ہی زیادہ ایک کمپلیکس قسم کا، انٹرکیٹ قسم کا بیلنس ہے۔</w:t>
      </w:r>
    </w:p>
    <w:p>
      <w:r>
        <w:rPr>
          <w:b/>
        </w:rPr>
        <w:t xml:space="preserve">[15:01] </w:t>
      </w:r>
      <w:r>
        <w:t>aik tawazun hai.</w:t>
      </w:r>
    </w:p>
    <w:p>
      <w:pPr>
        <w:jc w:val="right"/>
      </w:pPr>
      <w:r>
        <w:t>ایک توازن ہے۔</w:t>
      </w:r>
    </w:p>
    <w:p>
      <w:r>
        <w:rPr>
          <w:b/>
        </w:rPr>
        <w:t xml:space="preserve">[15:05] </w:t>
      </w:r>
      <w:r>
        <w:t>is par yeh sara alam qaim hai.</w:t>
      </w:r>
    </w:p>
    <w:p>
      <w:pPr>
        <w:jc w:val="right"/>
      </w:pPr>
      <w:r>
        <w:t>اس پر یہ سارا عالم قائم ہے۔</w:t>
      </w:r>
    </w:p>
    <w:p>
      <w:r>
        <w:rPr>
          <w:b/>
        </w:rPr>
        <w:t xml:space="preserve">[15:09] </w:t>
      </w:r>
      <w:r>
        <w:t>zara sa agar toot jaye to sab kuch khatam.</w:t>
      </w:r>
    </w:p>
    <w:p>
      <w:pPr>
        <w:jc w:val="right"/>
      </w:pPr>
      <w:r>
        <w:t>ذرا سا اگر ٹوٹ جائے تو سب کچھ ختم۔</w:t>
      </w:r>
    </w:p>
    <w:p>
      <w:r>
        <w:rPr>
          <w:b/>
        </w:rPr>
        <w:t xml:space="preserve">[15:13] </w:t>
      </w:r>
      <w:r>
        <w:t>sab kuch khatam.</w:t>
      </w:r>
    </w:p>
    <w:p>
      <w:pPr>
        <w:jc w:val="right"/>
      </w:pPr>
      <w:r>
        <w:t>سب کچھ ختم۔</w:t>
      </w:r>
    </w:p>
    <w:p>
      <w:r>
        <w:rPr>
          <w:b/>
        </w:rPr>
        <w:t xml:space="preserve">[15:16] </w:t>
      </w:r>
      <w:r>
        <w:t>jaise earthquake hai.</w:t>
      </w:r>
    </w:p>
    <w:p>
      <w:pPr>
        <w:jc w:val="right"/>
      </w:pPr>
      <w:r>
        <w:t>جیسے ارتھ کویک ہے۔</w:t>
      </w:r>
    </w:p>
    <w:p>
      <w:r>
        <w:rPr>
          <w:b/>
        </w:rPr>
        <w:t xml:space="preserve">[15:20] </w:t>
      </w:r>
      <w:r>
        <w:t>aap jante hain ke zameen ke neeche bohat zabardast qism ka garam lava hai. volcanoes</w:t>
      </w:r>
    </w:p>
    <w:p>
      <w:pPr>
        <w:jc w:val="right"/>
      </w:pPr>
      <w:r>
        <w:t>آپ جانتے ہیں کہ زمین کے نیچے بہت زبردست قسم کا گرم لاوا ہے۔ والکینوز</w:t>
      </w:r>
    </w:p>
    <w:p>
      <w:r>
        <w:rPr>
          <w:b/>
        </w:rPr>
        <w:t xml:space="preserve">[15:24] </w:t>
      </w:r>
      <w:r>
        <w:t>hain.</w:t>
      </w:r>
    </w:p>
    <w:p>
      <w:pPr>
        <w:jc w:val="right"/>
      </w:pPr>
      <w:r>
        <w:t>ہیں۔</w:t>
      </w:r>
    </w:p>
    <w:p>
      <w:r>
        <w:rPr>
          <w:b/>
        </w:rPr>
        <w:t xml:space="preserve">[15:30] </w:t>
      </w:r>
      <w:r>
        <w:t>to in mein jo movement hoti hai, yani volcanic movement jo hoti hai andar, woh barabar hoti rehti hai.</w:t>
      </w:r>
    </w:p>
    <w:p>
      <w:pPr>
        <w:jc w:val="right"/>
      </w:pPr>
      <w:r>
        <w:t>تو ان میں جو موومنٹ ہوتی ہے، یعنی والکینک موومنٹ جو ہوتی ہے اندر، وہ برابر ہوتی رہتی ہے۔</w:t>
      </w:r>
    </w:p>
    <w:p>
      <w:r>
        <w:rPr>
          <w:b/>
        </w:rPr>
        <w:t xml:space="preserve">[15:36] </w:t>
      </w:r>
      <w:r>
        <w:t>wohi kabhi is ki intensity barh jati hai to earthquake ata hai.</w:t>
      </w:r>
    </w:p>
    <w:p>
      <w:pPr>
        <w:jc w:val="right"/>
      </w:pPr>
      <w:r>
        <w:t>وہی کبھی اس کی انٹینسٹی بڑھ جاتی ہے تو ارتھ کویک آتا ہے۔</w:t>
      </w:r>
    </w:p>
    <w:p>
      <w:r>
        <w:rPr>
          <w:b/>
        </w:rPr>
        <w:t xml:space="preserve">[15:42] </w:t>
      </w:r>
      <w:r>
        <w:t>yeh zameen ke neeche taqreeban pandrah mil, bees mil ke neeche hota hai yeh.</w:t>
      </w:r>
    </w:p>
    <w:p>
      <w:pPr>
        <w:jc w:val="right"/>
      </w:pPr>
      <w:r>
        <w:t>یہ زمین کے نیچے تقریباً پندرہ میل، بیس میل کے نیچے ہوتا ہے یہ۔</w:t>
      </w:r>
    </w:p>
    <w:p>
      <w:r>
        <w:rPr>
          <w:b/>
        </w:rPr>
        <w:t xml:space="preserve">[15:48] </w:t>
      </w:r>
      <w:r>
        <w:t>hum aag ke aik holnak, aik</w:t>
      </w:r>
    </w:p>
    <w:p>
      <w:pPr>
        <w:jc w:val="right"/>
      </w:pPr>
      <w:r>
        <w:t>ہم آگ کے ایک ہولناک، ایک</w:t>
      </w:r>
    </w:p>
    <w:p>
      <w:r>
        <w:rPr>
          <w:b/>
        </w:rPr>
        <w:t xml:space="preserve">[15:54] </w:t>
      </w:r>
      <w:r>
        <w:t>lava ke ooper khare hue hain.</w:t>
      </w:r>
    </w:p>
    <w:p>
      <w:pPr>
        <w:jc w:val="right"/>
      </w:pPr>
      <w:r>
        <w:t>لاوا کے اوپر کھڑے ہوئے ہیں۔</w:t>
      </w:r>
    </w:p>
    <w:p>
      <w:r>
        <w:rPr>
          <w:b/>
        </w:rPr>
        <w:t xml:space="preserve">[15:59] </w:t>
      </w:r>
      <w:r>
        <w:t>zameen ke andar sab aag hi aag hai.</w:t>
      </w:r>
    </w:p>
    <w:p>
      <w:pPr>
        <w:jc w:val="right"/>
      </w:pPr>
      <w:r>
        <w:t>زمین کے اندر سب آگ ہی آگ ہے۔</w:t>
      </w:r>
    </w:p>
    <w:p>
      <w:r>
        <w:rPr>
          <w:b/>
        </w:rPr>
        <w:t xml:space="preserve">[16:04] </w:t>
      </w:r>
      <w:r>
        <w:t>ooper yeh aik crust hai, ooper bohat hi aik aik patla layer, is par hum hain.</w:t>
      </w:r>
    </w:p>
    <w:p>
      <w:pPr>
        <w:jc w:val="right"/>
      </w:pPr>
      <w:r>
        <w:t>اوپر یہ ایک کرسٹ ہے، اوپر بہت ہی ایک ایک پتلا لیئر، اس پر ہم ہیں۔</w:t>
      </w:r>
    </w:p>
    <w:p>
      <w:r>
        <w:rPr>
          <w:b/>
        </w:rPr>
        <w:t xml:space="preserve">[16:09] </w:t>
      </w:r>
      <w:r>
        <w:t>is ke neeche aap chale jayen to sirf das mil ke neeche doosri dunya aa jati hai.</w:t>
      </w:r>
    </w:p>
    <w:p>
      <w:pPr>
        <w:jc w:val="right"/>
      </w:pPr>
      <w:r>
        <w:t>اس کے نیچے آپ چلے جائیں تو صرف دس میل کے نیچے دوسری دنیا آ جاتی ہے۔</w:t>
      </w:r>
    </w:p>
    <w:p>
      <w:r>
        <w:rPr>
          <w:b/>
        </w:rPr>
        <w:t xml:space="preserve">[16:14] </w:t>
      </w:r>
      <w:r>
        <w:t>jahan volcano hai, jahan garam lava hai.</w:t>
      </w:r>
    </w:p>
    <w:p>
      <w:pPr>
        <w:jc w:val="right"/>
      </w:pPr>
      <w:r>
        <w:t>جہاں والکینو ہے، جہاں گرم لاوا ہے۔</w:t>
      </w:r>
    </w:p>
    <w:p>
      <w:r>
        <w:rPr>
          <w:b/>
        </w:rPr>
        <w:t xml:space="preserve">[16:19] </w:t>
      </w:r>
      <w:r>
        <w:t>to woh jab</w:t>
      </w:r>
    </w:p>
    <w:p>
      <w:pPr>
        <w:jc w:val="right"/>
      </w:pPr>
      <w:r>
        <w:t>تو وہ جب</w:t>
      </w:r>
    </w:p>
    <w:p>
      <w:r>
        <w:rPr>
          <w:b/>
        </w:rPr>
        <w:t xml:space="preserve">[16:24] </w:t>
      </w:r>
      <w:r>
        <w:t>is ka jo movement hai, is ki wajah se jab intensity barhti hai to ooper zalzala ata hai,</w:t>
      </w:r>
    </w:p>
    <w:p>
      <w:pPr>
        <w:jc w:val="right"/>
      </w:pPr>
      <w:r>
        <w:t>اس کا جو موومنٹ ہے، اس کی وجہ سے جب انٹینسٹی بڑھتی ہے تو اوپر زلزلہ آتا ہے،</w:t>
      </w:r>
    </w:p>
    <w:p>
      <w:r>
        <w:rPr>
          <w:b/>
        </w:rPr>
        <w:t xml:space="preserve">[16:29] </w:t>
      </w:r>
      <w:r>
        <w:t>earthquake ata hai.</w:t>
      </w:r>
    </w:p>
    <w:p>
      <w:pPr>
        <w:jc w:val="right"/>
      </w:pPr>
      <w:r>
        <w:t>ارتھ کویک آتا ہے۔</w:t>
      </w:r>
    </w:p>
    <w:p>
      <w:r>
        <w:rPr>
          <w:b/>
        </w:rPr>
        <w:t xml:space="preserve">[16:34] </w:t>
      </w:r>
      <w:r>
        <w:t>is ke mani hain ke zameen ki jo banawat hai, woh bata rahi hai ke dekho, har waqt</w:t>
      </w:r>
    </w:p>
    <w:p>
      <w:pPr>
        <w:jc w:val="right"/>
      </w:pPr>
      <w:r>
        <w:t>اس کے معنی ہیں کہ زمین کی جو بناوٹ ہے، وہ بتا رہی ہے کہ دیکھو، ہر وقت</w:t>
      </w:r>
    </w:p>
    <w:p>
      <w:r>
        <w:rPr>
          <w:b/>
        </w:rPr>
        <w:t xml:space="preserve">[16:39] </w:t>
      </w:r>
      <w:r>
        <w:t>qayamat aa sakti hai.</w:t>
      </w:r>
    </w:p>
    <w:p>
      <w:pPr>
        <w:jc w:val="right"/>
      </w:pPr>
      <w:r>
        <w:t>قیامت آ سکتی ہے۔</w:t>
      </w:r>
    </w:p>
    <w:p>
      <w:r>
        <w:rPr>
          <w:b/>
        </w:rPr>
        <w:t xml:space="preserve">[16:45] </w:t>
      </w:r>
      <w:r>
        <w:t>har waqt dunya ki tareekh khatam ho sakti hai.</w:t>
      </w:r>
    </w:p>
    <w:p>
      <w:pPr>
        <w:jc w:val="right"/>
      </w:pPr>
      <w:r>
        <w:t>ہر وقت دنیا کی تاریخ ختم ہو سکتی ہے۔</w:t>
      </w:r>
    </w:p>
    <w:p>
      <w:r>
        <w:rPr>
          <w:b/>
        </w:rPr>
        <w:t xml:space="preserve">[16:50] </w:t>
      </w:r>
      <w:r>
        <w:t>kisi bhi waqt yeh test period jo hai, khatm ho sakta hai.</w:t>
      </w:r>
    </w:p>
    <w:p>
      <w:pPr>
        <w:jc w:val="right"/>
      </w:pPr>
      <w:r>
        <w:t>کسی بھی وقت یہ ٹیسٹ پیریڈ جو ہے، ختم ہو سکتا ہے۔</w:t>
      </w:r>
    </w:p>
    <w:p>
      <w:r>
        <w:rPr>
          <w:b/>
        </w:rPr>
        <w:t xml:space="preserve">[16:55] </w:t>
      </w:r>
      <w:r>
        <w:t>to ek bohat hi zabardast qism ka balance hai. oper ke crust mein aur neeche ke jo volcano hai, is mein. wo zara sa wo toot jaye to earthquake aur sab tabahi. aisi sari cheez. raat mein so raha tha to lihaaf odh kar so raha tha. maine socha ke kya lihaaf mujhe garmi deta hai? lihaaf garmi nahi deta. na kisi lihaaf mein</w:t>
      </w:r>
    </w:p>
    <w:p>
      <w:pPr>
        <w:jc w:val="right"/>
      </w:pPr>
      <w:r>
        <w:t>تو ایک بہت ہی زبردست قسم کا بیلنس ہے۔ اوپر کے کرسٹ میں اور نیچے کے جو والکینو ہے، اس میں۔ وہ ذرا سا وہ ٹوٹ جائے تو ارتھ کویک اور سب تباہی۔ ایسی ساری چیز۔ رات میں سو رہا تھا تو لحاف اوڑھ کر سو رہا تھا۔ میں نے سوچا کہ کیا لحاف مجھے گرمی دیتا ہے؟ لحاف گرمی نہیں دیتا۔ نہ کسی لحاف میں</w:t>
      </w:r>
    </w:p>
    <w:p>
      <w:r>
        <w:rPr>
          <w:b/>
        </w:rPr>
        <w:t xml:space="preserve">[17:25] </w:t>
      </w:r>
      <w:r>
        <w:t>garmi hai, na kisi kambal mein garmi hai. garmi to meri body mein hai. insan ke body mein jo jo heat hai, barabar wo heat nikalti hai insan ki body se. isi ki wajah se hamein garmi milti hai. to chunke lihaaf preserve kar leta hai, kambal preserve kar leta hai, warna hamari bodies ke bahar wo thanda hai. hamari body</w:t>
      </w:r>
    </w:p>
    <w:p>
      <w:pPr>
        <w:jc w:val="right"/>
      </w:pPr>
      <w:r>
        <w:t>گرمی ہے، نہ کسی کمبل میں گرمی ہے۔ گرمی تو میری باڈی میں ہے۔ انسان کے باڈی میں جو جو ہیٹ ہے، برابر وہ ہیٹ نکلتی ہے انسان کی باڈی سے۔ اسی کی وجہ سے ہمیں گرمی ملتی ہے۔ تو چونکہ لحاف پریزرو کر لیتا ہے، کمبل پریزرو کر لیتا ہے، ورنہ ہماری باڈیز کے باہر وہ ٹھنڈا ہے۔ ہماری باڈی</w:t>
      </w:r>
    </w:p>
    <w:p>
      <w:r>
        <w:rPr>
          <w:b/>
        </w:rPr>
        <w:t xml:space="preserve">[17:55] </w:t>
      </w:r>
      <w:r>
        <w:t>ke bahar na kambal mein koi garmi hai aur na lihaf mein koi garmi hai.</w:t>
      </w:r>
    </w:p>
    <w:p>
      <w:pPr>
        <w:jc w:val="right"/>
      </w:pPr>
      <w:r>
        <w:t>کے باہر نہ کمبل میں کوئی گرمی ہے اور نہ لحاف میں کوئی گرمی ہے۔</w:t>
      </w:r>
    </w:p>
    <w:p>
      <w:r>
        <w:rPr>
          <w:b/>
        </w:rPr>
        <w:t xml:space="preserve">[18:01] </w:t>
      </w:r>
      <w:r>
        <w:t>is ke mani hain ke meri body agar heat generate na kare, jo natural taur par hota hai,</w:t>
      </w:r>
    </w:p>
    <w:p>
      <w:pPr>
        <w:jc w:val="right"/>
      </w:pPr>
      <w:r>
        <w:t>اس کے معنی ہیں کہ میری باڈی اگر ہیٹ جنریٹ نہ کرے، جو نیچرل طور پر ہوتا ہے،</w:t>
      </w:r>
    </w:p>
    <w:p>
      <w:r>
        <w:rPr>
          <w:b/>
        </w:rPr>
        <w:t xml:space="preserve">[18:07] </w:t>
      </w:r>
      <w:r>
        <w:t>to kya halat hogi? yani body ka agar heat generate na kare to hazaron kambal bhi mujhe garmi</w:t>
      </w:r>
    </w:p>
    <w:p>
      <w:pPr>
        <w:jc w:val="right"/>
      </w:pPr>
      <w:r>
        <w:t>تو کیا حالت ہوگی؟ یعنی باڈی کا اگر ہیٹ جنریٹ نہ کرے تو ہزاروں کمبل بھی مجھے گرمی</w:t>
      </w:r>
    </w:p>
    <w:p>
      <w:r>
        <w:rPr>
          <w:b/>
        </w:rPr>
        <w:t xml:space="preserve">[18:13] </w:t>
      </w:r>
      <w:r>
        <w:t>nahi denge.</w:t>
      </w:r>
    </w:p>
    <w:p>
      <w:pPr>
        <w:jc w:val="right"/>
      </w:pPr>
      <w:r>
        <w:t>نہیں دیں گے۔</w:t>
      </w:r>
    </w:p>
    <w:p>
      <w:r>
        <w:rPr>
          <w:b/>
        </w:rPr>
        <w:t xml:space="preserve">[18:19] </w:t>
      </w:r>
      <w:r>
        <w:t>kaisa ajeeb yeh muamla hai. yeh ni</w:t>
      </w:r>
    </w:p>
    <w:p>
      <w:pPr>
        <w:jc w:val="right"/>
      </w:pPr>
      <w:r>
        <w:t>کیسا عجیب یہ معاملہ ہے۔ یہ نی</w:t>
      </w:r>
    </w:p>
    <w:p>
      <w:r>
        <w:rPr>
          <w:b/>
        </w:rPr>
        <w:t xml:space="preserve">[18:25] </w:t>
      </w:r>
      <w:r>
        <w:t>chural system hai, is ki wajah se body ke andar heat generate hoti hai.</w:t>
      </w:r>
    </w:p>
    <w:p>
      <w:pPr>
        <w:jc w:val="right"/>
      </w:pPr>
      <w:r>
        <w:t>چرل سسٹم ہے، اس کی وجہ سے باڈی کے اندر ہیٹ جنریٹ ہوتی ہے۔</w:t>
      </w:r>
    </w:p>
    <w:p>
      <w:r>
        <w:rPr>
          <w:b/>
        </w:rPr>
        <w:t xml:space="preserve">[18:29] </w:t>
      </w:r>
      <w:r>
        <w:t>is ki wajah se hum zinda hain.</w:t>
      </w:r>
    </w:p>
    <w:p>
      <w:pPr>
        <w:jc w:val="right"/>
      </w:pPr>
      <w:r>
        <w:t>اس کی وجہ سے ہم زندہ ہیں۔</w:t>
      </w:r>
    </w:p>
    <w:p>
      <w:r>
        <w:rPr>
          <w:b/>
        </w:rPr>
        <w:t xml:space="preserve">[18:34] </w:t>
      </w:r>
      <w:r>
        <w:t>is ki wajah se hum chal phir rahe hain.</w:t>
      </w:r>
    </w:p>
    <w:p>
      <w:pPr>
        <w:jc w:val="right"/>
      </w:pPr>
      <w:r>
        <w:t>اس کی وجہ سے ہم چل پھر رہے ہیں۔</w:t>
      </w:r>
    </w:p>
    <w:p>
      <w:r>
        <w:rPr>
          <w:b/>
        </w:rPr>
        <w:t xml:space="preserve">[18:38] </w:t>
      </w:r>
      <w:r>
        <w:t>to maine socha sara muamla aisa hi hai.</w:t>
      </w:r>
    </w:p>
    <w:p>
      <w:pPr>
        <w:jc w:val="right"/>
      </w:pPr>
      <w:r>
        <w:t>تو میں نے سوچا سارا معاملہ ایسا ہی ہے۔</w:t>
      </w:r>
    </w:p>
    <w:p>
      <w:r>
        <w:rPr>
          <w:b/>
        </w:rPr>
        <w:t xml:space="preserve">[18:42] </w:t>
      </w:r>
      <w:r>
        <w:t>is zameen par hum chalte phirte hain.</w:t>
      </w:r>
    </w:p>
    <w:p>
      <w:pPr>
        <w:jc w:val="right"/>
      </w:pPr>
      <w:r>
        <w:t>اس زمین پر ہم چلتے پھرتے ہیں۔</w:t>
      </w:r>
    </w:p>
    <w:p>
      <w:r>
        <w:rPr>
          <w:b/>
        </w:rPr>
        <w:t xml:space="preserve">[18:47] </w:t>
      </w:r>
      <w:r>
        <w:t>ek bohat hi well calculated andaz mein is ke andar gravity hai.</w:t>
      </w:r>
    </w:p>
    <w:p>
      <w:pPr>
        <w:jc w:val="right"/>
      </w:pPr>
      <w:r>
        <w:t>ایک بہت ہی ویل کیلکولیٹڈ انداز میں اس کے اندر گریویٹی ہے۔</w:t>
      </w:r>
    </w:p>
    <w:p>
      <w:r>
        <w:rPr>
          <w:b/>
        </w:rPr>
        <w:t xml:space="preserve">[18:51] </w:t>
      </w:r>
      <w:r>
        <w:t>zameen ke andar woh gravity agar na ho</w:t>
      </w:r>
    </w:p>
    <w:p>
      <w:pPr>
        <w:jc w:val="right"/>
      </w:pPr>
      <w:r>
        <w:t>زمین کے اندر وہ گریویٹی اگر نہ ہو</w:t>
      </w:r>
    </w:p>
    <w:p>
      <w:r>
        <w:rPr>
          <w:b/>
        </w:rPr>
        <w:t xml:space="preserve">[18:55] </w:t>
      </w:r>
      <w:r>
        <w:t>to hum chal phir nahi sakte. phir hum kuch nahi kar sakte. zameen ki wo gravity hamein is zameen par chalne phirne deti hai. zameen par hum makan banate hain, wo khara hota hai. warna kuch bhi na ho. aise mein bol raha hoon, aap sun rahe hain to yeh bhi aap sochiye ke meri aur aap ke beech mein jo hawa hai, jo air hai, wo hai, wo convey kar rahi hai. warna aap kuch bhi na sunein. ek</w:t>
      </w:r>
    </w:p>
    <w:p>
      <w:pPr>
        <w:jc w:val="right"/>
      </w:pPr>
      <w:r>
        <w:t>تو ہم چل پھر نہیں سکتے۔ پھر ہم کچھ نہیں کر سکتے۔ زمین کی وہ گریویٹی ہمیں اس زمین پر چلنے پھرنے دیتی ہے۔ زمین پر ہم مکان بناتے ہیں، وہ کھڑا ہوتا ہے۔ ورنہ کچھ بھی نہ ہو۔ ایسے میں بول رہا ہوں، آپ سن رہے ہیں تو یہ بھی آپ سوچیے کہ میری اور آپ کے بیچ میں جو ہوا ہے، جو ایئر ہے، وہ ہے، وہ کنوے کر رہی ہے۔ ورنہ آپ کچھ بھی نہ سنیں۔ ایک</w:t>
      </w:r>
    </w:p>
    <w:p>
      <w:r>
        <w:rPr>
          <w:b/>
        </w:rPr>
        <w:t xml:space="preserve">[19:25] </w:t>
      </w:r>
      <w:r>
        <w:t>scientist ne is ko demonstration diya is ka ke us ne ek shishe ki ek wo banai. ek shishe ke samajh lijiye ke ek ek bada sa, ek ek ek botal samajh lijiye, bada sa banaya. us ke andar us ne ghanti rakh di, bell, jo connect jis ka connection tha kis, yani bijli ke taaron ke zariye</w:t>
      </w:r>
    </w:p>
    <w:p>
      <w:pPr>
        <w:jc w:val="right"/>
      </w:pPr>
      <w:r>
        <w:t>سائنٹسٹ نے اس کو ڈیمونسٹریشن دیا اس کا کہ اس نے ایک شیشے کی ایک وہ بنائی۔ ایک شیشے کے سمجھ لیجیے کہ ایک ایک بڑا سا، ایک ایک ایک بوتل سمجھ لیجیے، بڑا سا بنایا۔ اس کے اندر اس نے گھنٹی رکھ دی، بیل، جو کنیکٹ جس کا کنیکشن تھا کس، یعنی بجلی کے تاروں کے ذریعے</w:t>
      </w:r>
    </w:p>
    <w:p>
      <w:r>
        <w:rPr>
          <w:b/>
        </w:rPr>
        <w:t xml:space="preserve">[19:55] </w:t>
      </w:r>
      <w:r>
        <w:t>se.</w:t>
      </w:r>
    </w:p>
    <w:p>
      <w:pPr>
        <w:jc w:val="right"/>
      </w:pPr>
      <w:r>
        <w:t>سے۔</w:t>
      </w:r>
    </w:p>
    <w:p>
      <w:r>
        <w:rPr>
          <w:b/>
        </w:rPr>
        <w:t xml:space="preserve">[20:00] </w:t>
      </w:r>
      <w:r>
        <w:t>to aap dekhiye, is se hawa nikal li gayi.</w:t>
      </w:r>
    </w:p>
    <w:p>
      <w:pPr>
        <w:jc w:val="right"/>
      </w:pPr>
      <w:r>
        <w:t>تو آپ دیکھیے، اس سے ہوا نکال لی گئی۔</w:t>
      </w:r>
    </w:p>
    <w:p>
      <w:r>
        <w:rPr>
          <w:b/>
        </w:rPr>
        <w:t xml:space="preserve">[20:05] </w:t>
      </w:r>
      <w:r>
        <w:t>ab bijli ghanti bajai gayi, lekin wahan hawa nahi thi.</w:t>
      </w:r>
    </w:p>
    <w:p>
      <w:pPr>
        <w:jc w:val="right"/>
      </w:pPr>
      <w:r>
        <w:t>اب بجلی گھنٹی بجائی گئی، لیکن وہاں ہوا نہیں تھی۔</w:t>
      </w:r>
    </w:p>
    <w:p>
      <w:r>
        <w:rPr>
          <w:b/>
        </w:rPr>
        <w:t xml:space="preserve">[20:10] </w:t>
      </w:r>
      <w:r>
        <w:t>to hum tak pahunch bhi nahi sakti thi woh.</w:t>
      </w:r>
    </w:p>
    <w:p>
      <w:pPr>
        <w:jc w:val="right"/>
      </w:pPr>
      <w:r>
        <w:t>تو ہم تک پہنچ بھی نہیں سکتی تھی وہ۔</w:t>
      </w:r>
    </w:p>
    <w:p>
      <w:r>
        <w:rPr>
          <w:b/>
        </w:rPr>
        <w:t xml:space="preserve">[20:15] </w:t>
      </w:r>
      <w:r>
        <w:t>kitna ajeeb o ghareeb yeh nizam hai ke hum bolte hain to woh khud bolna kitna ajeeb hai.</w:t>
      </w:r>
    </w:p>
    <w:p>
      <w:pPr>
        <w:jc w:val="right"/>
      </w:pPr>
      <w:r>
        <w:t>کتنا عجیب و غریب یہ نظام ہے کہ ہم بولتے ہیں تو وہ خود بولنا کتنا عجیب ہے۔</w:t>
      </w:r>
    </w:p>
    <w:p>
      <w:r>
        <w:rPr>
          <w:b/>
        </w:rPr>
        <w:t xml:space="preserve">[20:20] </w:t>
      </w:r>
      <w:r>
        <w:t>hamara mind kis tarah se kaam karta hai to hum bolte hain.</w:t>
      </w:r>
    </w:p>
    <w:p>
      <w:pPr>
        <w:jc w:val="right"/>
      </w:pPr>
      <w:r>
        <w:t>ہمارا مائنڈ کس طرح سے کام کرتا ہے تو ہم بولتے ہیں۔</w:t>
      </w:r>
    </w:p>
    <w:p>
      <w:r>
        <w:rPr>
          <w:b/>
        </w:rPr>
        <w:t xml:space="preserve">[20:25] </w:t>
      </w:r>
      <w:r>
        <w:t>phir hamari jo awaz hai, kis tareeqe se wo by air aap tak pahunchti hai. aur ab to aap jante hain ke jo electronic ka zamana hai, to electronic waves ke zariye pahunch rahi hai. aankh hai hamare paas, aankh hai, lekin agar suraj na ho to hum dekh nahi sakte. hum saans ka system hamare hain, lekin agar bahar se oxygen supply na ho</w:t>
      </w:r>
    </w:p>
    <w:p>
      <w:pPr>
        <w:jc w:val="right"/>
      </w:pPr>
      <w:r>
        <w:t>پھر ہماری جو آواز ہے، کس طریقے سے وہ بائی ایئر آپ تک پہنچتی ہے۔ اور اب تو آپ جانتے ہیں کہ جو الیکٹرانک کا زمانہ ہے، تو الیکٹرانک ویوز کے ذریعے پہنچ رہی ہے۔ آنکھ ہے ہمارے پاس، آنکھ ہے، لیکن اگر سورج نہ ہو تو ہم دیکھ نہیں سکتے۔ ہم سانس کا سسٹم ہمارے ہیں، لیکن اگر باہر سے آکسیجن سپلائی نہ ہو</w:t>
      </w:r>
    </w:p>
    <w:p>
      <w:r>
        <w:rPr>
          <w:b/>
        </w:rPr>
        <w:t xml:space="preserve">[20:55] </w:t>
      </w:r>
      <w:r>
        <w:t>raha ho to hum saans nahi le sakte.</w:t>
      </w:r>
    </w:p>
    <w:p>
      <w:pPr>
        <w:jc w:val="right"/>
      </w:pPr>
      <w:r>
        <w:t>رہا ہو تو ہم سانس نہیں لے سکتے۔</w:t>
      </w:r>
    </w:p>
    <w:p>
      <w:r>
        <w:rPr>
          <w:b/>
        </w:rPr>
        <w:t xml:space="preserve">[21:00] </w:t>
      </w:r>
      <w:r>
        <w:t>aur chand second mein mar jayein hum.</w:t>
      </w:r>
    </w:p>
    <w:p>
      <w:pPr>
        <w:jc w:val="right"/>
      </w:pPr>
      <w:r>
        <w:t>اور چند سیکنڈ میں مر جائیں ہم۔</w:t>
      </w:r>
    </w:p>
    <w:p>
      <w:r>
        <w:rPr>
          <w:b/>
        </w:rPr>
        <w:t xml:space="preserve">[21:04] </w:t>
      </w:r>
      <w:r>
        <w:t>khana, food ke item duniya mein paida ho rahe hain, lekin agar hamare andar digest system na ho</w:t>
      </w:r>
    </w:p>
    <w:p>
      <w:pPr>
        <w:jc w:val="right"/>
      </w:pPr>
      <w:r>
        <w:t>کھانا، فوڈ کے آئٹم دنیا میں پیدا ہو رہے ہیں، لیکن اگر ہمارے اندر ڈائجسٹو سسٹم نہ ہو</w:t>
      </w:r>
    </w:p>
    <w:p>
      <w:r>
        <w:rPr>
          <w:b/>
        </w:rPr>
        <w:t xml:space="preserve">[21:08] </w:t>
      </w:r>
      <w:r>
        <w:t>to khana khakar bhi hamein kuch bhi nahi milega.</w:t>
      </w:r>
    </w:p>
    <w:p>
      <w:pPr>
        <w:jc w:val="right"/>
      </w:pPr>
      <w:r>
        <w:t>تو کھانا کھا کر بھی ہمیں کچھ بھی نہیں ملے گا۔</w:t>
      </w:r>
    </w:p>
    <w:p>
      <w:r>
        <w:rPr>
          <w:b/>
        </w:rPr>
        <w:t xml:space="preserve">[21:13] </w:t>
      </w:r>
      <w:r>
        <w:t>kuch bhi nahi milega.</w:t>
      </w:r>
    </w:p>
    <w:p>
      <w:pPr>
        <w:jc w:val="right"/>
      </w:pPr>
      <w:r>
        <w:t>کچھ بھی نہیں ملے گا۔</w:t>
      </w:r>
    </w:p>
    <w:p>
      <w:r>
        <w:rPr>
          <w:b/>
        </w:rPr>
        <w:t xml:space="preserve">[21:17] </w:t>
      </w:r>
      <w:r>
        <w:t>to sara ek, yani yeh sara jo hai, ek countless cheezein hain.</w:t>
      </w:r>
    </w:p>
    <w:p>
      <w:pPr>
        <w:jc w:val="right"/>
      </w:pPr>
      <w:r>
        <w:t>تو سارا ایک، یعنی یہ سارا جو ہے، ایک کاؤنٹ لیس چیزیں ہیں۔</w:t>
      </w:r>
    </w:p>
    <w:p>
      <w:r>
        <w:rPr>
          <w:b/>
        </w:rPr>
        <w:t xml:space="preserve">[21:21] </w:t>
      </w:r>
      <w:r>
        <w:t>boht hi wellbalanced hain, tab hum zind</w:t>
      </w:r>
    </w:p>
    <w:p>
      <w:pPr>
        <w:jc w:val="right"/>
      </w:pPr>
      <w:r>
        <w:t>بہت ہی ویل بیلنسڈ ہیں، تب ہم زند</w:t>
      </w:r>
    </w:p>
    <w:p>
      <w:r>
        <w:rPr>
          <w:b/>
        </w:rPr>
        <w:t xml:space="preserve">[21:26] </w:t>
      </w:r>
      <w:r>
        <w:t>h hain dunya mein.</w:t>
      </w:r>
    </w:p>
    <w:p>
      <w:pPr>
        <w:jc w:val="right"/>
      </w:pPr>
      <w:r>
        <w:t>ہ ہیں دنیا میں۔</w:t>
      </w:r>
    </w:p>
    <w:p>
      <w:r>
        <w:rPr>
          <w:b/>
        </w:rPr>
        <w:t xml:space="preserve">[21:31] </w:t>
      </w:r>
      <w:r>
        <w:t>yeh sab test period ke liye mila hua hai humein.</w:t>
      </w:r>
    </w:p>
    <w:p>
      <w:pPr>
        <w:jc w:val="right"/>
      </w:pPr>
      <w:r>
        <w:t>یہ سب ٹیسٹ پیریڈ کے لیے ملا ہوا ہے ہمیں۔</w:t>
      </w:r>
    </w:p>
    <w:p>
      <w:r>
        <w:rPr>
          <w:b/>
        </w:rPr>
        <w:t xml:space="preserve">[21:36] </w:t>
      </w:r>
      <w:r>
        <w:t>yeh sab, yeh sab cheezein test period ke liye mili hui hain.</w:t>
      </w:r>
    </w:p>
    <w:p>
      <w:pPr>
        <w:jc w:val="right"/>
      </w:pPr>
      <w:r>
        <w:t>یہ سب، یہ سب چیزیں ٹیسٹ پیریڈ کے لیے ملی ہوئی ہیں۔</w:t>
      </w:r>
    </w:p>
    <w:p>
      <w:r>
        <w:rPr>
          <w:b/>
        </w:rPr>
        <w:t xml:space="preserve">[21:41] </w:t>
      </w:r>
      <w:r>
        <w:t>test period khatm to yeh abhi khatm.</w:t>
      </w:r>
    </w:p>
    <w:p>
      <w:pPr>
        <w:jc w:val="right"/>
      </w:pPr>
      <w:r>
        <w:t>ٹیسٹ پیریڈ ختم تو یہ ابھی ختم۔</w:t>
      </w:r>
    </w:p>
    <w:p>
      <w:r>
        <w:rPr>
          <w:b/>
        </w:rPr>
        <w:t xml:space="preserve">[21:46] </w:t>
      </w:r>
      <w:r>
        <w:t>aap bataiye ke insaan ka kya haal hoga? kya haal hoga insaan ka? to jo nematein, jo blessing</w:t>
      </w:r>
    </w:p>
    <w:p>
      <w:pPr>
        <w:jc w:val="right"/>
      </w:pPr>
      <w:r>
        <w:t>آپ بتائیے کہ انسان کا کیا حال ہوگا؟ کیا حال ہوگا انسان کا؟ تو جو نعمتیں، جو بلیسنگ</w:t>
      </w:r>
    </w:p>
    <w:p>
      <w:r>
        <w:rPr>
          <w:b/>
        </w:rPr>
        <w:t xml:space="preserve">[21:51] </w:t>
      </w:r>
      <w:r>
        <w:t>is dunya mein hamein mili hain, jo life support system mila hai, aur</w:t>
      </w:r>
    </w:p>
    <w:p>
      <w:pPr>
        <w:jc w:val="right"/>
      </w:pPr>
      <w:r>
        <w:t>اس دنیا میں ہمیں ملی ہیں، جو لائف سپورٹ سسٹم ملا ہے، اور</w:t>
      </w:r>
    </w:p>
    <w:p>
      <w:r>
        <w:rPr>
          <w:b/>
        </w:rPr>
        <w:t xml:space="preserve">[21:56] </w:t>
      </w:r>
      <w:r>
        <w:t>sari cheezein jis se hum enjoy karte hain, is dunya mein mili hain sirf in logon ko, is dunya mein sab ko mili hui hain. sab ko mili hui hain. lekin yahan mili hain test paper ke taur par. yahan mili hui hain test paper ke taur par. to sab ko mili hui hain. kyunke sab log test par hain. lekin agla jo zamana aane</w:t>
      </w:r>
    </w:p>
    <w:p>
      <w:pPr>
        <w:jc w:val="right"/>
      </w:pPr>
      <w:r>
        <w:t>ساری چیزیں جس سے ہم انجوائے کرتے ہیں، اس دنیا میں ملی ہیں صرف ان لوگوں کو، اس دنیا میں سب کو ملی ہوئی ہیں۔ سب کو ملی ہوئی ہیں۔ لیکن یہاں ملی ہیں ٹیسٹ پیپر کے طور پر۔ یہاں ملی ہوئی ہیں ٹیسٹ پیپر کے طور پر۔ تو سب کو ملی ہوئی ہیں۔ کیونکہ سب لوگ ٹیسٹ پر ہیں۔ لیکن اگلا جو زمانہ آنے</w:t>
      </w:r>
    </w:p>
    <w:p>
      <w:r>
        <w:rPr>
          <w:b/>
        </w:rPr>
        <w:t xml:space="preserve">[22:26] </w:t>
      </w:r>
      <w:r>
        <w:t>wala hai, agla jo daur hayat aane wala hai, wahan par sirf in logon ko milein gi yeh</w:t>
      </w:r>
    </w:p>
    <w:p>
      <w:pPr>
        <w:jc w:val="right"/>
      </w:pPr>
      <w:r>
        <w:t>والا ہے، اگلا جو دور حیات آنے والا ہے، وہاں پر صرف ان لوگوں کو ملیں گی یہ</w:t>
      </w:r>
    </w:p>
    <w:p>
      <w:r>
        <w:rPr>
          <w:b/>
        </w:rPr>
        <w:t xml:space="preserve">[22:30] </w:t>
      </w:r>
      <w:r>
        <w:t>cheezein jo Khuda ke yahan sachche insaan sabit ho.</w:t>
      </w:r>
    </w:p>
    <w:p>
      <w:pPr>
        <w:jc w:val="right"/>
      </w:pPr>
      <w:r>
        <w:t>چیزیں جو خدا کے یہاں سچے انسان ثابت ہوں۔</w:t>
      </w:r>
    </w:p>
    <w:p>
      <w:r>
        <w:rPr>
          <w:b/>
        </w:rPr>
        <w:t xml:space="preserve">[22:34] </w:t>
      </w:r>
      <w:r>
        <w:t>jinhon ne Khuda ke aage surrender kiya ho.</w:t>
      </w:r>
    </w:p>
    <w:p>
      <w:pPr>
        <w:jc w:val="right"/>
      </w:pPr>
      <w:r>
        <w:t>جنہوں نے خدا کے آگے سرینڈر کیا ہو۔</w:t>
      </w:r>
    </w:p>
    <w:p>
      <w:r>
        <w:rPr>
          <w:b/>
        </w:rPr>
        <w:t xml:space="preserve">[22:37] </w:t>
      </w:r>
      <w:r>
        <w:t>jinhon ne is dunya mein apni azaadi ko misuse na kiya ho.</w:t>
      </w:r>
    </w:p>
    <w:p>
      <w:pPr>
        <w:jc w:val="right"/>
      </w:pPr>
      <w:r>
        <w:t>جنہوں نے اس دنیا میں اپنی آزادی کو مس یوز نہ کیا ہو۔</w:t>
      </w:r>
    </w:p>
    <w:p>
      <w:r>
        <w:rPr>
          <w:b/>
        </w:rPr>
        <w:t xml:space="preserve">[22:41] </w:t>
      </w:r>
      <w:r>
        <w:t>jo is dunya mein sach much Allah ke bande ban kar rahe ho.</w:t>
      </w:r>
    </w:p>
    <w:p>
      <w:pPr>
        <w:jc w:val="right"/>
      </w:pPr>
      <w:r>
        <w:t>جو اس دنیا میں سچ مچ اللہ کے بندے بن کر رہے ہوں۔</w:t>
      </w:r>
    </w:p>
    <w:p>
      <w:r>
        <w:rPr>
          <w:b/>
        </w:rPr>
        <w:t xml:space="preserve">[22:45] </w:t>
      </w:r>
      <w:r>
        <w:t>to un ko milein gi yeh cheezein.</w:t>
      </w:r>
    </w:p>
    <w:p>
      <w:pPr>
        <w:jc w:val="right"/>
      </w:pPr>
      <w:r>
        <w:t>تو ان کو ملیں گی یہ چیزیں۔</w:t>
      </w:r>
    </w:p>
    <w:p>
      <w:r>
        <w:rPr>
          <w:b/>
        </w:rPr>
        <w:t xml:space="preserve">[22:49] </w:t>
      </w:r>
      <w:r>
        <w:t>baqi log chhan jayein ge.</w:t>
      </w:r>
    </w:p>
    <w:p>
      <w:pPr>
        <w:jc w:val="right"/>
      </w:pPr>
      <w:r>
        <w:t>باقی لوگ چھن جائیں گے۔</w:t>
      </w:r>
    </w:p>
    <w:p>
      <w:r>
        <w:rPr>
          <w:b/>
        </w:rPr>
        <w:t xml:space="preserve">[22:53] </w:t>
      </w:r>
      <w:r>
        <w:t>shayad yahi hell hogi.</w:t>
      </w:r>
    </w:p>
    <w:p>
      <w:pPr>
        <w:jc w:val="right"/>
      </w:pPr>
      <w:r>
        <w:t>شاید یہی ہیل ہوگی۔</w:t>
      </w:r>
    </w:p>
    <w:p>
      <w:r>
        <w:rPr>
          <w:b/>
        </w:rPr>
        <w:t xml:space="preserve">[22:57] </w:t>
      </w:r>
      <w:r>
        <w:t>yaani agar aap sochiye ke sari cheezein jis ko hum kehte hain life support system, woh chhan jaye</w:t>
      </w:r>
    </w:p>
    <w:p>
      <w:pPr>
        <w:jc w:val="right"/>
      </w:pPr>
      <w:r>
        <w:t>یعنی اگر آپ سوچیے کہ ساری چیزیں جس کو ہم کہتے ہیں لائف سپورٹ سسٹم، وہ چھن جائے</w:t>
      </w:r>
    </w:p>
    <w:p>
      <w:r>
        <w:rPr>
          <w:b/>
        </w:rPr>
        <w:t xml:space="preserve">[23:02] </w:t>
      </w:r>
      <w:r>
        <w:t>to phir kya hell hi to hai woh? isi dunya mein hum soch sakte hain ke hell kya</w:t>
      </w:r>
    </w:p>
    <w:p>
      <w:pPr>
        <w:jc w:val="right"/>
      </w:pPr>
      <w:r>
        <w:t>تو پھر کیا ہیل ہی تو ہے وہ؟ اسی دنیا میں ہم سوچ سکتے ہیں کہ ہیل کیا</w:t>
      </w:r>
    </w:p>
    <w:p>
      <w:r>
        <w:rPr>
          <w:b/>
        </w:rPr>
        <w:t xml:space="preserve">[23:07] </w:t>
      </w:r>
      <w:r>
        <w:t>hai, paradise kya hai.</w:t>
      </w:r>
    </w:p>
    <w:p>
      <w:pPr>
        <w:jc w:val="right"/>
      </w:pPr>
      <w:r>
        <w:t>ہے، پیراڈائز کیا ہے۔</w:t>
      </w:r>
    </w:p>
    <w:p>
      <w:r>
        <w:rPr>
          <w:b/>
        </w:rPr>
        <w:t xml:space="preserve">[23:12] </w:t>
      </w:r>
      <w:r>
        <w:t>woh sari cheezein jis ko hum kehte hain life support system, woh agar chhan jayein to kya hai</w:t>
      </w:r>
    </w:p>
    <w:p>
      <w:pPr>
        <w:jc w:val="right"/>
      </w:pPr>
      <w:r>
        <w:t>وہ ساری چیزیں جس کو ہم کہتے ہیں لائف سپورٹ سسٹم، وہ اگر چھن جائیں تو کیا ہے</w:t>
      </w:r>
    </w:p>
    <w:p>
      <w:r>
        <w:rPr>
          <w:b/>
        </w:rPr>
        <w:t xml:space="preserve">[23:17] </w:t>
      </w:r>
      <w:r>
        <w:t>woh? aise logon ke liye hell hai, yahi dunya mein hell hai.</w:t>
      </w:r>
    </w:p>
    <w:p>
      <w:pPr>
        <w:jc w:val="right"/>
      </w:pPr>
      <w:r>
        <w:t>وہ؟ ایسے لوگوں کے لیے ہیل ہے، یہی دنیا میں ہیل ہے۔</w:t>
      </w:r>
    </w:p>
    <w:p>
      <w:r>
        <w:rPr>
          <w:b/>
        </w:rPr>
        <w:t xml:space="preserve">[23:22] </w:t>
      </w:r>
      <w:r>
        <w:t>to mein samajhta hoon ke</w:t>
      </w:r>
    </w:p>
    <w:p>
      <w:pPr>
        <w:jc w:val="right"/>
      </w:pPr>
      <w:r>
        <w:t>تو میں سمجھتا ہوں کہ</w:t>
      </w:r>
    </w:p>
    <w:p>
      <w:r>
        <w:rPr>
          <w:b/>
        </w:rPr>
        <w:t xml:space="preserve">[23:27] </w:t>
      </w:r>
      <w:r>
        <w:t>is ko, yaani understandable banane ke liye, mein kahoon ga ke woh sari cheezein jis ko hum kehte</w:t>
      </w:r>
    </w:p>
    <w:p>
      <w:pPr>
        <w:jc w:val="right"/>
      </w:pPr>
      <w:r>
        <w:t>اس کو، یعنی انڈرسٹینڈیبل بنانے کے لیے، میں کہوں گا کہ وہ ساری چیزیں جس کو ہم کہتے</w:t>
      </w:r>
    </w:p>
    <w:p>
      <w:r>
        <w:rPr>
          <w:b/>
        </w:rPr>
        <w:t xml:space="preserve">[23:32] </w:t>
      </w:r>
      <w:r>
        <w:t>hain life support system, woh post death period mein in logon ko mile ga jin ko Allah select</w:t>
      </w:r>
    </w:p>
    <w:p>
      <w:pPr>
        <w:jc w:val="right"/>
      </w:pPr>
      <w:r>
        <w:t>ہیں لائف سپورٹ سسٹم، وہ پوسٹ ڈیتھ پیریڈ میں ان لوگوں کو ملے گا جن کو اللہ سلیکٹ</w:t>
      </w:r>
    </w:p>
    <w:p>
      <w:r>
        <w:rPr>
          <w:b/>
        </w:rPr>
        <w:t xml:space="preserve">[23:37] </w:t>
      </w:r>
      <w:r>
        <w:t>kare apni blessing ke liye aur paradise ke liye.</w:t>
      </w:r>
    </w:p>
    <w:p>
      <w:pPr>
        <w:jc w:val="right"/>
      </w:pPr>
      <w:r>
        <w:t>کرے اپنی بلیسنگ کے لیے اور پیراڈائز کے لیے۔</w:t>
      </w:r>
    </w:p>
    <w:p>
      <w:r>
        <w:rPr>
          <w:b/>
        </w:rPr>
        <w:t xml:space="preserve">[23:42] </w:t>
      </w:r>
      <w:r>
        <w:t>mazeed izafe ke sath.</w:t>
      </w:r>
    </w:p>
    <w:p>
      <w:pPr>
        <w:jc w:val="right"/>
      </w:pPr>
      <w:r>
        <w:t>مزید اضافے کے ساتھ۔</w:t>
      </w:r>
    </w:p>
    <w:p>
      <w:r>
        <w:rPr>
          <w:b/>
        </w:rPr>
        <w:t xml:space="preserve">[23:47] </w:t>
      </w:r>
      <w:r>
        <w:t>aur ziyada izafay ke sath.</w:t>
      </w:r>
    </w:p>
    <w:p>
      <w:pPr>
        <w:jc w:val="right"/>
      </w:pPr>
      <w:r>
        <w:t>اور زیادہ اضافے کے ساتھ۔</w:t>
      </w:r>
    </w:p>
    <w:p>
      <w:r>
        <w:rPr>
          <w:b/>
        </w:rPr>
        <w:t xml:space="preserve">[23:53] </w:t>
      </w:r>
      <w:r>
        <w:t>kyunke is dunya mein dekhiye cheezein</w:t>
      </w:r>
    </w:p>
    <w:p>
      <w:pPr>
        <w:jc w:val="right"/>
      </w:pPr>
      <w:r>
        <w:t>کیونکہ اس دنیا میں دیکھیے چیزیں</w:t>
      </w:r>
    </w:p>
    <w:p>
      <w:r>
        <w:rPr>
          <w:b/>
        </w:rPr>
        <w:t xml:space="preserve">[23:58] </w:t>
      </w:r>
      <w:r>
        <w:t>imperfect hain, wahan perfect ho jayega woh.</w:t>
      </w:r>
    </w:p>
    <w:p>
      <w:pPr>
        <w:jc w:val="right"/>
      </w:pPr>
      <w:r>
        <w:t>امپرفیکٹ ہیں، وہاں پرفیکٹ ہو جائے گا وہ۔</w:t>
      </w:r>
    </w:p>
    <w:p>
      <w:r>
        <w:rPr>
          <w:b/>
        </w:rPr>
        <w:t xml:space="preserve">[24:02] </w:t>
      </w:r>
      <w:r>
        <w:t>yahan less than ideal hain, wahan ideal ho jayega.</w:t>
      </w:r>
    </w:p>
    <w:p>
      <w:pPr>
        <w:jc w:val="right"/>
      </w:pPr>
      <w:r>
        <w:t>یہاں لیس دین آئیڈیل ہیں، وہاں آئیڈیل ہو جائے گا۔</w:t>
      </w:r>
    </w:p>
    <w:p>
      <w:r>
        <w:rPr>
          <w:b/>
        </w:rPr>
        <w:t xml:space="preserve">[24:07] </w:t>
      </w:r>
      <w:r>
        <w:t>yahan limitations hain, wahan limitations nahi rahengi.</w:t>
      </w:r>
    </w:p>
    <w:p>
      <w:pPr>
        <w:jc w:val="right"/>
      </w:pPr>
      <w:r>
        <w:t>یہاں لیمیٹیشنز ہیں، وہاں لیمیٹیشنز نہیں رہیں گی۔</w:t>
      </w:r>
    </w:p>
    <w:p>
      <w:r>
        <w:rPr>
          <w:b/>
        </w:rPr>
        <w:t xml:space="preserve">[24:12] </w:t>
      </w:r>
      <w:r>
        <w:t>to yeh sari cheezein un logon ko jo Khuda jin ko chune paradise ke liye, un ko aur</w:t>
      </w:r>
    </w:p>
    <w:p>
      <w:pPr>
        <w:jc w:val="right"/>
      </w:pPr>
      <w:r>
        <w:t>تو یہ ساری چیزیں ان لوگوں کو جو خدا جن کو چنے پیراڈائز کے لیے، ان کو اور</w:t>
      </w:r>
    </w:p>
    <w:p>
      <w:r>
        <w:rPr>
          <w:b/>
        </w:rPr>
        <w:t xml:space="preserve">[24:16] </w:t>
      </w:r>
      <w:r>
        <w:t>ziyada achhe tareeqe se milengi yeh sab sari cheezein.</w:t>
      </w:r>
    </w:p>
    <w:p>
      <w:pPr>
        <w:jc w:val="right"/>
      </w:pPr>
      <w:r>
        <w:t>زیادہ اچھے طریقے سے ملیں گی یہ سب ساری چیزیں۔</w:t>
      </w:r>
    </w:p>
    <w:p>
      <w:r>
        <w:rPr>
          <w:b/>
        </w:rPr>
        <w:t xml:space="preserve">[24:21] </w:t>
      </w:r>
      <w:r>
        <w:t>aur baqi jo log honge, un se chheen liya jayega.</w:t>
      </w:r>
    </w:p>
    <w:p>
      <w:pPr>
        <w:jc w:val="right"/>
      </w:pPr>
      <w:r>
        <w:t>اور بقیہ جو لوگ ہوں گے، ان سے چھین لیا جائے گا۔</w:t>
      </w:r>
    </w:p>
    <w:p>
      <w:r>
        <w:rPr>
          <w:b/>
        </w:rPr>
        <w:t xml:space="preserve">[24:26] </w:t>
      </w:r>
      <w:r>
        <w:t>yeh chheen liya jana hi to hell hai woh.</w:t>
      </w:r>
    </w:p>
    <w:p>
      <w:pPr>
        <w:jc w:val="right"/>
      </w:pPr>
      <w:r>
        <w:t>یہ چھین لیا جانا ہی تو ہیل ہے وہ۔</w:t>
      </w:r>
    </w:p>
    <w:p>
      <w:r>
        <w:rPr>
          <w:b/>
        </w:rPr>
        <w:t xml:space="preserve">[24:30] </w:t>
      </w:r>
      <w:r>
        <w:t>yeh chheen liya jana hi to hell hai.</w:t>
      </w:r>
    </w:p>
    <w:p>
      <w:pPr>
        <w:jc w:val="right"/>
      </w:pPr>
      <w:r>
        <w:t>یہ چھین لیا جانا ہی تو ہیل ہے۔</w:t>
      </w:r>
    </w:p>
    <w:p>
      <w:r>
        <w:rPr>
          <w:b/>
        </w:rPr>
        <w:t xml:space="preserve">[24:35] </w:t>
      </w:r>
      <w:r>
        <w:t>aap ghor kijiye ke hamare paas zaban ho, lekin hawa na ho ke hum doosre se exchange kar saken.</w:t>
      </w:r>
    </w:p>
    <w:p>
      <w:pPr>
        <w:jc w:val="right"/>
      </w:pPr>
      <w:r>
        <w:t>آپ غور کیجیے کہ ہمارے پاس زبان ہو، لیکن ہوا نہ ہو کہ ہم دوسرے سے ایکسچینج کر سکیں۔</w:t>
      </w:r>
    </w:p>
    <w:p>
      <w:r>
        <w:rPr>
          <w:b/>
        </w:rPr>
        <w:t xml:space="preserve">[24:41] </w:t>
      </w:r>
      <w:r>
        <w:t>hamare paas aankh ho, magar suraj na ho ke hum us se roshni le saken.</w:t>
      </w:r>
    </w:p>
    <w:p>
      <w:pPr>
        <w:jc w:val="right"/>
      </w:pPr>
      <w:r>
        <w:t>ہمارے پاس آنکھ ہو، مگر سورج نہ ہو کہ ہم اس سے روشنی لے سکیں۔</w:t>
      </w:r>
    </w:p>
    <w:p>
      <w:r>
        <w:rPr>
          <w:b/>
        </w:rPr>
        <w:t xml:space="preserve">[24:46] </w:t>
      </w:r>
      <w:r>
        <w:t>hamare paas pet ho, lekin food maujood na ho jis ko hum kha saken.</w:t>
      </w:r>
    </w:p>
    <w:p>
      <w:pPr>
        <w:jc w:val="right"/>
      </w:pPr>
      <w:r>
        <w:t>ہمارے پاس پیٹ ہو، لیکن فوڈ موجود نہ ہو جس کو ہم کھا سکیں۔</w:t>
      </w:r>
    </w:p>
    <w:p>
      <w:r>
        <w:rPr>
          <w:b/>
        </w:rPr>
        <w:t xml:space="preserve">[24:51] </w:t>
      </w:r>
      <w:r>
        <w:t>pyaas ho, lekin pani na ho jis ko hum pi saken.</w:t>
      </w:r>
    </w:p>
    <w:p>
      <w:pPr>
        <w:jc w:val="right"/>
      </w:pPr>
      <w:r>
        <w:t>پیاس ہو، لیکن پانی نہ ہو جس کو ہم پی سکیں۔</w:t>
      </w:r>
    </w:p>
    <w:p>
      <w:r>
        <w:rPr>
          <w:b/>
        </w:rPr>
        <w:t xml:space="preserve">[24:56] </w:t>
      </w:r>
      <w:r>
        <w:t>to kis tarah tadpega insan</w:t>
      </w:r>
    </w:p>
    <w:p>
      <w:pPr>
        <w:jc w:val="right"/>
      </w:pPr>
      <w:r>
        <w:t>تو کس طرح تڑپے گا انسان</w:t>
      </w:r>
    </w:p>
    <w:p>
      <w:r>
        <w:rPr>
          <w:b/>
        </w:rPr>
        <w:t xml:space="preserve">[25:01] </w:t>
      </w:r>
      <w:r>
        <w:t>? aap sochiye aisi dunya ko jahan pyaas ho, lekin pani na ho.</w:t>
      </w:r>
    </w:p>
    <w:p>
      <w:pPr>
        <w:jc w:val="right"/>
      </w:pPr>
      <w:r>
        <w:t>؟ آپ سوچیے ایسی دنیا کو جہاں پیاس ہو، لیکن پانی نہ ہو۔</w:t>
      </w:r>
    </w:p>
    <w:p>
      <w:r>
        <w:rPr>
          <w:b/>
        </w:rPr>
        <w:t xml:space="preserve">[25:05] </w:t>
      </w:r>
      <w:r>
        <w:t>jahan bhookh ho, lekin khana na ho.</w:t>
      </w:r>
    </w:p>
    <w:p>
      <w:pPr>
        <w:jc w:val="right"/>
      </w:pPr>
      <w:r>
        <w:t>جہاں بھوک ہو، لیکن کھانا نہ ہو۔</w:t>
      </w:r>
    </w:p>
    <w:p>
      <w:r>
        <w:rPr>
          <w:b/>
        </w:rPr>
        <w:t xml:space="preserve">[25:10] </w:t>
      </w:r>
      <w:r>
        <w:t>jahan aankh ho, lekin roshni na ho.</w:t>
      </w:r>
    </w:p>
    <w:p>
      <w:pPr>
        <w:jc w:val="right"/>
      </w:pPr>
      <w:r>
        <w:t>جہاں آنکھ ہو، لیکن روشنی نہ ہو۔</w:t>
      </w:r>
    </w:p>
    <w:p>
      <w:r>
        <w:rPr>
          <w:b/>
        </w:rPr>
        <w:t xml:space="preserve">[25:14] </w:t>
      </w:r>
      <w:r>
        <w:t>jahan chalne walon hon, lekin gravity na ho.</w:t>
      </w:r>
    </w:p>
    <w:p>
      <w:pPr>
        <w:jc w:val="right"/>
      </w:pPr>
      <w:r>
        <w:t>جہاں چلنے والوں ہوں، لیکن گریویٹی نہ ہو۔</w:t>
      </w:r>
    </w:p>
    <w:p>
      <w:r>
        <w:rPr>
          <w:b/>
        </w:rPr>
        <w:t xml:space="preserve">[25:18] </w:t>
      </w:r>
      <w:r>
        <w:t>jahan body ho, lekin woh heat generate na karti ho.</w:t>
      </w:r>
    </w:p>
    <w:p>
      <w:pPr>
        <w:jc w:val="right"/>
      </w:pPr>
      <w:r>
        <w:t>جہاں باڈی ہو، لیکن وہ ہیٹ جنریٹ نہ کرتی ہو۔</w:t>
      </w:r>
    </w:p>
    <w:p>
      <w:r>
        <w:rPr>
          <w:b/>
        </w:rPr>
        <w:t xml:space="preserve">[25:23] </w:t>
      </w:r>
      <w:r>
        <w:t>aap ghor kijiye aisi dunya ko.</w:t>
      </w:r>
    </w:p>
    <w:p>
      <w:pPr>
        <w:jc w:val="right"/>
      </w:pPr>
      <w:r>
        <w:t>آپ غور کیجیے ایسی دنیا کو۔</w:t>
      </w:r>
    </w:p>
    <w:p>
      <w:r>
        <w:rPr>
          <w:b/>
        </w:rPr>
        <w:t xml:space="preserve">[25:27] </w:t>
      </w:r>
      <w:r>
        <w:t>to isi ka naam to hell hai.</w:t>
      </w:r>
    </w:p>
    <w:p>
      <w:pPr>
        <w:jc w:val="right"/>
      </w:pPr>
      <w:r>
        <w:t>تو اسی کا نام تو ہیل ہے۔</w:t>
      </w:r>
    </w:p>
    <w:p>
      <w:r>
        <w:rPr>
          <w:b/>
        </w:rPr>
        <w:t xml:space="preserve">[25:31] </w:t>
      </w:r>
      <w:r>
        <w:t>mein khud ek martaba aisa, mein ne jaan boojh kar aisa kiya, yeh samajhne ke liye faqa kiya</w:t>
      </w:r>
    </w:p>
    <w:p>
      <w:pPr>
        <w:jc w:val="right"/>
      </w:pPr>
      <w:r>
        <w:t>میں خود ایک مرتبہ ایسا، میں نے جان بوجھ کر ایسا کیا، یہ سمجھنے کے لیے فاقہ کیا</w:t>
      </w:r>
    </w:p>
    <w:p>
      <w:r>
        <w:rPr>
          <w:b/>
        </w:rPr>
        <w:t xml:space="preserve">[25:37] </w:t>
      </w:r>
      <w:r>
        <w:t>cheez hai? hunger kya cheez hai? to do din tak barabar mein ne kuch nahi khaya.</w:t>
      </w:r>
    </w:p>
    <w:p>
      <w:pPr>
        <w:jc w:val="right"/>
      </w:pPr>
      <w:r>
        <w:t>چیز ہے؟ ہنگر کیا چیز ہے؟ تو دو دن تک برابر میں نے کچھ نہیں کھایا۔</w:t>
      </w:r>
    </w:p>
    <w:p>
      <w:r>
        <w:rPr>
          <w:b/>
        </w:rPr>
        <w:t xml:space="preserve">[25:42] </w:t>
      </w:r>
      <w:r>
        <w:t>pani bhi nahi piya, khana bhi nahi khaya.</w:t>
      </w:r>
    </w:p>
    <w:p>
      <w:pPr>
        <w:jc w:val="right"/>
      </w:pPr>
      <w:r>
        <w:t>پانی بھی نہیں پیا، کھانا بھی نہیں کھایا۔</w:t>
      </w:r>
    </w:p>
    <w:p>
      <w:r>
        <w:rPr>
          <w:b/>
        </w:rPr>
        <w:t xml:space="preserve">[25:47] </w:t>
      </w:r>
      <w:r>
        <w:t>dusre din sham ko mera yeh hal tha ke mein train mein safar kar raha tha us waqt.</w:t>
      </w:r>
    </w:p>
    <w:p>
      <w:pPr>
        <w:jc w:val="right"/>
      </w:pPr>
      <w:r>
        <w:t>دوسرے دن شام کو میرا یہ حال تھا کہ میں ٹرین میں سفر کر رہا تھا اس وقت۔</w:t>
      </w:r>
    </w:p>
    <w:p>
      <w:r>
        <w:rPr>
          <w:b/>
        </w:rPr>
        <w:t xml:space="preserve">[25:52] </w:t>
      </w:r>
      <w:r>
        <w:t>meri jeeb mein paise the, lekin jaan boojh kar maine nahi khaya.</w:t>
      </w:r>
    </w:p>
    <w:p>
      <w:pPr>
        <w:jc w:val="right"/>
      </w:pPr>
      <w:r>
        <w:t>میری جیب میں پیسے تھے، لیکن جان بوجھ کر میں نے نہیں کھایا۔</w:t>
      </w:r>
    </w:p>
    <w:p>
      <w:r>
        <w:rPr>
          <w:b/>
        </w:rPr>
        <w:t xml:space="preserve">[25:57] </w:t>
      </w:r>
      <w:r>
        <w:t>dekhne ke liye kya cheez hai bhook? to</w:t>
      </w:r>
    </w:p>
    <w:p>
      <w:pPr>
        <w:jc w:val="right"/>
      </w:pPr>
      <w:r>
        <w:t>دیکھنے کے لیے کیا چیز ہے بھوک؟ تو</w:t>
      </w:r>
    </w:p>
    <w:p>
      <w:r>
        <w:rPr>
          <w:b/>
        </w:rPr>
        <w:t xml:space="preserve">[26:02] </w:t>
      </w:r>
      <w:r>
        <w:t>main khud ek martaba aisa, maine jaan boojh kar aisa kiya, yeh samajhne ke liye faqa kya cheez hai? hunger kya cheez hai? to do din tak barabar maine kuch nahi khaya. pani bhi nahi piya, khana bhi nahi khaya. doosre din shaam ko mera yeh hal tha ke main train mein safar kar raha tha us waqt. meri jeb mein paise the, lekin jaan boojh kar maine nahi khaya. dekhne ke liye kya cheez hai bhook? to</w:t>
      </w:r>
    </w:p>
    <w:p>
      <w:pPr>
        <w:jc w:val="right"/>
      </w:pPr>
      <w:r>
        <w:t>دوسرے دن شام کو میں ایک اسٹیشن پر گاڑی رکی تو وہ کینٹین میں میں گیا۔ تو داخل ہوتے ہی میری آنکھوں میں اندھیرا چھا گیا۔ کچھ دکھائی نہیں دیتا تھا۔ تو میں لوگ بیٹھے ہوئے تھے کرسیوں پر کھانے کے لیے وہاں پر، تو انہی کے اوپر بیٹھنے لگا میں۔ لڑکھڑا رہا تھا، انہی کے اوپر گر رہا تھا۔ تو لوگوں نے سمجھا، ایک آدمی نے کہا مجھ سے بات کو کہ ہم نے</w:t>
      </w:r>
    </w:p>
    <w:p>
      <w:r>
        <w:rPr>
          <w:b/>
        </w:rPr>
        <w:t xml:space="preserve">[26:32] </w:t>
      </w:r>
      <w:r>
        <w:t>doosre din shaam ko main ek station par gaadi ruki to wo canteen mein main gaya. to dakhil hote hi meri aankhon mein andhera chha gaya. kuch dikhai nahi deta tha. to main log baithe hue the kursiyon par khane ke liye wahan par, to unhi ke upar baithne laga main. ladkhada raha tha, unhi ke upar gir raha tha. to logon ne samjha, ek aadmi ne kaha mujh se baat ko ke hum ne</w:t>
      </w:r>
    </w:p>
    <w:p>
      <w:pPr>
        <w:jc w:val="right"/>
      </w:pPr>
      <w:r>
        <w:t>سنا کہ آپ تو پئے ہوئے ہیں۔ لیکن یہ پینے کی بات نہیں تھی۔ صرف دو دن کی بھوک کے بعد میرا یہ حال ہوا تھا۔ تو اسی کو میں کہہ رہا ہوں کہ انسان، آپ سوچیے ایسی دنیا کو جہاں آدمی بھوک، بھوک سے تڑپے، لیکن کھانا نہ ہو۔ پیاس سے گلا سوکھ جائے، لیکن پانی نہ ہو۔ آنکھیں ہوں، لیکن دیکھنے</w:t>
      </w:r>
    </w:p>
    <w:p>
      <w:r>
        <w:rPr>
          <w:b/>
        </w:rPr>
        <w:t xml:space="preserve">[27:02] </w:t>
      </w:r>
      <w:r>
        <w:t>ke liye suraj na ho.</w:t>
      </w:r>
    </w:p>
    <w:p>
      <w:pPr>
        <w:jc w:val="right"/>
      </w:pPr>
      <w:r>
        <w:t>کے لیے سورج نہ ہو۔</w:t>
      </w:r>
    </w:p>
    <w:p>
      <w:r>
        <w:rPr>
          <w:b/>
        </w:rPr>
        <w:t xml:space="preserve">[27:06] </w:t>
      </w:r>
      <w:r>
        <w:t>log hon, lekin ek doosre se baat karne ke liye hawa na ho ke hamari baat doosre tak pahunch sake.</w:t>
      </w:r>
    </w:p>
    <w:p>
      <w:pPr>
        <w:jc w:val="right"/>
      </w:pPr>
      <w:r>
        <w:t>لوگ ہوں، لیکن ایک دوسرے سے بات کرنے کے لیے ہوا نہ ہو کہ ہماری بات دوسرے تک پہنچ سکے۔</w:t>
      </w:r>
    </w:p>
    <w:p>
      <w:r>
        <w:rPr>
          <w:b/>
        </w:rPr>
        <w:t xml:space="preserve">[27:11] </w:t>
      </w:r>
      <w:r>
        <w:t>aap sochiye aisi duniya ko.</w:t>
      </w:r>
    </w:p>
    <w:p>
      <w:pPr>
        <w:jc w:val="right"/>
      </w:pPr>
      <w:r>
        <w:t>آپ سوچیے ایسی دنیا کو۔</w:t>
      </w:r>
    </w:p>
    <w:p>
      <w:r>
        <w:rPr>
          <w:b/>
        </w:rPr>
        <w:t xml:space="preserve">[27:15] </w:t>
      </w:r>
      <w:r>
        <w:t>aur hazaron nahi, lakhon nahi, karoron is tarah ke saman hain jo is duniya mein hamein zindagi ke</w:t>
      </w:r>
    </w:p>
    <w:p>
      <w:pPr>
        <w:jc w:val="right"/>
      </w:pPr>
      <w:r>
        <w:t>اور ہزاروں نہیں، لاکھوں نہیں، کروڑوں اس طرح کے سامان ہیں جو اس دنیا میں ہمیں زندگی کے</w:t>
      </w:r>
    </w:p>
    <w:p>
      <w:r>
        <w:rPr>
          <w:b/>
        </w:rPr>
        <w:t xml:space="preserve">[27:19] </w:t>
      </w:r>
      <w:r>
        <w:t>liye Allah taala ne diye hain.</w:t>
      </w:r>
    </w:p>
    <w:p>
      <w:pPr>
        <w:jc w:val="right"/>
      </w:pPr>
      <w:r>
        <w:t>لیے اللہ تعالیٰ نے دیے ہیں۔</w:t>
      </w:r>
    </w:p>
    <w:p>
      <w:r>
        <w:rPr>
          <w:b/>
        </w:rPr>
        <w:t xml:space="preserve">[27:23] </w:t>
      </w:r>
      <w:r>
        <w:t>wo sab chhin jayen.</w:t>
      </w:r>
    </w:p>
    <w:p>
      <w:pPr>
        <w:jc w:val="right"/>
      </w:pPr>
      <w:r>
        <w:t>وہ سب چھن جائیں۔</w:t>
      </w:r>
    </w:p>
    <w:p>
      <w:r>
        <w:rPr>
          <w:b/>
        </w:rPr>
        <w:t xml:space="preserve">[27:28] </w:t>
      </w:r>
      <w:r>
        <w:t>matlab hum hon, lekin wo sab natural gift chhin chuka ho.</w:t>
      </w:r>
    </w:p>
    <w:p>
      <w:pPr>
        <w:jc w:val="right"/>
      </w:pPr>
      <w:r>
        <w:t>مطلب ہم ہوں، لیکن وہ سب نیچرل گفٹ چھن چکا ہو۔</w:t>
      </w:r>
    </w:p>
    <w:p>
      <w:r>
        <w:rPr>
          <w:b/>
        </w:rPr>
        <w:t xml:space="preserve">[27:32] </w:t>
      </w:r>
      <w:r>
        <w:t>hum hon, lekin life support system khatm ho chuka ho.</w:t>
      </w:r>
    </w:p>
    <w:p>
      <w:pPr>
        <w:jc w:val="right"/>
      </w:pPr>
      <w:r>
        <w:t>ہم ہوں، لیکن لائف سپورٹ سسٹم ختم ہو چکا ہو۔</w:t>
      </w:r>
    </w:p>
    <w:p>
      <w:r>
        <w:rPr>
          <w:b/>
        </w:rPr>
        <w:t xml:space="preserve">[27:36] </w:t>
      </w:r>
      <w:r>
        <w:t>isi ka naam hell hai.</w:t>
      </w:r>
    </w:p>
    <w:p>
      <w:pPr>
        <w:jc w:val="right"/>
      </w:pPr>
      <w:r>
        <w:t>اسی کا نام ہیل ہے۔</w:t>
      </w:r>
    </w:p>
    <w:p>
      <w:r>
        <w:rPr>
          <w:b/>
        </w:rPr>
        <w:t xml:space="preserve">[27:40] </w:t>
      </w:r>
      <w:r>
        <w:t>to ab yeh duniya aane wali hai.</w:t>
      </w:r>
    </w:p>
    <w:p>
      <w:pPr>
        <w:jc w:val="right"/>
      </w:pPr>
      <w:r>
        <w:t>تو اب یہ دنیا آنے والی ہے۔</w:t>
      </w:r>
    </w:p>
    <w:p>
      <w:r>
        <w:rPr>
          <w:b/>
        </w:rPr>
        <w:t xml:space="preserve">[27:43] </w:t>
      </w:r>
      <w:r>
        <w:t>yeh warning di ja rahi hai, warning.</w:t>
      </w:r>
    </w:p>
    <w:p>
      <w:pPr>
        <w:jc w:val="right"/>
      </w:pPr>
      <w:r>
        <w:t>یہ وارننگ دی جا رہی ہے، وارننگ۔</w:t>
      </w:r>
    </w:p>
    <w:p>
      <w:r>
        <w:rPr>
          <w:b/>
        </w:rPr>
        <w:t xml:space="preserve">[27:47] </w:t>
      </w:r>
      <w:r>
        <w:t>ke test period khatm ho raha hai.</w:t>
      </w:r>
    </w:p>
    <w:p>
      <w:pPr>
        <w:jc w:val="right"/>
      </w:pPr>
      <w:r>
        <w:t>کہ ٹیسٹ پیریڈ ختم ہو رہا ہے۔</w:t>
      </w:r>
    </w:p>
    <w:p>
      <w:r>
        <w:rPr>
          <w:b/>
        </w:rPr>
        <w:t xml:space="preserve">[27:51] </w:t>
      </w:r>
      <w:r>
        <w:t>test period khatm ho raha hai.</w:t>
      </w:r>
    </w:p>
    <w:p>
      <w:pPr>
        <w:jc w:val="right"/>
      </w:pPr>
      <w:r>
        <w:t>ٹیسٹ پیریڈ ختم ہو رہا ہے۔</w:t>
      </w:r>
    </w:p>
    <w:p>
      <w:r>
        <w:rPr>
          <w:b/>
        </w:rPr>
        <w:t xml:space="preserve">[27:55] </w:t>
      </w:r>
      <w:r>
        <w:t>to in ko final call di ja di gayi.</w:t>
      </w:r>
    </w:p>
    <w:p>
      <w:pPr>
        <w:jc w:val="right"/>
      </w:pPr>
      <w:r>
        <w:t>تو ان کو فائنل کال دی جا دے دی گئی۔</w:t>
      </w:r>
    </w:p>
    <w:p>
      <w:r>
        <w:rPr>
          <w:b/>
        </w:rPr>
        <w:t xml:space="preserve">[27:58] </w:t>
      </w:r>
      <w:r>
        <w:t>jis tarah se ek student</w:t>
      </w:r>
    </w:p>
    <w:p>
      <w:pPr>
        <w:jc w:val="right"/>
      </w:pPr>
      <w:r>
        <w:t>جس طرح سے ایک اسٹوڈنٹ</w:t>
      </w:r>
    </w:p>
    <w:p>
      <w:r>
        <w:rPr>
          <w:b/>
        </w:rPr>
        <w:t xml:space="preserve">[28:02] </w:t>
      </w:r>
      <w:r>
        <w:t>hum hon, lekin life support system khatm ho chuka ho. isi ka naam hell hai. to ab yeh dunya aane wali hai. yeh warning di ja rahi hai, warning. ke test period khatm ho raha hai. test period khatm ho raha hai. to in ko final call di ja di gayi. jis tarah se ek student</w:t>
      </w:r>
    </w:p>
    <w:p>
      <w:pPr>
        <w:jc w:val="right"/>
      </w:pPr>
      <w:r>
        <w:t>سے ٹائم ختم ہوتے ہی اس سے پیپر لے لیے جاتے ہیں، کاغذ لے لیے جاتے ہیں۔ قلم، کاغذ، سب کچھ اس سے لے لیا جاتا ہے۔ کہا جاتا ہے کہ جاؤ باہر جاؤ۔ تو وہی لمحہ آنے والا ہے۔ تو ایک طرف نیچر کی وارننگ ہے۔ دوسری طرف ہمارے جیسے کمزور انسان، قرآن کی بنیاد پر اور حدیث کی بنیاد پر، کلام رسول کی</w:t>
      </w:r>
    </w:p>
    <w:p>
      <w:r>
        <w:rPr>
          <w:b/>
        </w:rPr>
        <w:t xml:space="preserve">[28:32] </w:t>
      </w:r>
      <w:r>
        <w:t>buniyad par hum yeh duniya ko bata rahe hain ke aagah ho jao.</w:t>
      </w:r>
    </w:p>
    <w:p>
      <w:pPr>
        <w:jc w:val="right"/>
      </w:pPr>
      <w:r>
        <w:t>بنیاد پر ہم یہ دنیا کو بتا رہے ہیں کہ آگاہ ہو جاؤ۔</w:t>
      </w:r>
    </w:p>
    <w:p>
      <w:r>
        <w:rPr>
          <w:b/>
        </w:rPr>
        <w:t xml:space="preserve">[28:37] </w:t>
      </w:r>
      <w:r>
        <w:t>hoshiyar ho jao.</w:t>
      </w:r>
    </w:p>
    <w:p>
      <w:pPr>
        <w:jc w:val="right"/>
      </w:pPr>
      <w:r>
        <w:t>ہوشیار ہو جاؤ۔</w:t>
      </w:r>
    </w:p>
    <w:p>
      <w:r>
        <w:rPr>
          <w:b/>
        </w:rPr>
        <w:t xml:space="preserve">[28:42] </w:t>
      </w:r>
      <w:r>
        <w:t>ab time baqi nahi raha hai.</w:t>
      </w:r>
    </w:p>
    <w:p>
      <w:pPr>
        <w:jc w:val="right"/>
      </w:pPr>
      <w:r>
        <w:t>اب ٹائم باقی نہیں رہا ہے۔</w:t>
      </w:r>
    </w:p>
    <w:p>
      <w:r>
        <w:rPr>
          <w:b/>
        </w:rPr>
        <w:t xml:space="preserve">[28:48] </w:t>
      </w:r>
      <w:r>
        <w:t>ab time baqi nahi raha hai.</w:t>
      </w:r>
    </w:p>
    <w:p>
      <w:pPr>
        <w:jc w:val="right"/>
      </w:pPr>
      <w:r>
        <w:t>اب ٹائم باقی نہیں رہا ہے۔</w:t>
      </w:r>
    </w:p>
    <w:p>
      <w:r>
        <w:rPr>
          <w:b/>
        </w:rPr>
        <w:t xml:space="preserve">[28:53] </w:t>
      </w:r>
      <w:r>
        <w:t>bilkul aakhri waqt aa gaya hai.</w:t>
      </w:r>
    </w:p>
    <w:p>
      <w:pPr>
        <w:jc w:val="right"/>
      </w:pPr>
      <w:r>
        <w:t>بالکل آخری وقت آ گیا ہے۔</w:t>
      </w:r>
    </w:p>
    <w:p>
      <w:r>
        <w:rPr>
          <w:b/>
        </w:rPr>
        <w:t xml:space="preserve">[28:58] </w:t>
      </w:r>
      <w:r>
        <w:t>dekhiye Quran mein ek hai surah waqia, chapter waqia, number 56</w:t>
      </w:r>
    </w:p>
    <w:p>
      <w:pPr>
        <w:jc w:val="right"/>
      </w:pPr>
      <w:r>
        <w:t>دیکھیے قرآن میں ایک ہے سورہ واقعہ، چیپٹر واقعہ، نمبر 56</w:t>
      </w:r>
    </w:p>
    <w:p>
      <w:r>
        <w:rPr>
          <w:b/>
        </w:rPr>
        <w:t xml:space="preserve">[29:03] </w:t>
      </w:r>
      <w:r>
        <w:t>56. is mein bataya gaya hai ke wa kuntum azwajan thalathan. yeh bohat ziyada sochne ki baat hai. yani jab yeh test period khatam hoga aur saare insaan jo hain jama kiye jayenge Allah taala ke aagay. mein samajhta hoon ke Mr Rajat Malhotra ko jo dream aaya, woh yahi hai ke saare log chale ja rahe</w:t>
      </w:r>
    </w:p>
    <w:p>
      <w:pPr>
        <w:jc w:val="right"/>
      </w:pPr>
      <w:r>
        <w:t>۔ 56۔ اس میں بتایا گیا ہے کہ وَكُنْتُمْ أَزْوَاجًا ثَلَاثًا۔ یہ بہت زیادہ سوچنے کی بات ہے۔ یعنی جب یہ ٹیسٹ پیریڈ ختم ہوگا اور سارے انسان جو ہیں جمع کیے جائیں گے اللہ تعالیٰ کے آگے۔ میں سمجھتا ہوں کہ مسٹر رجت بلوہتراں جو ڈریم آیا ان کو جو، وہ یہی ہے کہ سارے لوگ چلے جا رہ</w:t>
      </w:r>
    </w:p>
    <w:p>
      <w:r>
        <w:rPr>
          <w:b/>
        </w:rPr>
        <w:t xml:space="preserve">[29:33] </w:t>
      </w:r>
      <w:r>
        <w:t>e hain Khuda ki taraf.</w:t>
      </w:r>
    </w:p>
    <w:p>
      <w:pPr>
        <w:jc w:val="right"/>
      </w:pPr>
      <w:r>
        <w:t>ے ہیں خدا کی طرف۔</w:t>
      </w:r>
    </w:p>
    <w:p>
      <w:r>
        <w:rPr>
          <w:b/>
        </w:rPr>
        <w:t xml:space="preserve">[29:37] </w:t>
      </w:r>
      <w:r>
        <w:t>yani maidan-e-hashr ki taraf.</w:t>
      </w:r>
    </w:p>
    <w:p>
      <w:pPr>
        <w:jc w:val="right"/>
      </w:pPr>
      <w:r>
        <w:t>یعنی میدان حشر کی طرف۔</w:t>
      </w:r>
    </w:p>
    <w:p>
      <w:r>
        <w:rPr>
          <w:b/>
        </w:rPr>
        <w:t xml:space="preserve">[29:41] </w:t>
      </w:r>
      <w:r>
        <w:t>ab in ka hisab kitab hone wala hai.</w:t>
      </w:r>
    </w:p>
    <w:p>
      <w:pPr>
        <w:jc w:val="right"/>
      </w:pPr>
      <w:r>
        <w:t>اب ان کا حساب کتاب ہونے والا ہے۔</w:t>
      </w:r>
    </w:p>
    <w:p>
      <w:r>
        <w:rPr>
          <w:b/>
        </w:rPr>
        <w:t xml:space="preserve">[29:45] </w:t>
      </w:r>
      <w:r>
        <w:t>aur kisi ke liye hell hogi, kisi ke liye paradise hogi.</w:t>
      </w:r>
    </w:p>
    <w:p>
      <w:pPr>
        <w:jc w:val="right"/>
      </w:pPr>
      <w:r>
        <w:t>اور کسی کے لیے ہیل ہوگی، کسی کے لیے پیراڈائز ہوگی۔</w:t>
      </w:r>
    </w:p>
    <w:p>
      <w:r>
        <w:rPr>
          <w:b/>
        </w:rPr>
        <w:t xml:space="preserve">[29:48] </w:t>
      </w:r>
      <w:r>
        <w:t>to surah waqia jo hai, chapter number 56 mein kaha gaya hai ke kuntum azwajan thalatha.</w:t>
      </w:r>
    </w:p>
    <w:p>
      <w:pPr>
        <w:jc w:val="right"/>
      </w:pPr>
      <w:r>
        <w:t>تو سورہ واقعہ جو ہے، چیپٹر نمبر 56 میں کہا گیا ہے کہ کُنْتُمْ أَزْوَاجًا ثَلَاثًا۔</w:t>
      </w:r>
    </w:p>
    <w:p>
      <w:r>
        <w:rPr>
          <w:b/>
        </w:rPr>
        <w:t xml:space="preserve">[29:52] </w:t>
      </w:r>
      <w:r>
        <w:t>is din tum log teen group mein bat jaoge. sare insan.</w:t>
      </w:r>
    </w:p>
    <w:p>
      <w:pPr>
        <w:jc w:val="right"/>
      </w:pPr>
      <w:r>
        <w:t>اس دن تم لوگ تین گروپ میں بٹ جاؤ گے۔ سارے انسان۔</w:t>
      </w:r>
    </w:p>
    <w:p>
      <w:r>
        <w:rPr>
          <w:b/>
        </w:rPr>
        <w:t xml:space="preserve">[29:56] </w:t>
      </w:r>
      <w:r>
        <w:t>kuntum azwajan thalatha.</w:t>
      </w:r>
    </w:p>
    <w:p>
      <w:pPr>
        <w:jc w:val="right"/>
      </w:pPr>
      <w:r>
        <w:t>کُنْتُمْ أَزْوَاجًا ثَلَاثًا۔</w:t>
      </w:r>
    </w:p>
    <w:p>
      <w:r>
        <w:rPr>
          <w:b/>
        </w:rPr>
        <w:t xml:space="preserve">[30:00] </w:t>
      </w:r>
      <w:r>
        <w:t>sare insan jo poori history mein paida</w:t>
      </w:r>
    </w:p>
    <w:p>
      <w:pPr>
        <w:jc w:val="right"/>
      </w:pPr>
      <w:r>
        <w:t>سارے انسان جو پوری ہسٹری میں پیدا</w:t>
      </w:r>
    </w:p>
    <w:p>
      <w:r>
        <w:rPr>
          <w:b/>
        </w:rPr>
        <w:t xml:space="preserve">[30:04] </w:t>
      </w:r>
      <w:r>
        <w:t>hue.</w:t>
      </w:r>
    </w:p>
    <w:p>
      <w:pPr>
        <w:jc w:val="right"/>
      </w:pPr>
      <w:r>
        <w:t>ہوئے۔</w:t>
      </w:r>
    </w:p>
    <w:p>
      <w:r>
        <w:rPr>
          <w:b/>
        </w:rPr>
        <w:t xml:space="preserve">[30:10] </w:t>
      </w:r>
      <w:r>
        <w:t>poori poori history mein paida hone wale mard aur aurat sab teen group mein bat jayenge.</w:t>
      </w:r>
    </w:p>
    <w:p>
      <w:pPr>
        <w:jc w:val="right"/>
      </w:pPr>
      <w:r>
        <w:t>پوری پوری ہسٹری میں پیدا ہونے والے مرد اور عورت سب تین گروپ میں بٹ جائیں گے۔</w:t>
      </w:r>
    </w:p>
    <w:p>
      <w:r>
        <w:rPr>
          <w:b/>
        </w:rPr>
        <w:t xml:space="preserve">[30:16] </w:t>
      </w:r>
      <w:r>
        <w:t>woh kaun group hain? ashab-ul-maymana, ashab-ul-mashama aur sabiqoon-al-awwaloon.</w:t>
      </w:r>
    </w:p>
    <w:p>
      <w:pPr>
        <w:jc w:val="right"/>
      </w:pPr>
      <w:r>
        <w:t>وہ کون گروپ ہیں؟ اصحاب المیمنہ، اصحاب المشمع اور السابقون الاولون۔</w:t>
      </w:r>
    </w:p>
    <w:p>
      <w:r>
        <w:rPr>
          <w:b/>
        </w:rPr>
        <w:t xml:space="preserve">[30:22] </w:t>
      </w:r>
      <w:r>
        <w:t>yeh teen group bataye gaye hain.</w:t>
      </w:r>
    </w:p>
    <w:p>
      <w:pPr>
        <w:jc w:val="right"/>
      </w:pPr>
      <w:r>
        <w:t>یہ تین گروپ بتائے گئے ہیں۔</w:t>
      </w:r>
    </w:p>
    <w:p>
      <w:r>
        <w:rPr>
          <w:b/>
        </w:rPr>
        <w:t xml:space="preserve">[30:28] </w:t>
      </w:r>
      <w:r>
        <w:t>qayamat ka jo scene hai bataya gaya ke wahan kya hoga?</w:t>
      </w:r>
    </w:p>
    <w:p>
      <w:pPr>
        <w:jc w:val="right"/>
      </w:pPr>
      <w:r>
        <w:t>قیامت کا جو سین ہے بتایا گیا کہ وہاں کیا ہوگا؟</w:t>
      </w:r>
    </w:p>
    <w:p>
      <w:r>
        <w:rPr>
          <w:b/>
        </w:rPr>
        <w:t xml:space="preserve">[30:34] </w:t>
      </w:r>
      <w:r>
        <w:t>sare insan ekattha hain aur phir un ko teen group mein bant diya gaya.</w:t>
      </w:r>
    </w:p>
    <w:p>
      <w:pPr>
        <w:jc w:val="right"/>
      </w:pPr>
      <w:r>
        <w:t>سارے انسان اکٹھا ہیں اور پھر ان کو تین گروپ میں بانٹ دیا گیا۔</w:t>
      </w:r>
    </w:p>
    <w:p>
      <w:r>
        <w:rPr>
          <w:b/>
        </w:rPr>
        <w:t xml:space="preserve">[30:39] </w:t>
      </w:r>
      <w:r>
        <w:t>ashab-ul-yameen ko kaha gaya hai yani people of right hand.</w:t>
      </w:r>
    </w:p>
    <w:p>
      <w:pPr>
        <w:jc w:val="right"/>
      </w:pPr>
      <w:r>
        <w:t>اصحاب الیمین کو کہا گیا ہے یعنی پیپل آف رائٹ ہینڈ۔</w:t>
      </w:r>
    </w:p>
    <w:p>
      <w:r>
        <w:rPr>
          <w:b/>
        </w:rPr>
        <w:t xml:space="preserve">[30:43] </w:t>
      </w:r>
      <w:r>
        <w:t>aur ashab-ul-shamal people of left hand.</w:t>
      </w:r>
    </w:p>
    <w:p>
      <w:pPr>
        <w:jc w:val="right"/>
      </w:pPr>
      <w:r>
        <w:t>اور اصحاب الشمال پیپل آف لیفٹ ہینڈ۔</w:t>
      </w:r>
    </w:p>
    <w:p>
      <w:r>
        <w:rPr>
          <w:b/>
        </w:rPr>
        <w:t xml:space="preserve">[30:47] </w:t>
      </w:r>
      <w:r>
        <w:t>dayein wale aur bayein wale.</w:t>
      </w:r>
    </w:p>
    <w:p>
      <w:pPr>
        <w:jc w:val="right"/>
      </w:pPr>
      <w:r>
        <w:t>دائیں والے اور بائیں والے۔</w:t>
      </w:r>
    </w:p>
    <w:p>
      <w:r>
        <w:rPr>
          <w:b/>
        </w:rPr>
        <w:t xml:space="preserve">[30:52] </w:t>
      </w:r>
      <w:r>
        <w:t>aur sabiqoon-al-awwaloon.</w:t>
      </w:r>
    </w:p>
    <w:p>
      <w:pPr>
        <w:jc w:val="right"/>
      </w:pPr>
      <w:r>
        <w:t>اور السابقون الاولون۔</w:t>
      </w:r>
    </w:p>
    <w:p>
      <w:r>
        <w:rPr>
          <w:b/>
        </w:rPr>
        <w:t xml:space="preserve">[30:56] </w:t>
      </w:r>
      <w:r>
        <w:t>for most aage wale.</w:t>
      </w:r>
    </w:p>
    <w:p>
      <w:pPr>
        <w:jc w:val="right"/>
      </w:pPr>
      <w:r>
        <w:t>فور موسٹ آگے والے۔</w:t>
      </w:r>
    </w:p>
    <w:p>
      <w:r>
        <w:rPr>
          <w:b/>
        </w:rPr>
        <w:t xml:space="preserve">[31:00] </w:t>
      </w:r>
      <w:r>
        <w:t>to quran mein bata</w:t>
      </w:r>
    </w:p>
    <w:p>
      <w:pPr>
        <w:jc w:val="right"/>
      </w:pPr>
      <w:r>
        <w:t>تو قرآن میں بت</w:t>
      </w:r>
    </w:p>
    <w:p>
      <w:r>
        <w:rPr>
          <w:b/>
        </w:rPr>
        <w:t xml:space="preserve">[31:04] </w:t>
      </w:r>
      <w:r>
        <w:t>ya gaya hai ke jo jo jo hell wale log honge un ko bataya gaya hai ke</w:t>
      </w:r>
    </w:p>
    <w:p>
      <w:pPr>
        <w:jc w:val="right"/>
      </w:pPr>
      <w:r>
        <w:t>ایا گیا ہے کہ جو جو جو ہیل والے لوگ ہوں گے ان کو بتایا گیا ہے کہ</w:t>
      </w:r>
    </w:p>
    <w:p>
      <w:r>
        <w:rPr>
          <w:b/>
        </w:rPr>
        <w:t xml:space="preserve">[31:11] </w:t>
      </w:r>
      <w:r>
        <w:t>yeh ashab-ul-shamal honge.</w:t>
      </w:r>
    </w:p>
    <w:p>
      <w:pPr>
        <w:jc w:val="right"/>
      </w:pPr>
      <w:r>
        <w:t>یہ اصحاب الشمال ہوں گے۔</w:t>
      </w:r>
    </w:p>
    <w:p>
      <w:r>
        <w:rPr>
          <w:b/>
        </w:rPr>
        <w:t xml:space="preserve">[31:17] </w:t>
      </w:r>
      <w:r>
        <w:t>yeh bayein wale log honge.</w:t>
      </w:r>
    </w:p>
    <w:p>
      <w:pPr>
        <w:jc w:val="right"/>
      </w:pPr>
      <w:r>
        <w:t>یہ بائیں والے لوگ ہوں گے۔</w:t>
      </w:r>
    </w:p>
    <w:p>
      <w:r>
        <w:rPr>
          <w:b/>
        </w:rPr>
        <w:t xml:space="preserve">[31:24] </w:t>
      </w:r>
      <w:r>
        <w:t>woh sare is taraf honge bayein wale.</w:t>
      </w:r>
    </w:p>
    <w:p>
      <w:pPr>
        <w:jc w:val="right"/>
      </w:pPr>
      <w:r>
        <w:t>وہ سارے اس طرف ہوں گے بائیں والے۔</w:t>
      </w:r>
    </w:p>
    <w:p>
      <w:r>
        <w:rPr>
          <w:b/>
        </w:rPr>
        <w:t xml:space="preserve">[31:30] </w:t>
      </w:r>
      <w:r>
        <w:t>ashab-ul-yameen woh honge jo jannat wale honge.</w:t>
      </w:r>
    </w:p>
    <w:p>
      <w:pPr>
        <w:jc w:val="right"/>
      </w:pPr>
      <w:r>
        <w:t>اصحاب الیمین وہ ہوں گے جو جنت والے ہوں گے۔</w:t>
      </w:r>
    </w:p>
    <w:p>
      <w:r>
        <w:rPr>
          <w:b/>
        </w:rPr>
        <w:t xml:space="preserve">[31:37] </w:t>
      </w:r>
      <w:r>
        <w:t>aur aage wale woh honge jo jo ziyada Allah ke deen par ziyada chale. jinhone Allah ke aage badh badhkar surrender kiya. aur jinhone apna sab kuch Allah ke liye dedicate kar diya woh log honge. to doosre lafzon mein mein yeh kahunga jo mein aksar kaha karta hoon ke duniya mein teen qism ke log hain. mein apne lafzon mein</w:t>
      </w:r>
    </w:p>
    <w:p>
      <w:pPr>
        <w:jc w:val="right"/>
      </w:pPr>
      <w:r>
        <w:t>اور آگے والے وہ ہوں گے جو جو زیادہ اللہ کے دین پر زیادہ چلے۔ جنہوں نے اللہ کے آگے بڑھ بڑھ کر سرینڈر کیا۔ اور جنہوں نے اپنا سب کچھ اللہ کے لیے ڈیڈیکیٹ کر دیا وہ لوگ ہوں گے۔ تو دوسرے لفظوں میں میں یہ کہوں گا جو میں اکثر کہا کرتا ہوں کہ دنیا میں تین قسم کے لوگ ہیں۔ میں اپنے لفظوں میں</w:t>
      </w:r>
    </w:p>
    <w:p>
      <w:r>
        <w:rPr>
          <w:b/>
        </w:rPr>
        <w:t xml:space="preserve">[32:07] </w:t>
      </w:r>
      <w:r>
        <w:t>yeh kaha karta hoon ke dunya mein teen qism ke log hain.</w:t>
      </w:r>
    </w:p>
    <w:p>
      <w:pPr>
        <w:jc w:val="right"/>
      </w:pPr>
      <w:r>
        <w:t>یہ کہا کرتا ہوں کہ دنیا میں تین قسم کے لوگ ہیں۔</w:t>
      </w:r>
    </w:p>
    <w:p>
      <w:r>
        <w:rPr>
          <w:b/>
        </w:rPr>
        <w:t xml:space="preserve">[32:12] </w:t>
      </w:r>
      <w:r>
        <w:t>aik hai one man one mission.</w:t>
      </w:r>
    </w:p>
    <w:p>
      <w:pPr>
        <w:jc w:val="right"/>
      </w:pPr>
      <w:r>
        <w:t>ایک ہے ون مین ون مشن۔</w:t>
      </w:r>
    </w:p>
    <w:p>
      <w:r>
        <w:rPr>
          <w:b/>
        </w:rPr>
        <w:t xml:space="preserve">[32:17] </w:t>
      </w:r>
      <w:r>
        <w:t>aik hai one man two mission.</w:t>
      </w:r>
    </w:p>
    <w:p>
      <w:pPr>
        <w:jc w:val="right"/>
      </w:pPr>
      <w:r>
        <w:t>ایک ہے ون مین ٹو مشن۔</w:t>
      </w:r>
    </w:p>
    <w:p>
      <w:r>
        <w:rPr>
          <w:b/>
        </w:rPr>
        <w:t xml:space="preserve">[32:22] </w:t>
      </w:r>
      <w:r>
        <w:t>aur aik hai one man no mission.</w:t>
      </w:r>
    </w:p>
    <w:p>
      <w:pPr>
        <w:jc w:val="right"/>
      </w:pPr>
      <w:r>
        <w:t>اور ایک ہے ون مین نو مشن۔</w:t>
      </w:r>
    </w:p>
    <w:p>
      <w:r>
        <w:rPr>
          <w:b/>
        </w:rPr>
        <w:t xml:space="preserve">[32:28] </w:t>
      </w:r>
      <w:r>
        <w:t>to one man one mission kon hain? jinhon ne apna sab kuch Allah ke liye ko de diya.</w:t>
      </w:r>
    </w:p>
    <w:p>
      <w:pPr>
        <w:jc w:val="right"/>
      </w:pPr>
      <w:r>
        <w:t>تو ون مین ون مشن کون ہیں؟ جنہوں نے اپنا سب کچھ اللہ کے لیے کو دے دیا۔</w:t>
      </w:r>
    </w:p>
    <w:p>
      <w:r>
        <w:rPr>
          <w:b/>
        </w:rPr>
        <w:t xml:space="preserve">[32:33] </w:t>
      </w:r>
      <w:r>
        <w:t>supreme dedicate kar diya apne aap ko Khuda ke rastay mein.</w:t>
      </w:r>
    </w:p>
    <w:p>
      <w:pPr>
        <w:jc w:val="right"/>
      </w:pPr>
      <w:r>
        <w:t>سپرم ڈیڈیکیٹ کر دیا اپنے آپ کو خدا کے راستے میں۔</w:t>
      </w:r>
    </w:p>
    <w:p>
      <w:r>
        <w:rPr>
          <w:b/>
        </w:rPr>
        <w:t xml:space="preserve">[32:38] </w:t>
      </w:r>
      <w:r>
        <w:t>isi ke liye jeena, Khuda ke liye jeena, Khuda ke liye uthna, Khuda ke liye sona, Khuda ke liye chalna, Khuda ke liye baithna, Khuda ke mission mein apne aap ko aap ko dedicate kar dena. yeh hai one man one mission. yani inka koi doosra concern hi nahin. Khuda ke siwa koi doosra concern nahin inka. inka paisa, inka time, inki energy, jo kuch bhi inke paas</w:t>
      </w:r>
    </w:p>
    <w:p>
      <w:pPr>
        <w:jc w:val="right"/>
      </w:pPr>
      <w:r>
        <w:t>اسی کے لیے جینا، خدا کے لیے جینا، خدا کے لیے اٹھنا، خدا کے لیے سونا، خدا کے لیے چلنا، خدا کے لیے بیٹھنا، خدا کے مشن میں اپنے آپ کو آپ کو ڈیڈیکیٹ کر دینا۔ یہ ہے ون مین ون مشن۔ یعنی ان کا کوئی دوسرا کنسرن ہی نہیں۔ خدا کے سوا کوئی دوسرا کنسرن نہیں ان کا۔ ان کا پیسہ، ان کا ٹائم، ان کی انرجی، جو کچھ بھی ان کے پاس</w:t>
      </w:r>
    </w:p>
    <w:p>
      <w:r>
        <w:rPr>
          <w:b/>
        </w:rPr>
        <w:t xml:space="preserve">[33:08] </w:t>
      </w:r>
      <w:r>
        <w:t>hai woh sab unhon ne Khuda ke liye de diya.</w:t>
      </w:r>
    </w:p>
    <w:p>
      <w:pPr>
        <w:jc w:val="right"/>
      </w:pPr>
      <w:r>
        <w:t>ہے وہ سب انہوں نے خدا کے لیے دے دیا۔</w:t>
      </w:r>
    </w:p>
    <w:p>
      <w:r>
        <w:rPr>
          <w:b/>
        </w:rPr>
        <w:t xml:space="preserve">[33:12] </w:t>
      </w:r>
      <w:r>
        <w:t>yani sacrifice ki had par ja kar unhon ne Khuda ke rastay par woh chalay.</w:t>
      </w:r>
    </w:p>
    <w:p>
      <w:pPr>
        <w:jc w:val="right"/>
      </w:pPr>
      <w:r>
        <w:t>یعنی سیکریفائس کی حد پر جا کر انہوں نے خدا کے راستے پر وہ چلے۔</w:t>
      </w:r>
    </w:p>
    <w:p>
      <w:r>
        <w:rPr>
          <w:b/>
        </w:rPr>
        <w:t xml:space="preserve">[33:17] </w:t>
      </w:r>
      <w:r>
        <w:t>is ko mein kehta hoon ke one man one mission.</w:t>
      </w:r>
    </w:p>
    <w:p>
      <w:pPr>
        <w:jc w:val="right"/>
      </w:pPr>
      <w:r>
        <w:t>اس کو میں کہتا ہوں کہ ون مین ون مشن۔</w:t>
      </w:r>
    </w:p>
    <w:p>
      <w:r>
        <w:rPr>
          <w:b/>
        </w:rPr>
        <w:t xml:space="preserve">[33:21] </w:t>
      </w:r>
      <w:r>
        <w:t>yani hundred percent unhon ne apne aap ko Khuda ke rastay mein laga diya.</w:t>
      </w:r>
    </w:p>
    <w:p>
      <w:pPr>
        <w:jc w:val="right"/>
      </w:pPr>
      <w:r>
        <w:t>یعنی ہنڈرڈ پرسنٹ انہوں نے اپنے آپ کو خدا کے راستے میں لگا دیا۔</w:t>
      </w:r>
    </w:p>
    <w:p>
      <w:r>
        <w:rPr>
          <w:b/>
        </w:rPr>
        <w:t xml:space="preserve">[33:25] </w:t>
      </w:r>
      <w:r>
        <w:t>dosray ko mein kaha karta hoon one man two mission.</w:t>
      </w:r>
    </w:p>
    <w:p>
      <w:pPr>
        <w:jc w:val="right"/>
      </w:pPr>
      <w:r>
        <w:t>دوسرے کو میں کہا کرتا ہوں ون مین ٹو مشن۔</w:t>
      </w:r>
    </w:p>
    <w:p>
      <w:r>
        <w:rPr>
          <w:b/>
        </w:rPr>
        <w:t xml:space="preserve">[33:30] </w:t>
      </w:r>
      <w:r>
        <w:t>yani fifty fifty.</w:t>
      </w:r>
    </w:p>
    <w:p>
      <w:pPr>
        <w:jc w:val="right"/>
      </w:pPr>
      <w:r>
        <w:t>یعنی ففٹی ففٹی۔</w:t>
      </w:r>
    </w:p>
    <w:p>
      <w:r>
        <w:rPr>
          <w:b/>
        </w:rPr>
        <w:t xml:space="preserve">[33:34] </w:t>
      </w:r>
      <w:r>
        <w:t>fifty percent unhon ne apne dunya ke kaam ko kiya.</w:t>
      </w:r>
    </w:p>
    <w:p>
      <w:pPr>
        <w:jc w:val="right"/>
      </w:pPr>
      <w:r>
        <w:t>ففٹی پرسنٹ انہوں نے اپنے دنیا کے کام کو کیا۔</w:t>
      </w:r>
    </w:p>
    <w:p>
      <w:r>
        <w:rPr>
          <w:b/>
        </w:rPr>
        <w:t xml:space="preserve">[33:39] </w:t>
      </w:r>
      <w:r>
        <w:t>ghar baar sambhala, baal bachon ki zimmedari poori ki.</w:t>
      </w:r>
    </w:p>
    <w:p>
      <w:pPr>
        <w:jc w:val="right"/>
      </w:pPr>
      <w:r>
        <w:t>گھر بار سنبھالا، بال بچوں کی ذمہ داری پوری کی۔</w:t>
      </w:r>
    </w:p>
    <w:p>
      <w:r>
        <w:rPr>
          <w:b/>
        </w:rPr>
        <w:t xml:space="preserve">[33:44] </w:t>
      </w:r>
      <w:r>
        <w:t>aur aur aadha yeh kiya unhon ne apne aap ko Khuda ke rastay par lagaya.</w:t>
      </w:r>
    </w:p>
    <w:p>
      <w:pPr>
        <w:jc w:val="right"/>
      </w:pPr>
      <w:r>
        <w:t>اور اور آدھا یہ کیا انہوں نے اپنے آپ کو خدا کے راستے پر لگایا۔</w:t>
      </w:r>
    </w:p>
    <w:p>
      <w:r>
        <w:rPr>
          <w:b/>
        </w:rPr>
        <w:t xml:space="preserve">[33:49] </w:t>
      </w:r>
      <w:r>
        <w:t>to yeh fifty fifty ka mamla hai.</w:t>
      </w:r>
    </w:p>
    <w:p>
      <w:pPr>
        <w:jc w:val="right"/>
      </w:pPr>
      <w:r>
        <w:t>تو یہ ففٹی ففٹی کا معاملہ ہے۔</w:t>
      </w:r>
    </w:p>
    <w:p>
      <w:r>
        <w:rPr>
          <w:b/>
        </w:rPr>
        <w:t xml:space="preserve">[33:54] </w:t>
      </w:r>
      <w:r>
        <w:t>yeh hai one man two mission.</w:t>
      </w:r>
    </w:p>
    <w:p>
      <w:pPr>
        <w:jc w:val="right"/>
      </w:pPr>
      <w:r>
        <w:t>یہ ہے ون مین ٹو مشن۔</w:t>
      </w:r>
    </w:p>
    <w:p>
      <w:r>
        <w:rPr>
          <w:b/>
        </w:rPr>
        <w:t xml:space="preserve">[33:59] </w:t>
      </w:r>
      <w:r>
        <w:t>yani apni apni energy ka aadha hissa lagaya apne dunya ke kaam mein, aadha hissa lagaya Khuda ke</w:t>
      </w:r>
    </w:p>
    <w:p>
      <w:pPr>
        <w:jc w:val="right"/>
      </w:pPr>
      <w:r>
        <w:t>یعنی اپنی اپنی انرجی کا آدھا حصہ لگایا اپنے دنیا کے کام میں، آدھا حصہ لگایا خدا کے</w:t>
      </w:r>
    </w:p>
    <w:p>
      <w:r>
        <w:rPr>
          <w:b/>
        </w:rPr>
        <w:t xml:space="preserve">[34:04] </w:t>
      </w:r>
      <w:r>
        <w:t>rastay ke liye. yeh yeh</w:t>
      </w:r>
    </w:p>
    <w:p>
      <w:pPr>
        <w:jc w:val="right"/>
      </w:pPr>
      <w:r>
        <w:t>راستے کے لیے۔ یہ یہ</w:t>
      </w:r>
    </w:p>
    <w:p>
      <w:r>
        <w:rPr>
          <w:b/>
        </w:rPr>
        <w:t xml:space="preserve">[34:09] </w:t>
      </w:r>
      <w:r>
        <w:t>yeh dosray darjay ke dosri category ke log hon gay.</w:t>
      </w:r>
    </w:p>
    <w:p>
      <w:pPr>
        <w:jc w:val="right"/>
      </w:pPr>
      <w:r>
        <w:t>یہ دوسرے درجے کے دوسری کیٹیگری کے لوگ ہوں گے۔</w:t>
      </w:r>
    </w:p>
    <w:p>
      <w:r>
        <w:rPr>
          <w:b/>
        </w:rPr>
        <w:t xml:space="preserve">[34:13] </w:t>
      </w:r>
      <w:r>
        <w:t>one man two mission walay.</w:t>
      </w:r>
    </w:p>
    <w:p>
      <w:pPr>
        <w:jc w:val="right"/>
      </w:pPr>
      <w:r>
        <w:t>ون مین ٹو مشن والے۔</w:t>
      </w:r>
    </w:p>
    <w:p>
      <w:r>
        <w:rPr>
          <w:b/>
        </w:rPr>
        <w:t xml:space="preserve">[34:18] </w:t>
      </w:r>
      <w:r>
        <w:t>aur teesray log jo hon gay woh no mission walay.</w:t>
      </w:r>
    </w:p>
    <w:p>
      <w:pPr>
        <w:jc w:val="right"/>
      </w:pPr>
      <w:r>
        <w:t>اور تیسرے لوگ جو ہوں گے وہ نو مشن والے۔</w:t>
      </w:r>
    </w:p>
    <w:p>
      <w:r>
        <w:rPr>
          <w:b/>
        </w:rPr>
        <w:t xml:space="preserve">[34:22] </w:t>
      </w:r>
      <w:r>
        <w:t>yani apni poori zindagi hi unhon ne laga di hai apne dunya ke kamon ke liye.</w:t>
      </w:r>
    </w:p>
    <w:p>
      <w:pPr>
        <w:jc w:val="right"/>
      </w:pPr>
      <w:r>
        <w:t>یعنی اپنی پوری زندگی ہی انہوں نے لگا دی ہے اپنے دنیا کے کاموں کے لیے۔</w:t>
      </w:r>
    </w:p>
    <w:p>
      <w:r>
        <w:rPr>
          <w:b/>
        </w:rPr>
        <w:t xml:space="preserve">[34:27] </w:t>
      </w:r>
      <w:r>
        <w:t>in ka Khuda ko unhon ne apna concern nahi banaya.</w:t>
      </w:r>
    </w:p>
    <w:p>
      <w:pPr>
        <w:jc w:val="right"/>
      </w:pPr>
      <w:r>
        <w:t>ان کا خدا کو انہوں نے اپنا کنسرن نہیں بنایا۔</w:t>
      </w:r>
    </w:p>
    <w:p>
      <w:r>
        <w:rPr>
          <w:b/>
        </w:rPr>
        <w:t xml:space="preserve">[34:31] </w:t>
      </w:r>
      <w:r>
        <w:t>apni energy ka koi hissa nahi Khuda ko diya unhon ne.</w:t>
      </w:r>
    </w:p>
    <w:p>
      <w:pPr>
        <w:jc w:val="right"/>
      </w:pPr>
      <w:r>
        <w:t>اپنی انرجی کا کوئی حصہ نہیں خدا کو دیا انہوں نے۔</w:t>
      </w:r>
    </w:p>
    <w:p>
      <w:r>
        <w:rPr>
          <w:b/>
        </w:rPr>
        <w:t xml:space="preserve">[34:35] </w:t>
      </w:r>
      <w:r>
        <w:t>in ka time, in ka paisa</w:t>
      </w:r>
    </w:p>
    <w:p>
      <w:pPr>
        <w:jc w:val="right"/>
      </w:pPr>
      <w:r>
        <w:t>ان کا ٹائم، ان کا پیسہ</w:t>
      </w:r>
    </w:p>
    <w:p>
      <w:r>
        <w:rPr>
          <w:b/>
        </w:rPr>
        <w:t xml:space="preserve">[34:40] </w:t>
      </w:r>
      <w:r>
        <w:t xml:space="preserve"> , un ki energy sab kuch apne liye waqf rahi.</w:t>
      </w:r>
    </w:p>
    <w:p>
      <w:pPr>
        <w:jc w:val="right"/>
      </w:pPr>
      <w:r>
        <w:t>، ان کی انرجی سب کچھ اپنے لیے وقف رہی۔</w:t>
      </w:r>
    </w:p>
    <w:p>
      <w:r>
        <w:rPr>
          <w:b/>
        </w:rPr>
        <w:t xml:space="preserve">[34:45] </w:t>
      </w:r>
      <w:r>
        <w:t>yani self oriented life batai unhon ne.</w:t>
      </w:r>
    </w:p>
    <w:p>
      <w:pPr>
        <w:jc w:val="right"/>
      </w:pPr>
      <w:r>
        <w:t>یعنی سیلف اورینٹڈ لائف بتائی انہوں نے۔</w:t>
      </w:r>
    </w:p>
    <w:p>
      <w:r>
        <w:rPr>
          <w:b/>
        </w:rPr>
        <w:t xml:space="preserve">[34:49] </w:t>
      </w:r>
      <w:r>
        <w:t>god oriented life nahi batai.</w:t>
      </w:r>
    </w:p>
    <w:p>
      <w:pPr>
        <w:jc w:val="right"/>
      </w:pPr>
      <w:r>
        <w:t>گاڈ اورینٹڈ لائف نہیں بتائی۔</w:t>
      </w:r>
    </w:p>
    <w:p>
      <w:r>
        <w:rPr>
          <w:b/>
        </w:rPr>
        <w:t xml:space="preserve">[34:54] </w:t>
      </w:r>
      <w:r>
        <w:t>to god oriented life mein do category hain.</w:t>
      </w:r>
    </w:p>
    <w:p>
      <w:pPr>
        <w:jc w:val="right"/>
      </w:pPr>
      <w:r>
        <w:t>تو گاڈ اورینٹڈ لائف میں دو کیٹیگری ہیں۔</w:t>
      </w:r>
    </w:p>
    <w:p>
      <w:r>
        <w:rPr>
          <w:b/>
        </w:rPr>
        <w:t xml:space="preserve">[34:58] </w:t>
      </w:r>
      <w:r>
        <w:t>one man one mission wali aur one man two mission wali.</w:t>
      </w:r>
    </w:p>
    <w:p>
      <w:pPr>
        <w:jc w:val="right"/>
      </w:pPr>
      <w:r>
        <w:t>ون مین ون مشن والی اور ون مین ٹو مشن والی۔</w:t>
      </w:r>
    </w:p>
    <w:p>
      <w:r>
        <w:rPr>
          <w:b/>
        </w:rPr>
        <w:t xml:space="preserve">[35:03] </w:t>
      </w:r>
      <w:r>
        <w:t>aur self oriented life wali category to ek hi category hai.</w:t>
      </w:r>
    </w:p>
    <w:p>
      <w:pPr>
        <w:jc w:val="right"/>
      </w:pPr>
      <w:r>
        <w:t>اور سیلف اورینٹڈ لائف والی کیٹیگری تو ایک ہی کیٹیگری ہے۔</w:t>
      </w:r>
    </w:p>
    <w:p>
      <w:r>
        <w:rPr>
          <w:b/>
        </w:rPr>
        <w:t xml:space="preserve">[35:08] </w:t>
      </w:r>
      <w:r>
        <w:t>wo sab wo log hain jo khuda ke liye unwanted log hain.</w:t>
      </w:r>
    </w:p>
    <w:p>
      <w:pPr>
        <w:jc w:val="right"/>
      </w:pPr>
      <w:r>
        <w:t>وہ سب وہ لوگ ہیں جو خدا کے لیے ان وانٹڈ لوگ ہیں۔</w:t>
      </w:r>
    </w:p>
    <w:p>
      <w:r>
        <w:rPr>
          <w:b/>
        </w:rPr>
        <w:t xml:space="preserve">[35:12] </w:t>
      </w:r>
      <w:r>
        <w:t>to ye hai teen.</w:t>
      </w:r>
    </w:p>
    <w:p>
      <w:pPr>
        <w:jc w:val="right"/>
      </w:pPr>
      <w:r>
        <w:t>تو یہ ہے تین۔</w:t>
      </w:r>
    </w:p>
    <w:p>
      <w:r>
        <w:rPr>
          <w:b/>
        </w:rPr>
        <w:t xml:space="preserve">[35:17] </w:t>
      </w:r>
      <w:r>
        <w:t>kuntum azwajan salasa.</w:t>
      </w:r>
    </w:p>
    <w:p>
      <w:pPr>
        <w:jc w:val="right"/>
      </w:pPr>
      <w:r>
        <w:t>کُنْتُمْ أَزْوَاجًا ثَلَاثًا۔</w:t>
      </w:r>
    </w:p>
    <w:p>
      <w:r>
        <w:rPr>
          <w:b/>
        </w:rPr>
        <w:t xml:space="preserve">[35:21] </w:t>
      </w:r>
      <w:r>
        <w:t>tum teen grohon mein banto ge.</w:t>
      </w:r>
    </w:p>
    <w:p>
      <w:pPr>
        <w:jc w:val="right"/>
      </w:pPr>
      <w:r>
        <w:t>تم تین گروہوں میں بٹو گے۔</w:t>
      </w:r>
    </w:p>
    <w:p>
      <w:r>
        <w:rPr>
          <w:b/>
        </w:rPr>
        <w:t xml:space="preserve">[35:25] </w:t>
      </w:r>
      <w:r>
        <w:t>to ye bataya is mein ke aage wale log jo hain one man one mission wale log jo</w:t>
      </w:r>
    </w:p>
    <w:p>
      <w:pPr>
        <w:jc w:val="right"/>
      </w:pPr>
      <w:r>
        <w:t>تو یہ بتایا اس میں کہ آگے والے لوگ جو ہیں ون مین ون مشن والے لوگ جو</w:t>
      </w:r>
    </w:p>
    <w:p>
      <w:r>
        <w:rPr>
          <w:b/>
        </w:rPr>
        <w:t xml:space="preserve">[35:30] </w:t>
      </w:r>
      <w:r>
        <w:t>hain wo thode log honge.</w:t>
      </w:r>
    </w:p>
    <w:p>
      <w:pPr>
        <w:jc w:val="right"/>
      </w:pPr>
      <w:r>
        <w:t>ہیں وہ تھوڑے لوگ ہوں گے۔</w:t>
      </w:r>
    </w:p>
    <w:p>
      <w:r>
        <w:rPr>
          <w:b/>
        </w:rPr>
        <w:t xml:space="preserve">[35:34] </w:t>
      </w:r>
      <w:r>
        <w:t>puri history mein thode log honge, wo bahut zyada log nahi honge.</w:t>
      </w:r>
    </w:p>
    <w:p>
      <w:pPr>
        <w:jc w:val="right"/>
      </w:pPr>
      <w:r>
        <w:t>پوری ہسٹری میں تھوڑے لوگ ہوں گے، وہ بہت زیادہ لوگ نہیں ہوں گے۔</w:t>
      </w:r>
    </w:p>
    <w:p>
      <w:r>
        <w:rPr>
          <w:b/>
        </w:rPr>
        <w:t xml:space="preserve">[35:38] </w:t>
      </w:r>
      <w:r>
        <w:t>aur jo one man two mission wale log hain wo qabil, is mein</w:t>
      </w:r>
    </w:p>
    <w:p>
      <w:pPr>
        <w:jc w:val="right"/>
      </w:pPr>
      <w:r>
        <w:t>اور جو ون مین ٹو مشن والے لوگ ہیں وہ قابل، اس میں</w:t>
      </w:r>
    </w:p>
    <w:p>
      <w:r>
        <w:rPr>
          <w:b/>
        </w:rPr>
        <w:t xml:space="preserve">[35:42] </w:t>
      </w:r>
      <w:r>
        <w:t>kafi log honge, qabil e lihaz tadad hogi un ki.</w:t>
      </w:r>
    </w:p>
    <w:p>
      <w:pPr>
        <w:jc w:val="right"/>
      </w:pPr>
      <w:r>
        <w:t>کافی لوگ ہوں گے، قابل لحاظ تعداد ہوگی ان کی۔</w:t>
      </w:r>
    </w:p>
    <w:p>
      <w:r>
        <w:rPr>
          <w:b/>
        </w:rPr>
        <w:t xml:space="preserve">[35:46] </w:t>
      </w:r>
      <w:r>
        <w:t>aur jo no mission wale hain wo to koi bheed ki bheed idhar hogi.</w:t>
      </w:r>
    </w:p>
    <w:p>
      <w:pPr>
        <w:jc w:val="right"/>
      </w:pPr>
      <w:r>
        <w:t>اور جو نو مشن والے ہیں وہ تو کوئی بھیڑ کی بھیڑ ادھر ہوگی۔</w:t>
      </w:r>
    </w:p>
    <w:p>
      <w:r>
        <w:rPr>
          <w:b/>
        </w:rPr>
        <w:t xml:space="preserve">[35:50] </w:t>
      </w:r>
      <w:r>
        <w:t>majority logon ki idhar hogi.</w:t>
      </w:r>
    </w:p>
    <w:p>
      <w:pPr>
        <w:jc w:val="right"/>
      </w:pPr>
      <w:r>
        <w:t>میجورٹی لوگوں کی ادھر ہوگی۔</w:t>
      </w:r>
    </w:p>
    <w:p>
      <w:r>
        <w:rPr>
          <w:b/>
        </w:rPr>
        <w:t xml:space="preserve">[35:54] </w:t>
      </w:r>
      <w:r>
        <w:t>ye bataya manzar e hashar ka.</w:t>
      </w:r>
    </w:p>
    <w:p>
      <w:pPr>
        <w:jc w:val="right"/>
      </w:pPr>
      <w:r>
        <w:t>یہ بتایا منظر حشر کا۔</w:t>
      </w:r>
    </w:p>
    <w:p>
      <w:r>
        <w:rPr>
          <w:b/>
        </w:rPr>
        <w:t xml:space="preserve">[35:58] </w:t>
      </w:r>
      <w:r>
        <w:t>hashar ka manzar.</w:t>
      </w:r>
    </w:p>
    <w:p>
      <w:pPr>
        <w:jc w:val="right"/>
      </w:pPr>
      <w:r>
        <w:t>حشر کا منظر۔</w:t>
      </w:r>
    </w:p>
    <w:p>
      <w:r>
        <w:rPr>
          <w:b/>
        </w:rPr>
        <w:t xml:space="preserve">[36:01] </w:t>
      </w:r>
      <w:r>
        <w:t>to kitna bhayanak hai ye.</w:t>
      </w:r>
    </w:p>
    <w:p>
      <w:pPr>
        <w:jc w:val="right"/>
      </w:pPr>
      <w:r>
        <w:t>تو کتنا بھیانک ہے یہ۔</w:t>
      </w:r>
    </w:p>
    <w:p>
      <w:r>
        <w:rPr>
          <w:b/>
        </w:rPr>
        <w:t xml:space="preserve">[36:05] </w:t>
      </w:r>
      <w:r>
        <w:t>kitna bhayanak hai ye.</w:t>
      </w:r>
    </w:p>
    <w:p>
      <w:pPr>
        <w:jc w:val="right"/>
      </w:pPr>
      <w:r>
        <w:t>کتنا بھیانک ہے یہ۔</w:t>
      </w:r>
    </w:p>
    <w:p>
      <w:r>
        <w:rPr>
          <w:b/>
        </w:rPr>
        <w:t xml:space="preserve">[36:09] </w:t>
      </w:r>
      <w:r>
        <w:t>aap sochiye is is is is</w:t>
      </w:r>
    </w:p>
    <w:p>
      <w:pPr>
        <w:jc w:val="right"/>
      </w:pPr>
      <w:r>
        <w:t>آپ سوچیے اس اس اس اس</w:t>
      </w:r>
    </w:p>
    <w:p>
      <w:r>
        <w:rPr>
          <w:b/>
        </w:rPr>
        <w:t xml:space="preserve">[36:13] </w:t>
      </w:r>
      <w:r>
        <w:t>is is maidan e hashar ko sochiye ke bahut hi bada ek maidan hai.</w:t>
      </w:r>
    </w:p>
    <w:p>
      <w:pPr>
        <w:jc w:val="right"/>
      </w:pPr>
      <w:r>
        <w:t>اس اس میدان حشر کو سوچیے کہ بہت ہی بڑا ایک میدان ہے۔</w:t>
      </w:r>
    </w:p>
    <w:p>
      <w:r>
        <w:rPr>
          <w:b/>
        </w:rPr>
        <w:t xml:space="preserve">[36:17] </w:t>
      </w:r>
      <w:r>
        <w:t>sare insan daude chale aa rahe hain.</w:t>
      </w:r>
    </w:p>
    <w:p>
      <w:pPr>
        <w:jc w:val="right"/>
      </w:pPr>
      <w:r>
        <w:t>سارے انسان دوڑے چلے آ رہے ہیں۔</w:t>
      </w:r>
    </w:p>
    <w:p>
      <w:r>
        <w:rPr>
          <w:b/>
        </w:rPr>
        <w:t xml:space="preserve">[36:21] </w:t>
      </w:r>
      <w:r>
        <w:t>rasool Allah ne farmaya ke is din log aayenge to un ke badan pe, body pe kapde</w:t>
      </w:r>
    </w:p>
    <w:p>
      <w:pPr>
        <w:jc w:val="right"/>
      </w:pPr>
      <w:r>
        <w:t>رسول اللہ نے فرمایا کہ اس دن لوگ آئیں گے تو ان کے بدن پہ، باڈی پہ کپڑے</w:t>
      </w:r>
    </w:p>
    <w:p>
      <w:r>
        <w:rPr>
          <w:b/>
        </w:rPr>
        <w:t xml:space="preserve">[36:24] </w:t>
      </w:r>
      <w:r>
        <w:t>nahi honge.</w:t>
      </w:r>
    </w:p>
    <w:p>
      <w:pPr>
        <w:jc w:val="right"/>
      </w:pPr>
      <w:r>
        <w:t>نہیں ہوں گے۔</w:t>
      </w:r>
    </w:p>
    <w:p>
      <w:r>
        <w:rPr>
          <w:b/>
        </w:rPr>
        <w:t xml:space="preserve">[36:28] </w:t>
      </w:r>
      <w:r>
        <w:t>kyunke sab kuch chhin chuka hoga.</w:t>
      </w:r>
    </w:p>
    <w:p>
      <w:pPr>
        <w:jc w:val="right"/>
      </w:pPr>
      <w:r>
        <w:t>کیونکہ سب کچھ چھن چکا ہوگا۔</w:t>
      </w:r>
    </w:p>
    <w:p>
      <w:r>
        <w:rPr>
          <w:b/>
        </w:rPr>
        <w:t xml:space="preserve">[36:32] </w:t>
      </w:r>
      <w:r>
        <w:t>yeh kapda bhi test paper ke taur par mila hai.</w:t>
      </w:r>
    </w:p>
    <w:p>
      <w:pPr>
        <w:jc w:val="right"/>
      </w:pPr>
      <w:r>
        <w:t>یہ کپڑا بھی ٹیسٹ پیپر کے طور پر ملا ہے۔</w:t>
      </w:r>
    </w:p>
    <w:p>
      <w:r>
        <w:rPr>
          <w:b/>
        </w:rPr>
        <w:t xml:space="preserve">[36:36] </w:t>
      </w:r>
      <w:r>
        <w:t>main iska koi haq nahi rakhta.</w:t>
      </w:r>
    </w:p>
    <w:p>
      <w:pPr>
        <w:jc w:val="right"/>
      </w:pPr>
      <w:r>
        <w:t>میں اس کا کوئی حق نہیں رکھتا۔</w:t>
      </w:r>
    </w:p>
    <w:p>
      <w:r>
        <w:rPr>
          <w:b/>
        </w:rPr>
        <w:t xml:space="preserve">[36:40] </w:t>
      </w:r>
      <w:r>
        <w:t>main yani yeh right ke taur par nahi hai.</w:t>
      </w:r>
    </w:p>
    <w:p>
      <w:pPr>
        <w:jc w:val="right"/>
      </w:pPr>
      <w:r>
        <w:t>میں یعنی یہ رائٹ کے طور پر نہیں ہے۔</w:t>
      </w:r>
    </w:p>
    <w:p>
      <w:r>
        <w:rPr>
          <w:b/>
        </w:rPr>
        <w:t xml:space="preserve">[36:44] </w:t>
      </w:r>
      <w:r>
        <w:t>yeh kapda jo hum ko mila hua hai yeh hamara right nahi hai.</w:t>
      </w:r>
    </w:p>
    <w:p>
      <w:pPr>
        <w:jc w:val="right"/>
      </w:pPr>
      <w:r>
        <w:t>یہ کپڑا جو ہم کو ملا ہوا ہے یہ ہمارا رائٹ نہیں ہے۔</w:t>
      </w:r>
    </w:p>
    <w:p>
      <w:r>
        <w:rPr>
          <w:b/>
        </w:rPr>
        <w:t xml:space="preserve">[36:48] </w:t>
      </w:r>
      <w:r>
        <w:t>test paper ki wajah se mila hua hai.</w:t>
      </w:r>
    </w:p>
    <w:p>
      <w:pPr>
        <w:jc w:val="right"/>
      </w:pPr>
      <w:r>
        <w:t>ٹیسٹ پیپر کی وجہ سے ملا ہوا ہے۔</w:t>
      </w:r>
    </w:p>
    <w:p>
      <w:r>
        <w:rPr>
          <w:b/>
        </w:rPr>
        <w:t xml:space="preserve">[36:51] </w:t>
      </w:r>
      <w:r>
        <w:t>jaise student ko jo cheez milti hai imtehan haal mein woh right ke taur par nahi milti hai.</w:t>
      </w:r>
    </w:p>
    <w:p>
      <w:pPr>
        <w:jc w:val="right"/>
      </w:pPr>
      <w:r>
        <w:t>جیسے اسٹوڈنٹ کو جو چیز ملتی ہے امتحان حال میں وہ رائٹ کے طور پر نہیں ملتی ہے۔</w:t>
      </w:r>
    </w:p>
    <w:p>
      <w:r>
        <w:rPr>
          <w:b/>
        </w:rPr>
        <w:t xml:space="preserve">[36:54] </w:t>
      </w:r>
      <w:r>
        <w:t>test dena hai to milni mili hui hai.</w:t>
      </w:r>
    </w:p>
    <w:p>
      <w:pPr>
        <w:jc w:val="right"/>
      </w:pPr>
      <w:r>
        <w:t>ٹیسٹ دینا ہے تو ملنی ملی ہوئی ہے۔</w:t>
      </w:r>
    </w:p>
    <w:p>
      <w:r>
        <w:rPr>
          <w:b/>
        </w:rPr>
        <w:t xml:space="preserve">[36:58] </w:t>
      </w:r>
      <w:r>
        <w:t>test khatm to woh cheezein bhi khatm.</w:t>
      </w:r>
    </w:p>
    <w:p>
      <w:pPr>
        <w:jc w:val="right"/>
      </w:pPr>
      <w:r>
        <w:t>ٹیسٹ ختم تو وہ چیزیں بھی ختم۔</w:t>
      </w:r>
    </w:p>
    <w:p>
      <w:r>
        <w:rPr>
          <w:b/>
        </w:rPr>
        <w:t xml:space="preserve">[37:01] </w:t>
      </w:r>
      <w:r>
        <w:t>to yeh kapda ho ya koi bhi cheez ho.</w:t>
      </w:r>
    </w:p>
    <w:p>
      <w:pPr>
        <w:jc w:val="right"/>
      </w:pPr>
      <w:r>
        <w:t>تو یہ کپڑا ہو یا کوئی بھی چیز ہو۔</w:t>
      </w:r>
    </w:p>
    <w:p>
      <w:r>
        <w:rPr>
          <w:b/>
        </w:rPr>
        <w:t xml:space="preserve">[37:04] </w:t>
      </w:r>
      <w:r>
        <w:t>yeh kapda ho chahe yeh pani ka glass ho.</w:t>
      </w:r>
    </w:p>
    <w:p>
      <w:pPr>
        <w:jc w:val="right"/>
      </w:pPr>
      <w:r>
        <w:t>یہ کپڑا ہو چاہے یہ پانی کا گلاس ہو۔</w:t>
      </w:r>
    </w:p>
    <w:p>
      <w:r>
        <w:rPr>
          <w:b/>
        </w:rPr>
        <w:t xml:space="preserve">[37:08] </w:t>
      </w:r>
      <w:r>
        <w:t>har cheez test paper hai.</w:t>
      </w:r>
    </w:p>
    <w:p>
      <w:pPr>
        <w:jc w:val="right"/>
      </w:pPr>
      <w:r>
        <w:t>ہر چیز ٹیسٹ پیپر ہے۔</w:t>
      </w:r>
    </w:p>
    <w:p>
      <w:r>
        <w:rPr>
          <w:b/>
        </w:rPr>
        <w:t xml:space="preserve">[37:11] </w:t>
      </w:r>
      <w:r>
        <w:t>to rasool Allah ne farmaya ke</w:t>
      </w:r>
    </w:p>
    <w:p>
      <w:pPr>
        <w:jc w:val="right"/>
      </w:pPr>
      <w:r>
        <w:t>تو رسول اللہ نے فرمایا کہ</w:t>
      </w:r>
    </w:p>
    <w:p>
      <w:r>
        <w:rPr>
          <w:b/>
        </w:rPr>
        <w:t xml:space="preserve">[37:14] </w:t>
      </w:r>
      <w:r>
        <w:t>maidan hashar mein jab log aayenge to unke body pe kapde nahi honge.</w:t>
      </w:r>
    </w:p>
    <w:p>
      <w:pPr>
        <w:jc w:val="right"/>
      </w:pPr>
      <w:r>
        <w:t>میدان حشر میں جب لوگ آئیں گے تو ان کے باڈی پہ کپڑے نہیں ہوں گے۔</w:t>
      </w:r>
    </w:p>
    <w:p>
      <w:r>
        <w:rPr>
          <w:b/>
        </w:rPr>
        <w:t xml:space="preserve">[37:21] </w:t>
      </w:r>
      <w:r>
        <w:t>kyunke yeh bhi to test paper tha, yeh bhi chhin jayega.</w:t>
      </w:r>
    </w:p>
    <w:p>
      <w:pPr>
        <w:jc w:val="right"/>
      </w:pPr>
      <w:r>
        <w:t>کیونکہ یہ بھی تو ٹیسٹ پیپر تھا، یہ بھی چھن جائے گا۔</w:t>
      </w:r>
    </w:p>
    <w:p>
      <w:r>
        <w:rPr>
          <w:b/>
        </w:rPr>
        <w:t xml:space="preserve">[37:27] </w:t>
      </w:r>
      <w:r>
        <w:t>to hazrat ayesha ne kaha ke phir to log ek doosre ki yani jo kaha jata hai sharmgah</w:t>
      </w:r>
    </w:p>
    <w:p>
      <w:pPr>
        <w:jc w:val="right"/>
      </w:pPr>
      <w:r>
        <w:t>تو حضرت عائشہ نے کہا کہ پھر تو لوگ ایک دوسرے کی یعنی جو کہا جاتا ہے شرمگاہ</w:t>
      </w:r>
    </w:p>
    <w:p>
      <w:r>
        <w:rPr>
          <w:b/>
        </w:rPr>
        <w:t xml:space="preserve">[37:33] </w:t>
      </w:r>
      <w:r>
        <w:t>is ko dekh dekhenge phir.</w:t>
      </w:r>
    </w:p>
    <w:p>
      <w:pPr>
        <w:jc w:val="right"/>
      </w:pPr>
      <w:r>
        <w:t>اس کو دیکھ دیکھیں گے پھر۔</w:t>
      </w:r>
    </w:p>
    <w:p>
      <w:r>
        <w:rPr>
          <w:b/>
        </w:rPr>
        <w:t xml:space="preserve">[37:39] </w:t>
      </w:r>
      <w:r>
        <w:t>to rasool Allah ne kaha ke aye ayesha</w:t>
      </w:r>
    </w:p>
    <w:p>
      <w:pPr>
        <w:jc w:val="right"/>
      </w:pPr>
      <w:r>
        <w:t>تو رسول اللہ نے کہا کہ اے عائشہ</w:t>
      </w:r>
    </w:p>
    <w:p>
      <w:r>
        <w:rPr>
          <w:b/>
        </w:rPr>
        <w:t xml:space="preserve">[37:45] </w:t>
      </w:r>
      <w:r>
        <w:t>is waqt kis ko fursat hogi is ki? log itna zyada is waqt yani itna zyada saraseema hon</w:t>
      </w:r>
    </w:p>
    <w:p>
      <w:pPr>
        <w:jc w:val="right"/>
      </w:pPr>
      <w:r>
        <w:t>اس وقت کس کو فرصت ہوگی اس کی؟ لوگ اتنا زیادہ اس وقت یعنی اتنا زیادہ سراسیمہ ہوں</w:t>
      </w:r>
    </w:p>
    <w:p>
      <w:r>
        <w:rPr>
          <w:b/>
        </w:rPr>
        <w:t xml:space="preserve">[37:51] </w:t>
      </w:r>
      <w:r>
        <w:t>ge ke koi fursat hi nahi hogi kisi ki taraf dekhein.</w:t>
      </w:r>
    </w:p>
    <w:p>
      <w:pPr>
        <w:jc w:val="right"/>
      </w:pPr>
      <w:r>
        <w:t>گے کہ کوئی فرصت ہی نہیں ہوگی کسی کی طرف دیکھیں۔</w:t>
      </w:r>
    </w:p>
    <w:p>
      <w:r>
        <w:rPr>
          <w:b/>
        </w:rPr>
        <w:t xml:space="preserve">[37:57] </w:t>
      </w:r>
      <w:r>
        <w:t>apne aap mein gum hoga.</w:t>
      </w:r>
    </w:p>
    <w:p>
      <w:pPr>
        <w:jc w:val="right"/>
      </w:pPr>
      <w:r>
        <w:t>اپنے آپ میں گم ہوگا۔</w:t>
      </w:r>
    </w:p>
    <w:p>
      <w:r>
        <w:rPr>
          <w:b/>
        </w:rPr>
        <w:t xml:space="preserve">[38:03] </w:t>
      </w:r>
      <w:r>
        <w:t>main ne aise baaz scene dekhe hain.</w:t>
      </w:r>
    </w:p>
    <w:p>
      <w:pPr>
        <w:jc w:val="right"/>
      </w:pPr>
      <w:r>
        <w:t>میں نے ایسے بعض سین دیکھے ہیں۔</w:t>
      </w:r>
    </w:p>
    <w:p>
      <w:r>
        <w:rPr>
          <w:b/>
        </w:rPr>
        <w:t xml:space="preserve">[38:09] </w:t>
      </w:r>
      <w:r>
        <w:t>is waqt insan ko fursat nahi hoti kisi aur ko dekhne ki.</w:t>
      </w:r>
    </w:p>
    <w:p>
      <w:pPr>
        <w:jc w:val="right"/>
      </w:pPr>
      <w:r>
        <w:t>اس وقت انسان کو فرصت نہیں ہوتی کسی اور کو دیکھنے کی۔</w:t>
      </w:r>
    </w:p>
    <w:p>
      <w:r>
        <w:rPr>
          <w:b/>
        </w:rPr>
        <w:t xml:space="preserve">[38:16] </w:t>
      </w:r>
      <w:r>
        <w:t>aaj kal to hai ghar ghar se hum niklte hain to make up kar ke, bahut si kapde</w:t>
      </w:r>
    </w:p>
    <w:p>
      <w:pPr>
        <w:jc w:val="right"/>
      </w:pPr>
      <w:r>
        <w:t>آج کل تو ہے گھر گھر سے ہم نکلتے ہیں تو میک اپ کر کے، بہت سی کپڑے</w:t>
      </w:r>
    </w:p>
    <w:p>
      <w:r>
        <w:rPr>
          <w:b/>
        </w:rPr>
        <w:t xml:space="preserve">[38:21] </w:t>
      </w:r>
      <w:r>
        <w:t>pehan kar ke.</w:t>
      </w:r>
    </w:p>
    <w:p>
      <w:pPr>
        <w:jc w:val="right"/>
      </w:pPr>
      <w:r>
        <w:t>پہن کر کے۔</w:t>
      </w:r>
    </w:p>
    <w:p>
      <w:r>
        <w:rPr>
          <w:b/>
        </w:rPr>
        <w:t xml:space="preserve">[38:26] </w:t>
      </w:r>
      <w:r>
        <w:t>mein aik aik dukaan mein gaya to wahan likha hua tha be well dressed in winter.</w:t>
      </w:r>
    </w:p>
    <w:p>
      <w:pPr>
        <w:jc w:val="right"/>
      </w:pPr>
      <w:r>
        <w:t>میں ایک ایک دکان میں گیا تو وہاں لکھا ہوا تھا بی ویل ڈریسڈ ان ونٹر۔</w:t>
      </w:r>
    </w:p>
    <w:p>
      <w:r>
        <w:rPr>
          <w:b/>
        </w:rPr>
        <w:t xml:space="preserve">[38:31] </w:t>
      </w:r>
      <w:r>
        <w:t>aik dukaan pe likha hua tha jo garment ki dukaan thi.</w:t>
      </w:r>
    </w:p>
    <w:p>
      <w:pPr>
        <w:jc w:val="right"/>
      </w:pPr>
      <w:r>
        <w:t>ایک دکان پہ لکھا ہوا تھا جو گارمنٹ کی دکان تھی۔</w:t>
      </w:r>
    </w:p>
    <w:p>
      <w:r>
        <w:rPr>
          <w:b/>
        </w:rPr>
        <w:t xml:space="preserve">[38:36] </w:t>
      </w:r>
      <w:r>
        <w:t>be well dressed in winter.</w:t>
      </w:r>
    </w:p>
    <w:p>
      <w:pPr>
        <w:jc w:val="right"/>
      </w:pPr>
      <w:r>
        <w:t>بی ویل ڈریسڈ ان ونٹر۔</w:t>
      </w:r>
    </w:p>
    <w:p>
      <w:r>
        <w:rPr>
          <w:b/>
        </w:rPr>
        <w:t xml:space="preserve">[38:41] </w:t>
      </w:r>
      <w:r>
        <w:t>jaare ke zamanay mein khoob acha kapra pehno</w:t>
      </w:r>
    </w:p>
    <w:p>
      <w:pPr>
        <w:jc w:val="right"/>
      </w:pPr>
      <w:r>
        <w:t>جاڑے کے زمانے میں خوب اچھا کپڑا پہنو</w:t>
      </w:r>
    </w:p>
    <w:p>
      <w:r>
        <w:rPr>
          <w:b/>
        </w:rPr>
        <w:t xml:space="preserve">[38:46] </w:t>
      </w:r>
      <w:r>
        <w:t>—</w:t>
      </w:r>
    </w:p>
    <w:p>
      <w:pPr>
        <w:jc w:val="right"/>
      </w:pPr>
      <w:r>
        <w:t>۔</w:t>
      </w:r>
    </w:p>
    <w:p>
      <w:r>
        <w:rPr>
          <w:b/>
        </w:rPr>
        <w:t xml:space="preserve">[38:50] </w:t>
      </w:r>
      <w:r>
        <w:t>to woh garam kapron ki dukaan thi woh.</w:t>
      </w:r>
    </w:p>
    <w:p>
      <w:pPr>
        <w:jc w:val="right"/>
      </w:pPr>
      <w:r>
        <w:t>تو وہ گرم کپڑوں کی دکان تھی وہ۔</w:t>
      </w:r>
    </w:p>
    <w:p>
      <w:r>
        <w:rPr>
          <w:b/>
        </w:rPr>
        <w:t xml:space="preserve">[38:55] </w:t>
      </w:r>
      <w:r>
        <w:t>to is dunya mein har aadmi achay kapray ke shoq mein para hua hai.</w:t>
      </w:r>
    </w:p>
    <w:p>
      <w:pPr>
        <w:jc w:val="right"/>
      </w:pPr>
      <w:r>
        <w:t>تو اس دنیا میں ہر آدمی اچھے کپڑے کے شوق میں پڑا ہوا ہے۔</w:t>
      </w:r>
    </w:p>
    <w:p>
      <w:r>
        <w:rPr>
          <w:b/>
        </w:rPr>
        <w:t xml:space="preserve">[38:59] </w:t>
      </w:r>
      <w:r>
        <w:t>har aadmi ke haan is ke wardrobe mein kapray ki bharmar hai.</w:t>
      </w:r>
    </w:p>
    <w:p>
      <w:pPr>
        <w:jc w:val="right"/>
      </w:pPr>
      <w:r>
        <w:t>ہر آدمی کے ہاں اس کے وارڈروب میں کپڑے کی بھرمار ہے۔</w:t>
      </w:r>
    </w:p>
    <w:p>
      <w:r>
        <w:rPr>
          <w:b/>
        </w:rPr>
        <w:t xml:space="preserve">[39:04] </w:t>
      </w:r>
      <w:r>
        <w:t>mard auraton ke paas, mardon ke paas kapray hi kapray hain.</w:t>
      </w:r>
    </w:p>
    <w:p>
      <w:pPr>
        <w:jc w:val="right"/>
      </w:pPr>
      <w:r>
        <w:t>مرد عورتوں کے پاس، مردوں کے پاس کپڑے ہی کپڑے ہیں۔</w:t>
      </w:r>
    </w:p>
    <w:p>
      <w:r>
        <w:rPr>
          <w:b/>
        </w:rPr>
        <w:t xml:space="preserve">[39:08] </w:t>
      </w:r>
      <w:r>
        <w:t>phir bhi shopping karte rehte hain woh.</w:t>
      </w:r>
    </w:p>
    <w:p>
      <w:pPr>
        <w:jc w:val="right"/>
      </w:pPr>
      <w:r>
        <w:t>پھر بھی شاپنگ کرتے رہتے ہیں وہ۔</w:t>
      </w:r>
    </w:p>
    <w:p>
      <w:r>
        <w:rPr>
          <w:b/>
        </w:rPr>
        <w:t xml:space="preserve">[39:13] </w:t>
      </w:r>
      <w:r>
        <w:t>lekin wahan par aik bhi kapra badan body par nahi hoga.</w:t>
      </w:r>
    </w:p>
    <w:p>
      <w:pPr>
        <w:jc w:val="right"/>
      </w:pPr>
      <w:r>
        <w:t>لیکن وہاں پر ایک بھی کپڑا بدن باڈی پر نہیں ہوگا۔</w:t>
      </w:r>
    </w:p>
    <w:p>
      <w:r>
        <w:rPr>
          <w:b/>
        </w:rPr>
        <w:t xml:space="preserve">[39:18] </w:t>
      </w:r>
      <w:r>
        <w:t>aur har aadmi itna pareshan haal hoga.</w:t>
      </w:r>
    </w:p>
    <w:p>
      <w:pPr>
        <w:jc w:val="right"/>
      </w:pPr>
      <w:r>
        <w:t>اور ہر آدمی اتنا پریشان حال ہوگا۔</w:t>
      </w:r>
    </w:p>
    <w:p>
      <w:r>
        <w:rPr>
          <w:b/>
        </w:rPr>
        <w:t xml:space="preserve">[39:21] </w:t>
      </w:r>
      <w:r>
        <w:t>jis ko kaha gaya ke nafs nafs ka alam.</w:t>
      </w:r>
    </w:p>
    <w:p>
      <w:pPr>
        <w:jc w:val="right"/>
      </w:pPr>
      <w:r>
        <w:t>جس کو کہا گیا کہ نفسی نفسی کا عالم۔</w:t>
      </w:r>
    </w:p>
    <w:p>
      <w:r>
        <w:rPr>
          <w:b/>
        </w:rPr>
        <w:t xml:space="preserve">[39:25] </w:t>
      </w:r>
      <w:r>
        <w:t>nafs nafs ka alam.</w:t>
      </w:r>
    </w:p>
    <w:p>
      <w:pPr>
        <w:jc w:val="right"/>
      </w:pPr>
      <w:r>
        <w:t>نفسی نفسی کا عالم۔</w:t>
      </w:r>
    </w:p>
    <w:p>
      <w:r>
        <w:rPr>
          <w:b/>
        </w:rPr>
        <w:t xml:space="preserve">[39:28] </w:t>
      </w:r>
      <w:r>
        <w:t>to kisi ko fursat nahi hogi ke dekhe doosre aadmi ko.</w:t>
      </w:r>
    </w:p>
    <w:p>
      <w:pPr>
        <w:jc w:val="right"/>
      </w:pPr>
      <w:r>
        <w:t>تو کسی کو فرصت نہیں ہوگی کہ دیکھے دوسرے آدمی کو۔</w:t>
      </w:r>
    </w:p>
    <w:p>
      <w:r>
        <w:rPr>
          <w:b/>
        </w:rPr>
        <w:t xml:space="preserve">[39:31] </w:t>
      </w:r>
      <w:r>
        <w:t>apne hi mein gum hoga woh.</w:t>
      </w:r>
    </w:p>
    <w:p>
      <w:pPr>
        <w:jc w:val="right"/>
      </w:pPr>
      <w:r>
        <w:t>اپنے ہی میں گم ہوگا وہ۔</w:t>
      </w:r>
    </w:p>
    <w:p>
      <w:r>
        <w:rPr>
          <w:b/>
        </w:rPr>
        <w:t xml:space="preserve">[39:35] </w:t>
      </w:r>
      <w:r>
        <w:t>ab sochiye ghor kijiye ke wahan log akhatta hain.</w:t>
      </w:r>
    </w:p>
    <w:p>
      <w:pPr>
        <w:jc w:val="right"/>
      </w:pPr>
      <w:r>
        <w:t>اب سوچ غور کیجیے کہ وہاں لوگ اکٹھا ہیں۔</w:t>
      </w:r>
    </w:p>
    <w:p>
      <w:r>
        <w:rPr>
          <w:b/>
        </w:rPr>
        <w:t xml:space="preserve">[39:38] </w:t>
      </w:r>
      <w:r>
        <w:t>aur Khuda ka takht wahan bichhta hai.</w:t>
      </w:r>
    </w:p>
    <w:p>
      <w:pPr>
        <w:jc w:val="right"/>
      </w:pPr>
      <w:r>
        <w:t>اور خدا کا تخت وہاں بچھتا ہے۔</w:t>
      </w:r>
    </w:p>
    <w:p>
      <w:r>
        <w:rPr>
          <w:b/>
        </w:rPr>
        <w:t xml:space="preserve">[39:42] </w:t>
      </w:r>
      <w:r>
        <w:t>firishtay atay hain.</w:t>
      </w:r>
    </w:p>
    <w:p>
      <w:pPr>
        <w:jc w:val="right"/>
      </w:pPr>
      <w:r>
        <w:t>فرشتے آتے ہیں۔</w:t>
      </w:r>
    </w:p>
    <w:p>
      <w:r>
        <w:rPr>
          <w:b/>
        </w:rPr>
        <w:t xml:space="preserve">[39:45] </w:t>
      </w:r>
      <w:r>
        <w:t>aur har aik se sawal kiya jata hai.</w:t>
      </w:r>
    </w:p>
    <w:p>
      <w:pPr>
        <w:jc w:val="right"/>
      </w:pPr>
      <w:r>
        <w:t>اور ہر ایک سے سوال کیا جاتا ہے۔</w:t>
      </w:r>
    </w:p>
    <w:p>
      <w:r>
        <w:rPr>
          <w:b/>
        </w:rPr>
        <w:t xml:space="preserve">[39:49] </w:t>
      </w:r>
      <w:r>
        <w:t>hadees mein aata hai ke la yazal qadam abd hatta yursala arbaeen ke insaan ke qadam Allah ke samne se hatenge nahin jab tak woh char sawal ka jawab na de le. char sawal ka jawab. woh char sawal kis par hoga? jo hum ko diya Allah ne. is mein yeh hai ke tu jo jo jawani mili tum ko woh kahan kh</w:t>
      </w:r>
    </w:p>
    <w:p>
      <w:pPr>
        <w:jc w:val="right"/>
      </w:pPr>
      <w:r>
        <w:t>حدیث میں آتا ہے کہ لا یزال قدم عبد حتی ارسل اربعین کہ انسان کے قدم خدا کے سامنے سے ہٹیں گے نہیں۔ انسان کے قدم خدا کے سامنے سے ہٹیں گے نہیں جب تک وہ چار سوال کا جواب نہ دے لے۔ چار سوال کا جواب۔ وہ چار سوال کس پر ہوگا؟ جو ہم کو دیا خدا نے۔ اس میں یہ ہے کہ تو جو جو جوانی ملی تم کو وہ کہاں خ</w:t>
      </w:r>
    </w:p>
    <w:p>
      <w:r>
        <w:rPr>
          <w:b/>
        </w:rPr>
        <w:t xml:space="preserve">[40:19] </w:t>
      </w:r>
      <w:r>
        <w:t>rich kiya tum ne? jo ilm mila tum ko woh kahan kharch kiya tum ne? jo paisa tum</w:t>
      </w:r>
    </w:p>
    <w:p>
      <w:pPr>
        <w:jc w:val="right"/>
      </w:pPr>
      <w:r>
        <w:t>رچ کیا تم نے؟ جو علم ملا تم کو وہ کہاں خرچ کیا تم نے؟ جو پیسہ تم</w:t>
      </w:r>
    </w:p>
    <w:p>
      <w:r>
        <w:rPr>
          <w:b/>
        </w:rPr>
        <w:t xml:space="preserve">[40:25] </w:t>
      </w:r>
      <w:r>
        <w:t>ko diya aap ne woh kahan kharch kiya tum ne? aur paisa kamaya to kahan se kamaya? yeh</w:t>
      </w:r>
    </w:p>
    <w:p>
      <w:pPr>
        <w:jc w:val="right"/>
      </w:pPr>
      <w:r>
        <w:t>کو دیا آپ نے وہ کہاں خرچ کیا تم نے؟ اور پیسہ کمایا تو کہاں سے کمایا؟ یہ</w:t>
      </w:r>
    </w:p>
    <w:p>
      <w:r>
        <w:rPr>
          <w:b/>
        </w:rPr>
        <w:t xml:space="preserve">[40:31] </w:t>
      </w:r>
      <w:r>
        <w:t>sawal ka jawab dena paray ga.</w:t>
      </w:r>
    </w:p>
    <w:p>
      <w:pPr>
        <w:jc w:val="right"/>
      </w:pPr>
      <w:r>
        <w:t>سوال کا جواب دینا پڑے گا۔</w:t>
      </w:r>
    </w:p>
    <w:p>
      <w:r>
        <w:rPr>
          <w:b/>
        </w:rPr>
        <w:t xml:space="preserve">[40:37] </w:t>
      </w:r>
      <w:r>
        <w:t>کیسا عجیب منظر ہوگا جب انسان speechless ہو جائے گا۔</w:t>
      </w:r>
    </w:p>
    <w:p>
      <w:pPr>
        <w:jc w:val="right"/>
      </w:pPr>
      <w:r>
        <w:t>کیسا عجیب منظر ہوگا جب انسان اسپیچ لیس ہو جائے گا۔</w:t>
      </w:r>
    </w:p>
    <w:p>
      <w:r>
        <w:rPr>
          <w:b/>
        </w:rPr>
        <w:t xml:space="preserve">[40:43] </w:t>
      </w:r>
      <w:r>
        <w:t>aaj to har aik ke paas zuban hai,</w:t>
      </w:r>
    </w:p>
    <w:p>
      <w:pPr>
        <w:jc w:val="right"/>
      </w:pPr>
      <w:r>
        <w:t>آج تو ہر ایک کے پاس زبان ہے،</w:t>
      </w:r>
    </w:p>
    <w:p>
      <w:r>
        <w:rPr>
          <w:b/>
        </w:rPr>
        <w:t xml:space="preserve">[40:49] </w:t>
      </w:r>
      <w:r>
        <w:t>khoob bol raha hai.</w:t>
      </w:r>
    </w:p>
    <w:p>
      <w:pPr>
        <w:jc w:val="right"/>
      </w:pPr>
      <w:r>
        <w:t>خوب بول رہا ہے۔</w:t>
      </w:r>
    </w:p>
    <w:p>
      <w:r>
        <w:rPr>
          <w:b/>
        </w:rPr>
        <w:t xml:space="preserve">[40:53] </w:t>
      </w:r>
      <w:r>
        <w:t>mein aksar dekhta hoon logon ko bolte hue to mein sochta hoon ke yeh bhi zabaan ka israf hai.</w:t>
      </w:r>
    </w:p>
    <w:p>
      <w:pPr>
        <w:jc w:val="right"/>
      </w:pPr>
      <w:r>
        <w:t>میں اکثر دیکھتا ہوں لوگوں کو بولتے ہوئے تو میں سوچتا ہوں کہ یہ بھی زبان کا اسراف ہے۔</w:t>
      </w:r>
    </w:p>
    <w:p>
      <w:r>
        <w:rPr>
          <w:b/>
        </w:rPr>
        <w:t xml:space="preserve">[40:58] </w:t>
      </w:r>
      <w:r>
        <w:t>itna bolte hain log, itna bolte hain.</w:t>
      </w:r>
    </w:p>
    <w:p>
      <w:pPr>
        <w:jc w:val="right"/>
      </w:pPr>
      <w:r>
        <w:t>اتنا بولتے ہیں لوگ، اتنا بولتے ہیں۔</w:t>
      </w:r>
    </w:p>
    <w:p>
      <w:r>
        <w:rPr>
          <w:b/>
        </w:rPr>
        <w:t xml:space="preserve">[41:02] </w:t>
      </w:r>
      <w:r>
        <w:t>un ke un ke lafz hi khatam nahi hote.</w:t>
      </w:r>
    </w:p>
    <w:p>
      <w:pPr>
        <w:jc w:val="right"/>
      </w:pPr>
      <w:r>
        <w:t>ان کے ان کے لفظ ہی ختم نہیں ہوتے۔</w:t>
      </w:r>
    </w:p>
    <w:p>
      <w:r>
        <w:rPr>
          <w:b/>
        </w:rPr>
        <w:t xml:space="preserve">[41:06] </w:t>
      </w:r>
      <w:r>
        <w:t>yaad rakhiye jis tarah time ka israf hai, jis tarah se paise ka israf hai, isi tarah zabaan</w:t>
      </w:r>
    </w:p>
    <w:p>
      <w:pPr>
        <w:jc w:val="right"/>
      </w:pPr>
      <w:r>
        <w:t>یاد رکھیے جس طرح ٹائم کا اسراف ہے، جس طرح سے پیسے کا اسراف ہے، اسی طرح زبان</w:t>
      </w:r>
    </w:p>
    <w:p>
      <w:r>
        <w:rPr>
          <w:b/>
        </w:rPr>
        <w:t xml:space="preserve">[41:11] </w:t>
      </w:r>
      <w:r>
        <w:t>ka bhi israf hai.</w:t>
      </w:r>
    </w:p>
    <w:p>
      <w:pPr>
        <w:jc w:val="right"/>
      </w:pPr>
      <w:r>
        <w:t>کا بھی اسراف ہے۔</w:t>
      </w:r>
    </w:p>
    <w:p>
      <w:r>
        <w:rPr>
          <w:b/>
        </w:rPr>
        <w:t xml:space="preserve">[41:15] </w:t>
      </w:r>
      <w:r>
        <w:t>isi liye hadith mein aata hai ke falq al</w:t>
      </w:r>
    </w:p>
    <w:p>
      <w:pPr>
        <w:jc w:val="right"/>
      </w:pPr>
      <w:r>
        <w:t>اسی لیے حدیث میں آتا ہے کہ فلق الخ</w:t>
      </w:r>
    </w:p>
    <w:p>
      <w:r>
        <w:rPr>
          <w:b/>
        </w:rPr>
        <w:t xml:space="preserve">[41:19] </w:t>
      </w:r>
      <w:r>
        <w:t>khair aur laisab agar tum Khuda se darne wale ho to bohat hi zaroori baat bolo magar chup raho.</w:t>
      </w:r>
    </w:p>
    <w:p>
      <w:pPr>
        <w:jc w:val="right"/>
      </w:pPr>
      <w:r>
        <w:t>یر اور لیسب اگر تم خدا سے ڈرنے والے ہو تو بہت ہی ضروری بات بولو مگر چپ رہو۔</w:t>
      </w:r>
    </w:p>
    <w:p>
      <w:r>
        <w:rPr>
          <w:b/>
        </w:rPr>
        <w:t xml:space="preserve">[41:25] </w:t>
      </w:r>
      <w:r>
        <w:t>chup rehna kya hai? chup rehne ka matlab hai sochna.</w:t>
      </w:r>
    </w:p>
    <w:p>
      <w:pPr>
        <w:jc w:val="right"/>
      </w:pPr>
      <w:r>
        <w:t>چپ رہنا کیا ہے؟ چپ رہنے کا مطلب ہے سوچنا۔</w:t>
      </w:r>
    </w:p>
    <w:p>
      <w:r>
        <w:rPr>
          <w:b/>
        </w:rPr>
        <w:t xml:space="preserve">[41:31] </w:t>
      </w:r>
      <w:r>
        <w:t>chup rehne ka matlab hai introspection.</w:t>
      </w:r>
    </w:p>
    <w:p>
      <w:pPr>
        <w:jc w:val="right"/>
      </w:pPr>
      <w:r>
        <w:t>چپ رہنے کا مطلب ہے انٹراسپیکشن۔</w:t>
      </w:r>
    </w:p>
    <w:p>
      <w:r>
        <w:rPr>
          <w:b/>
        </w:rPr>
        <w:t xml:space="preserve">[41:37] </w:t>
      </w:r>
      <w:r>
        <w:t>chup rehne ka matlab hai ghor karna.</w:t>
      </w:r>
    </w:p>
    <w:p>
      <w:pPr>
        <w:jc w:val="right"/>
      </w:pPr>
      <w:r>
        <w:t>چپ رہنے کا مطلب ہے غور کرنا۔</w:t>
      </w:r>
    </w:p>
    <w:p>
      <w:r>
        <w:rPr>
          <w:b/>
        </w:rPr>
        <w:t xml:space="preserve">[41:43] </w:t>
      </w:r>
      <w:r>
        <w:t>haqiqaton par, Khuda par, aakhirat par, jannat</w:t>
      </w:r>
    </w:p>
    <w:p>
      <w:pPr>
        <w:jc w:val="right"/>
      </w:pPr>
      <w:r>
        <w:t>حقیقتوں پر، خدا پر، آخرت پر، جنت</w:t>
      </w:r>
    </w:p>
    <w:p>
      <w:r>
        <w:rPr>
          <w:b/>
        </w:rPr>
        <w:t xml:space="preserve">[41:49] </w:t>
      </w:r>
      <w:r>
        <w:t>par, dozakh par. to jo log itna zyada bolte hain aaj kal is ke mani koi sochte nahi hain woh. woh bekhabari mein jee rahe hain woh bekhabari mein. isi liye mr. rajat ne jo khwab dekha ke bheer ki bheer chali ja rahi hai isi isi city ki taraf jo pani mein doobne wala hai. to kyunke sochte nahi hain woh. woh sochte nahi hain woh. bol rahe hain, bol rahe hain, bol rahe hain bas. main</w:t>
      </w:r>
    </w:p>
    <w:p>
      <w:pPr>
        <w:jc w:val="right"/>
      </w:pPr>
      <w:r>
        <w:t>پر، دوزخ پر۔ تو جو لوگ اتنا زیادہ بولتے ہیں آج کل اس کے معنی کوئی سوچتے نہیں ہیں وہ۔ وہ بے خبری میں جی رہے ہیں وہ بے خبری میں۔ اسی لیے مسٹر رجت نے جو خواب دیکھا کہ بھیڑ کی بھیڑ چلی جا رہی ہے اسی اسی سٹی کی طرف جو پانی میں ڈوبنے والا ہے۔ تو کیونکہ سوچتے نہیں ہیں وہ۔ وہ سوچتے نہیں ہیں وہ۔ بول رہے ہیں، بول رہے ہیں، بول رہے ہیں بس۔ میں</w:t>
      </w:r>
    </w:p>
    <w:p>
      <w:r>
        <w:rPr>
          <w:b/>
        </w:rPr>
        <w:t xml:space="preserve">[42:19] </w:t>
      </w:r>
      <w:r>
        <w:t>aksar dekhta hoon logon ko mobile par bol rahe hain, aise bol rahe hain. taqreer mein stage par bol rahe hain bas bole chale ja rahe hain. koi mani nahi matlab. yeh hai zuban ka israf. zuban ka israf. agar insan ko yeh ehsas ho ke meri pakar hone wali hai. jis ko kehte hain accountability. agar aka</w:t>
      </w:r>
    </w:p>
    <w:p>
      <w:pPr>
        <w:jc w:val="right"/>
      </w:pPr>
      <w:r>
        <w:t>اکثر دیکھتا ہوں لوگوں کو موبائل پر بول رہے ہیں، ایسے بول رہے ہیں۔ تقریر میں اسٹیج پر بول رہے ہیں بس بولے چلے جا رہے ہیں۔ کوئی معنی نہیں مطلب۔ یہ ہے زبان کا اسراف۔ زبان کا اسراف۔ اگر انسان کو یہ احساس ہو کہ میری پکڑ ہونے والی ہے۔ جس کو کہتے ہیں اکاؤنٹیبلٹی۔ اگر اکا</w:t>
      </w:r>
    </w:p>
    <w:p>
      <w:r>
        <w:rPr>
          <w:b/>
        </w:rPr>
        <w:t xml:space="preserve">[42:49] </w:t>
      </w:r>
      <w:r>
        <w:t>ountability ka ehsas ho to aadmi bilkul badal jaye.</w:t>
      </w:r>
    </w:p>
    <w:p>
      <w:pPr>
        <w:jc w:val="right"/>
      </w:pPr>
      <w:r>
        <w:t>ؤنٹیبلٹی کا احساس ہو تو آدمی بالکل بدل جائے۔</w:t>
      </w:r>
    </w:p>
    <w:p>
      <w:r>
        <w:rPr>
          <w:b/>
        </w:rPr>
        <w:t xml:space="preserve">[42:53] </w:t>
      </w:r>
      <w:r>
        <w:t>iski soch badal jaye.</w:t>
      </w:r>
    </w:p>
    <w:p>
      <w:pPr>
        <w:jc w:val="right"/>
      </w:pPr>
      <w:r>
        <w:t>اس کی سوچ بدل جائے۔</w:t>
      </w:r>
    </w:p>
    <w:p>
      <w:r>
        <w:rPr>
          <w:b/>
        </w:rPr>
        <w:t xml:space="preserve">[42:57] </w:t>
      </w:r>
      <w:r>
        <w:t>iski bol badal jaye.</w:t>
      </w:r>
    </w:p>
    <w:p>
      <w:pPr>
        <w:jc w:val="right"/>
      </w:pPr>
      <w:r>
        <w:t>اس کی بول بدل جائے۔</w:t>
      </w:r>
    </w:p>
    <w:p>
      <w:r>
        <w:rPr>
          <w:b/>
        </w:rPr>
        <w:t xml:space="preserve">[43:01] </w:t>
      </w:r>
      <w:r>
        <w:t>iska character badal jaye.</w:t>
      </w:r>
    </w:p>
    <w:p>
      <w:pPr>
        <w:jc w:val="right"/>
      </w:pPr>
      <w:r>
        <w:t>اس کا کریکٹر بدل جائے۔</w:t>
      </w:r>
    </w:p>
    <w:p>
      <w:r>
        <w:rPr>
          <w:b/>
        </w:rPr>
        <w:t xml:space="preserve">[43:05] </w:t>
      </w:r>
      <w:r>
        <w:t>iska sab kuch badal jaye.</w:t>
      </w:r>
    </w:p>
    <w:p>
      <w:pPr>
        <w:jc w:val="right"/>
      </w:pPr>
      <w:r>
        <w:t>اس کا سب کچھ بدل جائے۔</w:t>
      </w:r>
    </w:p>
    <w:p>
      <w:r>
        <w:rPr>
          <w:b/>
        </w:rPr>
        <w:t xml:space="preserve">[43:09] </w:t>
      </w:r>
      <w:r>
        <w:t>jaise yeh surah maine parhi aap ke samne ila zalzalt al arzu zalzalah to kitabon mein aata hai</w:t>
      </w:r>
    </w:p>
    <w:p>
      <w:pPr>
        <w:jc w:val="right"/>
      </w:pPr>
      <w:r>
        <w:t>جیسے یہ سورہ میں نے پڑھی آپ کے سامنے اذا ذلزلت الارض زلزالہ تو کتابوں میں آتا ہے</w:t>
      </w:r>
    </w:p>
    <w:p>
      <w:r>
        <w:rPr>
          <w:b/>
        </w:rPr>
        <w:t xml:space="preserve">[43:13] </w:t>
      </w:r>
      <w:r>
        <w:t>ke Rasool Allah S.A.W ke zamane mein ek shakhs aya aap ke pas bahar se</w:t>
      </w:r>
    </w:p>
    <w:p>
      <w:pPr>
        <w:jc w:val="right"/>
      </w:pPr>
      <w:r>
        <w:t>کہ رسول اللہ صلی اللہ علیہ وسلم کے زمانے میں ایک شخص آیا آپ کے پاس باہر سے</w:t>
      </w:r>
    </w:p>
    <w:p>
      <w:r>
        <w:rPr>
          <w:b/>
        </w:rPr>
        <w:t xml:space="preserve">[43:16] </w:t>
      </w:r>
      <w:r>
        <w:t>madine ke bahar se</w:t>
      </w:r>
    </w:p>
    <w:p>
      <w:pPr>
        <w:jc w:val="right"/>
      </w:pPr>
      <w:r>
        <w:t>مدینے کے باہر سے</w:t>
      </w:r>
    </w:p>
    <w:p>
      <w:r>
        <w:rPr>
          <w:b/>
        </w:rPr>
        <w:t xml:space="preserve">[43:20] </w:t>
      </w:r>
      <w:r>
        <w:t>aur aap ke hath par us ne Islam qubool kiya to zahir hai ke ab tak woh Islam</w:t>
      </w:r>
    </w:p>
    <w:p>
      <w:pPr>
        <w:jc w:val="right"/>
      </w:pPr>
      <w:r>
        <w:t>اور آپ کے ہاتھ پر اس نے اسلام قبول کیا تو ظاہر ہے کہ اب تک وہ اسلام</w:t>
      </w:r>
    </w:p>
    <w:p>
      <w:r>
        <w:rPr>
          <w:b/>
        </w:rPr>
        <w:t xml:space="preserve">[43:26] </w:t>
      </w:r>
      <w:r>
        <w:t>ke mahol mein nahi raha tha to aap ne us ki tarbiyat ke liye us ki training ke</w:t>
      </w:r>
    </w:p>
    <w:p>
      <w:pPr>
        <w:jc w:val="right"/>
      </w:pPr>
      <w:r>
        <w:t>کے ماحول میں نہیں رہا تھا تو آپ نے اس کی تربیت کے لیے اس کی ٹریننگ کے</w:t>
      </w:r>
    </w:p>
    <w:p>
      <w:r>
        <w:rPr>
          <w:b/>
        </w:rPr>
        <w:t xml:space="preserve">[43:32] </w:t>
      </w:r>
      <w:r>
        <w:t>liye kaha ke tum Ali ke sath raho.</w:t>
      </w:r>
    </w:p>
    <w:p>
      <w:pPr>
        <w:jc w:val="right"/>
      </w:pPr>
      <w:r>
        <w:t>لیے کہا کہ تم علی کے ساتھ رہو۔</w:t>
      </w:r>
    </w:p>
    <w:p>
      <w:r>
        <w:rPr>
          <w:b/>
        </w:rPr>
        <w:t xml:space="preserve">[43:38] </w:t>
      </w:r>
      <w:r>
        <w:t>Ali ibn Abi Talib jo aap ke chacha ke bete the ke un ke sath raho aur deen seekho.</w:t>
      </w:r>
    </w:p>
    <w:p>
      <w:pPr>
        <w:jc w:val="right"/>
      </w:pPr>
      <w:r>
        <w:t>علی ابن ابی طالب جو آپ کے چچا کے بیٹے تھے کہ ان کے ساتھ رہو اور دین سیکھو۔</w:t>
      </w:r>
    </w:p>
    <w:p>
      <w:r>
        <w:rPr>
          <w:b/>
        </w:rPr>
        <w:t xml:space="preserve">[43:45] </w:t>
      </w:r>
      <w:r>
        <w:t>to chand din ke baad wahan par aisa tha ke</w:t>
      </w:r>
    </w:p>
    <w:p>
      <w:pPr>
        <w:jc w:val="right"/>
      </w:pPr>
      <w:r>
        <w:t>تو چند دن کے بعد وہاں پر ایسا تھا کہ</w:t>
      </w:r>
    </w:p>
    <w:p>
      <w:r>
        <w:rPr>
          <w:b/>
        </w:rPr>
        <w:t xml:space="preserve">[43:51] </w:t>
      </w:r>
      <w:r>
        <w:t>madine mein ek hi masjid thi. wahan log nazar aate the rozana. to chand din ke baad aap ne mehsoos kiya ke woh masjid mein nazar nahi aa raha hai. to aap ne hazrat ali se poocha ke woh aadmi kahan gaya? to unhone kaha ke mujhe bhi nikalun, woh mujhe bataye baghair chala gaya. to aap ne logon se kaha ke is ko talash kar ke le aao.</w:t>
      </w:r>
    </w:p>
    <w:p>
      <w:pPr>
        <w:jc w:val="right"/>
      </w:pPr>
      <w:r>
        <w:t>مدینے میں ایک ہی مسجد تھی۔ وہاں لوگ نظر آتے تھے روزانہ۔ تو چند دن کے بعد آپ نے محسوس کیا کہ وہ مسجد میں نظر نہیں آ رہا ہے۔ تو آپ نے حضرت علی سے پوچھا کہ وہ آدمی کہاں گیا؟ تو انہوں نے کہا کہ مجھے بھی نکالوں، وہ مجھے بتائے بغیر چلا گیا۔ تو آپ نے لوگوں سے کہا کہ اس کو تلاش کر کے لے آؤ۔</w:t>
      </w:r>
    </w:p>
    <w:p>
      <w:r>
        <w:rPr>
          <w:b/>
        </w:rPr>
        <w:t xml:space="preserve">[44:21] </w:t>
      </w:r>
      <w:r>
        <w:t>to khair ek aadmi ko woh kahin mil gaya, woh le aaya rasool Allah ke paas.</w:t>
      </w:r>
    </w:p>
    <w:p>
      <w:pPr>
        <w:jc w:val="right"/>
      </w:pPr>
      <w:r>
        <w:t>تو خیر ایک آدمی کو وہ کہیں مل گیا، وہ لے آیا رسول اللہ کے پاس۔</w:t>
      </w:r>
    </w:p>
    <w:p>
      <w:r>
        <w:rPr>
          <w:b/>
        </w:rPr>
        <w:t xml:space="preserve">[44:27] </w:t>
      </w:r>
      <w:r>
        <w:t>to aap ne poocha ke maine tum ko kaha tha ke ali ke paas deen seekho to</w:t>
      </w:r>
    </w:p>
    <w:p>
      <w:pPr>
        <w:jc w:val="right"/>
      </w:pPr>
      <w:r>
        <w:t>تو آپ نے پوچھا کہ میں نے تم کو کہا تھا کہ علی کے پاس دین سیکھو تو</w:t>
      </w:r>
    </w:p>
    <w:p>
      <w:r>
        <w:rPr>
          <w:b/>
        </w:rPr>
        <w:t xml:space="preserve">[44:33] </w:t>
      </w:r>
      <w:r>
        <w:t>tum kahan chale gaye? to unhon ne us aadmi ne kaha ke ali ne mujhe yeh surah ki taleem di.</w:t>
      </w:r>
    </w:p>
    <w:p>
      <w:pPr>
        <w:jc w:val="right"/>
      </w:pPr>
      <w:r>
        <w:t>تم کہاں چلے گئے؟ تو انہوں نے اس آدمی نے کہا کہ علی نے مجھے یہ سورہ کی تعلیم دی۔</w:t>
      </w:r>
    </w:p>
    <w:p>
      <w:r>
        <w:rPr>
          <w:b/>
        </w:rPr>
        <w:t xml:space="preserve">[44:39] </w:t>
      </w:r>
      <w:r>
        <w:t>isi mein mujhe sari baat mil gayi.</w:t>
      </w:r>
    </w:p>
    <w:p>
      <w:pPr>
        <w:jc w:val="right"/>
      </w:pPr>
      <w:r>
        <w:t>اسی میں مجھے ساری بات مل گئی۔</w:t>
      </w:r>
    </w:p>
    <w:p>
      <w:r>
        <w:rPr>
          <w:b/>
        </w:rPr>
        <w:t xml:space="preserve">[44:45] </w:t>
      </w:r>
      <w:r>
        <w:t>woh yahi surah jo maine padhi aap ke samne ke zalzalt al arzu zalzalah wa</w:t>
      </w:r>
    </w:p>
    <w:p>
      <w:pPr>
        <w:jc w:val="right"/>
      </w:pPr>
      <w:r>
        <w:t>وہ یہی سورہ جو میں نے پڑھی آپ کے سامنے کہ ذلزلت الارض زلزالہ وا</w:t>
      </w:r>
    </w:p>
    <w:p>
      <w:r>
        <w:rPr>
          <w:b/>
        </w:rPr>
        <w:t xml:space="preserve">[44:51] </w:t>
      </w:r>
      <w:r>
        <w:t>kharat al arzu asqalah yani chapter number 99.</w:t>
      </w:r>
    </w:p>
    <w:p>
      <w:pPr>
        <w:jc w:val="right"/>
      </w:pPr>
      <w:r>
        <w:t>خرۃ الارض اسقالہ یعنی چیپٹر نمبر 99۔</w:t>
      </w:r>
    </w:p>
    <w:p>
      <w:r>
        <w:rPr>
          <w:b/>
        </w:rPr>
        <w:t xml:space="preserve">[44:57] </w:t>
      </w:r>
      <w:r>
        <w:t>to us ne kaha ke is surah mein yeh tha ke is mein yeh surah tha ke ke</w:t>
      </w:r>
    </w:p>
    <w:p>
      <w:pPr>
        <w:jc w:val="right"/>
      </w:pPr>
      <w:r>
        <w:t>تو اس نے کہا کہ اس سورہ میں یہ تھا کہ اس میں یہ سورہ تھا کہ کہ</w:t>
      </w:r>
    </w:p>
    <w:p>
      <w:r>
        <w:rPr>
          <w:b/>
        </w:rPr>
        <w:t xml:space="preserve">[45:03] </w:t>
      </w:r>
      <w:r>
        <w:t>aadmi ne agar ek zarre ke barabar bhi neki ki hai to us din us ko dekh woh</w:t>
      </w:r>
    </w:p>
    <w:p>
      <w:pPr>
        <w:jc w:val="right"/>
      </w:pPr>
      <w:r>
        <w:t>آدمی نے اگر ایک ذرے کے برابر بھی نیکی کی ہے تو اس دن اس کو دیکھ وہ</w:t>
      </w:r>
    </w:p>
    <w:p>
      <w:r>
        <w:rPr>
          <w:b/>
        </w:rPr>
        <w:t xml:space="preserve">[45:09] </w:t>
      </w:r>
      <w:r>
        <w:t>dekh lega.</w:t>
      </w:r>
    </w:p>
    <w:p>
      <w:pPr>
        <w:jc w:val="right"/>
      </w:pPr>
      <w:r>
        <w:t>دیکھ لے گا۔</w:t>
      </w:r>
    </w:p>
    <w:p>
      <w:r>
        <w:rPr>
          <w:b/>
        </w:rPr>
        <w:t xml:space="preserve">[45:15] </w:t>
      </w:r>
      <w:r>
        <w:t>aur ek zarre ke barabar burai ki hai to woh bhi us ko bhi woh dekh lega. wa man ya'mal</w:t>
      </w:r>
    </w:p>
    <w:p>
      <w:pPr>
        <w:jc w:val="right"/>
      </w:pPr>
      <w:r>
        <w:t>اور ایک ذرے کے برابر برائی کی ہے تو وہ بھی اس کو بھی وہ دیکھ لے گا۔ ومن یعمل</w:t>
      </w:r>
    </w:p>
    <w:p>
      <w:r>
        <w:rPr>
          <w:b/>
        </w:rPr>
        <w:t xml:space="preserve">[45:21] </w:t>
      </w:r>
      <w:r>
        <w:t>misqal zarra khairayr wa man ya'mal misqal zarra sharir us ne kaha ke isi mein mujhe sara deen mil gaya.</w:t>
      </w:r>
    </w:p>
    <w:p>
      <w:pPr>
        <w:jc w:val="right"/>
      </w:pPr>
      <w:r>
        <w:t>مثقال ذرۃ خیرایر ومن یعمل مثقال ذرۃ شریر اس نے کہا کہ اسی میں مجھے سارا دین مل گیا۔</w:t>
      </w:r>
    </w:p>
    <w:p>
      <w:r>
        <w:rPr>
          <w:b/>
        </w:rPr>
        <w:t xml:space="preserve">[45:27] </w:t>
      </w:r>
      <w:r>
        <w:t>دیکھیں دین آپ already inborn ہے آپ کے اندر۔</w:t>
      </w:r>
    </w:p>
    <w:p>
      <w:pPr>
        <w:jc w:val="right"/>
      </w:pPr>
      <w:r>
        <w:t>دیکھیں دین آپ الریڈی انٹربون ہے آپ کے اندر۔</w:t>
      </w:r>
    </w:p>
    <w:p>
      <w:r>
        <w:rPr>
          <w:b/>
        </w:rPr>
        <w:t xml:space="preserve">[45:33] </w:t>
      </w:r>
      <w:r>
        <w:t>آپ کے unconscious mind میں سب کچھ موجود ہے already.</w:t>
      </w:r>
    </w:p>
    <w:p>
      <w:pPr>
        <w:jc w:val="right"/>
      </w:pPr>
      <w:r>
        <w:t>آپ کے انکاش انکاش مائنڈ میں سب کچھ موجود ہے الریڈی۔</w:t>
      </w:r>
    </w:p>
    <w:p>
      <w:r>
        <w:rPr>
          <w:b/>
        </w:rPr>
        <w:t xml:space="preserve">[45:39] </w:t>
      </w:r>
      <w:r>
        <w:t>صرف ضرورت ہے honesty کی۔ honesty کی۔</w:t>
      </w:r>
    </w:p>
    <w:p>
      <w:pPr>
        <w:jc w:val="right"/>
      </w:pPr>
      <w:r>
        <w:t>صرف ضرورت ہے اونسٹی کی۔ اونسٹی کی۔</w:t>
      </w:r>
    </w:p>
    <w:p>
      <w:r>
        <w:rPr>
          <w:b/>
        </w:rPr>
        <w:t xml:space="preserve">[45:45] </w:t>
      </w:r>
      <w:r>
        <w:t>agar honest ho aap</w:t>
      </w:r>
    </w:p>
    <w:p>
      <w:pPr>
        <w:jc w:val="right"/>
      </w:pPr>
      <w:r>
        <w:t>اگر اونسٹ ہو آپ</w:t>
      </w:r>
    </w:p>
    <w:p>
      <w:r>
        <w:rPr>
          <w:b/>
        </w:rPr>
        <w:t xml:space="preserve">[45:52] </w:t>
      </w:r>
      <w:r>
        <w:t>تو آپ کا conscience، آپ کا nature ہی آپ کو guide کرنے کے لیے کافی ہو جاتا ہے۔</w:t>
      </w:r>
    </w:p>
    <w:p>
      <w:pPr>
        <w:jc w:val="right"/>
      </w:pPr>
      <w:r>
        <w:t>تو آپ کا کانشینس، آپ کا نیچر ہی آپ کو گائیڈ کرنے کے لیے کافی ہو جاتا ہے۔</w:t>
      </w:r>
    </w:p>
    <w:p>
      <w:r>
        <w:rPr>
          <w:b/>
        </w:rPr>
        <w:t xml:space="preserve">[45:56] </w:t>
      </w:r>
      <w:r>
        <w:t>to us ne kaha ke jab maine yeh padha ke woh din aanay wala hai jab main</w:t>
      </w:r>
    </w:p>
    <w:p>
      <w:pPr>
        <w:jc w:val="right"/>
      </w:pPr>
      <w:r>
        <w:t>تو اس نے کہا کہ جب میں نے یہ پڑھا کہ وہ دن آنے والا ہے جب میں</w:t>
      </w:r>
    </w:p>
    <w:p>
      <w:r>
        <w:rPr>
          <w:b/>
        </w:rPr>
        <w:t xml:space="preserve">[46:00] </w:t>
      </w:r>
      <w:r>
        <w:t>Khuda ke samne khada hoonga aur ek zarre ke barabar bhi maine achhai ki hai to</w:t>
      </w:r>
    </w:p>
    <w:p>
      <w:pPr>
        <w:jc w:val="right"/>
      </w:pPr>
      <w:r>
        <w:t>خدا کے سامنے کھڑا ہوں گا اور ایک ذرے کے برابر بھی میں نے اچھائی کی ہے تو</w:t>
      </w:r>
    </w:p>
    <w:p>
      <w:r>
        <w:rPr>
          <w:b/>
        </w:rPr>
        <w:t xml:space="preserve">[46:05] </w:t>
      </w:r>
      <w:r>
        <w:t>wahan par khul jayegi.</w:t>
      </w:r>
    </w:p>
    <w:p>
      <w:pPr>
        <w:jc w:val="right"/>
      </w:pPr>
      <w:r>
        <w:t>وہاں پر کھل جائے گی۔</w:t>
      </w:r>
    </w:p>
    <w:p>
      <w:r>
        <w:rPr>
          <w:b/>
        </w:rPr>
        <w:t xml:space="preserve">[46:09] </w:t>
      </w:r>
      <w:r>
        <w:t>ek zarre ke barabar burai ki hai to woh bhi wahan khul jayegi.</w:t>
      </w:r>
    </w:p>
    <w:p>
      <w:pPr>
        <w:jc w:val="right"/>
      </w:pPr>
      <w:r>
        <w:t>ایک ذرے کے برابر برائی کی ہے تو وہ بھی وہاں کھل جائے گی۔</w:t>
      </w:r>
    </w:p>
    <w:p>
      <w:r>
        <w:rPr>
          <w:b/>
        </w:rPr>
        <w:t xml:space="preserve">[46:13] </w:t>
      </w:r>
      <w:r>
        <w:t>to bas bas bas chowkna ho gaya.</w:t>
      </w:r>
    </w:p>
    <w:p>
      <w:pPr>
        <w:jc w:val="right"/>
      </w:pPr>
      <w:r>
        <w:t>تو بس بس بس چوکنا ہو گیا۔</w:t>
      </w:r>
    </w:p>
    <w:p>
      <w:r>
        <w:rPr>
          <w:b/>
        </w:rPr>
        <w:t xml:space="preserve">[46:18] </w:t>
      </w:r>
      <w:r>
        <w:t>main alert ho gaya.</w:t>
      </w:r>
    </w:p>
    <w:p>
      <w:pPr>
        <w:jc w:val="right"/>
      </w:pPr>
      <w:r>
        <w:t>میں الرٹ ہو گیا۔</w:t>
      </w:r>
    </w:p>
    <w:p>
      <w:r>
        <w:rPr>
          <w:b/>
        </w:rPr>
        <w:t xml:space="preserve">[46:22] </w:t>
      </w:r>
      <w:r>
        <w:t>ab kya hai mamlat jab parhte hain, dealing hoti hai logon ke sath rehta hoon to jab bhi koi aisa mamla paṛta hai ke mera conscience bolta hai ke yeh to galat kaam hai to main apne conscience ki awaz ko follow kar ke us se door chala jata hoon. aur jab yeh mera conscience bolta hai ke yeh to sahi kaam hai to main us ko follow karta hoon. to us ne kaha ke jab</w:t>
      </w:r>
    </w:p>
    <w:p>
      <w:pPr>
        <w:jc w:val="right"/>
      </w:pPr>
      <w:r>
        <w:t>اب کیا ہے معاملات جب پڑھتے ہیں، ڈیلنگ ہوتی ہے لوگوں کے ساتھ رہتا ہوں تو جب بھی کوئی ایسا معاملہ پڑتا ہے کہ میرا کانشینس بولتا ہے کہ یہ تو غلط کام ہے تو میں اپنے کانشینس کی آواز کو فالو کر کے اس سے دور چلا جاتا ہوں۔ اور جب یہ میرا کانشینس بولتا ہے کہ یہ تو صحیح کام ہے تو میں اس کو فالو کرتا ہوں۔ تو اس نے کہا کہ جب</w:t>
      </w:r>
    </w:p>
    <w:p>
      <w:r>
        <w:rPr>
          <w:b/>
        </w:rPr>
        <w:t xml:space="preserve">[46:52] </w:t>
      </w:r>
      <w:r>
        <w:t>bhi main dekhta hoon ke yeh nek kaam hai to us ki taraf daurta hoon.</w:t>
      </w:r>
    </w:p>
    <w:p>
      <w:pPr>
        <w:jc w:val="right"/>
      </w:pPr>
      <w:r>
        <w:t>بھی میں دیکھتا ہوں کہ یہ نیک کام ہے تو اس کی طرف دوڑتا ہوں۔</w:t>
      </w:r>
    </w:p>
    <w:p>
      <w:r>
        <w:rPr>
          <w:b/>
        </w:rPr>
        <w:t xml:space="preserve">[46:56] </w:t>
      </w:r>
      <w:r>
        <w:t>jab main dekhta hoon ke bura kaam hai to us ke bhagta hoon.</w:t>
      </w:r>
    </w:p>
    <w:p>
      <w:pPr>
        <w:jc w:val="right"/>
      </w:pPr>
      <w:r>
        <w:t>جب میں دیکھتا ہوں کہ برا کام ہے تو اس کے بھاگتا ہوں۔</w:t>
      </w:r>
    </w:p>
    <w:p>
      <w:r>
        <w:rPr>
          <w:b/>
        </w:rPr>
        <w:t xml:space="preserve">[47:00] </w:t>
      </w:r>
      <w:r>
        <w:t>to hua kya? Islam qabool karne ke baad aur kuch baatein sunne ke baad us ke fitrat ke</w:t>
      </w:r>
    </w:p>
    <w:p>
      <w:pPr>
        <w:jc w:val="right"/>
      </w:pPr>
      <w:r>
        <w:t>تو ہوا کیا؟ اسلام قبول کرنے کے بعد اور کچھ باتیں سننے کے بعد اس کے فطرت کے</w:t>
      </w:r>
    </w:p>
    <w:p>
      <w:r>
        <w:rPr>
          <w:b/>
        </w:rPr>
        <w:t xml:space="preserve">[47:03] </w:t>
      </w:r>
      <w:r>
        <w:t>darwaze khul gaye.</w:t>
      </w:r>
    </w:p>
    <w:p>
      <w:pPr>
        <w:jc w:val="right"/>
      </w:pPr>
      <w:r>
        <w:t>دروازے کھل گئے۔</w:t>
      </w:r>
    </w:p>
    <w:p>
      <w:r>
        <w:rPr>
          <w:b/>
        </w:rPr>
        <w:t xml:space="preserve">[47:07] </w:t>
      </w:r>
      <w:r>
        <w:t>us ke nature ke sare window jo thi khul gayi woh.</w:t>
      </w:r>
    </w:p>
    <w:p>
      <w:pPr>
        <w:jc w:val="right"/>
      </w:pPr>
      <w:r>
        <w:t>اس کے نیچر کے سارے ونڈو جو تھی کھل گئی وہ۔</w:t>
      </w:r>
    </w:p>
    <w:p>
      <w:r>
        <w:rPr>
          <w:b/>
        </w:rPr>
        <w:t xml:space="preserve">[47:11] </w:t>
      </w:r>
      <w:r>
        <w:t>us ka conscience jaag pada.</w:t>
      </w:r>
    </w:p>
    <w:p>
      <w:pPr>
        <w:jc w:val="right"/>
      </w:pPr>
      <w:r>
        <w:t>اس کا کانشینس جاگ پڑا۔</w:t>
      </w:r>
    </w:p>
    <w:p>
      <w:r>
        <w:rPr>
          <w:b/>
        </w:rPr>
        <w:t xml:space="preserve">[47:15] </w:t>
      </w:r>
      <w:r>
        <w:t>us ka conscience jaag pada.</w:t>
      </w:r>
    </w:p>
    <w:p>
      <w:pPr>
        <w:jc w:val="right"/>
      </w:pPr>
      <w:r>
        <w:t>اس کا کانشینس جاگ پڑا۔</w:t>
      </w:r>
    </w:p>
    <w:p>
      <w:r>
        <w:rPr>
          <w:b/>
        </w:rPr>
        <w:t xml:space="preserve">[47:18] </w:t>
      </w:r>
      <w:r>
        <w:t>is ke andar ka jo</w:t>
      </w:r>
    </w:p>
    <w:p>
      <w:pPr>
        <w:jc w:val="right"/>
      </w:pPr>
      <w:r>
        <w:t>اس کے اندر کا جو</w:t>
      </w:r>
    </w:p>
    <w:p>
      <w:r>
        <w:rPr>
          <w:b/>
        </w:rPr>
        <w:t xml:space="preserve">[47:22] </w:t>
      </w:r>
      <w:r>
        <w:t>allah ta'ala ne jo rakha hai fa'alamahu fujoorahu wa taqwahu woh sab roshan ho gaya is ke samne.</w:t>
      </w:r>
    </w:p>
    <w:p>
      <w:pPr>
        <w:jc w:val="right"/>
      </w:pPr>
      <w:r>
        <w:t>اللہ تعالی نے جو رکھا ہے فعلمہ فجورہ وتقواہ وہ سب روشن ہو گیا اس کے سامنے۔</w:t>
      </w:r>
    </w:p>
    <w:p>
      <w:r>
        <w:rPr>
          <w:b/>
        </w:rPr>
        <w:t xml:space="preserve">[47:27] </w:t>
      </w:r>
      <w:r>
        <w:t>toh is ki light mein woh chalne laga.</w:t>
      </w:r>
    </w:p>
    <w:p>
      <w:pPr>
        <w:jc w:val="right"/>
      </w:pPr>
      <w:r>
        <w:t>تو اس کی لائٹ میں وہ چلنے لگا۔</w:t>
      </w:r>
    </w:p>
    <w:p>
      <w:r>
        <w:rPr>
          <w:b/>
        </w:rPr>
        <w:t xml:space="preserve">[47:33] </w:t>
      </w:r>
      <w:r>
        <w:t>یہ کون انسان ہوتا ہے؟ یہ وہ انسان ہے جو سچ مچ sincere انسان ہو۔</w:t>
      </w:r>
    </w:p>
    <w:p>
      <w:pPr>
        <w:jc w:val="right"/>
      </w:pPr>
      <w:r>
        <w:t>یہ کون انسان ہوتا ہے؟ یہ وہ انسان ہے جو سچ مچ سنسیئر انسان ہو۔</w:t>
      </w:r>
    </w:p>
    <w:p>
      <w:r>
        <w:rPr>
          <w:b/>
        </w:rPr>
        <w:t xml:space="preserve">[47:38] </w:t>
      </w:r>
      <w:r>
        <w:t>جو سچ مچ serious طریقے سے ہر چیزوں کو لے۔</w:t>
      </w:r>
    </w:p>
    <w:p>
      <w:pPr>
        <w:jc w:val="right"/>
      </w:pPr>
      <w:r>
        <w:t>جو سچ مچ سیریس طریقے سے ہر چیزوں کو لے۔</w:t>
      </w:r>
    </w:p>
    <w:p>
      <w:r>
        <w:rPr>
          <w:b/>
        </w:rPr>
        <w:t xml:space="preserve">[47:43] </w:t>
      </w:r>
      <w:r>
        <w:t>jo sach much honest insaan ho.</w:t>
      </w:r>
    </w:p>
    <w:p>
      <w:pPr>
        <w:jc w:val="right"/>
      </w:pPr>
      <w:r>
        <w:t>جو سچ مچ اونسٹ انسان ہو۔</w:t>
      </w:r>
    </w:p>
    <w:p>
      <w:r>
        <w:rPr>
          <w:b/>
        </w:rPr>
        <w:t xml:space="preserve">[47:48] </w:t>
      </w:r>
      <w:r>
        <w:t>jis ke dil mein khuda ka darr sama gaya ho.</w:t>
      </w:r>
    </w:p>
    <w:p>
      <w:pPr>
        <w:jc w:val="right"/>
      </w:pPr>
      <w:r>
        <w:t>جس کے دل میں خدا کا ڈر سما گیا ہو۔</w:t>
      </w:r>
    </w:p>
    <w:p>
      <w:r>
        <w:rPr>
          <w:b/>
        </w:rPr>
        <w:t xml:space="preserve">[47:53] </w:t>
      </w:r>
      <w:r>
        <w:t>جو اپنا آپ کو خدا کے سامنے accountable سمجھنے لگے۔ Honestly, honestly.</w:t>
      </w:r>
    </w:p>
    <w:p>
      <w:pPr>
        <w:jc w:val="right"/>
      </w:pPr>
      <w:r>
        <w:t>جو اپنا آپ کو خدا کے سامنے اکاؤنٹیبل سمجھنے لگے۔ اونسٹلی، اونسٹلی۔</w:t>
      </w:r>
    </w:p>
    <w:p>
      <w:r>
        <w:rPr>
          <w:b/>
        </w:rPr>
        <w:t xml:space="preserve">[47:58] </w:t>
      </w:r>
      <w:r>
        <w:t>toh yeh hota hai is ka haal.</w:t>
      </w:r>
    </w:p>
    <w:p>
      <w:pPr>
        <w:jc w:val="right"/>
      </w:pPr>
      <w:r>
        <w:t>تو یہ ہوتا ہے اس کا حال۔</w:t>
      </w:r>
    </w:p>
    <w:p>
      <w:r>
        <w:rPr>
          <w:b/>
        </w:rPr>
        <w:t xml:space="preserve">[48:03] </w:t>
      </w:r>
      <w:r>
        <w:t>تو کسی بہت بڑے encyclopedia کی ضرورت نہیں ہوتی اس کو بتانے کے لیے کیا سچ ہے، کیا جھوٹ ہے۔</w:t>
      </w:r>
    </w:p>
    <w:p>
      <w:pPr>
        <w:jc w:val="right"/>
      </w:pPr>
      <w:r>
        <w:t>تو کسی بہت بڑے انسائیکلوپیڈیا کی ضرورت نہیں ہوتی اس کو بتانے کے لیے کیا سچ ہے، کیا جھوٹ ہے۔</w:t>
      </w:r>
    </w:p>
    <w:p>
      <w:r>
        <w:rPr>
          <w:b/>
        </w:rPr>
        <w:t xml:space="preserve">[48:08] </w:t>
      </w:r>
      <w:r>
        <w:t>kya khair hai, kya shar hai.</w:t>
      </w:r>
    </w:p>
    <w:p>
      <w:pPr>
        <w:jc w:val="right"/>
      </w:pPr>
      <w:r>
        <w:t>کیا خیر ہے، کیا شر ہے۔</w:t>
      </w:r>
    </w:p>
    <w:p>
      <w:r>
        <w:rPr>
          <w:b/>
        </w:rPr>
        <w:t xml:space="preserve">[48:14] </w:t>
      </w:r>
      <w:r>
        <w:t>apni fitrat ki awaaz pe woh jaanta rehta hai, jaanta rehta hai, jaanta rehta hai.</w:t>
      </w:r>
    </w:p>
    <w:p>
      <w:pPr>
        <w:jc w:val="right"/>
      </w:pPr>
      <w:r>
        <w:t>اپنی فطرت کی آواز پہ وہ جانتا رہتا ہے، جانتا رہتا ہے، جانتا رہتا ہے۔</w:t>
      </w:r>
    </w:p>
    <w:p>
      <w:r>
        <w:rPr>
          <w:b/>
        </w:rPr>
        <w:t xml:space="preserve">[48:19] </w:t>
      </w:r>
      <w:r>
        <w:t>toh allah ta'ala ne yeh intezaam kiya insaan ke liye</w:t>
      </w:r>
    </w:p>
    <w:p>
      <w:pPr>
        <w:jc w:val="right"/>
      </w:pPr>
      <w:r>
        <w:t>تو اللہ تعالی نے یہ انتظام کیا انسان کے لیے</w:t>
      </w:r>
    </w:p>
    <w:p>
      <w:r>
        <w:rPr>
          <w:b/>
        </w:rPr>
        <w:t xml:space="preserve">[48:24] </w:t>
      </w:r>
      <w:r>
        <w:t>ke ek taraf toh paighambar bheje. kitaab utari.</w:t>
      </w:r>
    </w:p>
    <w:p>
      <w:pPr>
        <w:jc w:val="right"/>
      </w:pPr>
      <w:r>
        <w:t>کہ ایک طرف تو پیغمبر بھیجے۔ کتاب اتاری۔</w:t>
      </w:r>
    </w:p>
    <w:p>
      <w:r>
        <w:rPr>
          <w:b/>
        </w:rPr>
        <w:t xml:space="preserve">[48:29] </w:t>
      </w:r>
      <w:r>
        <w:t>batane ke liye ke sachai kya hai, haq kya hai aur na-haq kya hai.</w:t>
      </w:r>
    </w:p>
    <w:p>
      <w:pPr>
        <w:jc w:val="right"/>
      </w:pPr>
      <w:r>
        <w:t>بتانے کے لیے کہ سچائی کیا ہے، حق کیا ہے اور ناحق کیا ہے۔</w:t>
      </w:r>
    </w:p>
    <w:p>
      <w:r>
        <w:rPr>
          <w:b/>
        </w:rPr>
        <w:t xml:space="preserve">[48:34] </w:t>
      </w:r>
      <w:r>
        <w:t>ek taraf yeh intezaam kiya.</w:t>
      </w:r>
    </w:p>
    <w:p>
      <w:pPr>
        <w:jc w:val="right"/>
      </w:pPr>
      <w:r>
        <w:t>ایک طرف یہ انتظام کیا۔</w:t>
      </w:r>
    </w:p>
    <w:p>
      <w:r>
        <w:rPr>
          <w:b/>
        </w:rPr>
        <w:t xml:space="preserve">[48:39] </w:t>
      </w:r>
      <w:r>
        <w:t>doosri taraf khud insaan ki fitrat mein in incalculate kar diya sab baaton ko.</w:t>
      </w:r>
    </w:p>
    <w:p>
      <w:pPr>
        <w:jc w:val="right"/>
      </w:pPr>
      <w:r>
        <w:t>دوسری طرف خود انسان کی فطرت میں ان انکلکیٹ کر دیا سب باتوں کو۔</w:t>
      </w:r>
    </w:p>
    <w:p>
      <w:r>
        <w:rPr>
          <w:b/>
        </w:rPr>
        <w:t xml:space="preserve">[48:45] </w:t>
      </w:r>
      <w:r>
        <w:t>isi ko quran mein kaha gaya hai ke fa'alamahu fujoorahu wa taqwahu ke insaan ke nature mein hum ne</w:t>
      </w:r>
    </w:p>
    <w:p>
      <w:pPr>
        <w:jc w:val="right"/>
      </w:pPr>
      <w:r>
        <w:t>اسی کو قرآن میں کہا گیا ہے کہ فعلمہ فجورہ وتقواہ کہ انسان کے نیچر میں ہم نے</w:t>
      </w:r>
    </w:p>
    <w:p>
      <w:r>
        <w:rPr>
          <w:b/>
        </w:rPr>
        <w:t xml:space="preserve">[48:50] </w:t>
      </w:r>
      <w:r>
        <w:t>rakh diya hai</w:t>
      </w:r>
    </w:p>
    <w:p>
      <w:pPr>
        <w:jc w:val="right"/>
      </w:pPr>
      <w:r>
        <w:t>رکھ دیا ہے</w:t>
      </w:r>
    </w:p>
    <w:p>
      <w:r>
        <w:rPr>
          <w:b/>
        </w:rPr>
        <w:t xml:space="preserve">[48:55] </w:t>
      </w:r>
      <w:r>
        <w:t>yeh shaoor ke khair kya hai, shar kya hai, achha kya hai, bura kya hai.</w:t>
      </w:r>
    </w:p>
    <w:p>
      <w:pPr>
        <w:jc w:val="right"/>
      </w:pPr>
      <w:r>
        <w:t>یہ شعور کہ خیر کیا ہے، شر کیا ہے، اچھا کیا ہے، برا کیا ہے۔</w:t>
      </w:r>
    </w:p>
    <w:p>
      <w:r>
        <w:rPr>
          <w:b/>
        </w:rPr>
        <w:t xml:space="preserve">[49:03] </w:t>
      </w:r>
      <w:r>
        <w:t>toh literal taur par paighambaron ke zariye se hum ko maloom ho raha hai khuda ka deen.</w:t>
      </w:r>
    </w:p>
    <w:p>
      <w:pPr>
        <w:jc w:val="right"/>
      </w:pPr>
      <w:r>
        <w:t>تو لٹرل طور پر پیغمبروں کے ذریعے سے ہم کو معلوم ہو رہا ہے خدا کا دین۔</w:t>
      </w:r>
    </w:p>
    <w:p>
      <w:r>
        <w:rPr>
          <w:b/>
        </w:rPr>
        <w:t xml:space="preserve">[49:11] </w:t>
      </w:r>
      <w:r>
        <w:t>اور unconsciously ہمارا نیچر خود بتا رہا ہوتا ہے کہ سچائی کیا ہے اور برائی کیا ہے۔</w:t>
      </w:r>
    </w:p>
    <w:p>
      <w:pPr>
        <w:jc w:val="right"/>
      </w:pPr>
      <w:r>
        <w:t>اور انکانسسلی ہمارا نیچر خود بتا رہا ہوتا ہے کہ سچائی کیا ہے اور برائی کیا ہے۔</w:t>
      </w:r>
    </w:p>
    <w:p>
      <w:r>
        <w:rPr>
          <w:b/>
        </w:rPr>
        <w:t xml:space="preserve">[49:18] </w:t>
      </w:r>
      <w:r>
        <w:t>in do cheezon ke darmiyan hai insaan.</w:t>
      </w:r>
    </w:p>
    <w:p>
      <w:pPr>
        <w:jc w:val="right"/>
      </w:pPr>
      <w:r>
        <w:t>ان دو چیزوں کے درمیان ہے انسان۔</w:t>
      </w:r>
    </w:p>
    <w:p>
      <w:r>
        <w:rPr>
          <w:b/>
        </w:rPr>
        <w:t xml:space="preserve">[49:26] </w:t>
      </w:r>
      <w:r>
        <w:t>do hidayaton ke darmiyan hai. yaad rakhiye insan do guidance ke beech mein hai. ek hai literal guidance jo peghambaron ki taraf se aati hai. ek hai natural guidance jo khud apne andar maujood hai. to nature bhi guide kar rahi hai. aur doosri taraf word of God ki guidance mil rahi hai us ko. in do ke baad bhi agar aadmi bhatke aur</w:t>
      </w:r>
    </w:p>
    <w:p>
      <w:pPr>
        <w:jc w:val="right"/>
      </w:pPr>
      <w:r>
        <w:t>دو ہدایتوں کے درمیان ہے۔ یاد رکھیے انسان دو گائیڈنس کے بیچ میں ہے۔ ایک ہے لٹرل گائیڈنس جو پیغمبروں کی طرف سے آتی ہے۔ ایک ہے نیچرل گائیڈنس جو خود اپنے اندر موجود ہے۔ تو نیچر بھی گائیڈ کر رہی ہے۔ اور دوسری طرف ورڈ آف گاڈ کی گائیڈنس مل رہی ہے اس کو۔ ان دو کے بعد بھی اگر آدمی بھٹکے اور</w:t>
      </w:r>
    </w:p>
    <w:p>
      <w:r>
        <w:rPr>
          <w:b/>
        </w:rPr>
        <w:t xml:space="preserve">[49:56] </w:t>
      </w:r>
      <w:r>
        <w:t>khuda ka surrender na kare toh aap sochiye ke is ka anjaam kya hai siwaye halakat ke.</w:t>
      </w:r>
    </w:p>
    <w:p>
      <w:pPr>
        <w:jc w:val="right"/>
      </w:pPr>
      <w:r>
        <w:t>خدا کا سرینڈر نہ کرے تو آپ سوچیے کہ اس کا انجام کیا ہے سوائے ہلکے۔</w:t>
      </w:r>
    </w:p>
    <w:p>
      <w:r>
        <w:rPr>
          <w:b/>
        </w:rPr>
        <w:t xml:space="preserve">[50:01] </w:t>
      </w:r>
      <w:r>
        <w:t>itna zyada intezaam kiya khuda ne guidance ka.</w:t>
      </w:r>
    </w:p>
    <w:p>
      <w:pPr>
        <w:jc w:val="right"/>
      </w:pPr>
      <w:r>
        <w:t>اتنا زیادہ انتظام کیا خدا نے گائیڈنس کا۔</w:t>
      </w:r>
    </w:p>
    <w:p>
      <w:r>
        <w:rPr>
          <w:b/>
        </w:rPr>
        <w:t xml:space="preserve">[50:06] </w:t>
      </w:r>
      <w:r>
        <w:t>itna zyada intezaam kiya ke sab baat nature mein daal di.</w:t>
      </w:r>
    </w:p>
    <w:p>
      <w:pPr>
        <w:jc w:val="right"/>
      </w:pPr>
      <w:r>
        <w:t>اتنا زیادہ انتظام کیا کہ سب بات نیچر میں ڈال دی۔</w:t>
      </w:r>
    </w:p>
    <w:p>
      <w:r>
        <w:rPr>
          <w:b/>
        </w:rPr>
        <w:t xml:space="preserve">[50:11] </w:t>
      </w:r>
      <w:r>
        <w:t>unconscious mind mein daal di.</w:t>
      </w:r>
    </w:p>
    <w:p>
      <w:pPr>
        <w:jc w:val="right"/>
      </w:pPr>
      <w:r>
        <w:t>انکانسس مائنڈ میں ڈال دی۔</w:t>
      </w:r>
    </w:p>
    <w:p>
      <w:r>
        <w:rPr>
          <w:b/>
        </w:rPr>
        <w:t xml:space="preserve">[50:16] </w:t>
      </w:r>
      <w:r>
        <w:t>aur doosri taraf apna kalaam bhi utara.</w:t>
      </w:r>
    </w:p>
    <w:p>
      <w:pPr>
        <w:jc w:val="right"/>
      </w:pPr>
      <w:r>
        <w:t>اور دوسری طرف اپنا کلام بھی اتارا۔</w:t>
      </w:r>
    </w:p>
    <w:p>
      <w:r>
        <w:rPr>
          <w:b/>
        </w:rPr>
        <w:t xml:space="preserve">[50:21] </w:t>
      </w:r>
      <w:r>
        <w:t>is ko mehfooz kar diya.</w:t>
      </w:r>
    </w:p>
    <w:p>
      <w:pPr>
        <w:jc w:val="right"/>
      </w:pPr>
      <w:r>
        <w:t>اس کو محفوظ کر دیا۔</w:t>
      </w:r>
    </w:p>
    <w:p>
      <w:r>
        <w:rPr>
          <w:b/>
        </w:rPr>
        <w:t xml:space="preserve">[50:27] </w:t>
      </w:r>
      <w:r>
        <w:t>to yeh double guidance hai. is double guidance ke baad insan ke paas koi excuse hi baqi nahi rehta. koi excuse baqi nahi rehta. agar aadmi isi haal mein mare to phir Khuda ki blessing se hamesha ke liye woh mehroom ho jaye ga. us ko Khuda ki blessing milne wali nahi. to</w:t>
      </w:r>
    </w:p>
    <w:p>
      <w:pPr>
        <w:jc w:val="right"/>
      </w:pPr>
      <w:r>
        <w:t>تو یہ ڈبل گائیڈنس ہے۔ اس ڈبل گائیڈنس کے بعد انسان کے پاس کوئی ایکسکیوز ہی باقی نہیں رہتا۔ کوئی ایکسکیوز باقی نہیں رہتا۔ اگر آدمی اسی حال میں مرے تو پھر خدا کی بلیسنگ سے ہمیشہ کے لیے وہ محروم ہو جائے گا۔ اس کو خدا کی بلیسنگ ملنے والی نہیں۔ تو</w:t>
      </w:r>
    </w:p>
    <w:p>
      <w:r>
        <w:rPr>
          <w:b/>
        </w:rPr>
        <w:t xml:space="preserve">[50:57] </w:t>
      </w:r>
      <w:r>
        <w:t>main yeh arz karna chahta hoon ke quran o hadees mein yeh pehle hi yeh prediction aa chuki</w:t>
      </w:r>
    </w:p>
    <w:p>
      <w:pPr>
        <w:jc w:val="right"/>
      </w:pPr>
      <w:r>
        <w:t>میں یہ عرض کرنا چاہتا ہوں کہ قرآن و حدیث میں یہ پہلے ہی یہ پریڈکشن آ چکی</w:t>
      </w:r>
    </w:p>
    <w:p>
      <w:r>
        <w:rPr>
          <w:b/>
        </w:rPr>
        <w:t xml:space="preserve">[51:00] </w:t>
      </w:r>
      <w:r>
        <w:t>hai ke dunya hamesha nahi rahe gi.</w:t>
      </w:r>
    </w:p>
    <w:p>
      <w:pPr>
        <w:jc w:val="right"/>
      </w:pPr>
      <w:r>
        <w:t>ہے کہ دنیا ہمیشہ نہیں رہے گی۔</w:t>
      </w:r>
    </w:p>
    <w:p>
      <w:r>
        <w:rPr>
          <w:b/>
        </w:rPr>
        <w:t xml:space="preserve">[51:04] </w:t>
      </w:r>
      <w:r>
        <w:t>nafk sur hoga.</w:t>
      </w:r>
    </w:p>
    <w:p>
      <w:pPr>
        <w:jc w:val="right"/>
      </w:pPr>
      <w:r>
        <w:t>نفخ سور ہوگا۔</w:t>
      </w:r>
    </w:p>
    <w:p>
      <w:r>
        <w:rPr>
          <w:b/>
        </w:rPr>
        <w:t xml:space="preserve">[51:08] </w:t>
      </w:r>
      <w:r>
        <w:t>aur do nafk sur ka zikr hai.</w:t>
      </w:r>
    </w:p>
    <w:p>
      <w:pPr>
        <w:jc w:val="right"/>
      </w:pPr>
      <w:r>
        <w:t>اور دو نفخ سور کا ذکر ہے۔</w:t>
      </w:r>
    </w:p>
    <w:p>
      <w:r>
        <w:rPr>
          <w:b/>
        </w:rPr>
        <w:t xml:space="preserve">[51:12] </w:t>
      </w:r>
      <w:r>
        <w:t>pehla jo hai woh warning ke taur par hai.</w:t>
      </w:r>
    </w:p>
    <w:p>
      <w:pPr>
        <w:jc w:val="right"/>
      </w:pPr>
      <w:r>
        <w:t>پہلا جو ہے وہ وارننگ کے طور پر ہے۔</w:t>
      </w:r>
    </w:p>
    <w:p>
      <w:r>
        <w:rPr>
          <w:b/>
        </w:rPr>
        <w:t xml:space="preserve">[51:15] </w:t>
      </w:r>
      <w:r>
        <w:t>dusra jo hai woh end ke taur par hai.</w:t>
      </w:r>
    </w:p>
    <w:p>
      <w:pPr>
        <w:jc w:val="right"/>
      </w:pPr>
      <w:r>
        <w:t>دوسرا جو ہے وہ اینڈ کے طور پر ہے۔</w:t>
      </w:r>
    </w:p>
    <w:p>
      <w:r>
        <w:rPr>
          <w:b/>
        </w:rPr>
        <w:t xml:space="preserve">[51:19] </w:t>
      </w:r>
      <w:r>
        <w:t>yani ek aye gi call warning ke liye.</w:t>
      </w:r>
    </w:p>
    <w:p>
      <w:pPr>
        <w:jc w:val="right"/>
      </w:pPr>
      <w:r>
        <w:t>یعنی ایک آئے گی کال وارننگ کے لیے۔</w:t>
      </w:r>
    </w:p>
    <w:p>
      <w:r>
        <w:rPr>
          <w:b/>
        </w:rPr>
        <w:t xml:space="preserve">[51:23] </w:t>
      </w:r>
      <w:r>
        <w:t>phir jo call</w:t>
      </w:r>
    </w:p>
    <w:p>
      <w:pPr>
        <w:jc w:val="right"/>
      </w:pPr>
      <w:r>
        <w:t>پھر جو کال</w:t>
      </w:r>
    </w:p>
    <w:p>
      <w:r>
        <w:rPr>
          <w:b/>
        </w:rPr>
        <w:t xml:space="preserve">[51:27] </w:t>
      </w:r>
      <w:r>
        <w:t>farishte ki taraf se aye gi is ke baad dunya khatm ho jaye gi.</w:t>
      </w:r>
    </w:p>
    <w:p>
      <w:pPr>
        <w:jc w:val="right"/>
      </w:pPr>
      <w:r>
        <w:t>فرشتے کی طرف سے آئے گی اس کے بعد دنیا ختم ہو جائے گی۔</w:t>
      </w:r>
    </w:p>
    <w:p>
      <w:r>
        <w:rPr>
          <w:b/>
        </w:rPr>
        <w:t xml:space="preserve">[51:35] </w:t>
      </w:r>
      <w:r>
        <w:t>to main samajhta hoon ke pehla dafan ho chuka yeh jo global warming hai, yeh jo zalzale hain,</w:t>
      </w:r>
    </w:p>
    <w:p>
      <w:pPr>
        <w:jc w:val="right"/>
      </w:pPr>
      <w:r>
        <w:t>تو میں سمجھتا ہوں کہ پہلا دفن ہو چکا یہ جو گلوبل وارمنگ ہے، یہ جو زلزلے ہیں،</w:t>
      </w:r>
    </w:p>
    <w:p>
      <w:r>
        <w:rPr>
          <w:b/>
        </w:rPr>
        <w:t xml:space="preserve">[51:43] </w:t>
      </w:r>
      <w:r>
        <w:t>yeh jo tsunami hai, yeh jo sara balance toot raha hai, yeh jo life support system bikhar raha hai.</w:t>
      </w:r>
    </w:p>
    <w:p>
      <w:pPr>
        <w:jc w:val="right"/>
      </w:pPr>
      <w:r>
        <w:t>یہ جو سونامی ہے، یہ جو سارا بیلنس ٹوٹ رہا ہے، یہ جو لائف سپورٹ سسٹم بکھر رہا ہے۔</w:t>
      </w:r>
    </w:p>
    <w:p>
      <w:r>
        <w:rPr>
          <w:b/>
        </w:rPr>
        <w:t xml:space="preserve">[51:51] </w:t>
      </w:r>
      <w:r>
        <w:t>haal mein to abhi chand din pehle paper mein aya tha</w:t>
      </w:r>
    </w:p>
    <w:p>
      <w:pPr>
        <w:jc w:val="right"/>
      </w:pPr>
      <w:r>
        <w:t>حال میں تو ابھی چند دن پہلے پیپر میں آیا تھا</w:t>
      </w:r>
    </w:p>
    <w:p>
      <w:r>
        <w:rPr>
          <w:b/>
        </w:rPr>
        <w:t xml:space="preserve">[52:00] </w:t>
      </w:r>
      <w:r>
        <w:t>ke teen saal ke andar dunya bohat kuch badal chuki hogi.</w:t>
      </w:r>
    </w:p>
    <w:p>
      <w:pPr>
        <w:jc w:val="right"/>
      </w:pPr>
      <w:r>
        <w:t>کہ تین سال کے اندر دنیا بہت کچھ بدل چکی ہوگی۔</w:t>
      </w:r>
    </w:p>
    <w:p>
      <w:r>
        <w:rPr>
          <w:b/>
        </w:rPr>
        <w:t xml:space="preserve">[52:06] </w:t>
      </w:r>
      <w:r>
        <w:t>yani 2010 tak.</w:t>
      </w:r>
    </w:p>
    <w:p>
      <w:pPr>
        <w:jc w:val="right"/>
      </w:pPr>
      <w:r>
        <w:t>یعنی 2010 تک۔</w:t>
      </w:r>
    </w:p>
    <w:p>
      <w:r>
        <w:rPr>
          <w:b/>
        </w:rPr>
        <w:t xml:space="preserve">[52:12] </w:t>
      </w:r>
      <w:r>
        <w:t>is waqt hum 2007 mein hain.</w:t>
      </w:r>
    </w:p>
    <w:p>
      <w:pPr>
        <w:jc w:val="right"/>
      </w:pPr>
      <w:r>
        <w:t>اس وقت ہم 2007 میں ہیں۔</w:t>
      </w:r>
    </w:p>
    <w:p>
      <w:r>
        <w:rPr>
          <w:b/>
        </w:rPr>
        <w:t xml:space="preserve">[52:18] </w:t>
      </w:r>
      <w:r>
        <w:t>is ne ek baray scientist ne kaha tha ke teen saal ke andar dunya bohat kuch badal chuki hogi.</w:t>
      </w:r>
    </w:p>
    <w:p>
      <w:pPr>
        <w:jc w:val="right"/>
      </w:pPr>
      <w:r>
        <w:t>اس نے ایک بڑے سائنٹسٹ نے کہا تھا کہ تین سال کے اندر دنیا بہت کچھ بدل چکی ہوگی۔</w:t>
      </w:r>
    </w:p>
    <w:p>
      <w:r>
        <w:rPr>
          <w:b/>
        </w:rPr>
        <w:t xml:space="preserve">[52:24] </w:t>
      </w:r>
      <w:r>
        <w:t>aur sare dunya ke scientists ki jo ek bohat bari united nations ke tehat jo bohat bari</w:t>
      </w:r>
    </w:p>
    <w:p>
      <w:pPr>
        <w:jc w:val="right"/>
      </w:pPr>
      <w:r>
        <w:t>اور سارے دنیا کے سائنس دانوں کی جو ایک بہت بڑی یونائٹڈ نیشنز کے تحت جو بہت بڑی</w:t>
      </w:r>
    </w:p>
    <w:p>
      <w:r>
        <w:rPr>
          <w:b/>
        </w:rPr>
        <w:t xml:space="preserve">[52:30] </w:t>
      </w:r>
      <w:r>
        <w:t>ek conference karai gayi thi, bohat research hui thi, us mein is ne had batayi ke 50 saal</w:t>
      </w:r>
    </w:p>
    <w:p>
      <w:pPr>
        <w:jc w:val="right"/>
      </w:pPr>
      <w:r>
        <w:t>ایک کانفرنس کرائی گئی تھی، بہت ریسرچ ہوئی تھی، اس میں اس نے حد بتائی کہ 50 سال</w:t>
      </w:r>
    </w:p>
    <w:p>
      <w:r>
        <w:rPr>
          <w:b/>
        </w:rPr>
        <w:t xml:space="preserve">[52:35] </w:t>
      </w:r>
      <w:r>
        <w:t>se zyada yeh surat e haal baqi rehne wali nahi hai.</w:t>
      </w:r>
    </w:p>
    <w:p>
      <w:pPr>
        <w:jc w:val="right"/>
      </w:pPr>
      <w:r>
        <w:t>سے زیادہ یہ صورتحال باقی رہنے والی نہیں ہے۔</w:t>
      </w:r>
    </w:p>
    <w:p>
      <w:r>
        <w:rPr>
          <w:b/>
        </w:rPr>
        <w:t xml:space="preserve">[52:40] </w:t>
      </w:r>
      <w:r>
        <w:t>is ke mani hain ke pehla nafk ho chuka.</w:t>
      </w:r>
    </w:p>
    <w:p>
      <w:pPr>
        <w:jc w:val="right"/>
      </w:pPr>
      <w:r>
        <w:t>اس کے معنی ہیں کہ پہلا نفخ ہو چکا۔</w:t>
      </w:r>
    </w:p>
    <w:p>
      <w:r>
        <w:rPr>
          <w:b/>
        </w:rPr>
        <w:t xml:space="preserve">[52:45] </w:t>
      </w:r>
      <w:r>
        <w:t>pehla nafk jo hai woh natural nafk hai.</w:t>
      </w:r>
    </w:p>
    <w:p>
      <w:pPr>
        <w:jc w:val="right"/>
      </w:pPr>
      <w:r>
        <w:t>پہلا نفخ جو ہے وہ نیچرل نفخ ہے۔</w:t>
      </w:r>
    </w:p>
    <w:p>
      <w:r>
        <w:rPr>
          <w:b/>
        </w:rPr>
        <w:t xml:space="preserve">[52:50] </w:t>
      </w:r>
      <w:r>
        <w:t>yani nature mein balance ka tootna, global warming, yeh nafk awwal hai.</w:t>
      </w:r>
    </w:p>
    <w:p>
      <w:pPr>
        <w:jc w:val="right"/>
      </w:pPr>
      <w:r>
        <w:t>یعنی نیچر میں بیلنس کا ٹوٹنا، گلوبل وارمنگ، یہ نفخ اول ہے۔</w:t>
      </w:r>
    </w:p>
    <w:p>
      <w:r>
        <w:rPr>
          <w:b/>
        </w:rPr>
        <w:t xml:space="preserve">[52:55] </w:t>
      </w:r>
      <w:r>
        <w:t>is nafk awwal ko hum keh sakte hain ke</w:t>
      </w:r>
    </w:p>
    <w:p>
      <w:pPr>
        <w:jc w:val="right"/>
      </w:pPr>
      <w:r>
        <w:t>اس نفخ اول کو ہم کہہ سکتے ہیں کہ</w:t>
      </w:r>
    </w:p>
    <w:p>
      <w:r>
        <w:rPr>
          <w:b/>
        </w:rPr>
        <w:t xml:space="preserve">[53:00] </w:t>
      </w:r>
      <w:r>
        <w:t>final call, final warning, intibah.</w:t>
      </w:r>
    </w:p>
    <w:p>
      <w:pPr>
        <w:jc w:val="right"/>
      </w:pPr>
      <w:r>
        <w:t>فائنل کال، فائنل وارننگ، انتباہ۔</w:t>
      </w:r>
    </w:p>
    <w:p>
      <w:r>
        <w:rPr>
          <w:b/>
        </w:rPr>
        <w:t xml:space="preserve">[53:05] </w:t>
      </w:r>
      <w:r>
        <w:t>aur dusra jo nafk hai jo farishte ke bughal se hoga woh to khatma kar de ga is ke baad.</w:t>
      </w:r>
    </w:p>
    <w:p>
      <w:pPr>
        <w:jc w:val="right"/>
      </w:pPr>
      <w:r>
        <w:t>اور دوسرا جو نفخ ہے جو فرشتے کے بگل سے ہوگا وہ تو خاتمہ کر دے گا اس کے بعد۔</w:t>
      </w:r>
    </w:p>
    <w:p>
      <w:r>
        <w:rPr>
          <w:b/>
        </w:rPr>
        <w:t xml:space="preserve">[53:10] </w:t>
      </w:r>
      <w:r>
        <w:t>is ke baad zameen hi khatm ho jaye gi.</w:t>
      </w:r>
    </w:p>
    <w:p>
      <w:pPr>
        <w:jc w:val="right"/>
      </w:pPr>
      <w:r>
        <w:t>اس کے بعد زمین ہی ختم ہو جائے گی۔</w:t>
      </w:r>
    </w:p>
    <w:p>
      <w:r>
        <w:rPr>
          <w:b/>
        </w:rPr>
        <w:t xml:space="preserve">[53:15] </w:t>
      </w:r>
      <w:r>
        <w:t>khaas baat yeh hai ke scientific community yeh baar baar keh rahi hai ke ab jo tabdeelian ho</w:t>
      </w:r>
    </w:p>
    <w:p>
      <w:pPr>
        <w:jc w:val="right"/>
      </w:pPr>
      <w:r>
        <w:t>خاص بات یہ ہے کہ سائنٹیفک کمیونٹی یہ بار بار کہہ رہی ہے کہ اب جو تبدیلیاں ہو</w:t>
      </w:r>
    </w:p>
    <w:p>
      <w:r>
        <w:rPr>
          <w:b/>
        </w:rPr>
        <w:t xml:space="preserve">[53:20] </w:t>
      </w:r>
      <w:r>
        <w:t>rahi hain, jo changes ho rahe hain woh irreversible hain.</w:t>
      </w:r>
    </w:p>
    <w:p>
      <w:pPr>
        <w:jc w:val="right"/>
      </w:pPr>
      <w:r>
        <w:t>رہی ہیں، جو چینجز ہو رہے ہیں وہ اریورسیبل ہیں۔</w:t>
      </w:r>
    </w:p>
    <w:p>
      <w:r>
        <w:rPr>
          <w:b/>
        </w:rPr>
        <w:t xml:space="preserve">[53:25] </w:t>
      </w:r>
      <w:r>
        <w:t>woh irreversible hain.</w:t>
      </w:r>
    </w:p>
    <w:p>
      <w:pPr>
        <w:jc w:val="right"/>
      </w:pPr>
      <w:r>
        <w:t>وہ اریورسیبل ہیں۔</w:t>
      </w:r>
    </w:p>
    <w:p>
      <w:r>
        <w:rPr>
          <w:b/>
        </w:rPr>
        <w:t xml:space="preserve">[53:30] </w:t>
      </w:r>
      <w:r>
        <w:t>dobara hum is life support system ko phir se qaim nahi kar sakte. jo bigaad aa raha hai nature mein hum us ko phir se durust nahi kar sakte. jaise ozone layer mein hole ho gaya to hum us ko phir se durust nahi kar sakte. jo warming ho rahi hai us ko hum phir se badal nahi sakte. samundaron ka jo level ooncha ho raha hai us ko hum phir se khatam nahi kar sakte. to yeh scientific community bar bar yeh keh</w:t>
      </w:r>
    </w:p>
    <w:p>
      <w:pPr>
        <w:jc w:val="right"/>
      </w:pPr>
      <w:r>
        <w:t>دوبارہ ہم اس لائف سپورٹ سسٹم کو پھر سے قائم نہیں کر سکتے۔ جو بگاڑ آ رہا ہے نیچر میں ہم اس کو پھر سے درست نہیں کر سکتے۔ جیسے اوزون لیئر میں ہول ہو گیا تو ہم اس کو پھر سے درست نہیں کر سکتے۔ جو وارمنگ ہو رہی ہے اس کو ہم پھر سے بدل نہیں سکتے۔ سمندروں کا جو لیول اونچا ہو رہا ہے اس کو ہم پھر سے ختم نہیں کر سکتے۔ تو یہ سائنٹیفک کمیونٹی بار بار یہ کہ</w:t>
      </w:r>
    </w:p>
    <w:p>
      <w:r>
        <w:rPr>
          <w:b/>
        </w:rPr>
        <w:t xml:space="preserve">[54:00] </w:t>
      </w:r>
      <w:r>
        <w:t>rahi hai ke yeh jo kuch hai yeh irreversible hai. already fragile animal mar rahe hain sari dunya mein. sari dunya mein mar rahe hain. hadees mein aata hai ke sab se pehle jo cheez mare gi woh tiddi hogi. main samajhta hoon ke tiddi se murad hai fragile animal. kyunke tiddi bohat hi fragile hoti hai. to fragile animal ke marne se b</w:t>
      </w:r>
    </w:p>
    <w:p>
      <w:pPr>
        <w:jc w:val="right"/>
      </w:pPr>
      <w:r>
        <w:t>ہ رہی ہے کہ یہ جو کچھ ہے یہ اریورسیبل ہے۔ الریڈی فریجائل اینیمل مر رہے ہیں ساری دنیا میں۔ ساری دنیا میں مر رہے ہیں۔ حدیث میں آتا ہے کہ سب سے پہلے جو چیز مرے گی وہ ٹڈی ہوگی۔ میں سمجھتا ہوں کہ ٹڈی سے مراد ہے فریجائل اینیمل۔ کیونکہ ٹڈی بہت ہی فریجائل ہوتی ہے۔ تو فریجائل اینیمل کے مرنے سے ب</w:t>
      </w:r>
    </w:p>
    <w:p>
      <w:r>
        <w:rPr>
          <w:b/>
        </w:rPr>
        <w:t xml:space="preserve">[54:30] </w:t>
      </w:r>
      <w:r>
        <w:t>beginning hogi.</w:t>
      </w:r>
    </w:p>
    <w:p>
      <w:pPr>
        <w:jc w:val="right"/>
      </w:pPr>
      <w:r>
        <w:t>گننگ ہوگی۔</w:t>
      </w:r>
    </w:p>
    <w:p>
      <w:r>
        <w:rPr>
          <w:b/>
        </w:rPr>
        <w:t xml:space="preserve">[54:35] </w:t>
      </w:r>
      <w:r>
        <w:t>ab woh ho chuki beginning.</w:t>
      </w:r>
    </w:p>
    <w:p>
      <w:pPr>
        <w:jc w:val="right"/>
      </w:pPr>
      <w:r>
        <w:t>اب وہ ہو چکی بگننگ۔</w:t>
      </w:r>
    </w:p>
    <w:p>
      <w:r>
        <w:rPr>
          <w:b/>
        </w:rPr>
        <w:t xml:space="preserve">[54:39] </w:t>
      </w:r>
      <w:r>
        <w:t>already bohat se animal khatam ho chuke hain jo fragile hain.</w:t>
      </w:r>
    </w:p>
    <w:p>
      <w:pPr>
        <w:jc w:val="right"/>
      </w:pPr>
      <w:r>
        <w:t>الریڈی بہت سے اینیمل ختم ہو چکے ہیں جو فریجائل ہیں۔</w:t>
      </w:r>
    </w:p>
    <w:p>
      <w:r>
        <w:rPr>
          <w:b/>
        </w:rPr>
        <w:t xml:space="preserve">[54:43] </w:t>
      </w:r>
      <w:r>
        <w:t>aur musalsal yeh amal jaari hai.</w:t>
      </w:r>
    </w:p>
    <w:p>
      <w:pPr>
        <w:jc w:val="right"/>
      </w:pPr>
      <w:r>
        <w:t>اور مسلسل یہ عمل جاری ہے۔</w:t>
      </w:r>
    </w:p>
    <w:p>
      <w:r>
        <w:rPr>
          <w:b/>
        </w:rPr>
        <w:t xml:space="preserve">[54:48] </w:t>
      </w:r>
      <w:r>
        <w:t>toh is ka matlab yeh hai ke end bohat hi qareeb aa chuka.</w:t>
      </w:r>
    </w:p>
    <w:p>
      <w:pPr>
        <w:jc w:val="right"/>
      </w:pPr>
      <w:r>
        <w:t>تو اس کا معنی یہ ہے کہ اینڈ بہت ہی قریب آ چکا۔</w:t>
      </w:r>
    </w:p>
    <w:p>
      <w:r>
        <w:rPr>
          <w:b/>
        </w:rPr>
        <w:t xml:space="preserve">[54:52] </w:t>
      </w:r>
      <w:r>
        <w:t>pehla nafk ho chuka nature ki zabaan mein.</w:t>
      </w:r>
    </w:p>
    <w:p>
      <w:pPr>
        <w:jc w:val="right"/>
      </w:pPr>
      <w:r>
        <w:t>پہلا نفخ ہو چکا نیچر کی زبان میں۔</w:t>
      </w:r>
    </w:p>
    <w:p>
      <w:r>
        <w:rPr>
          <w:b/>
        </w:rPr>
        <w:t xml:space="preserve">[54:56] </w:t>
      </w:r>
      <w:r>
        <w:t>aur doosra nafk jo hoga woh toh khatam karne ka hoga.</w:t>
      </w:r>
    </w:p>
    <w:p>
      <w:pPr>
        <w:jc w:val="right"/>
      </w:pPr>
      <w:r>
        <w:t>اور دوسرا نفخ جو ہوگا وہ تو ختم کرنے کا ہوگا۔</w:t>
      </w:r>
    </w:p>
    <w:p>
      <w:r>
        <w:rPr>
          <w:b/>
        </w:rPr>
        <w:t xml:space="preserve">[55:01] </w:t>
      </w:r>
      <w:r>
        <w:t>is ke baad toh kuch bhi nahi.</w:t>
      </w:r>
    </w:p>
    <w:p>
      <w:pPr>
        <w:jc w:val="right"/>
      </w:pPr>
      <w:r>
        <w:t>اس کے بعد تو کچھ بھی نہیں۔</w:t>
      </w:r>
    </w:p>
    <w:p>
      <w:r>
        <w:rPr>
          <w:b/>
        </w:rPr>
        <w:t xml:space="preserve">[55:06] </w:t>
      </w:r>
      <w:r>
        <w:t>is soorat-e-haal mein dekhiye in logon ki bohat zimmedari barh jati hai jin ko ke dawat ka</w:t>
      </w:r>
    </w:p>
    <w:p>
      <w:pPr>
        <w:jc w:val="right"/>
      </w:pPr>
      <w:r>
        <w:t>اس صورتحال میں دیکھیے ان لوگوں کی بہت ذمہ داری بڑھ جاتی ہے جن کو کہ دعوت کا</w:t>
      </w:r>
    </w:p>
    <w:p>
      <w:r>
        <w:rPr>
          <w:b/>
        </w:rPr>
        <w:t xml:space="preserve">[55:11] </w:t>
      </w:r>
      <w:r>
        <w:t>ki samajh aa chuki hai.</w:t>
      </w:r>
    </w:p>
    <w:p>
      <w:pPr>
        <w:jc w:val="right"/>
      </w:pPr>
      <w:r>
        <w:t>کی سمجھ آ چکی ہے۔</w:t>
      </w:r>
    </w:p>
    <w:p>
      <w:r>
        <w:rPr>
          <w:b/>
        </w:rPr>
        <w:t xml:space="preserve">[55:16] </w:t>
      </w:r>
      <w:r>
        <w:t>jinon ne samjha hai ke dawat il Allah jo hai bohat bara kaam hai.</w:t>
      </w:r>
    </w:p>
    <w:p>
      <w:pPr>
        <w:jc w:val="right"/>
      </w:pPr>
      <w:r>
        <w:t>جنہوں نے سمجھا ہے کہ دعوت الی اللہ جو ہے بہت بڑا کام ہے۔</w:t>
      </w:r>
    </w:p>
    <w:p>
      <w:r>
        <w:rPr>
          <w:b/>
        </w:rPr>
        <w:t xml:space="preserve">[55:21] </w:t>
      </w:r>
      <w:r>
        <w:t>toh dua work ki ahmiyat bohat ziyada barh jati hai.</w:t>
      </w:r>
    </w:p>
    <w:p>
      <w:pPr>
        <w:jc w:val="right"/>
      </w:pPr>
      <w:r>
        <w:t>تو دعا ورک کی اہمیت بہت زیادہ بڑھ جاتی ہے۔</w:t>
      </w:r>
    </w:p>
    <w:p>
      <w:r>
        <w:rPr>
          <w:b/>
        </w:rPr>
        <w:t xml:space="preserve">[55:26] </w:t>
      </w:r>
      <w:r>
        <w:t>thousand time barh jati hai dua work ki ahmiyat. Agar</w:t>
      </w:r>
    </w:p>
    <w:p>
      <w:pPr>
        <w:jc w:val="right"/>
      </w:pPr>
      <w:r>
        <w:t>تھاؤزنڈ ٹائم بڑھ جاتی ہے دعا ورک کی اہمیت۔ اگر</w:t>
      </w:r>
    </w:p>
    <w:p>
      <w:r>
        <w:rPr>
          <w:b/>
        </w:rPr>
        <w:t xml:space="preserve">[55:31] </w:t>
      </w:r>
      <w:r>
        <w:t>aam insaan ke liye woh lamha aa gaya hai jab ke woh soche toh daaiyon ki zimmedari</w:t>
      </w:r>
    </w:p>
    <w:p>
      <w:pPr>
        <w:jc w:val="right"/>
      </w:pPr>
      <w:r>
        <w:t>عام انسان کے لیے وہ لمحہ آ گیا ہے جب کہ وہ سوچے تو داعیوں کی ذمہ داری</w:t>
      </w:r>
    </w:p>
    <w:p>
      <w:r>
        <w:rPr>
          <w:b/>
        </w:rPr>
        <w:t xml:space="preserve">[55:37] </w:t>
      </w:r>
      <w:r>
        <w:t>بھی thousand times بڑھ گئی ہے کہ وہ دعا ورک کو بہت تیز کر دیں، بہت تیز کر</w:t>
      </w:r>
    </w:p>
    <w:p>
      <w:pPr>
        <w:jc w:val="right"/>
      </w:pPr>
      <w:r>
        <w:t>بھی تھاؤزنڈ ٹائم بڑھ گئی ہے کہ وہ دعا ورک کو بہت تیز کر دیں، بہت تیز کر</w:t>
      </w:r>
    </w:p>
    <w:p>
      <w:r>
        <w:rPr>
          <w:b/>
        </w:rPr>
        <w:t xml:space="preserve">[55:43] </w:t>
      </w:r>
      <w:r>
        <w:t>deen, bohat tez kar dein.</w:t>
      </w:r>
    </w:p>
    <w:p>
      <w:pPr>
        <w:jc w:val="right"/>
      </w:pPr>
      <w:r>
        <w:t>دیں، بہت تیز کر دیں۔</w:t>
      </w:r>
    </w:p>
    <w:p>
      <w:r>
        <w:rPr>
          <w:b/>
        </w:rPr>
        <w:t xml:space="preserve">[55:49] </w:t>
      </w:r>
      <w:r>
        <w:t>is se pehle ke dua work karne ka mauqa hi baqi na rahe.</w:t>
      </w:r>
    </w:p>
    <w:p>
      <w:pPr>
        <w:jc w:val="right"/>
      </w:pPr>
      <w:r>
        <w:t>اس سے پہلے کہ دعا ورک کرنے کا موقع ہی باقی نہ رہے۔</w:t>
      </w:r>
    </w:p>
    <w:p>
      <w:r>
        <w:rPr>
          <w:b/>
        </w:rPr>
        <w:t xml:space="preserve">[55:56] </w:t>
      </w:r>
      <w:r>
        <w:t>is zamane mein jo tareeqe hain kisi baat ko phailane ke print media, electronic media, multimedia,</w:t>
      </w:r>
    </w:p>
    <w:p>
      <w:pPr>
        <w:jc w:val="right"/>
      </w:pPr>
      <w:r>
        <w:t>اس زمانے میں جو طریقے ہیں کسی بات کو پھیلانے کے پرنٹ میڈیا، الیکٹرانک میڈیا، ملٹی میڈیا،</w:t>
      </w:r>
    </w:p>
    <w:p>
      <w:r>
        <w:rPr>
          <w:b/>
        </w:rPr>
        <w:t xml:space="preserve">[56:02] </w:t>
      </w:r>
      <w:r>
        <w:t>communication ke jitne zariye hain un sab zaryon ko istemal kar ke hamein sari duniya tak Khuda ke</w:t>
      </w:r>
    </w:p>
    <w:p>
      <w:pPr>
        <w:jc w:val="right"/>
      </w:pPr>
      <w:r>
        <w:t>کمیونیکیشن کے جتنے ذریعے ہیں ان سب ذریعوں کو استعمال کر کے ہمیں ساری دنیا تک خدا کے</w:t>
      </w:r>
    </w:p>
    <w:p>
      <w:r>
        <w:rPr>
          <w:b/>
        </w:rPr>
        <w:t xml:space="preserve">[56:06] </w:t>
      </w:r>
      <w:r>
        <w:t>paigham ko pohncha dena chahiye.</w:t>
      </w:r>
    </w:p>
    <w:p>
      <w:pPr>
        <w:jc w:val="right"/>
      </w:pPr>
      <w:r>
        <w:t>پیغام کو پہنچا دینا چاہیے۔</w:t>
      </w:r>
    </w:p>
    <w:p>
      <w:r>
        <w:rPr>
          <w:b/>
        </w:rPr>
        <w:t xml:space="preserve">[56:10] </w:t>
      </w:r>
      <w:r>
        <w:t>yaani already woh pohnch raha hai.</w:t>
      </w:r>
    </w:p>
    <w:p>
      <w:pPr>
        <w:jc w:val="right"/>
      </w:pPr>
      <w:r>
        <w:t>یعنی الریڈی وہ پہنچ رہا ہے۔</w:t>
      </w:r>
    </w:p>
    <w:p>
      <w:r>
        <w:rPr>
          <w:b/>
        </w:rPr>
        <w:t xml:space="preserve">[56:15] </w:t>
      </w:r>
      <w:r>
        <w:t>already woh pohnch raha hai.</w:t>
      </w:r>
    </w:p>
    <w:p>
      <w:pPr>
        <w:jc w:val="right"/>
      </w:pPr>
      <w:r>
        <w:t>الریڈی وہ پہنچ رہا ہے۔</w:t>
      </w:r>
    </w:p>
    <w:p>
      <w:r>
        <w:rPr>
          <w:b/>
        </w:rPr>
        <w:t xml:space="preserve">[56:19] </w:t>
      </w:r>
      <w:r>
        <w:t>lekin aik process hai jo Khuda ki taraf se jaari hai.</w:t>
      </w:r>
    </w:p>
    <w:p>
      <w:pPr>
        <w:jc w:val="right"/>
      </w:pPr>
      <w:r>
        <w:t>لیکن ایک پروسیس ہے جو خدا کی طرف سے جاری ہے۔</w:t>
      </w:r>
    </w:p>
    <w:p>
      <w:r>
        <w:rPr>
          <w:b/>
        </w:rPr>
        <w:t xml:space="preserve">[56:23] </w:t>
      </w:r>
      <w:r>
        <w:t>is se secular log bhi is mein hissa le rahe hain.</w:t>
      </w:r>
    </w:p>
    <w:p>
      <w:pPr>
        <w:jc w:val="right"/>
      </w:pPr>
      <w:r>
        <w:t>اس سے سیکولر لوگ بھی اس میں حصہ لے رہے ہیں۔</w:t>
      </w:r>
    </w:p>
    <w:p>
      <w:r>
        <w:rPr>
          <w:b/>
        </w:rPr>
        <w:t xml:space="preserve">[56:28] </w:t>
      </w:r>
      <w:r>
        <w:t>mislan dekhiye woh publishers</w:t>
      </w:r>
    </w:p>
    <w:p>
      <w:pPr>
        <w:jc w:val="right"/>
      </w:pPr>
      <w:r>
        <w:t>مثلاً دیکھیے وہ پبلشرز</w:t>
      </w:r>
    </w:p>
    <w:p>
      <w:r>
        <w:rPr>
          <w:b/>
        </w:rPr>
        <w:t xml:space="preserve">[56:32] </w:t>
      </w:r>
      <w:r>
        <w:t>jo jin ko secular log chala rahe hain, har qism ki cheezen chhapte hain, woh Quran ko bohat</w:t>
      </w:r>
    </w:p>
    <w:p>
      <w:pPr>
        <w:jc w:val="right"/>
      </w:pPr>
      <w:r>
        <w:t>جو جن کو سیکولر لوگ چلا رہے ہیں، ہر قسم کی چیزیں چھاپتے ہیں، وہ قرآن کو بہت</w:t>
      </w:r>
    </w:p>
    <w:p>
      <w:r>
        <w:rPr>
          <w:b/>
        </w:rPr>
        <w:t xml:space="preserve">[56:36] </w:t>
      </w:r>
      <w:r>
        <w:t>barhe peymane par chhap rahe hain.</w:t>
      </w:r>
    </w:p>
    <w:p>
      <w:pPr>
        <w:jc w:val="right"/>
      </w:pPr>
      <w:r>
        <w:t>بڑے پیمانے پر چھاپ رہے ہیں۔</w:t>
      </w:r>
    </w:p>
    <w:p>
      <w:r>
        <w:rPr>
          <w:b/>
        </w:rPr>
        <w:t xml:space="preserve">[56:41] </w:t>
      </w:r>
      <w:r>
        <w:t>Quran ke translations bohat barhe peymane par.</w:t>
      </w:r>
    </w:p>
    <w:p>
      <w:pPr>
        <w:jc w:val="right"/>
      </w:pPr>
      <w:r>
        <w:t>قرآن کے ٹرانسلیشنز بہت بڑے پیمانے پر۔</w:t>
      </w:r>
    </w:p>
    <w:p>
      <w:r>
        <w:rPr>
          <w:b/>
        </w:rPr>
        <w:t xml:space="preserve">[56:45] </w:t>
      </w:r>
      <w:r>
        <w:t>jo secular qism ke publishers hain.</w:t>
      </w:r>
    </w:p>
    <w:p>
      <w:pPr>
        <w:jc w:val="right"/>
      </w:pPr>
      <w:r>
        <w:t>جو سیکولر قسم کے پبلشرز ہیں۔</w:t>
      </w:r>
    </w:p>
    <w:p>
      <w:r>
        <w:rPr>
          <w:b/>
        </w:rPr>
        <w:t xml:space="preserve">[56:49] </w:t>
      </w:r>
      <w:r>
        <w:t>sari dunya mein phaila rahe hain chhap chhap kar Quran ke translations.</w:t>
      </w:r>
    </w:p>
    <w:p>
      <w:pPr>
        <w:jc w:val="right"/>
      </w:pPr>
      <w:r>
        <w:t>ساری دنیا میں پھیلا رہے ہیں چھاپ چھاپ کر قرآن کے ٹرانسلیشنز۔</w:t>
      </w:r>
    </w:p>
    <w:p>
      <w:r>
        <w:rPr>
          <w:b/>
        </w:rPr>
        <w:t xml:space="preserve">[56:53] </w:t>
      </w:r>
      <w:r>
        <w:t>aise hi doosre literature jo hain hadith ke translation ho kar ke sab dunya mein phailaye ja rahe hain.</w:t>
      </w:r>
    </w:p>
    <w:p>
      <w:pPr>
        <w:jc w:val="right"/>
      </w:pPr>
      <w:r>
        <w:t>ایسے ہی دوسرے لٹریچر جو ہیں حدیث کے ٹرانسلیشن ہو کر کے سب دنیا میں پھیلائے جا رہے ہیں۔</w:t>
      </w:r>
    </w:p>
    <w:p>
      <w:r>
        <w:rPr>
          <w:b/>
        </w:rPr>
        <w:t xml:space="preserve">[56:58] </w:t>
      </w:r>
      <w:r>
        <w:t>yeh woh log kar rahe hain jo sec</w:t>
      </w:r>
    </w:p>
    <w:p>
      <w:pPr>
        <w:jc w:val="right"/>
      </w:pPr>
      <w:r>
        <w:t>یہ وہ لوگ کر رہے ہیں جو سیک</w:t>
      </w:r>
    </w:p>
    <w:p>
      <w:r>
        <w:rPr>
          <w:b/>
        </w:rPr>
        <w:t xml:space="preserve">[57:02] </w:t>
      </w:r>
      <w:r>
        <w:t>ular publishers hain.</w:t>
      </w:r>
    </w:p>
    <w:p>
      <w:pPr>
        <w:jc w:val="right"/>
      </w:pPr>
      <w:r>
        <w:t>ولر پبلشرز ہیں۔</w:t>
      </w:r>
    </w:p>
    <w:p>
      <w:r>
        <w:rPr>
          <w:b/>
        </w:rPr>
        <w:t xml:space="preserve">[57:07] </w:t>
      </w:r>
      <w:r>
        <w:t>aise hi mukhtalif tareeqe se awaz yahan se wahan pohnch rahi hai.</w:t>
      </w:r>
    </w:p>
    <w:p>
      <w:pPr>
        <w:jc w:val="right"/>
      </w:pPr>
      <w:r>
        <w:t>ایسے ہی مختلف طریقے سے آواز یہاں سے وہاں پہنچ رہی ہے۔</w:t>
      </w:r>
    </w:p>
    <w:p>
      <w:r>
        <w:rPr>
          <w:b/>
        </w:rPr>
        <w:t xml:space="preserve">[57:11] </w:t>
      </w:r>
      <w:r>
        <w:t>mein kahunga yeh aik process hai.</w:t>
      </w:r>
    </w:p>
    <w:p>
      <w:pPr>
        <w:jc w:val="right"/>
      </w:pPr>
      <w:r>
        <w:t>میں کہوں گا یہ ایک پروسیس ہے۔</w:t>
      </w:r>
    </w:p>
    <w:p>
      <w:r>
        <w:rPr>
          <w:b/>
        </w:rPr>
        <w:t xml:space="preserve">[57:16] </w:t>
      </w:r>
      <w:r>
        <w:t>Khuda ne aik daawa process jari kar diya hai history mein.</w:t>
      </w:r>
    </w:p>
    <w:p>
      <w:pPr>
        <w:jc w:val="right"/>
      </w:pPr>
      <w:r>
        <w:t>خدا نے ایک دعویٰ پروسیس جاری کر دیا ہے ہسٹری میں۔</w:t>
      </w:r>
    </w:p>
    <w:p>
      <w:r>
        <w:rPr>
          <w:b/>
        </w:rPr>
        <w:t xml:space="preserve">[57:20] </w:t>
      </w:r>
      <w:r>
        <w:t>ab hum is mein shareek ho jayen bas yahi hai.</w:t>
      </w:r>
    </w:p>
    <w:p>
      <w:pPr>
        <w:jc w:val="right"/>
      </w:pPr>
      <w:r>
        <w:t>اب ہم اس میں شریک ہو جائیں بس یہی ہے۔</w:t>
      </w:r>
    </w:p>
    <w:p>
      <w:r>
        <w:rPr>
          <w:b/>
        </w:rPr>
        <w:t xml:space="preserve">[57:25] </w:t>
      </w:r>
      <w:r>
        <w:t>yani dawat ka amal ruka hua nahi hai.</w:t>
      </w:r>
    </w:p>
    <w:p>
      <w:pPr>
        <w:jc w:val="right"/>
      </w:pPr>
      <w:r>
        <w:t>یعنی دعوت کا عمل رکا ہوا نہیں ہے۔</w:t>
      </w:r>
    </w:p>
    <w:p>
      <w:r>
        <w:rPr>
          <w:b/>
        </w:rPr>
        <w:t xml:space="preserve">[57:29] </w:t>
      </w:r>
      <w:r>
        <w:t>already woh process through chal raha hai. Woh</w:t>
      </w:r>
    </w:p>
    <w:p>
      <w:pPr>
        <w:jc w:val="right"/>
      </w:pPr>
      <w:r>
        <w:t>الریڈی وہ پراسیس تھرو چل رہا ہے۔ وہ</w:t>
      </w:r>
    </w:p>
    <w:p>
      <w:r>
        <w:rPr>
          <w:b/>
        </w:rPr>
        <w:t xml:space="preserve">[57:34] </w:t>
      </w:r>
      <w:r>
        <w:t>hamara kaam yeh hai ke yeh jo dawah process hai hum apne kuch mein shamil kar dein. woh log kar rahe hain agar unconsciously toh hum is mein consciously is ke partner banenge. jo secular log hain woh abhi dawah work mein shareek hain. lekin woh unconsciously shareek hain. hum log jin ko ke Allah taala ne samajh di hai woh gaya ke consciously is ke part banenge is is dawah</w:t>
      </w:r>
    </w:p>
    <w:p>
      <w:pPr>
        <w:jc w:val="right"/>
      </w:pPr>
      <w:r>
        <w:t>ہمارا کام یہ ہے کہ یہ جو دعویٰ پروسیس ہے ہم اپنے کچھ میں شامل کر دیں۔ وہ لوگ کر رہے ہیں اگر انکانسسلی تو ہم اس میں کانشیسلی اس کے پارٹنر بنیں گے۔ جو سیکولر لوگ ہیں وہ ابھی دعویٰ ورک میں شریک ہیں۔ لیکن وہ انکانسسلی شریک ہیں۔ ہم لوگ جن کو کہ اللہ تعالی نے سمجھ دی ہے وہ گیا کہ کانشیسلی اس کے پارٹ بنیں گے اس اس دع</w:t>
      </w:r>
    </w:p>
    <w:p>
      <w:r>
        <w:rPr>
          <w:b/>
        </w:rPr>
        <w:t xml:space="preserve">[58:04] </w:t>
      </w:r>
      <w:r>
        <w:t>vi process ke.</w:t>
      </w:r>
    </w:p>
    <w:p>
      <w:pPr>
        <w:jc w:val="right"/>
      </w:pPr>
      <w:r>
        <w:t>ویٰ پروسیس کے۔</w:t>
      </w:r>
    </w:p>
    <w:p>
      <w:r>
        <w:rPr>
          <w:b/>
        </w:rPr>
        <w:t xml:space="preserve">[58:09] </w:t>
      </w:r>
      <w:r>
        <w:t>to mein samajhta hoon ke aik taraf agar warning hai un logon ke liye jo bhule hue hain</w:t>
      </w:r>
    </w:p>
    <w:p>
      <w:pPr>
        <w:jc w:val="right"/>
      </w:pPr>
      <w:r>
        <w:t>تو میں سمجھتا ہوں کہ ایک طرف اگر وارننگ ہے ان لوگوں کے لیے جو بھولے ہوئے ہیں</w:t>
      </w:r>
    </w:p>
    <w:p>
      <w:r>
        <w:rPr>
          <w:b/>
        </w:rPr>
        <w:t xml:space="preserve">[58:14] </w:t>
      </w:r>
      <w:r>
        <w:t>to doosri taraf un logon ko bhi bohat bari warning hai jo jante hain ke woh dauren aur</w:t>
      </w:r>
    </w:p>
    <w:p>
      <w:pPr>
        <w:jc w:val="right"/>
      </w:pPr>
      <w:r>
        <w:t>تو دوسری طرف ان لوگوں کو بھی بہت بڑی وارننگ ہے جو جانتے ہیں کہ وہ دوڑیں اور</w:t>
      </w:r>
    </w:p>
    <w:p>
      <w:r>
        <w:rPr>
          <w:b/>
        </w:rPr>
        <w:t xml:space="preserve">[58:19] </w:t>
      </w:r>
      <w:r>
        <w:t>دعویٰ دعا ورک کو آخری حد تک انجام دے دیں۔</w:t>
      </w:r>
    </w:p>
    <w:p>
      <w:pPr>
        <w:jc w:val="right"/>
      </w:pPr>
      <w:r>
        <w:t>دعوے دعا ورک کو آخری حد تک انجام دے دیں۔</w:t>
      </w:r>
    </w:p>
    <w:p>
      <w:r>
        <w:rPr>
          <w:b/>
        </w:rPr>
        <w:t xml:space="preserve">[58:24] </w:t>
      </w:r>
      <w:r>
        <w:t>apni energy ka aakhri hissa laga den dawah work ke liye.</w:t>
      </w:r>
    </w:p>
    <w:p>
      <w:pPr>
        <w:jc w:val="right"/>
      </w:pPr>
      <w:r>
        <w:t>اپنی انرجی کا آخری حصہ لگا دیں دعا ورک کے لیے۔</w:t>
      </w:r>
    </w:p>
    <w:p>
      <w:r>
        <w:rPr>
          <w:b/>
        </w:rPr>
        <w:t xml:space="preserve">[58:29] </w:t>
      </w:r>
      <w:r>
        <w:t>aqool qooli haza wastaghfirullah li wal</w:t>
      </w:r>
    </w:p>
    <w:p>
      <w:pPr>
        <w:jc w:val="right"/>
      </w:pPr>
      <w:r>
        <w:t>اقول قولیھذا واستغفراللہ لی ول</w:t>
      </w:r>
    </w:p>
    <w:p>
      <w:r>
        <w:rPr>
          <w:b/>
        </w:rPr>
        <w:t xml:space="preserve">[58:34] </w:t>
      </w:r>
      <w:r>
        <w:t>lakum ajmaeen.</w:t>
      </w:r>
    </w:p>
    <w:p>
      <w:pPr>
        <w:jc w:val="right"/>
      </w:pPr>
      <w:r>
        <w:t>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