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Art of Counselling | May 16, 2008</w:t>
      </w:r>
    </w:p>
    <w:p>
      <w:r>
        <w:t>https://www.youtube.com/watch?v=0ijVj9Cw34k</w:t>
      </w:r>
    </w:p>
    <w:p>
      <w:r>
        <w:rPr>
          <w:b/>
        </w:rPr>
        <w:t xml:space="preserve">[00:13] </w:t>
      </w:r>
      <w:r>
        <w:t>bismillah rahman rahim, wasalla Allahu ala Nabi al Karim.</w:t>
      </w:r>
    </w:p>
    <w:p>
      <w:pPr>
        <w:jc w:val="right"/>
      </w:pPr>
      <w:r>
        <w:t>بسم اللہ الرحمن الرحیم، وصلی اللہ علی النبی الکریم۔</w:t>
      </w:r>
    </w:p>
    <w:p>
      <w:r>
        <w:rPr>
          <w:b/>
        </w:rPr>
        <w:t xml:space="preserve">[00:24]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[00:34] </w:t>
      </w:r>
      <w:r>
        <w:t>is waqt mein kuch baat karna chahta hoon, art of counseling</w:t>
      </w:r>
    </w:p>
    <w:p>
      <w:pPr>
        <w:jc w:val="right"/>
      </w:pPr>
      <w:r>
        <w:t>اس وقت میں کچھ بات کرنا چاہتا ہوں، آرٹ آف کونسلنگ</w:t>
      </w:r>
    </w:p>
    <w:p>
      <w:r>
        <w:rPr>
          <w:b/>
        </w:rPr>
        <w:t xml:space="preserve">[00:44] </w:t>
      </w:r>
      <w:r>
        <w:t>is par.</w:t>
      </w:r>
    </w:p>
    <w:p>
      <w:pPr>
        <w:jc w:val="right"/>
      </w:pPr>
      <w:r>
        <w:t>اس پر۔</w:t>
      </w:r>
    </w:p>
    <w:p>
      <w:r>
        <w:rPr>
          <w:b/>
        </w:rPr>
        <w:t xml:space="preserve">[00:49] </w:t>
      </w:r>
      <w:r>
        <w:t>yani mashwara dene ka art.</w:t>
      </w:r>
    </w:p>
    <w:p>
      <w:pPr>
        <w:jc w:val="right"/>
      </w:pPr>
      <w:r>
        <w:t>یعنی مشورہ دینے کا آرٹ۔</w:t>
      </w:r>
    </w:p>
    <w:p>
      <w:r>
        <w:rPr>
          <w:b/>
        </w:rPr>
        <w:t xml:space="preserve">[00:54] </w:t>
      </w:r>
      <w:r>
        <w:t>counseling ka matlab hota hai mashwara dena, advising.</w:t>
      </w:r>
    </w:p>
    <w:p>
      <w:pPr>
        <w:jc w:val="right"/>
      </w:pPr>
      <w:r>
        <w:t>کونسلنگ کا مطلب ہوتا ہے مشورہ دینا، ایڈوائسنگ۔</w:t>
      </w:r>
    </w:p>
    <w:p>
      <w:r>
        <w:rPr>
          <w:b/>
        </w:rPr>
        <w:t xml:space="preserve">[00:59] </w:t>
      </w:r>
      <w:r>
        <w:t>to is waqt mein art of counseling par kuch kahunga.</w:t>
      </w:r>
    </w:p>
    <w:p>
      <w:pPr>
        <w:jc w:val="right"/>
      </w:pPr>
      <w:r>
        <w:t>تو اس وقت میں آرٹ آف کونسلنگ پر کچھ کہوں گا۔</w:t>
      </w:r>
    </w:p>
    <w:p>
      <w:r>
        <w:rPr>
          <w:b/>
        </w:rPr>
        <w:t xml:space="preserve">[01:04] </w:t>
      </w:r>
      <w:r>
        <w:t>اس لیے کہ مجھے اس بارے میں بہت ہی bad experience ہوا ہے۔</w:t>
      </w:r>
    </w:p>
    <w:p>
      <w:pPr>
        <w:jc w:val="right"/>
      </w:pPr>
      <w:r>
        <w:t>اس لیے کہ مجھے اس بارے میں بہت ہی بیڈ ایکسپیرینس ہوا ہے۔</w:t>
      </w:r>
    </w:p>
    <w:p>
      <w:r>
        <w:rPr>
          <w:b/>
        </w:rPr>
        <w:t xml:space="preserve">[01:09] </w:t>
      </w:r>
      <w:r>
        <w:t>aaj kal hum apni society mein dekhte hain</w:t>
      </w:r>
    </w:p>
    <w:p>
      <w:pPr>
        <w:jc w:val="right"/>
      </w:pPr>
      <w:r>
        <w:t>آج کل ہم اپنی سوسائٹی میں دیکھتے ہیں</w:t>
      </w:r>
    </w:p>
    <w:p>
      <w:r>
        <w:rPr>
          <w:b/>
        </w:rPr>
        <w:t xml:space="preserve">[01:14] </w:t>
      </w:r>
      <w:r>
        <w:t>ke har aadmi jab bhi is ke samne koi baat aati hai kisi ki to foran wo is</w:t>
      </w:r>
    </w:p>
    <w:p>
      <w:pPr>
        <w:jc w:val="right"/>
      </w:pPr>
      <w:r>
        <w:t>کہ ہر آدمی جب بھی اس کے سامنے کوئی بات آتی ہے کسی کی تو فوراً وہ اس</w:t>
      </w:r>
    </w:p>
    <w:p>
      <w:r>
        <w:rPr>
          <w:b/>
        </w:rPr>
        <w:t xml:space="preserve">[01:22] </w:t>
      </w:r>
      <w:r>
        <w:t>ko ek advice dene lagta hai.</w:t>
      </w:r>
    </w:p>
    <w:p>
      <w:pPr>
        <w:jc w:val="right"/>
      </w:pPr>
      <w:r>
        <w:t>کو ایک ایڈوائس دینے لگتا ہے۔</w:t>
      </w:r>
    </w:p>
    <w:p>
      <w:r>
        <w:rPr>
          <w:b/>
        </w:rPr>
        <w:t xml:space="preserve">[01:30] </w:t>
      </w:r>
      <w:r>
        <w:t>har aadmi self style counselor bana hua hai.</w:t>
      </w:r>
    </w:p>
    <w:p>
      <w:pPr>
        <w:jc w:val="right"/>
      </w:pPr>
      <w:r>
        <w:t>ہر آدمی سیلف اسٹائل کونسلر بنا ہوا ہے۔</w:t>
      </w:r>
    </w:p>
    <w:p>
      <w:r>
        <w:rPr>
          <w:b/>
        </w:rPr>
        <w:t xml:space="preserve">[01:38] </w:t>
      </w:r>
      <w:r>
        <w:t>خود مجھے بھی کئی بار ایسے لوگوں سے بہت ہی sad experience ہوا۔</w:t>
      </w:r>
    </w:p>
    <w:p>
      <w:pPr>
        <w:jc w:val="right"/>
      </w:pPr>
      <w:r>
        <w:t>خود مجھے بھی کئی بار ایسے لوگوں سے بہت ہی سیڈ ایکسپیرینس ہوا۔</w:t>
      </w:r>
    </w:p>
    <w:p>
      <w:r>
        <w:rPr>
          <w:b/>
        </w:rPr>
        <w:t xml:space="preserve">[01:46] </w:t>
      </w:r>
      <w:r>
        <w:t>یعنی ان کے ایڈوائس کو لے کر کے میں نے بہت کچھ نقصان اٹھایا، loss میں پڑ گیا۔</w:t>
      </w:r>
    </w:p>
    <w:p>
      <w:pPr>
        <w:jc w:val="right"/>
      </w:pPr>
      <w:r>
        <w:t>یعنی ان کے ایڈوائس کو لے کر کے میں نے بہت کچھ نقصان اٹھایا، لاس میں پڑ گیا۔</w:t>
      </w:r>
    </w:p>
    <w:p>
      <w:r>
        <w:rPr>
          <w:b/>
        </w:rPr>
        <w:t xml:space="preserve">[01:57] </w:t>
      </w:r>
      <w:r>
        <w:t>to apne kuch experience se maine samjha hai ke counseling ek bahut hi zyada responsibility ka kaam hai.</w:t>
      </w:r>
    </w:p>
    <w:p>
      <w:pPr>
        <w:jc w:val="right"/>
      </w:pPr>
      <w:r>
        <w:t>تو اپنے کچھ ایکسپیرینس سے میں نے سمجھا ہے کہ کونسلنگ ایک بہت ہی زیادہ ریسپانسبیلٹی کا کام ہے۔</w:t>
      </w:r>
    </w:p>
    <w:p>
      <w:r>
        <w:rPr>
          <w:b/>
        </w:rPr>
        <w:t xml:space="preserve">[02:07] </w:t>
      </w:r>
      <w:r>
        <w:t>aise aadmi ko kabhi bhi counseling nahi karna chahiye</w:t>
      </w:r>
    </w:p>
    <w:p>
      <w:pPr>
        <w:jc w:val="right"/>
      </w:pPr>
      <w:r>
        <w:t>ایسے آدمی کو کبھی بھی کونسلنگ نہیں کرنا چاہیے</w:t>
      </w:r>
    </w:p>
    <w:p>
      <w:r>
        <w:rPr>
          <w:b/>
        </w:rPr>
        <w:t xml:space="preserve">[02:17] </w:t>
      </w:r>
      <w:r>
        <w:t>jisko bahut achhi knowledge na ho, bahut achha experience na ho.</w:t>
      </w:r>
    </w:p>
    <w:p>
      <w:pPr>
        <w:jc w:val="right"/>
      </w:pPr>
      <w:r>
        <w:t>جس کو بہت اچھی نالج نہ ہو، بہت اچھا ایکسپیرینس نہ ہو۔</w:t>
      </w:r>
    </w:p>
    <w:p>
      <w:r>
        <w:rPr>
          <w:b/>
        </w:rPr>
        <w:t xml:space="preserve">[02:25] </w:t>
      </w:r>
      <w:r>
        <w:t>aur is se isi ke sath sath wo bahut zyada doosron ka will بشر na ho.</w:t>
      </w:r>
    </w:p>
    <w:p>
      <w:pPr>
        <w:jc w:val="right"/>
      </w:pPr>
      <w:r>
        <w:t>اور اس سے اسی کے ساتھ ساتھ وہ بہت زیادہ دوسروں کا ول بشر نہ ہو۔</w:t>
      </w:r>
    </w:p>
    <w:p>
      <w:r>
        <w:rPr>
          <w:b/>
        </w:rPr>
        <w:t xml:space="preserve">[02:33] </w:t>
      </w:r>
      <w:r>
        <w:t>bahut zyada will بشر hon aap, tabhi aap achhi counseling kar sakte hain.</w:t>
      </w:r>
    </w:p>
    <w:p>
      <w:pPr>
        <w:jc w:val="right"/>
      </w:pPr>
      <w:r>
        <w:t>بہت زیادہ ول بشر ہوں آپ، تبھی آپ اچھی کونسلنگ کر سکتے ہیں۔</w:t>
      </w:r>
    </w:p>
    <w:p>
      <w:r>
        <w:rPr>
          <w:b/>
        </w:rPr>
        <w:t xml:space="preserve">[02:41] </w:t>
      </w:r>
      <w:r>
        <w:t>to knowledge, experience, plus</w:t>
      </w:r>
    </w:p>
    <w:p>
      <w:pPr>
        <w:jc w:val="right"/>
      </w:pPr>
      <w:r>
        <w:t>تو نالج، ایکسپیرینس، پلس</w:t>
      </w:r>
    </w:p>
    <w:p>
      <w:r>
        <w:rPr>
          <w:b/>
        </w:rPr>
        <w:t xml:space="preserve">[02:49] </w:t>
      </w:r>
      <w:r>
        <w:t>will wishing.</w:t>
      </w:r>
    </w:p>
    <w:p>
      <w:pPr>
        <w:jc w:val="right"/>
      </w:pPr>
      <w:r>
        <w:t>ول وشنگ۔</w:t>
      </w:r>
    </w:p>
    <w:p>
      <w:r>
        <w:rPr>
          <w:b/>
        </w:rPr>
        <w:t xml:space="preserve">[02:54] </w:t>
      </w:r>
      <w:r>
        <w:t>teen qualities agar aadmi ke andar hain tab wo is qabil hai ke counseling kare.</w:t>
      </w:r>
    </w:p>
    <w:p>
      <w:pPr>
        <w:jc w:val="right"/>
      </w:pPr>
      <w:r>
        <w:t>تین کوالٹیز اگر آدمی کے اندر ہیں تب وہ اس قابل ہے کہ کونسلنگ کرے۔</w:t>
      </w:r>
    </w:p>
    <w:p>
      <w:r>
        <w:rPr>
          <w:b/>
        </w:rPr>
        <w:t xml:space="preserve">[03:00] </w:t>
      </w:r>
      <w:r>
        <w:t>nahi to is ko counseling karni hi nahi chahiye.</w:t>
      </w:r>
    </w:p>
    <w:p>
      <w:pPr>
        <w:jc w:val="right"/>
      </w:pPr>
      <w:r>
        <w:t>نہیں تو اس کو کونسلنگ کرنی ہی نہیں چاہیے۔</w:t>
      </w:r>
    </w:p>
    <w:p>
      <w:r>
        <w:rPr>
          <w:b/>
        </w:rPr>
        <w:t xml:space="preserve">[03:06] </w:t>
      </w:r>
      <w:r>
        <w:t>kabhi bhi nahi karni chahiye.</w:t>
      </w:r>
    </w:p>
    <w:p>
      <w:pPr>
        <w:jc w:val="right"/>
      </w:pPr>
      <w:r>
        <w:t>کبھی بھی نہیں کرنی چاہیے۔</w:t>
      </w:r>
    </w:p>
    <w:p>
      <w:r>
        <w:rPr>
          <w:b/>
        </w:rPr>
        <w:t xml:space="preserve">[03:12] </w:t>
      </w:r>
      <w:r>
        <w:t>kyun ke aisa hoga ke wo wrong advice dega, aur aadmi is mein phans jayega.</w:t>
      </w:r>
    </w:p>
    <w:p>
      <w:pPr>
        <w:jc w:val="right"/>
      </w:pPr>
      <w:r>
        <w:t>کیوں کہ ایسا ہوگا کہ وہ رانگ ایڈوائس دے گا، اور آدمی اس میں پھنس جائے گا۔</w:t>
      </w:r>
    </w:p>
    <w:p>
      <w:r>
        <w:rPr>
          <w:b/>
        </w:rPr>
        <w:t xml:space="preserve">[03:18] </w:t>
      </w:r>
      <w:r>
        <w:t>kuch aur problem badha lega.</w:t>
      </w:r>
    </w:p>
    <w:p>
      <w:pPr>
        <w:jc w:val="right"/>
      </w:pPr>
      <w:r>
        <w:t>کچھ اور پرابلم بڑھا لے گا۔</w:t>
      </w:r>
    </w:p>
    <w:p>
      <w:r>
        <w:rPr>
          <w:b/>
        </w:rPr>
        <w:t xml:space="preserve">[03:24] </w:t>
      </w:r>
      <w:r>
        <w:t>ye jo main keh raha hoon wrong counseling, ye main bahut hi wide sense mein bol raha hoon.</w:t>
      </w:r>
    </w:p>
    <w:p>
      <w:pPr>
        <w:jc w:val="right"/>
      </w:pPr>
      <w:r>
        <w:t>یہ جو میں کہہ رہا ہوں رانگ کونسلنگ، یہ میں بہت ہی وائٹ سینس میں بول رہا ہوں۔</w:t>
      </w:r>
    </w:p>
    <w:p>
      <w:r>
        <w:rPr>
          <w:b/>
        </w:rPr>
        <w:t xml:space="preserve">[03:29] </w:t>
      </w:r>
      <w:r>
        <w:t>yani individual life mein bhi aap dekh sakte hain ke log khwamkhwah advice dekar ke aadmi ko</w:t>
      </w:r>
    </w:p>
    <w:p>
      <w:pPr>
        <w:jc w:val="right"/>
      </w:pPr>
      <w:r>
        <w:t>یعنی انڈیویجول لائف میں بھی آپ دیکھ سکتے ہیں کہ لوگ خوامخواہ ایڈوائس دے کر کے آدمی کو</w:t>
      </w:r>
    </w:p>
    <w:p>
      <w:r>
        <w:rPr>
          <w:b/>
        </w:rPr>
        <w:t xml:space="preserve">[03:35] </w:t>
      </w:r>
      <w:r>
        <w:t>problem mein phansa dete hain.</w:t>
      </w:r>
    </w:p>
    <w:p>
      <w:pPr>
        <w:jc w:val="right"/>
      </w:pPr>
      <w:r>
        <w:t>پرابلم میں پھنسا دیتے ہیں۔</w:t>
      </w:r>
    </w:p>
    <w:p>
      <w:r>
        <w:rPr>
          <w:b/>
        </w:rPr>
        <w:t xml:space="preserve">[03:40] </w:t>
      </w:r>
      <w:r>
        <w:t>national level par bhi aise hi ho raha hai.</w:t>
      </w:r>
    </w:p>
    <w:p>
      <w:pPr>
        <w:jc w:val="right"/>
      </w:pPr>
      <w:r>
        <w:t>نیشنل لیول پر بھی ایسے ہی ہو رہا ہے۔</w:t>
      </w:r>
    </w:p>
    <w:p>
      <w:r>
        <w:rPr>
          <w:b/>
        </w:rPr>
        <w:t xml:space="preserve">[03:46] </w:t>
      </w:r>
      <w:r>
        <w:t>pure pure nation ko advice deta hai leader.</w:t>
      </w:r>
    </w:p>
    <w:p>
      <w:pPr>
        <w:jc w:val="right"/>
      </w:pPr>
      <w:r>
        <w:t>پورے پورے نیشن کو ایڈوائس دیتا ہے لیڈر۔</w:t>
      </w:r>
    </w:p>
    <w:p>
      <w:r>
        <w:rPr>
          <w:b/>
        </w:rPr>
        <w:t xml:space="preserve">[03:51] </w:t>
      </w:r>
      <w:r>
        <w:t>to leader bhi ek political counselor hota hai.</w:t>
      </w:r>
    </w:p>
    <w:p>
      <w:pPr>
        <w:jc w:val="right"/>
      </w:pPr>
      <w:r>
        <w:t>تو لیڈر بھی ایک پولیٹیکل کونسلر ہوتا ہے۔</w:t>
      </w:r>
    </w:p>
    <w:p>
      <w:r>
        <w:rPr>
          <w:b/>
        </w:rPr>
        <w:t xml:space="preserve">[03:56] </w:t>
      </w:r>
      <w:r>
        <w:t>aur sab log, main toh yahi dekha hai maine apni zindagi mein, ke wrong advice dete hain. jaise aaj ek sahab se baat ho rahi thi toh kisi problem se woh pareshan the, kisi problem ko le kar. toh maine jab un ke suna un ki baaton ko toh</w:t>
      </w:r>
    </w:p>
    <w:p>
      <w:pPr>
        <w:jc w:val="right"/>
      </w:pPr>
      <w:r>
        <w:t>اور سب لوگ، میں تو یہی دیکھا ہے میں نے اپنی زندگی میں، کہ رانگ ایڈوائس دیتے ہیں۔ جیسے آج ایک صاحب سے بات ہو رہی تھی تو کسی پرابلم سے وہ پریشان تھے، کسی پرابلم کو لے کر۔ تو میں نے جب ان کے سنا ان کی باتوں کو تو</w:t>
      </w:r>
    </w:p>
    <w:p>
      <w:r>
        <w:rPr>
          <w:b/>
        </w:rPr>
        <w:t xml:space="preserve">[04:26] </w:t>
      </w:r>
      <w:r>
        <w:t>main is result, is ka main ne ye result nikala, ye samjha ke is problem ko wo remove</w:t>
      </w:r>
    </w:p>
    <w:p>
      <w:pPr>
        <w:jc w:val="right"/>
      </w:pPr>
      <w:r>
        <w:t>میں اس رزلٹ، اس کا میں نے یہ رزلٹ نکالا، یہ سمجھا کہ اس پرابلم کو وہ ریموو</w:t>
      </w:r>
    </w:p>
    <w:p>
      <w:r>
        <w:rPr>
          <w:b/>
        </w:rPr>
        <w:t xml:space="preserve">[04:37] </w:t>
      </w:r>
      <w:r>
        <w:t>nahi kar sakte.</w:t>
      </w:r>
    </w:p>
    <w:p>
      <w:pPr>
        <w:jc w:val="right"/>
      </w:pPr>
      <w:r>
        <w:t>نہیں کر سکتے۔</w:t>
      </w:r>
    </w:p>
    <w:p>
      <w:r>
        <w:rPr>
          <w:b/>
        </w:rPr>
        <w:t xml:space="preserve">[04:47] </w:t>
      </w:r>
      <w:r>
        <w:t>to maine un ko bataya ke dekhein ek bahut achhi saying hai, woh aap ke liye hai ke</w:t>
      </w:r>
    </w:p>
    <w:p>
      <w:pPr>
        <w:jc w:val="right"/>
      </w:pPr>
      <w:r>
        <w:t>تو میں نے ان کو بتایا کہ دیکھیں ایک بہت اچھی سیئنگ ہے، وہ آپ کے لیے ہے کہ</w:t>
      </w:r>
    </w:p>
    <w:p>
      <w:r>
        <w:rPr>
          <w:b/>
        </w:rPr>
        <w:t xml:space="preserve">[04:58] </w:t>
      </w:r>
      <w:r>
        <w:t>maturity, yaani what is maturity? pakhtagi kya hai? pakhta zehn wala insan kaun hota hai? toh is mein yeh kaha gaya ke maturity is the ability to live with things you cannot change. maturity is the abi</w:t>
      </w:r>
    </w:p>
    <w:p>
      <w:pPr>
        <w:jc w:val="right"/>
      </w:pPr>
      <w:r>
        <w:t>میچورٹی، یعنی واٹ از میچورٹی؟ پختگی کیا ہے؟ پختہ ذہن والا انسان کون ہوتا ہے؟ تو اس میں یہ کہا گیا کہ میچورٹی از دا ایبیلیٹی ٹو لیو ود تھنگز یو کین ناٹ چینج۔ میچورٹی از دا ای</w:t>
      </w:r>
    </w:p>
    <w:p>
      <w:r>
        <w:rPr>
          <w:b/>
        </w:rPr>
        <w:t xml:space="preserve">[05:28] </w:t>
      </w:r>
      <w:r>
        <w:t>ability to live with things you cannot change.</w:t>
      </w:r>
    </w:p>
    <w:p>
      <w:pPr>
        <w:jc w:val="right"/>
      </w:pPr>
      <w:r>
        <w:t>بیلیٹی ٹو لیو ود تھنگز یو کین ناٹ چینج۔</w:t>
      </w:r>
    </w:p>
    <w:p>
      <w:r>
        <w:rPr>
          <w:b/>
        </w:rPr>
        <w:t xml:space="preserve">[05:33] </w:t>
      </w:r>
      <w:r>
        <w:t>to maine un se kaha ke dekhein aap ko jo problem hai, jis problem ko aap face</w:t>
      </w:r>
    </w:p>
    <w:p>
      <w:pPr>
        <w:jc w:val="right"/>
      </w:pPr>
      <w:r>
        <w:t>تو میں نے ان سے کہا کہ دیکھیں آپ کو جو پرابلم ہے، جس پرابلم کو آپ فیس</w:t>
      </w:r>
    </w:p>
    <w:p>
      <w:r>
        <w:rPr>
          <w:b/>
        </w:rPr>
        <w:t xml:space="preserve">[05:38] </w:t>
      </w:r>
      <w:r>
        <w:t>kar rahe hain, to aap samajhte hain ke bas is problem ko mujhe khatm karna hai.</w:t>
      </w:r>
    </w:p>
    <w:p>
      <w:pPr>
        <w:jc w:val="right"/>
      </w:pPr>
      <w:r>
        <w:t>کر رہے ہیں، تو آپ سمجھتے ہیں کہ بس اس پرابلم کو مجھے ختم کرنا ہے۔</w:t>
      </w:r>
    </w:p>
    <w:p>
      <w:r>
        <w:rPr>
          <w:b/>
        </w:rPr>
        <w:t xml:space="preserve">[05:44] </w:t>
      </w:r>
      <w:r>
        <w:t>to dekhein problem do qism ke hote hain.</w:t>
      </w:r>
    </w:p>
    <w:p>
      <w:pPr>
        <w:jc w:val="right"/>
      </w:pPr>
      <w:r>
        <w:t>تو دیکھیں پرابلم دو قسم کے ہوتے ہیں۔</w:t>
      </w:r>
    </w:p>
    <w:p>
      <w:r>
        <w:rPr>
          <w:b/>
        </w:rPr>
        <w:t xml:space="preserve">[05:49] </w:t>
      </w:r>
      <w:r>
        <w:t>ek woh jis ko aap khatm kar sakte hain, to us ko khatm kijiye.</w:t>
      </w:r>
    </w:p>
    <w:p>
      <w:pPr>
        <w:jc w:val="right"/>
      </w:pPr>
      <w:r>
        <w:t>ایک وہ جس کو آپ ختم کر سکتے ہیں، تو اس کو ختم کیجئے۔</w:t>
      </w:r>
    </w:p>
    <w:p>
      <w:r>
        <w:rPr>
          <w:b/>
        </w:rPr>
        <w:t xml:space="preserve">[05:54] </w:t>
      </w:r>
      <w:r>
        <w:t>doosra problem woh hota hai ke woh khatm hone wala nahi hai.</w:t>
      </w:r>
    </w:p>
    <w:p>
      <w:pPr>
        <w:jc w:val="right"/>
      </w:pPr>
      <w:r>
        <w:t>دوسرا پرابلم وہ ہوتا ہے کہ وہ ختم ہونے والا نہیں ہے۔</w:t>
      </w:r>
    </w:p>
    <w:p>
      <w:r>
        <w:rPr>
          <w:b/>
        </w:rPr>
        <w:t xml:space="preserve">[05:59] </w:t>
      </w:r>
      <w:r>
        <w:t>is ke sath aap ko jeena padta hai.</w:t>
      </w:r>
    </w:p>
    <w:p>
      <w:pPr>
        <w:jc w:val="right"/>
      </w:pPr>
      <w:r>
        <w:t>اس کے ساتھ آپ کو جینا پڑتا ہے۔</w:t>
      </w:r>
    </w:p>
    <w:p>
      <w:r>
        <w:rPr>
          <w:b/>
        </w:rPr>
        <w:t xml:space="preserve">[06:05] </w:t>
      </w:r>
      <w:r>
        <w:t>ab dekhein kal parson mere paas ek telephone aaya bahar ke ek desh se.</w:t>
      </w:r>
    </w:p>
    <w:p>
      <w:pPr>
        <w:jc w:val="right"/>
      </w:pPr>
      <w:r>
        <w:t>اب دیکھیں کل پرسوں میرے پاس ایک ٹیلی فون آیا باہر کے ایک دیش سے۔</w:t>
      </w:r>
    </w:p>
    <w:p>
      <w:r>
        <w:rPr>
          <w:b/>
        </w:rPr>
        <w:t xml:space="preserve">[06:11] </w:t>
      </w:r>
      <w:r>
        <w:t>ek sahab ne kaha ke mere dost hain, woh telephone ke paas woh baithe hue the.</w:t>
      </w:r>
    </w:p>
    <w:p>
      <w:pPr>
        <w:jc w:val="right"/>
      </w:pPr>
      <w:r>
        <w:t>ایک صاحب نے کہا کہ میرے دوست ہیں، وہ ٹیلی فون کے پاس وہ بیٹھے ہوئے تھے۔</w:t>
      </w:r>
    </w:p>
    <w:p>
      <w:r>
        <w:rPr>
          <w:b/>
        </w:rPr>
        <w:t xml:space="preserve">[06:18] </w:t>
      </w:r>
      <w:r>
        <w:t>to unhone kaha ke unhone, unhone kaha ke mere dost ne ek ek business kiya</w:t>
      </w:r>
    </w:p>
    <w:p>
      <w:pPr>
        <w:jc w:val="right"/>
      </w:pPr>
      <w:r>
        <w:t>تو انہوں نے کہا کہ انہوں نے، انہوں نے کہا کہ میرے دوست نے ایک ایک بزنس کیا</w:t>
      </w:r>
    </w:p>
    <w:p>
      <w:r>
        <w:rPr>
          <w:b/>
        </w:rPr>
        <w:t xml:space="preserve">[06:24] </w:t>
      </w:r>
      <w:r>
        <w:t>aur bank se loan le kar. bank</w:t>
      </w:r>
    </w:p>
    <w:p>
      <w:pPr>
        <w:jc w:val="right"/>
      </w:pPr>
      <w:r>
        <w:t>اور بینک سے لون لے کر۔ بین</w:t>
      </w:r>
    </w:p>
    <w:p>
      <w:r>
        <w:rPr>
          <w:b/>
        </w:rPr>
        <w:t xml:space="preserve">[06:30] </w:t>
      </w:r>
      <w:r>
        <w:t>se loan le kar business kiya unhone aur business mein unhein ghata ho gaya.</w:t>
      </w:r>
    </w:p>
    <w:p>
      <w:pPr>
        <w:jc w:val="right"/>
      </w:pPr>
      <w:r>
        <w:t>ک سے لون لے کر بزنس کیا انہوں نے اور بزنس میں انہیں گھاٹا ہو گیا۔</w:t>
      </w:r>
    </w:p>
    <w:p>
      <w:r>
        <w:rPr>
          <w:b/>
        </w:rPr>
        <w:t xml:space="preserve">[06:36] </w:t>
      </w:r>
      <w:r>
        <w:t>ab kya karein? bank ka loan kaise dein? to ek sahab ne un ko advice di ke ek</w:t>
      </w:r>
    </w:p>
    <w:p>
      <w:pPr>
        <w:jc w:val="right"/>
      </w:pPr>
      <w:r>
        <w:t>اب کیا کریں؟ بینک کا لون کیسے دیں؟ تو ایک صاحب نے ان کو ایڈوائس دی کہ ایک</w:t>
      </w:r>
    </w:p>
    <w:p>
      <w:r>
        <w:rPr>
          <w:b/>
        </w:rPr>
        <w:t xml:space="preserve">[06:43] </w:t>
      </w:r>
      <w:r>
        <w:t>aur loan le le lo, bada loan.</w:t>
      </w:r>
    </w:p>
    <w:p>
      <w:pPr>
        <w:jc w:val="right"/>
      </w:pPr>
      <w:r>
        <w:t>اور لون لے لے لو، بڑا لون۔</w:t>
      </w:r>
    </w:p>
    <w:p>
      <w:r>
        <w:rPr>
          <w:b/>
        </w:rPr>
        <w:t xml:space="preserve">[06:49] </w:t>
      </w:r>
      <w:r>
        <w:t>aur ek cheez unhone batai ke Sri Lanka chale jao, wahan par franchise sasti milti hai.</w:t>
      </w:r>
    </w:p>
    <w:p>
      <w:pPr>
        <w:jc w:val="right"/>
      </w:pPr>
      <w:r>
        <w:t>اور ایک چیز انہوں نے بتائی کہ سری لنکا چلے جاؤ، وہاں پر فرانچائز سستی ملتی ہے۔</w:t>
      </w:r>
    </w:p>
    <w:p>
      <w:r>
        <w:rPr>
          <w:b/>
        </w:rPr>
        <w:t xml:space="preserve">[06:56] </w:t>
      </w:r>
      <w:r>
        <w:t>wahan se le aao aur apne haan becho.</w:t>
      </w:r>
    </w:p>
    <w:p>
      <w:pPr>
        <w:jc w:val="right"/>
      </w:pPr>
      <w:r>
        <w:t>وہاں سے لے آؤ اور اپنے ہاں بیچو۔</w:t>
      </w:r>
    </w:p>
    <w:p>
      <w:r>
        <w:rPr>
          <w:b/>
        </w:rPr>
        <w:t xml:space="preserve">[07:02] </w:t>
      </w:r>
      <w:r>
        <w:t>to ek trip mein tum ko kam az kam dedh lakh rupay ka faida ho jayega.</w:t>
      </w:r>
    </w:p>
    <w:p>
      <w:pPr>
        <w:jc w:val="right"/>
      </w:pPr>
      <w:r>
        <w:t>تو ایک ٹرپ میں تم کو کم از کم ڈیڑھ لاکھ روپے کا فائدہ ہو جائے گا۔</w:t>
      </w:r>
    </w:p>
    <w:p>
      <w:r>
        <w:rPr>
          <w:b/>
        </w:rPr>
        <w:t xml:space="preserve">[07:06] </w:t>
      </w:r>
      <w:r>
        <w:t>to tum pichla loan bhi de sakte ho aur kuch aur bhi tum ko bach jayega.</w:t>
      </w:r>
    </w:p>
    <w:p>
      <w:pPr>
        <w:jc w:val="right"/>
      </w:pPr>
      <w:r>
        <w:t>تو تم پچھلا لون بھی دے سکتے ہو اور کچھ اور بھی تم کو بچ جائے گا۔</w:t>
      </w:r>
    </w:p>
    <w:p>
      <w:r>
        <w:rPr>
          <w:b/>
        </w:rPr>
        <w:t xml:space="preserve">[07:11] </w:t>
      </w:r>
      <w:r>
        <w:t>to maine kaha yeh koi advice hai? yeh koi advice hai? ek loan to abhi khatm nahi</w:t>
      </w:r>
    </w:p>
    <w:p>
      <w:pPr>
        <w:jc w:val="right"/>
      </w:pPr>
      <w:r>
        <w:t>تو میں نے کہا یہ کوئی ایڈوائس ہے؟ یہ کوئی ایڈوائس ہے؟ ایک لون تو ابھی ختم نہیں</w:t>
      </w:r>
    </w:p>
    <w:p>
      <w:r>
        <w:rPr>
          <w:b/>
        </w:rPr>
        <w:t xml:space="preserve">[07:15] </w:t>
      </w:r>
      <w:r>
        <w:t>hua aur is par ek aur loan.</w:t>
      </w:r>
    </w:p>
    <w:p>
      <w:pPr>
        <w:jc w:val="right"/>
      </w:pPr>
      <w:r>
        <w:t>ہوا اور اس پر ایک اور لون۔</w:t>
      </w:r>
    </w:p>
    <w:p>
      <w:r>
        <w:rPr>
          <w:b/>
        </w:rPr>
        <w:t xml:space="preserve">[07:19] </w:t>
      </w:r>
      <w:r>
        <w:t>do loan ka bojh.</w:t>
      </w:r>
    </w:p>
    <w:p>
      <w:pPr>
        <w:jc w:val="right"/>
      </w:pPr>
      <w:r>
        <w:t>دو لون کا بوجھ۔</w:t>
      </w:r>
    </w:p>
    <w:p>
      <w:r>
        <w:rPr>
          <w:b/>
        </w:rPr>
        <w:t xml:space="preserve">[07:24] </w:t>
      </w:r>
      <w:r>
        <w:t>to maine un ki scrutiny ki.</w:t>
      </w:r>
    </w:p>
    <w:p>
      <w:pPr>
        <w:jc w:val="right"/>
      </w:pPr>
      <w:r>
        <w:t>تو میں نے ان کی سکروٹنی کی۔</w:t>
      </w:r>
    </w:p>
    <w:p>
      <w:r>
        <w:rPr>
          <w:b/>
        </w:rPr>
        <w:t xml:space="preserve">[07:28] </w:t>
      </w:r>
      <w:r>
        <w:t>scrutiny kar ke maine do</w:t>
      </w:r>
    </w:p>
    <w:p>
      <w:pPr>
        <w:jc w:val="right"/>
      </w:pPr>
      <w:r>
        <w:t>سکروٹنی کر کے میں نے دو</w:t>
      </w:r>
    </w:p>
    <w:p>
      <w:r>
        <w:rPr>
          <w:b/>
        </w:rPr>
        <w:t xml:space="preserve">[07:32] </w:t>
      </w:r>
      <w:r>
        <w:t>baat nikali.</w:t>
      </w:r>
    </w:p>
    <w:p>
      <w:pPr>
        <w:jc w:val="right"/>
      </w:pPr>
      <w:r>
        <w:t>بات نکالی۔</w:t>
      </w:r>
    </w:p>
    <w:p>
      <w:r>
        <w:rPr>
          <w:b/>
        </w:rPr>
        <w:t xml:space="preserve">[07:36] </w:t>
      </w:r>
      <w:r>
        <w:t>number one, un se baat bhi ki main ne.</w:t>
      </w:r>
    </w:p>
    <w:p>
      <w:pPr>
        <w:jc w:val="right"/>
      </w:pPr>
      <w:r>
        <w:t>نمبر ون، ان سے بات بھی کی میں نے۔</w:t>
      </w:r>
    </w:p>
    <w:p>
      <w:r>
        <w:rPr>
          <w:b/>
        </w:rPr>
        <w:t xml:space="preserve">[07:39] </w:t>
      </w:r>
      <w:r>
        <w:t>to agarche meri un se mulaqat nahi, sirf telephone par baat ho rahi hai.</w:t>
      </w:r>
    </w:p>
    <w:p>
      <w:pPr>
        <w:jc w:val="right"/>
      </w:pPr>
      <w:r>
        <w:t>تو اگرچہ میری ان سے ملاقات نہیں، صرف ٹیلی فون پر بات ہو رہی ہے۔</w:t>
      </w:r>
    </w:p>
    <w:p>
      <w:r>
        <w:rPr>
          <w:b/>
        </w:rPr>
        <w:t xml:space="preserve">[07:43] </w:t>
      </w:r>
      <w:r>
        <w:t>to main ne kaha dekhen seedhe aadmi hain yeh.</w:t>
      </w:r>
    </w:p>
    <w:p>
      <w:pPr>
        <w:jc w:val="right"/>
      </w:pPr>
      <w:r>
        <w:t>تو میں نے کہا دیکھیں سیدھے آدمی ہیں یہ۔</w:t>
      </w:r>
    </w:p>
    <w:p>
      <w:r>
        <w:rPr>
          <w:b/>
        </w:rPr>
        <w:t xml:space="preserve">[07:47] </w:t>
      </w:r>
      <w:r>
        <w:t>business mein yeh nahi chal sakte.</w:t>
      </w:r>
    </w:p>
    <w:p>
      <w:pPr>
        <w:jc w:val="right"/>
      </w:pPr>
      <w:r>
        <w:t>بزنس میں یہ نہیں چل سکتے۔</w:t>
      </w:r>
    </w:p>
    <w:p>
      <w:r>
        <w:rPr>
          <w:b/>
        </w:rPr>
        <w:t xml:space="preserve">[07:50] </w:t>
      </w:r>
      <w:r>
        <w:t>business mein to bohat hi chalak aadmi chahiye.</w:t>
      </w:r>
    </w:p>
    <w:p>
      <w:pPr>
        <w:jc w:val="right"/>
      </w:pPr>
      <w:r>
        <w:t>بزنس میں تو بہت ہی چالاک آدمی چاہیے۔</w:t>
      </w:r>
    </w:p>
    <w:p>
      <w:r>
        <w:rPr>
          <w:b/>
        </w:rPr>
        <w:t xml:space="preserve">[07:54] </w:t>
      </w:r>
      <w:r>
        <w:t>to unhon ne kaha ke haan waqai seedhe aadmi hain.</w:t>
      </w:r>
    </w:p>
    <w:p>
      <w:pPr>
        <w:jc w:val="right"/>
      </w:pPr>
      <w:r>
        <w:t>تو انہوں نے کہا کہ ہاں واقعی سیدھے آدمی ہیں۔</w:t>
      </w:r>
    </w:p>
    <w:p>
      <w:r>
        <w:rPr>
          <w:b/>
        </w:rPr>
        <w:t xml:space="preserve">[07:58] </w:t>
      </w:r>
      <w:r>
        <w:t>to main ne kaha pehli baat to yeh ke business mein jana un ka galat tha.</w:t>
      </w:r>
    </w:p>
    <w:p>
      <w:pPr>
        <w:jc w:val="right"/>
      </w:pPr>
      <w:r>
        <w:t>تو میں نے کہا پہلی بات تو یہ کہ بزنس میں جانا ان کا غلط تھا۔</w:t>
      </w:r>
    </w:p>
    <w:p>
      <w:r>
        <w:rPr>
          <w:b/>
        </w:rPr>
        <w:t xml:space="preserve">[08:01] </w:t>
      </w:r>
      <w:r>
        <w:t>un ko service karna chahiye thi.</w:t>
      </w:r>
    </w:p>
    <w:p>
      <w:pPr>
        <w:jc w:val="right"/>
      </w:pPr>
      <w:r>
        <w:t>ان کو سروس کرنا چاہیے تھی۔</w:t>
      </w:r>
    </w:p>
    <w:p>
      <w:r>
        <w:rPr>
          <w:b/>
        </w:rPr>
        <w:t xml:space="preserve">[08:05] </w:t>
      </w:r>
      <w:r>
        <w:t>phir main ne kaha ke dekhen doosri baat yeh hai ke agar un ko business karna hai to</w:t>
      </w:r>
    </w:p>
    <w:p>
      <w:pPr>
        <w:jc w:val="right"/>
      </w:pPr>
      <w:r>
        <w:t>پھر میں نے کہا کہ دیکھیں دوسری بات یہ ہے کہ اگر ان کو بزنس کرنا ہے تو</w:t>
      </w:r>
    </w:p>
    <w:p>
      <w:r>
        <w:rPr>
          <w:b/>
        </w:rPr>
        <w:t xml:space="preserve">[08:10] </w:t>
      </w:r>
      <w:r>
        <w:t>janein ke business mein woh fail kyun hue? pehle yeh pata kijiye.</w:t>
      </w:r>
    </w:p>
    <w:p>
      <w:pPr>
        <w:jc w:val="right"/>
      </w:pPr>
      <w:r>
        <w:t>جانیں کہ بزنس میں وہ فیل کیوں ہوئے؟ پہلے یہ پتہ کیجئے۔</w:t>
      </w:r>
    </w:p>
    <w:p>
      <w:r>
        <w:rPr>
          <w:b/>
        </w:rPr>
        <w:t xml:space="preserve">[08:16] </w:t>
      </w:r>
      <w:r>
        <w:t>ek aur chhalang mat lagaiye.</w:t>
      </w:r>
    </w:p>
    <w:p>
      <w:pPr>
        <w:jc w:val="right"/>
      </w:pPr>
      <w:r>
        <w:t>ایک اور چھلانگ مت لگائیے۔</w:t>
      </w:r>
    </w:p>
    <w:p>
      <w:r>
        <w:rPr>
          <w:b/>
        </w:rPr>
        <w:t xml:space="preserve">[08:21] </w:t>
      </w:r>
      <w:r>
        <w:t>to scrutiny karte karte pata chala ke woh zyada kharch karte hain.</w:t>
      </w:r>
    </w:p>
    <w:p>
      <w:pPr>
        <w:jc w:val="right"/>
      </w:pPr>
      <w:r>
        <w:t>تو سکروٹنی کرتے کرتے پتہ چلا کہ وہ زیادہ خرچ کرتے ہیں۔</w:t>
      </w:r>
    </w:p>
    <w:p>
      <w:r>
        <w:rPr>
          <w:b/>
        </w:rPr>
        <w:t xml:space="preserve">[08:26] </w:t>
      </w:r>
      <w:r>
        <w:t>biwi par, bachon par, ghar mein un par.</w:t>
      </w:r>
    </w:p>
    <w:p>
      <w:pPr>
        <w:jc w:val="right"/>
      </w:pPr>
      <w:r>
        <w:t>بیوی پر، بچوں پر، گھر میں ان پر۔</w:t>
      </w:r>
    </w:p>
    <w:p>
      <w:r>
        <w:rPr>
          <w:b/>
        </w:rPr>
        <w:t xml:space="preserve">[08:31] </w:t>
      </w:r>
      <w:r>
        <w:t>to main ne kaha ke aisi halat mein best</w:t>
      </w:r>
    </w:p>
    <w:p>
      <w:pPr>
        <w:jc w:val="right"/>
      </w:pPr>
      <w:r>
        <w:t>تو میں نے کہا کہ ایسی حالت میں بیسٹ</w:t>
      </w:r>
    </w:p>
    <w:p>
      <w:r>
        <w:rPr>
          <w:b/>
        </w:rPr>
        <w:t xml:space="preserve">[08:37] </w:t>
      </w:r>
      <w:r>
        <w:t>advice aap ke liye kya hai? apne kharch mein kami karna.</w:t>
      </w:r>
    </w:p>
    <w:p>
      <w:pPr>
        <w:jc w:val="right"/>
      </w:pPr>
      <w:r>
        <w:t>ایڈوائس آپ کے لیے کیا ہے؟ اپنے خرچ میں کمی کرنا۔</w:t>
      </w:r>
    </w:p>
    <w:p>
      <w:r>
        <w:rPr>
          <w:b/>
        </w:rPr>
        <w:t xml:space="preserve">[08:43] </w:t>
      </w:r>
      <w:r>
        <w:t>expenses mein kami karna.</w:t>
      </w:r>
    </w:p>
    <w:p>
      <w:pPr>
        <w:jc w:val="right"/>
      </w:pPr>
      <w:r>
        <w:t>ایکسپینسز میں کمی کرنا۔</w:t>
      </w:r>
    </w:p>
    <w:p>
      <w:r>
        <w:rPr>
          <w:b/>
        </w:rPr>
        <w:t xml:space="preserve">[08:50] </w:t>
      </w:r>
      <w:r>
        <w:t>to main ne kaha ke dekhen expense ghatana bhi apni income ko barhana hai.</w:t>
      </w:r>
    </w:p>
    <w:p>
      <w:pPr>
        <w:jc w:val="right"/>
      </w:pPr>
      <w:r>
        <w:t>تو میں نے کہا کہ دیکھیں ایکسپینس گھٹانا بھی اپنی انکم کو بڑھانا ہے۔</w:t>
      </w:r>
    </w:p>
    <w:p>
      <w:r>
        <w:rPr>
          <w:b/>
        </w:rPr>
        <w:t xml:space="preserve">[08:56] </w:t>
      </w:r>
      <w:r>
        <w:t>agar aap apne expense ko ghatayein, bohat simple life bana lein apni.</w:t>
      </w:r>
    </w:p>
    <w:p>
      <w:pPr>
        <w:jc w:val="right"/>
      </w:pPr>
      <w:r>
        <w:t>اگر آپ اپنے ایکسپینس کو گھٹائیں، بہت سمپل لائف بنا لیں اپنی۔</w:t>
      </w:r>
    </w:p>
    <w:p>
      <w:r>
        <w:rPr>
          <w:b/>
        </w:rPr>
        <w:t xml:space="preserve">[09:03] </w:t>
      </w:r>
      <w:r>
        <w:t>to aap ne apni aamdani mein ko barhaya.</w:t>
      </w:r>
    </w:p>
    <w:p>
      <w:pPr>
        <w:jc w:val="right"/>
      </w:pPr>
      <w:r>
        <w:t>تو آپ نے اپنی آمدنی میں کو بڑھایا۔</w:t>
      </w:r>
    </w:p>
    <w:p>
      <w:r>
        <w:rPr>
          <w:b/>
        </w:rPr>
        <w:t xml:space="preserve">[09:10] </w:t>
      </w:r>
      <w:r>
        <w:t>to main ne doosri un ko ek example diya ke dekhen yahan par ek sahib hain India ke</w:t>
      </w:r>
    </w:p>
    <w:p>
      <w:pPr>
        <w:jc w:val="right"/>
      </w:pPr>
      <w:r>
        <w:t>تو میں نے دوسری ان کو ایک ایگزامپل دیا کہ دیکھیں یہاں پر ایک صاحب ہیں انڈیا کے</w:t>
      </w:r>
    </w:p>
    <w:p>
      <w:r>
        <w:rPr>
          <w:b/>
        </w:rPr>
        <w:t xml:space="preserve">[09:15] </w:t>
      </w:r>
      <w:r>
        <w:t>ek shehar mein.</w:t>
      </w:r>
    </w:p>
    <w:p>
      <w:pPr>
        <w:jc w:val="right"/>
      </w:pPr>
      <w:r>
        <w:t>ایک شہر میں۔</w:t>
      </w:r>
    </w:p>
    <w:p>
      <w:r>
        <w:rPr>
          <w:b/>
        </w:rPr>
        <w:t xml:space="preserve">[09:20] </w:t>
      </w:r>
      <w:r>
        <w:t>woh mere paas aaye.</w:t>
      </w:r>
    </w:p>
    <w:p>
      <w:pPr>
        <w:jc w:val="right"/>
      </w:pPr>
      <w:r>
        <w:t>وہ میرے پاس آئے۔</w:t>
      </w:r>
    </w:p>
    <w:p>
      <w:r>
        <w:rPr>
          <w:b/>
        </w:rPr>
        <w:t xml:space="preserve">[09:25] </w:t>
      </w:r>
      <w:r>
        <w:t>to woh woh laye mithai ka ek dabba gift ke taur par.</w:t>
      </w:r>
    </w:p>
    <w:p>
      <w:pPr>
        <w:jc w:val="right"/>
      </w:pPr>
      <w:r>
        <w:t>تو وہ وہ لائے مٹھائی کا ایک ڈبہ گفٹ کے طور پر۔</w:t>
      </w:r>
    </w:p>
    <w:p>
      <w:r>
        <w:rPr>
          <w:b/>
        </w:rPr>
        <w:t xml:space="preserve">[09:30] </w:t>
      </w:r>
      <w:r>
        <w:t>to main ne un se aur kaha kya? dekhen counselor jo hota hai us ko bohat door tak</w:t>
      </w:r>
    </w:p>
    <w:p>
      <w:pPr>
        <w:jc w:val="right"/>
      </w:pPr>
      <w:r>
        <w:t>تو میں نے ان سے اور کہا کیا؟ دیکھیں کونسلر جو ہوتا ہے اس کو بہت دور تک</w:t>
      </w:r>
    </w:p>
    <w:p>
      <w:r>
        <w:rPr>
          <w:b/>
        </w:rPr>
        <w:t xml:space="preserve">[09:35] </w:t>
      </w:r>
      <w:r>
        <w:t>sochna parta hai.</w:t>
      </w:r>
    </w:p>
    <w:p>
      <w:pPr>
        <w:jc w:val="right"/>
      </w:pPr>
      <w:r>
        <w:t>سوچنا پڑتا ہے۔</w:t>
      </w:r>
    </w:p>
    <w:p>
      <w:r>
        <w:rPr>
          <w:b/>
        </w:rPr>
        <w:t xml:space="preserve">[09:40] </w:t>
      </w:r>
      <w:r>
        <w:t>yeh lafzon se pare is ko janna parta hai.</w:t>
      </w:r>
    </w:p>
    <w:p>
      <w:pPr>
        <w:jc w:val="right"/>
      </w:pPr>
      <w:r>
        <w:t>یہ शब्दوں سے پرے اس کو جاننا پڑتا ہے۔</w:t>
      </w:r>
    </w:p>
    <w:p>
      <w:r>
        <w:rPr>
          <w:b/>
        </w:rPr>
        <w:t xml:space="preserve">[09:45] </w:t>
      </w:r>
      <w:r>
        <w:t>tab woh sahih counseling kar sakta hai.</w:t>
      </w:r>
    </w:p>
    <w:p>
      <w:pPr>
        <w:jc w:val="right"/>
      </w:pPr>
      <w:r>
        <w:t>تب وہ صحیح کونسلنگ کر سکتا ہے۔</w:t>
      </w:r>
    </w:p>
    <w:p>
      <w:r>
        <w:rPr>
          <w:b/>
        </w:rPr>
        <w:t xml:space="preserve">[09:49] </w:t>
      </w:r>
      <w:r>
        <w:t>to unhon ne meethe mithai ka diba diya aur kaha ke mere liye dua kijiye.</w:t>
      </w:r>
    </w:p>
    <w:p>
      <w:pPr>
        <w:jc w:val="right"/>
      </w:pPr>
      <w:r>
        <w:t>تو انہوں نے میٹھے مٹھائی کا ڈبہ دیا اور کہا کہ میرے لیے دعا کیجئے۔</w:t>
      </w:r>
    </w:p>
    <w:p>
      <w:r>
        <w:rPr>
          <w:b/>
        </w:rPr>
        <w:t xml:space="preserve">[09:54] </w:t>
      </w:r>
      <w:r>
        <w:t>mere upar qarz ho gaya hai, loan ho gaya hai.</w:t>
      </w:r>
    </w:p>
    <w:p>
      <w:pPr>
        <w:jc w:val="right"/>
      </w:pPr>
      <w:r>
        <w:t>میرے اوپر قرض ہو گیا ہے، لون ہو گیا ہے۔</w:t>
      </w:r>
    </w:p>
    <w:p>
      <w:r>
        <w:rPr>
          <w:b/>
        </w:rPr>
        <w:t xml:space="preserve">[09:58] </w:t>
      </w:r>
      <w:r>
        <w:t>to woh qarz utar jaye.</w:t>
      </w:r>
    </w:p>
    <w:p>
      <w:pPr>
        <w:jc w:val="right"/>
      </w:pPr>
      <w:r>
        <w:t>تو وہ قرض اتر جائے۔</w:t>
      </w:r>
    </w:p>
    <w:p>
      <w:r>
        <w:rPr>
          <w:b/>
        </w:rPr>
        <w:t xml:space="preserve">[10:03] </w:t>
      </w:r>
      <w:r>
        <w:t>woh qarz utar jaye us ki dua kijiye.</w:t>
      </w:r>
    </w:p>
    <w:p>
      <w:pPr>
        <w:jc w:val="right"/>
      </w:pPr>
      <w:r>
        <w:t>وہ قرض اتر جائے اس کی دعا کیجئے۔</w:t>
      </w:r>
    </w:p>
    <w:p>
      <w:r>
        <w:rPr>
          <w:b/>
        </w:rPr>
        <w:t xml:space="preserve">[10:07] </w:t>
      </w:r>
      <w:r>
        <w:t>ab aam aadmi to kahega acha hum dua karte hain khuda tumhara qarz utar de.</w:t>
      </w:r>
    </w:p>
    <w:p>
      <w:pPr>
        <w:jc w:val="right"/>
      </w:pPr>
      <w:r>
        <w:t>اب عام آدمی تو کہے گا اچھا ہم دعا کرتے ہیں خدا تمہارا قرض اتار دے۔</w:t>
      </w:r>
    </w:p>
    <w:p>
      <w:r>
        <w:rPr>
          <w:b/>
        </w:rPr>
        <w:t xml:space="preserve">[10:12] </w:t>
      </w:r>
      <w:r>
        <w:t>lekin yeh koi counseling nahi hui.</w:t>
      </w:r>
    </w:p>
    <w:p>
      <w:pPr>
        <w:jc w:val="right"/>
      </w:pPr>
      <w:r>
        <w:t>لیکن یہ کوئی کونسلنگ نہیں ہوئی۔</w:t>
      </w:r>
    </w:p>
    <w:p>
      <w:r>
        <w:rPr>
          <w:b/>
        </w:rPr>
        <w:t xml:space="preserve">[10:18] </w:t>
      </w:r>
      <w:r>
        <w:t>yeh acha nahi kiya is aadmi ke sath aap ne.</w:t>
      </w:r>
    </w:p>
    <w:p>
      <w:pPr>
        <w:jc w:val="right"/>
      </w:pPr>
      <w:r>
        <w:t>یہ اچھا نہیں کیا اس آدمی کے ساتھ آپ نے۔</w:t>
      </w:r>
    </w:p>
    <w:p>
      <w:r>
        <w:rPr>
          <w:b/>
        </w:rPr>
        <w:t xml:space="preserve">[10:24] </w:t>
      </w:r>
      <w:r>
        <w:t>to main ne isi waqt un ko hembring ki ke kyun aap yeh yeh mithai kyun laye hain</w:t>
      </w:r>
    </w:p>
    <w:p>
      <w:pPr>
        <w:jc w:val="right"/>
      </w:pPr>
      <w:r>
        <w:t>تو میں نے اسی وقت ان کو ہیمبرنگ کی کہ کیوں آپ یہ یہ مٹھائی کیوں لائے ہیں</w:t>
      </w:r>
    </w:p>
    <w:p>
      <w:r>
        <w:rPr>
          <w:b/>
        </w:rPr>
        <w:t xml:space="preserve">[10:30] </w:t>
      </w:r>
      <w:r>
        <w:t>aap? jab aap ke upar abhi loan laga hua hai to aap ne mithai kyun khareedi? yeh kyun</w:t>
      </w:r>
    </w:p>
    <w:p>
      <w:pPr>
        <w:jc w:val="right"/>
      </w:pPr>
      <w:r>
        <w:t>آپ؟ جب آپ کے اوپر ابھی لون لگا ہوا ہے تو آپ نے مٹھائی کیوں خریدی؟ یہ کیوں</w:t>
      </w:r>
    </w:p>
    <w:p>
      <w:r>
        <w:rPr>
          <w:b/>
        </w:rPr>
        <w:t xml:space="preserve">[10:36] </w:t>
      </w:r>
      <w:r>
        <w:t>kya aap ne aisa? jab main kahin jata hoon buzurgon se milne ke liye to main kuch</w:t>
      </w:r>
    </w:p>
    <w:p>
      <w:pPr>
        <w:jc w:val="right"/>
      </w:pPr>
      <w:r>
        <w:t>کیا آپ نے ایسا؟ جب میں کہیں جاتا ہوں بزرگوں سے ملنے کے لیے تو میں کچھ</w:t>
      </w:r>
    </w:p>
    <w:p>
      <w:r>
        <w:rPr>
          <w:b/>
        </w:rPr>
        <w:t xml:space="preserve">[10:42] </w:t>
      </w:r>
      <w:r>
        <w:t>gift le aata hoon. to main ne kaha pehla kaam hai aap apne apne loan ko utariye. to main ne un se kaha ke dekhen is ko aap le jaiye. mujhe aap ki mithai nahi lena hai. wapas le jaiye. aur main ne un ko jo advice di woh kya thi? main ne kaha ke aap apne expenses ko ek dam ghata dijiye. yani aap ke kharch</w:t>
      </w:r>
    </w:p>
    <w:p>
      <w:pPr>
        <w:jc w:val="right"/>
      </w:pPr>
      <w:r>
        <w:t>گفٹ لے آتا ہوں۔ تو میں نے کہا پہلا کام ہے آپ اپنے اپنے لون کو اتاریے۔ تو میں نے ان سے کہا کہ دیکھیں اس کو آپ لے جائیے۔ مجھے آپ کی مٹھائی نہیں لینا ہے۔ واپس لے جائیے۔ اور میں نے ان کو جو ایڈوائس دی وہ کیا تھی؟ میں نے کہا کہ آپ اپنے ایکسپینسز کو ایک دم گھٹا دیجئے۔ یعنی آپ کے خرچ</w:t>
      </w:r>
    </w:p>
    <w:p>
      <w:r>
        <w:rPr>
          <w:b/>
        </w:rPr>
        <w:t xml:space="preserve">[11:12] </w:t>
      </w:r>
      <w:r>
        <w:t>ko aakhri had tak ghata dijiye.</w:t>
      </w:r>
    </w:p>
    <w:p>
      <w:pPr>
        <w:jc w:val="right"/>
      </w:pPr>
      <w:r>
        <w:t>کو آخری حد تک گھٹا دیجئے۔</w:t>
      </w:r>
    </w:p>
    <w:p>
      <w:r>
        <w:rPr>
          <w:b/>
        </w:rPr>
        <w:t xml:space="preserve">[11:17] </w:t>
      </w:r>
      <w:r>
        <w:t>do saal pehle woh aaye the Ramzan roze ke zamane mein.</w:t>
      </w:r>
    </w:p>
    <w:p>
      <w:pPr>
        <w:jc w:val="right"/>
      </w:pPr>
      <w:r>
        <w:t>دو سال پہلے وہ آئے تھے رمضان روزے کے زمانے میں۔</w:t>
      </w:r>
    </w:p>
    <w:p>
      <w:r>
        <w:rPr>
          <w:b/>
        </w:rPr>
        <w:t xml:space="preserve">[11:23] </w:t>
      </w:r>
      <w:r>
        <w:t>to main ne kaha dekhen Eid aane wali hai.</w:t>
      </w:r>
    </w:p>
    <w:p>
      <w:pPr>
        <w:jc w:val="right"/>
      </w:pPr>
      <w:r>
        <w:t>تو میں نے کہا دیکھیں عید آنے والی ہے۔</w:t>
      </w:r>
    </w:p>
    <w:p>
      <w:r>
        <w:rPr>
          <w:b/>
        </w:rPr>
        <w:t xml:space="preserve">[11:28] </w:t>
      </w:r>
      <w:r>
        <w:t>Eid mein aap apni biwi ko, apne bachon ko ya apne liye kabhi naya kapda nahi banayenge. kuch nahi.</w:t>
      </w:r>
    </w:p>
    <w:p>
      <w:pPr>
        <w:jc w:val="right"/>
      </w:pPr>
      <w:r>
        <w:t>عید میں آپ اپنی بیوی کو، اپنے بچوں کو یا اپنے لیے کبھی نیا کپڑا نہیں بنائیں گے۔ کچھ نہیں۔</w:t>
      </w:r>
    </w:p>
    <w:p>
      <w:r>
        <w:rPr>
          <w:b/>
        </w:rPr>
        <w:t xml:space="preserve">[11:33] </w:t>
      </w:r>
      <w:r>
        <w:t>bachche rote hain to rote rahen.</w:t>
      </w:r>
    </w:p>
    <w:p>
      <w:pPr>
        <w:jc w:val="right"/>
      </w:pPr>
      <w:r>
        <w:t>بچے روتے ہیں تو روتے رہیں۔</w:t>
      </w:r>
    </w:p>
    <w:p>
      <w:r>
        <w:rPr>
          <w:b/>
        </w:rPr>
        <w:t xml:space="preserve">[11:38] </w:t>
      </w:r>
      <w:r>
        <w:t>bachche mangte hain kapda to mangte rahen. aap ko</w:t>
      </w:r>
    </w:p>
    <w:p>
      <w:pPr>
        <w:jc w:val="right"/>
      </w:pPr>
      <w:r>
        <w:t>بچے مانگتے ہیں کپڑا تو مانگتے رہیں۔ آپ کو</w:t>
      </w:r>
    </w:p>
    <w:p>
      <w:r>
        <w:rPr>
          <w:b/>
        </w:rPr>
        <w:t xml:space="preserve">[11:43] </w:t>
      </w:r>
      <w:r>
        <w:t>naya kapra nahi khareedna hai. bachchon se keh dena hai ke hum hamare oopar abhi loan hai. to hum kapra nahi banwayenge tumhare liye. purane kapre jo tumhare paas hain usi ko pehan kar tumhein Eid karna hai. to main ne bohat kaafi un ko samjhaya. to gaye woh. to waqai unhon ne aise hi kiya. bachche kuch apne roye, kuch yeh kiya, kuch woh kiya.</w:t>
      </w:r>
    </w:p>
    <w:p>
      <w:pPr>
        <w:jc w:val="right"/>
      </w:pPr>
      <w:r>
        <w:t>نیا کپڑا نہیں خریدنا ہے۔ بچوں سے کہہ دینا ہے کہ ہم ہمارے اوپر ابھی لون ہے۔ تو ہم کپڑا نہیں بنوائیں گے تمہارے لیے۔ پرانے کپڑے جو تمہارے پاس ہیں اسی کو پہن کر تمہیں عید کرنا ہے۔ تو میں نے بہت کافی ان کو سمجھایا۔ تو گئے وہ۔ تو واقعی انہوں نے ایسے ہی کیا۔ بچے کچھ اپنے روئے، کچھ یہ کیا، کچھ وہ کیا۔</w:t>
      </w:r>
    </w:p>
    <w:p>
      <w:r>
        <w:rPr>
          <w:b/>
        </w:rPr>
        <w:t xml:space="preserve">[12:13] </w:t>
      </w:r>
      <w:r>
        <w:t>lekin unhon ne kaha ke bhai main to yani promise kar chuka hoon.</w:t>
      </w:r>
    </w:p>
    <w:p>
      <w:pPr>
        <w:jc w:val="right"/>
      </w:pPr>
      <w:r>
        <w:t>لیکن انہوں نے کہا کہ بھئی میں تو یعنی پرومس کر چکا ہوں۔</w:t>
      </w:r>
    </w:p>
    <w:p>
      <w:r>
        <w:rPr>
          <w:b/>
        </w:rPr>
        <w:t xml:space="preserve">[12:17] </w:t>
      </w:r>
      <w:r>
        <w:t>ab main kuch karne wala nahi hoon.</w:t>
      </w:r>
    </w:p>
    <w:p>
      <w:pPr>
        <w:jc w:val="right"/>
      </w:pPr>
      <w:r>
        <w:t>اب میں کچھ کرنے والا نہیں ہوں۔</w:t>
      </w:r>
    </w:p>
    <w:p>
      <w:r>
        <w:rPr>
          <w:b/>
        </w:rPr>
        <w:t xml:space="preserve">[12:20] </w:t>
      </w:r>
      <w:r>
        <w:t>ab dekhen kya hota hai.</w:t>
      </w:r>
    </w:p>
    <w:p>
      <w:pPr>
        <w:jc w:val="right"/>
      </w:pPr>
      <w:r>
        <w:t>اب دیکھیں کیا ہوتا ہے۔</w:t>
      </w:r>
    </w:p>
    <w:p>
      <w:r>
        <w:rPr>
          <w:b/>
        </w:rPr>
        <w:t xml:space="preserve">[12:23] </w:t>
      </w:r>
      <w:r>
        <w:t>right counseling ka faida kitna bada hota hai.</w:t>
      </w:r>
    </w:p>
    <w:p>
      <w:pPr>
        <w:jc w:val="right"/>
      </w:pPr>
      <w:r>
        <w:t>رائٹ کونسلنگ کا فائدہ کتنا بڑا ہوتا ہے۔</w:t>
      </w:r>
    </w:p>
    <w:p>
      <w:r>
        <w:rPr>
          <w:b/>
        </w:rPr>
        <w:t xml:space="preserve">[12:27] </w:t>
      </w:r>
      <w:r>
        <w:t>main ne un se yeh bhi kaha tha ke agar aap meri rai ko maan liya aap ne.</w:t>
      </w:r>
    </w:p>
    <w:p>
      <w:pPr>
        <w:jc w:val="right"/>
      </w:pPr>
      <w:r>
        <w:t>میں نے ان سے یہ بھی کہا تھا کہ اگر آپ میری رائے کو مان لیا آپ نے۔</w:t>
      </w:r>
    </w:p>
    <w:p>
      <w:r>
        <w:rPr>
          <w:b/>
        </w:rPr>
        <w:t xml:space="preserve">[12:30] </w:t>
      </w:r>
      <w:r>
        <w:t>us waqt to un ke pas telephone bhi nahi tha.</w:t>
      </w:r>
    </w:p>
    <w:p>
      <w:pPr>
        <w:jc w:val="right"/>
      </w:pPr>
      <w:r>
        <w:t>اس وقت تو ان کے پاس ٹیلی فون بھی نہیں تھا۔</w:t>
      </w:r>
    </w:p>
    <w:p>
      <w:r>
        <w:rPr>
          <w:b/>
        </w:rPr>
        <w:t xml:space="preserve">[12:34] </w:t>
      </w:r>
      <w:r>
        <w:t>aur gaadi ka to koi sawal hi nahin.</w:t>
      </w:r>
    </w:p>
    <w:p>
      <w:pPr>
        <w:jc w:val="right"/>
      </w:pPr>
      <w:r>
        <w:t>اور گاڑی کا تو کوئی سوال ہی نہیں۔</w:t>
      </w:r>
    </w:p>
    <w:p>
      <w:r>
        <w:rPr>
          <w:b/>
        </w:rPr>
        <w:t xml:space="preserve">[12:37] </w:t>
      </w:r>
      <w:r>
        <w:t>to main ne kaha aap ke paas telephone bhi ho jaye ga, aap ki gaadi bhi ho jaye gi.</w:t>
      </w:r>
    </w:p>
    <w:p>
      <w:pPr>
        <w:jc w:val="right"/>
      </w:pPr>
      <w:r>
        <w:t>تو میں نے کہا آپ کے پاس ٹیلی فون بھی ہو جائے گا، آپ کی گاڑی بھی ہو جائے گی۔</w:t>
      </w:r>
    </w:p>
    <w:p>
      <w:r>
        <w:rPr>
          <w:b/>
        </w:rPr>
        <w:t xml:space="preserve">[12:40] </w:t>
      </w:r>
      <w:r>
        <w:t>agar aap ne strictly</w:t>
      </w:r>
    </w:p>
    <w:p>
      <w:pPr>
        <w:jc w:val="right"/>
      </w:pPr>
      <w:r>
        <w:t>اگر آپ نے اسٹرکٹلی</w:t>
      </w:r>
    </w:p>
    <w:p>
      <w:r>
        <w:rPr>
          <w:b/>
        </w:rPr>
        <w:t xml:space="preserve">[12:44] </w:t>
      </w:r>
      <w:r>
        <w:t>meri advice ko follow kiya.</w:t>
      </w:r>
    </w:p>
    <w:p>
      <w:pPr>
        <w:jc w:val="right"/>
      </w:pPr>
      <w:r>
        <w:t>میری ایڈوائس کو فالو کیا۔</w:t>
      </w:r>
    </w:p>
    <w:p>
      <w:r>
        <w:rPr>
          <w:b/>
        </w:rPr>
        <w:t xml:space="preserve">[12:48] </w:t>
      </w:r>
      <w:r>
        <w:t>halankay is waqt bari anokhi baat thi.</w:t>
      </w:r>
    </w:p>
    <w:p>
      <w:pPr>
        <w:jc w:val="right"/>
      </w:pPr>
      <w:r>
        <w:t>حالانکہ اس وقت بڑی انوکھی بات تھی۔</w:t>
      </w:r>
    </w:p>
    <w:p>
      <w:r>
        <w:rPr>
          <w:b/>
        </w:rPr>
        <w:t xml:space="preserve">[12:52] </w:t>
      </w:r>
      <w:r>
        <w:t>jis aadmi ke paas mobile bhi na ho, us ko main keh raha hoon ke tumhare paas gaadi</w:t>
      </w:r>
    </w:p>
    <w:p>
      <w:pPr>
        <w:jc w:val="right"/>
      </w:pPr>
      <w:r>
        <w:t>جس آدمی کے پاس موبائل بھی نہ ہو، اس کو میں کہہ رہا ہوں کہ تمہارے پاس گاڑی</w:t>
      </w:r>
    </w:p>
    <w:p>
      <w:r>
        <w:rPr>
          <w:b/>
        </w:rPr>
        <w:t xml:space="preserve">[12:57] </w:t>
      </w:r>
      <w:r>
        <w:t>bhi ho jaye gi.</w:t>
      </w:r>
    </w:p>
    <w:p>
      <w:pPr>
        <w:jc w:val="right"/>
      </w:pPr>
      <w:r>
        <w:t>بھی ہو جائے گی۔</w:t>
      </w:r>
    </w:p>
    <w:p>
      <w:r>
        <w:rPr>
          <w:b/>
        </w:rPr>
        <w:t xml:space="preserve">[13:01] </w:t>
      </w:r>
      <w:r>
        <w:t>to bari anokhi baat thi yeh.</w:t>
      </w:r>
    </w:p>
    <w:p>
      <w:pPr>
        <w:jc w:val="right"/>
      </w:pPr>
      <w:r>
        <w:t>تو بڑی انوکھی بات تھی یہ۔</w:t>
      </w:r>
    </w:p>
    <w:p>
      <w:r>
        <w:rPr>
          <w:b/>
        </w:rPr>
        <w:t xml:space="preserve">[13:05] </w:t>
      </w:r>
      <w:r>
        <w:t>lekin main ne poore conviction ke sath kaha ke aap agar aap ne strictly follow kiya meri advice</w:t>
      </w:r>
    </w:p>
    <w:p>
      <w:pPr>
        <w:jc w:val="right"/>
      </w:pPr>
      <w:r>
        <w:t>لیکن میں نے پورے کنوکشن کے ساتھ کہا کہ آپ اگر آپ نے اسٹرکٹلی فالو کیا میری ایڈوائس</w:t>
      </w:r>
    </w:p>
    <w:p>
      <w:r>
        <w:rPr>
          <w:b/>
        </w:rPr>
        <w:t xml:space="preserve">[13:09] </w:t>
      </w:r>
      <w:r>
        <w:t>ko to aap dekhein ge is ka barical dekhein ge aap barical. Dekhein aik</w:t>
      </w:r>
    </w:p>
    <w:p>
      <w:pPr>
        <w:jc w:val="right"/>
      </w:pPr>
      <w:r>
        <w:t>کو تو آپ دیکھیں گے اس کا بریکل دیکھیں گے آپ بریکل۔ دیکھیں ایک</w:t>
      </w:r>
    </w:p>
    <w:p>
      <w:r>
        <w:rPr>
          <w:b/>
        </w:rPr>
        <w:t xml:space="preserve">[13:14] </w:t>
      </w:r>
      <w:r>
        <w:t>baat main batata hoon aap ko.</w:t>
      </w:r>
    </w:p>
    <w:p>
      <w:pPr>
        <w:jc w:val="right"/>
      </w:pPr>
      <w:r>
        <w:t>بات میں بتاتا ہوں آپ کو۔</w:t>
      </w:r>
    </w:p>
    <w:p>
      <w:r>
        <w:rPr>
          <w:b/>
        </w:rPr>
        <w:t xml:space="preserve">[13:18] </w:t>
      </w:r>
      <w:r>
        <w:t>har right counseling mein bohat se faiday chhupe hue hotay hain. Yaad rakhiye.</w:t>
      </w:r>
    </w:p>
    <w:p>
      <w:pPr>
        <w:jc w:val="right"/>
      </w:pPr>
      <w:r>
        <w:t>ہر رائٹ کونسلنگ میں بہت سے فائدے چھپے ہوئے ہوتے ہیں۔ یاد رکھیے۔</w:t>
      </w:r>
    </w:p>
    <w:p>
      <w:r>
        <w:rPr>
          <w:b/>
        </w:rPr>
        <w:t xml:space="preserve">[13:23] </w:t>
      </w:r>
      <w:r>
        <w:t>agar aap wrong counseling karein to is mein bohat se nuqsan chhupe hue hain.</w:t>
      </w:r>
    </w:p>
    <w:p>
      <w:pPr>
        <w:jc w:val="right"/>
      </w:pPr>
      <w:r>
        <w:t>اگر آپ رانگ کونسلنگ کریں تو اس میں بہت سے نقصان چھپے ہوئے ہیں۔</w:t>
      </w:r>
    </w:p>
    <w:p>
      <w:r>
        <w:rPr>
          <w:b/>
        </w:rPr>
        <w:t xml:space="preserve">[13:27] </w:t>
      </w:r>
      <w:r>
        <w:t>jaise jinho ne kaha ke aik aur loan le lo.</w:t>
      </w:r>
    </w:p>
    <w:p>
      <w:pPr>
        <w:jc w:val="right"/>
      </w:pPr>
      <w:r>
        <w:t>جیسے جنہوں نے کہا کہ ایک اور لون لے لو۔</w:t>
      </w:r>
    </w:p>
    <w:p>
      <w:r>
        <w:rPr>
          <w:b/>
        </w:rPr>
        <w:t xml:space="preserve">[13:31] </w:t>
      </w:r>
      <w:r>
        <w:t>aur ja kar ke woh le aao aur yahan becho.</w:t>
      </w:r>
    </w:p>
    <w:p>
      <w:pPr>
        <w:jc w:val="right"/>
      </w:pPr>
      <w:r>
        <w:t>اور جا کر کے وہ لے آؤ اور یہاں بیچو۔</w:t>
      </w:r>
    </w:p>
    <w:p>
      <w:r>
        <w:rPr>
          <w:b/>
        </w:rPr>
        <w:t xml:space="preserve">[13:36] </w:t>
      </w:r>
      <w:r>
        <w:t>to yeh aik bad advice thi.</w:t>
      </w:r>
    </w:p>
    <w:p>
      <w:pPr>
        <w:jc w:val="right"/>
      </w:pPr>
      <w:r>
        <w:t>تو یہ ایک بیڈ ایڈوائس تھی۔</w:t>
      </w:r>
    </w:p>
    <w:p>
      <w:r>
        <w:rPr>
          <w:b/>
        </w:rPr>
        <w:t xml:space="preserve">[13:40] </w:t>
      </w:r>
      <w:r>
        <w:t>yeh aik wrong counseling thi.</w:t>
      </w:r>
    </w:p>
    <w:p>
      <w:pPr>
        <w:jc w:val="right"/>
      </w:pPr>
      <w:r>
        <w:t>یہ ایک رانگ کونسلنگ تھی۔</w:t>
      </w:r>
    </w:p>
    <w:p>
      <w:r>
        <w:rPr>
          <w:b/>
        </w:rPr>
        <w:t xml:space="preserve">[13:45] </w:t>
      </w:r>
      <w:r>
        <w:t>is mein bohat se nuqsan.</w:t>
      </w:r>
    </w:p>
    <w:p>
      <w:pPr>
        <w:jc w:val="right"/>
      </w:pPr>
      <w:r>
        <w:t>اس میں بہت سے نقصان۔</w:t>
      </w:r>
    </w:p>
    <w:p>
      <w:r>
        <w:rPr>
          <w:b/>
        </w:rPr>
        <w:t xml:space="preserve">[13:48] </w:t>
      </w:r>
      <w:r>
        <w:t>wahan jayen ge, phir nuqsan uthayen ge.</w:t>
      </w:r>
    </w:p>
    <w:p>
      <w:pPr>
        <w:jc w:val="right"/>
      </w:pPr>
      <w:r>
        <w:t>وہاں جائیں گے، پھر نقصان اٹھائیں گے۔</w:t>
      </w:r>
    </w:p>
    <w:p>
      <w:r>
        <w:rPr>
          <w:b/>
        </w:rPr>
        <w:t xml:space="preserve">[13:51] </w:t>
      </w:r>
      <w:r>
        <w:t>blood pressure barhe ga.</w:t>
      </w:r>
    </w:p>
    <w:p>
      <w:pPr>
        <w:jc w:val="right"/>
      </w:pPr>
      <w:r>
        <w:t>بلڈ پریشر بڑھے گا۔</w:t>
      </w:r>
    </w:p>
    <w:p>
      <w:r>
        <w:rPr>
          <w:b/>
        </w:rPr>
        <w:t xml:space="preserve">[13:54] </w:t>
      </w:r>
      <w:r>
        <w:t>diabetic ho jayen ge.</w:t>
      </w:r>
    </w:p>
    <w:p>
      <w:pPr>
        <w:jc w:val="right"/>
      </w:pPr>
      <w:r>
        <w:t>ڈائبیٹک ہو جائیں گے۔</w:t>
      </w:r>
    </w:p>
    <w:p>
      <w:r>
        <w:rPr>
          <w:b/>
        </w:rPr>
        <w:t xml:space="preserve">[13:57] </w:t>
      </w:r>
      <w:r>
        <w:t>tension mein rahen ge.</w:t>
      </w:r>
    </w:p>
    <w:p>
      <w:pPr>
        <w:jc w:val="right"/>
      </w:pPr>
      <w:r>
        <w:t>ٹینشن میں رہیں گے۔</w:t>
      </w:r>
    </w:p>
    <w:p>
      <w:r>
        <w:rPr>
          <w:b/>
        </w:rPr>
        <w:t xml:space="preserve">[14:00] </w:t>
      </w:r>
      <w:r>
        <w:t>aur kya aur kya aur kya ho jaye ga.</w:t>
      </w:r>
    </w:p>
    <w:p>
      <w:pPr>
        <w:jc w:val="right"/>
      </w:pPr>
      <w:r>
        <w:t>اور کیا اور کیا اور کیا ہو جائے گا۔</w:t>
      </w:r>
    </w:p>
    <w:p>
      <w:r>
        <w:rPr>
          <w:b/>
        </w:rPr>
        <w:t xml:space="preserve">[14:03] </w:t>
      </w:r>
      <w:r>
        <w:t>to main mujhe zindagi mein bohat ziyada experience hua hai.</w:t>
      </w:r>
    </w:p>
    <w:p>
      <w:pPr>
        <w:jc w:val="right"/>
      </w:pPr>
      <w:r>
        <w:t>تو میں مجھے زندگی میں بہت زیادہ ایکسپیرینس ہوا ہے۔</w:t>
      </w:r>
    </w:p>
    <w:p>
      <w:r>
        <w:rPr>
          <w:b/>
        </w:rPr>
        <w:t xml:space="preserve">[14:06] </w:t>
      </w:r>
      <w:r>
        <w:t>shayad experience ki koi bhi yani koi bhi aisa experience nahi hai jo mujh ko na hua ho.</w:t>
      </w:r>
    </w:p>
    <w:p>
      <w:pPr>
        <w:jc w:val="right"/>
      </w:pPr>
      <w:r>
        <w:t>شاید ایکسپیرینس کی کوئی بھی یعنی کوئی بھی ایسا ایکسپیرینس نہیں ہے جو مجھ کو نہ ہوا ہو۔</w:t>
      </w:r>
    </w:p>
    <w:p>
      <w:r>
        <w:rPr>
          <w:b/>
        </w:rPr>
        <w:t xml:space="preserve">[14:09] </w:t>
      </w:r>
      <w:r>
        <w:t>is liye main zindagi ko bohat ziyada qareeb se jaanta hoon.</w:t>
      </w:r>
    </w:p>
    <w:p>
      <w:pPr>
        <w:jc w:val="right"/>
      </w:pPr>
      <w:r>
        <w:t>اس لیے میں زندگی کو بہت زیادہ قریب سے جانتا ہوں۔</w:t>
      </w:r>
    </w:p>
    <w:p>
      <w:r>
        <w:rPr>
          <w:b/>
        </w:rPr>
        <w:t xml:space="preserve">[14:12] </w:t>
      </w:r>
      <w:r>
        <w:t>to main jo yeh</w:t>
      </w:r>
    </w:p>
    <w:p>
      <w:pPr>
        <w:jc w:val="right"/>
      </w:pPr>
      <w:r>
        <w:t>تو میں جو یہ</w:t>
      </w:r>
    </w:p>
    <w:p>
      <w:r>
        <w:rPr>
          <w:b/>
        </w:rPr>
        <w:t xml:space="preserve">[14:15] </w:t>
      </w:r>
      <w:r>
        <w:t>keh raha hoon ke agar aap kisi ko right advice dein to aap ne us ko bohat sari</w:t>
      </w:r>
    </w:p>
    <w:p>
      <w:pPr>
        <w:jc w:val="right"/>
      </w:pPr>
      <w:r>
        <w:t>کہہ رہا ہوں کہ اگر آپ کسی کو رائٹ ایڈوائس دیں تو آپ نے اس کو بہت ساری</w:t>
      </w:r>
    </w:p>
    <w:p>
      <w:r>
        <w:rPr>
          <w:b/>
        </w:rPr>
        <w:t xml:space="preserve">[14:18] </w:t>
      </w:r>
      <w:r>
        <w:t>aur aur baaton bata dein aap ko.</w:t>
      </w:r>
    </w:p>
    <w:p>
      <w:pPr>
        <w:jc w:val="right"/>
      </w:pPr>
      <w:r>
        <w:t>اور اور باتوں بتا دیں آپ کو۔</w:t>
      </w:r>
    </w:p>
    <w:p>
      <w:r>
        <w:rPr>
          <w:b/>
        </w:rPr>
        <w:t xml:space="preserve">[14:22] </w:t>
      </w:r>
      <w:r>
        <w:t>wohi main aap ko batata hoon kya hua.</w:t>
      </w:r>
    </w:p>
    <w:p>
      <w:pPr>
        <w:jc w:val="right"/>
      </w:pPr>
      <w:r>
        <w:t>وہی میں آپ کو بتاتا ہوں کیا ہوا۔</w:t>
      </w:r>
    </w:p>
    <w:p>
      <w:r>
        <w:rPr>
          <w:b/>
        </w:rPr>
        <w:t xml:space="preserve">[14:26] </w:t>
      </w:r>
      <w:r>
        <w:t>ab yeh aadmi gaye wapas.</w:t>
      </w:r>
    </w:p>
    <w:p>
      <w:pPr>
        <w:jc w:val="right"/>
      </w:pPr>
      <w:r>
        <w:t>اب یہ آدمی گئے واپس۔</w:t>
      </w:r>
    </w:p>
    <w:p>
      <w:r>
        <w:rPr>
          <w:b/>
        </w:rPr>
        <w:t xml:space="preserve">[14:30] </w:t>
      </w:r>
      <w:r>
        <w:t>unhon ne ghar mein keh diya ke bhai dekho bhai hum ne promise kar liya hai.</w:t>
      </w:r>
    </w:p>
    <w:p>
      <w:pPr>
        <w:jc w:val="right"/>
      </w:pPr>
      <w:r>
        <w:t>انہوں نے گھر میں کہہ دیا کہ بھئی دیکھو بھئی ہم نے پرومس کر لیا ہے۔</w:t>
      </w:r>
    </w:p>
    <w:p>
      <w:r>
        <w:rPr>
          <w:b/>
        </w:rPr>
        <w:t xml:space="preserve">[14:34] </w:t>
      </w:r>
      <w:r>
        <w:t>aur hum kuch nahi karne wale hain eid mein.</w:t>
      </w:r>
    </w:p>
    <w:p>
      <w:pPr>
        <w:jc w:val="right"/>
      </w:pPr>
      <w:r>
        <w:t>اور ہم کچھ نہیں کرنے والے ہیں عید میں۔</w:t>
      </w:r>
    </w:p>
    <w:p>
      <w:r>
        <w:rPr>
          <w:b/>
        </w:rPr>
        <w:t xml:space="preserve">[14:38] </w:t>
      </w:r>
      <w:r>
        <w:t>hum ko aise hi eid batana hai.</w:t>
      </w:r>
    </w:p>
    <w:p>
      <w:pPr>
        <w:jc w:val="right"/>
      </w:pPr>
      <w:r>
        <w:t>ہم کو ایسے ہی عید بتانا ہے۔</w:t>
      </w:r>
    </w:p>
    <w:p>
      <w:r>
        <w:rPr>
          <w:b/>
        </w:rPr>
        <w:t xml:space="preserve">[14:42] </w:t>
      </w:r>
      <w:r>
        <w:t>ab dekhein is ka asar kya hua.</w:t>
      </w:r>
    </w:p>
    <w:p>
      <w:pPr>
        <w:jc w:val="right"/>
      </w:pPr>
      <w:r>
        <w:t>اب دیکھیں اس کا اثر کیا ہوا۔</w:t>
      </w:r>
    </w:p>
    <w:p>
      <w:r>
        <w:rPr>
          <w:b/>
        </w:rPr>
        <w:t xml:space="preserve">[14:46] </w:t>
      </w:r>
      <w:r>
        <w:t>un ka jo bara bachcha tha us ne socha. socha, socha, socha, socha. us ne yeh rai banai ke mujhe kuch kamai karna hai taake mere baap ko main support de sakoon. lekin right advice ka aap ka aap right advice ka barcal dekhen. to main ne un se sirf yeh kaha tha ke aap simple life banaiye apni. apne expenses ko ghataiye. lekin is mein ek aur baat nikal aa</w:t>
      </w:r>
    </w:p>
    <w:p>
      <w:pPr>
        <w:jc w:val="right"/>
      </w:pPr>
      <w:r>
        <w:t>ان کا جو بڑا بچہ تھا اس نے سوچا۔ سوچا، سوچا، سوچا، سوچا۔ اس نے یہ رائے بنائی کہ مجھے کچھ کمائی کرنا ہے تاکہ میرے باپ کو میں سپورٹ دے سکوں۔ لیکن رائٹ ایڈوائس کا آپ کا آپ رائٹ ایڈوائس کا بریکل دیکھئے۔ تو میں نے ان سے صرف یہ کہا تھا کہ آپ سمپل لائف بنائیے اپنی۔ اپنے ایکسپینسز کو گھٹائیے۔ لیکن اس میں ایک اور بات نکل آ</w:t>
      </w:r>
    </w:p>
    <w:p>
      <w:r>
        <w:rPr>
          <w:b/>
        </w:rPr>
        <w:t xml:space="preserve">[15:16] </w:t>
      </w:r>
      <w:r>
        <w:t>yi. har right advice ke bohat se positive effect hote hain. yaad rakhiye. har wrong advice ke bohat se bad effect hote hain. aur har right advice ke bohat se positive effect hote hain. yeh ek universal law hai. jab chahen aap ka kar ke dekh lijiye. ab dekhen kya hua. un ke</w:t>
      </w:r>
    </w:p>
    <w:p>
      <w:pPr>
        <w:jc w:val="right"/>
      </w:pPr>
      <w:r>
        <w:t>ئی۔ ہر رائٹ ایڈوائس کے بہت سے پازیٹیو ایفیکٹ ہوتے ہیں۔ یاد رکھیے۔ ہر رانگ ایڈوائس کے بہت سے بیڈ ایفیکٹ ہوتے ہیں۔ اور ہر رائٹ ایڈوائس کے بہت سے پازیٹیو ایفیکٹ ہوتے ہیں۔ یہ ایک یونیورسل لاء ہے۔ جب چاہیں آپ کا کر کے دیکھ لیجئے۔ اب دیکھیں کیا ہوا۔ ان کے</w:t>
      </w:r>
    </w:p>
    <w:p>
      <w:r>
        <w:rPr>
          <w:b/>
        </w:rPr>
        <w:t xml:space="preserve">[15:46] </w:t>
      </w:r>
      <w:r>
        <w:t>baray ladke ne tay kiya ke mujhe kuch kaam karna hai.</w:t>
      </w:r>
    </w:p>
    <w:p>
      <w:pPr>
        <w:jc w:val="right"/>
      </w:pPr>
      <w:r>
        <w:t>بڑے لڑکے نے طے کیا کہ مجھے کچھ کام کرنا ہے۔</w:t>
      </w:r>
    </w:p>
    <w:p>
      <w:r>
        <w:rPr>
          <w:b/>
        </w:rPr>
        <w:t xml:space="preserve">[15:51] </w:t>
      </w:r>
      <w:r>
        <w:t>ab is ki samajh mein nahi aaya koi ziyada investment to kar nahi sakta tha woh.</w:t>
      </w:r>
    </w:p>
    <w:p>
      <w:pPr>
        <w:jc w:val="right"/>
      </w:pPr>
      <w:r>
        <w:t>اب اس کی سمجھ میں نہیں آیا کوئی زیادہ انویسٹمنٹ تو کر نہیں سکتا تھا وہ۔</w:t>
      </w:r>
    </w:p>
    <w:p>
      <w:r>
        <w:rPr>
          <w:b/>
        </w:rPr>
        <w:t xml:space="preserve">[15:56] </w:t>
      </w:r>
      <w:r>
        <w:t>to is ne woh laga liya.</w:t>
      </w:r>
    </w:p>
    <w:p>
      <w:pPr>
        <w:jc w:val="right"/>
      </w:pPr>
      <w:r>
        <w:t>تو اس نے وہ لگا لیا۔</w:t>
      </w:r>
    </w:p>
    <w:p>
      <w:r>
        <w:rPr>
          <w:b/>
        </w:rPr>
        <w:t xml:space="preserve">[16:01] </w:t>
      </w:r>
      <w:r>
        <w:t>jo shayad public call office kehte hain kya kehte hain is ko.</w:t>
      </w:r>
    </w:p>
    <w:p>
      <w:pPr>
        <w:jc w:val="right"/>
      </w:pPr>
      <w:r>
        <w:t>جو شاید پبلک کال آفس کہتے ہیں کیا کہتے ہیں اس کو۔</w:t>
      </w:r>
    </w:p>
    <w:p>
      <w:r>
        <w:rPr>
          <w:b/>
        </w:rPr>
        <w:t xml:space="preserve">[16:06] </w:t>
      </w:r>
      <w:r>
        <w:t>ke woh telephone aa kar karte hain log aur is ka paisa milta hai.</w:t>
      </w:r>
    </w:p>
    <w:p>
      <w:pPr>
        <w:jc w:val="right"/>
      </w:pPr>
      <w:r>
        <w:t>کہ وہ ٹیلی فون آ کر کرتے ہیں لوگ اور اس کا پیسہ ملتا ہے۔</w:t>
      </w:r>
    </w:p>
    <w:p>
      <w:r>
        <w:rPr>
          <w:b/>
        </w:rPr>
        <w:t xml:space="preserve">[16:12] </w:t>
      </w:r>
      <w:r>
        <w:t>to is ne laga liya telephone ka counter</w:t>
      </w:r>
    </w:p>
    <w:p>
      <w:pPr>
        <w:jc w:val="right"/>
      </w:pPr>
      <w:r>
        <w:t>تو اس نے لگا لیا ٹیلی فون کا کاؤنٹر</w:t>
      </w:r>
    </w:p>
    <w:p>
      <w:r>
        <w:rPr>
          <w:b/>
        </w:rPr>
        <w:t xml:space="preserve">[16:17] </w:t>
      </w:r>
      <w:r>
        <w:t>—</w:t>
      </w:r>
    </w:p>
    <w:p>
      <w:pPr>
        <w:jc w:val="right"/>
      </w:pPr>
      <w:r>
        <w:t>۔</w:t>
      </w:r>
    </w:p>
    <w:p>
      <w:r>
        <w:rPr>
          <w:b/>
        </w:rPr>
        <w:t xml:space="preserve">[16:21] </w:t>
      </w:r>
      <w:r>
        <w:t>ab woh ittefaq se aisi jagah par mil gayi is ko.</w:t>
      </w:r>
    </w:p>
    <w:p>
      <w:pPr>
        <w:jc w:val="right"/>
      </w:pPr>
      <w:r>
        <w:t>اب وہ اتفاق سے ایسی جگہ پر مل گئی اس کو۔</w:t>
      </w:r>
    </w:p>
    <w:p>
      <w:r>
        <w:rPr>
          <w:b/>
        </w:rPr>
        <w:t xml:space="preserve">[16:24] </w:t>
      </w:r>
      <w:r>
        <w:t>jo choti si thi lekin aisa is ka aisi locality thi ke subah se shaam tak aur</w:t>
      </w:r>
    </w:p>
    <w:p>
      <w:pPr>
        <w:jc w:val="right"/>
      </w:pPr>
      <w:r>
        <w:t>جو چھوٹی سی تھی لیکن ایسا اس کا ایسی لوکیلٹی تھی کہ کہ صبح سے شام تک اور</w:t>
      </w:r>
    </w:p>
    <w:p>
      <w:r>
        <w:rPr>
          <w:b/>
        </w:rPr>
        <w:t xml:space="preserve">[16:28] </w:t>
      </w:r>
      <w:r>
        <w:t>shaam se subah tak is ke paas log aane lage.</w:t>
      </w:r>
    </w:p>
    <w:p>
      <w:pPr>
        <w:jc w:val="right"/>
      </w:pPr>
      <w:r>
        <w:t>شام سے صبح تک اس کے پاس لوگ آنے لگے۔</w:t>
      </w:r>
    </w:p>
    <w:p>
      <w:r>
        <w:rPr>
          <w:b/>
        </w:rPr>
        <w:t xml:space="preserve">[16:32] </w:t>
      </w:r>
      <w:r>
        <w:t>aas paas mein koi tha nahi.</w:t>
      </w:r>
    </w:p>
    <w:p>
      <w:pPr>
        <w:jc w:val="right"/>
      </w:pPr>
      <w:r>
        <w:t>آس پاس میں کوئی تھا نہیں۔</w:t>
      </w:r>
    </w:p>
    <w:p>
      <w:r>
        <w:rPr>
          <w:b/>
        </w:rPr>
        <w:t xml:space="preserve">[16:36] </w:t>
      </w:r>
      <w:r>
        <w:t>ab is ka kaam bohat jaldi chal gaya.</w:t>
      </w:r>
    </w:p>
    <w:p>
      <w:pPr>
        <w:jc w:val="right"/>
      </w:pPr>
      <w:r>
        <w:t>اب اس کا کام بہت جلدی چل گیا۔</w:t>
      </w:r>
    </w:p>
    <w:p>
      <w:r>
        <w:rPr>
          <w:b/>
        </w:rPr>
        <w:t xml:space="preserve">[16:40] </w:t>
      </w:r>
      <w:r>
        <w:t>itna chal gaya aur is ko khud is ke kaam ke liye jana padta tha doosri doosri jagah.</w:t>
      </w:r>
    </w:p>
    <w:p>
      <w:pPr>
        <w:jc w:val="right"/>
      </w:pPr>
      <w:r>
        <w:t>اتنا چل گیا اور اس کو خود اس کے کام کے لیے جانا پڑتا تھا دوسری دوسری جگہ۔</w:t>
      </w:r>
    </w:p>
    <w:p>
      <w:r>
        <w:rPr>
          <w:b/>
        </w:rPr>
        <w:t xml:space="preserve">[16:43] </w:t>
      </w:r>
      <w:r>
        <w:t>to is ne ek second ek ek</w:t>
      </w:r>
    </w:p>
    <w:p>
      <w:pPr>
        <w:jc w:val="right"/>
      </w:pPr>
      <w:r>
        <w:t>تو اس نے ایک سیکنڈ ایک ایک</w:t>
      </w:r>
    </w:p>
    <w:p>
      <w:r>
        <w:rPr>
          <w:b/>
        </w:rPr>
        <w:t xml:space="preserve">[16:47] </w:t>
      </w:r>
      <w:r>
        <w:t>second hand car bhi khareed li. ab un ke paas ghar par kai kai telephone hain. aur car bhi ho gayi hai. to bohat hi khush hain woh bohat hi khush hain. to main yeh keh raha hoon ke har aadmi khwamkhwah counseling karne lagta hai. jhooti counseling. aur is mein yani woh to counseling kar ke</w:t>
      </w:r>
    </w:p>
    <w:p>
      <w:pPr>
        <w:jc w:val="right"/>
      </w:pPr>
      <w:r>
        <w:t>سیکنڈ ہینڈ کار بھی خرید لی۔ اب ان کے پاس گھر پر کئی کئی ٹیلی فون ہیں۔ اور کار بھی ہو گئی ہے۔ تو بہت ہی خوش ہیں وہ بہت ہی خوش ہیں۔ تو میں یہ کہہ رہا ہوں کہ ہر آدمی خوامخواہ کونسلنگ کرنے لگتا ہے۔ جھوٹی کونسلنگ۔ اور اس میں یعنی وہ تو کونسلنگ کر کے</w:t>
      </w:r>
    </w:p>
    <w:p>
      <w:r>
        <w:rPr>
          <w:b/>
        </w:rPr>
        <w:t xml:space="preserve">[17:17] </w:t>
      </w:r>
      <w:r>
        <w:t>alag ho gaya.</w:t>
      </w:r>
    </w:p>
    <w:p>
      <w:pPr>
        <w:jc w:val="right"/>
      </w:pPr>
      <w:r>
        <w:t>الگ ہو گیا۔</w:t>
      </w:r>
    </w:p>
    <w:p>
      <w:r>
        <w:rPr>
          <w:b/>
        </w:rPr>
        <w:t xml:space="preserve">[17:21] </w:t>
      </w:r>
      <w:r>
        <w:t>aur doosra aadmi jo hai woh phans gaya.</w:t>
      </w:r>
    </w:p>
    <w:p>
      <w:pPr>
        <w:jc w:val="right"/>
      </w:pPr>
      <w:r>
        <w:t>اور دوسرا آدمی جو ہے وہ پھنس گیا۔</w:t>
      </w:r>
    </w:p>
    <w:p>
      <w:r>
        <w:rPr>
          <w:b/>
        </w:rPr>
        <w:t xml:space="preserve">[17:24] </w:t>
      </w:r>
      <w:r>
        <w:t>is mein aik be-e'temadi yeh paida hoti hai.</w:t>
      </w:r>
    </w:p>
    <w:p>
      <w:pPr>
        <w:jc w:val="right"/>
      </w:pPr>
      <w:r>
        <w:t>اس میں ایک بے اعتمادی یہ پیدا ہوتی ہے۔</w:t>
      </w:r>
    </w:p>
    <w:p>
      <w:r>
        <w:rPr>
          <w:b/>
        </w:rPr>
        <w:t xml:space="preserve">[17:28] </w:t>
      </w:r>
      <w:r>
        <w:t>logon ko itne tajurbe hue hain jhoote mashwaron ke jhooti counseling ke ke logon ko aik doosre par</w:t>
      </w:r>
    </w:p>
    <w:p>
      <w:pPr>
        <w:jc w:val="right"/>
      </w:pPr>
      <w:r>
        <w:t>لوگوں کو اتنے تجربے ہوئے ہیں جھوٹے مشوروں کے جھوٹی کونسلنگ کے کہ لوگوں کو ایک دوسرے پر</w:t>
      </w:r>
    </w:p>
    <w:p>
      <w:r>
        <w:rPr>
          <w:b/>
        </w:rPr>
        <w:t xml:space="preserve">[17:31] </w:t>
      </w:r>
      <w:r>
        <w:t>e'temad nahin raha.</w:t>
      </w:r>
    </w:p>
    <w:p>
      <w:pPr>
        <w:jc w:val="right"/>
      </w:pPr>
      <w:r>
        <w:t>اعتماد نہیں رہا۔</w:t>
      </w:r>
    </w:p>
    <w:p>
      <w:r>
        <w:rPr>
          <w:b/>
        </w:rPr>
        <w:t xml:space="preserve">[17:35] </w:t>
      </w:r>
      <w:r>
        <w:t>trust nahin karte trust ke pata nahin kya keh de yeh.</w:t>
      </w:r>
    </w:p>
    <w:p>
      <w:pPr>
        <w:jc w:val="right"/>
      </w:pPr>
      <w:r>
        <w:t>ٹرسٹ نہیں کرتے ٹرسٹ کہ پتہ نہیں کیا کہہ دے یہ۔</w:t>
      </w:r>
    </w:p>
    <w:p>
      <w:r>
        <w:rPr>
          <w:b/>
        </w:rPr>
        <w:t xml:space="preserve">[17:38] </w:t>
      </w:r>
      <w:r>
        <w:t>mujhe yaad hai ke Adam Garh mein aik jagah Adam Garh mein aik baar mein railway station par tha.</w:t>
      </w:r>
    </w:p>
    <w:p>
      <w:pPr>
        <w:jc w:val="right"/>
      </w:pPr>
      <w:r>
        <w:t>مجھے یاد ہے کہ آدم گڑھ میں ایک جگہ آدم گڑھ میں ایک بار میں ریلوے اسٹیشن پر تھا۔</w:t>
      </w:r>
    </w:p>
    <w:p>
      <w:r>
        <w:rPr>
          <w:b/>
        </w:rPr>
        <w:t xml:space="preserve">[17:42] </w:t>
      </w:r>
      <w:r>
        <w:t>mujhe kahin jaana tha.</w:t>
      </w:r>
    </w:p>
    <w:p>
      <w:pPr>
        <w:jc w:val="right"/>
      </w:pPr>
      <w:r>
        <w:t>مجھے کہیں جانا تھا۔</w:t>
      </w:r>
    </w:p>
    <w:p>
      <w:r>
        <w:rPr>
          <w:b/>
        </w:rPr>
        <w:t xml:space="preserve">[17:45] </w:t>
      </w:r>
      <w:r>
        <w:t>to ticket lene ke liye mein window par gaya.</w:t>
      </w:r>
    </w:p>
    <w:p>
      <w:pPr>
        <w:jc w:val="right"/>
      </w:pPr>
      <w:r>
        <w:t>تو ٹکٹ لینے کے لیے میں ونڈو پر گیا۔</w:t>
      </w:r>
    </w:p>
    <w:p>
      <w:r>
        <w:rPr>
          <w:b/>
        </w:rPr>
        <w:t xml:space="preserve">[17:49] </w:t>
      </w:r>
      <w:r>
        <w:t>wahan par ek dehati aadmi aaya tha ticket lene ke liye. to us ke pura haath jo hai us ke razgari yani change yani note nahi thi us ke paas. toote paise the to ab bhare hue tha. to jab us ne diya us ko counter par clerk ko to us ne daant diya us ko ke hum kab tak ginenge is ko? kab tak</w:t>
      </w:r>
    </w:p>
    <w:p>
      <w:pPr>
        <w:jc w:val="right"/>
      </w:pPr>
      <w:r>
        <w:t>وہاں پر ایک دیہاتی آدمی آیا تھا ٹکٹ لینے کے لیے۔ تو اس کے پورا ہاتھ جو ہے اس کے ریزگاری یعنی چینج یعنی نوٹ نہیں تھی اس کے پاس۔ ٹوٹے پیسے تھے تو اب بھرے ہوئے تھا۔ تو جب اس نے دیا اس کو کاؤنٹر پر کلرک کو تو اس نے ڈانٹ دیا اس کو کہ ہم کب تک گنیں گے اس کو؟ کب تک</w:t>
      </w:r>
    </w:p>
    <w:p>
      <w:r>
        <w:rPr>
          <w:b/>
        </w:rPr>
        <w:t xml:space="preserve">[18:19] </w:t>
      </w:r>
      <w:r>
        <w:t>ginen ge is ko? le jao.</w:t>
      </w:r>
    </w:p>
    <w:p>
      <w:pPr>
        <w:jc w:val="right"/>
      </w:pPr>
      <w:r>
        <w:t>گنیں گے اس کو؟ لے جاؤ۔</w:t>
      </w:r>
    </w:p>
    <w:p>
      <w:r>
        <w:rPr>
          <w:b/>
        </w:rPr>
        <w:t xml:space="preserve">[18:24] </w:t>
      </w:r>
      <w:r>
        <w:t>ab woh bahar nikla to mein wahan khara tha.</w:t>
      </w:r>
    </w:p>
    <w:p>
      <w:pPr>
        <w:jc w:val="right"/>
      </w:pPr>
      <w:r>
        <w:t>اب وہ باہر نکلا تو میں وہاں کھڑا تھا۔</w:t>
      </w:r>
    </w:p>
    <w:p>
      <w:r>
        <w:rPr>
          <w:b/>
        </w:rPr>
        <w:t xml:space="preserve">[18:29] </w:t>
      </w:r>
      <w:r>
        <w:t>to mein ne socha ke yeh kahan jaega pata nahin.</w:t>
      </w:r>
    </w:p>
    <w:p>
      <w:pPr>
        <w:jc w:val="right"/>
      </w:pPr>
      <w:r>
        <w:t>تو میں نے سوچا کہ یہ کہاں جائے گا پتہ نہیں۔</w:t>
      </w:r>
    </w:p>
    <w:p>
      <w:r>
        <w:rPr>
          <w:b/>
        </w:rPr>
        <w:t xml:space="preserve">[18:34] </w:t>
      </w:r>
      <w:r>
        <w:t>to mein ne jeib se nikala roopeya note ke bhai yeh note le lo woh mujhe de do.</w:t>
      </w:r>
    </w:p>
    <w:p>
      <w:pPr>
        <w:jc w:val="right"/>
      </w:pPr>
      <w:r>
        <w:t>تو میں نے جیب سے نکالا روپیہ نوٹ کہ بھئی یہ نوٹ لے لو وہ مجھے دے دو۔</w:t>
      </w:r>
    </w:p>
    <w:p>
      <w:r>
        <w:rPr>
          <w:b/>
        </w:rPr>
        <w:t xml:space="preserve">[18:39] </w:t>
      </w:r>
      <w:r>
        <w:t>to idhar udhar dekha us ne aur bhaag gaya is ke baad.</w:t>
      </w:r>
    </w:p>
    <w:p>
      <w:pPr>
        <w:jc w:val="right"/>
      </w:pPr>
      <w:r>
        <w:t>تو ادھر ادھر دیکھا اس نے اور بھاگ گیا اس کے بعد۔</w:t>
      </w:r>
    </w:p>
    <w:p>
      <w:r>
        <w:rPr>
          <w:b/>
        </w:rPr>
        <w:t xml:space="preserve">[18:45] </w:t>
      </w:r>
      <w:r>
        <w:t>kyun samjha ke is ne pata nahin yeh koi galat aadmi ho.</w:t>
      </w:r>
    </w:p>
    <w:p>
      <w:pPr>
        <w:jc w:val="right"/>
      </w:pPr>
      <w:r>
        <w:t>کیوں سمجھا کہ اس نے پتہ نہیں یہ کوئی غلط آدمی ہو۔</w:t>
      </w:r>
    </w:p>
    <w:p>
      <w:r>
        <w:rPr>
          <w:b/>
        </w:rPr>
        <w:t xml:space="preserve">[18:50] </w:t>
      </w:r>
      <w:r>
        <w:t>mera paisa bhi le le aur jhoota jaali note mujhe de de.</w:t>
      </w:r>
    </w:p>
    <w:p>
      <w:pPr>
        <w:jc w:val="right"/>
      </w:pPr>
      <w:r>
        <w:t>میرا پیسہ بھی لے لے اور جھوٹا جعلی نوٹ مجھے دے دے۔</w:t>
      </w:r>
    </w:p>
    <w:p>
      <w:r>
        <w:rPr>
          <w:b/>
        </w:rPr>
        <w:t xml:space="preserve">[18:53] </w:t>
      </w:r>
      <w:r>
        <w:t>to trust uth gaya hai.</w:t>
      </w:r>
    </w:p>
    <w:p>
      <w:pPr>
        <w:jc w:val="right"/>
      </w:pPr>
      <w:r>
        <w:t>تو ٹرسٹ اٹھ گیا ہے۔</w:t>
      </w:r>
    </w:p>
    <w:p>
      <w:r>
        <w:rPr>
          <w:b/>
        </w:rPr>
        <w:t xml:space="preserve">[18:57] </w:t>
      </w:r>
      <w:r>
        <w:t>ab dekhen ke jo mein ne kaha ke wrong advice se bohat se nuqsan hote hain koi aik nahin.</w:t>
      </w:r>
    </w:p>
    <w:p>
      <w:pPr>
        <w:jc w:val="right"/>
      </w:pPr>
      <w:r>
        <w:t>اب دیکھیں کہ جو میں نے کہا کہ رانگ ایڈوائس سے بہت سے نقصانات ہوتے ہیں کوئی ایک نہیں۔</w:t>
      </w:r>
    </w:p>
    <w:p>
      <w:r>
        <w:rPr>
          <w:b/>
        </w:rPr>
        <w:t xml:space="preserve">[19:01] </w:t>
      </w:r>
      <w:r>
        <w:t>ab is mein dekhen ab trust uth gaya.</w:t>
      </w:r>
    </w:p>
    <w:p>
      <w:pPr>
        <w:jc w:val="right"/>
      </w:pPr>
      <w:r>
        <w:t>اب اس میں دیکھیں اب ٹرسٹ اٹھ گیا۔</w:t>
      </w:r>
    </w:p>
    <w:p>
      <w:r>
        <w:rPr>
          <w:b/>
        </w:rPr>
        <w:t xml:space="preserve">[19:05] </w:t>
      </w:r>
      <w:r>
        <w:t>society mein aik doosre par trust nahin raha.</w:t>
      </w:r>
    </w:p>
    <w:p>
      <w:pPr>
        <w:jc w:val="right"/>
      </w:pPr>
      <w:r>
        <w:t>سوسائٹی میں ایک دوسرے پر ٹرسٹ نہیں رہا۔</w:t>
      </w:r>
    </w:p>
    <w:p>
      <w:r>
        <w:rPr>
          <w:b/>
        </w:rPr>
        <w:t xml:space="preserve">[19:09] </w:t>
      </w:r>
      <w:r>
        <w:t>kyun ke log wrong advice dete rehte hain har waqt.</w:t>
      </w:r>
    </w:p>
    <w:p>
      <w:pPr>
        <w:jc w:val="right"/>
      </w:pPr>
      <w:r>
        <w:t>کیوں کہ لوگ رانگ ایڈوائس دیتے رہتے ہیں ہر وقت۔</w:t>
      </w:r>
    </w:p>
    <w:p>
      <w:r>
        <w:rPr>
          <w:b/>
        </w:rPr>
        <w:t xml:space="preserve">[19:12] </w:t>
      </w:r>
      <w:r>
        <w:t>kyun ke dekhen jar mein kya hai.</w:t>
      </w:r>
    </w:p>
    <w:p>
      <w:pPr>
        <w:jc w:val="right"/>
      </w:pPr>
      <w:r>
        <w:t>کیوں کہ دیکھیں جڑ میں کیا ہے۔</w:t>
      </w:r>
    </w:p>
    <w:p>
      <w:r>
        <w:rPr>
          <w:b/>
        </w:rPr>
        <w:t xml:space="preserve">[19:16] </w:t>
      </w:r>
      <w:r>
        <w:t>logon ko aik doosre se mohabbat nahin hai.</w:t>
      </w:r>
    </w:p>
    <w:p>
      <w:pPr>
        <w:jc w:val="right"/>
      </w:pPr>
      <w:r>
        <w:t>لوگوں کو ایک دوسرے سے محبت نہیں ہے۔</w:t>
      </w:r>
    </w:p>
    <w:p>
      <w:r>
        <w:rPr>
          <w:b/>
        </w:rPr>
        <w:t xml:space="preserve">[19:20] </w:t>
      </w:r>
      <w:r>
        <w:t>log aik doosre ke khair khwah nahin hain.</w:t>
      </w:r>
    </w:p>
    <w:p>
      <w:pPr>
        <w:jc w:val="right"/>
      </w:pPr>
      <w:r>
        <w:t>لوگ ایک دوسرے کے خیر خواہ نہیں ہیں۔</w:t>
      </w:r>
    </w:p>
    <w:p>
      <w:r>
        <w:rPr>
          <w:b/>
        </w:rPr>
        <w:t xml:space="preserve">[19:26] </w:t>
      </w:r>
      <w:r>
        <w:t>logon ke dilon mein aik doosre ke liye woh nahin hai.</w:t>
      </w:r>
    </w:p>
    <w:p>
      <w:pPr>
        <w:jc w:val="right"/>
      </w:pPr>
      <w:r>
        <w:t>لوگوں کے دلوں میں ایک دوسرے کے لیے وہ نہیں ہے۔</w:t>
      </w:r>
    </w:p>
    <w:p>
      <w:r>
        <w:rPr>
          <w:b/>
        </w:rPr>
        <w:t xml:space="preserve">[19:32] </w:t>
      </w:r>
      <w:r>
        <w:t>yaani log balbashar nahin hain aik doosre ko.</w:t>
      </w:r>
    </w:p>
    <w:p>
      <w:pPr>
        <w:jc w:val="right"/>
      </w:pPr>
      <w:r>
        <w:t>یعنی لوگ بلبشر نہیں ہیں ایک دوسرے کو۔</w:t>
      </w:r>
    </w:p>
    <w:p>
      <w:r>
        <w:rPr>
          <w:b/>
        </w:rPr>
        <w:t xml:space="preserve">[19:38] </w:t>
      </w:r>
      <w:r>
        <w:t>to kuch bhi keh dete hain bas.</w:t>
      </w:r>
    </w:p>
    <w:p>
      <w:pPr>
        <w:jc w:val="right"/>
      </w:pPr>
      <w:r>
        <w:t>تو کچھ بھی کہہ دیتے ہیں بس۔</w:t>
      </w:r>
    </w:p>
    <w:p>
      <w:r>
        <w:rPr>
          <w:b/>
        </w:rPr>
        <w:t xml:space="preserve">[19:44] </w:t>
      </w:r>
      <w:r>
        <w:t>kuch bhi keh dete hain.</w:t>
      </w:r>
    </w:p>
    <w:p>
      <w:pPr>
        <w:jc w:val="right"/>
      </w:pPr>
      <w:r>
        <w:t>کچھ بھی کہہ دیتے ہیں۔</w:t>
      </w:r>
    </w:p>
    <w:p>
      <w:r>
        <w:rPr>
          <w:b/>
        </w:rPr>
        <w:t xml:space="preserve">[19:50] </w:t>
      </w:r>
      <w:r>
        <w:t>to bar bar log bhagtate hain bhagtate bhagtate logon ka trust uth gaya logon se trust.</w:t>
      </w:r>
    </w:p>
    <w:p>
      <w:pPr>
        <w:jc w:val="right"/>
      </w:pPr>
      <w:r>
        <w:t>تو بار بار لوگ بھگتتے ہیں بھگتتے بھگتتے لوگوں کا ٹرسٹ اٹھ گیا لوگوں سے ٹرسٹ۔</w:t>
      </w:r>
    </w:p>
    <w:p>
      <w:r>
        <w:rPr>
          <w:b/>
        </w:rPr>
        <w:t xml:space="preserve">[19:57] </w:t>
      </w:r>
      <w:r>
        <w:t>quran mein hai ke amruhum shura baynahum.</w:t>
      </w:r>
    </w:p>
    <w:p>
      <w:pPr>
        <w:jc w:val="right"/>
      </w:pPr>
      <w:r>
        <w:t>قرآن میں ہے کہ امرہم شوریٰ بینہم۔</w:t>
      </w:r>
    </w:p>
    <w:p>
      <w:r>
        <w:rPr>
          <w:b/>
        </w:rPr>
        <w:t xml:space="preserve">[20:02] </w:t>
      </w:r>
      <w:r>
        <w:t>yani believers ka tareeqa hai shura yani counseling.</w:t>
      </w:r>
    </w:p>
    <w:p>
      <w:pPr>
        <w:jc w:val="right"/>
      </w:pPr>
      <w:r>
        <w:t>یعنی بیلیورز کا طریقہ ہے شوریٰ یعنی کونسلنگ۔</w:t>
      </w:r>
    </w:p>
    <w:p>
      <w:r>
        <w:rPr>
          <w:b/>
        </w:rPr>
        <w:t xml:space="preserve">[20:07] </w:t>
      </w:r>
      <w:r>
        <w:t>aapas mein counseling karna.</w:t>
      </w:r>
    </w:p>
    <w:p>
      <w:pPr>
        <w:jc w:val="right"/>
      </w:pPr>
      <w:r>
        <w:t>آپس میں کونسلنگ کرنا۔</w:t>
      </w:r>
    </w:p>
    <w:p>
      <w:r>
        <w:rPr>
          <w:b/>
        </w:rPr>
        <w:t xml:space="preserve">[20:12] </w:t>
      </w:r>
      <w:r>
        <w:t>yeh ek bohat bari yeh virtue hai virtue.</w:t>
      </w:r>
    </w:p>
    <w:p>
      <w:pPr>
        <w:jc w:val="right"/>
      </w:pPr>
      <w:r>
        <w:t>یہ ایک بہت بڑی یہ ورچو ہے ورچو۔</w:t>
      </w:r>
    </w:p>
    <w:p>
      <w:r>
        <w:rPr>
          <w:b/>
        </w:rPr>
        <w:t xml:space="preserve">[20:17] </w:t>
      </w:r>
      <w:r>
        <w:t>counseling is a virtue.</w:t>
      </w:r>
    </w:p>
    <w:p>
      <w:pPr>
        <w:jc w:val="right"/>
      </w:pPr>
      <w:r>
        <w:t>کونسلنگ از اے ورچو۔</w:t>
      </w:r>
    </w:p>
    <w:p>
      <w:r>
        <w:rPr>
          <w:b/>
        </w:rPr>
        <w:t xml:space="preserve">[20:22] </w:t>
      </w:r>
      <w:r>
        <w:t>lekin counseling ka counseling ke liye competent kaun hai</w:t>
      </w:r>
    </w:p>
    <w:p>
      <w:pPr>
        <w:jc w:val="right"/>
      </w:pPr>
      <w:r>
        <w:t>لیکن کونسلنگ کا کونسلنگ کے لیے کمپیٹنٹ کون ہے</w:t>
      </w:r>
    </w:p>
    <w:p>
      <w:r>
        <w:rPr>
          <w:b/>
        </w:rPr>
        <w:t xml:space="preserve">[20:27] </w:t>
      </w:r>
      <w:r>
        <w:t>? jis ke andar yeh teen cheezein hon.</w:t>
      </w:r>
    </w:p>
    <w:p>
      <w:pPr>
        <w:jc w:val="right"/>
      </w:pPr>
      <w:r>
        <w:t>؟ جس کے اندر یہ تین چیزیں ہوں۔</w:t>
      </w:r>
    </w:p>
    <w:p>
      <w:r>
        <w:rPr>
          <w:b/>
        </w:rPr>
        <w:t xml:space="preserve">[20:31] </w:t>
      </w:r>
      <w:r>
        <w:t>jo maine arz kiya.</w:t>
      </w:r>
    </w:p>
    <w:p>
      <w:pPr>
        <w:jc w:val="right"/>
      </w:pPr>
      <w:r>
        <w:t>جو میں نے عرض کیا۔</w:t>
      </w:r>
    </w:p>
    <w:p>
      <w:r>
        <w:rPr>
          <w:b/>
        </w:rPr>
        <w:t xml:space="preserve">[20:35] </w:t>
      </w:r>
      <w:r>
        <w:t>wo sach much insaan ka balbashar ho.</w:t>
      </w:r>
    </w:p>
    <w:p>
      <w:pPr>
        <w:jc w:val="right"/>
      </w:pPr>
      <w:r>
        <w:t>وہ سچ مچ انسان کا بلبشر ہو۔</w:t>
      </w:r>
    </w:p>
    <w:p>
      <w:r>
        <w:rPr>
          <w:b/>
        </w:rPr>
        <w:t xml:space="preserve">[20:40] </w:t>
      </w:r>
      <w:r>
        <w:t>insaan se us ko mohabbat ho us ke dil mein.</w:t>
      </w:r>
    </w:p>
    <w:p>
      <w:pPr>
        <w:jc w:val="right"/>
      </w:pPr>
      <w:r>
        <w:t>انسان سے اس کو محبت ہو اس کے دل میں۔</w:t>
      </w:r>
    </w:p>
    <w:p>
      <w:r>
        <w:rPr>
          <w:b/>
        </w:rPr>
        <w:t xml:space="preserve">[20:44] </w:t>
      </w:r>
      <w:r>
        <w:t>us ko knowledge ho.</w:t>
      </w:r>
    </w:p>
    <w:p>
      <w:pPr>
        <w:jc w:val="right"/>
      </w:pPr>
      <w:r>
        <w:t>اس کو نالج ہو۔</w:t>
      </w:r>
    </w:p>
    <w:p>
      <w:r>
        <w:rPr>
          <w:b/>
        </w:rPr>
        <w:t xml:space="preserve">[20:49] </w:t>
      </w:r>
      <w:r>
        <w:t>aur us ko experience bhi ho.</w:t>
      </w:r>
    </w:p>
    <w:p>
      <w:pPr>
        <w:jc w:val="right"/>
      </w:pPr>
      <w:r>
        <w:t>اور اس کو ایکسپیرینس بھی ہو۔</w:t>
      </w:r>
    </w:p>
    <w:p>
      <w:r>
        <w:rPr>
          <w:b/>
        </w:rPr>
        <w:t xml:space="preserve">[20:53] </w:t>
      </w:r>
      <w:r>
        <w:t>tab ja kar ke wo sahi counseling karta hai.</w:t>
      </w:r>
    </w:p>
    <w:p>
      <w:pPr>
        <w:jc w:val="right"/>
      </w:pPr>
      <w:r>
        <w:t>تب جا کر کے وہ صحیح کونسلنگ کرتا ہے۔</w:t>
      </w:r>
    </w:p>
    <w:p>
      <w:r>
        <w:rPr>
          <w:b/>
        </w:rPr>
        <w:t xml:space="preserve">[20:58] </w:t>
      </w:r>
      <w:r>
        <w:t>ek sahab ka qissa mujhe maloom hai.</w:t>
      </w:r>
    </w:p>
    <w:p>
      <w:pPr>
        <w:jc w:val="right"/>
      </w:pPr>
      <w:r>
        <w:t>ایک صاحب کا قصہ مجھے معلوم ہے۔</w:t>
      </w:r>
    </w:p>
    <w:p>
      <w:r>
        <w:rPr>
          <w:b/>
        </w:rPr>
        <w:t xml:space="preserve">[21:01] </w:t>
      </w:r>
      <w:r>
        <w:t>hamare saathi janne wale the.</w:t>
      </w:r>
    </w:p>
    <w:p>
      <w:pPr>
        <w:jc w:val="right"/>
      </w:pPr>
      <w:r>
        <w:t>ہمارے ساتھی جاننے والے تھے۔</w:t>
      </w:r>
    </w:p>
    <w:p>
      <w:r>
        <w:rPr>
          <w:b/>
        </w:rPr>
        <w:t xml:space="preserve">[21:05] </w:t>
      </w:r>
      <w:r>
        <w:t>un ka ek ek case ban gaya.</w:t>
      </w:r>
    </w:p>
    <w:p>
      <w:pPr>
        <w:jc w:val="right"/>
      </w:pPr>
      <w:r>
        <w:t>ان کا ایک ایک کیس بن گیا۔</w:t>
      </w:r>
    </w:p>
    <w:p>
      <w:r>
        <w:rPr>
          <w:b/>
        </w:rPr>
        <w:t xml:space="preserve">[21:09] </w:t>
      </w:r>
      <w:r>
        <w:t>yani diwani ka case.</w:t>
      </w:r>
    </w:p>
    <w:p>
      <w:pPr>
        <w:jc w:val="right"/>
      </w:pPr>
      <w:r>
        <w:t>یعنی دیوانی کا کیس۔</w:t>
      </w:r>
    </w:p>
    <w:p>
      <w:r>
        <w:rPr>
          <w:b/>
        </w:rPr>
        <w:t xml:space="preserve">[21:13] </w:t>
      </w:r>
      <w:r>
        <w:t>ek property ka case tha.</w:t>
      </w:r>
    </w:p>
    <w:p>
      <w:pPr>
        <w:jc w:val="right"/>
      </w:pPr>
      <w:r>
        <w:t>ایک پراپرٹی کا کیس تھا۔</w:t>
      </w:r>
    </w:p>
    <w:p>
      <w:r>
        <w:rPr>
          <w:b/>
        </w:rPr>
        <w:t xml:space="preserve">[21:16] </w:t>
      </w:r>
      <w:r>
        <w:t>to wo bechare aadmi the.</w:t>
      </w:r>
    </w:p>
    <w:p>
      <w:pPr>
        <w:jc w:val="right"/>
      </w:pPr>
      <w:r>
        <w:t>تو وہ بیچارے آدمی تھے۔</w:t>
      </w:r>
    </w:p>
    <w:p>
      <w:r>
        <w:rPr>
          <w:b/>
        </w:rPr>
        <w:t xml:space="preserve">[21:20] </w:t>
      </w:r>
      <w:r>
        <w:t>waise yani peaceful nature tha un ka.</w:t>
      </w:r>
    </w:p>
    <w:p>
      <w:pPr>
        <w:jc w:val="right"/>
      </w:pPr>
      <w:r>
        <w:t>ویسے یعنی پیس فل نیچر تھا ان کا۔</w:t>
      </w:r>
    </w:p>
    <w:p>
      <w:r>
        <w:rPr>
          <w:b/>
        </w:rPr>
        <w:t xml:space="preserve">[21:24] </w:t>
      </w:r>
      <w:r>
        <w:t>to unhon ne kaha ke bhai hum compromise</w:t>
      </w:r>
    </w:p>
    <w:p>
      <w:pPr>
        <w:jc w:val="right"/>
      </w:pPr>
      <w:r>
        <w:t>تو انہوں نے کہا کہ بھئی ہم کمپرومائز</w:t>
      </w:r>
    </w:p>
    <w:p>
      <w:r>
        <w:rPr>
          <w:b/>
        </w:rPr>
        <w:t xml:space="preserve">[21:28] </w:t>
      </w:r>
      <w:r>
        <w:t>kar lete hain.</w:t>
      </w:r>
    </w:p>
    <w:p>
      <w:pPr>
        <w:jc w:val="right"/>
      </w:pPr>
      <w:r>
        <w:t>کر لیتے ہیں۔</w:t>
      </w:r>
    </w:p>
    <w:p>
      <w:r>
        <w:rPr>
          <w:b/>
        </w:rPr>
        <w:t xml:space="preserve">[21:34] </w:t>
      </w:r>
      <w:r>
        <w:t>compromise kar lete hain.</w:t>
      </w:r>
    </w:p>
    <w:p>
      <w:pPr>
        <w:jc w:val="right"/>
      </w:pPr>
      <w:r>
        <w:t>کمپرومائز کر لیتے ہیں۔</w:t>
      </w:r>
    </w:p>
    <w:p>
      <w:r>
        <w:rPr>
          <w:b/>
        </w:rPr>
        <w:t xml:space="preserve">[21:40] </w:t>
      </w:r>
      <w:r>
        <w:t>ab case laren ge to kitna kab tak pata nahin hoga case ka.</w:t>
      </w:r>
    </w:p>
    <w:p>
      <w:pPr>
        <w:jc w:val="right"/>
      </w:pPr>
      <w:r>
        <w:t>اب کیس لڑیں گے تو کتنا کب تک پتہ نہیں ہوگا کیس کا۔</w:t>
      </w:r>
    </w:p>
    <w:p>
      <w:r>
        <w:rPr>
          <w:b/>
        </w:rPr>
        <w:t xml:space="preserve">[21:46] </w:t>
      </w:r>
      <w:r>
        <w:t>to wo is ke liye apne aap ko yani tayar kar chuke the ke compromise kar len.</w:t>
      </w:r>
    </w:p>
    <w:p>
      <w:pPr>
        <w:jc w:val="right"/>
      </w:pPr>
      <w:r>
        <w:t>تو وہ اس کے لیے اپنے آپ کو یعنی تیار کر چکے تھے کہ کمپرومائز کر لیں۔</w:t>
      </w:r>
    </w:p>
    <w:p>
      <w:r>
        <w:rPr>
          <w:b/>
        </w:rPr>
        <w:t xml:space="preserve">[21:52] </w:t>
      </w:r>
      <w:r>
        <w:t>ab is ke baad</w:t>
      </w:r>
    </w:p>
    <w:p>
      <w:pPr>
        <w:jc w:val="right"/>
      </w:pPr>
      <w:r>
        <w:t>اب اس کے بعد</w:t>
      </w:r>
    </w:p>
    <w:p>
      <w:r>
        <w:rPr>
          <w:b/>
        </w:rPr>
        <w:t xml:space="preserve">[21:58] </w:t>
      </w:r>
      <w:r>
        <w:t>ek sahab aa gaye. kaha hain compromise kyun kar rahe ho? itni achhi property tumhari hai. compromise kyun karo case lado. ab main tumhara saath dunga. ab is ko ye kar ke ye kar ke ye kar ke phansa diya case mein. aur is ke baad alag ho gaye. khud is ko ladna pada. aur jante hain bees saal se zyada ho gaye aur aaj tak wo decide nahi hua. to wo us ne jo khud tay</w:t>
      </w:r>
    </w:p>
    <w:p>
      <w:pPr>
        <w:jc w:val="right"/>
      </w:pPr>
      <w:r>
        <w:t>ایک صاحب آ گئے۔ کہا ہیں کمپرومائز کیوں کر رہے ہو؟ اتنی اچھی پراپرٹی تمہاری ہے۔ کمپرومائز کیوں کرو کیس لڑو۔ اب میں تمہارا ساتھ دوں گا۔ اب اس کو یہ کر کے یہ کر کے یہ کر کے پھنسا دیا کیس میں۔ اور اس کے بعد الگ ہو گئے۔ خود اس کو لڑنا پڑا۔ اور جانتے ہیں بیس سال سے زیادہ ہو گئے اور آج تک وہ ڈیسائیڈ نہیں ہوا۔ تو وہ اس نے جو خود طے</w:t>
      </w:r>
    </w:p>
    <w:p>
      <w:r>
        <w:rPr>
          <w:b/>
        </w:rPr>
        <w:t xml:space="preserve">[22:28] </w:t>
      </w:r>
      <w:r>
        <w:t>kya tha compromise karna wahi sahi baat thi.</w:t>
      </w:r>
    </w:p>
    <w:p>
      <w:pPr>
        <w:jc w:val="right"/>
      </w:pPr>
      <w:r>
        <w:t>کیا تھا کمپرومائز کرنا وہی صحیح بات تھی۔</w:t>
      </w:r>
    </w:p>
    <w:p>
      <w:r>
        <w:rPr>
          <w:b/>
        </w:rPr>
        <w:t xml:space="preserve">[22:34] </w:t>
      </w:r>
      <w:r>
        <w:t>bhai property chahe kitni daam ki ho jab lad kar ke hum aaj kal ka jo aap jante</w:t>
      </w:r>
    </w:p>
    <w:p>
      <w:pPr>
        <w:jc w:val="right"/>
      </w:pPr>
      <w:r>
        <w:t>بھئی پراپرٹی چاہے کتنی دام کی ہو جب لڑ کر کے ہم آج کل کا جو آپ جانتے</w:t>
      </w:r>
    </w:p>
    <w:p>
      <w:r>
        <w:rPr>
          <w:b/>
        </w:rPr>
        <w:t xml:space="preserve">[22:41] </w:t>
      </w:r>
      <w:r>
        <w:t>hain jo haal hai jo hamara legal system hai is mein lad kar ke jeetna ek itna mushkil</w:t>
      </w:r>
    </w:p>
    <w:p>
      <w:pPr>
        <w:jc w:val="right"/>
      </w:pPr>
      <w:r>
        <w:t>ہیں جو حال ہے جو ہمارا لیگل سسٹم ہے اس میں لڑ کر کے جیتنا ایک اتنا مشکل</w:t>
      </w:r>
    </w:p>
    <w:p>
      <w:r>
        <w:rPr>
          <w:b/>
        </w:rPr>
        <w:t xml:space="preserve">[22:47] </w:t>
      </w:r>
      <w:r>
        <w:t>kaam hai itna mushkil kaam hai ke jo log phanse hain cases mein un se poochiye aap.</w:t>
      </w:r>
    </w:p>
    <w:p>
      <w:pPr>
        <w:jc w:val="right"/>
      </w:pPr>
      <w:r>
        <w:t>کام ہے اتنا مشکل کام ہے کہ جو لوگ پھنسے ہیں کیسز میں ان سے پوچھیے آپ۔</w:t>
      </w:r>
    </w:p>
    <w:p>
      <w:r>
        <w:rPr>
          <w:b/>
        </w:rPr>
        <w:t xml:space="preserve">[22:53] </w:t>
      </w:r>
      <w:r>
        <w:t>is waqt hamare mulk mein</w:t>
      </w:r>
    </w:p>
    <w:p>
      <w:pPr>
        <w:jc w:val="right"/>
      </w:pPr>
      <w:r>
        <w:t>اس وقت ہمارے ملک میں</w:t>
      </w:r>
    </w:p>
    <w:p>
      <w:r>
        <w:rPr>
          <w:b/>
        </w:rPr>
        <w:t xml:space="preserve">[23:00] </w:t>
      </w:r>
      <w:r>
        <w:t>saade teen crore yani teen crore pachas lakh caseson courton mein pade hue hain.</w:t>
      </w:r>
    </w:p>
    <w:p>
      <w:pPr>
        <w:jc w:val="right"/>
      </w:pPr>
      <w:r>
        <w:t>ساڑھے تین کروڑ یعنی تین کروڑ پچاس لاکھ کیسز کورٹوں میں پڑے ہوئے ہیں۔</w:t>
      </w:r>
    </w:p>
    <w:p>
      <w:r>
        <w:rPr>
          <w:b/>
        </w:rPr>
        <w:t xml:space="preserve">[23:06] </w:t>
      </w:r>
      <w:r>
        <w:t>pending mein pade hue hain.</w:t>
      </w:r>
    </w:p>
    <w:p>
      <w:pPr>
        <w:jc w:val="right"/>
      </w:pPr>
      <w:r>
        <w:t>پینڈنگ میں پڑے ہوئے ہیں۔</w:t>
      </w:r>
    </w:p>
    <w:p>
      <w:r>
        <w:rPr>
          <w:b/>
        </w:rPr>
        <w:t xml:space="preserve">[23:13] </w:t>
      </w:r>
      <w:r>
        <w:t>kyun pade hue hain? aap ne sach much hamare mulk ke log itne ladne bhadne wale log hain? nahin.</w:t>
      </w:r>
    </w:p>
    <w:p>
      <w:pPr>
        <w:jc w:val="right"/>
      </w:pPr>
      <w:r>
        <w:t>کیوں پڑے ہوئے ہیں؟ آپ نے سچ مچ ہمارے ملک کے لوگ اتنے لڑنے بھڑنے والے لوگ ہیں؟ نہیں۔</w:t>
      </w:r>
    </w:p>
    <w:p>
      <w:r>
        <w:rPr>
          <w:b/>
        </w:rPr>
        <w:t xml:space="preserve">[23:19] </w:t>
      </w:r>
      <w:r>
        <w:t>bas system aisa hai ajeeb o ghareeb qism ka is mein jo phansta hai to phansta hi rehta</w:t>
      </w:r>
    </w:p>
    <w:p>
      <w:pPr>
        <w:jc w:val="right"/>
      </w:pPr>
      <w:r>
        <w:t>بس سسٹم ایسا ہے عجیب و غریب قسم کا اس میں جو پھنستا ہے تو پھنستا ہی رہتا</w:t>
      </w:r>
    </w:p>
    <w:p>
      <w:r>
        <w:rPr>
          <w:b/>
        </w:rPr>
        <w:t xml:space="preserve">[23:26] </w:t>
      </w:r>
      <w:r>
        <w:t>hai phansta hi rehta hai.</w:t>
      </w:r>
    </w:p>
    <w:p>
      <w:pPr>
        <w:jc w:val="right"/>
      </w:pPr>
      <w:r>
        <w:t>ہے پھنستا ہی رہتا ہے۔</w:t>
      </w:r>
    </w:p>
    <w:p>
      <w:r>
        <w:rPr>
          <w:b/>
        </w:rPr>
        <w:t xml:space="preserve">[23:32] </w:t>
      </w:r>
      <w:r>
        <w:t>to aadmi ko chahiye ke kuch nuqsan de kar ke apne ko bachaye is se ke wo is</w:t>
      </w:r>
    </w:p>
    <w:p>
      <w:pPr>
        <w:jc w:val="right"/>
      </w:pPr>
      <w:r>
        <w:t>تو آدمی کو چاہیے کہ کچھ نقصان دے کر کے اپنے کو بچائے اس سے کہ وہ اس</w:t>
      </w:r>
    </w:p>
    <w:p>
      <w:r>
        <w:rPr>
          <w:b/>
        </w:rPr>
        <w:t xml:space="preserve">[23:38] </w:t>
      </w:r>
      <w:r>
        <w:t>is system mein phanse.</w:t>
      </w:r>
    </w:p>
    <w:p>
      <w:pPr>
        <w:jc w:val="right"/>
      </w:pPr>
      <w:r>
        <w:t>اس سسٹم میں پھنسے۔</w:t>
      </w:r>
    </w:p>
    <w:p>
      <w:r>
        <w:rPr>
          <w:b/>
        </w:rPr>
        <w:t xml:space="preserve">[23:45] </w:t>
      </w:r>
      <w:r>
        <w:t>kyun ke nuqsan dene de kar compromise karne ka matlab kya hai? ke bees saal se wo phanse</w:t>
      </w:r>
    </w:p>
    <w:p>
      <w:pPr>
        <w:jc w:val="right"/>
      </w:pPr>
      <w:r>
        <w:t>کیوں کہ نقصان دینے دے کر کمپرومائز کرنے کا مطلب کیا ہے؟ کہ بیس سال سے وہ پھنسے</w:t>
      </w:r>
    </w:p>
    <w:p>
      <w:r>
        <w:rPr>
          <w:b/>
        </w:rPr>
        <w:t xml:space="preserve">[23:51] </w:t>
      </w:r>
      <w:r>
        <w:t>hue hain isi mein to bees saal unhein mil jata kaam karne ke liye kuch aur kaam karte.</w:t>
      </w:r>
    </w:p>
    <w:p>
      <w:pPr>
        <w:jc w:val="right"/>
      </w:pPr>
      <w:r>
        <w:t>ہوئے ہیں اسی میں تو بیس سال انہیں مل جاتا کام کرنے کے لیے کچھ اور کام کرتے۔</w:t>
      </w:r>
    </w:p>
    <w:p>
      <w:r>
        <w:rPr>
          <w:b/>
        </w:rPr>
        <w:t xml:space="preserve">[23:57] </w:t>
      </w:r>
      <w:r>
        <w:t>jo time lagaya unhon ne jo paisa unhon ne lagaya jo energy jo lagai wo kisi aur kaam mein lagate.</w:t>
      </w:r>
    </w:p>
    <w:p>
      <w:pPr>
        <w:jc w:val="right"/>
      </w:pPr>
      <w:r>
        <w:t>جو ٹائم لگایا انہوں نے جو پیسہ انہوں نے لگایا جو انرجی جو لگائی وہ کسی اور کام میں لگاتے۔</w:t>
      </w:r>
    </w:p>
    <w:p>
      <w:r>
        <w:rPr>
          <w:b/>
        </w:rPr>
        <w:t xml:space="preserve">[24:03] </w:t>
      </w:r>
      <w:r>
        <w:t>to kitna faida hota? to counseling bohat bari virtue hai is mein shaq nahin.</w:t>
      </w:r>
    </w:p>
    <w:p>
      <w:pPr>
        <w:jc w:val="right"/>
      </w:pPr>
      <w:r>
        <w:t>تو کتنا فائدہ ہوتا؟ تو کونسلنگ بہت بڑی ورچو ہے اس میں شک نہیں۔</w:t>
      </w:r>
    </w:p>
    <w:p>
      <w:r>
        <w:rPr>
          <w:b/>
        </w:rPr>
        <w:t xml:space="preserve">[24:08] </w:t>
      </w:r>
      <w:r>
        <w:t>lekin aadmi pehle apne ko competent banaye counseling ke liye.</w:t>
      </w:r>
    </w:p>
    <w:p>
      <w:pPr>
        <w:jc w:val="right"/>
      </w:pPr>
      <w:r>
        <w:t>لیکن آدمی پہلے اپنے کو کمپیٹنٹ بنائے کونسلنگ کے لیے۔</w:t>
      </w:r>
    </w:p>
    <w:p>
      <w:r>
        <w:rPr>
          <w:b/>
        </w:rPr>
        <w:t xml:space="preserve">[24:13] </w:t>
      </w:r>
      <w:r>
        <w:t>tab wo counseling kare.</w:t>
      </w:r>
    </w:p>
    <w:p>
      <w:pPr>
        <w:jc w:val="right"/>
      </w:pPr>
      <w:r>
        <w:t>تب وہ کونسلنگ کرے۔</w:t>
      </w:r>
    </w:p>
    <w:p>
      <w:r>
        <w:rPr>
          <w:b/>
        </w:rPr>
        <w:t xml:space="preserve">[24:18] </w:t>
      </w:r>
      <w:r>
        <w:t>warna wo dua kare bas.</w:t>
      </w:r>
    </w:p>
    <w:p>
      <w:pPr>
        <w:jc w:val="right"/>
      </w:pPr>
      <w:r>
        <w:t>ورنہ وہ دعا کرے بس۔</w:t>
      </w:r>
    </w:p>
    <w:p>
      <w:r>
        <w:rPr>
          <w:b/>
        </w:rPr>
        <w:t xml:space="preserve">[24:23] </w:t>
      </w:r>
      <w:r>
        <w:t>agar aadmi ke paas kisi ko dene ke liye achhi advice nahin hai to achhi dua to hai.</w:t>
      </w:r>
    </w:p>
    <w:p>
      <w:pPr>
        <w:jc w:val="right"/>
      </w:pPr>
      <w:r>
        <w:t>اگر آدمی کے پاس کسی کو دینے کے لیے اچھی ایڈوائس نہیں ہے تو اچھی دعا تو ہے۔</w:t>
      </w:r>
    </w:p>
    <w:p>
      <w:r>
        <w:rPr>
          <w:b/>
        </w:rPr>
        <w:t xml:space="preserve">[24:28] </w:t>
      </w:r>
      <w:r>
        <w:t>hamare samaj mein dekhiye log</w:t>
      </w:r>
    </w:p>
    <w:p>
      <w:pPr>
        <w:jc w:val="right"/>
      </w:pPr>
      <w:r>
        <w:t>ہمارے سماج میں دیکھیے لوگ</w:t>
      </w:r>
    </w:p>
    <w:p>
      <w:r>
        <w:rPr>
          <w:b/>
        </w:rPr>
        <w:t xml:space="preserve">[24:33] </w:t>
      </w:r>
      <w:r>
        <w:t>jo hain sirf apne liye dua karna jante hain. doosron ke liye dua karna nahi jante wo. pure pure samaj mein yahi baat hai. pure pure society mein. apne liye dua karna. apne liye dua karenge to khoob dil se karenge. doosre ke liye agar kuch bol bhi denge to wo lip service ke taur par. bhai khuda tumhari madad kare bas ho gaya. dil se d</w:t>
      </w:r>
    </w:p>
    <w:p>
      <w:pPr>
        <w:jc w:val="right"/>
      </w:pPr>
      <w:r>
        <w:t>جو ہیں صرف اپنے لیے دعا کرنا جانتے ہیں۔ دوسروں کے لیے دعا کرنا نہیں جانتے وہ۔ پورے پورے سماج میں یہی بات ہے۔ پورے پورے سوسائٹی میں۔ اپنے لیے دعا کرنا۔ اپنے لیے دعا کریں گے تو خوب دل سے کریں گے۔ دوسرے کے لیے اگر کچھ بول بھی دیں گے تو وہ لپ سروس کے طور پر۔ بھئی خدا تمہاری مدد کرے بس ہو گیا۔ دل سے د</w:t>
      </w:r>
    </w:p>
    <w:p>
      <w:r>
        <w:rPr>
          <w:b/>
        </w:rPr>
        <w:t xml:space="preserve">[25:03] </w:t>
      </w:r>
      <w:r>
        <w:t>aa ek aur cheez hoti hai aur lip service ek aur cheez hoti hai.</w:t>
      </w:r>
    </w:p>
    <w:p>
      <w:pPr>
        <w:jc w:val="right"/>
      </w:pPr>
      <w:r>
        <w:t>عا ایک اور چیز ہوتی ہے اور لپ سروس ایک اور چیز ہوتی ہے۔</w:t>
      </w:r>
    </w:p>
    <w:p>
      <w:r>
        <w:rPr>
          <w:b/>
        </w:rPr>
        <w:t xml:space="preserve">[25:09] </w:t>
      </w:r>
      <w:r>
        <w:t>aaj kal logon ka haal yeh hai ke apne liye to dil se dua.</w:t>
      </w:r>
    </w:p>
    <w:p>
      <w:pPr>
        <w:jc w:val="right"/>
      </w:pPr>
      <w:r>
        <w:t>آج کل لوگوں کا حال یہ ہے کہ اپنے لیے تو دل سے دعا۔</w:t>
      </w:r>
    </w:p>
    <w:p>
      <w:r>
        <w:rPr>
          <w:b/>
        </w:rPr>
        <w:t xml:space="preserve">[25:14] </w:t>
      </w:r>
      <w:r>
        <w:t>doosron ke liye kya hai lip service.</w:t>
      </w:r>
    </w:p>
    <w:p>
      <w:pPr>
        <w:jc w:val="right"/>
      </w:pPr>
      <w:r>
        <w:t>دوسروں کے لیے کیا ہے لپ سروس۔</w:t>
      </w:r>
    </w:p>
    <w:p>
      <w:r>
        <w:rPr>
          <w:b/>
        </w:rPr>
        <w:t xml:space="preserve">[25:19] </w:t>
      </w:r>
      <w:r>
        <w:t>to main yeh kahunga ke agar aadmi counseling karne ke ke liye competent nahi hai to dua</w:t>
      </w:r>
    </w:p>
    <w:p>
      <w:pPr>
        <w:jc w:val="right"/>
      </w:pPr>
      <w:r>
        <w:t>تو میں یہ کہوں گا کہ اگر آدمی کونسلنگ کرنے کے کے لیے کمپیٹنٹ نہیں ہے تو دعا</w:t>
      </w:r>
    </w:p>
    <w:p>
      <w:r>
        <w:rPr>
          <w:b/>
        </w:rPr>
        <w:t xml:space="preserve">[25:25] </w:t>
      </w:r>
      <w:r>
        <w:t>ke liye to har waqt woh competent hai.</w:t>
      </w:r>
    </w:p>
    <w:p>
      <w:pPr>
        <w:jc w:val="right"/>
      </w:pPr>
      <w:r>
        <w:t>کے لیے تو ہر وقت وہ کمپیٹنٹ ہے۔</w:t>
      </w:r>
    </w:p>
    <w:p>
      <w:r>
        <w:rPr>
          <w:b/>
        </w:rPr>
        <w:t xml:space="preserve">[25:30] </w:t>
      </w:r>
      <w:r>
        <w:t>har waqt competent hai dua karne ke liye.</w:t>
      </w:r>
    </w:p>
    <w:p>
      <w:pPr>
        <w:jc w:val="right"/>
      </w:pPr>
      <w:r>
        <w:t>ہر وقت کمپیٹنٹ ہے دعا کرنے کے لیے۔</w:t>
      </w:r>
    </w:p>
    <w:p>
      <w:r>
        <w:rPr>
          <w:b/>
        </w:rPr>
        <w:t xml:space="preserve">[25:36] </w:t>
      </w:r>
      <w:r>
        <w:t>ab dekhiye aaj mere paas ek telephone aaya ek lady ka.</w:t>
      </w:r>
    </w:p>
    <w:p>
      <w:pPr>
        <w:jc w:val="right"/>
      </w:pPr>
      <w:r>
        <w:t>اب دیکھیے آج میرے پاس ایک ٹیلی فون آیا ایک لیڈی کا۔</w:t>
      </w:r>
    </w:p>
    <w:p>
      <w:r>
        <w:rPr>
          <w:b/>
        </w:rPr>
        <w:t xml:space="preserve">[25:40] </w:t>
      </w:r>
      <w:r>
        <w:t>do saal pehle unhon ne mujhe telephone kiya tha.</w:t>
      </w:r>
    </w:p>
    <w:p>
      <w:pPr>
        <w:jc w:val="right"/>
      </w:pPr>
      <w:r>
        <w:t>دو سال پہلے انہوں نے مجھے ٹیلی فون کیا تھا۔</w:t>
      </w:r>
    </w:p>
    <w:p>
      <w:r>
        <w:rPr>
          <w:b/>
        </w:rPr>
        <w:t xml:space="preserve">[25:44] </w:t>
      </w:r>
      <w:r>
        <w:t>phir aaj kiya.</w:t>
      </w:r>
    </w:p>
    <w:p>
      <w:pPr>
        <w:jc w:val="right"/>
      </w:pPr>
      <w:r>
        <w:t>پھر آج کیا۔</w:t>
      </w:r>
    </w:p>
    <w:p>
      <w:r>
        <w:rPr>
          <w:b/>
        </w:rPr>
        <w:t xml:space="preserve">[25:49] </w:t>
      </w:r>
      <w:r>
        <w:t>to unhon ne kaha ke main bohat pareshan hoon aur yeh woh.</w:t>
      </w:r>
    </w:p>
    <w:p>
      <w:pPr>
        <w:jc w:val="right"/>
      </w:pPr>
      <w:r>
        <w:t>تو انہوں نے کہا کہ میں بہت پریشان ہوں اور یہ وہ۔</w:t>
      </w:r>
    </w:p>
    <w:p>
      <w:r>
        <w:rPr>
          <w:b/>
        </w:rPr>
        <w:t xml:space="preserve">[25:53] </w:t>
      </w:r>
      <w:r>
        <w:t>to baat kya hai? do saal pehle jab unhon ne mujhe telephone kiya tha mujh se poocha</w:t>
      </w:r>
    </w:p>
    <w:p>
      <w:pPr>
        <w:jc w:val="right"/>
      </w:pPr>
      <w:r>
        <w:t>تو بات کیا ہے؟ دو سال پہلے جب انہوں نے مجھے ٹیلی فون کیا تھا مجھ سے پوچھا</w:t>
      </w:r>
    </w:p>
    <w:p>
      <w:r>
        <w:rPr>
          <w:b/>
        </w:rPr>
        <w:t xml:space="preserve">[25:57] </w:t>
      </w:r>
      <w:r>
        <w:t>tha ke mujhe kya karna chahiye? to main ne kaha ke aap ke liye sab se acha hai</w:t>
      </w:r>
    </w:p>
    <w:p>
      <w:pPr>
        <w:jc w:val="right"/>
      </w:pPr>
      <w:r>
        <w:t>تھا کہ مجھے کیا کرنا چاہیے؟ تو میں نے کہا کہ آپ کے لیے سب سے اچھا ہے</w:t>
      </w:r>
    </w:p>
    <w:p>
      <w:r>
        <w:rPr>
          <w:b/>
        </w:rPr>
        <w:t xml:space="preserve">[26:02] </w:t>
      </w:r>
      <w:r>
        <w:t>ke aap B.Ed kar len. aaj kal</w:t>
      </w:r>
    </w:p>
    <w:p>
      <w:pPr>
        <w:jc w:val="right"/>
      </w:pPr>
      <w:r>
        <w:t>کہ آپ بی ایڈ کر لیں۔ آج کل</w:t>
      </w:r>
    </w:p>
    <w:p>
      <w:r>
        <w:rPr>
          <w:b/>
        </w:rPr>
        <w:t xml:space="preserve">[26:06] </w:t>
      </w:r>
      <w:r>
        <w:t>ladies jo hain agar B.Ed kar leti hain to un ko bahut aasani se service mil jati hai schoolon mein. easily. to main ne kaha aap B.Ed kar li jiye. to aaj unho ne kya bataya ke main B.Ed to nahi kar saki to main ne ek school khol liya. to main ne kaha ke school kholna itna aasan kaam hai? school kaise khol lenge aap? school ek building cha</w:t>
      </w:r>
    </w:p>
    <w:p>
      <w:pPr>
        <w:jc w:val="right"/>
      </w:pPr>
      <w:r>
        <w:t>لیڈیز جو ہیں اگر بی ایڈ کر لیتی ہیں تو ان کو بہت آسانی سے سروس مل جاتی ہے اسکولوں میں۔ ایزیلی۔ تو میں نے کہا آپ بی ایڈ کر لیجیے۔ تو آج انہوں نے کیا بتایا کہ میں بی ایڈ تو نہیں کر سکی تو میں نے ایک اسکول کھول لیا۔ تو میں نے کہا کہ اسکول کھولنا اتنا آسان کام ہے؟ اسکول کیسے کھول لیں گے آپ؟ اسکول ایک بلڈنگ چ</w:t>
      </w:r>
    </w:p>
    <w:p>
      <w:r>
        <w:rPr>
          <w:b/>
        </w:rPr>
        <w:t xml:space="preserve">[26:36] </w:t>
      </w:r>
      <w:r>
        <w:t>aahiye is ke liye paisa chahiye.</w:t>
      </w:r>
    </w:p>
    <w:p>
      <w:pPr>
        <w:jc w:val="right"/>
      </w:pPr>
      <w:r>
        <w:t>اہیے اس کے لیے پیسہ چاہیے۔</w:t>
      </w:r>
    </w:p>
    <w:p>
      <w:r>
        <w:rPr>
          <w:b/>
        </w:rPr>
        <w:t xml:space="preserve">[26:40] </w:t>
      </w:r>
      <w:r>
        <w:t>ache teacher chahiye.</w:t>
      </w:r>
    </w:p>
    <w:p>
      <w:pPr>
        <w:jc w:val="right"/>
      </w:pPr>
      <w:r>
        <w:t>اچھے ٹیچر چاہیے۔</w:t>
      </w:r>
    </w:p>
    <w:p>
      <w:r>
        <w:rPr>
          <w:b/>
        </w:rPr>
        <w:t xml:space="preserve">[26:44] </w:t>
      </w:r>
      <w:r>
        <w:t>acha management chahiye.</w:t>
      </w:r>
    </w:p>
    <w:p>
      <w:pPr>
        <w:jc w:val="right"/>
      </w:pPr>
      <w:r>
        <w:t>اچھا مینجمنٹ چاہیے۔</w:t>
      </w:r>
    </w:p>
    <w:p>
      <w:r>
        <w:rPr>
          <w:b/>
        </w:rPr>
        <w:t xml:space="preserve">[26:47] </w:t>
      </w:r>
      <w:r>
        <w:t>aap B.Ed bhi nahi hain.</w:t>
      </w:r>
    </w:p>
    <w:p>
      <w:pPr>
        <w:jc w:val="right"/>
      </w:pPr>
      <w:r>
        <w:t>آپ بی ایڈ بھی نہیں ہیں۔</w:t>
      </w:r>
    </w:p>
    <w:p>
      <w:r>
        <w:rPr>
          <w:b/>
        </w:rPr>
        <w:t xml:space="preserve">[26:51] </w:t>
      </w:r>
      <w:r>
        <w:t>school kaise chalayenge aap? to chacha waqai school acha chal nahi raha in ka.</w:t>
      </w:r>
    </w:p>
    <w:p>
      <w:pPr>
        <w:jc w:val="right"/>
      </w:pPr>
      <w:r>
        <w:t>اسکول کیسے چلائیں گے آپ؟ تو چاچا واقعی اسکول اچھا چل نہیں رہا ان کا۔</w:t>
      </w:r>
    </w:p>
    <w:p>
      <w:r>
        <w:rPr>
          <w:b/>
        </w:rPr>
        <w:t xml:space="preserve">[26:55] </w:t>
      </w:r>
      <w:r>
        <w:t>to main ne kaha agar aap ne B.Ed kar liya hota to ab tak aap service ke</w:t>
      </w:r>
    </w:p>
    <w:p>
      <w:pPr>
        <w:jc w:val="right"/>
      </w:pPr>
      <w:r>
        <w:t>تو میں نے کہا اگر آپ نے بی ایڈ کر لیا ہوتا تو اب تک آپ سروس کے</w:t>
      </w:r>
    </w:p>
    <w:p>
      <w:r>
        <w:rPr>
          <w:b/>
        </w:rPr>
        <w:t xml:space="preserve">[26:59] </w:t>
      </w:r>
      <w:r>
        <w:t>liye competent ho jati.</w:t>
      </w:r>
    </w:p>
    <w:p>
      <w:pPr>
        <w:jc w:val="right"/>
      </w:pPr>
      <w:r>
        <w:t>لیے کمپیٹنٹ ہو جاتی۔</w:t>
      </w:r>
    </w:p>
    <w:p>
      <w:r>
        <w:rPr>
          <w:b/>
        </w:rPr>
        <w:t xml:space="preserve">[27:03] </w:t>
      </w:r>
      <w:r>
        <w:t>ab khwamkhwah aap ne apne ko phansa liya school mein.</w:t>
      </w:r>
    </w:p>
    <w:p>
      <w:pPr>
        <w:jc w:val="right"/>
      </w:pPr>
      <w:r>
        <w:t>اب خوامخواہ آپ نے اپنے کو پھنسا لیا اسکول میں۔</w:t>
      </w:r>
    </w:p>
    <w:p>
      <w:r>
        <w:rPr>
          <w:b/>
        </w:rPr>
        <w:t xml:space="preserve">[27:07] </w:t>
      </w:r>
      <w:r>
        <w:t>ab kisi ne in ko advice de di hogi.</w:t>
      </w:r>
    </w:p>
    <w:p>
      <w:pPr>
        <w:jc w:val="right"/>
      </w:pPr>
      <w:r>
        <w:t>اب کسی نے ان کو ایڈوائس دے دی ہوگی۔</w:t>
      </w:r>
    </w:p>
    <w:p>
      <w:r>
        <w:rPr>
          <w:b/>
        </w:rPr>
        <w:t xml:space="preserve">[27:12] </w:t>
      </w:r>
      <w:r>
        <w:t>advice to aaj kal dene ke liye log jaise yani woh rehte hain bechain rehte hain.</w:t>
      </w:r>
    </w:p>
    <w:p>
      <w:pPr>
        <w:jc w:val="right"/>
      </w:pPr>
      <w:r>
        <w:t>ایڈوائس تو آج کل دینے کے لیے لوگ جیسے یعنی وہ رہتے ہیں بے چین رہتے ہیں۔</w:t>
      </w:r>
    </w:p>
    <w:p>
      <w:r>
        <w:rPr>
          <w:b/>
        </w:rPr>
        <w:t xml:space="preserve">[27:17] </w:t>
      </w:r>
      <w:r>
        <w:t>advice diya aur us ke baad ghayab.</w:t>
      </w:r>
    </w:p>
    <w:p>
      <w:pPr>
        <w:jc w:val="right"/>
      </w:pPr>
      <w:r>
        <w:t>ایڈوائس دیا اور اس کے بعد غائب۔</w:t>
      </w:r>
    </w:p>
    <w:p>
      <w:r>
        <w:rPr>
          <w:b/>
        </w:rPr>
        <w:t xml:space="preserve">[27:22] </w:t>
      </w:r>
      <w:r>
        <w:t>main samajhta hoon ke yeh bhi ek ek ek sun hai gunah hai.</w:t>
      </w:r>
    </w:p>
    <w:p>
      <w:pPr>
        <w:jc w:val="right"/>
      </w:pPr>
      <w:r>
        <w:t>میں سمجھتا ہوں کہ یہ بھی ایک ایک ایک سن ہے گناہ ہے۔</w:t>
      </w:r>
    </w:p>
    <w:p>
      <w:r>
        <w:rPr>
          <w:b/>
        </w:rPr>
        <w:t xml:space="preserve">[27:27] </w:t>
      </w:r>
      <w:r>
        <w:t>keh khwamkhwah advice diya dene lagte hain log.</w:t>
      </w:r>
    </w:p>
    <w:p>
      <w:pPr>
        <w:jc w:val="right"/>
      </w:pPr>
      <w:r>
        <w:t>کہ خوامخواہ ایڈوائس دیا دینے لگتے ہیں لوگ۔</w:t>
      </w:r>
    </w:p>
    <w:p>
      <w:r>
        <w:rPr>
          <w:b/>
        </w:rPr>
        <w:t xml:space="preserve">[27:32] </w:t>
      </w:r>
      <w:r>
        <w:t>yeh khwamkhwah advice dena jo hai yeh</w:t>
      </w:r>
    </w:p>
    <w:p>
      <w:pPr>
        <w:jc w:val="right"/>
      </w:pPr>
      <w:r>
        <w:t>یہ خوامخواہ ایڈوائس دینا جو ہے یہ</w:t>
      </w:r>
    </w:p>
    <w:p>
      <w:r>
        <w:rPr>
          <w:b/>
        </w:rPr>
        <w:t xml:space="preserve">[27:37] </w:t>
      </w:r>
      <w:r>
        <w:t>mere nazdeek to yeh ek gunah hai.</w:t>
      </w:r>
    </w:p>
    <w:p>
      <w:pPr>
        <w:jc w:val="right"/>
      </w:pPr>
      <w:r>
        <w:t>میرے نزدیک تو یہ ایک گناہ ہے۔</w:t>
      </w:r>
    </w:p>
    <w:p>
      <w:r>
        <w:rPr>
          <w:b/>
        </w:rPr>
        <w:t xml:space="preserve">[27:42] </w:t>
      </w:r>
      <w:r>
        <w:t>kyun keh sachi advice agar aap ke paas nahi hai to chup rahiye dua kijiye.</w:t>
      </w:r>
    </w:p>
    <w:p>
      <w:pPr>
        <w:jc w:val="right"/>
      </w:pPr>
      <w:r>
        <w:t>کیوں کہ سچی ایڈوائس اگر آپ کے پاس نہیں ہے تو چپ رہیے دعا کیجیے۔</w:t>
      </w:r>
    </w:p>
    <w:p>
      <w:r>
        <w:rPr>
          <w:b/>
        </w:rPr>
        <w:t xml:space="preserve">[27:47] </w:t>
      </w:r>
      <w:r>
        <w:t>jhooti advice kyun dete hain? Main khud kai baar pehle ab to main kisi ka advice sunta nahi hoon.</w:t>
      </w:r>
    </w:p>
    <w:p>
      <w:pPr>
        <w:jc w:val="right"/>
      </w:pPr>
      <w:r>
        <w:t>جھوٹی ایڈوائس کیوں دیتے ہیں؟ میں خود کئی بار پہلے اب تو میں کسی کا ایڈوائس سنتا نہیں ہوں۔</w:t>
      </w:r>
    </w:p>
    <w:p>
      <w:r>
        <w:rPr>
          <w:b/>
        </w:rPr>
        <w:t xml:space="preserve">[27:52] </w:t>
      </w:r>
      <w:r>
        <w:t>logon ke advice ke chakkar mein phans kar maine apne aap ko nuksan mein daal liya.</w:t>
      </w:r>
    </w:p>
    <w:p>
      <w:pPr>
        <w:jc w:val="right"/>
      </w:pPr>
      <w:r>
        <w:t>لوگوں کے ایڈوائس کے چکر میں پھنس کر میں نے اپنے آپ کو نقصان میں ڈال لیا۔</w:t>
      </w:r>
    </w:p>
    <w:p>
      <w:r>
        <w:rPr>
          <w:b/>
        </w:rPr>
        <w:t xml:space="preserve">[27:57] </w:t>
      </w:r>
      <w:r>
        <w:t>ab main kisi ka advice sunta nahi hoon.</w:t>
      </w:r>
    </w:p>
    <w:p>
      <w:pPr>
        <w:jc w:val="right"/>
      </w:pPr>
      <w:r>
        <w:t>اب میں کسی کا ایڈوائس سنتا نہیں ہوں۔</w:t>
      </w:r>
    </w:p>
    <w:p>
      <w:r>
        <w:rPr>
          <w:b/>
        </w:rPr>
        <w:t xml:space="preserve">[28:02] </w:t>
      </w:r>
      <w:r>
        <w:t>khud sochta hoon sochta hoon sochta hoon</w:t>
      </w:r>
    </w:p>
    <w:p>
      <w:pPr>
        <w:jc w:val="right"/>
      </w:pPr>
      <w:r>
        <w:t>خود سوچتا ہوں سوچتا ہوں سوچتا ہوں</w:t>
      </w:r>
    </w:p>
    <w:p>
      <w:r>
        <w:rPr>
          <w:b/>
        </w:rPr>
        <w:t xml:space="preserve">[28:07] </w:t>
      </w:r>
      <w:r>
        <w:t>discuss zaroor karta hoon.</w:t>
      </w:r>
    </w:p>
    <w:p>
      <w:pPr>
        <w:jc w:val="right"/>
      </w:pPr>
      <w:r>
        <w:t>ڈسکس ضرور کرتا ہوں۔</w:t>
      </w:r>
    </w:p>
    <w:p>
      <w:r>
        <w:rPr>
          <w:b/>
        </w:rPr>
        <w:t xml:space="preserve">[28:13] </w:t>
      </w:r>
      <w:r>
        <w:t>yeh professional jo counselor hote hain unke bare mein mera tajurba hai keh woh bas professional advice dete hain.</w:t>
      </w:r>
    </w:p>
    <w:p>
      <w:pPr>
        <w:jc w:val="right"/>
      </w:pPr>
      <w:r>
        <w:t>یہ پروفیشنل جو کونسلر ہوتے ہیں ان کے بارے میں میرا تجربہ ہے کہ وہ بس پروفیشنل ایڈوائس دیتے ہیں۔</w:t>
      </w:r>
    </w:p>
    <w:p>
      <w:r>
        <w:rPr>
          <w:b/>
        </w:rPr>
        <w:t xml:space="preserve">[28:19] </w:t>
      </w:r>
      <w:r>
        <w:t>woh bhi kyun keh unke andar dil mein balbishing to hoti nahi.</w:t>
      </w:r>
    </w:p>
    <w:p>
      <w:pPr>
        <w:jc w:val="right"/>
      </w:pPr>
      <w:r>
        <w:t>وہ بھی کیوں کہ ان کے اندر دل میں بلبشنگ تو ہوتی نہیں۔</w:t>
      </w:r>
    </w:p>
    <w:p>
      <w:r>
        <w:rPr>
          <w:b/>
        </w:rPr>
        <w:t xml:space="preserve">[28:26] </w:t>
      </w:r>
      <w:r>
        <w:t>unko tajurba bhi shayad zyada nahi hota hai.</w:t>
      </w:r>
    </w:p>
    <w:p>
      <w:pPr>
        <w:jc w:val="right"/>
      </w:pPr>
      <w:r>
        <w:t>ان کو تجربہ بھی شاید زیادہ نہیں ہوتا ہے۔</w:t>
      </w:r>
    </w:p>
    <w:p>
      <w:r>
        <w:rPr>
          <w:b/>
        </w:rPr>
        <w:t xml:space="preserve">[28:32] </w:t>
      </w:r>
      <w:r>
        <w:t>ek sahib mere paas aaye yahi Dilli mein</w:t>
      </w:r>
    </w:p>
    <w:p>
      <w:pPr>
        <w:jc w:val="right"/>
      </w:pPr>
      <w:r>
        <w:t>ایک صاحب میرے پاس آئے یہیں دلی میں</w:t>
      </w:r>
    </w:p>
    <w:p>
      <w:r>
        <w:rPr>
          <w:b/>
        </w:rPr>
        <w:t xml:space="preserve">[28:38] </w:t>
      </w:r>
      <w:r>
        <w:t>۔ to un ko tension rehta tha. to gaye kisi Delhi mein kisi counselor ke paas. to ek hazar rupiya us ne fees liya. aur ek hazar rupiya fees de kar jante hain kya us ne un ko advice diya? ke tum namaz padha karo. paanch waqt namaz padha karo. is se tumhara tension khatam ho jayega. to unho ne kaha main to namaz already padh raha hoon paanch waqt. main to already namaz padh raha h</w:t>
      </w:r>
    </w:p>
    <w:p>
      <w:pPr>
        <w:jc w:val="right"/>
      </w:pPr>
      <w:r>
        <w:t>۔ تو ان کو ٹینشن رہتا تھا۔ تو گئے کسی دلی میں کسی کونسلر کے پاس۔ تو ایک ہزار روپیہ اس نے فیس لیا۔ اور ایک ہزار روپیہ فیس دے کر جانتے ہیں کیا اس نے ان کو ایڈوائس دیا؟ کہ تم نماز پڑھا کرو۔ پانچ وقت نماز پڑھا کرو۔ اس سے تمہارا ٹینشن ختم ہو جائے گا۔ تو انہوں نے کہا میں تو نماز آلریڈی پڑھ رہا ہوں پانچ وقت۔ میں تو آلریڈی نماز پڑھ رہا ہ</w:t>
      </w:r>
    </w:p>
    <w:p>
      <w:r>
        <w:rPr>
          <w:b/>
        </w:rPr>
        <w:t xml:space="preserve">[29:08] </w:t>
      </w:r>
      <w:r>
        <w:t>oon paanch waqt.</w:t>
      </w:r>
    </w:p>
    <w:p>
      <w:pPr>
        <w:jc w:val="right"/>
      </w:pPr>
      <w:r>
        <w:t>وں پانچ وقت۔</w:t>
      </w:r>
    </w:p>
    <w:p>
      <w:r>
        <w:rPr>
          <w:b/>
        </w:rPr>
        <w:t xml:space="preserve">[29:12] </w:t>
      </w:r>
      <w:r>
        <w:t>aise aise aaj kal counselor baithe hue hain.</w:t>
      </w:r>
    </w:p>
    <w:p>
      <w:pPr>
        <w:jc w:val="right"/>
      </w:pPr>
      <w:r>
        <w:t>ایسے ایسے آج کل کونسلر بیٹھے ہوئے ہیں۔</w:t>
      </w:r>
    </w:p>
    <w:p>
      <w:r>
        <w:rPr>
          <w:b/>
        </w:rPr>
        <w:t xml:space="preserve">[29:16] </w:t>
      </w:r>
      <w:r>
        <w:t>yeh situation ko acha study nahi karenge.</w:t>
      </w:r>
    </w:p>
    <w:p>
      <w:pPr>
        <w:jc w:val="right"/>
      </w:pPr>
      <w:r>
        <w:t>یہ سچویشن کو اچھا اسٹڈی نہیں کریں گے۔</w:t>
      </w:r>
    </w:p>
    <w:p>
      <w:r>
        <w:rPr>
          <w:b/>
        </w:rPr>
        <w:t xml:space="preserve">[29:20] </w:t>
      </w:r>
      <w:r>
        <w:t>unko sachi mohabbat nahi hogi is insaan se.</w:t>
      </w:r>
    </w:p>
    <w:p>
      <w:pPr>
        <w:jc w:val="right"/>
      </w:pPr>
      <w:r>
        <w:t>ان کو سچی محبت نہیں ہوگی اس انسان سے۔</w:t>
      </w:r>
    </w:p>
    <w:p>
      <w:r>
        <w:rPr>
          <w:b/>
        </w:rPr>
        <w:t xml:space="preserve">[29:24] </w:t>
      </w:r>
      <w:r>
        <w:t>advice de denge.</w:t>
      </w:r>
    </w:p>
    <w:p>
      <w:pPr>
        <w:jc w:val="right"/>
      </w:pPr>
      <w:r>
        <w:t>ایڈوائس دے دیں گے۔</w:t>
      </w:r>
    </w:p>
    <w:p>
      <w:r>
        <w:rPr>
          <w:b/>
        </w:rPr>
        <w:t xml:space="preserve">[29:28] </w:t>
      </w:r>
      <w:r>
        <w:t>aur unhone keh diya keh sahib paanch waqt namaz parha karo.</w:t>
      </w:r>
    </w:p>
    <w:p>
      <w:pPr>
        <w:jc w:val="right"/>
      </w:pPr>
      <w:r>
        <w:t>اور انہوں نے کہہ دیا کہ صاحب پانچ وقت نماز پڑھا کرو۔</w:t>
      </w:r>
    </w:p>
    <w:p>
      <w:r>
        <w:rPr>
          <w:b/>
        </w:rPr>
        <w:t xml:space="preserve">[29:31] </w:t>
      </w:r>
      <w:r>
        <w:t>tumhara tension khatm ho jayega.</w:t>
      </w:r>
    </w:p>
    <w:p>
      <w:pPr>
        <w:jc w:val="right"/>
      </w:pPr>
      <w:r>
        <w:t>تمہارا ٹینشن ختم ہو جائے گا۔</w:t>
      </w:r>
    </w:p>
    <w:p>
      <w:r>
        <w:rPr>
          <w:b/>
        </w:rPr>
        <w:t xml:space="preserve">[29:35] </w:t>
      </w:r>
      <w:r>
        <w:t>to maine unse kiya kaha woh suniye aap</w:t>
      </w:r>
    </w:p>
    <w:p>
      <w:pPr>
        <w:jc w:val="right"/>
      </w:pPr>
      <w:r>
        <w:t>تو میں نے ان سے کیا کہا وہ سنیے آپ</w:t>
      </w:r>
    </w:p>
    <w:p>
      <w:r>
        <w:rPr>
          <w:b/>
        </w:rPr>
        <w:t xml:space="preserve">[29:39] </w:t>
      </w:r>
      <w:r>
        <w:t>.</w:t>
      </w:r>
    </w:p>
    <w:p>
      <w:pPr>
        <w:jc w:val="right"/>
      </w:pPr>
      <w:r>
        <w:t>۔</w:t>
      </w:r>
    </w:p>
    <w:p>
      <w:r>
        <w:rPr>
          <w:b/>
        </w:rPr>
        <w:t xml:space="preserve">[29:44] </w:t>
      </w:r>
      <w:r>
        <w:t>maine kaha namaz apni jagah par ek ek farz hai.</w:t>
      </w:r>
    </w:p>
    <w:p>
      <w:pPr>
        <w:jc w:val="right"/>
      </w:pPr>
      <w:r>
        <w:t>میں نے کہا نماز اپنی جگہ پر ایک ایک فرض ہے۔</w:t>
      </w:r>
    </w:p>
    <w:p>
      <w:r>
        <w:rPr>
          <w:b/>
        </w:rPr>
        <w:t xml:space="preserve">[29:48] </w:t>
      </w:r>
      <w:r>
        <w:t>lekin yeh nahi hai keh namaz padhayenge to tension khatm ho jayega.</w:t>
      </w:r>
    </w:p>
    <w:p>
      <w:pPr>
        <w:jc w:val="right"/>
      </w:pPr>
      <w:r>
        <w:t>لیکن یہ نہیں ہے کہ نماز پڑھائیں گے تو ٹینشن ختم ہو جائے گا۔</w:t>
      </w:r>
    </w:p>
    <w:p>
      <w:r>
        <w:rPr>
          <w:b/>
        </w:rPr>
        <w:t xml:space="preserve">[29:52] </w:t>
      </w:r>
      <w:r>
        <w:t>to maine kaha keh tension dekho ek intellectual phenomenon hai intellectual.</w:t>
      </w:r>
    </w:p>
    <w:p>
      <w:pPr>
        <w:jc w:val="right"/>
      </w:pPr>
      <w:r>
        <w:t>تو میں نے کہا کہ ٹینشن دیکھو ایک انٹلیکچول فیناومینا ہے انٹلیکچول۔</w:t>
      </w:r>
    </w:p>
    <w:p>
      <w:r>
        <w:rPr>
          <w:b/>
        </w:rPr>
        <w:t xml:space="preserve">[29:57] </w:t>
      </w:r>
      <w:r>
        <w:t>tension koi physical phenomena nahi hai.</w:t>
      </w:r>
    </w:p>
    <w:p>
      <w:pPr>
        <w:jc w:val="right"/>
      </w:pPr>
      <w:r>
        <w:t>ٹینشن کوئی فزیکل فیناومینا نہیں ہے۔</w:t>
      </w:r>
    </w:p>
    <w:p>
      <w:r>
        <w:rPr>
          <w:b/>
        </w:rPr>
        <w:t xml:space="preserve">[30:01] </w:t>
      </w:r>
      <w:r>
        <w:t>tension jo hai woh koi physical phenomena nahi hai ke aaj chot lag gayi aap ko.</w:t>
      </w:r>
    </w:p>
    <w:p>
      <w:pPr>
        <w:jc w:val="right"/>
      </w:pPr>
      <w:r>
        <w:t>ٹینشن جو ہے وہ کوئی فزیکل فیناومینا نہیں ہے کہ آج چوٹ لگ گئی آپ کو۔</w:t>
      </w:r>
    </w:p>
    <w:p>
      <w:r>
        <w:rPr>
          <w:b/>
        </w:rPr>
        <w:t xml:space="preserve">[30:05] </w:t>
      </w:r>
      <w:r>
        <w:t>toh aap wahan par kuch dressing karwa lain.</w:t>
      </w:r>
    </w:p>
    <w:p>
      <w:pPr>
        <w:jc w:val="right"/>
      </w:pPr>
      <w:r>
        <w:t>تو آپ وہاں پر کچھ ڈریسنگ کروا لیں۔</w:t>
      </w:r>
    </w:p>
    <w:p>
      <w:r>
        <w:rPr>
          <w:b/>
        </w:rPr>
        <w:t xml:space="preserve">[30:10] </w:t>
      </w:r>
      <w:r>
        <w:t>tension aik intellectual phenomena hai.</w:t>
      </w:r>
    </w:p>
    <w:p>
      <w:pPr>
        <w:jc w:val="right"/>
      </w:pPr>
      <w:r>
        <w:t>ٹینشن ایک انٹلیکچول فیناومینا ہے۔</w:t>
      </w:r>
    </w:p>
    <w:p>
      <w:r>
        <w:rPr>
          <w:b/>
        </w:rPr>
        <w:t xml:space="preserve">[30:14] </w:t>
      </w:r>
      <w:r>
        <w:t>toh intellectual phenomena ko aap intellectual tareeqay se hi khatam kar sakte hain.</w:t>
      </w:r>
    </w:p>
    <w:p>
      <w:pPr>
        <w:jc w:val="right"/>
      </w:pPr>
      <w:r>
        <w:t>تو انٹلیکچول فیناومینا کو آپ انٹلیکچول طریقے سے ہی ختم کر سکتے ہیں۔</w:t>
      </w:r>
    </w:p>
    <w:p>
      <w:r>
        <w:rPr>
          <w:b/>
        </w:rPr>
        <w:t xml:space="preserve">[30:18] </w:t>
      </w:r>
      <w:r>
        <w:t>toh maine unki reading ki ke ab kya problem hai bataiye.</w:t>
      </w:r>
    </w:p>
    <w:p>
      <w:pPr>
        <w:jc w:val="right"/>
      </w:pPr>
      <w:r>
        <w:t>تو میں نے ان کی ریڈنگ کی کہ اب کیا پرابلم ہے بتائیے۔</w:t>
      </w:r>
    </w:p>
    <w:p>
      <w:r>
        <w:rPr>
          <w:b/>
        </w:rPr>
        <w:t xml:space="preserve">[30:23] </w:t>
      </w:r>
      <w:r>
        <w:t>toh unhon ne bataya ke yeh problem hai.</w:t>
      </w:r>
    </w:p>
    <w:p>
      <w:pPr>
        <w:jc w:val="right"/>
      </w:pPr>
      <w:r>
        <w:t>تو انہوں نے بتایا کہ یہ پرابلم ہے۔</w:t>
      </w:r>
    </w:p>
    <w:p>
      <w:r>
        <w:rPr>
          <w:b/>
        </w:rPr>
        <w:t xml:space="preserve">[30:27] </w:t>
      </w:r>
      <w:r>
        <w:t>woh problem kya tha? biwi se unka jhagda rehta tha.</w:t>
      </w:r>
    </w:p>
    <w:p>
      <w:pPr>
        <w:jc w:val="right"/>
      </w:pPr>
      <w:r>
        <w:t>وہ پرابلم کیا تھا؟ بیوی سے ان کا جھگڑا رہتا تھا۔</w:t>
      </w:r>
    </w:p>
    <w:p>
      <w:r>
        <w:rPr>
          <w:b/>
        </w:rPr>
        <w:t xml:space="preserve">[30:31] </w:t>
      </w:r>
      <w:r>
        <w:t>biwi se jhagda rehta tha.</w:t>
      </w:r>
    </w:p>
    <w:p>
      <w:pPr>
        <w:jc w:val="right"/>
      </w:pPr>
      <w:r>
        <w:t>بیوی سے جھگڑا رہتا تھا۔</w:t>
      </w:r>
    </w:p>
    <w:p>
      <w:r>
        <w:rPr>
          <w:b/>
        </w:rPr>
        <w:t xml:space="preserve">[30:36] </w:t>
      </w:r>
      <w:r>
        <w:t>jhagda kyun rehta tha? yeh chahte the ke biwi jo hai unki</w:t>
      </w:r>
    </w:p>
    <w:p>
      <w:pPr>
        <w:jc w:val="right"/>
      </w:pPr>
      <w:r>
        <w:t>جھگڑا کیوں رہتا تھا؟ یہ چاہتے تھے کہ بیوی جو ہے ان کی</w:t>
      </w:r>
    </w:p>
    <w:p>
      <w:r>
        <w:rPr>
          <w:b/>
        </w:rPr>
        <w:t xml:space="preserve">[30:40] </w:t>
      </w:r>
      <w:r>
        <w:t>maa ki khidmat kare.</w:t>
      </w:r>
    </w:p>
    <w:p>
      <w:pPr>
        <w:jc w:val="right"/>
      </w:pPr>
      <w:r>
        <w:t>ماں کی خدمت کرے۔</w:t>
      </w:r>
    </w:p>
    <w:p>
      <w:r>
        <w:rPr>
          <w:b/>
        </w:rPr>
        <w:t xml:space="preserve">[30:43] </w:t>
      </w:r>
      <w:r>
        <w:t>unki biwi jo hai unki maa ko paon dabaye us ka sir dabaye.</w:t>
      </w:r>
    </w:p>
    <w:p>
      <w:pPr>
        <w:jc w:val="right"/>
      </w:pPr>
      <w:r>
        <w:t>ان کی بیوی جو ہے ان کی ماں کو پاؤں دبائے اس کا سر دبائے۔</w:t>
      </w:r>
    </w:p>
    <w:p>
      <w:r>
        <w:rPr>
          <w:b/>
        </w:rPr>
        <w:t xml:space="preserve">[30:47] </w:t>
      </w:r>
      <w:r>
        <w:t>aur us ko khidmat kare.</w:t>
      </w:r>
    </w:p>
    <w:p>
      <w:pPr>
        <w:jc w:val="right"/>
      </w:pPr>
      <w:r>
        <w:t>اور اس کو خدمت کرے۔</w:t>
      </w:r>
    </w:p>
    <w:p>
      <w:r>
        <w:rPr>
          <w:b/>
        </w:rPr>
        <w:t xml:space="preserve">[30:50] </w:t>
      </w:r>
      <w:r>
        <w:t>ab woh nahi karti thi.</w:t>
      </w:r>
    </w:p>
    <w:p>
      <w:pPr>
        <w:jc w:val="right"/>
      </w:pPr>
      <w:r>
        <w:t>اب وہ نہیں کرتی تھی۔</w:t>
      </w:r>
    </w:p>
    <w:p>
      <w:r>
        <w:rPr>
          <w:b/>
        </w:rPr>
        <w:t xml:space="preserve">[30:54] </w:t>
      </w:r>
      <w:r>
        <w:t>ab in ko tension.</w:t>
      </w:r>
    </w:p>
    <w:p>
      <w:pPr>
        <w:jc w:val="right"/>
      </w:pPr>
      <w:r>
        <w:t>اب ان کو ٹینشن۔</w:t>
      </w:r>
    </w:p>
    <w:p>
      <w:r>
        <w:rPr>
          <w:b/>
        </w:rPr>
        <w:t xml:space="preserve">[30:57] </w:t>
      </w:r>
      <w:r>
        <w:t>maine kaha ke tension jo hai yeh tension aap ka jo namaz parh kar nahi jayega yeh.</w:t>
      </w:r>
    </w:p>
    <w:p>
      <w:pPr>
        <w:jc w:val="right"/>
      </w:pPr>
      <w:r>
        <w:t>میں نے کہا کہ ٹینشن جو ہے یہ ٹینشن آپ کا جو نماز پڑھ کر نہیں جائے گا یہ۔</w:t>
      </w:r>
    </w:p>
    <w:p>
      <w:r>
        <w:rPr>
          <w:b/>
        </w:rPr>
        <w:t xml:space="preserve">[31:01] </w:t>
      </w:r>
      <w:r>
        <w:t>you have to be realist.</w:t>
      </w:r>
    </w:p>
    <w:p>
      <w:pPr>
        <w:jc w:val="right"/>
      </w:pPr>
      <w:r>
        <w:t>یو ہیو ٹو بی ریلسٹ۔</w:t>
      </w:r>
    </w:p>
    <w:p>
      <w:r>
        <w:rPr>
          <w:b/>
        </w:rPr>
        <w:t xml:space="preserve">[31:04] </w:t>
      </w:r>
      <w:r>
        <w:t>maine kaha ke dekhiye baat ko samjhiye.</w:t>
      </w:r>
    </w:p>
    <w:p>
      <w:pPr>
        <w:jc w:val="right"/>
      </w:pPr>
      <w:r>
        <w:t>میں نے کہا کہ دیکھیے بات کو سمجھیے۔</w:t>
      </w:r>
    </w:p>
    <w:p>
      <w:r>
        <w:rPr>
          <w:b/>
        </w:rPr>
        <w:t xml:space="preserve">[31:07] </w:t>
      </w:r>
      <w:r>
        <w:t>aap ki maa se aap ko</w:t>
      </w:r>
    </w:p>
    <w:p>
      <w:pPr>
        <w:jc w:val="right"/>
      </w:pPr>
      <w:r>
        <w:t>آپ کی ماں سے آپ کو</w:t>
      </w:r>
    </w:p>
    <w:p>
      <w:r>
        <w:rPr>
          <w:b/>
        </w:rPr>
        <w:t xml:space="preserve">[31:11] </w:t>
      </w:r>
      <w:r>
        <w:t>blood ka relationship hai. blood ka.</w:t>
      </w:r>
    </w:p>
    <w:p>
      <w:pPr>
        <w:jc w:val="right"/>
      </w:pPr>
      <w:r>
        <w:t>بلڈ کا ریلیشن شپ ہے۔ بلڈ کا۔</w:t>
      </w:r>
    </w:p>
    <w:p>
      <w:r>
        <w:rPr>
          <w:b/>
        </w:rPr>
        <w:t xml:space="preserve">[31:15] </w:t>
      </w:r>
      <w:r>
        <w:t>biwi ko toh nahi hai.</w:t>
      </w:r>
    </w:p>
    <w:p>
      <w:pPr>
        <w:jc w:val="right"/>
      </w:pPr>
      <w:r>
        <w:t>بیوی کو تو نہیں ہے۔</w:t>
      </w:r>
    </w:p>
    <w:p>
      <w:r>
        <w:rPr>
          <w:b/>
        </w:rPr>
        <w:t xml:space="preserve">[31:19] </w:t>
      </w:r>
      <w:r>
        <w:t>aap ki jo biwi hai us ko aap ki maa se koi blood relationship nahi hai.</w:t>
      </w:r>
    </w:p>
    <w:p>
      <w:pPr>
        <w:jc w:val="right"/>
      </w:pPr>
      <w:r>
        <w:t>آپ کی جو بیوی ہے اس کو آپ کی ماں سے کوئی بلڈ ریلیشن شپ نہیں ہے۔</w:t>
      </w:r>
    </w:p>
    <w:p>
      <w:r>
        <w:rPr>
          <w:b/>
        </w:rPr>
        <w:t xml:space="preserve">[31:24] </w:t>
      </w:r>
      <w:r>
        <w:t>toh aap ko mohabbat is liye hai ke aap ka blood un ka blood aik hai.</w:t>
      </w:r>
    </w:p>
    <w:p>
      <w:pPr>
        <w:jc w:val="right"/>
      </w:pPr>
      <w:r>
        <w:t>تو آپ کو محبت اس لیے ہے کہ آپ کا بلڈ ان کا بلڈ ایک ہے۔</w:t>
      </w:r>
    </w:p>
    <w:p>
      <w:r>
        <w:rPr>
          <w:b/>
        </w:rPr>
        <w:t xml:space="preserve">[31:28] </w:t>
      </w:r>
      <w:r>
        <w:t>biwi ko kyun hogi? biwi ko kyun hogi bataiye? toh maine kaha aap unrealistic is se aik</w:t>
      </w:r>
    </w:p>
    <w:p>
      <w:pPr>
        <w:jc w:val="right"/>
      </w:pPr>
      <w:r>
        <w:t>بیوی کو کیوں ہوگی؟ بیوی کو کیوں ہوگی بتائیے؟ تو میں نے کہا آپ انریلسٹک اس سے ایک</w:t>
      </w:r>
    </w:p>
    <w:p>
      <w:r>
        <w:rPr>
          <w:b/>
        </w:rPr>
        <w:t xml:space="preserve">[31:32] </w:t>
      </w:r>
      <w:r>
        <w:t>demand kar rahe hain.</w:t>
      </w:r>
    </w:p>
    <w:p>
      <w:pPr>
        <w:jc w:val="right"/>
      </w:pPr>
      <w:r>
        <w:t>ڈیمانڈ کر رہے ہیں۔</w:t>
      </w:r>
    </w:p>
    <w:p>
      <w:r>
        <w:rPr>
          <w:b/>
        </w:rPr>
        <w:t xml:space="preserve">[31:37] </w:t>
      </w:r>
      <w:r>
        <w:t>mein ne kaha kuch nahi</w:t>
      </w:r>
    </w:p>
    <w:p>
      <w:pPr>
        <w:jc w:val="right"/>
      </w:pPr>
      <w:r>
        <w:t>میں نے کہا کچھ نہیں</w:t>
      </w:r>
    </w:p>
    <w:p>
      <w:r>
        <w:rPr>
          <w:b/>
        </w:rPr>
        <w:t xml:space="preserve">[31:41] </w:t>
      </w:r>
      <w:r>
        <w:t>—</w:t>
      </w:r>
    </w:p>
    <w:p>
      <w:pPr>
        <w:jc w:val="right"/>
      </w:pPr>
      <w:r>
        <w:t>۔</w:t>
      </w:r>
    </w:p>
    <w:p>
      <w:r>
        <w:rPr>
          <w:b/>
        </w:rPr>
        <w:t xml:space="preserve">[31:45] </w:t>
      </w:r>
      <w:r>
        <w:t>maan ki khidmat karne ke liye jo aap us se kehte hain yeh yeh umeed hi khatm kar</w:t>
      </w:r>
    </w:p>
    <w:p>
      <w:pPr>
        <w:jc w:val="right"/>
      </w:pPr>
      <w:r>
        <w:t>ماں کی خدمت کرنے کے لیے جو آپ اس سے کہتے ہیں یہ یہ امید ہی ختم کر</w:t>
      </w:r>
    </w:p>
    <w:p>
      <w:r>
        <w:rPr>
          <w:b/>
        </w:rPr>
        <w:t xml:space="preserve">[31:49] </w:t>
      </w:r>
      <w:r>
        <w:t>di hai ke aap ki maa ki khidmat kare woh.</w:t>
      </w:r>
    </w:p>
    <w:p>
      <w:pPr>
        <w:jc w:val="right"/>
      </w:pPr>
      <w:r>
        <w:t>دی ہے کہ آپ کی ماں کی خدمت کرے وہ۔</w:t>
      </w:r>
    </w:p>
    <w:p>
      <w:r>
        <w:rPr>
          <w:b/>
        </w:rPr>
        <w:t xml:space="preserve">[31:53] </w:t>
      </w:r>
      <w:r>
        <w:t>woh kare ya na kare chhod dijiye is ko.</w:t>
      </w:r>
    </w:p>
    <w:p>
      <w:pPr>
        <w:jc w:val="right"/>
      </w:pPr>
      <w:r>
        <w:t>وہ کرے یا نہ کرے چھوڑ دیجیے اس کو۔</w:t>
      </w:r>
    </w:p>
    <w:p>
      <w:r>
        <w:rPr>
          <w:b/>
        </w:rPr>
        <w:t xml:space="preserve">[31:56] </w:t>
      </w:r>
      <w:r>
        <w:t>aap ke sath kaise rehti hai woh dekhiye aap.</w:t>
      </w:r>
    </w:p>
    <w:p>
      <w:pPr>
        <w:jc w:val="right"/>
      </w:pPr>
      <w:r>
        <w:t>آپ کے ساتھ کیسے رہتی ہے وہ دیکھیے آپ۔</w:t>
      </w:r>
    </w:p>
    <w:p>
      <w:r>
        <w:rPr>
          <w:b/>
        </w:rPr>
        <w:t xml:space="preserve">[32:00] </w:t>
      </w:r>
      <w:r>
        <w:t>subah mere sath to theek rehti hai mein theek rehti hoon to bas.</w:t>
      </w:r>
    </w:p>
    <w:p>
      <w:pPr>
        <w:jc w:val="right"/>
      </w:pPr>
      <w:r>
        <w:t>صبح میرے ساتھ تو ٹھیک رہتی ہے میں ٹھیک رہتی ہوں تو بس۔</w:t>
      </w:r>
    </w:p>
    <w:p>
      <w:r>
        <w:rPr>
          <w:b/>
        </w:rPr>
        <w:t xml:space="preserve">[32:04] </w:t>
      </w:r>
      <w:r>
        <w:t>yahi kafi hai? to mein ne kaha ya to aap alag ghar mein rahiye.</w:t>
      </w:r>
    </w:p>
    <w:p>
      <w:pPr>
        <w:jc w:val="right"/>
      </w:pPr>
      <w:r>
        <w:t>یہی کافی ہے؟ تو میں نے کہا یا تو آپ الگ گھر میں رہیے۔</w:t>
      </w:r>
    </w:p>
    <w:p>
      <w:r>
        <w:rPr>
          <w:b/>
        </w:rPr>
        <w:t xml:space="preserve">[32:08] </w:t>
      </w:r>
      <w:r>
        <w:t>ya to aap alag ghar mein rahiye maan alag rahe aap alag rahen.</w:t>
      </w:r>
    </w:p>
    <w:p>
      <w:pPr>
        <w:jc w:val="right"/>
      </w:pPr>
      <w:r>
        <w:t>یا تو آپ الگ گھر میں رہیے ماں الگ رہے آپ الگ رہیں۔</w:t>
      </w:r>
    </w:p>
    <w:p>
      <w:r>
        <w:rPr>
          <w:b/>
        </w:rPr>
        <w:t xml:space="preserve">[32:12] </w:t>
      </w:r>
      <w:r>
        <w:t>aur agar aap rehte hain maan ke sath to biwi se aap yeh demand mat kijiye ke woh</w:t>
      </w:r>
    </w:p>
    <w:p>
      <w:pPr>
        <w:jc w:val="right"/>
      </w:pPr>
      <w:r>
        <w:t>اور اگر آپ رہتے ہیں ماں کے ساتھ تو بیوی سے آپ یہ ڈیمانڈ مت کیجیے کہ وہ</w:t>
      </w:r>
    </w:p>
    <w:p>
      <w:r>
        <w:rPr>
          <w:b/>
        </w:rPr>
        <w:t xml:space="preserve">[32:16] </w:t>
      </w:r>
      <w:r>
        <w:t>aap ki maa ki khidmat kare.</w:t>
      </w:r>
    </w:p>
    <w:p>
      <w:pPr>
        <w:jc w:val="right"/>
      </w:pPr>
      <w:r>
        <w:t>آپ کی ماں کی خدمت کرے۔</w:t>
      </w:r>
    </w:p>
    <w:p>
      <w:r>
        <w:rPr>
          <w:b/>
        </w:rPr>
        <w:t xml:space="preserve">[32:20] </w:t>
      </w:r>
      <w:r>
        <w:t>woh us ke upar hai woh kare ke na kare.</w:t>
      </w:r>
    </w:p>
    <w:p>
      <w:pPr>
        <w:jc w:val="right"/>
      </w:pPr>
      <w:r>
        <w:t>وہ اس کے اوپر ہے وہ کرے کہ نہ کرے۔</w:t>
      </w:r>
    </w:p>
    <w:p>
      <w:r>
        <w:rPr>
          <w:b/>
        </w:rPr>
        <w:t xml:space="preserve">[32:25] </w:t>
      </w:r>
      <w:r>
        <w:t>to chacha kuch din ke baad mulaqat hui to un ka tension khatm ho chuka tha.</w:t>
      </w:r>
    </w:p>
    <w:p>
      <w:pPr>
        <w:jc w:val="right"/>
      </w:pPr>
      <w:r>
        <w:t>تو چاچا کچھ دن کے بعد ملاقات ہوئی تو ان کا ٹینشن ختم ہو چکا تھا۔</w:t>
      </w:r>
    </w:p>
    <w:p>
      <w:r>
        <w:rPr>
          <w:b/>
        </w:rPr>
        <w:t xml:space="preserve">[32:29] </w:t>
      </w:r>
      <w:r>
        <w:t>aise hi kiya unhon ne.</w:t>
      </w:r>
    </w:p>
    <w:p>
      <w:pPr>
        <w:jc w:val="right"/>
      </w:pPr>
      <w:r>
        <w:t>ایسے ہی کیا انہوں نے۔</w:t>
      </w:r>
    </w:p>
    <w:p>
      <w:r>
        <w:rPr>
          <w:b/>
        </w:rPr>
        <w:t xml:space="preserve">[32:33] </w:t>
      </w:r>
      <w:r>
        <w:t>mujhe hindi ka ek bahut achha pasand hai. ek kahawat.</w:t>
      </w:r>
    </w:p>
    <w:p>
      <w:pPr>
        <w:jc w:val="right"/>
      </w:pPr>
      <w:r>
        <w:t>مجھے ہندی کا ایک بہت اچھا پسند ہے۔ ایک کہاوت۔</w:t>
      </w:r>
    </w:p>
    <w:p>
      <w:r>
        <w:rPr>
          <w:b/>
        </w:rPr>
        <w:t xml:space="preserve">[32:38] </w:t>
      </w:r>
      <w:r>
        <w:t>woh yeh hai ke</w:t>
      </w:r>
    </w:p>
    <w:p>
      <w:pPr>
        <w:jc w:val="right"/>
      </w:pPr>
      <w:r>
        <w:t>وہ یہ ہے کہ</w:t>
      </w:r>
    </w:p>
    <w:p>
      <w:r>
        <w:rPr>
          <w:b/>
        </w:rPr>
        <w:t xml:space="preserve">[32:42] </w:t>
      </w:r>
      <w:r>
        <w:t>sadharan gunon se asadharan mursh bante hain.</w:t>
      </w:r>
    </w:p>
    <w:p>
      <w:pPr>
        <w:jc w:val="right"/>
      </w:pPr>
      <w:r>
        <w:t>ساڈھارن گنوں سے اساڈھارن مرش بنتے ہیں۔</w:t>
      </w:r>
    </w:p>
    <w:p>
      <w:r>
        <w:rPr>
          <w:b/>
        </w:rPr>
        <w:t xml:space="preserve">[32:46] </w:t>
      </w:r>
      <w:r>
        <w:t>sadharan gunon se asadharan mursh bante hain.</w:t>
      </w:r>
    </w:p>
    <w:p>
      <w:pPr>
        <w:jc w:val="right"/>
      </w:pPr>
      <w:r>
        <w:t>ساڈھارن گنوں سے اساڈھارن مرش بنتے ہیں۔</w:t>
      </w:r>
    </w:p>
    <w:p>
      <w:r>
        <w:rPr>
          <w:b/>
        </w:rPr>
        <w:t xml:space="preserve">[32:51] </w:t>
      </w:r>
      <w:r>
        <w:t>yani ordinary qualities se extra ordinary insan bante hain.</w:t>
      </w:r>
    </w:p>
    <w:p>
      <w:pPr>
        <w:jc w:val="right"/>
      </w:pPr>
      <w:r>
        <w:t>یعنی آرڈنری کوالٹیز سے ایکسٹرا آرڈنری انسان بنتے ہیں۔</w:t>
      </w:r>
    </w:p>
    <w:p>
      <w:r>
        <w:rPr>
          <w:b/>
        </w:rPr>
        <w:t xml:space="preserve">[32:55] </w:t>
      </w:r>
      <w:r>
        <w:t>to aksar chhoti chhoti baatein jo hain chhoti chhoti baatein.</w:t>
      </w:r>
    </w:p>
    <w:p>
      <w:pPr>
        <w:jc w:val="right"/>
      </w:pPr>
      <w:r>
        <w:t>تو اکثر چھوٹی چھوٹی باتیں جو ہیں چھوٹی چھوٹی باتیں۔</w:t>
      </w:r>
    </w:p>
    <w:p>
      <w:r>
        <w:rPr>
          <w:b/>
        </w:rPr>
        <w:t xml:space="preserve">[32:59] </w:t>
      </w:r>
      <w:r>
        <w:t>wohi deciding factor ban jate hain insan ki zindagi mein.</w:t>
      </w:r>
    </w:p>
    <w:p>
      <w:pPr>
        <w:jc w:val="right"/>
      </w:pPr>
      <w:r>
        <w:t>وہی ڈیسائیڈنگ فیکٹر بن جاتے ہیں انسان کی زندگی میں۔</w:t>
      </w:r>
    </w:p>
    <w:p>
      <w:r>
        <w:rPr>
          <w:b/>
        </w:rPr>
        <w:t xml:space="preserve">[33:04] </w:t>
      </w:r>
      <w:r>
        <w:t>success aur failure dono ke muamle mein.</w:t>
      </w:r>
    </w:p>
    <w:p>
      <w:pPr>
        <w:jc w:val="right"/>
      </w:pPr>
      <w:r>
        <w:t>سکسیس اور فیریئر دونوں کے معاملے میں۔</w:t>
      </w:r>
    </w:p>
    <w:p>
      <w:r>
        <w:rPr>
          <w:b/>
        </w:rPr>
        <w:t xml:space="preserve">[33:08] </w:t>
      </w:r>
      <w:r>
        <w:t>log chhoti baat</w:t>
      </w:r>
    </w:p>
    <w:p>
      <w:pPr>
        <w:jc w:val="right"/>
      </w:pPr>
      <w:r>
        <w:t>لوگ چھوٹی بات</w:t>
      </w:r>
    </w:p>
    <w:p>
      <w:r>
        <w:rPr>
          <w:b/>
        </w:rPr>
        <w:t xml:space="preserve">[33:12] </w:t>
      </w:r>
      <w:r>
        <w:t>on ko kehte hain are yeh to chhoti si baat hai.</w:t>
      </w:r>
    </w:p>
    <w:p>
      <w:pPr>
        <w:jc w:val="right"/>
      </w:pPr>
      <w:r>
        <w:t>وں کو کہتے ہیں ارے یہ تو چھوٹی سی بات ہے۔</w:t>
      </w:r>
    </w:p>
    <w:p>
      <w:r>
        <w:rPr>
          <w:b/>
        </w:rPr>
        <w:t xml:space="preserve">[33:17] </w:t>
      </w:r>
      <w:r>
        <w:t>wohi chhoti baat jo hai woh badi baat hoti hai.</w:t>
      </w:r>
    </w:p>
    <w:p>
      <w:pPr>
        <w:jc w:val="right"/>
      </w:pPr>
      <w:r>
        <w:t>وہی چھوٹی بات جو ہے وہ بڑی بات ہوتی ہے۔</w:t>
      </w:r>
    </w:p>
    <w:p>
      <w:r>
        <w:rPr>
          <w:b/>
        </w:rPr>
        <w:t xml:space="preserve">[33:22] </w:t>
      </w:r>
      <w:r>
        <w:t>wohi choti baat hai wohi bari baat hoti hai.</w:t>
      </w:r>
    </w:p>
    <w:p>
      <w:pPr>
        <w:jc w:val="right"/>
      </w:pPr>
      <w:r>
        <w:t>وہی چھوٹی بات ہے وہی بڑی بات ہوتی ہے۔</w:t>
      </w:r>
    </w:p>
    <w:p>
      <w:r>
        <w:rPr>
          <w:b/>
        </w:rPr>
        <w:t xml:space="preserve">[33:27] </w:t>
      </w:r>
      <w:r>
        <w:t>aik hadith hai ke aayyakum wa muhaqirrat al-dhunub.</w:t>
      </w:r>
    </w:p>
    <w:p>
      <w:pPr>
        <w:jc w:val="right"/>
      </w:pPr>
      <w:r>
        <w:t>ایک حدیث ہے کہ ایاکم و محقرات الذنوب۔</w:t>
      </w:r>
    </w:p>
    <w:p>
      <w:r>
        <w:rPr>
          <w:b/>
        </w:rPr>
        <w:t xml:space="preserve">[33:32] </w:t>
      </w:r>
      <w:r>
        <w:t>yani chhote chhote gunahon se bacho.</w:t>
      </w:r>
    </w:p>
    <w:p>
      <w:pPr>
        <w:jc w:val="right"/>
      </w:pPr>
      <w:r>
        <w:t>یعنی چھوٹے چھوٹے گناہوں سے بچو۔</w:t>
      </w:r>
    </w:p>
    <w:p>
      <w:r>
        <w:rPr>
          <w:b/>
        </w:rPr>
        <w:t xml:space="preserve">[33:37] </w:t>
      </w:r>
      <w:r>
        <w:t>yahan gunah ke mani sach poochhen to sun ke mani mein nahi hai.</w:t>
      </w:r>
    </w:p>
    <w:p>
      <w:pPr>
        <w:jc w:val="right"/>
      </w:pPr>
      <w:r>
        <w:t>یہاں گناہ کے معنی سچ پوچھیں تو سن کے معنی میں نہیں ہے۔</w:t>
      </w:r>
    </w:p>
    <w:p>
      <w:r>
        <w:rPr>
          <w:b/>
        </w:rPr>
        <w:t xml:space="preserve">[33:42] </w:t>
      </w:r>
      <w:r>
        <w:t>yani jis ko log galat samjhen jo bura samjhen chahe woh chhoti si baat ho us se bachao</w:t>
      </w:r>
    </w:p>
    <w:p>
      <w:pPr>
        <w:jc w:val="right"/>
      </w:pPr>
      <w:r>
        <w:t>یعنی جس کو لوگ غلط سمجھیں جو برا سمجھیں چاہے وہ چھوٹی سی بات ہو اس سے بچاؤ</w:t>
      </w:r>
    </w:p>
    <w:p>
      <w:r>
        <w:rPr>
          <w:b/>
        </w:rPr>
        <w:t xml:space="preserve">[33:47] </w:t>
      </w:r>
      <w:r>
        <w:t>apne aap ko.</w:t>
      </w:r>
    </w:p>
    <w:p>
      <w:pPr>
        <w:jc w:val="right"/>
      </w:pPr>
      <w:r>
        <w:t>اپنے آپ کو۔</w:t>
      </w:r>
    </w:p>
    <w:p>
      <w:r>
        <w:rPr>
          <w:b/>
        </w:rPr>
        <w:t xml:space="preserve">[33:51] </w:t>
      </w:r>
      <w:r>
        <w:t>zindagi mein aadmi din mein aik so baar chhoti chhoti baat gadbad kar sakta hai.</w:t>
      </w:r>
    </w:p>
    <w:p>
      <w:pPr>
        <w:jc w:val="right"/>
      </w:pPr>
      <w:r>
        <w:t>زندگی میں آدمی دن میں ایک سو بار چھوٹی چھوٹی بات گڑبڑ کر سکتا ہے۔</w:t>
      </w:r>
    </w:p>
    <w:p>
      <w:r>
        <w:rPr>
          <w:b/>
        </w:rPr>
        <w:t xml:space="preserve">[33:55] </w:t>
      </w:r>
      <w:r>
        <w:t>bara gunah to mahinon aur saalon mein kabhi aik hota hai.</w:t>
      </w:r>
    </w:p>
    <w:p>
      <w:pPr>
        <w:jc w:val="right"/>
      </w:pPr>
      <w:r>
        <w:t>بڑا گناہ تو مہینوں اور سالوں میں کبھی ایک ہوتا ہے۔</w:t>
      </w:r>
    </w:p>
    <w:p>
      <w:r>
        <w:rPr>
          <w:b/>
        </w:rPr>
        <w:t xml:space="preserve">[33:59] </w:t>
      </w:r>
      <w:r>
        <w:t>to bara gunah aadmi ko foran repentance paida karta hai.</w:t>
      </w:r>
    </w:p>
    <w:p>
      <w:pPr>
        <w:jc w:val="right"/>
      </w:pPr>
      <w:r>
        <w:t>تو بڑا گناہ آدمی کو فوراً ریپٹنس پیدا کرتا ہے۔</w:t>
      </w:r>
    </w:p>
    <w:p>
      <w:r>
        <w:rPr>
          <w:b/>
        </w:rPr>
        <w:t xml:space="preserve">[34:04] </w:t>
      </w:r>
      <w:r>
        <w:t>aadmi jaldi se apni apne ko correct kar leta hai.</w:t>
      </w:r>
    </w:p>
    <w:p>
      <w:pPr>
        <w:jc w:val="right"/>
      </w:pPr>
      <w:r>
        <w:t>آدمی جلدی سے اپنی اپنے کو کریکٹ کر لیتا ہے۔</w:t>
      </w:r>
    </w:p>
    <w:p>
      <w:r>
        <w:rPr>
          <w:b/>
        </w:rPr>
        <w:t xml:space="preserve">[34:08] </w:t>
      </w:r>
      <w:r>
        <w:t>chhote gunah jo hote hain woh is ko dhyan nahi det</w:t>
      </w:r>
    </w:p>
    <w:p>
      <w:pPr>
        <w:jc w:val="right"/>
      </w:pPr>
      <w:r>
        <w:t>چھوٹے گناہ جو ہوتے ہیں وہ اس کو دھیان نہیں دیت</w:t>
      </w:r>
    </w:p>
    <w:p>
      <w:r>
        <w:rPr>
          <w:b/>
        </w:rPr>
        <w:t xml:space="preserve">[34:12] </w:t>
      </w:r>
      <w:r>
        <w:t>a.</w:t>
      </w:r>
    </w:p>
    <w:p>
      <w:pPr>
        <w:jc w:val="right"/>
      </w:pPr>
      <w:r>
        <w:t>ا۔</w:t>
      </w:r>
    </w:p>
    <w:p>
      <w:r>
        <w:rPr>
          <w:b/>
        </w:rPr>
        <w:t xml:space="preserve">[34:17] </w:t>
      </w:r>
      <w:r>
        <w:t>misalan jhoot bolna. jhoot bolna.</w:t>
      </w:r>
    </w:p>
    <w:p>
      <w:pPr>
        <w:jc w:val="right"/>
      </w:pPr>
      <w:r>
        <w:t>مثلاً جھوٹ بولنا۔ جھوٹ بولنا۔</w:t>
      </w:r>
    </w:p>
    <w:p>
      <w:r>
        <w:rPr>
          <w:b/>
        </w:rPr>
        <w:t xml:space="preserve">[34:21] </w:t>
      </w:r>
      <w:r>
        <w:t>aaj aik sahib ka telephone mere paas aaya aaj hi ki baat hai.</w:t>
      </w:r>
    </w:p>
    <w:p>
      <w:pPr>
        <w:jc w:val="right"/>
      </w:pPr>
      <w:r>
        <w:t>آج ایک صاحب کا ٹیلی فون میرے پاس آیا آج ہی کی بات ہے۔</w:t>
      </w:r>
    </w:p>
    <w:p>
      <w:r>
        <w:rPr>
          <w:b/>
        </w:rPr>
        <w:t xml:space="preserve">[34:26] </w:t>
      </w:r>
      <w:r>
        <w:t>to unhon ne kaha ke aik baat kahi unhon ne.</w:t>
      </w:r>
    </w:p>
    <w:p>
      <w:pPr>
        <w:jc w:val="right"/>
      </w:pPr>
      <w:r>
        <w:t>تو انہوں نے کہا کہ ایک بات کہی انہوں نے۔</w:t>
      </w:r>
    </w:p>
    <w:p>
      <w:r>
        <w:rPr>
          <w:b/>
        </w:rPr>
        <w:t xml:space="preserve">[34:30] </w:t>
      </w:r>
      <w:r>
        <w:t>to phir main ne kaha ke aisa nahi aisa aur dobara jo kaha woh khud wohi baat bole woh.</w:t>
      </w:r>
    </w:p>
    <w:p>
      <w:pPr>
        <w:jc w:val="right"/>
      </w:pPr>
      <w:r>
        <w:t>تو پھر میں نے کہا کہ ایسا نہیں ایسا اور دوبارہ جو کہا وہ خود وہی بات بولے وہ۔</w:t>
      </w:r>
    </w:p>
    <w:p>
      <w:r>
        <w:rPr>
          <w:b/>
        </w:rPr>
        <w:t xml:space="preserve">[34:34] </w:t>
      </w:r>
      <w:r>
        <w:t>to main ne kaha dekhiye aap ne jhoot kaha.</w:t>
      </w:r>
    </w:p>
    <w:p>
      <w:pPr>
        <w:jc w:val="right"/>
      </w:pPr>
      <w:r>
        <w:t>تو میں نے کہا دیکھیے آپ نے جھوٹ کہا۔</w:t>
      </w:r>
    </w:p>
    <w:p>
      <w:r>
        <w:rPr>
          <w:b/>
        </w:rPr>
        <w:t xml:space="preserve">[34:39] </w:t>
      </w:r>
      <w:r>
        <w:t>aik taraf to meri baat ko aap ne kaata.</w:t>
      </w:r>
    </w:p>
    <w:p>
      <w:pPr>
        <w:jc w:val="right"/>
      </w:pPr>
      <w:r>
        <w:t>ایک طرف تو میری بات کو آپ نے کاٹا۔</w:t>
      </w:r>
    </w:p>
    <w:p>
      <w:r>
        <w:rPr>
          <w:b/>
        </w:rPr>
        <w:t xml:space="preserve">[34:43] </w:t>
      </w:r>
      <w:r>
        <w:t>aur phir isi baat ko doosre shabdon mein aap ne maan liya. yeh bohat baar mera aisa is ka is ka experience hota hai. ke isi baat ko aadmi kaate ga isi baat ko phir doosre dhang se maan le ga. yeh jhoot hai. to dekhiye bilkul naked lie to kam log bolte hain. aik dam khula khula jhoot. lekin</w:t>
      </w:r>
    </w:p>
    <w:p>
      <w:pPr>
        <w:jc w:val="right"/>
      </w:pPr>
      <w:r>
        <w:t>اور پھر اسی بات کو دوسرے शब्दوں میں آپ نے مان لیا۔ یہ بہت بار میرا ایسا اس کا اس کا ایکسپیرینس ہوتا ہے۔ کہ اسی بات کو آدمی کاٹے گا اسی بات کو پھر دوسرے ڈھنگ سے مان لے گا۔ یہ جھوٹ ہے۔ تو دیکھیے بالکل نیکڈ لائی تو کم لوگ بولتے ہیں۔ ایک دم کھلا کھلا جھوٹ۔ لیکن</w:t>
      </w:r>
    </w:p>
    <w:p>
      <w:r>
        <w:rPr>
          <w:b/>
        </w:rPr>
        <w:t xml:space="preserve">[35:13] </w:t>
      </w:r>
      <w:r>
        <w:t>yaani jo jis ko main kahoon ga hidden lie woh har har aadmi subah shaam bolta rehta hai. is ka nuqsan kya hota hai? aap ke andar weak personality banti hai. weak personality. yaani bara gunah karne se agar gunahgar personality banti hai. sinful personality. aik bara gunah aadmi se ho to us ke andar sinful personality bane g</w:t>
      </w:r>
    </w:p>
    <w:p>
      <w:pPr>
        <w:jc w:val="right"/>
      </w:pPr>
      <w:r>
        <w:t>یعنی جو جس کو میں کہوں گا ہڈن لائی وہ ہر ہر آدمی صبح شام بولتا رہتا ہے۔ اس کا نقصان کیا ہوتا ہے؟ آپ کے اندر ویک پرسنیلٹی بنتی ہے۔ ویک پرسنیلٹی۔ یعنی بڑا گناہ کرنے سے اگر گنہگار پرسنیلٹی بنتی ہے۔ سن فل پرسنیلٹی۔ ایک بڑا گناہ آدمی سے ہو تو اس کے اندر سن فل پرسنیلٹی بنے گ</w:t>
      </w:r>
    </w:p>
    <w:p>
      <w:r>
        <w:rPr>
          <w:b/>
        </w:rPr>
        <w:t xml:space="preserve">[35:43] </w:t>
      </w:r>
      <w:r>
        <w:t>y.</w:t>
      </w:r>
    </w:p>
    <w:p>
      <w:pPr>
        <w:jc w:val="right"/>
      </w:pPr>
      <w:r>
        <w:t>ی۔</w:t>
      </w:r>
    </w:p>
    <w:p>
      <w:r>
        <w:rPr>
          <w:b/>
        </w:rPr>
        <w:t xml:space="preserve">[35:48] </w:t>
      </w:r>
      <w:r>
        <w:t>lekin chhote chhote jo cheezen hoti hain woh agar karta rahe aadmi.</w:t>
      </w:r>
    </w:p>
    <w:p>
      <w:pPr>
        <w:jc w:val="right"/>
      </w:pPr>
      <w:r>
        <w:t>لیکن چھوٹے چھوٹے جو چیزیں ہوتی ہیں وہ اگر کرتا رہے آدمی۔</w:t>
      </w:r>
    </w:p>
    <w:p>
      <w:r>
        <w:rPr>
          <w:b/>
        </w:rPr>
        <w:t xml:space="preserve">[35:53] </w:t>
      </w:r>
      <w:r>
        <w:t>تو اس سے کیا ہوگا؟ weak personality بنے گی۔</w:t>
      </w:r>
    </w:p>
    <w:p>
      <w:pPr>
        <w:jc w:val="right"/>
      </w:pPr>
      <w:r>
        <w:t>تو اس سے کیا ہوگا؟ ویک پرسنیلٹی بنے گی۔</w:t>
      </w:r>
    </w:p>
    <w:p>
      <w:r>
        <w:rPr>
          <w:b/>
        </w:rPr>
        <w:t xml:space="preserve">[35:58] </w:t>
      </w:r>
      <w:r>
        <w:t>kyun ke weak personality kya hai? dil mein kuch hai munh se kuch bol rahe hain.</w:t>
      </w:r>
    </w:p>
    <w:p>
      <w:pPr>
        <w:jc w:val="right"/>
      </w:pPr>
      <w:r>
        <w:t>کیوں کہ ویک پرسنیلٹی کیا ہے؟ دل میں کچھ ہے منہ سے کچھ بول رہے ہیں۔</w:t>
      </w:r>
    </w:p>
    <w:p>
      <w:r>
        <w:rPr>
          <w:b/>
        </w:rPr>
        <w:t xml:space="preserve">[36:03] </w:t>
      </w:r>
      <w:r>
        <w:t>koi galati ho gayi ab maan nahi rahe ke yeh baat galat nahi keh rahe hain.</w:t>
      </w:r>
    </w:p>
    <w:p>
      <w:pPr>
        <w:jc w:val="right"/>
      </w:pPr>
      <w:r>
        <w:t>کوئی غلطی ہو گئی اب مان نہیں رہے کہ یہ بات غلط نہیں کہہ رہے ہیں۔</w:t>
      </w:r>
    </w:p>
    <w:p>
      <w:r>
        <w:rPr>
          <w:b/>
        </w:rPr>
        <w:t xml:space="preserve">[36:08] </w:t>
      </w:r>
      <w:r>
        <w:t>to kya hota hai? aadmi ke andar ki soch kuch hoti hai munh se jo bolta hai woh</w:t>
      </w:r>
    </w:p>
    <w:p>
      <w:pPr>
        <w:jc w:val="right"/>
      </w:pPr>
      <w:r>
        <w:t>تو کیا ہوتا ہے؟ آدمی کے اندر کی سوچ کچھ ہوتی ہے منہ سے جو بولتا ہے وہ</w:t>
      </w:r>
    </w:p>
    <w:p>
      <w:r>
        <w:rPr>
          <w:b/>
        </w:rPr>
        <w:t xml:space="preserve">[36:13] </w:t>
      </w:r>
      <w:r>
        <w:t>kuch hoti hai.</w:t>
      </w:r>
    </w:p>
    <w:p>
      <w:pPr>
        <w:jc w:val="right"/>
      </w:pPr>
      <w:r>
        <w:t>کچھ ہوتی ہے۔</w:t>
      </w:r>
    </w:p>
    <w:p>
      <w:r>
        <w:rPr>
          <w:b/>
        </w:rPr>
        <w:t xml:space="preserve">[36:19] </w:t>
      </w:r>
      <w:r>
        <w:t>تو آدمی کو اس سے چاہیے کہ آپ نے کوئی اس سے بچائے کہ اس کے اندر weak</w:t>
      </w:r>
    </w:p>
    <w:p>
      <w:pPr>
        <w:jc w:val="right"/>
      </w:pPr>
      <w:r>
        <w:t>تو آدمی کو اس سے چاہیے کہ آپ نے کوئی اس سے بچائے کہ اس کے اندر ویک</w:t>
      </w:r>
    </w:p>
    <w:p>
      <w:r>
        <w:rPr>
          <w:b/>
        </w:rPr>
        <w:t xml:space="preserve">[36:22] </w:t>
      </w:r>
      <w:r>
        <w:t>personality develop kare.</w:t>
      </w:r>
    </w:p>
    <w:p>
      <w:pPr>
        <w:jc w:val="right"/>
      </w:pPr>
      <w:r>
        <w:t>پرسنیلٹی ڈیولپ کرے۔</w:t>
      </w:r>
    </w:p>
    <w:p>
      <w:r>
        <w:rPr>
          <w:b/>
        </w:rPr>
        <w:t xml:space="preserve">[36:26] </w:t>
      </w:r>
      <w:r>
        <w:t>بہت ہی بری چیز ہے weak personality۔</w:t>
      </w:r>
    </w:p>
    <w:p>
      <w:pPr>
        <w:jc w:val="right"/>
      </w:pPr>
      <w:r>
        <w:t>بہت ہی بری چیز ہے ویک پرسنیلٹی۔</w:t>
      </w:r>
    </w:p>
    <w:p>
      <w:r>
        <w:rPr>
          <w:b/>
        </w:rPr>
        <w:t xml:space="preserve">[36:30] </w:t>
      </w:r>
      <w:r>
        <w:t>اس قسم کے experience مجھے ہر دن ہوتے رہتے ہیں۔</w:t>
      </w:r>
    </w:p>
    <w:p>
      <w:pPr>
        <w:jc w:val="right"/>
      </w:pPr>
      <w:r>
        <w:t>اس قسم کے ایکسپیرینس مجھے ہر دن ہوتے رہتے ہیں۔</w:t>
      </w:r>
    </w:p>
    <w:p>
      <w:r>
        <w:rPr>
          <w:b/>
        </w:rPr>
        <w:t xml:space="preserve">[36:34] </w:t>
      </w:r>
      <w:r>
        <w:t>kabhi koi milta hai.</w:t>
      </w:r>
    </w:p>
    <w:p>
      <w:pPr>
        <w:jc w:val="right"/>
      </w:pPr>
      <w:r>
        <w:t>کبھی کوئی ملتا ہے۔</w:t>
      </w:r>
    </w:p>
    <w:p>
      <w:r>
        <w:rPr>
          <w:b/>
        </w:rPr>
        <w:t xml:space="preserve">[36:38] </w:t>
      </w:r>
      <w:r>
        <w:t>tab pata chalta hai kabhi koi letter likhta hai.</w:t>
      </w:r>
    </w:p>
    <w:p>
      <w:pPr>
        <w:jc w:val="right"/>
      </w:pPr>
      <w:r>
        <w:t>تب پتہ چلتا ہے کبھی کوئی لیٹر لکھتا ہے۔</w:t>
      </w:r>
    </w:p>
    <w:p>
      <w:r>
        <w:rPr>
          <w:b/>
        </w:rPr>
        <w:t xml:space="preserve">[36:41] </w:t>
      </w:r>
      <w:r>
        <w:t>is se maloom hota hai.</w:t>
      </w:r>
    </w:p>
    <w:p>
      <w:pPr>
        <w:jc w:val="right"/>
      </w:pPr>
      <w:r>
        <w:t>اس سے معلوم ہوتا ہے۔</w:t>
      </w:r>
    </w:p>
    <w:p>
      <w:r>
        <w:rPr>
          <w:b/>
        </w:rPr>
        <w:t xml:space="preserve">[36:45] </w:t>
      </w:r>
      <w:r>
        <w:t>kabhi kahin jata hoon to kisi se mulaqat hoti hai.</w:t>
      </w:r>
    </w:p>
    <w:p>
      <w:pPr>
        <w:jc w:val="right"/>
      </w:pPr>
      <w:r>
        <w:t>کبھی کہیں جاتا ہوں تو کسی سے ملاقات ہوتی ہے۔</w:t>
      </w:r>
    </w:p>
    <w:p>
      <w:r>
        <w:rPr>
          <w:b/>
        </w:rPr>
        <w:t xml:space="preserve">[36:49] </w:t>
      </w:r>
      <w:r>
        <w:t>aur telephone to roz aate hi rehte hain.</w:t>
      </w:r>
    </w:p>
    <w:p>
      <w:pPr>
        <w:jc w:val="right"/>
      </w:pPr>
      <w:r>
        <w:t>اور ٹیلی فون تو روز آتے ہی رہتے ہیں۔</w:t>
      </w:r>
    </w:p>
    <w:p>
      <w:r>
        <w:rPr>
          <w:b/>
        </w:rPr>
        <w:t xml:space="preserve">[36:53] </w:t>
      </w:r>
      <w:r>
        <w:t>تو میں نے یہ پایا ہے کہ لوگوں کے اندر art of thinking نہیں ہے۔</w:t>
      </w:r>
    </w:p>
    <w:p>
      <w:pPr>
        <w:jc w:val="right"/>
      </w:pPr>
      <w:r>
        <w:t>تو میں نے یہ پایا ہے کہ لوگوں کے اندر آرٹ آف تھنکنگ نہیں ہے۔</w:t>
      </w:r>
    </w:p>
    <w:p>
      <w:r>
        <w:rPr>
          <w:b/>
        </w:rPr>
        <w:t xml:space="preserve">[36:58] </w:t>
      </w:r>
      <w:r>
        <w:t>log khud soch nahi paate.</w:t>
      </w:r>
    </w:p>
    <w:p>
      <w:pPr>
        <w:jc w:val="right"/>
      </w:pPr>
      <w:r>
        <w:t>لوگ خود سوچ نہیں پاتے۔</w:t>
      </w:r>
    </w:p>
    <w:p>
      <w:r>
        <w:rPr>
          <w:b/>
        </w:rPr>
        <w:t xml:space="preserve">[37:02] </w:t>
      </w:r>
      <w:r>
        <w:t>اور سوچ نہ پانے کی سب سے بڑی وجہ جو میں سمجھ پایا ہوں کہ وہ I was</w:t>
      </w:r>
    </w:p>
    <w:p>
      <w:pPr>
        <w:jc w:val="right"/>
      </w:pPr>
      <w:r>
        <w:t>اور سوچ نہ پانے کی سب سے بڑی وجہ جو میں سمجھ پایا ہوں کہ وہ آئی واز</w:t>
      </w:r>
    </w:p>
    <w:p>
      <w:r>
        <w:rPr>
          <w:b/>
        </w:rPr>
        <w:t xml:space="preserve">[37:06] </w:t>
      </w:r>
      <w:r>
        <w:t>wrong kehne ki taqat un mein nahi hoti.</w:t>
      </w:r>
    </w:p>
    <w:p>
      <w:pPr>
        <w:jc w:val="right"/>
      </w:pPr>
      <w:r>
        <w:t>رونگ کہنے کی طاقت ان میں نہیں ہوتی۔</w:t>
      </w:r>
    </w:p>
    <w:p>
      <w:r>
        <w:rPr>
          <w:b/>
        </w:rPr>
        <w:t xml:space="preserve">[37:11] </w:t>
      </w:r>
      <w:r>
        <w:t>aksar soch ki jo ghalati hai isi liye hoti hai.</w:t>
      </w:r>
    </w:p>
    <w:p>
      <w:pPr>
        <w:jc w:val="right"/>
      </w:pPr>
      <w:r>
        <w:t>اکثر سوچ کی جو غلطی ہے اسی لیے ہوتی ہے۔</w:t>
      </w:r>
    </w:p>
    <w:p>
      <w:r>
        <w:rPr>
          <w:b/>
        </w:rPr>
        <w:t xml:space="preserve">[37:15] </w:t>
      </w:r>
      <w:r>
        <w:t>agar aadmi ke andar yeh boota ho yeh</w:t>
      </w:r>
    </w:p>
    <w:p>
      <w:pPr>
        <w:jc w:val="right"/>
      </w:pPr>
      <w:r>
        <w:t>اگر آدمی کے اندر یہ بوتا ہو یہ</w:t>
      </w:r>
    </w:p>
    <w:p>
      <w:r>
        <w:rPr>
          <w:b/>
        </w:rPr>
        <w:t xml:space="preserve">[37:19] </w:t>
      </w:r>
      <w:r>
        <w:t>courage ho ke woh keh sake ke I was wrong.</w:t>
      </w:r>
    </w:p>
    <w:p>
      <w:pPr>
        <w:jc w:val="right"/>
      </w:pPr>
      <w:r>
        <w:t>کریج ہو کہ وہ کہہ سکے کہ آئی واز رونگ۔</w:t>
      </w:r>
    </w:p>
    <w:p>
      <w:r>
        <w:rPr>
          <w:b/>
        </w:rPr>
        <w:t xml:space="preserve">[37:25] </w:t>
      </w:r>
      <w:r>
        <w:t>تو کیا ہوگا؟ ایک self-correction کا process اس کے اندر جاری رہے گا۔ ہر وقت۔</w:t>
      </w:r>
    </w:p>
    <w:p>
      <w:pPr>
        <w:jc w:val="right"/>
      </w:pPr>
      <w:r>
        <w:t>تو کیا ہوگا؟ ایک سیلف کریکشن کا پراسیس اس کے اندر جاری رہے گا۔ ہر وقت۔</w:t>
      </w:r>
    </w:p>
    <w:p>
      <w:r>
        <w:rPr>
          <w:b/>
        </w:rPr>
        <w:t xml:space="preserve">[37:31] </w:t>
      </w:r>
      <w:r>
        <w:t>misalan main batata hoon aap ko kal ki baat.</w:t>
      </w:r>
    </w:p>
    <w:p>
      <w:pPr>
        <w:jc w:val="right"/>
      </w:pPr>
      <w:r>
        <w:t>مثلاً میں بتاتا ہوں آپ کو کل کی بات۔</w:t>
      </w:r>
    </w:p>
    <w:p>
      <w:r>
        <w:rPr>
          <w:b/>
        </w:rPr>
        <w:t xml:space="preserve">[37:37] </w:t>
      </w:r>
      <w:r>
        <w:t>mere paas telephone ek aaya. Kashmir se.</w:t>
      </w:r>
    </w:p>
    <w:p>
      <w:pPr>
        <w:jc w:val="right"/>
      </w:pPr>
      <w:r>
        <w:t>میرے پاس ٹیلی فون ایک آیا۔ کشمیر سے۔</w:t>
      </w:r>
    </w:p>
    <w:p>
      <w:r>
        <w:rPr>
          <w:b/>
        </w:rPr>
        <w:t xml:space="preserve">[37:43] </w:t>
      </w:r>
      <w:r>
        <w:t>unhon ne bataya ke leader sahib ki baat ke falan leader sahib ne</w:t>
      </w:r>
    </w:p>
    <w:p>
      <w:pPr>
        <w:jc w:val="right"/>
      </w:pPr>
      <w:r>
        <w:t>انہوں نے بتایا کہ لیڈر صاحب کی بات کہ فلاں لیڈر صاحب نے</w:t>
      </w:r>
    </w:p>
    <w:p>
      <w:r>
        <w:rPr>
          <w:b/>
        </w:rPr>
        <w:t xml:space="preserve">[37:49] </w:t>
      </w:r>
      <w:r>
        <w:t>yeh is pe twin diya hai ke kashmiri ki jo movement hai woh political movement hai.</w:t>
      </w:r>
    </w:p>
    <w:p>
      <w:pPr>
        <w:jc w:val="right"/>
      </w:pPr>
      <w:r>
        <w:t>یہ اس پہ ٹوئن دیا ہے کہ کاشمیری کی جو موومنٹ ہے وہ پولیٹیکل موومنٹ ہے۔</w:t>
      </w:r>
    </w:p>
    <w:p>
      <w:r>
        <w:rPr>
          <w:b/>
        </w:rPr>
        <w:t xml:space="preserve">[37:55] </w:t>
      </w:r>
      <w:r>
        <w:t>woh koi islamic movement nahi hai.</w:t>
      </w:r>
    </w:p>
    <w:p>
      <w:pPr>
        <w:jc w:val="right"/>
      </w:pPr>
      <w:r>
        <w:t>وہ کوئی اسلامک موومنٹ نہیں ہے۔</w:t>
      </w:r>
    </w:p>
    <w:p>
      <w:r>
        <w:rPr>
          <w:b/>
        </w:rPr>
        <w:t xml:space="preserve">[38:00] </w:t>
      </w:r>
      <w:r>
        <w:t>halankeh is se pehle pachas baras se chalis baras se woh yahi kehte aaye the ke islamic movement hai.</w:t>
      </w:r>
    </w:p>
    <w:p>
      <w:pPr>
        <w:jc w:val="right"/>
      </w:pPr>
      <w:r>
        <w:t>حالانکہ اس سے پہلے پچاس برس سے چالیس برس سے وہ یہی کہتے آئے تھے کہ اسلامک موومنٹ ہے۔</w:t>
      </w:r>
    </w:p>
    <w:p>
      <w:r>
        <w:rPr>
          <w:b/>
        </w:rPr>
        <w:t xml:space="preserve">[38:05] </w:t>
      </w:r>
      <w:r>
        <w:t>taake sari dunya ke logon ka attention is ki taraf aa jaye.</w:t>
      </w:r>
    </w:p>
    <w:p>
      <w:pPr>
        <w:jc w:val="right"/>
      </w:pPr>
      <w:r>
        <w:t>تاکہ ساری دنیا کے لوگوں کا اٹینشن اس کی طرف آ جائے۔</w:t>
      </w:r>
    </w:p>
    <w:p>
      <w:r>
        <w:rPr>
          <w:b/>
        </w:rPr>
        <w:t xml:space="preserve">[38:10] </w:t>
      </w:r>
      <w:r>
        <w:t>to main ne un se kaha ke kya unhon ne yeh bhi kaha? Is se pehle hum ghalati karte rahe. Kaha nahi.</w:t>
      </w:r>
    </w:p>
    <w:p>
      <w:pPr>
        <w:jc w:val="right"/>
      </w:pPr>
      <w:r>
        <w:t>تو میں نے ان سے کہا کہ کیا انہوں نے یہ بھی کہا؟ اس سے پہلے ہم غلطی کرتے رہے۔ کہا نہیں۔</w:t>
      </w:r>
    </w:p>
    <w:p>
      <w:r>
        <w:rPr>
          <w:b/>
        </w:rPr>
        <w:t xml:space="preserve">[38:15] </w:t>
      </w:r>
      <w:r>
        <w:t>to main ne kaha yeh phir faida kya kehne se?</w:t>
      </w:r>
    </w:p>
    <w:p>
      <w:pPr>
        <w:jc w:val="right"/>
      </w:pPr>
      <w:r>
        <w:t>تو میں نے کہا یہ پھر فائدہ کیا کہنے سے؟</w:t>
      </w:r>
    </w:p>
    <w:p>
      <w:r>
        <w:rPr>
          <w:b/>
        </w:rPr>
        <w:t xml:space="preserve">[38:20] </w:t>
      </w:r>
      <w:r>
        <w:t>aap yeh kahiye ke I was blind then.</w:t>
      </w:r>
    </w:p>
    <w:p>
      <w:pPr>
        <w:jc w:val="right"/>
      </w:pPr>
      <w:r>
        <w:t>آپ یہ کہیے کہ آئی واز بلائنڈ دین۔</w:t>
      </w:r>
    </w:p>
    <w:p>
      <w:r>
        <w:rPr>
          <w:b/>
        </w:rPr>
        <w:t xml:space="preserve">[38:25] </w:t>
      </w:r>
      <w:r>
        <w:t>ke us waqt hum yani blind bane hue the ke ek political movement ko keh diya ke Islamic movement hai.</w:t>
      </w:r>
    </w:p>
    <w:p>
      <w:pPr>
        <w:jc w:val="right"/>
      </w:pPr>
      <w:r>
        <w:t>کہ اس وقت ہم یعنی بلائنڈ بنے ہوئے تھے کہ ایک پولیٹیکل موومنٹ کو کہہ دیا کہ اسلامک موومنٹ ہے۔</w:t>
      </w:r>
    </w:p>
    <w:p>
      <w:r>
        <w:rPr>
          <w:b/>
        </w:rPr>
        <w:t xml:space="preserve">[38:30] </w:t>
      </w:r>
      <w:r>
        <w:t>yani kashmiri people ki political movement.</w:t>
      </w:r>
    </w:p>
    <w:p>
      <w:pPr>
        <w:jc w:val="right"/>
      </w:pPr>
      <w:r>
        <w:t>یعنی کشمیری پیپل کی پولیٹیکل موومنٹ۔</w:t>
      </w:r>
    </w:p>
    <w:p>
      <w:r>
        <w:rPr>
          <w:b/>
        </w:rPr>
        <w:t xml:space="preserve">[38:35] </w:t>
      </w:r>
      <w:r>
        <w:t>nahi kaha balkeh kaha sari dunya ke kaha ke Islamic movement.</w:t>
      </w:r>
    </w:p>
    <w:p>
      <w:pPr>
        <w:jc w:val="right"/>
      </w:pPr>
      <w:r>
        <w:t>نہیں کہا بلکہ کہا ساری دنیا کے کہا کہ اسلامک موومنٹ۔</w:t>
      </w:r>
    </w:p>
    <w:p>
      <w:r>
        <w:rPr>
          <w:b/>
        </w:rPr>
        <w:t xml:space="preserve">[38:40] </w:t>
      </w:r>
      <w:r>
        <w:t>nizam e mustafa qaim karne ki movement.</w:t>
      </w:r>
    </w:p>
    <w:p>
      <w:pPr>
        <w:jc w:val="right"/>
      </w:pPr>
      <w:r>
        <w:t>نظام مصطفیٰ قائم کرنے کی موومنٹ۔</w:t>
      </w:r>
    </w:p>
    <w:p>
      <w:r>
        <w:rPr>
          <w:b/>
        </w:rPr>
        <w:t xml:space="preserve">[38:45] </w:t>
      </w:r>
      <w:r>
        <w:t>to is se unhein kuch</w:t>
      </w:r>
    </w:p>
    <w:p>
      <w:pPr>
        <w:jc w:val="right"/>
      </w:pPr>
      <w:r>
        <w:t>تو اس سے انہیں کچھ</w:t>
      </w:r>
    </w:p>
    <w:p>
      <w:r>
        <w:rPr>
          <w:b/>
        </w:rPr>
        <w:t xml:space="preserve">[38:50] </w:t>
      </w:r>
      <w:r>
        <w:t>nuqsan hua faida to hua nahi. to ab bhi woh keh rahe hain ke yeh political movement hai. lekin main kehta hoon ke jab tak aadmi yeh munh se na bole ke i was wrong. ab agar wrong to say that it was an islamic movement tab tak is kehne ka right nahi hai. koi faida nahi. phir wohi weak personality us ke andar bane gi. to yaad rakhiye yeh main</w:t>
      </w:r>
    </w:p>
    <w:p>
      <w:pPr>
        <w:jc w:val="right"/>
      </w:pPr>
      <w:r>
        <w:t>نقصان ہوا فائدہ تو ہوا نہیں۔ تو اب بھی وہ کہہ رہے ہیں کہ یہ پولیٹیکل موومنٹ ہے۔ لیکن میں کہتا ہوں کہ جب تک آدمی یہ منہ سے نہ بولے کہ آئی واز رونگ۔ اب اگر رونگ ٹو سے دیٹ اٹ واز این اسلامک موومنٹ تب تک اس کہنے کا رائٹ نہیں ہے۔ کوئی فائدہ نہیں۔ پھر وہی ویک پرسنیلٹی اس کے اندر بنے گی۔ تو یاد رکھیے یہ میں</w:t>
      </w:r>
    </w:p>
    <w:p>
      <w:r>
        <w:rPr>
          <w:b/>
        </w:rPr>
        <w:t xml:space="preserve">[39:20] </w:t>
      </w:r>
      <w:r>
        <w:t>samajhta hoon ke sari virtues ka yeh sab se bari virtue hai ke aadmi keh sake ke I was wrong.</w:t>
      </w:r>
    </w:p>
    <w:p>
      <w:pPr>
        <w:jc w:val="right"/>
      </w:pPr>
      <w:r>
        <w:t>سمجھتا ہوں کہ سارے ورچوز کا یہ سب سے بڑی ورچو ہے کہ آدمی کہہ سکے کہ آئی واز رونگ۔</w:t>
      </w:r>
    </w:p>
    <w:p>
      <w:r>
        <w:rPr>
          <w:b/>
        </w:rPr>
        <w:t xml:space="preserve">[39:26] </w:t>
      </w:r>
      <w:r>
        <w:t>I was wrong I was wrong.</w:t>
      </w:r>
    </w:p>
    <w:p>
      <w:pPr>
        <w:jc w:val="right"/>
      </w:pPr>
      <w:r>
        <w:t>آئی واز رونگ آئی واز رونگ۔</w:t>
      </w:r>
    </w:p>
    <w:p>
      <w:r>
        <w:rPr>
          <w:b/>
        </w:rPr>
        <w:t xml:space="preserve">[39:31] </w:t>
      </w:r>
      <w:r>
        <w:t>jab aap yeh kehte hain ke i was wrong to aap ke andar modesty paida karte hain.</w:t>
      </w:r>
    </w:p>
    <w:p>
      <w:pPr>
        <w:jc w:val="right"/>
      </w:pPr>
      <w:r>
        <w:t>جب آپ یہ کہتے ہیں کہ آئی واز رونگ تو آپ کے اندر ماڈیسٹی پیدا کرتے ہیں۔</w:t>
      </w:r>
    </w:p>
    <w:p>
      <w:r>
        <w:rPr>
          <w:b/>
        </w:rPr>
        <w:t xml:space="preserve">[39:36] </w:t>
      </w:r>
      <w:r>
        <w:t>self correction ka process aap andar laate hain.</w:t>
      </w:r>
    </w:p>
    <w:p>
      <w:pPr>
        <w:jc w:val="right"/>
      </w:pPr>
      <w:r>
        <w:t>سیلف کریکشن کا پراسیس آپ اندر لاتے ہیں۔</w:t>
      </w:r>
    </w:p>
    <w:p>
      <w:r>
        <w:rPr>
          <w:b/>
        </w:rPr>
        <w:t xml:space="preserve">[39:41] </w:t>
      </w:r>
      <w:r>
        <w:t>bohat se faiday hotay hain is ke.</w:t>
      </w:r>
    </w:p>
    <w:p>
      <w:pPr>
        <w:jc w:val="right"/>
      </w:pPr>
      <w:r>
        <w:t>بہت سے فائدے ہوتے ہیں اس کے۔</w:t>
      </w:r>
    </w:p>
    <w:p>
      <w:r>
        <w:rPr>
          <w:b/>
        </w:rPr>
        <w:t xml:space="preserve">[39:46] </w:t>
      </w:r>
      <w:r>
        <w:t>jhoot se bachtay hain.</w:t>
      </w:r>
    </w:p>
    <w:p>
      <w:pPr>
        <w:jc w:val="right"/>
      </w:pPr>
      <w:r>
        <w:t>جھوٹ سے بچتے ہیں۔</w:t>
      </w:r>
    </w:p>
    <w:p>
      <w:r>
        <w:rPr>
          <w:b/>
        </w:rPr>
        <w:t xml:space="preserve">[39:52] </w:t>
      </w:r>
      <w:r>
        <w:t>weak personality se bachtay hain.</w:t>
      </w:r>
    </w:p>
    <w:p>
      <w:pPr>
        <w:jc w:val="right"/>
      </w:pPr>
      <w:r>
        <w:t>ویک پرسنیلٹی سے بچتے ہیں۔</w:t>
      </w:r>
    </w:p>
    <w:p>
      <w:r>
        <w:rPr>
          <w:b/>
        </w:rPr>
        <w:t xml:space="preserve">[39:57] </w:t>
      </w:r>
      <w:r>
        <w:t>to mujhe daily is qism ke experience hotay rehtay hain.</w:t>
      </w:r>
    </w:p>
    <w:p>
      <w:pPr>
        <w:jc w:val="right"/>
      </w:pPr>
      <w:r>
        <w:t>تو مجھے ڈیلی اس قسم کے ایکسپیرینس ہوتے رہتے ہیں۔</w:t>
      </w:r>
    </w:p>
    <w:p>
      <w:r>
        <w:rPr>
          <w:b/>
        </w:rPr>
        <w:t xml:space="preserve">[40:02] </w:t>
      </w:r>
      <w:r>
        <w:t>aksar mujhe telephone par logon ki humbili karni parti hai.</w:t>
      </w:r>
    </w:p>
    <w:p>
      <w:pPr>
        <w:jc w:val="right"/>
      </w:pPr>
      <w:r>
        <w:t>اکثر مجھے ٹیلی فون پر لوگوں کی ہیمبری کرنی پڑتی ہے۔</w:t>
      </w:r>
    </w:p>
    <w:p>
      <w:r>
        <w:rPr>
          <w:b/>
        </w:rPr>
        <w:t xml:space="preserve">[40:07] </w:t>
      </w:r>
      <w:r>
        <w:t>lekin yeh samajh kar ke main aik boodha aadmi hai to shayad is ko tolerate kar letay hain.</w:t>
      </w:r>
    </w:p>
    <w:p>
      <w:pPr>
        <w:jc w:val="right"/>
      </w:pPr>
      <w:r>
        <w:t>لیکن یہ سمجھ کر کہ میں ایک بوڑھا آدمی ہے تو شاید اس کو ٹولریٹ کر لیتے ہیں۔</w:t>
      </w:r>
    </w:p>
    <w:p>
      <w:r>
        <w:rPr>
          <w:b/>
        </w:rPr>
        <w:t xml:space="preserve">[40:12] </w:t>
      </w:r>
      <w:r>
        <w:t>aik sahib se baat ho rahi thi.</w:t>
      </w:r>
    </w:p>
    <w:p>
      <w:pPr>
        <w:jc w:val="right"/>
      </w:pPr>
      <w:r>
        <w:t>ایک صاحب سے بات ہو رہی تھی۔</w:t>
      </w:r>
    </w:p>
    <w:p>
      <w:r>
        <w:rPr>
          <w:b/>
        </w:rPr>
        <w:t xml:space="preserve">[40:17] </w:t>
      </w:r>
      <w:r>
        <w:t>to main ne kaha</w:t>
      </w:r>
    </w:p>
    <w:p>
      <w:pPr>
        <w:jc w:val="right"/>
      </w:pPr>
      <w:r>
        <w:t>تو میں نے کہا</w:t>
      </w:r>
    </w:p>
    <w:p>
      <w:r>
        <w:rPr>
          <w:b/>
        </w:rPr>
        <w:t xml:space="preserve">[40:22] </w:t>
      </w:r>
      <w:r>
        <w:t>ke dekhiye hamare gharon mein jo mahol hota hai is ka aik bohat bara nuqsan hai.</w:t>
      </w:r>
    </w:p>
    <w:p>
      <w:pPr>
        <w:jc w:val="right"/>
      </w:pPr>
      <w:r>
        <w:t>کہ دیکھیے ہمارے گھروں میں جو ماحول ہوتا ہے اس کا ایک بہت بڑا نقصان ہے۔</w:t>
      </w:r>
    </w:p>
    <w:p>
      <w:r>
        <w:rPr>
          <w:b/>
        </w:rPr>
        <w:t xml:space="preserve">[40:27] </w:t>
      </w:r>
      <w:r>
        <w:t>gharon mein mahol kya hota hai? aik bachcha paida hua.</w:t>
      </w:r>
    </w:p>
    <w:p>
      <w:pPr>
        <w:jc w:val="right"/>
      </w:pPr>
      <w:r>
        <w:t>گھروں میں ماحول کیا ہوتا ہے؟ ایک بچہ پیدا ہوا۔</w:t>
      </w:r>
    </w:p>
    <w:p>
      <w:r>
        <w:rPr>
          <w:b/>
        </w:rPr>
        <w:t xml:space="preserve">[40:32] </w:t>
      </w:r>
      <w:r>
        <w:t>ab is ke maa baap ghar walay sab is se bohat hi pyar karne lagte hain.</w:t>
      </w:r>
    </w:p>
    <w:p>
      <w:pPr>
        <w:jc w:val="right"/>
      </w:pPr>
      <w:r>
        <w:t>اب اس کے ماں باپ گھر والے سب اس سے بہت ہی پیار کرنے لگتے ہیں۔</w:t>
      </w:r>
    </w:p>
    <w:p>
      <w:r>
        <w:rPr>
          <w:b/>
        </w:rPr>
        <w:t xml:space="preserve">[40:37] </w:t>
      </w:r>
      <w:r>
        <w:t>is ki pampering hone lagti hai.</w:t>
      </w:r>
    </w:p>
    <w:p>
      <w:pPr>
        <w:jc w:val="right"/>
      </w:pPr>
      <w:r>
        <w:t>اس کی پیمپرنگ ہونے لگتی ہے۔</w:t>
      </w:r>
    </w:p>
    <w:p>
      <w:r>
        <w:rPr>
          <w:b/>
        </w:rPr>
        <w:t xml:space="preserve">[40:42] </w:t>
      </w:r>
      <w:r>
        <w:t>jo is ke munh se nikle woh poora kar diya jata hai.</w:t>
      </w:r>
    </w:p>
    <w:p>
      <w:pPr>
        <w:jc w:val="right"/>
      </w:pPr>
      <w:r>
        <w:t>جو اس کے منہ سے نکلے وہ پورا کر دیا جاتا ہے۔</w:t>
      </w:r>
    </w:p>
    <w:p>
      <w:r>
        <w:rPr>
          <w:b/>
        </w:rPr>
        <w:t xml:space="preserve">[40:47] </w:t>
      </w:r>
      <w:r>
        <w:t>to main ne kaha yeh jo hai yeh aik bohat bara prob</w:t>
      </w:r>
    </w:p>
    <w:p>
      <w:pPr>
        <w:jc w:val="right"/>
      </w:pPr>
      <w:r>
        <w:t>تو میں نے کہا یہ جو ہے یہ ایک بہت بڑا پراب</w:t>
      </w:r>
    </w:p>
    <w:p>
      <w:r>
        <w:rPr>
          <w:b/>
        </w:rPr>
        <w:t xml:space="preserve">[40:52] </w:t>
      </w:r>
      <w:r>
        <w:t>lem is se ho raha hai.</w:t>
      </w:r>
    </w:p>
    <w:p>
      <w:pPr>
        <w:jc w:val="right"/>
      </w:pPr>
      <w:r>
        <w:t>لم اس سے ہو رہا ہے۔</w:t>
      </w:r>
    </w:p>
    <w:p>
      <w:r>
        <w:rPr>
          <w:b/>
        </w:rPr>
        <w:t xml:space="preserve">[40:56] </w:t>
      </w:r>
      <w:r>
        <w:t>aik baar ab main gaya saharanpur wahan chaar naujawan mujh se milne ke liye aaye. hotel mein.</w:t>
      </w:r>
    </w:p>
    <w:p>
      <w:pPr>
        <w:jc w:val="right"/>
      </w:pPr>
      <w:r>
        <w:t>ایک بار اب میں گیا سہارن پور وہاں چار نوجوان مجھ سے ملنے کے لیے آئے۔ ہوٹل میں۔</w:t>
      </w:r>
    </w:p>
    <w:p>
      <w:r>
        <w:rPr>
          <w:b/>
        </w:rPr>
        <w:t xml:space="preserve">[41:00] </w:t>
      </w:r>
      <w:r>
        <w:t>to chaaron ne aik baat kahi.</w:t>
      </w:r>
    </w:p>
    <w:p>
      <w:pPr>
        <w:jc w:val="right"/>
      </w:pPr>
      <w:r>
        <w:t>تو چاروں نے ایک بات کہی۔</w:t>
      </w:r>
    </w:p>
    <w:p>
      <w:r>
        <w:rPr>
          <w:b/>
        </w:rPr>
        <w:t xml:space="preserve">[41:05] </w:t>
      </w:r>
      <w:r>
        <w:t>unhon ne main main logon se main jab milta hoon to main poochta hoon ke koi experience bataiye. experience.</w:t>
      </w:r>
    </w:p>
    <w:p>
      <w:pPr>
        <w:jc w:val="right"/>
      </w:pPr>
      <w:r>
        <w:t>انہوں نے میں میں لوگوں سے میں جب ملتا ہوں تو میں پوچھتا ہوں کہ کوئی ایکسپیرینس بتائیے۔ ایکسپیرینس۔</w:t>
      </w:r>
    </w:p>
    <w:p>
      <w:r>
        <w:rPr>
          <w:b/>
        </w:rPr>
        <w:t xml:space="preserve">[41:09] </w:t>
      </w:r>
      <w:r>
        <w:t>un se bhi main ne poocha.</w:t>
      </w:r>
    </w:p>
    <w:p>
      <w:pPr>
        <w:jc w:val="right"/>
      </w:pPr>
      <w:r>
        <w:t>ان سے بھی میں نے پوچھا۔</w:t>
      </w:r>
    </w:p>
    <w:p>
      <w:r>
        <w:rPr>
          <w:b/>
        </w:rPr>
        <w:t xml:space="preserve">[41:13] </w:t>
      </w:r>
      <w:r>
        <w:t>apna koi experience bataiye.</w:t>
      </w:r>
    </w:p>
    <w:p>
      <w:pPr>
        <w:jc w:val="right"/>
      </w:pPr>
      <w:r>
        <w:t>اپنا کوئی ایکسپیرینس بتائیے۔</w:t>
      </w:r>
    </w:p>
    <w:p>
      <w:r>
        <w:rPr>
          <w:b/>
        </w:rPr>
        <w:t xml:space="preserve">[41:17] </w:t>
      </w:r>
      <w:r>
        <w:t>to chaaron ne apna experience jo bataya woh yeh tha ke jab tak hum</w:t>
      </w:r>
    </w:p>
    <w:p>
      <w:pPr>
        <w:jc w:val="right"/>
      </w:pPr>
      <w:r>
        <w:t>تو چاروں نے اپنا ایکسپیرینس جو بتایا وہ یہ تھا کہ جب تک ہم</w:t>
      </w:r>
    </w:p>
    <w:p>
      <w:r>
        <w:rPr>
          <w:b/>
        </w:rPr>
        <w:t xml:space="preserve">[41:22] </w:t>
      </w:r>
      <w:r>
        <w:t>apne ghar mein thay to lagta tha ke saari duniya hamari hai.</w:t>
      </w:r>
    </w:p>
    <w:p>
      <w:pPr>
        <w:jc w:val="right"/>
      </w:pPr>
      <w:r>
        <w:t>اپنے گھر میں تھے تو لگتا تھا کہ ساری دنیا ہماری ہے۔</w:t>
      </w:r>
    </w:p>
    <w:p>
      <w:r>
        <w:rPr>
          <w:b/>
        </w:rPr>
        <w:t xml:space="preserve">[41:26] </w:t>
      </w:r>
      <w:r>
        <w:t>munh se jo nikla to saara ghar usay karne ke liye tayyar.</w:t>
      </w:r>
    </w:p>
    <w:p>
      <w:pPr>
        <w:jc w:val="right"/>
      </w:pPr>
      <w:r>
        <w:t>منہ سے جو نکلا تو سارا گھر اسے کرنے کے لیے تیار۔</w:t>
      </w:r>
    </w:p>
    <w:p>
      <w:r>
        <w:rPr>
          <w:b/>
        </w:rPr>
        <w:t xml:space="preserve">[41:31] </w:t>
      </w:r>
      <w:r>
        <w:t>yani munh se jo nikal gaya to sara ghar is ke liye karne ke liye tayyar.</w:t>
      </w:r>
    </w:p>
    <w:p>
      <w:pPr>
        <w:jc w:val="right"/>
      </w:pPr>
      <w:r>
        <w:t>یعنی منہ سے جو نکل گیا تو سارا گھر اس کے لیے کرنے کے لیے تیار۔</w:t>
      </w:r>
    </w:p>
    <w:p>
      <w:r>
        <w:rPr>
          <w:b/>
        </w:rPr>
        <w:t xml:space="preserve">[41:35] </w:t>
      </w:r>
      <w:r>
        <w:t>to sari dunya hamari hai.</w:t>
      </w:r>
    </w:p>
    <w:p>
      <w:pPr>
        <w:jc w:val="right"/>
      </w:pPr>
      <w:r>
        <w:t>تو ساری دنیا ہماری ہے۔</w:t>
      </w:r>
    </w:p>
    <w:p>
      <w:r>
        <w:rPr>
          <w:b/>
        </w:rPr>
        <w:t xml:space="preserve">[41:40] </w:t>
      </w:r>
      <w:r>
        <w:t>kyun ke bachcha rehta hai ghar mein to ghar hi us ko sari dunya dikhai parti hai.</w:t>
      </w:r>
    </w:p>
    <w:p>
      <w:pPr>
        <w:jc w:val="right"/>
      </w:pPr>
      <w:r>
        <w:t>کیوں کہ بچہ رہتا ہے گھر میں تو گھر ہی اس کو ساری دنیا دکھائی پڑتی ہے۔</w:t>
      </w:r>
    </w:p>
    <w:p>
      <w:r>
        <w:rPr>
          <w:b/>
        </w:rPr>
        <w:t xml:space="preserve">[41:44] </w:t>
      </w:r>
      <w:r>
        <w:t>to unhon ne kaha ke jab hum bahar nikle hain ab.</w:t>
      </w:r>
    </w:p>
    <w:p>
      <w:pPr>
        <w:jc w:val="right"/>
      </w:pPr>
      <w:r>
        <w:t>تو انہوں نے کہا کہ جب ہم باہر نکلے ہیں اب۔</w:t>
      </w:r>
    </w:p>
    <w:p>
      <w:r>
        <w:rPr>
          <w:b/>
        </w:rPr>
        <w:t xml:space="preserve">[41:49] </w:t>
      </w:r>
      <w:r>
        <w:t>ab lagta hai ke dunya mein koi hamara nahi hai.</w:t>
      </w:r>
    </w:p>
    <w:p>
      <w:pPr>
        <w:jc w:val="right"/>
      </w:pPr>
      <w:r>
        <w:t>اب لگتا ہے کہ دنیا میں کوئی ہمارا نہیں ہے۔</w:t>
      </w:r>
    </w:p>
    <w:p>
      <w:r>
        <w:rPr>
          <w:b/>
        </w:rPr>
        <w:t xml:space="preserve">[41:53] </w:t>
      </w:r>
      <w:r>
        <w:t>kisi ko hum se koi lagao nahi hai.</w:t>
      </w:r>
    </w:p>
    <w:p>
      <w:pPr>
        <w:jc w:val="right"/>
      </w:pPr>
      <w:r>
        <w:t>کسی کو ہم سے کوئی لگاؤ نہیں ہے۔</w:t>
      </w:r>
    </w:p>
    <w:p>
      <w:r>
        <w:rPr>
          <w:b/>
        </w:rPr>
        <w:t xml:space="preserve">[41:59] </w:t>
      </w:r>
      <w:r>
        <w:t>to ghar ke andar jab the to sari dunya hamari lagti thi.</w:t>
      </w:r>
    </w:p>
    <w:p>
      <w:pPr>
        <w:jc w:val="right"/>
      </w:pPr>
      <w:r>
        <w:t>تو گھر کے اندر جب تھے تو ساری دنیا ہماری لگتی تھی۔</w:t>
      </w:r>
    </w:p>
    <w:p>
      <w:r>
        <w:rPr>
          <w:b/>
        </w:rPr>
        <w:t xml:space="preserve">[42:04] </w:t>
      </w:r>
      <w:r>
        <w:t>ke sab kuch sab sab hamare liye hain hamare hain.</w:t>
      </w:r>
    </w:p>
    <w:p>
      <w:pPr>
        <w:jc w:val="right"/>
      </w:pPr>
      <w:r>
        <w:t>کہ سب کچھ سب سب ہمارے لیے ہیں ہمارے ہیں۔</w:t>
      </w:r>
    </w:p>
    <w:p>
      <w:r>
        <w:rPr>
          <w:b/>
        </w:rPr>
        <w:t xml:space="preserve">[42:09] </w:t>
      </w:r>
      <w:r>
        <w:t>ab lagta hai koi hamara nahi hai.</w:t>
      </w:r>
    </w:p>
    <w:p>
      <w:pPr>
        <w:jc w:val="right"/>
      </w:pPr>
      <w:r>
        <w:t>اب لگتا ہے کوئی ہمارا نہیں ہے۔</w:t>
      </w:r>
    </w:p>
    <w:p>
      <w:r>
        <w:rPr>
          <w:b/>
        </w:rPr>
        <w:t xml:space="preserve">[42:14] </w:t>
      </w:r>
      <w:r>
        <w:t>unhon ne kaha ke dekhiye abhi bhi aap ne half truth ko discover kiya hai. half truth.</w:t>
      </w:r>
    </w:p>
    <w:p>
      <w:pPr>
        <w:jc w:val="right"/>
      </w:pPr>
      <w:r>
        <w:t>انہوں نے کہا کہ دیکھیے ابھی بھی آپ نے ہاف ٹروتھ کو ڈسکور کیا ہے۔ ہاف ٹروتھ۔</w:t>
      </w:r>
    </w:p>
    <w:p>
      <w:r>
        <w:rPr>
          <w:b/>
        </w:rPr>
        <w:t xml:space="preserve">[42:19] </w:t>
      </w:r>
      <w:r>
        <w:t>aap yeh kyun keh rahe hain ke dunya mein koi aap ka nahi hai? yeh galat keh rahe hain aap.</w:t>
      </w:r>
    </w:p>
    <w:p>
      <w:pPr>
        <w:jc w:val="right"/>
      </w:pPr>
      <w:r>
        <w:t>آپ یہ کیوں کہہ رہے ہیں کہ دنیا میں کوئی آپ کا نہیں ہے؟ یہ غلط کہہ رہے ہیں آپ۔</w:t>
      </w:r>
    </w:p>
    <w:p>
      <w:r>
        <w:rPr>
          <w:b/>
        </w:rPr>
        <w:t xml:space="preserve">[42:25] </w:t>
      </w:r>
      <w:r>
        <w:t>yeh kyun keh rahe hain aap? abhi aap ne asal baat ko discover nahi kiya.</w:t>
      </w:r>
    </w:p>
    <w:p>
      <w:pPr>
        <w:jc w:val="right"/>
      </w:pPr>
      <w:r>
        <w:t>یہ کیوں کہہ رہے ہیں آپ؟ ابھی آپ نے اصل بات کو ڈسکور نہیں کیا۔</w:t>
      </w:r>
    </w:p>
    <w:p>
      <w:r>
        <w:rPr>
          <w:b/>
        </w:rPr>
        <w:t xml:space="preserve">[42:30] </w:t>
      </w:r>
      <w:r>
        <w:t>dekhiye ghar mein jab the aap to kya tha? ghar ka bachcha hona hi aap ke liye kafi</w:t>
      </w:r>
    </w:p>
    <w:p>
      <w:pPr>
        <w:jc w:val="right"/>
      </w:pPr>
      <w:r>
        <w:t>دیکھیے گھر میں جب تھے آپ تو کیا تھا؟ گھر کا بچہ ہونا ہی آپ کے لیے کافی</w:t>
      </w:r>
    </w:p>
    <w:p>
      <w:r>
        <w:rPr>
          <w:b/>
        </w:rPr>
        <w:t xml:space="preserve">[42:35] </w:t>
      </w:r>
      <w:r>
        <w:t>tha ke log aap ko mohabbat karen aap se.</w:t>
      </w:r>
    </w:p>
    <w:p>
      <w:pPr>
        <w:jc w:val="right"/>
      </w:pPr>
      <w:r>
        <w:t>تھا کہ لوگ آپ کو محبت کریں آپ سے۔</w:t>
      </w:r>
    </w:p>
    <w:p>
      <w:r>
        <w:rPr>
          <w:b/>
        </w:rPr>
        <w:t xml:space="preserve">[42:40] </w:t>
      </w:r>
      <w:r>
        <w:t>aap ghar ke bachche hain to aap se mohabbat ki jayegi.</w:t>
      </w:r>
    </w:p>
    <w:p>
      <w:pPr>
        <w:jc w:val="right"/>
      </w:pPr>
      <w:r>
        <w:t>آپ گھر کے بچے ہیں تو آپ سے محبت کی جائے گی۔</w:t>
      </w:r>
    </w:p>
    <w:p>
      <w:r>
        <w:rPr>
          <w:b/>
        </w:rPr>
        <w:t xml:space="preserve">[42:45] </w:t>
      </w:r>
      <w:r>
        <w:t>aap ki har baat poori ki jayegi.</w:t>
      </w:r>
    </w:p>
    <w:p>
      <w:pPr>
        <w:jc w:val="right"/>
      </w:pPr>
      <w:r>
        <w:t>آپ کی ہر بات پوری کی جائے گی۔</w:t>
      </w:r>
    </w:p>
    <w:p>
      <w:r>
        <w:rPr>
          <w:b/>
        </w:rPr>
        <w:t xml:space="preserve">[42:50] </w:t>
      </w:r>
      <w:r>
        <w:t>to jo blood ka talluq tha is blood ke talluq ki wajah</w:t>
      </w:r>
    </w:p>
    <w:p>
      <w:pPr>
        <w:jc w:val="right"/>
      </w:pPr>
      <w:r>
        <w:t>تو جو بلڈ کا تعلق تھا اس بلڈ کے تعلق کی وجہ</w:t>
      </w:r>
    </w:p>
    <w:p>
      <w:r>
        <w:rPr>
          <w:b/>
        </w:rPr>
        <w:t xml:space="preserve">[42:55] </w:t>
      </w:r>
      <w:r>
        <w:t>se aap se log mohabbat karte the.</w:t>
      </w:r>
    </w:p>
    <w:p>
      <w:pPr>
        <w:jc w:val="right"/>
      </w:pPr>
      <w:r>
        <w:t>سے آپ سے لوگ محبت کرتے تھے۔</w:t>
      </w:r>
    </w:p>
    <w:p>
      <w:r>
        <w:rPr>
          <w:b/>
        </w:rPr>
        <w:t xml:space="preserve">[43:00] </w:t>
      </w:r>
      <w:r>
        <w:t>bahar ki dunya mein aap ne abhi discover nahi kiya.</w:t>
      </w:r>
    </w:p>
    <w:p>
      <w:pPr>
        <w:jc w:val="right"/>
      </w:pPr>
      <w:r>
        <w:t>باہر کی دنیا میں آپ نے ابھی ڈسکور نہیں کیا۔</w:t>
      </w:r>
    </w:p>
    <w:p>
      <w:r>
        <w:rPr>
          <w:b/>
        </w:rPr>
        <w:t xml:space="preserve">[43:05] </w:t>
      </w:r>
      <w:r>
        <w:t>bahar ki dunya mein bhi sab aap se mohabbat karne wale maujood hain.</w:t>
      </w:r>
    </w:p>
    <w:p>
      <w:pPr>
        <w:jc w:val="right"/>
      </w:pPr>
      <w:r>
        <w:t>باہر کی دنیا میں بھی سب آپ سے محبت کرنے والے موجود ہیں۔</w:t>
      </w:r>
    </w:p>
    <w:p>
      <w:r>
        <w:rPr>
          <w:b/>
        </w:rPr>
        <w:t xml:space="preserve">[43:10] </w:t>
      </w:r>
      <w:r>
        <w:t>kaise? woh yeh ke aap ka bahar ki dunya mein aap ka kaam dekha jayega. kaam.</w:t>
      </w:r>
    </w:p>
    <w:p>
      <w:pPr>
        <w:jc w:val="right"/>
      </w:pPr>
      <w:r>
        <w:t>کیسے؟ وہ یہ کہ آپ کا باہر کی دنیا میں آپ کا کام دیکھا جائے گا۔ کام۔</w:t>
      </w:r>
    </w:p>
    <w:p>
      <w:r>
        <w:rPr>
          <w:b/>
        </w:rPr>
        <w:t xml:space="preserve">[43:16] </w:t>
      </w:r>
      <w:r>
        <w:t>bahar ki dunya ko aap ke kaam ki zaroorat hai.</w:t>
      </w:r>
    </w:p>
    <w:p>
      <w:pPr>
        <w:jc w:val="right"/>
      </w:pPr>
      <w:r>
        <w:t>باہر کی دنیا کو آپ کے کام کی ضرورت ہے۔</w:t>
      </w:r>
    </w:p>
    <w:p>
      <w:r>
        <w:rPr>
          <w:b/>
        </w:rPr>
        <w:t xml:space="preserve">[43:21] </w:t>
      </w:r>
      <w:r>
        <w:t>to aap kaam kar ke dikhaiye.</w:t>
      </w:r>
    </w:p>
    <w:p>
      <w:pPr>
        <w:jc w:val="right"/>
      </w:pPr>
      <w:r>
        <w:t>تو آپ کام کر کے دکھائیے۔</w:t>
      </w:r>
    </w:p>
    <w:p>
      <w:r>
        <w:rPr>
          <w:b/>
        </w:rPr>
        <w:t xml:space="preserve">[43:26] </w:t>
      </w:r>
      <w:r>
        <w:t>aap kaam kar ke dikhaiye.</w:t>
      </w:r>
    </w:p>
    <w:p>
      <w:pPr>
        <w:jc w:val="right"/>
      </w:pPr>
      <w:r>
        <w:t>آپ کام کر کے دکھائیے۔</w:t>
      </w:r>
    </w:p>
    <w:p>
      <w:r>
        <w:rPr>
          <w:b/>
        </w:rPr>
        <w:t xml:space="preserve">[43:30] </w:t>
      </w:r>
      <w:r>
        <w:t>main ne kaha ke yeh sare log jo koi dukan kholi hui hai koi office kholi hui hai</w:t>
      </w:r>
    </w:p>
    <w:p>
      <w:pPr>
        <w:jc w:val="right"/>
      </w:pPr>
      <w:r>
        <w:t>میں نے کہا کہ یہ سارے لوگ جو کوئی دکان کھولی ہوئی ہے کوئی آفس کھولی ہوئی ہے</w:t>
      </w:r>
    </w:p>
    <w:p>
      <w:r>
        <w:rPr>
          <w:b/>
        </w:rPr>
        <w:t xml:space="preserve">[43:35] </w:t>
      </w:r>
      <w:r>
        <w:t>koi company kholi hui hai har ek ko aadmi chahiye.</w:t>
      </w:r>
    </w:p>
    <w:p>
      <w:pPr>
        <w:jc w:val="right"/>
      </w:pPr>
      <w:r>
        <w:t>کوئی کمپنی کھولی ہوئی ہے ہر ایک کو آدمی چاہیے۔</w:t>
      </w:r>
    </w:p>
    <w:p>
      <w:r>
        <w:rPr>
          <w:b/>
        </w:rPr>
        <w:t xml:space="preserve">[43:39] </w:t>
      </w:r>
      <w:r>
        <w:t>main power chahiye.</w:t>
      </w:r>
    </w:p>
    <w:p>
      <w:pPr>
        <w:jc w:val="right"/>
      </w:pPr>
      <w:r>
        <w:t>مین پاور چاہیے۔</w:t>
      </w:r>
    </w:p>
    <w:p>
      <w:r>
        <w:rPr>
          <w:b/>
        </w:rPr>
        <w:t xml:space="preserve">[43:44] </w:t>
      </w:r>
      <w:r>
        <w:t>kon main power? woh main power jis par woh trust kar sake ke yeh kaam ko achhi tarah karega.</w:t>
      </w:r>
    </w:p>
    <w:p>
      <w:pPr>
        <w:jc w:val="right"/>
      </w:pPr>
      <w:r>
        <w:t>کون مین پاور؟ وہ مین پاور جس پر وہ ٹرسٹ کر سکے کہ یہ کام کو اچھی طرح کرے گا۔</w:t>
      </w:r>
    </w:p>
    <w:p>
      <w:r>
        <w:rPr>
          <w:b/>
        </w:rPr>
        <w:t xml:space="preserve">[43:48] </w:t>
      </w:r>
      <w:r>
        <w:t>mere kaam ko achhi tarah karega.</w:t>
      </w:r>
    </w:p>
    <w:p>
      <w:pPr>
        <w:jc w:val="right"/>
      </w:pPr>
      <w:r>
        <w:t>میرے کام کو اچھی طرح کرے گا۔</w:t>
      </w:r>
    </w:p>
    <w:p>
      <w:r>
        <w:rPr>
          <w:b/>
        </w:rPr>
        <w:t xml:space="preserve">[43:52] </w:t>
      </w:r>
      <w:r>
        <w:t>to agar woh aap ko jaan le ke yeh woh aadmi hai jis ki mein</w:t>
      </w:r>
    </w:p>
    <w:p>
      <w:pPr>
        <w:jc w:val="right"/>
      </w:pPr>
      <w:r>
        <w:t>تو اگر وہ آپ کو جان لے کہ یہ وہ آدمی ہے جس کی میں</w:t>
      </w:r>
    </w:p>
    <w:p>
      <w:r>
        <w:rPr>
          <w:b/>
        </w:rPr>
        <w:t xml:space="preserve">[43:57] </w:t>
      </w:r>
      <w:r>
        <w:t>search kar raha tha jis ko main talash kar raha tha to to aap ko foran woh adopt kar le ga. to main ne kaha ke dekhiye aap ki discovery jab poori hogi jab aap yeh jaanen ke bahar ki duniya mein aap ko jagah mile gi is baat par ke aap doosron ki need ban jayein need. doosron ki zaroorat ban jayein. doosre yeh samjhein ke aap un ki zaroorat hain.</w:t>
      </w:r>
    </w:p>
    <w:p>
      <w:pPr>
        <w:jc w:val="right"/>
      </w:pPr>
      <w:r>
        <w:t>سرچ کر رہا تھا جس کو میں تلاش کر رہا تھا تو تو آپ کو فوراً وہ اڈاپٹ کر لے گا۔ تو میں نے کہا کہ دیکھیے آپ کی ڈسکوری جب پوری ہوگی جب آپ یہ جانیں کہ باہر کی دنیا میں آپ کو جگہ ملے گی اس بات پر کہ آپ دوسروں کی نیڈ بن جائیں نیڈ۔ دوسروں کی ضرورت بن جائیں۔ دوسرے یہ سمجھیں کہ آپ ان کی ضرورت ہیں۔</w:t>
      </w:r>
    </w:p>
    <w:p>
      <w:r>
        <w:rPr>
          <w:b/>
        </w:rPr>
        <w:t xml:space="preserve">[44:27] </w:t>
      </w:r>
      <w:r>
        <w:t>aap se un ka kaam banta hai.</w:t>
      </w:r>
    </w:p>
    <w:p>
      <w:pPr>
        <w:jc w:val="right"/>
      </w:pPr>
      <w:r>
        <w:t>آپ سے ان کا کام بنتا ہے۔</w:t>
      </w:r>
    </w:p>
    <w:p>
      <w:r>
        <w:rPr>
          <w:b/>
        </w:rPr>
        <w:t xml:space="preserve">[44:33] </w:t>
      </w:r>
      <w:r>
        <w:t>to bahar ki duniya mein aap ko is base par jagah milegi ke aap doosron ki zaroorat ban jayen.</w:t>
      </w:r>
    </w:p>
    <w:p>
      <w:pPr>
        <w:jc w:val="right"/>
      </w:pPr>
      <w:r>
        <w:t>تو باہر کی دنیا میں آپ کو اس بیس پر جگہ ملے گی کہ آپ دوسروں کی ضرورت بن جائیں۔</w:t>
      </w:r>
    </w:p>
    <w:p>
      <w:r>
        <w:rPr>
          <w:b/>
        </w:rPr>
        <w:t xml:space="preserve">[44:39] </w:t>
      </w:r>
      <w:r>
        <w:t>ghar mein aap ko mila hua tha is se pehle ke aap ghar ke bachche hain yahi kafi tha.</w:t>
      </w:r>
    </w:p>
    <w:p>
      <w:pPr>
        <w:jc w:val="right"/>
      </w:pPr>
      <w:r>
        <w:t>گھر میں آپ کو ملا ہوا تھا اس سے پہلے کہ آپ گھر کے بچے ہیں یہی کافی تھا۔</w:t>
      </w:r>
    </w:p>
    <w:p>
      <w:r>
        <w:rPr>
          <w:b/>
        </w:rPr>
        <w:t xml:space="preserve">[44:46] </w:t>
      </w:r>
      <w:r>
        <w:t>to bahar aisa nahi hoga.</w:t>
      </w:r>
    </w:p>
    <w:p>
      <w:pPr>
        <w:jc w:val="right"/>
      </w:pPr>
      <w:r>
        <w:t>تو باہر ایسا نہیں ہوگا۔</w:t>
      </w:r>
    </w:p>
    <w:p>
      <w:r>
        <w:rPr>
          <w:b/>
        </w:rPr>
        <w:t xml:space="preserve">[44:52] </w:t>
      </w:r>
      <w:r>
        <w:t>to mein ne kaha ab jo hai kya karna hai aap ko? apne andar competence paida kijiye.</w:t>
      </w:r>
    </w:p>
    <w:p>
      <w:pPr>
        <w:jc w:val="right"/>
      </w:pPr>
      <w:r>
        <w:t>تو میں نے کہا اب جو ہے کیا کرنا ہے آپ کو؟ اپنے اندر کمپیٹنس پیدا کیجیے۔</w:t>
      </w:r>
    </w:p>
    <w:p>
      <w:r>
        <w:rPr>
          <w:b/>
        </w:rPr>
        <w:t xml:space="preserve">[44:58] </w:t>
      </w:r>
      <w:r>
        <w:t>aap ke andar expertise paida kijiye.</w:t>
      </w:r>
    </w:p>
    <w:p>
      <w:pPr>
        <w:jc w:val="right"/>
      </w:pPr>
      <w:r>
        <w:t>آپ کے اندر ایکسپرٹیز پیدا کیجیے۔</w:t>
      </w:r>
    </w:p>
    <w:p>
      <w:r>
        <w:rPr>
          <w:b/>
        </w:rPr>
        <w:t xml:space="preserve">[45:03] </w:t>
      </w:r>
      <w:r>
        <w:t>aap ke andar skill paida kijiye. professional skill.</w:t>
      </w:r>
    </w:p>
    <w:p>
      <w:pPr>
        <w:jc w:val="right"/>
      </w:pPr>
      <w:r>
        <w:t>آپ کے اندر اسکل پیدا کیجیے۔ پروفیشنل اسکل۔</w:t>
      </w:r>
    </w:p>
    <w:p>
      <w:r>
        <w:rPr>
          <w:b/>
        </w:rPr>
        <w:t xml:space="preserve">[45:09] </w:t>
      </w:r>
      <w:r>
        <w:t>to dekhiye aap bahar ki duniya se bhi zyada aap ko woh ghar ki duniya se bhi zyada</w:t>
      </w:r>
    </w:p>
    <w:p>
      <w:pPr>
        <w:jc w:val="right"/>
      </w:pPr>
      <w:r>
        <w:t>تو دیکھیے آپ باہر کی دنیا سے بھی زیادہ آپ کو وہ گھر کی دنیا سے بھی زیادہ</w:t>
      </w:r>
    </w:p>
    <w:p>
      <w:r>
        <w:rPr>
          <w:b/>
        </w:rPr>
        <w:t xml:space="preserve">[45:14] </w:t>
      </w:r>
      <w:r>
        <w:t>aap ko bahar ki duniya mein log manne lagenge.</w:t>
      </w:r>
    </w:p>
    <w:p>
      <w:pPr>
        <w:jc w:val="right"/>
      </w:pPr>
      <w:r>
        <w:t>آپ کو باہر کی دنیا میں لوگ ماننے لگیں گے۔</w:t>
      </w:r>
    </w:p>
    <w:p>
      <w:r>
        <w:rPr>
          <w:b/>
        </w:rPr>
        <w:t xml:space="preserve">[45:20] </w:t>
      </w:r>
      <w:r>
        <w:t>mein abhi gaya ek shehar mein UP mein.</w:t>
      </w:r>
    </w:p>
    <w:p>
      <w:pPr>
        <w:jc w:val="right"/>
      </w:pPr>
      <w:r>
        <w:t>میں ابھی گیا ایک شہر میں یو پی میں۔</w:t>
      </w:r>
    </w:p>
    <w:p>
      <w:r>
        <w:rPr>
          <w:b/>
        </w:rPr>
        <w:t xml:space="preserve">[45:25] </w:t>
      </w:r>
      <w:r>
        <w:t>to ek sahab hain wahan par ek musalman</w:t>
      </w:r>
    </w:p>
    <w:p>
      <w:pPr>
        <w:jc w:val="right"/>
      </w:pPr>
      <w:r>
        <w:t>تو ایک صاحب ہیں وہاں پر ایک مسلمان</w:t>
      </w:r>
    </w:p>
    <w:p>
      <w:r>
        <w:rPr>
          <w:b/>
        </w:rPr>
        <w:t xml:space="preserve">[45:31] </w:t>
      </w:r>
      <w:r>
        <w:t>—</w:t>
      </w:r>
    </w:p>
    <w:p>
      <w:pPr>
        <w:jc w:val="right"/>
      </w:pPr>
      <w:r>
        <w:t>۔</w:t>
      </w:r>
    </w:p>
    <w:p>
      <w:r>
        <w:rPr>
          <w:b/>
        </w:rPr>
        <w:t xml:space="preserve">[45:35] </w:t>
      </w:r>
      <w:r>
        <w:t>to woh karigar hain ek company mein.</w:t>
      </w:r>
    </w:p>
    <w:p>
      <w:pPr>
        <w:jc w:val="right"/>
      </w:pPr>
      <w:r>
        <w:t>تو وہ کاریگر ہیں ایک کمپنی میں۔</w:t>
      </w:r>
    </w:p>
    <w:p>
      <w:r>
        <w:rPr>
          <w:b/>
        </w:rPr>
        <w:t xml:space="preserve">[45:40] </w:t>
      </w:r>
      <w:r>
        <w:t>ek company mein woh karigar hain.</w:t>
      </w:r>
    </w:p>
    <w:p>
      <w:pPr>
        <w:jc w:val="right"/>
      </w:pPr>
      <w:r>
        <w:t>ایک کمپنی میں وہ کاریگر ہیں۔</w:t>
      </w:r>
    </w:p>
    <w:p>
      <w:r>
        <w:rPr>
          <w:b/>
        </w:rPr>
        <w:t xml:space="preserve">[45:44] </w:t>
      </w:r>
      <w:r>
        <w:t>to woh mein ne dekha ke woh is company ka malik jo un se bohat zyada hasiyat ka aadmi hai.</w:t>
      </w:r>
    </w:p>
    <w:p>
      <w:pPr>
        <w:jc w:val="right"/>
      </w:pPr>
      <w:r>
        <w:t>تو وہ میں نے دیکھا کہ وہ اس کمپنی کا مالک جو ان سے بہت زیادہ حیثیت کا آدمی ہے۔</w:t>
      </w:r>
    </w:p>
    <w:p>
      <w:r>
        <w:rPr>
          <w:b/>
        </w:rPr>
        <w:t xml:space="preserve">[45:49] </w:t>
      </w:r>
      <w:r>
        <w:t>bohat zyada bohat zyada.</w:t>
      </w:r>
    </w:p>
    <w:p>
      <w:pPr>
        <w:jc w:val="right"/>
      </w:pPr>
      <w:r>
        <w:t>بہت زیادہ بہت زیادہ۔</w:t>
      </w:r>
    </w:p>
    <w:p>
      <w:r>
        <w:rPr>
          <w:b/>
        </w:rPr>
        <w:t xml:space="preserve">[45:53] </w:t>
      </w:r>
      <w:r>
        <w:t>woh un ke ghar aaya bekar se.</w:t>
      </w:r>
    </w:p>
    <w:p>
      <w:pPr>
        <w:jc w:val="right"/>
      </w:pPr>
      <w:r>
        <w:t>وہ ان کے گھر آیا بیکار سے۔</w:t>
      </w:r>
    </w:p>
    <w:p>
      <w:r>
        <w:rPr>
          <w:b/>
        </w:rPr>
        <w:t xml:space="preserve">[45:58] </w:t>
      </w:r>
      <w:r>
        <w:t>kuchh baat cheet ki chala gaya mein ne poocha ke bhai kya mamla hai? to unhon ne bataya ke</w:t>
      </w:r>
    </w:p>
    <w:p>
      <w:pPr>
        <w:jc w:val="right"/>
      </w:pPr>
      <w:r>
        <w:t>کچھ بات چیت کی چلا گیا میں نے پوچھا کہ بھئی کیا معاملہ ہے؟ تو انہوں نے بتایا کہ</w:t>
      </w:r>
    </w:p>
    <w:p>
      <w:r>
        <w:rPr>
          <w:b/>
        </w:rPr>
        <w:t xml:space="preserve">[46:03] </w:t>
      </w:r>
      <w:r>
        <w:t>mein ne chhutti mera wahan program tha to mere program mein shareek hone ke liye chhutti mangi unhon ne. company se.</w:t>
      </w:r>
    </w:p>
    <w:p>
      <w:pPr>
        <w:jc w:val="right"/>
      </w:pPr>
      <w:r>
        <w:t>میں نے چھٹی میرا وہاں پروگرام تھا تو میرے پروگرام میں شریک ہونے کے لیے چھٹی مانگی انہوں نے۔ کمپنی سے۔</w:t>
      </w:r>
    </w:p>
    <w:p>
      <w:r>
        <w:rPr>
          <w:b/>
        </w:rPr>
        <w:t xml:space="preserve">[46:09] </w:t>
      </w:r>
      <w:r>
        <w:t>mere program mein aane ke liye unhon ne company ke malik se chhutti mangi.</w:t>
      </w:r>
    </w:p>
    <w:p>
      <w:pPr>
        <w:jc w:val="right"/>
      </w:pPr>
      <w:r>
        <w:t>میرے پروگرام میں آنے کے لیے انہوں نے کمپنی کے مالک سے چھٹی مانگی۔</w:t>
      </w:r>
    </w:p>
    <w:p>
      <w:r>
        <w:rPr>
          <w:b/>
        </w:rPr>
        <w:t xml:space="preserve">[46:15] </w:t>
      </w:r>
      <w:r>
        <w:t>keh bhai do din ki chutti chahiye.</w:t>
      </w:r>
    </w:p>
    <w:p>
      <w:pPr>
        <w:jc w:val="right"/>
      </w:pPr>
      <w:r>
        <w:t>کہ بھئی دو دن کی چھٹی چاہیے۔</w:t>
      </w:r>
    </w:p>
    <w:p>
      <w:r>
        <w:rPr>
          <w:b/>
        </w:rPr>
        <w:t xml:space="preserve">[46:21] </w:t>
      </w:r>
      <w:r>
        <w:t>unhon ne kaha keh nahi chutti nahi mile gi abhi kaam chal raha hai chutti nahi mile gi.</w:t>
      </w:r>
    </w:p>
    <w:p>
      <w:pPr>
        <w:jc w:val="right"/>
      </w:pPr>
      <w:r>
        <w:t>انہوں نے کہا کہ نہیں چھٹی نہیں ملے گی ابھی کام چل رہا ہے چھٹی نہیں ملے گی۔</w:t>
      </w:r>
    </w:p>
    <w:p>
      <w:r>
        <w:rPr>
          <w:b/>
        </w:rPr>
        <w:t xml:space="preserve">[46:27] </w:t>
      </w:r>
      <w:r>
        <w:t>to unhon ne kaha keh chupke se baghair kuch kahe hue aa gaye company se ghar aap chale aaey.</w:t>
      </w:r>
    </w:p>
    <w:p>
      <w:pPr>
        <w:jc w:val="right"/>
      </w:pPr>
      <w:r>
        <w:t>تو انہوں نے کہا کہ چپکے سے بغیر کچھ کہے ہوئے آ گئے کمپنی سے گھر آپ چلے آئے۔</w:t>
      </w:r>
    </w:p>
    <w:p>
      <w:r>
        <w:rPr>
          <w:b/>
        </w:rPr>
        <w:t xml:space="preserve">[46:34] </w:t>
      </w:r>
      <w:r>
        <w:t>kuch kahe baghair ghar chale aaey.</w:t>
      </w:r>
    </w:p>
    <w:p>
      <w:pPr>
        <w:jc w:val="right"/>
      </w:pPr>
      <w:r>
        <w:t>کچھ کہے بغیر گھر چلے آئے۔</w:t>
      </w:r>
    </w:p>
    <w:p>
      <w:r>
        <w:rPr>
          <w:b/>
        </w:rPr>
        <w:t xml:space="preserve">[46:37] </w:t>
      </w:r>
      <w:r>
        <w:t>ab jab pata chala malik ko to apni bari car se wahan un ke ghar aaya.</w:t>
      </w:r>
    </w:p>
    <w:p>
      <w:pPr>
        <w:jc w:val="right"/>
      </w:pPr>
      <w:r>
        <w:t>اب جب پتہ چلا مالک کو تو اپنی بڑی کار سے وہاں ان کے گھر آیا۔</w:t>
      </w:r>
    </w:p>
    <w:p>
      <w:r>
        <w:rPr>
          <w:b/>
        </w:rPr>
        <w:t xml:space="preserve">[46:41] </w:t>
      </w:r>
      <w:r>
        <w:t>keh bhai aap maaf kijiye woh hamara beta tha bete ki baat samajh mein nahi aai.</w:t>
      </w:r>
    </w:p>
    <w:p>
      <w:pPr>
        <w:jc w:val="right"/>
      </w:pPr>
      <w:r>
        <w:t>کہ بھئی آپ معاف کیجیے وہ ہمارا بیٹا تھا بیٹے کی بات سمجھ میں نہیں آئی۔</w:t>
      </w:r>
    </w:p>
    <w:p>
      <w:r>
        <w:rPr>
          <w:b/>
        </w:rPr>
        <w:t xml:space="preserve">[46:45] </w:t>
      </w:r>
      <w:r>
        <w:t>bete ne aap ko keh diya aap ko chutti hai aap ko do din hi chaar din hi</w:t>
      </w:r>
    </w:p>
    <w:p>
      <w:pPr>
        <w:jc w:val="right"/>
      </w:pPr>
      <w:r>
        <w:t>بیٹے نے آپ کو کہہ دیا آپ کو چھٹی ہے آپ کو دو دن ہی چار دن ہی</w:t>
      </w:r>
    </w:p>
    <w:p>
      <w:r>
        <w:rPr>
          <w:b/>
        </w:rPr>
        <w:t xml:space="preserve">[46:49] </w:t>
      </w:r>
      <w:r>
        <w:t>chutti aap ko hai.</w:t>
      </w:r>
    </w:p>
    <w:p>
      <w:pPr>
        <w:jc w:val="right"/>
      </w:pPr>
      <w:r>
        <w:t>چھٹی آپ کو ہے۔</w:t>
      </w:r>
    </w:p>
    <w:p>
      <w:r>
        <w:rPr>
          <w:b/>
        </w:rPr>
        <w:t xml:space="preserve">[46:53] </w:t>
      </w:r>
      <w:r>
        <w:t>yani baap aaya tha.</w:t>
      </w:r>
    </w:p>
    <w:p>
      <w:pPr>
        <w:jc w:val="right"/>
      </w:pPr>
      <w:r>
        <w:t>یعنی باپ آیا تھا۔</w:t>
      </w:r>
    </w:p>
    <w:p>
      <w:r>
        <w:rPr>
          <w:b/>
        </w:rPr>
        <w:t xml:space="preserve">[46:57] </w:t>
      </w:r>
      <w:r>
        <w:t>kyun? mujhe maloom yeh hua keh woh aadmi itna zabardast is ke andar skill hai.</w:t>
      </w:r>
    </w:p>
    <w:p>
      <w:pPr>
        <w:jc w:val="right"/>
      </w:pPr>
      <w:r>
        <w:t>کیوں؟ مجھے معلوم یہ ہوا کہ وہ آدمی اتنا زبردست اس کے اندر اسکل ہے۔</w:t>
      </w:r>
    </w:p>
    <w:p>
      <w:r>
        <w:rPr>
          <w:b/>
        </w:rPr>
        <w:t xml:space="preserve">[47:01] </w:t>
      </w:r>
      <w:r>
        <w:t>jis jo company mein jo kaam ho raha tha us kaam mein number one yeh woh hai</w:t>
      </w:r>
    </w:p>
    <w:p>
      <w:pPr>
        <w:jc w:val="right"/>
      </w:pPr>
      <w:r>
        <w:t>جس جو کمپنی میں جو کام ہو رہا تھا اس کام میں نمبر ون یہ وہ ہے</w:t>
      </w:r>
    </w:p>
    <w:p>
      <w:r>
        <w:rPr>
          <w:b/>
        </w:rPr>
        <w:t xml:space="preserve">[47:04] </w:t>
      </w:r>
      <w:r>
        <w:t>is ka expert.</w:t>
      </w:r>
    </w:p>
    <w:p>
      <w:pPr>
        <w:jc w:val="right"/>
      </w:pPr>
      <w:r>
        <w:t>اس کا ایکسپرٹ۔</w:t>
      </w:r>
    </w:p>
    <w:p>
      <w:r>
        <w:rPr>
          <w:b/>
        </w:rPr>
        <w:t xml:space="preserve">[47:09] </w:t>
      </w:r>
      <w:r>
        <w:t>koi machine bigar jaye koi baat is mein gadbad ho jaye to yeh aadmi jo hai is ko</w:t>
      </w:r>
    </w:p>
    <w:p>
      <w:pPr>
        <w:jc w:val="right"/>
      </w:pPr>
      <w:r>
        <w:t>کوئی مشین بگڑ جائے کوئی بات اس میں گڑبڑ ہو جائے تو یہ آدمی جو ہے اس کو</w:t>
      </w:r>
    </w:p>
    <w:p>
      <w:r>
        <w:rPr>
          <w:b/>
        </w:rPr>
        <w:t xml:space="preserve">[47:14] </w:t>
      </w:r>
      <w:r>
        <w:t>theek kar deta hai.</w:t>
      </w:r>
    </w:p>
    <w:p>
      <w:pPr>
        <w:jc w:val="right"/>
      </w:pPr>
      <w:r>
        <w:t>ٹھیک کر دیتا ہے۔</w:t>
      </w:r>
    </w:p>
    <w:p>
      <w:r>
        <w:rPr>
          <w:b/>
        </w:rPr>
        <w:t xml:space="preserve">[47:19] </w:t>
      </w:r>
      <w:r>
        <w:t>aap ghor kijiye keh woh jo malik tha us se bohat zyada is ki hesiyat thi.</w:t>
      </w:r>
    </w:p>
    <w:p>
      <w:pPr>
        <w:jc w:val="right"/>
      </w:pPr>
      <w:r>
        <w:t>آپ غور کیجیے کہ وہ جو مالک تھا اس سے بہت زیادہ اس کی حیثیت تھی۔</w:t>
      </w:r>
    </w:p>
    <w:p>
      <w:r>
        <w:rPr>
          <w:b/>
        </w:rPr>
        <w:t xml:space="preserve">[47:24] </w:t>
      </w:r>
      <w:r>
        <w:t>us ke paas bari bari car thi in ke paas to choti car bhi nahi thi.</w:t>
      </w:r>
    </w:p>
    <w:p>
      <w:pPr>
        <w:jc w:val="right"/>
      </w:pPr>
      <w:r>
        <w:t>اس کے پاس بڑی بڑی کار تھی ان کے پاس تو چھوٹی کار بھی نہیں تھی۔</w:t>
      </w:r>
    </w:p>
    <w:p>
      <w:r>
        <w:rPr>
          <w:b/>
        </w:rPr>
        <w:t xml:space="preserve">[47:29] </w:t>
      </w:r>
      <w:r>
        <w:t>lekin skill thi in ke paas expertize thi in ke paas.</w:t>
      </w:r>
    </w:p>
    <w:p>
      <w:pPr>
        <w:jc w:val="right"/>
      </w:pPr>
      <w:r>
        <w:t>لیکن اسکل تھی ان کے پاس ایکسپرٹیز تھی ان کے پاس۔</w:t>
      </w:r>
    </w:p>
    <w:p>
      <w:r>
        <w:rPr>
          <w:b/>
        </w:rPr>
        <w:t xml:space="preserve">[47:34] </w:t>
      </w:r>
      <w:r>
        <w:t>to beta jo tha beta naya naya beta is ne is ki samajh baat nahi aai unhon ne</w:t>
      </w:r>
    </w:p>
    <w:p>
      <w:pPr>
        <w:jc w:val="right"/>
      </w:pPr>
      <w:r>
        <w:t>تو بیٹا جو تھا بیٹا نیا نیا بیٹا اس نے اس کی سمجھ بات نہیں آئی انہوں نے</w:t>
      </w:r>
    </w:p>
    <w:p>
      <w:r>
        <w:rPr>
          <w:b/>
        </w:rPr>
        <w:t xml:space="preserve">[47:39] </w:t>
      </w:r>
      <w:r>
        <w:t>do din ki chutti mangi to unhon ne kaha keh nahi nahi chutti nahi hogi.</w:t>
      </w:r>
    </w:p>
    <w:p>
      <w:pPr>
        <w:jc w:val="right"/>
      </w:pPr>
      <w:r>
        <w:t>دو دن کی چھٹی مانگی تو انہوں نے کہا کہ نہیں نہیں چھٹی نہیں ہوگی۔</w:t>
      </w:r>
    </w:p>
    <w:p>
      <w:r>
        <w:rPr>
          <w:b/>
        </w:rPr>
        <w:t xml:space="preserve">[47:43] </w:t>
      </w:r>
      <w:r>
        <w:t>lekin jab baap ko pata chala to baap janta tha is ki value ko.</w:t>
      </w:r>
    </w:p>
    <w:p>
      <w:pPr>
        <w:jc w:val="right"/>
      </w:pPr>
      <w:r>
        <w:t>لیکن جب باپ کو پتہ چلا تو باپ جانتا تھا اس کی ویلیو کو۔</w:t>
      </w:r>
    </w:p>
    <w:p>
      <w:r>
        <w:rPr>
          <w:b/>
        </w:rPr>
        <w:t xml:space="preserve">[47:47] </w:t>
      </w:r>
      <w:r>
        <w:t>to khud aaya woh is ko manane ke liye keh aap ko chaar din ki chutti hai aap</w:t>
      </w:r>
    </w:p>
    <w:p>
      <w:pPr>
        <w:jc w:val="right"/>
      </w:pPr>
      <w:r>
        <w:t>تو خود آیا وہ اس کو منانے کے لیے کہ آپ کو چار دن کی چھٹی ہے آپ</w:t>
      </w:r>
    </w:p>
    <w:p>
      <w:r>
        <w:rPr>
          <w:b/>
        </w:rPr>
        <w:t xml:space="preserve">[47:52] </w:t>
      </w:r>
      <w:r>
        <w:t>chaar din chutti bana li jiye phir aaiye company mein.</w:t>
      </w:r>
    </w:p>
    <w:p>
      <w:pPr>
        <w:jc w:val="right"/>
      </w:pPr>
      <w:r>
        <w:t>چار دن چھٹی بنا لیجیے پھر آئیے کمپنی میں۔</w:t>
      </w:r>
    </w:p>
    <w:p>
      <w:r>
        <w:rPr>
          <w:b/>
        </w:rPr>
        <w:t xml:space="preserve">[47:56] </w:t>
      </w:r>
      <w:r>
        <w:t>yeh hai jab aap ne mein ne un se kaha keh jab aap ne apni apni apni yeh</w:t>
      </w:r>
    </w:p>
    <w:p>
      <w:pPr>
        <w:jc w:val="right"/>
      </w:pPr>
      <w:r>
        <w:t>یہ ہے جب آپ نے میں نے ان سے کہا کہ جب آپ نے اپنی اپنی اپنی یہ</w:t>
      </w:r>
    </w:p>
    <w:p>
      <w:r>
        <w:rPr>
          <w:b/>
        </w:rPr>
        <w:t xml:space="preserve">[48:00] </w:t>
      </w:r>
      <w:r>
        <w:t>yeh prove kar diya keh mein tum</w:t>
      </w:r>
    </w:p>
    <w:p>
      <w:pPr>
        <w:jc w:val="right"/>
      </w:pPr>
      <w:r>
        <w:t>یہ پروف کر دیا کہ میں تمہ</w:t>
      </w:r>
    </w:p>
    <w:p>
      <w:r>
        <w:rPr>
          <w:b/>
        </w:rPr>
        <w:t xml:space="preserve">[48:05] </w:t>
      </w:r>
      <w:r>
        <w:t>hari zaroorat hou. mere baghair tumhari zaroorat poori nahi hogi. to aap ki itni value ban gayi hai. to mein ne kaha ghar mein jis tarah se aap ki value thi bahar bhi aap ki value ho sakti hai. sirf yeh janiye ke wahan kaise thi yahan kaise hogi bas. sirf yeh janiye. aisa nahi hai ke bahar wale dushman hain aap ke hain ghar wale dost hain aap ke. dosti aur dushmani dono relative ter</w:t>
      </w:r>
    </w:p>
    <w:p>
      <w:pPr>
        <w:jc w:val="right"/>
      </w:pPr>
      <w:r>
        <w:t>اری ضرورت ہوں۔ میرے بغیر تمہاری ضرورت پوری نہیں ہوگی۔ تو آپ کی اتنی ویلیو بن گئی ہے۔ تو میں نے کہا گھر میں جس طرح سے آپ کی ویلیو تھی باہر بھی آپ کی ویلیو ہو سکتی ہے۔ صرف یہ جانیے کہ وہاں کیسے تھی یہاں کیسے ہوگی بس۔ صرف یہ جانیے۔ ایسا نہیں ہے کہ باہر والے دشمن ہیں آپ کے ہیں گھر والے دوست ہیں آپ کے۔ دوستی اور دشمنی دونوں ریلیٹو ٹ</w:t>
      </w:r>
    </w:p>
    <w:p>
      <w:r>
        <w:rPr>
          <w:b/>
        </w:rPr>
        <w:t xml:space="preserve">[48:35] </w:t>
      </w:r>
      <w:r>
        <w:t>hain. yaad rakhiye.</w:t>
      </w:r>
    </w:p>
    <w:p>
      <w:pPr>
        <w:jc w:val="right"/>
      </w:pPr>
      <w:r>
        <w:t>رم ہیں۔ یاد رکھیے۔</w:t>
      </w:r>
    </w:p>
    <w:p>
      <w:r>
        <w:rPr>
          <w:b/>
        </w:rPr>
        <w:t xml:space="preserve">[48:38] </w:t>
      </w:r>
      <w:r>
        <w:t>dosti aur dushmani dono relative terms hain.</w:t>
      </w:r>
    </w:p>
    <w:p>
      <w:pPr>
        <w:jc w:val="right"/>
      </w:pPr>
      <w:r>
        <w:t>دوستی اور دشمنی دونوں ریلیٹو ٹرم ہیں۔</w:t>
      </w:r>
    </w:p>
    <w:p>
      <w:r>
        <w:rPr>
          <w:b/>
        </w:rPr>
        <w:t xml:space="preserve">[48:42] </w:t>
      </w:r>
      <w:r>
        <w:t>misalan ghar wale ek bachcha paida hua khoob pala posa khoob badhaya.</w:t>
      </w:r>
    </w:p>
    <w:p>
      <w:pPr>
        <w:jc w:val="right"/>
      </w:pPr>
      <w:r>
        <w:t>مثلاً گھر والے ایک بچہ پیدا ہوا خوب پالا پوسا خوب بڑھایا۔</w:t>
      </w:r>
    </w:p>
    <w:p>
      <w:r>
        <w:rPr>
          <w:b/>
        </w:rPr>
        <w:t xml:space="preserve">[48:46] </w:t>
      </w:r>
      <w:r>
        <w:t>aur baad ko jab woh kamane laga aur kama kama kar ke khud hi apna kharch karne laga</w:t>
      </w:r>
    </w:p>
    <w:p>
      <w:pPr>
        <w:jc w:val="right"/>
      </w:pPr>
      <w:r>
        <w:t>اور بعد کو جب وہ کمانے لگا اور کما کما کر کے خود ہی اپنا خرچ کرنے لگا</w:t>
      </w:r>
    </w:p>
    <w:p>
      <w:r>
        <w:rPr>
          <w:b/>
        </w:rPr>
        <w:t xml:space="preserve">[48:50] </w:t>
      </w:r>
      <w:r>
        <w:t>ghar mein kuch paisa nahi deta tha.</w:t>
      </w:r>
    </w:p>
    <w:p>
      <w:pPr>
        <w:jc w:val="right"/>
      </w:pPr>
      <w:r>
        <w:t>گھر میں کچھ پیسہ نہیں دیتا تھا۔</w:t>
      </w:r>
    </w:p>
    <w:p>
      <w:r>
        <w:rPr>
          <w:b/>
        </w:rPr>
        <w:t xml:space="preserve">[48:54] </w:t>
      </w:r>
      <w:r>
        <w:t>toh wohi bachcha unwanted ban jata hai ghar ke liye.</w:t>
      </w:r>
    </w:p>
    <w:p>
      <w:pPr>
        <w:jc w:val="right"/>
      </w:pPr>
      <w:r>
        <w:t>تو وہی بچہ ان وانٹڈ بن جاتا ہے گھر کے لیے۔</w:t>
      </w:r>
    </w:p>
    <w:p>
      <w:r>
        <w:rPr>
          <w:b/>
        </w:rPr>
        <w:t xml:space="preserve">[48:57] </w:t>
      </w:r>
      <w:r>
        <w:t>toh yeh same bachcha.</w:t>
      </w:r>
    </w:p>
    <w:p>
      <w:pPr>
        <w:jc w:val="right"/>
      </w:pPr>
      <w:r>
        <w:t>تو یہ سیم بچہ۔</w:t>
      </w:r>
    </w:p>
    <w:p>
      <w:r>
        <w:rPr>
          <w:b/>
        </w:rPr>
        <w:t xml:space="preserve">[49:01] </w:t>
      </w:r>
      <w:r>
        <w:t>kama kama kar apne upar kharch kar raha hai.</w:t>
      </w:r>
    </w:p>
    <w:p>
      <w:pPr>
        <w:jc w:val="right"/>
      </w:pPr>
      <w:r>
        <w:t>کما کما کر اپنے اوپر خرچ کر رہا ہے۔</w:t>
      </w:r>
    </w:p>
    <w:p>
      <w:r>
        <w:rPr>
          <w:b/>
        </w:rPr>
        <w:t xml:space="preserve">[49:05] </w:t>
      </w:r>
      <w:r>
        <w:t>aur ghar mein kuch deta nahi paisa.</w:t>
      </w:r>
    </w:p>
    <w:p>
      <w:pPr>
        <w:jc w:val="right"/>
      </w:pPr>
      <w:r>
        <w:t>اور گھر میں کچھ دیتا نہیں پیسہ۔</w:t>
      </w:r>
    </w:p>
    <w:p>
      <w:r>
        <w:rPr>
          <w:b/>
        </w:rPr>
        <w:t xml:space="preserve">[49:10] </w:t>
      </w:r>
      <w:r>
        <w:t>تو وہی بچہ گھر والوں کے لیے unwanted بن گیا۔</w:t>
      </w:r>
    </w:p>
    <w:p>
      <w:pPr>
        <w:jc w:val="right"/>
      </w:pPr>
      <w:r>
        <w:t>تو وہی بچہ گھر والوں کے لیے ان وانٹڈ بن گیا۔</w:t>
      </w:r>
    </w:p>
    <w:p>
      <w:r>
        <w:rPr>
          <w:b/>
        </w:rPr>
        <w:t xml:space="preserve">[49:15] </w:t>
      </w:r>
      <w:r>
        <w:t>toh sara mamla soch ka hai art of thinking ka hai.</w:t>
      </w:r>
    </w:p>
    <w:p>
      <w:pPr>
        <w:jc w:val="right"/>
      </w:pPr>
      <w:r>
        <w:t>تو سارا معاملہ سوچ کا ہے آرٹ آف تھنکنگ کا ہے۔</w:t>
      </w:r>
    </w:p>
    <w:p>
      <w:r>
        <w:rPr>
          <w:b/>
        </w:rPr>
        <w:t xml:space="preserve">[49:20] </w:t>
      </w:r>
      <w:r>
        <w:t>logon ke andar art of thinking nahi hai baaton ko gehrai mein samajhte nahi.</w:t>
      </w:r>
    </w:p>
    <w:p>
      <w:pPr>
        <w:jc w:val="right"/>
      </w:pPr>
      <w:r>
        <w:t>لوگوں کے اندر آرٹ آف تھنکنگ نہیں ہے باتوں کو گہرائی میں سمجھتے نہیں۔</w:t>
      </w:r>
    </w:p>
    <w:p>
      <w:r>
        <w:rPr>
          <w:b/>
        </w:rPr>
        <w:t xml:space="preserve">[49:25] </w:t>
      </w:r>
      <w:r>
        <w:t>aur doosre log jo unko advice dete hain woh bhi baghair soche samjhe advice de diya aise hi.</w:t>
      </w:r>
    </w:p>
    <w:p>
      <w:pPr>
        <w:jc w:val="right"/>
      </w:pPr>
      <w:r>
        <w:t>اور دوسرے لوگ جو ان کو ایڈوائس دیتے ہیں وہ بھی بغیر سوچے سمجھے ایڈوائس دے دیا ایسے ہی۔</w:t>
      </w:r>
    </w:p>
    <w:p>
      <w:r>
        <w:rPr>
          <w:b/>
        </w:rPr>
        <w:t xml:space="preserve">[49:30] </w:t>
      </w:r>
      <w:r>
        <w:t>ek baar toh ab mein</w:t>
      </w:r>
    </w:p>
    <w:p>
      <w:pPr>
        <w:jc w:val="right"/>
      </w:pPr>
      <w:r>
        <w:t>ایک بار تو اب میں</w:t>
      </w:r>
    </w:p>
    <w:p>
      <w:r>
        <w:rPr>
          <w:b/>
        </w:rPr>
        <w:t xml:space="preserve">[49:35] </w:t>
      </w:r>
      <w:r>
        <w:t>yahan gaadi se car se hum ja rahe the yahan se ghaliban Bareilly hai kahan ja rahe the.</w:t>
      </w:r>
    </w:p>
    <w:p>
      <w:pPr>
        <w:jc w:val="right"/>
      </w:pPr>
      <w:r>
        <w:t>یہاں گاڑی سے کار سے ہم جا رہے تھے یہاں سے غالباً بریلی ہے کہاں جا رہے تھے۔</w:t>
      </w:r>
    </w:p>
    <w:p>
      <w:r>
        <w:rPr>
          <w:b/>
        </w:rPr>
        <w:t xml:space="preserve">[49:39] </w:t>
      </w:r>
      <w:r>
        <w:t>toh driver jo tha woh naya tha rasta nahi janta tha usko.</w:t>
      </w:r>
    </w:p>
    <w:p>
      <w:pPr>
        <w:jc w:val="right"/>
      </w:pPr>
      <w:r>
        <w:t>تو ڈرائیور جو تھا وہ نیا تھا راستہ نہیں جانتا تھا اس کو۔</w:t>
      </w:r>
    </w:p>
    <w:p>
      <w:r>
        <w:rPr>
          <w:b/>
        </w:rPr>
        <w:t xml:space="preserve">[49:44] </w:t>
      </w:r>
      <w:r>
        <w:t>ek jagah pahunche toh wahan mor tha.</w:t>
      </w:r>
    </w:p>
    <w:p>
      <w:pPr>
        <w:jc w:val="right"/>
      </w:pPr>
      <w:r>
        <w:t>ایک جگہ پہنچے تو وہاں موڑ تھا۔</w:t>
      </w:r>
    </w:p>
    <w:p>
      <w:r>
        <w:rPr>
          <w:b/>
        </w:rPr>
        <w:t xml:space="preserve">[49:48] </w:t>
      </w:r>
      <w:r>
        <w:t>ek aadmi se poocha ke bhai kidhar jana hai? Toh bade aitraaz se unhone kaha ke yeh</w:t>
      </w:r>
    </w:p>
    <w:p>
      <w:pPr>
        <w:jc w:val="right"/>
      </w:pPr>
      <w:r>
        <w:t>ایک آدمی سے پوچھا کہ بھئی کدھر جانا ہے؟ تو بڑے اعتراض سے انہوں نے کہا کہ یہ</w:t>
      </w:r>
    </w:p>
    <w:p>
      <w:r>
        <w:rPr>
          <w:b/>
        </w:rPr>
        <w:t xml:space="preserve">[49:52] </w:t>
      </w:r>
      <w:r>
        <w:t>yeh yeh yeh sadak hai.</w:t>
      </w:r>
    </w:p>
    <w:p>
      <w:pPr>
        <w:jc w:val="right"/>
      </w:pPr>
      <w:r>
        <w:t>یہ یہ یہ سڑک ہے۔</w:t>
      </w:r>
    </w:p>
    <w:p>
      <w:r>
        <w:rPr>
          <w:b/>
        </w:rPr>
        <w:t xml:space="preserve">[49:56] </w:t>
      </w:r>
      <w:r>
        <w:t>ab hum gaye toh usko das barah mil aage nikal gaye.</w:t>
      </w:r>
    </w:p>
    <w:p>
      <w:pPr>
        <w:jc w:val="right"/>
      </w:pPr>
      <w:r>
        <w:t>اب ہم گئے تو اس کو دس بارہ میل آگے نکل گئے۔</w:t>
      </w:r>
    </w:p>
    <w:p>
      <w:r>
        <w:rPr>
          <w:b/>
        </w:rPr>
        <w:t xml:space="preserve">[50:01] </w:t>
      </w:r>
      <w:r>
        <w:t>toh pata chala ke nahi toh galat aa gaye aap.</w:t>
      </w:r>
    </w:p>
    <w:p>
      <w:pPr>
        <w:jc w:val="right"/>
      </w:pPr>
      <w:r>
        <w:t>تو پتہ چلا کہ نہیں تو غلط آ گئے آپ۔</w:t>
      </w:r>
    </w:p>
    <w:p>
      <w:r>
        <w:rPr>
          <w:b/>
        </w:rPr>
        <w:t xml:space="preserve">[50:05] </w:t>
      </w:r>
      <w:r>
        <w:t>woh to doosri road jana tha aap ko. ab wahan se hum wapas aaye phir woh rasta liya. aur is mein hum ko mein samajhta hoon ke kam az kam ek ghante ka nuksan ho gaya. to yeh bhi nahi insaan karta ke yeh kahe ke bhai mujhe rasta nahi maloom hai. mein nahi janta rasta. bas jaldi se kuch na kuch bol denge. to e</w:t>
      </w:r>
    </w:p>
    <w:p>
      <w:pPr>
        <w:jc w:val="right"/>
      </w:pPr>
      <w:r>
        <w:t>وہ تو دوسری روڈ جانا تھا آپ کو۔ اب وہاں سے ہم واپس آئے پھر وہ راستہ لیا۔ اور اس میں ہم کو میں سمجھتا ہوں کہ کم از کم ایک گھنٹے کا نقصان ہو گیا۔ تو یہ بھی نہیں انسان کرتا کہ یہ کہے کہ بھئی مجھے راستہ نہیں معلوم ہے۔ میں نہیں جانتا راستہ۔ بس جلدی سے کچھ نہ کچھ بول دیں گے۔ تو ای</w:t>
      </w:r>
    </w:p>
    <w:p>
      <w:r>
        <w:rPr>
          <w:b/>
        </w:rPr>
        <w:t xml:space="preserve">[50:35] </w:t>
      </w:r>
      <w:r>
        <w:t>Every one of us is a victim of wrong counseling.</w:t>
      </w:r>
    </w:p>
    <w:p>
      <w:pPr>
        <w:jc w:val="right"/>
      </w:pPr>
      <w:r>
        <w:t>وری ون آف اس از وکٹم آف رانگ کونسلنگ۔</w:t>
      </w:r>
    </w:p>
    <w:p>
      <w:r>
        <w:rPr>
          <w:b/>
        </w:rPr>
        <w:t xml:space="preserve">[50:41] </w:t>
      </w:r>
      <w:r>
        <w:t>آج کل کی جو سوسائٹی ہے ہماری میرا خیال ہے کہ every one of us is victim of wrong counseling.</w:t>
      </w:r>
    </w:p>
    <w:p>
      <w:pPr>
        <w:jc w:val="right"/>
      </w:pPr>
      <w:r>
        <w:t>آج کل کی جو سوسائٹی ہے ہماری میرا خیال ہے کہ ایوری ون آف اس از وکٹم آف رانگ کونسلنگ۔</w:t>
      </w:r>
    </w:p>
    <w:p>
      <w:r>
        <w:rPr>
          <w:b/>
        </w:rPr>
        <w:t xml:space="preserve">[50:48] </w:t>
      </w:r>
      <w:r>
        <w:t>har aadmi kisi na kisi wrong advice ka victim bana hua hai. Har aadmi.</w:t>
      </w:r>
    </w:p>
    <w:p>
      <w:pPr>
        <w:jc w:val="right"/>
      </w:pPr>
      <w:r>
        <w:t>ہر آدمی کسی نہ کسی رانگ ایڈوائس کا وکٹم بنا ہوا ہے۔ ہر آدمی۔</w:t>
      </w:r>
    </w:p>
    <w:p>
      <w:r>
        <w:rPr>
          <w:b/>
        </w:rPr>
        <w:t xml:space="preserve">[50:54] </w:t>
      </w:r>
      <w:r>
        <w:t>isko agar badhaiye badhaiye badhaiye phir nation par pahunchaiye.</w:t>
      </w:r>
    </w:p>
    <w:p>
      <w:pPr>
        <w:jc w:val="right"/>
      </w:pPr>
      <w:r>
        <w:t>اس کو اگر بڑھائیے بڑھائیے بڑھائیے پھر نیشن پر پہنچائیے۔</w:t>
      </w:r>
    </w:p>
    <w:p>
      <w:r>
        <w:rPr>
          <w:b/>
        </w:rPr>
        <w:t xml:space="preserve">[51:00] </w:t>
      </w:r>
      <w:r>
        <w:t>toh hamare leader kya hain? Leader bhi toh counselor hain.</w:t>
      </w:r>
    </w:p>
    <w:p>
      <w:pPr>
        <w:jc w:val="right"/>
      </w:pPr>
      <w:r>
        <w:t>تو ہمارے لیڈر کیا ہیں؟ لیڈر بھی تو کونسلر ہیں۔</w:t>
      </w:r>
    </w:p>
    <w:p>
      <w:r>
        <w:rPr>
          <w:b/>
        </w:rPr>
        <w:t xml:space="preserve">[51:06] </w:t>
      </w:r>
      <w:r>
        <w:t>woh national counselor hain.</w:t>
      </w:r>
    </w:p>
    <w:p>
      <w:pPr>
        <w:jc w:val="right"/>
      </w:pPr>
      <w:r>
        <w:t>وہ نیشنل کونسلر ہیں۔</w:t>
      </w:r>
    </w:p>
    <w:p>
      <w:r>
        <w:rPr>
          <w:b/>
        </w:rPr>
        <w:t xml:space="preserve">[51:10] </w:t>
      </w:r>
      <w:r>
        <w:t>aam counselor agar hota hai individual counselor.</w:t>
      </w:r>
    </w:p>
    <w:p>
      <w:pPr>
        <w:jc w:val="right"/>
      </w:pPr>
      <w:r>
        <w:t>عام کونسلر اگر ہوتا ہے انڈیویجول کونسلر۔</w:t>
      </w:r>
    </w:p>
    <w:p>
      <w:r>
        <w:rPr>
          <w:b/>
        </w:rPr>
        <w:t xml:space="preserve">[51:14] </w:t>
      </w:r>
      <w:r>
        <w:t>toh leader jo log hain woh kya hain? Woh national counselor hain.</w:t>
      </w:r>
    </w:p>
    <w:p>
      <w:pPr>
        <w:jc w:val="right"/>
      </w:pPr>
      <w:r>
        <w:t>تو لیڈر جو لوگ ہیں وہ کیا ہیں؟ وہ نیشنل کونسلر ہیں۔</w:t>
      </w:r>
    </w:p>
    <w:p>
      <w:r>
        <w:rPr>
          <w:b/>
        </w:rPr>
        <w:t xml:space="preserve">[51:18] </w:t>
      </w:r>
      <w:r>
        <w:t>kuch aur hain woh international counselor hain.</w:t>
      </w:r>
    </w:p>
    <w:p>
      <w:pPr>
        <w:jc w:val="right"/>
      </w:pPr>
      <w:r>
        <w:t>کچھ اور ہیں وہ انٹرنیشنل کونسلر ہیں۔</w:t>
      </w:r>
    </w:p>
    <w:p>
      <w:r>
        <w:rPr>
          <w:b/>
        </w:rPr>
        <w:t xml:space="preserve">[51:22] </w:t>
      </w:r>
      <w:r>
        <w:t>to aap dekhiye ke leaderon ko haal.</w:t>
      </w:r>
    </w:p>
    <w:p>
      <w:pPr>
        <w:jc w:val="right"/>
      </w:pPr>
      <w:r>
        <w:t>تو آپ دیکھیے کہ لیڈروں کو حال۔</w:t>
      </w:r>
    </w:p>
    <w:p>
      <w:r>
        <w:rPr>
          <w:b/>
        </w:rPr>
        <w:t xml:space="preserve">[51:26] </w:t>
      </w:r>
      <w:r>
        <w:t>subah shaam woh mis lead karte hain apni qaum ko.</w:t>
      </w:r>
    </w:p>
    <w:p>
      <w:pPr>
        <w:jc w:val="right"/>
      </w:pPr>
      <w:r>
        <w:t>صبح شام وہ مس لیڈ کرتے ہیں اپنی قوم کو۔</w:t>
      </w:r>
    </w:p>
    <w:p>
      <w:r>
        <w:rPr>
          <w:b/>
        </w:rPr>
        <w:t xml:space="preserve">[51:30] </w:t>
      </w:r>
      <w:r>
        <w:t>mis lead kar ke kahin violence mein daal diya hai.</w:t>
      </w:r>
    </w:p>
    <w:p>
      <w:pPr>
        <w:jc w:val="right"/>
      </w:pPr>
      <w:r>
        <w:t>مس لیڈ کر کے کہیں وائیلنس میں ڈال دیا ہے۔</w:t>
      </w:r>
    </w:p>
    <w:p>
      <w:r>
        <w:rPr>
          <w:b/>
        </w:rPr>
        <w:t xml:space="preserve">[51:34] </w:t>
      </w:r>
      <w:r>
        <w:t>kahin hateh karwate hain.</w:t>
      </w:r>
    </w:p>
    <w:p>
      <w:pPr>
        <w:jc w:val="right"/>
      </w:pPr>
      <w:r>
        <w:t>کہیں ہیٹ کرواتے ہیں۔</w:t>
      </w:r>
    </w:p>
    <w:p>
      <w:r>
        <w:rPr>
          <w:b/>
        </w:rPr>
        <w:t xml:space="preserve">[51:38] </w:t>
      </w:r>
      <w:r>
        <w:t>kahin ladwate hain kahin kuch karte hain.</w:t>
      </w:r>
    </w:p>
    <w:p>
      <w:pPr>
        <w:jc w:val="right"/>
      </w:pPr>
      <w:r>
        <w:t>کہیں لڑواتے ہیں کہیں کچھ کرتے ہیں۔</w:t>
      </w:r>
    </w:p>
    <w:p>
      <w:r>
        <w:rPr>
          <w:b/>
        </w:rPr>
        <w:t xml:space="preserve">[51:46] </w:t>
      </w:r>
      <w:r>
        <w:t>تو سب سے زیادہ میں سمجھتا ہوں کہ wrong counseling وہ لوگ کر رہے ہیں جو leader leader ہیں leader۔</w:t>
      </w:r>
    </w:p>
    <w:p>
      <w:pPr>
        <w:jc w:val="right"/>
      </w:pPr>
      <w:r>
        <w:t>تو سب سے زیادہ میں سمجھتا ہوں کہ رانگ کونسلنگ وہ لوگ کر رہے ہیں جو لیڈر لیڈر ہیں لیڈر۔</w:t>
      </w:r>
    </w:p>
    <w:p>
      <w:r>
        <w:rPr>
          <w:b/>
        </w:rPr>
        <w:t xml:space="preserve">[51:53] </w:t>
      </w:r>
      <w:r>
        <w:t>jo national counselor hain.</w:t>
      </w:r>
    </w:p>
    <w:p>
      <w:pPr>
        <w:jc w:val="right"/>
      </w:pPr>
      <w:r>
        <w:t>جو نیشنل کونسلر ہیں۔</w:t>
      </w:r>
    </w:p>
    <w:p>
      <w:r>
        <w:rPr>
          <w:b/>
        </w:rPr>
        <w:t xml:space="preserve">[52:01] </w:t>
      </w:r>
      <w:r>
        <w:t>kyun un ko un ko dard nahin hai? ek sahab ne mujh se poocha ke counseling ka</w:t>
      </w:r>
    </w:p>
    <w:p>
      <w:pPr>
        <w:jc w:val="right"/>
      </w:pPr>
      <w:r>
        <w:t>کیوں ان کو ان کو درد نہیں ہے؟ ایک صاحب نے مجھ سے پوچھا کہ کونسلنگ کا</w:t>
      </w:r>
    </w:p>
    <w:p>
      <w:r>
        <w:rPr>
          <w:b/>
        </w:rPr>
        <w:t xml:space="preserve">[52:08] </w:t>
      </w:r>
      <w:r>
        <w:t>ki training kahan hoti hai mujhe bataiye.</w:t>
      </w:r>
    </w:p>
    <w:p>
      <w:pPr>
        <w:jc w:val="right"/>
      </w:pPr>
      <w:r>
        <w:t>کی ٹریننگ کہاں ہوتی ہے مجھے بتائیے۔</w:t>
      </w:r>
    </w:p>
    <w:p>
      <w:r>
        <w:rPr>
          <w:b/>
        </w:rPr>
        <w:t xml:space="preserve">[52:13] </w:t>
      </w:r>
      <w:r>
        <w:t>ek saath maine kaha ke counseling bohat zaroori hai.</w:t>
      </w:r>
    </w:p>
    <w:p>
      <w:pPr>
        <w:jc w:val="right"/>
      </w:pPr>
      <w:r>
        <w:t>ایک ساتھ میں نے کہا کہ کونسلنگ بہت ضروری ہے۔</w:t>
      </w:r>
    </w:p>
    <w:p>
      <w:r>
        <w:rPr>
          <w:b/>
        </w:rPr>
        <w:t xml:space="preserve">[52:17] </w:t>
      </w:r>
      <w:r>
        <w:t>bohat important hai lekin bohat kam log hain jo counseling karna jante hain.</w:t>
      </w:r>
    </w:p>
    <w:p>
      <w:pPr>
        <w:jc w:val="right"/>
      </w:pPr>
      <w:r>
        <w:t>بہت امپورٹنٹ ہے لیکن بہت کم لوگ ہیں جو کونسلنگ کرنا جانتے ہوں۔</w:t>
      </w:r>
    </w:p>
    <w:p>
      <w:r>
        <w:rPr>
          <w:b/>
        </w:rPr>
        <w:t xml:space="preserve">[52:21] </w:t>
      </w:r>
      <w:r>
        <w:t>to unhon ne kaha ke bataiye bhai kahan counseling ki ki training hoti hai.</w:t>
      </w:r>
    </w:p>
    <w:p>
      <w:pPr>
        <w:jc w:val="right"/>
      </w:pPr>
      <w:r>
        <w:t>تو انہوں نے کہا کہ بتائیے بھئی کہاں کونسلنگ کی کی ٹریننگ ہوتی ہے۔</w:t>
      </w:r>
    </w:p>
    <w:p>
      <w:r>
        <w:rPr>
          <w:b/>
        </w:rPr>
        <w:t xml:space="preserve">[52:25] </w:t>
      </w:r>
      <w:r>
        <w:t>kahan is ki education hoti hai hum is ka pata bataiye.</w:t>
      </w:r>
    </w:p>
    <w:p>
      <w:pPr>
        <w:jc w:val="right"/>
      </w:pPr>
      <w:r>
        <w:t>کہاں اس کی ایجوکیشن ہوتی ہے ہم اس کا پتہ بتائیے۔</w:t>
      </w:r>
    </w:p>
    <w:p>
      <w:r>
        <w:rPr>
          <w:b/>
        </w:rPr>
        <w:t xml:space="preserve">[52:30] </w:t>
      </w:r>
      <w:r>
        <w:t>to maine kaha ke suniye.</w:t>
      </w:r>
    </w:p>
    <w:p>
      <w:pPr>
        <w:jc w:val="right"/>
      </w:pPr>
      <w:r>
        <w:t>تو میں نے کہا کہ سنیے۔</w:t>
      </w:r>
    </w:p>
    <w:p>
      <w:r>
        <w:rPr>
          <w:b/>
        </w:rPr>
        <w:t xml:space="preserve">[52:34] </w:t>
      </w:r>
      <w:r>
        <w:t>counseling ki training dard</w:t>
      </w:r>
    </w:p>
    <w:p>
      <w:pPr>
        <w:jc w:val="right"/>
      </w:pPr>
      <w:r>
        <w:t>کونسلنگ کی ٹریننگ درد</w:t>
      </w:r>
    </w:p>
    <w:p>
      <w:r>
        <w:rPr>
          <w:b/>
        </w:rPr>
        <w:t xml:space="preserve">[52:38] </w:t>
      </w:r>
      <w:r>
        <w:t>ki darsgah mein hoti hai.</w:t>
      </w:r>
    </w:p>
    <w:p>
      <w:pPr>
        <w:jc w:val="right"/>
      </w:pPr>
      <w:r>
        <w:t>کی درسگاہ میں ہوتی ہے۔</w:t>
      </w:r>
    </w:p>
    <w:p>
      <w:r>
        <w:rPr>
          <w:b/>
        </w:rPr>
        <w:t xml:space="preserve">[52:42] </w:t>
      </w:r>
      <w:r>
        <w:t>counseling ki training dard ke is school mein hoti hai.</w:t>
      </w:r>
    </w:p>
    <w:p>
      <w:pPr>
        <w:jc w:val="right"/>
      </w:pPr>
      <w:r>
        <w:t>کونسلنگ کی ٹریننگ درد کے اسکول میں ہوتی ہے۔</w:t>
      </w:r>
    </w:p>
    <w:p>
      <w:r>
        <w:rPr>
          <w:b/>
        </w:rPr>
        <w:t xml:space="preserve">[52:45] </w:t>
      </w:r>
      <w:r>
        <w:t>yani pain ke school mein hoti hai.</w:t>
      </w:r>
    </w:p>
    <w:p>
      <w:pPr>
        <w:jc w:val="right"/>
      </w:pPr>
      <w:r>
        <w:t>یعنی پین کے اسکول میں ہوتی ہے۔</w:t>
      </w:r>
    </w:p>
    <w:p>
      <w:r>
        <w:rPr>
          <w:b/>
        </w:rPr>
        <w:t xml:space="preserve">[52:49] </w:t>
      </w:r>
      <w:r>
        <w:t>aap ko doosron ka pain ho.</w:t>
      </w:r>
    </w:p>
    <w:p>
      <w:pPr>
        <w:jc w:val="right"/>
      </w:pPr>
      <w:r>
        <w:t>آپ کو دوسروں کا پین ہو۔</w:t>
      </w:r>
    </w:p>
    <w:p>
      <w:r>
        <w:rPr>
          <w:b/>
        </w:rPr>
        <w:t xml:space="preserve">[52:52] </w:t>
      </w:r>
      <w:r>
        <w:t>aap ke dil mein doosron ka pain ho.</w:t>
      </w:r>
    </w:p>
    <w:p>
      <w:pPr>
        <w:jc w:val="right"/>
      </w:pPr>
      <w:r>
        <w:t>آپ کے دل میں دوسروں کا پین ہو۔</w:t>
      </w:r>
    </w:p>
    <w:p>
      <w:r>
        <w:rPr>
          <w:b/>
        </w:rPr>
        <w:t xml:space="preserve">[52:55] </w:t>
      </w:r>
      <w:r>
        <w:t>to wahan par counseling ki training hoti hai.</w:t>
      </w:r>
    </w:p>
    <w:p>
      <w:pPr>
        <w:jc w:val="right"/>
      </w:pPr>
      <w:r>
        <w:t>تو وہاں پر کونسلنگ کی ٹریننگ ہوتی ہے۔</w:t>
      </w:r>
    </w:p>
    <w:p>
      <w:r>
        <w:rPr>
          <w:b/>
        </w:rPr>
        <w:t xml:space="preserve">[52:59] </w:t>
      </w:r>
      <w:r>
        <w:t>wahan par hoti hai.</w:t>
      </w:r>
    </w:p>
    <w:p>
      <w:pPr>
        <w:jc w:val="right"/>
      </w:pPr>
      <w:r>
        <w:t>وہاں پر ہوتی ہے۔</w:t>
      </w:r>
    </w:p>
    <w:p>
      <w:r>
        <w:rPr>
          <w:b/>
        </w:rPr>
        <w:t xml:space="preserve">[53:02] </w:t>
      </w:r>
      <w:r>
        <w:t>agar aap ke andar doosron ke liye dard nahin hai aap ke dil mein pain nahin hai doosron</w:t>
      </w:r>
    </w:p>
    <w:p>
      <w:pPr>
        <w:jc w:val="right"/>
      </w:pPr>
      <w:r>
        <w:t>اگر آپ کے اندر دوسروں کے لیے درد نہیں ہے آپ کے دل میں پین نہیں ہے دوسروں</w:t>
      </w:r>
    </w:p>
    <w:p>
      <w:r>
        <w:rPr>
          <w:b/>
        </w:rPr>
        <w:t xml:space="preserve">[53:06] </w:t>
      </w:r>
      <w:r>
        <w:t>ka to aap counseling kya karenge?</w:t>
      </w:r>
    </w:p>
    <w:p>
      <w:pPr>
        <w:jc w:val="right"/>
      </w:pPr>
      <w:r>
        <w:t>کا تو آپ کونسلنگ کیا کریں گے؟</w:t>
      </w:r>
    </w:p>
    <w:p>
      <w:r>
        <w:rPr>
          <w:b/>
        </w:rPr>
        <w:t xml:space="preserve">[53:09] </w:t>
      </w:r>
      <w:r>
        <w:t>kuch nahin kar sakte.</w:t>
      </w:r>
    </w:p>
    <w:p>
      <w:pPr>
        <w:jc w:val="right"/>
      </w:pPr>
      <w:r>
        <w:t>کچھ نہیں کر سکتے۔</w:t>
      </w:r>
    </w:p>
    <w:p>
      <w:r>
        <w:rPr>
          <w:b/>
        </w:rPr>
        <w:t xml:space="preserve">[53:15] </w:t>
      </w:r>
      <w:r>
        <w:t>to mein ne kaha ke counseling ki education dard ki darsgah mein hoti hai.</w:t>
      </w:r>
    </w:p>
    <w:p>
      <w:pPr>
        <w:jc w:val="right"/>
      </w:pPr>
      <w:r>
        <w:t>تو میں نے کہا کہ کونسلنگ کی ایجوکیشن درد کی درسگاہ میں ہوتی ہے۔</w:t>
      </w:r>
    </w:p>
    <w:p>
      <w:r>
        <w:rPr>
          <w:b/>
        </w:rPr>
        <w:t xml:space="preserve">[53:21] </w:t>
      </w:r>
      <w:r>
        <w:t>darsgah ka matlab hota hai educational institution.</w:t>
      </w:r>
    </w:p>
    <w:p>
      <w:pPr>
        <w:jc w:val="right"/>
      </w:pPr>
      <w:r>
        <w:t>درسگاہ کا مطلب ہوتا ہے ایجوکیشنل انسٹیٹیوشن۔</w:t>
      </w:r>
    </w:p>
    <w:p>
      <w:r>
        <w:rPr>
          <w:b/>
        </w:rPr>
        <w:t xml:space="preserve">[53:28] </w:t>
      </w:r>
      <w:r>
        <w:t>educational institution ko kehte hain darsgah.</w:t>
      </w:r>
    </w:p>
    <w:p>
      <w:pPr>
        <w:jc w:val="right"/>
      </w:pPr>
      <w:r>
        <w:t>ایجوکیشنل انسٹیٹیوشن کو کہتے ہیں درسگاہ۔</w:t>
      </w:r>
    </w:p>
    <w:p>
      <w:r>
        <w:rPr>
          <w:b/>
        </w:rPr>
        <w:t xml:space="preserve">[53:34] </w:t>
      </w:r>
      <w:r>
        <w:t>to dard agar dil mein nahin hai to aap kisi baat ko samjhenge nahin.</w:t>
      </w:r>
    </w:p>
    <w:p>
      <w:pPr>
        <w:jc w:val="right"/>
      </w:pPr>
      <w:r>
        <w:t>تو درد اگر دل میں نہیں ہے تو آپ کسی بات کو سمجھیں گے نہیں۔</w:t>
      </w:r>
    </w:p>
    <w:p>
      <w:r>
        <w:rPr>
          <w:b/>
        </w:rPr>
        <w:t xml:space="preserve">[53:40] </w:t>
      </w:r>
      <w:r>
        <w:t>dard nahin hai to aap kisi baat ko samjhenge nahin.</w:t>
      </w:r>
    </w:p>
    <w:p>
      <w:pPr>
        <w:jc w:val="right"/>
      </w:pPr>
      <w:r>
        <w:t>درد نہیں ہے تو آپ کسی بات کو سمجھیں گے نہیں۔</w:t>
      </w:r>
    </w:p>
    <w:p>
      <w:r>
        <w:rPr>
          <w:b/>
        </w:rPr>
        <w:t xml:space="preserve">[53:47] </w:t>
      </w:r>
      <w:r>
        <w:t>ilm ke sath yaad rakhiye dard bohat zaroori hai.</w:t>
      </w:r>
    </w:p>
    <w:p>
      <w:pPr>
        <w:jc w:val="right"/>
      </w:pPr>
      <w:r>
        <w:t>علم کے ساتھ یاد رکھیے درد بہت ضروری ہے۔</w:t>
      </w:r>
    </w:p>
    <w:p>
      <w:r>
        <w:rPr>
          <w:b/>
        </w:rPr>
        <w:t xml:space="preserve">[53:55] </w:t>
      </w:r>
      <w:r>
        <w:t>kisi ne kaha ke love kya cheez hai? to us ki definition kya hai love ki? ek aadmi</w:t>
      </w:r>
    </w:p>
    <w:p>
      <w:pPr>
        <w:jc w:val="right"/>
      </w:pPr>
      <w:r>
        <w:t>کسی نے کہا کہ لو کیا چیز ہے؟ تو اس کی ڈیفینیشن کیا ہے لو کی؟ ایک آدمی</w:t>
      </w:r>
    </w:p>
    <w:p>
      <w:r>
        <w:rPr>
          <w:b/>
        </w:rPr>
        <w:t xml:space="preserve">[54:02] </w:t>
      </w:r>
      <w:r>
        <w:t>ne poocha kisi se ke ke love ki definition kya hai? to unhon ne kaha ke mein bata</w:t>
      </w:r>
    </w:p>
    <w:p>
      <w:pPr>
        <w:jc w:val="right"/>
      </w:pPr>
      <w:r>
        <w:t>نے پوچھا کسی سے کہ کہ لو کی ڈیفینیشن کیا ہے؟ تو انہوں نے کہا کہ میں بت</w:t>
      </w:r>
    </w:p>
    <w:p>
      <w:r>
        <w:rPr>
          <w:b/>
        </w:rPr>
        <w:t xml:space="preserve">[54:10] </w:t>
      </w:r>
      <w:r>
        <w:t>ta hoon tum ko us ki definition.</w:t>
      </w:r>
    </w:p>
    <w:p>
      <w:pPr>
        <w:jc w:val="right"/>
      </w:pPr>
      <w:r>
        <w:t>اتا ہوں تم کو اس کی ڈیفینیشن۔</w:t>
      </w:r>
    </w:p>
    <w:p>
      <w:r>
        <w:rPr>
          <w:b/>
        </w:rPr>
        <w:t xml:space="preserve">[54:16] </w:t>
      </w:r>
      <w:r>
        <w:t>to kaha ke pain of others in your heart.</w:t>
      </w:r>
    </w:p>
    <w:p>
      <w:pPr>
        <w:jc w:val="right"/>
      </w:pPr>
      <w:r>
        <w:t>تو کہا کہ پین آف ادرز ان یور ہارٹ۔</w:t>
      </w:r>
    </w:p>
    <w:p>
      <w:r>
        <w:rPr>
          <w:b/>
        </w:rPr>
        <w:t xml:space="preserve">[54:22] </w:t>
      </w:r>
      <w:r>
        <w:t>love ki definition hai pain of others in your heart.</w:t>
      </w:r>
    </w:p>
    <w:p>
      <w:pPr>
        <w:jc w:val="right"/>
      </w:pPr>
      <w:r>
        <w:t>لو کی ڈیفینیشن ہے پین آف ادرز ان یور ہارٹ۔</w:t>
      </w:r>
    </w:p>
    <w:p>
      <w:r>
        <w:rPr>
          <w:b/>
        </w:rPr>
        <w:t xml:space="preserve">[54:28] </w:t>
      </w:r>
      <w:r>
        <w:t>doosron ka dard tumhare dil mein aa jaye yahi hai love ki definition.</w:t>
      </w:r>
    </w:p>
    <w:p>
      <w:pPr>
        <w:jc w:val="right"/>
      </w:pPr>
      <w:r>
        <w:t>دوسروں کا درد تمہارے دل میں آ جائے یہی ہے لو کی ڈیفینیشن۔</w:t>
      </w:r>
    </w:p>
    <w:p>
      <w:r>
        <w:rPr>
          <w:b/>
        </w:rPr>
        <w:t xml:space="preserve">[54:35] </w:t>
      </w:r>
      <w:r>
        <w:t>to mein yeh kahunga</w:t>
      </w:r>
    </w:p>
    <w:p>
      <w:pPr>
        <w:jc w:val="right"/>
      </w:pPr>
      <w:r>
        <w:t>تو میں یہ کہوں گا</w:t>
      </w:r>
    </w:p>
    <w:p>
      <w:r>
        <w:rPr>
          <w:b/>
        </w:rPr>
        <w:t xml:space="preserve">[54:41] </w:t>
      </w:r>
      <w:r>
        <w:t>ke aap zaroor apne kisi ko apna advisor banaiye. lekin advisor banane se pehle is ko achi tarah jaanchen kya yeh is qabil hai ke advisor bane aap ka. aur agar aap ko sacha advisor mil jaye to phir kabhi na chodiye is ko. sacha advisor pehle dhoondiye. aur agar mil jaye aap ko sach</w:t>
      </w:r>
    </w:p>
    <w:p>
      <w:pPr>
        <w:jc w:val="right"/>
      </w:pPr>
      <w:r>
        <w:t>کہ آپ ضرور اپنے کسی کو اپنا ایڈوائزر بنائیے۔ لیکن ایڈوائزر بنانے سے پہلے اس کو اچھی طرح جانچیں کیا یہ اس قابل ہے کہ ایڈوائزر بنے آپ کا۔ اور اگر آپ کو سچا ایڈوائزر مل جائے تو پھر کبھی نہ چھوڑیے اس کو۔ سچا ایڈوائزر پہلے ڈھونڈیے۔ اور اگر مل جائے آپ کو سچ</w:t>
      </w:r>
    </w:p>
    <w:p>
      <w:r>
        <w:rPr>
          <w:b/>
        </w:rPr>
        <w:t xml:space="preserve">[55:11] </w:t>
      </w:r>
      <w:r>
        <w:t>advisor.</w:t>
      </w:r>
    </w:p>
    <w:p>
      <w:pPr>
        <w:jc w:val="right"/>
      </w:pPr>
      <w:r>
        <w:t>ا ایڈوائزر۔</w:t>
      </w:r>
    </w:p>
    <w:p>
      <w:r>
        <w:rPr>
          <w:b/>
        </w:rPr>
        <w:t xml:space="preserve">[55:14] </w:t>
      </w:r>
      <w:r>
        <w:t>to phir is ko kabhi na chhodieye.</w:t>
      </w:r>
    </w:p>
    <w:p>
      <w:pPr>
        <w:jc w:val="right"/>
      </w:pPr>
      <w:r>
        <w:t>تو پھر اس کو کبھی نہ چھوڑیے۔</w:t>
      </w:r>
    </w:p>
    <w:p>
      <w:r>
        <w:rPr>
          <w:b/>
        </w:rPr>
        <w:t xml:space="preserve">[55:18] </w:t>
      </w:r>
      <w:r>
        <w:t>dekhiye sacha advisor bhi kabhi kabhi ghalati kar jata hai.</w:t>
      </w:r>
    </w:p>
    <w:p>
      <w:pPr>
        <w:jc w:val="right"/>
      </w:pPr>
      <w:r>
        <w:t>دیکھیے سچا ایڈوائزر بھی کبھی کبھی غلطی کر جاتا ہے۔</w:t>
      </w:r>
    </w:p>
    <w:p>
      <w:r>
        <w:rPr>
          <w:b/>
        </w:rPr>
        <w:t xml:space="preserve">[55:22] </w:t>
      </w:r>
      <w:r>
        <w:t>to err is human.</w:t>
      </w:r>
    </w:p>
    <w:p>
      <w:pPr>
        <w:jc w:val="right"/>
      </w:pPr>
      <w:r>
        <w:t>ٹو ایر ایز ہیومن۔</w:t>
      </w:r>
    </w:p>
    <w:p>
      <w:r>
        <w:rPr>
          <w:b/>
        </w:rPr>
        <w:t xml:space="preserve">[55:26] </w:t>
      </w:r>
      <w:r>
        <w:t>lekin agar woh sacha advisor hoga to bohat jaldi us ko pata chal jayega mein ne wrong</w:t>
      </w:r>
    </w:p>
    <w:p>
      <w:pPr>
        <w:jc w:val="right"/>
      </w:pPr>
      <w:r>
        <w:t>لیکن اگر وہ سچا ایڈوائزر ہوگا تو بہت جلدی اس کو پتہ چل جائے گا میں نے رانگ</w:t>
      </w:r>
    </w:p>
    <w:p>
      <w:r>
        <w:rPr>
          <w:b/>
        </w:rPr>
        <w:t xml:space="preserve">[55:30] </w:t>
      </w:r>
      <w:r>
        <w:t>advice di thi.</w:t>
      </w:r>
    </w:p>
    <w:p>
      <w:pPr>
        <w:jc w:val="right"/>
      </w:pPr>
      <w:r>
        <w:t>ایڈوائس دی تھی۔</w:t>
      </w:r>
    </w:p>
    <w:p>
      <w:r>
        <w:rPr>
          <w:b/>
        </w:rPr>
        <w:t xml:space="preserve">[55:34] </w:t>
      </w:r>
      <w:r>
        <w:t>aur phir woh maafi mange ga.</w:t>
      </w:r>
    </w:p>
    <w:p>
      <w:pPr>
        <w:jc w:val="right"/>
      </w:pPr>
      <w:r>
        <w:t>اور پھر وہ معافی مانگے گا۔</w:t>
      </w:r>
    </w:p>
    <w:p>
      <w:r>
        <w:rPr>
          <w:b/>
        </w:rPr>
        <w:t xml:space="preserve">[55:37] </w:t>
      </w:r>
      <w:r>
        <w:t>phir us ko compensate kare ga.</w:t>
      </w:r>
    </w:p>
    <w:p>
      <w:pPr>
        <w:jc w:val="right"/>
      </w:pPr>
      <w:r>
        <w:t>پھر اس کو کمپنسیٹ کرے گا۔</w:t>
      </w:r>
    </w:p>
    <w:p>
      <w:r>
        <w:rPr>
          <w:b/>
        </w:rPr>
        <w:t xml:space="preserve">[55:41] </w:t>
      </w:r>
      <w:r>
        <w:t>پھر وہ پھر وہ مانے گا کہ I was wrong.</w:t>
      </w:r>
    </w:p>
    <w:p>
      <w:pPr>
        <w:jc w:val="right"/>
      </w:pPr>
      <w:r>
        <w:t>پھر وہ پھر وہ مانے گا کہ آئی واز رانگ۔</w:t>
      </w:r>
    </w:p>
    <w:p>
      <w:r>
        <w:rPr>
          <w:b/>
        </w:rPr>
        <w:t xml:space="preserve">[55:47] </w:t>
      </w:r>
      <w:r>
        <w:t>دس بار وہ کہے گا کہ I was wrong, I was wrong, I was wrong.</w:t>
      </w:r>
    </w:p>
    <w:p>
      <w:pPr>
        <w:jc w:val="right"/>
      </w:pPr>
      <w:r>
        <w:t>دس بار وہ کہے گا کہ آئی واز رانگ آئی واز رانگ آئی واز رانگ۔</w:t>
      </w:r>
    </w:p>
    <w:p>
      <w:r>
        <w:rPr>
          <w:b/>
        </w:rPr>
        <w:t xml:space="preserve">[55:52] </w:t>
      </w:r>
      <w:r>
        <w:t>agar sacha advisor hai woh.</w:t>
      </w:r>
    </w:p>
    <w:p>
      <w:pPr>
        <w:jc w:val="right"/>
      </w:pPr>
      <w:r>
        <w:t>اگر سچا ایڈوائزر ہے وہ۔</w:t>
      </w:r>
    </w:p>
    <w:p>
      <w:r>
        <w:rPr>
          <w:b/>
        </w:rPr>
        <w:t xml:space="preserve">[55:57] </w:t>
      </w:r>
      <w:r>
        <w:t>agar sacha advisor nahin hai to woh pachas qism ke excuse pesh kare ga.</w:t>
      </w:r>
    </w:p>
    <w:p>
      <w:pPr>
        <w:jc w:val="right"/>
      </w:pPr>
      <w:r>
        <w:t>اگر سچا ایڈوائزر نہیں ہے تو وہ پچاس قسم کے ایکسکیوز پیش کرے گا۔</w:t>
      </w:r>
    </w:p>
    <w:p>
      <w:r>
        <w:rPr>
          <w:b/>
        </w:rPr>
        <w:t xml:space="preserve">[56:03] </w:t>
      </w:r>
      <w:r>
        <w:t>یاد رکھیے جو excuse پیش کرے وہ سچا adviser نہیں بن سکتا ہے۔</w:t>
      </w:r>
    </w:p>
    <w:p>
      <w:pPr>
        <w:jc w:val="right"/>
      </w:pPr>
      <w:r>
        <w:t>یاد رکھیے جو ایکسکیوز پیش کرے وہ سچا ایڈوائزر نہیں بن سکتا ہے۔</w:t>
      </w:r>
    </w:p>
    <w:p>
      <w:r>
        <w:rPr>
          <w:b/>
        </w:rPr>
        <w:t xml:space="preserve">[56:08] </w:t>
      </w:r>
      <w:r>
        <w:t>جو آدمی excuse پیش کرے تو وہ سچا ایڈوائزر نہیں بن سکتا آپ کا۔</w:t>
      </w:r>
    </w:p>
    <w:p>
      <w:pPr>
        <w:jc w:val="right"/>
      </w:pPr>
      <w:r>
        <w:t>جو آدمی ایکسکیوز پیش کرے تو وہ سچا ایڈوائزر نہیں بن سکتا آپ کا۔</w:t>
      </w:r>
    </w:p>
    <w:p>
      <w:r>
        <w:rPr>
          <w:b/>
        </w:rPr>
        <w:t xml:space="preserve">[56:13] </w:t>
      </w:r>
      <w:r>
        <w:t>yeh duniya excuse par nahin chal sakti hai.</w:t>
      </w:r>
    </w:p>
    <w:p>
      <w:pPr>
        <w:jc w:val="right"/>
      </w:pPr>
      <w:r>
        <w:t>یہ دنیا ایکسکیوز پر نہیں چل سکتی ہے۔</w:t>
      </w:r>
    </w:p>
    <w:p>
      <w:r>
        <w:rPr>
          <w:b/>
        </w:rPr>
        <w:t xml:space="preserve">[56:19] </w:t>
      </w:r>
      <w:r>
        <w:t>yeh duniya chal rahi hai realities par.</w:t>
      </w:r>
    </w:p>
    <w:p>
      <w:pPr>
        <w:jc w:val="right"/>
      </w:pPr>
      <w:r>
        <w:t>یہ دنیا چل رہی ہے ریلیٹیز پر۔</w:t>
      </w:r>
    </w:p>
    <w:p>
      <w:r>
        <w:rPr>
          <w:b/>
        </w:rPr>
        <w:t xml:space="preserve">[56:25] </w:t>
      </w:r>
      <w:r>
        <w:t>ek sahab mere paas aaye.</w:t>
      </w:r>
    </w:p>
    <w:p>
      <w:pPr>
        <w:jc w:val="right"/>
      </w:pPr>
      <w:r>
        <w:t>ایک صاحب میرے پاس آئے۔</w:t>
      </w:r>
    </w:p>
    <w:p>
      <w:r>
        <w:rPr>
          <w:b/>
        </w:rPr>
        <w:t xml:space="preserve">[56:31] </w:t>
      </w:r>
      <w:r>
        <w:t>to un ke kuch problem the.</w:t>
      </w:r>
    </w:p>
    <w:p>
      <w:pPr>
        <w:jc w:val="right"/>
      </w:pPr>
      <w:r>
        <w:t>تو ان کے کچھ پرابلم تھے۔</w:t>
      </w:r>
    </w:p>
    <w:p>
      <w:r>
        <w:rPr>
          <w:b/>
        </w:rPr>
        <w:t xml:space="preserve">[56:37] </w:t>
      </w:r>
      <w:r>
        <w:t>میں نے کہا کہ best formula کیا ہے؟ Best formula ہے status quoism۔ عام طور</w:t>
      </w:r>
    </w:p>
    <w:p>
      <w:pPr>
        <w:jc w:val="right"/>
      </w:pPr>
      <w:r>
        <w:t>میں نے کہا کہ بیسٹ فارمولا کیا ہے؟ بیسٹ فارمولا ہے اسٹیٹس کوئزم۔ عام طور</w:t>
      </w:r>
    </w:p>
    <w:p>
      <w:r>
        <w:rPr>
          <w:b/>
        </w:rPr>
        <w:t xml:space="preserve">[56:43] </w:t>
      </w:r>
      <w:r>
        <w:t>par kya karte hain log? jis situation mein woh apne aap ko pate hain to samajhte hain ke sab se pehle un ko badlo. is situation ko badlo. har aadmi pro change bana hua hai. har aadmi jis ko bhi dekhiye pro change. pro change bara ek beautiful word hai. bohat beautiful lekin mein pro change ke word ko pasand nahi karta. yani bazahir to dekhne mein yeh positive word hai lekin me</w:t>
      </w:r>
    </w:p>
    <w:p>
      <w:pPr>
        <w:jc w:val="right"/>
      </w:pPr>
      <w:r>
        <w:t>پر کیا کرتے ہیں لوگ؟ جس سچویشن میں وہ اپنے آپ کو پاتے ہیں تو سمجھتے ہیں کہ سب سے پہلے ان کو بدلو۔ اس سچویشن کو بدلو۔ ہر آدمی پرو چینج بنا ہوا ہے۔ ہر آدمی جس کو بھی دیکھیے پرو چینج۔ پرو چینج بڑا ایک بیوٹی فل ورڈ ہے۔ بہت بیوٹی فل لیکن میں پرو چینج کے ورڈ کو پسند نہیں کرتا۔ یعنی بظاہر تو دیکھنے میں یہ پازیٹیو ورڈ ہے لیکن می</w:t>
      </w:r>
    </w:p>
    <w:p>
      <w:r>
        <w:rPr>
          <w:b/>
        </w:rPr>
        <w:t xml:space="preserve">[57:13] </w:t>
      </w:r>
      <w:r>
        <w:t>mere nazdeek yeh negative word hai.</w:t>
      </w:r>
    </w:p>
    <w:p>
      <w:pPr>
        <w:jc w:val="right"/>
      </w:pPr>
      <w:r>
        <w:t>رے نزدیک یہ نیگیٹیو ورڈ ہے۔</w:t>
      </w:r>
    </w:p>
    <w:p>
      <w:r>
        <w:rPr>
          <w:b/>
        </w:rPr>
        <w:t xml:space="preserve">[57:19] </w:t>
      </w:r>
      <w:r>
        <w:t>pro change kehne mein to positive word lagta hai lekin result ke aitbaar se woh negative word hai.</w:t>
      </w:r>
    </w:p>
    <w:p>
      <w:pPr>
        <w:jc w:val="right"/>
      </w:pPr>
      <w:r>
        <w:t>پرو چینج کہنے میں تو پازیٹیو ورڈ لگتا ہے لیکن رزلٹ کے اعتبار سے وہ نیگیٹیو ورڈ ہے۔</w:t>
      </w:r>
    </w:p>
    <w:p>
      <w:r>
        <w:rPr>
          <w:b/>
        </w:rPr>
        <w:t xml:space="preserve">[57:26] </w:t>
      </w:r>
      <w:r>
        <w:t>best policy kya hai? jis situation mein aap apne ko paate hain us situation mein adjust kar ke raho.</w:t>
      </w:r>
    </w:p>
    <w:p>
      <w:pPr>
        <w:jc w:val="right"/>
      </w:pPr>
      <w:r>
        <w:t>بیسٹ پالیسی کیا ہے؟ جس سچویشن میں آپ اپنے کو پاتے ہیں اس سچویشن میں ایڈجسٹ کر کے رہیے۔</w:t>
      </w:r>
    </w:p>
    <w:p>
      <w:r>
        <w:rPr>
          <w:b/>
        </w:rPr>
        <w:t xml:space="preserve">[57:32] </w:t>
      </w:r>
      <w:r>
        <w:t>isi ko kehte hain status quo.</w:t>
      </w:r>
    </w:p>
    <w:p>
      <w:pPr>
        <w:jc w:val="right"/>
      </w:pPr>
      <w:r>
        <w:t>اسی کو کہتے ہیں اسٹیٹس کوئسٹ۔</w:t>
      </w:r>
    </w:p>
    <w:p>
      <w:r>
        <w:rPr>
          <w:b/>
        </w:rPr>
        <w:t xml:space="preserve">[57:38] </w:t>
      </w:r>
      <w:r>
        <w:t>aap status quo ban jaiye.</w:t>
      </w:r>
    </w:p>
    <w:p>
      <w:pPr>
        <w:jc w:val="right"/>
      </w:pPr>
      <w:r>
        <w:t>آپ اسٹیٹس کوئسٹ بن جائیے۔</w:t>
      </w:r>
    </w:p>
    <w:p>
      <w:r>
        <w:rPr>
          <w:b/>
        </w:rPr>
        <w:t xml:space="preserve">[57:44] </w:t>
      </w:r>
      <w:r>
        <w:t>یعنی چیزوں کو as it is مان لیجیے۔</w:t>
      </w:r>
    </w:p>
    <w:p>
      <w:pPr>
        <w:jc w:val="right"/>
      </w:pPr>
      <w:r>
        <w:t>یعنی چیزوں کو ایز اٹ از مان لیجیے۔</w:t>
      </w:r>
    </w:p>
    <w:p>
      <w:r>
        <w:rPr>
          <w:b/>
        </w:rPr>
        <w:t xml:space="preserve">[57:48] </w:t>
      </w:r>
      <w:r>
        <w:t>is se kya faida hoga? aap ko mil jayega time.</w:t>
      </w:r>
    </w:p>
    <w:p>
      <w:pPr>
        <w:jc w:val="right"/>
      </w:pPr>
      <w:r>
        <w:t>اس سے کیا فائدہ ہوگا؟ آپ کو مل جائے گا ٹائم۔</w:t>
      </w:r>
    </w:p>
    <w:p>
      <w:r>
        <w:rPr>
          <w:b/>
        </w:rPr>
        <w:t xml:space="preserve">[57:51] </w:t>
      </w:r>
      <w:r>
        <w:t>opportunity ko avail karne ka.</w:t>
      </w:r>
    </w:p>
    <w:p>
      <w:pPr>
        <w:jc w:val="right"/>
      </w:pPr>
      <w:r>
        <w:t>اپرچونیٹی کو اویل کرنے کا۔</w:t>
      </w:r>
    </w:p>
    <w:p>
      <w:r>
        <w:rPr>
          <w:b/>
        </w:rPr>
        <w:t xml:space="preserve">[57:55] </w:t>
      </w:r>
      <w:r>
        <w:t>کیونکہ opportunities تو ہوتی ہی ہوتی ہیں ہمیشہ۔</w:t>
      </w:r>
    </w:p>
    <w:p>
      <w:pPr>
        <w:jc w:val="right"/>
      </w:pPr>
      <w:r>
        <w:t>کیونکہ اپرچونیٹیز تو ہوتی ہی ہوتی ہیں ہمیشہ۔</w:t>
      </w:r>
    </w:p>
    <w:p>
      <w:r>
        <w:rPr>
          <w:b/>
        </w:rPr>
        <w:t xml:space="preserve">[57:59] </w:t>
      </w:r>
      <w:r>
        <w:t>hum hamesha hoti hain.</w:t>
      </w:r>
    </w:p>
    <w:p>
      <w:pPr>
        <w:jc w:val="right"/>
      </w:pPr>
      <w:r>
        <w:t>ہم ہمیشہ ہوتی ہیں۔</w:t>
      </w:r>
    </w:p>
    <w:p>
      <w:r>
        <w:rPr>
          <w:b/>
        </w:rPr>
        <w:t xml:space="preserve">[58:03] </w:t>
      </w:r>
      <w:r>
        <w:t>Jab aap badalne ke chakkar mein padenge.</w:t>
      </w:r>
    </w:p>
    <w:p>
      <w:pPr>
        <w:jc w:val="right"/>
      </w:pPr>
      <w:r>
        <w:t>جب آپ بدلنے کے چکر میں پڑیں گے۔</w:t>
      </w:r>
    </w:p>
    <w:p>
      <w:r>
        <w:rPr>
          <w:b/>
        </w:rPr>
        <w:t xml:space="preserve">[58:07] </w:t>
      </w:r>
      <w:r>
        <w:t>badalne ke liye takrao karenge.</w:t>
      </w:r>
    </w:p>
    <w:p>
      <w:pPr>
        <w:jc w:val="right"/>
      </w:pPr>
      <w:r>
        <w:t>بدلنے کے لیے ٹکراؤ کریں گے۔</w:t>
      </w:r>
    </w:p>
    <w:p>
      <w:r>
        <w:rPr>
          <w:b/>
        </w:rPr>
        <w:t xml:space="preserve">[58:11] </w:t>
      </w:r>
      <w:r>
        <w:t>status quo ko badalne badalna chahenge.</w:t>
      </w:r>
    </w:p>
    <w:p>
      <w:pPr>
        <w:jc w:val="right"/>
      </w:pPr>
      <w:r>
        <w:t>اسٹیٹس کو کو بدلنے بدلنا چاہیں گے۔</w:t>
      </w:r>
    </w:p>
    <w:p>
      <w:r>
        <w:rPr>
          <w:b/>
        </w:rPr>
        <w:t xml:space="preserve">[58:15] </w:t>
      </w:r>
      <w:r>
        <w:t>to kya hoga? opportunities ko aap kho rahe honge. to status quoism ka matlab hai ke available opportunities ko na kho. opportunities ko avail karo. takrao ko avoid karte hue. aqool qawli haza wastaghfirullaha li walakum ajmaeen.</w:t>
      </w:r>
    </w:p>
    <w:p>
      <w:pPr>
        <w:jc w:val="right"/>
      </w:pPr>
      <w:r>
        <w:t>تو کیا ہوگا؟ اپرچونیٹیز کو آپ کھو رہے ہوں گے۔ تو اسٹیٹس کوئزم کا مطلب ہے کہ اویلیبل اپرچونیٹیز کو نہ کھو۔ اپرچونیٹیز کو اویل کرو۔ ٹکراؤ کو اوائڈ کرتے ہوئے۔ اقول قولیھذا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