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Science of God | May 4, 2008</w:t>
      </w:r>
    </w:p>
    <w:p>
      <w:r>
        <w:t>https://www.youtube.com/watch?v=bmZlGAnA8fE</w:t>
      </w:r>
    </w:p>
    <w:p>
      <w:r>
        <w:rPr>
          <w:b/>
        </w:rPr>
        <w:t xml:space="preserve">[00:13] </w:t>
      </w:r>
      <w:r>
        <w:t>bismillah rahman rahim, wa salallahu ala nabiyyil karim.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aaj ki baat ka jo</w:t>
      </w:r>
    </w:p>
    <w:p>
      <w:pPr>
        <w:jc w:val="right"/>
      </w:pPr>
      <w:r>
        <w:t>آج کی بات کا جو</w:t>
      </w:r>
    </w:p>
    <w:p>
      <w:r>
        <w:rPr>
          <w:b/>
        </w:rPr>
        <w:t xml:space="preserve">[00:44] </w:t>
      </w:r>
      <w:r>
        <w:t>title hai woh hai "Science of God".</w:t>
      </w:r>
    </w:p>
    <w:p>
      <w:pPr>
        <w:jc w:val="right"/>
      </w:pPr>
      <w:r>
        <w:t>ٹائٹل ہے وہ ہے "Science of God"۔</w:t>
      </w:r>
    </w:p>
    <w:p>
      <w:r>
        <w:rPr>
          <w:b/>
        </w:rPr>
        <w:t xml:space="preserve">[00:59] </w:t>
      </w:r>
      <w:r>
        <w:t>science of God ka matlab hai "Reason-Based Ideology of God".</w:t>
      </w:r>
    </w:p>
    <w:p>
      <w:pPr>
        <w:jc w:val="right"/>
      </w:pPr>
      <w:r>
        <w:t>سائنس آف گاڈ کا مطلب ہے "Reason-Based Ideology of God"۔ دیکھئے،</w:t>
      </w:r>
    </w:p>
    <w:p>
      <w:r>
        <w:rPr>
          <w:b/>
        </w:rPr>
        <w:t xml:space="preserve">[01:14] </w:t>
      </w:r>
      <w:r>
        <w:t>پچھلی ہسٹری انسان کی، جو سائنس کے advances سے پہلے کی ہے، وہ سب کے سب ٹریڈیشن پر</w:t>
      </w:r>
    </w:p>
    <w:p>
      <w:pPr>
        <w:jc w:val="right"/>
      </w:pPr>
      <w:r>
        <w:t>پچھلی ہسٹری انسان کی، جو سائنس کے ایڈونٹس سے پہلے کی ہے، وہ سب کے سب ٹریڈیشن پر</w:t>
      </w:r>
    </w:p>
    <w:p>
      <w:r>
        <w:rPr>
          <w:b/>
        </w:rPr>
        <w:t xml:space="preserve">[01:22] </w:t>
      </w:r>
      <w:r>
        <w:t>base karti thi.</w:t>
      </w:r>
    </w:p>
    <w:p>
      <w:pPr>
        <w:jc w:val="right"/>
      </w:pPr>
      <w:r>
        <w:t>بیس کرتی تھی۔</w:t>
      </w:r>
    </w:p>
    <w:p>
      <w:r>
        <w:rPr>
          <w:b/>
        </w:rPr>
        <w:t xml:space="preserve">[01:29] </w:t>
      </w:r>
      <w:r>
        <w:t>is zamane mein jo concept tha woh tha "Belief in God" ka, yani Khuda mein aqeeda rakhna.</w:t>
      </w:r>
    </w:p>
    <w:p>
      <w:pPr>
        <w:jc w:val="right"/>
      </w:pPr>
      <w:r>
        <w:t>اس زمانے میں جو کانسپٹ تھا وہ تھا "Belief in God" کا، یعنی خدا میں عقیدہ رکھنا۔</w:t>
      </w:r>
    </w:p>
    <w:p>
      <w:r>
        <w:rPr>
          <w:b/>
        </w:rPr>
        <w:t xml:space="preserve">[01:37] </w:t>
      </w:r>
      <w:r>
        <w:t>lekin science ka jab zamana aaya to insan</w:t>
      </w:r>
    </w:p>
    <w:p>
      <w:pPr>
        <w:jc w:val="right"/>
      </w:pPr>
      <w:r>
        <w:t>لیکن سائنس کا جب زمانہ آیا تو انسان</w:t>
      </w:r>
    </w:p>
    <w:p>
      <w:r>
        <w:rPr>
          <w:b/>
        </w:rPr>
        <w:t xml:space="preserve">[01:44] </w:t>
      </w:r>
      <w:r>
        <w:t>har cheez ko reason se dekhne laga. har cheez reason based ho gayi. ab zaroorat thi ke Khuda ka jo concept hai, jo us se pehle ek traditional belief ke taur par insan ke andar paya jata tha, us ko reason based concept banaya jaye. isi ko main keh raha hoon "Sci</w:t>
      </w:r>
    </w:p>
    <w:p>
      <w:pPr>
        <w:jc w:val="right"/>
      </w:pPr>
      <w:r>
        <w:t>ہر چیز کو ریزن سے دیکھنے لگا۔ ہر چیز ریزن بیسڈ ہو گئی۔ اب ضرورت تھی کہ خدا کا جو کانسپٹ ہے، جو اس سے پہلے ایک ٹریڈیشنل بیلیف کے طور پر انسان کے اندر پایا جاتا تھا، اس کو ریزن بیسڈ کانسپٹ بنایا جائے۔ اسی کو میں کہہ رہا ہوں "Sci</w:t>
      </w:r>
    </w:p>
    <w:p>
      <w:r>
        <w:rPr>
          <w:b/>
        </w:rPr>
        <w:t xml:space="preserve">[02:14] </w:t>
      </w:r>
      <w:r>
        <w:t>ence of God".</w:t>
      </w:r>
    </w:p>
    <w:p>
      <w:pPr>
        <w:jc w:val="right"/>
      </w:pPr>
      <w:r>
        <w:t>ence of God"۔</w:t>
      </w:r>
    </w:p>
    <w:p>
      <w:r>
        <w:rPr>
          <w:b/>
        </w:rPr>
        <w:t xml:space="preserve">[02:21] </w:t>
      </w:r>
      <w:r>
        <w:t>is zamane mein aap jante hain ke har cheez ki science bani.</w:t>
      </w:r>
    </w:p>
    <w:p>
      <w:pPr>
        <w:jc w:val="right"/>
      </w:pPr>
      <w:r>
        <w:t>اس زمانے میں آپ جانتے ہیں کہ ہر چیز کی سائنس بنی۔</w:t>
      </w:r>
    </w:p>
    <w:p>
      <w:r>
        <w:rPr>
          <w:b/>
        </w:rPr>
        <w:t xml:space="preserve">[02:27] </w:t>
      </w:r>
      <w:r>
        <w:t>یعنی سائیکالوجی سے لے کر سے لے کر آسٹرانومی تک numerous subject ہیں جن کا سائنس کے ٹرم</w:t>
      </w:r>
    </w:p>
    <w:p>
      <w:pPr>
        <w:jc w:val="right"/>
      </w:pPr>
      <w:r>
        <w:t>یعنی سائیکالوجی سے لے کر سے لے کر آسٹرانومی تک نیومرس سبجیکٹ ہیں جن کا سائنس کے ٹرم</w:t>
      </w:r>
    </w:p>
    <w:p>
      <w:r>
        <w:rPr>
          <w:b/>
        </w:rPr>
        <w:t xml:space="preserve">[02:33] </w:t>
      </w:r>
      <w:r>
        <w:t>mein development hua.</w:t>
      </w:r>
    </w:p>
    <w:p>
      <w:pPr>
        <w:jc w:val="right"/>
      </w:pPr>
      <w:r>
        <w:t>میں ڈویلپمنٹ ہوا۔</w:t>
      </w:r>
    </w:p>
    <w:p>
      <w:r>
        <w:rPr>
          <w:b/>
        </w:rPr>
        <w:t xml:space="preserve">[02:39] </w:t>
      </w:r>
      <w:r>
        <w:t>مگر عجیب بات ہے کہ concept of God کا ڈویلپمنٹ</w:t>
      </w:r>
    </w:p>
    <w:p>
      <w:pPr>
        <w:jc w:val="right"/>
      </w:pPr>
      <w:r>
        <w:t>مگر عجیب بات ہے کہ کانسپٹ آف گاڈ کا ڈویلپمنٹ</w:t>
      </w:r>
    </w:p>
    <w:p>
      <w:r>
        <w:rPr>
          <w:b/>
        </w:rPr>
        <w:t xml:space="preserve">[02:45] </w:t>
      </w:r>
      <w:r>
        <w:t>is tarike se nahi ho saka.</w:t>
      </w:r>
    </w:p>
    <w:p>
      <w:pPr>
        <w:jc w:val="right"/>
      </w:pPr>
      <w:r>
        <w:t>اس طریقے سے نہیں ہو سکا۔</w:t>
      </w:r>
    </w:p>
    <w:p>
      <w:r>
        <w:rPr>
          <w:b/>
        </w:rPr>
        <w:t xml:space="preserve">[02:53] </w:t>
      </w:r>
      <w:r>
        <w:t>agarche God ka subject hamesha insan ke darmiyan raha hai, is ka charchaa.</w:t>
      </w:r>
    </w:p>
    <w:p>
      <w:pPr>
        <w:jc w:val="right"/>
      </w:pPr>
      <w:r>
        <w:t>اگرچہ گاڈ کا سبجیکٹ ہمیشہ انسان کے درمیان رہا ہے، اس کا چرچہ۔</w:t>
      </w:r>
    </w:p>
    <w:p>
      <w:r>
        <w:rPr>
          <w:b/>
        </w:rPr>
        <w:t xml:space="preserve">[03:00] </w:t>
      </w:r>
      <w:r>
        <w:t>lekin science develop nahi kar saki jahan tak mein janta hoon.</w:t>
      </w:r>
    </w:p>
    <w:p>
      <w:pPr>
        <w:jc w:val="right"/>
      </w:pPr>
      <w:r>
        <w:t>لیکن سائنس ڈویلپ نہیں کر سکی جہاں تک میں جانتا ہوں۔</w:t>
      </w:r>
    </w:p>
    <w:p>
      <w:r>
        <w:rPr>
          <w:b/>
        </w:rPr>
        <w:t xml:space="preserve">[03:08] </w:t>
      </w:r>
      <w:r>
        <w:t>sab se pehle philosophers samne aaye. f</w:t>
      </w:r>
    </w:p>
    <w:p>
      <w:pPr>
        <w:jc w:val="right"/>
      </w:pPr>
      <w:r>
        <w:t>سب سے پہلے فلاسفرز سامنے آئے۔ ف</w:t>
      </w:r>
    </w:p>
    <w:p>
      <w:r>
        <w:rPr>
          <w:b/>
        </w:rPr>
        <w:t xml:space="preserve">[03:15] </w:t>
      </w:r>
      <w:r>
        <w:t>hilosophers ne jaisa ke aap jante hain, God ko apna subject banaya. yaani God ko rational way mein samajhna. lekin philosophers is mein fail ho gaye. kyun ke unka jo framework tha woh bohat limited tha. bohat limited tha. is liye main kahoon ga</w:t>
      </w:r>
    </w:p>
    <w:p>
      <w:pPr>
        <w:jc w:val="right"/>
      </w:pPr>
      <w:r>
        <w:t>لاسفرز نے جیسا کہ آپ جانتے ہیں، گاڈ کو اپنا سبجیکٹ بنایا۔ یعنی گاڈ کو ریشنل وے میں سمجھنا۔ لیکن فلاسفرز اس میں فیل ہو گئے۔ کیوں کہ ان کا جو فریم ورک تھا وہ بہت لمیٹڈ تھا۔ بہت لمیٹڈ تھا۔ اس لئے میں کہوں گ</w:t>
      </w:r>
    </w:p>
    <w:p>
      <w:r>
        <w:rPr>
          <w:b/>
        </w:rPr>
        <w:t xml:space="preserve">[03:45] </w:t>
      </w:r>
      <w:r>
        <w:t>a keh woh koi ideology of God na de sake, sahi maano mein.</w:t>
      </w:r>
    </w:p>
    <w:p>
      <w:pPr>
        <w:jc w:val="right"/>
      </w:pPr>
      <w:r>
        <w:t>ا کہ وہ کوئی آئیڈیالوجی آف گاڈ نہ دے سکے، صحیح معنوں میں۔</w:t>
      </w:r>
    </w:p>
    <w:p>
      <w:r>
        <w:rPr>
          <w:b/>
        </w:rPr>
        <w:t xml:space="preserve">[03:53] </w:t>
      </w:r>
      <w:r>
        <w:t>misal ke taur par dekhiye, kai philosophers ke naam bhi aate hain is silsile mein.</w:t>
      </w:r>
    </w:p>
    <w:p>
      <w:pPr>
        <w:jc w:val="right"/>
      </w:pPr>
      <w:r>
        <w:t>مثال کے طور پر دیکھئے، کئی فلاسفرز کے نام بھی آتے ہیں اس سلسلے میں۔</w:t>
      </w:r>
    </w:p>
    <w:p>
      <w:r>
        <w:rPr>
          <w:b/>
        </w:rPr>
        <w:t xml:space="preserve">[04:01] </w:t>
      </w:r>
      <w:r>
        <w:t>jaise Berkeley, ya Kant, ya Hegel.</w:t>
      </w:r>
    </w:p>
    <w:p>
      <w:pPr>
        <w:jc w:val="right"/>
      </w:pPr>
      <w:r>
        <w:t>جیسے برکلے، یا کانٹ، یا ہیگل۔</w:t>
      </w:r>
    </w:p>
    <w:p>
      <w:r>
        <w:rPr>
          <w:b/>
        </w:rPr>
        <w:t xml:space="preserve">[04:08] </w:t>
      </w:r>
      <w:r>
        <w:t>in logon ke bare mein samjha jata hai keh inhon ne God ka concept</w:t>
      </w:r>
    </w:p>
    <w:p>
      <w:pPr>
        <w:jc w:val="right"/>
      </w:pPr>
      <w:r>
        <w:t>ان لوگوں کے بارے میں سمجھا جاتا ہے کہ انہوں نے گاڈ کا کانسپٹ</w:t>
      </w:r>
    </w:p>
    <w:p>
      <w:r>
        <w:rPr>
          <w:b/>
        </w:rPr>
        <w:t xml:space="preserve">[04:16] </w:t>
      </w:r>
      <w:r>
        <w:t>diya.</w:t>
      </w:r>
    </w:p>
    <w:p>
      <w:pPr>
        <w:jc w:val="right"/>
      </w:pPr>
      <w:r>
        <w:t>دیا۔</w:t>
      </w:r>
    </w:p>
    <w:p>
      <w:r>
        <w:rPr>
          <w:b/>
        </w:rPr>
        <w:t xml:space="preserve">[04:21] </w:t>
      </w:r>
      <w:r>
        <w:t>yani yeh keh sakte hain hum keh inhon ne goya ek philosophical theology develop karne ki koshish ki. philosophical theology.</w:t>
      </w:r>
    </w:p>
    <w:p>
      <w:pPr>
        <w:jc w:val="right"/>
      </w:pPr>
      <w:r>
        <w:t>یعنی یہ کہہ سکتے ہیں ہم کہ انہوں نے گویا ایک فلاسفیکل تھیالوجی ڈویلپ کرنے کی کوشش کی۔ فلاسفیکل تھیالوجی۔</w:t>
      </w:r>
    </w:p>
    <w:p>
      <w:r>
        <w:rPr>
          <w:b/>
        </w:rPr>
        <w:t xml:space="preserve">[04:26] </w:t>
      </w:r>
      <w:r>
        <w:t>yani ek hai religious theology.</w:t>
      </w:r>
    </w:p>
    <w:p>
      <w:pPr>
        <w:jc w:val="right"/>
      </w:pPr>
      <w:r>
        <w:t>یعنی ایک ہے ریلیجیس تھیالوجی۔</w:t>
      </w:r>
    </w:p>
    <w:p>
      <w:r>
        <w:rPr>
          <w:b/>
        </w:rPr>
        <w:t xml:space="preserve">[04:31] </w:t>
      </w:r>
      <w:r>
        <w:t>to inhon ne, in philosophers ne ek philosophical theology develop karne ki koshish ki.</w:t>
      </w:r>
    </w:p>
    <w:p>
      <w:pPr>
        <w:jc w:val="right"/>
      </w:pPr>
      <w:r>
        <w:t>تو انہوں نے، ان فلاسفرز نے ایک فلاسفیکل تھیالوجی ڈویلپ کرنے کی کوشش کی۔</w:t>
      </w:r>
    </w:p>
    <w:p>
      <w:r>
        <w:rPr>
          <w:b/>
        </w:rPr>
        <w:t xml:space="preserve">[04:36] </w:t>
      </w:r>
      <w:r>
        <w:t>lekin woh mere nazdeek fail ho gaye.</w:t>
      </w:r>
    </w:p>
    <w:p>
      <w:pPr>
        <w:jc w:val="right"/>
      </w:pPr>
      <w:r>
        <w:t>لیکن وہ میرے نزدیک فیل ہو گئے۔</w:t>
      </w:r>
    </w:p>
    <w:p>
      <w:r>
        <w:rPr>
          <w:b/>
        </w:rPr>
        <w:t xml:space="preserve">[04:41] </w:t>
      </w:r>
      <w:r>
        <w:t>ab dekhiye keh</w:t>
      </w:r>
    </w:p>
    <w:p>
      <w:pPr>
        <w:jc w:val="right"/>
      </w:pPr>
      <w:r>
        <w:t>اب دیکھئے کہ</w:t>
      </w:r>
    </w:p>
    <w:p>
      <w:r>
        <w:rPr>
          <w:b/>
        </w:rPr>
        <w:t xml:space="preserve">[04:46] </w:t>
      </w:r>
      <w:r>
        <w:t>taqreeban sabhi philosophers ne jo visualize kiya God ka, woh is spirit ke sense mein.</w:t>
      </w:r>
    </w:p>
    <w:p>
      <w:pPr>
        <w:jc w:val="right"/>
      </w:pPr>
      <w:r>
        <w:t>تقریباً سبھی فلاسفرز نے جو ویژولائز کیا گاڈ کا، وہ اس اسپرٹ کے سینس میں۔</w:t>
      </w:r>
    </w:p>
    <w:p>
      <w:r>
        <w:rPr>
          <w:b/>
        </w:rPr>
        <w:t xml:space="preserve">[04:51] </w:t>
      </w:r>
      <w:r>
        <w:t>jis ko Hegel ne kaha tha "world spirit".</w:t>
      </w:r>
    </w:p>
    <w:p>
      <w:pPr>
        <w:jc w:val="right"/>
      </w:pPr>
      <w:r>
        <w:t>جس کو ہیگل نے کہا تھا "ورلڈ اسپرٹ"۔</w:t>
      </w:r>
    </w:p>
    <w:p>
      <w:r>
        <w:rPr>
          <w:b/>
        </w:rPr>
        <w:t xml:space="preserve">[04:56] </w:t>
      </w:r>
      <w:r>
        <w:t>kisi ne kaha "world idea".</w:t>
      </w:r>
    </w:p>
    <w:p>
      <w:pPr>
        <w:jc w:val="right"/>
      </w:pPr>
      <w:r>
        <w:t>کسی نے کہا "ورلڈ آئیڈیا"۔</w:t>
      </w:r>
    </w:p>
    <w:p>
      <w:r>
        <w:rPr>
          <w:b/>
        </w:rPr>
        <w:t xml:space="preserve">[05:01] </w:t>
      </w:r>
      <w:r>
        <w:t>yani impersonal God.</w:t>
      </w:r>
    </w:p>
    <w:p>
      <w:pPr>
        <w:jc w:val="right"/>
      </w:pPr>
      <w:r>
        <w:t>یعنی امپرسنل گاڈ۔</w:t>
      </w:r>
    </w:p>
    <w:p>
      <w:r>
        <w:rPr>
          <w:b/>
        </w:rPr>
        <w:t xml:space="preserve">[05:06] </w:t>
      </w:r>
      <w:r>
        <w:t>philosophical God jo hai woh impersonal God hai.</w:t>
      </w:r>
    </w:p>
    <w:p>
      <w:pPr>
        <w:jc w:val="right"/>
      </w:pPr>
      <w:r>
        <w:t>فلاسفیکل گاڈ جو ہے وہ امپرسنل گاڈ ہے۔</w:t>
      </w:r>
    </w:p>
    <w:p>
      <w:r>
        <w:rPr>
          <w:b/>
        </w:rPr>
        <w:t xml:space="preserve">[05:11] </w:t>
      </w:r>
      <w:r>
        <w:t>تو اس کو وہ کوئی کہتا ہے کہ "world</w:t>
      </w:r>
    </w:p>
    <w:p>
      <w:pPr>
        <w:jc w:val="right"/>
      </w:pPr>
      <w:r>
        <w:t>تو اس کو وہ کوئی کہتا ہے کہ "ورلڈ آ</w:t>
      </w:r>
    </w:p>
    <w:p>
      <w:r>
        <w:rPr>
          <w:b/>
        </w:rPr>
        <w:t xml:space="preserve">[05:16] </w:t>
      </w:r>
      <w:r>
        <w:t>idea", "world spirit".</w:t>
      </w:r>
    </w:p>
    <w:p>
      <w:pPr>
        <w:jc w:val="right"/>
      </w:pPr>
      <w:r>
        <w:t>ئیڈیا"، "ورلڈ اسپرٹ"۔</w:t>
      </w:r>
    </w:p>
    <w:p>
      <w:r>
        <w:rPr>
          <w:b/>
        </w:rPr>
        <w:t xml:space="preserve">[05:21] </w:t>
      </w:r>
      <w:r>
        <w:t>jo jis ko maine kaha keh philosophical theology, is ke liye doosra word hai "idealism".</w:t>
      </w:r>
    </w:p>
    <w:p>
      <w:pPr>
        <w:jc w:val="right"/>
      </w:pPr>
      <w:r>
        <w:t>جو جس کو میں نے کہا کہ فلاسفیکل تھیالوجی، اس کے لئے دوسرا ورڈ ہے "آئیڈیلزم"۔</w:t>
      </w:r>
    </w:p>
    <w:p>
      <w:r>
        <w:rPr>
          <w:b/>
        </w:rPr>
        <w:t xml:space="preserve">[05:27] </w:t>
      </w:r>
      <w:r>
        <w:t>idealism jo hai woh philosophical theology ka doosra naam hai.</w:t>
      </w:r>
    </w:p>
    <w:p>
      <w:pPr>
        <w:jc w:val="right"/>
      </w:pPr>
      <w:r>
        <w:t>آئیڈیلزم جو ہے وہ فلاسفیکل تھیالوجی کا دوسرا نام ہے۔</w:t>
      </w:r>
    </w:p>
    <w:p>
      <w:r>
        <w:rPr>
          <w:b/>
        </w:rPr>
        <w:t xml:space="preserve">[05:32] </w:t>
      </w:r>
      <w:r>
        <w:t>lekin aap ghor kijiye keh aisa Khuda kis kaam ka jo impersonal God ho? matlab jis ki koi</w:t>
      </w:r>
    </w:p>
    <w:p>
      <w:pPr>
        <w:jc w:val="right"/>
      </w:pPr>
      <w:r>
        <w:t>لیکن آپ غور کیجئے کہ ایسا خدا کس کام کا جو امپرسنل گاڈ ہو؟ مطلب جس کی کوئی</w:t>
      </w:r>
    </w:p>
    <w:p>
      <w:r>
        <w:rPr>
          <w:b/>
        </w:rPr>
        <w:t xml:space="preserve">[05:37] </w:t>
      </w:r>
      <w:r>
        <w:t>personality na ho.</w:t>
      </w:r>
    </w:p>
    <w:p>
      <w:pPr>
        <w:jc w:val="right"/>
      </w:pPr>
      <w:r>
        <w:t>پرسنالٹی نہ ہو۔</w:t>
      </w:r>
    </w:p>
    <w:p>
      <w:r>
        <w:rPr>
          <w:b/>
        </w:rPr>
        <w:t xml:space="preserve">[05:42] </w:t>
      </w:r>
      <w:r>
        <w:t>jis se hum contact na kar saken.</w:t>
      </w:r>
    </w:p>
    <w:p>
      <w:pPr>
        <w:jc w:val="right"/>
      </w:pPr>
      <w:r>
        <w:t>جس سے ہم کنٹیکٹ نہ کر سکیں۔</w:t>
      </w:r>
    </w:p>
    <w:p>
      <w:r>
        <w:rPr>
          <w:b/>
        </w:rPr>
        <w:t xml:space="preserve">[05:47] </w:t>
      </w:r>
      <w:r>
        <w:t>jo hamari baat ko sunta na ho.</w:t>
      </w:r>
    </w:p>
    <w:p>
      <w:pPr>
        <w:jc w:val="right"/>
      </w:pPr>
      <w:r>
        <w:t>جو ہماری بات کو سنتا نہ ہو۔</w:t>
      </w:r>
    </w:p>
    <w:p>
      <w:r>
        <w:rPr>
          <w:b/>
        </w:rPr>
        <w:t xml:space="preserve">[05:51] </w:t>
      </w:r>
      <w:r>
        <w:t>jo hum ko dekhta na ho.</w:t>
      </w:r>
    </w:p>
    <w:p>
      <w:pPr>
        <w:jc w:val="right"/>
      </w:pPr>
      <w:r>
        <w:t>جو ہم کو دیکھتا نہ ہو۔</w:t>
      </w:r>
    </w:p>
    <w:p>
      <w:r>
        <w:rPr>
          <w:b/>
        </w:rPr>
        <w:t xml:space="preserve">[05:56] </w:t>
      </w:r>
      <w:r>
        <w:t>to aisa gaud jo hai ek imaginary gaud hai.</w:t>
      </w:r>
    </w:p>
    <w:p>
      <w:pPr>
        <w:jc w:val="right"/>
      </w:pPr>
      <w:r>
        <w:t>تو ایسا گاڈ جو ہے ایک امیجنری گاڈ ہے۔</w:t>
      </w:r>
    </w:p>
    <w:p>
      <w:r>
        <w:rPr>
          <w:b/>
        </w:rPr>
        <w:t xml:space="preserve">[06:00] </w:t>
      </w:r>
      <w:r>
        <w:t>jise hamari zindagi mein is ka koi purpose nahin.</w:t>
      </w:r>
    </w:p>
    <w:p>
      <w:pPr>
        <w:jc w:val="right"/>
      </w:pPr>
      <w:r>
        <w:t>جسے ہماری زندگی میں اس کا کوئی پرپز نہیں۔</w:t>
      </w:r>
    </w:p>
    <w:p>
      <w:r>
        <w:rPr>
          <w:b/>
        </w:rPr>
        <w:t xml:space="preserve">[06:05] </w:t>
      </w:r>
      <w:r>
        <w:t>to yeh tha philosophical theology ka aakhri anjaam.</w:t>
      </w:r>
    </w:p>
    <w:p>
      <w:pPr>
        <w:jc w:val="right"/>
      </w:pPr>
      <w:r>
        <w:t>تو یہ تھا فلاسفیکل تھیالوجی کا آخری انجام۔</w:t>
      </w:r>
    </w:p>
    <w:p>
      <w:r>
        <w:rPr>
          <w:b/>
        </w:rPr>
        <w:t xml:space="preserve">[06:09] </w:t>
      </w:r>
      <w:r>
        <w:t>jo ke fail ho gaye is mein.</w:t>
      </w:r>
    </w:p>
    <w:p>
      <w:pPr>
        <w:jc w:val="right"/>
      </w:pPr>
      <w:r>
        <w:t>جو کہ فیل ہو گئے اس میں۔</w:t>
      </w:r>
    </w:p>
    <w:p>
      <w:r>
        <w:rPr>
          <w:b/>
        </w:rPr>
        <w:t xml:space="preserve">[06:14] </w:t>
      </w:r>
      <w:r>
        <w:t>bohat books likhi gayi hain.</w:t>
      </w:r>
    </w:p>
    <w:p>
      <w:pPr>
        <w:jc w:val="right"/>
      </w:pPr>
      <w:r>
        <w:t>بہت بکس لکھی گئی ہیں۔</w:t>
      </w:r>
    </w:p>
    <w:p>
      <w:r>
        <w:rPr>
          <w:b/>
        </w:rPr>
        <w:t xml:space="preserve">[06:18] </w:t>
      </w:r>
      <w:r>
        <w:t>lekin main yeh keh sakta hoon ke in books ko padh kar ke aap sirf confusion payenge, confusion. koi yaqeen, koi conviction aap ko nahi milega. is ke baad doosra jo giroh hai, doosra jo group hai woh hai mutakallimeen ka. yaani Muslim period mein. Muslim period mein ek ilm bana jis ko kehte the "Ilm</w:t>
      </w:r>
    </w:p>
    <w:p>
      <w:pPr>
        <w:jc w:val="right"/>
      </w:pPr>
      <w:r>
        <w:t>لیکن میں یہ کہہ سکتا ہوں کہ ان بکس کو پڑھ کر کے آپ صرف کنفیوژن پائیں گے، کنفیوژن۔ کوئی یقین، کوئی کنوکشن آپ کو نہیں ملے گا۔ اس کے بعد دوسرا جو گروہ ہے، دوسرا جو گروپ ہے وہ ہے متکلمین کا۔ یعنی مسلم پیریڈ میں۔ مسلم پیریڈ میں ایک علم بنا جس کو کہتے تھے "علم</w:t>
      </w:r>
    </w:p>
    <w:p>
      <w:r>
        <w:rPr>
          <w:b/>
        </w:rPr>
        <w:t xml:space="preserve">[06:48] </w:t>
      </w:r>
      <w:r>
        <w:t>kalam".</w:t>
      </w:r>
    </w:p>
    <w:p>
      <w:pPr>
        <w:jc w:val="right"/>
      </w:pPr>
      <w:r>
        <w:t>کلام"۔</w:t>
      </w:r>
    </w:p>
    <w:p>
      <w:r>
        <w:rPr>
          <w:b/>
        </w:rPr>
        <w:t xml:space="preserve">[06:54] </w:t>
      </w:r>
      <w:r>
        <w:t>ilm kalam kya tha? woh tha religious theology.</w:t>
      </w:r>
    </w:p>
    <w:p>
      <w:pPr>
        <w:jc w:val="right"/>
      </w:pPr>
      <w:r>
        <w:t>علم کلام کیا تھا؟ وہ تھا ریلیجیس تھیالوجی۔</w:t>
      </w:r>
    </w:p>
    <w:p>
      <w:r>
        <w:rPr>
          <w:b/>
        </w:rPr>
        <w:t xml:space="preserve">[07:01] </w:t>
      </w:r>
      <w:r>
        <w:t>yani mazhabi aqide ki roshni mein ek theology ya science of gaud develop karna.</w:t>
      </w:r>
    </w:p>
    <w:p>
      <w:pPr>
        <w:jc w:val="right"/>
      </w:pPr>
      <w:r>
        <w:t>یعنی مذہبی عقیدے کی روشنی میں ایک تھیالوجی یا سائنس آف گاڈ ڈویلپ کرنا۔</w:t>
      </w:r>
    </w:p>
    <w:p>
      <w:r>
        <w:rPr>
          <w:b/>
        </w:rPr>
        <w:t xml:space="preserve">[07:07] </w:t>
      </w:r>
      <w:r>
        <w:t>lekin jahan tak mein janta hoon, yeh log bhi fail ho gaye.</w:t>
      </w:r>
    </w:p>
    <w:p>
      <w:pPr>
        <w:jc w:val="right"/>
      </w:pPr>
      <w:r>
        <w:t>لیکن جہاں تک میں جانتا ہوں، یہ لوگ بھی فیل ہو گئے۔</w:t>
      </w:r>
    </w:p>
    <w:p>
      <w:r>
        <w:rPr>
          <w:b/>
        </w:rPr>
        <w:t xml:space="preserve">[07:13] </w:t>
      </w:r>
      <w:r>
        <w:t>kyun? in mutakallimeen ke paas jo ziyada tar Abbasid period se talluq rakhte hain,</w:t>
      </w:r>
    </w:p>
    <w:p>
      <w:pPr>
        <w:jc w:val="right"/>
      </w:pPr>
      <w:r>
        <w:t>کیوں؟ ان متکلمین کے پاس جو زیادہ تر عباسید پیریڈ سے تعلق رکھتے ہیں،</w:t>
      </w:r>
    </w:p>
    <w:p>
      <w:r>
        <w:rPr>
          <w:b/>
        </w:rPr>
        <w:t xml:space="preserve">[07:19] </w:t>
      </w:r>
      <w:r>
        <w:t>un ke paas koi framework nahi tha. un ka jo framework tha woh Greek logic se bana tha. scientific logic unhein mili nahi thi abhi tak. scientific logic ne pehli baar woh framework diya hai jis se hum science of God ko develop kar sakein. is se pehle jo knowledge thi Muslim mutakallimeen ke paas</w:t>
      </w:r>
    </w:p>
    <w:p>
      <w:pPr>
        <w:jc w:val="right"/>
      </w:pPr>
      <w:r>
        <w:t>ان کے پاس کوئی فریم ورک نہیں تھا۔ ان کا جو فریم ورک تھا وہ گریک لاجک سے بنا تھا۔ سائنٹیفک لاجک انہیں ملی نہیں تھی ابھی تک۔ سائنٹیفک لاجک نے پہلی بار وہ فریم ورک دیا ہے جس سے ہم سائنس آف گاڈ کو ڈویلپ کر سکیں۔ اس سے پہلے جو نالج تھی مسلم متکلمین کے پاس</w:t>
      </w:r>
    </w:p>
    <w:p>
      <w:r>
        <w:rPr>
          <w:b/>
        </w:rPr>
        <w:t xml:space="preserve">[07:49] </w:t>
      </w:r>
      <w:r>
        <w:t>, jo ke ek theology develop karna chahte the, to wahan bhi siwaye behas ke, siwaye confusion ke</w:t>
      </w:r>
    </w:p>
    <w:p>
      <w:pPr>
        <w:jc w:val="right"/>
      </w:pPr>
      <w:r>
        <w:t>، جو کہ ایک تھیالوجی ڈویلپ کرنا چاہتے تھے، تو وہاں بھی سوائے بحث کے، سوائے کنفیوژن کے</w:t>
      </w:r>
    </w:p>
    <w:p>
      <w:r>
        <w:rPr>
          <w:b/>
        </w:rPr>
        <w:t xml:space="preserve">[07:55] </w:t>
      </w:r>
      <w:r>
        <w:t>aur kuch aap ko nahin milega.</w:t>
      </w:r>
    </w:p>
    <w:p>
      <w:pPr>
        <w:jc w:val="right"/>
      </w:pPr>
      <w:r>
        <w:t>اور کچھ آپ کو نہیں ملے گا۔</w:t>
      </w:r>
    </w:p>
    <w:p>
      <w:r>
        <w:rPr>
          <w:b/>
        </w:rPr>
        <w:t xml:space="preserve">[08:01] </w:t>
      </w:r>
      <w:r>
        <w:t>kyun ke jab framework hi aap ke paas na ho to zahir hai ke aap kaise koi</w:t>
      </w:r>
    </w:p>
    <w:p>
      <w:pPr>
        <w:jc w:val="right"/>
      </w:pPr>
      <w:r>
        <w:t>کیوں کہ جب فریم ورک ہی آپ کے پاس نہ ہو تو ظاہر ہے کہ آپ کیسے کوئی</w:t>
      </w:r>
    </w:p>
    <w:p>
      <w:r>
        <w:rPr>
          <w:b/>
        </w:rPr>
        <w:t xml:space="preserve">[08:07] </w:t>
      </w:r>
      <w:r>
        <w:t>science develop kar sakte hain.</w:t>
      </w:r>
    </w:p>
    <w:p>
      <w:pPr>
        <w:jc w:val="right"/>
      </w:pPr>
      <w:r>
        <w:t>سائنس ڈویلپ کر سکتے ہیں۔</w:t>
      </w:r>
    </w:p>
    <w:p>
      <w:r>
        <w:rPr>
          <w:b/>
        </w:rPr>
        <w:t xml:space="preserve">[08:13] </w:t>
      </w:r>
      <w:r>
        <w:t>yun samajh lijiye ke ek aadmi jo hai woh woh aa</w:t>
      </w:r>
    </w:p>
    <w:p>
      <w:pPr>
        <w:jc w:val="right"/>
      </w:pPr>
      <w:r>
        <w:t>یوں سمجھ لیجئے کہ ایک آدمی جو ہے وہ وہ آ</w:t>
      </w:r>
    </w:p>
    <w:p>
      <w:r>
        <w:rPr>
          <w:b/>
        </w:rPr>
        <w:t xml:space="preserve">[08:19] </w:t>
      </w:r>
      <w:r>
        <w:t>chitect hai, farz kiye ek shakhs. lekin us ke paas building ke naam se jo concept hai woh sirf hut ka hai. SU hut. woh sirf hut ko janta hai. woh modern concept jo building ka hai woh nahi janta. us ne na kabhi rajpati bhawan ko dekha, na kabhi Taj Mahal ko dekha. woh janta hi nahi ke ek planet city is zamane mein kya hota hai. woh j</w:t>
      </w:r>
    </w:p>
    <w:p>
      <w:pPr>
        <w:jc w:val="right"/>
      </w:pPr>
      <w:r>
        <w:t>رکیٹیکٹ ہے، فرض کیئے ایک شخص۔ لیکن اس کے پاس بلڈنگ کے نام سے جو کانسپٹ ہے وہ صرف ہٹ کا ہے۔ ایس یو ٹی ہٹ۔ وہ صرف ہٹ کو جانتا ہے۔ وہ ماڈرن کانسپٹ جو بلڈنگ کا ہے وہ نہیں جانتا۔ اس نے نہ کبھی راجپتی بھون کو دیکھا، نہ کبھی تاج محل کو دیکھا۔ وہ جانتا ہی نہیں کہ ایک پلانٹ سٹی اس زمانے میں کیا ہوتا ہے۔ وہ ج</w:t>
      </w:r>
    </w:p>
    <w:p>
      <w:r>
        <w:rPr>
          <w:b/>
        </w:rPr>
        <w:t xml:space="preserve">[08:49] </w:t>
      </w:r>
      <w:r>
        <w:t>jaggi jhopri mein paida hua, jaggi jhopri mein raha.</w:t>
      </w:r>
    </w:p>
    <w:p>
      <w:pPr>
        <w:jc w:val="right"/>
      </w:pPr>
      <w:r>
        <w:t>گگی جھوپڑی میں پیدا ہوا، جگگی جھوپڑی میں رہا۔</w:t>
      </w:r>
    </w:p>
    <w:p>
      <w:r>
        <w:rPr>
          <w:b/>
        </w:rPr>
        <w:t xml:space="preserve">[08:55] </w:t>
      </w:r>
      <w:r>
        <w:t>isi mein us ne hut se concept apna banaya building ka.</w:t>
      </w:r>
    </w:p>
    <w:p>
      <w:pPr>
        <w:jc w:val="right"/>
      </w:pPr>
      <w:r>
        <w:t>اسی میں اس نے ہٹ سے کانسپٹ اپنا بنایا بلڈنگ کا۔</w:t>
      </w:r>
    </w:p>
    <w:p>
      <w:r>
        <w:rPr>
          <w:b/>
        </w:rPr>
        <w:t xml:space="preserve">[09:00] </w:t>
      </w:r>
      <w:r>
        <w:t>to woh kaise develop kar sakta hai koi architecture? modern architecture.</w:t>
      </w:r>
    </w:p>
    <w:p>
      <w:pPr>
        <w:jc w:val="right"/>
      </w:pPr>
      <w:r>
        <w:t>تو وہ کیسے ڈویلپ کر سکتا ہے کوئی آرکیٹیکچر؟ ماڈرن آرکیٹیکچر۔</w:t>
      </w:r>
    </w:p>
    <w:p>
      <w:r>
        <w:rPr>
          <w:b/>
        </w:rPr>
        <w:t xml:space="preserve">[09:05] </w:t>
      </w:r>
      <w:r>
        <w:t>to mein yeh kahunga ke Muslim mutakallimeen jo the woh bohat hi makhloosaana, sincerely unhon ne effort kiya.</w:t>
      </w:r>
    </w:p>
    <w:p>
      <w:pPr>
        <w:jc w:val="right"/>
      </w:pPr>
      <w:r>
        <w:t>تو میں یہ کہوں گا کہ مسلم متکلمین جو تھے وہ بہت ہی مخلصانہ، سنسیرلی انہوں نے ایفرٹ کیا۔</w:t>
      </w:r>
    </w:p>
    <w:p>
      <w:r>
        <w:rPr>
          <w:b/>
        </w:rPr>
        <w:t xml:space="preserve">[09:10] </w:t>
      </w:r>
      <w:r>
        <w:t>lekin un ke paas framework nahin tha.</w:t>
      </w:r>
    </w:p>
    <w:p>
      <w:pPr>
        <w:jc w:val="right"/>
      </w:pPr>
      <w:r>
        <w:t>لیکن ان کے پاس فریم ورک نہیں تھا۔</w:t>
      </w:r>
    </w:p>
    <w:p>
      <w:r>
        <w:rPr>
          <w:b/>
        </w:rPr>
        <w:t xml:space="preserve">[09:15] </w:t>
      </w:r>
      <w:r>
        <w:t>un ke paas jo kuch tha woh sirf Greek logic</w:t>
      </w:r>
    </w:p>
    <w:p>
      <w:pPr>
        <w:jc w:val="right"/>
      </w:pPr>
      <w:r>
        <w:t>ان کے پاس جو کچھ تھا وہ صرف گریک لاجک</w:t>
      </w:r>
    </w:p>
    <w:p>
      <w:r>
        <w:rPr>
          <w:b/>
        </w:rPr>
        <w:t xml:space="preserve">[09:20] </w:t>
      </w:r>
      <w:r>
        <w:t>se mila hua framework tha. bas.</w:t>
      </w:r>
    </w:p>
    <w:p>
      <w:pPr>
        <w:jc w:val="right"/>
      </w:pPr>
      <w:r>
        <w:t>سے ملا ہوا فریم ورک تھا۔ بس۔</w:t>
      </w:r>
    </w:p>
    <w:p>
      <w:r>
        <w:rPr>
          <w:b/>
        </w:rPr>
        <w:t xml:space="preserve">[09:25] </w:t>
      </w:r>
      <w:r>
        <w:t>science ka zamana un ko nahin mila to scientific framework un ke paas nahin tha.</w:t>
      </w:r>
    </w:p>
    <w:p>
      <w:pPr>
        <w:jc w:val="right"/>
      </w:pPr>
      <w:r>
        <w:t>سائنس کا زمانہ ان کو نہیں ملا تو سائنٹیفک فریم ورک ان کے پاس نہیں تھا۔</w:t>
      </w:r>
    </w:p>
    <w:p>
      <w:r>
        <w:rPr>
          <w:b/>
        </w:rPr>
        <w:t xml:space="preserve">[09:30] </w:t>
      </w:r>
      <w:r>
        <w:t>is liye woh bhi fail ho gaye.</w:t>
      </w:r>
    </w:p>
    <w:p>
      <w:pPr>
        <w:jc w:val="right"/>
      </w:pPr>
      <w:r>
        <w:t>اس لئے وہ بھی فیل ہو گئے۔</w:t>
      </w:r>
    </w:p>
    <w:p>
      <w:r>
        <w:rPr>
          <w:b/>
        </w:rPr>
        <w:t xml:space="preserve">[09:35] </w:t>
      </w:r>
      <w:r>
        <w:t>to philosophers bhi fail hue aur mutakallimeen yani Muslim theologians bhi fail hue.</w:t>
      </w:r>
    </w:p>
    <w:p>
      <w:pPr>
        <w:jc w:val="right"/>
      </w:pPr>
      <w:r>
        <w:t>تو فلاسفرز بھی فیل ہوئے اور متکلمین یعنی مسلم تھیالوجین بھی فیل ہوئے۔</w:t>
      </w:r>
    </w:p>
    <w:p>
      <w:r>
        <w:rPr>
          <w:b/>
        </w:rPr>
        <w:t xml:space="preserve">[09:40] </w:t>
      </w:r>
      <w:r>
        <w:t>ab aata hai zamana science ka.</w:t>
      </w:r>
    </w:p>
    <w:p>
      <w:pPr>
        <w:jc w:val="right"/>
      </w:pPr>
      <w:r>
        <w:t>اب آتا ہے زمانہ سائنس کا۔</w:t>
      </w:r>
    </w:p>
    <w:p>
      <w:r>
        <w:rPr>
          <w:b/>
        </w:rPr>
        <w:t xml:space="preserve">[09:45] </w:t>
      </w:r>
      <w:r>
        <w:t>science ne pehli baar woh framework diya</w:t>
      </w:r>
    </w:p>
    <w:p>
      <w:pPr>
        <w:jc w:val="right"/>
      </w:pPr>
      <w:r>
        <w:t>سائنس نے پہلی بار وہ فریم ورک دیا</w:t>
      </w:r>
    </w:p>
    <w:p>
      <w:r>
        <w:rPr>
          <w:b/>
        </w:rPr>
        <w:t xml:space="preserve">[09:50] </w:t>
      </w:r>
      <w:r>
        <w:t>جس سے ہم true sense میں science of God develop کر سکیں۔</w:t>
      </w:r>
    </w:p>
    <w:p>
      <w:pPr>
        <w:jc w:val="right"/>
      </w:pPr>
      <w:r>
        <w:t>جس سے ہم ٹرو سینس میں سائنس آف گاڈ ڈویلپ کر سکیں۔</w:t>
      </w:r>
    </w:p>
    <w:p>
      <w:r>
        <w:rPr>
          <w:b/>
        </w:rPr>
        <w:t xml:space="preserve">[09:55] </w:t>
      </w:r>
      <w:r>
        <w:t>jis tarah se hum aur hum ne sciences develop keen.</w:t>
      </w:r>
    </w:p>
    <w:p>
      <w:pPr>
        <w:jc w:val="right"/>
      </w:pPr>
      <w:r>
        <w:t>جس طرح سے ہم اور ہم نے سائنسز ڈویلپ کیں۔</w:t>
      </w:r>
    </w:p>
    <w:p>
      <w:r>
        <w:rPr>
          <w:b/>
        </w:rPr>
        <w:t xml:space="preserve">[10:01] </w:t>
      </w:r>
      <w:r>
        <w:t>biology ki science, geology ki science, astronomy ki science, chemistry, physics.</w:t>
      </w:r>
    </w:p>
    <w:p>
      <w:pPr>
        <w:jc w:val="right"/>
      </w:pPr>
      <w:r>
        <w:t>بیالوجی کی سائنس، جیالوجی کی سائنس، آسٹرانومی کی سائنس، کیمسٹری، فزکس۔</w:t>
      </w:r>
    </w:p>
    <w:p>
      <w:r>
        <w:rPr>
          <w:b/>
        </w:rPr>
        <w:t xml:space="preserve">[10:06] </w:t>
      </w:r>
      <w:r>
        <w:t>saari sciences hum ne develop keen.</w:t>
      </w:r>
    </w:p>
    <w:p>
      <w:pPr>
        <w:jc w:val="right"/>
      </w:pPr>
      <w:r>
        <w:t>ساری سائنسز ہم نے ڈویلپ کیں۔</w:t>
      </w:r>
    </w:p>
    <w:p>
      <w:r>
        <w:rPr>
          <w:b/>
        </w:rPr>
        <w:t xml:space="preserve">[10:11] </w:t>
      </w:r>
      <w:r>
        <w:t>aur is par library ki library se kitabein se bhar gaya.</w:t>
      </w:r>
    </w:p>
    <w:p>
      <w:pPr>
        <w:jc w:val="right"/>
      </w:pPr>
      <w:r>
        <w:t>اور اس پر لائبریری کی لائبریری سے کتابیں سے بھر گئی۔</w:t>
      </w:r>
    </w:p>
    <w:p>
      <w:r>
        <w:rPr>
          <w:b/>
        </w:rPr>
        <w:t xml:space="preserve">[10:16] </w:t>
      </w:r>
      <w:r>
        <w:t>isi tarah se yeh</w:t>
      </w:r>
    </w:p>
    <w:p>
      <w:pPr>
        <w:jc w:val="right"/>
      </w:pPr>
      <w:r>
        <w:t>اسی طرح سے یہ</w:t>
      </w:r>
    </w:p>
    <w:p>
      <w:r>
        <w:rPr>
          <w:b/>
        </w:rPr>
        <w:t xml:space="preserve">[10:21] </w:t>
      </w:r>
      <w:r>
        <w:t>pehli baar history mein yeh baat possible hui ke ek sahi maano mein ek framework hamare paas</w:t>
      </w:r>
    </w:p>
    <w:p>
      <w:pPr>
        <w:jc w:val="right"/>
      </w:pPr>
      <w:r>
        <w:t>پہلی بار ہسٹری میں یہ بات پاسیبل ہوئی کہ ایک صحیح معنوں میں ایک فریم ورک ہمارے پاس</w:t>
      </w:r>
    </w:p>
    <w:p>
      <w:r>
        <w:rPr>
          <w:b/>
        </w:rPr>
        <w:t xml:space="preserve">[10:30] </w:t>
      </w:r>
      <w:r>
        <w:t>ho jis se hum reason based ideology of God develop kar sakein.</w:t>
      </w:r>
    </w:p>
    <w:p>
      <w:pPr>
        <w:jc w:val="right"/>
      </w:pPr>
      <w:r>
        <w:t>ہو جس سے ہم ریزن بیسڈ آئیڈیالوجی آف گاڈ ڈویلپ کر سکیں۔</w:t>
      </w:r>
    </w:p>
    <w:p>
      <w:r>
        <w:rPr>
          <w:b/>
        </w:rPr>
        <w:t xml:space="preserve">[10:38] </w:t>
      </w:r>
      <w:r>
        <w:t>jis ko main science of God kehta hoon.</w:t>
      </w:r>
    </w:p>
    <w:p>
      <w:pPr>
        <w:jc w:val="right"/>
      </w:pPr>
      <w:r>
        <w:t>جس کو میں سائنس آف گاڈ کہتا ہوں۔</w:t>
      </w:r>
    </w:p>
    <w:p>
      <w:r>
        <w:rPr>
          <w:b/>
        </w:rPr>
        <w:t xml:space="preserve">[10:47] </w:t>
      </w:r>
      <w:r>
        <w:t>lekin yahan bhi picture bohat zyada hopeful nahi hai.</w:t>
      </w:r>
    </w:p>
    <w:p>
      <w:pPr>
        <w:jc w:val="right"/>
      </w:pPr>
      <w:r>
        <w:t>لیکن یہاں بھی پکچر بہت زیادہ ہوپ فل نہیں ہے۔</w:t>
      </w:r>
    </w:p>
    <w:p>
      <w:r>
        <w:rPr>
          <w:b/>
        </w:rPr>
        <w:t xml:space="preserve">[10:55] </w:t>
      </w:r>
      <w:r>
        <w:t>میری اپنی اسٹڈی کے مطابق اس پوری پیریڈ میں، یعنی 20th century میں، دو آدمی مجھے دکھائی</w:t>
      </w:r>
    </w:p>
    <w:p>
      <w:pPr>
        <w:jc w:val="right"/>
      </w:pPr>
      <w:r>
        <w:t>میری اپنی اسٹڈی کے مطابق اس پوری پیریڈ میں، یعنی ٹوئنٹی اِتھ سینچری میں، دو آدمی مجھے دکھائی</w:t>
      </w:r>
    </w:p>
    <w:p>
      <w:r>
        <w:rPr>
          <w:b/>
        </w:rPr>
        <w:t xml:space="preserve">[11:01] </w:t>
      </w:r>
      <w:r>
        <w:t>dete hain jinhone attempt ke darje mein koshish ki.</w:t>
      </w:r>
    </w:p>
    <w:p>
      <w:pPr>
        <w:jc w:val="right"/>
      </w:pPr>
      <w:r>
        <w:t>دیتے ہیں جنہوں نے اٹیمپٹ کے درجے میں کوشش کی۔</w:t>
      </w:r>
    </w:p>
    <w:p>
      <w:r>
        <w:rPr>
          <w:b/>
        </w:rPr>
        <w:t xml:space="preserve">[11:07] </w:t>
      </w:r>
      <w:r>
        <w:t>yaani unhone yeh lafz to nahi bola jo main bol raha hoon yaani science of God.</w:t>
      </w:r>
    </w:p>
    <w:p>
      <w:pPr>
        <w:jc w:val="right"/>
      </w:pPr>
      <w:r>
        <w:t>یعنی انہوں نے یہ لفظ تو نہیں بولا جو میں بول رہا ہوں یعنی سائنس آف گاڈ۔</w:t>
      </w:r>
    </w:p>
    <w:p>
      <w:r>
        <w:rPr>
          <w:b/>
        </w:rPr>
        <w:t xml:space="preserve">[11:13] </w:t>
      </w:r>
      <w:r>
        <w:t>lekin yahi kaam unhone karna chaha.</w:t>
      </w:r>
    </w:p>
    <w:p>
      <w:pPr>
        <w:jc w:val="right"/>
      </w:pPr>
      <w:r>
        <w:t>لیکن یہی کام انہوں نے کرنا چاہا۔</w:t>
      </w:r>
    </w:p>
    <w:p>
      <w:r>
        <w:rPr>
          <w:b/>
        </w:rPr>
        <w:t xml:space="preserve">[11:19] </w:t>
      </w:r>
      <w:r>
        <w:t>yeh naam to kisi ne istemal nahi kiya, yeh main hi istemal kar raha hoon yeh</w:t>
      </w:r>
    </w:p>
    <w:p>
      <w:pPr>
        <w:jc w:val="right"/>
      </w:pPr>
      <w:r>
        <w:t>یہ نام تو کسی نے استعمال نہیں کیا، یہ میں ہی استعمال کر رہا ہوں یہ</w:t>
      </w:r>
    </w:p>
    <w:p>
      <w:r>
        <w:rPr>
          <w:b/>
        </w:rPr>
        <w:t xml:space="preserve">[11:25] </w:t>
      </w:r>
      <w:r>
        <w:t>naam.</w:t>
      </w:r>
    </w:p>
    <w:p>
      <w:pPr>
        <w:jc w:val="right"/>
      </w:pPr>
      <w:r>
        <w:t>نام۔</w:t>
      </w:r>
    </w:p>
    <w:p>
      <w:r>
        <w:rPr>
          <w:b/>
        </w:rPr>
        <w:t xml:space="preserve">[11:30] </w:t>
      </w:r>
      <w:r>
        <w:t>yeh aap dictionary mein nahi milega, kisi book mein nahi milega science of God ka word.</w:t>
      </w:r>
    </w:p>
    <w:p>
      <w:pPr>
        <w:jc w:val="right"/>
      </w:pPr>
      <w:r>
        <w:t>یہ آپ ڈکشنری میں نہیں ملے گا، کسی بک میں نہیں ملے گا سائنس آف گاڈ کا ورڈ۔</w:t>
      </w:r>
    </w:p>
    <w:p>
      <w:r>
        <w:rPr>
          <w:b/>
        </w:rPr>
        <w:t xml:space="preserve">[11:34] </w:t>
      </w:r>
      <w:r>
        <w:t>na in logon ne is ko use kiya.</w:t>
      </w:r>
    </w:p>
    <w:p>
      <w:pPr>
        <w:jc w:val="right"/>
      </w:pPr>
      <w:r>
        <w:t>نہ ان لوگوں نے اس کو یوز کیا۔</w:t>
      </w:r>
    </w:p>
    <w:p>
      <w:r>
        <w:rPr>
          <w:b/>
        </w:rPr>
        <w:t xml:space="preserve">[11:38] </w:t>
      </w:r>
      <w:r>
        <w:t>ho sakta hai ke jo log bohat zyada technical zaban jante hon woh is par aitraaz bhi karein</w:t>
      </w:r>
    </w:p>
    <w:p>
      <w:pPr>
        <w:jc w:val="right"/>
      </w:pPr>
      <w:r>
        <w:t>ہو سکتا ہے کہ جو لوگ بہت زیادہ ٹیکنیکل زبان جانتے ہوں وہ اس پر اعتراض بھی کریں</w:t>
      </w:r>
    </w:p>
    <w:p>
      <w:r>
        <w:rPr>
          <w:b/>
        </w:rPr>
        <w:t xml:space="preserve">[11:43] </w:t>
      </w:r>
      <w:r>
        <w:t>ke sahib science of God to theek nahi hai.</w:t>
      </w:r>
    </w:p>
    <w:p>
      <w:pPr>
        <w:jc w:val="right"/>
      </w:pPr>
      <w:r>
        <w:t>کہ صاحب سائنس آف گاڈ تو ٹھیک نہیں ہے۔</w:t>
      </w:r>
    </w:p>
    <w:p>
      <w:r>
        <w:rPr>
          <w:b/>
        </w:rPr>
        <w:t xml:space="preserve">[11:47] </w:t>
      </w:r>
      <w:r>
        <w:t>lekin main aise objection ko koi ahmiyat nahi deta.</w:t>
      </w:r>
    </w:p>
    <w:p>
      <w:pPr>
        <w:jc w:val="right"/>
      </w:pPr>
      <w:r>
        <w:t>لیکن میں ایسے ابجیکشن کو کوئی اہمیت نہیں دیتا۔</w:t>
      </w:r>
    </w:p>
    <w:p>
      <w:r>
        <w:rPr>
          <w:b/>
        </w:rPr>
        <w:t xml:space="preserve">[11:51] </w:t>
      </w:r>
      <w:r>
        <w:t>to khair, woh do aadmi kaun hain jinhone scientific age mein</w:t>
      </w:r>
    </w:p>
    <w:p>
      <w:pPr>
        <w:jc w:val="right"/>
      </w:pPr>
      <w:r>
        <w:t>تو خیر، وہ دو آدمی کون ہیں جنہوں نے سائنٹیفک ایج میں</w:t>
      </w:r>
    </w:p>
    <w:p>
      <w:r>
        <w:rPr>
          <w:b/>
        </w:rPr>
        <w:t xml:space="preserve">[11:56] </w:t>
      </w:r>
      <w:r>
        <w:t>science of God ko develop karna chaha? ek hai jis ka naam hai Sir James Jeans.</w:t>
      </w:r>
    </w:p>
    <w:p>
      <w:pPr>
        <w:jc w:val="right"/>
      </w:pPr>
      <w:r>
        <w:t>سائنس آف گاڈ کو ڈویلپ کرنا چاہا؟ ایک ہے جس کا نام ہے سر جیمز جین۔</w:t>
      </w:r>
    </w:p>
    <w:p>
      <w:r>
        <w:rPr>
          <w:b/>
        </w:rPr>
        <w:t xml:space="preserve">[12:01] </w:t>
      </w:r>
      <w:r>
        <w:t>doosra naam hai Dr. Abdus Salam.</w:t>
      </w:r>
    </w:p>
    <w:p>
      <w:pPr>
        <w:jc w:val="right"/>
      </w:pPr>
      <w:r>
        <w:t>دوسرا نام ہے ڈاکٹر عبدالسلام۔</w:t>
      </w:r>
    </w:p>
    <w:p>
      <w:r>
        <w:rPr>
          <w:b/>
        </w:rPr>
        <w:t xml:space="preserve">[12:06] </w:t>
      </w:r>
      <w:r>
        <w:t>Sir James Jeans jo hai British scientist tha.</w:t>
      </w:r>
    </w:p>
    <w:p>
      <w:pPr>
        <w:jc w:val="right"/>
      </w:pPr>
      <w:r>
        <w:t>سر جیمز جین جو ہے برٹش سائنسٹسٹ تھا۔</w:t>
      </w:r>
    </w:p>
    <w:p>
      <w:r>
        <w:rPr>
          <w:b/>
        </w:rPr>
        <w:t xml:space="preserve">[12:11] </w:t>
      </w:r>
      <w:r>
        <w:t>is ki death hui hai nineteen forty six mein.</w:t>
      </w:r>
    </w:p>
    <w:p>
      <w:pPr>
        <w:jc w:val="right"/>
      </w:pPr>
      <w:r>
        <w:t>اس کی ڈیتھ ہوئی ہے نائنٹین فورٹی سکس میں۔</w:t>
      </w:r>
    </w:p>
    <w:p>
      <w:r>
        <w:rPr>
          <w:b/>
        </w:rPr>
        <w:t xml:space="preserve">[12:16] </w:t>
      </w:r>
      <w:r>
        <w:t>nineteen forty six mein is ki death hui.</w:t>
      </w:r>
    </w:p>
    <w:p>
      <w:pPr>
        <w:jc w:val="right"/>
      </w:pPr>
      <w:r>
        <w:t>نائنٹین فورٹی سکس میں اس کی ڈیتھ ہوئی۔</w:t>
      </w:r>
    </w:p>
    <w:p>
      <w:r>
        <w:rPr>
          <w:b/>
        </w:rPr>
        <w:t xml:space="preserve">[12:21] </w:t>
      </w:r>
      <w:r>
        <w:t>sir james jeen.</w:t>
      </w:r>
    </w:p>
    <w:p>
      <w:pPr>
        <w:jc w:val="right"/>
      </w:pPr>
      <w:r>
        <w:t>سر جیمز جین۔</w:t>
      </w:r>
    </w:p>
    <w:p>
      <w:r>
        <w:rPr>
          <w:b/>
        </w:rPr>
        <w:t xml:space="preserve">[12:26] </w:t>
      </w:r>
      <w:r>
        <w:t>doosra naam hai Dr. Abdus Salam ka jo Punjab ke area se talluq rakhte the. un ki death hui hai nineteen ninety two mein. yeh do aadmi aise mujhe dikhai dete hain is poori twenty eth century mein jinho ne jo competent the, waqai woh competent the. yaani science hi un ka subject tha. science mein un ki training</w:t>
      </w:r>
    </w:p>
    <w:p>
      <w:pPr>
        <w:jc w:val="right"/>
      </w:pPr>
      <w:r>
        <w:t>دوسرا نام ہے ڈاکٹر عبدالسلام کا جو پنجاب کے ایریا سے تعلق رکھتے تھے۔ ان کی ڈیتھ ہوئی ہے نائنٹین نائنٹی ٹو میں۔ یہ دو آدمی ایسے مجھے دکھائی دیتے ہیں اس پورے ٹوئنٹی اِتھ سینچری میں جنہوں نے جو کمپیٹنٹ تھے، واقعی وہ کمپیٹنٹ تھے۔ یعنی سائنس ہی ان کا سبجیکٹ تھا۔ سائنس میں ان کی ٹریننگ</w:t>
      </w:r>
    </w:p>
    <w:p>
      <w:r>
        <w:rPr>
          <w:b/>
        </w:rPr>
        <w:t xml:space="preserve">[12:56] </w:t>
      </w:r>
      <w:r>
        <w:t>hui thi.</w:t>
      </w:r>
    </w:p>
    <w:p>
      <w:pPr>
        <w:jc w:val="right"/>
      </w:pPr>
      <w:r>
        <w:t>ہوئی تھی۔</w:t>
      </w:r>
    </w:p>
    <w:p>
      <w:r>
        <w:rPr>
          <w:b/>
        </w:rPr>
        <w:t xml:space="preserve">[13:00] </w:t>
      </w:r>
      <w:r>
        <w:t>science mein unhon ne research kiya tha.</w:t>
      </w:r>
    </w:p>
    <w:p>
      <w:pPr>
        <w:jc w:val="right"/>
      </w:pPr>
      <w:r>
        <w:t>سائنس میں انہوں نے ریسرچ کیا تھا۔</w:t>
      </w:r>
    </w:p>
    <w:p>
      <w:r>
        <w:rPr>
          <w:b/>
        </w:rPr>
        <w:t xml:space="preserve">[13:05] </w:t>
      </w:r>
      <w:r>
        <w:t>to wo poori tarah yani science ka jahan taluq hai wo poori tarah competent thay is baat ke</w:t>
      </w:r>
    </w:p>
    <w:p>
      <w:pPr>
        <w:jc w:val="right"/>
      </w:pPr>
      <w:r>
        <w:t>تو وہ پوری طرح یعنی سائنس کا جہاں تعلق ہے وہ پوری طرح کمپیٹنٹ تھے اس بات کے</w:t>
      </w:r>
    </w:p>
    <w:p>
      <w:r>
        <w:rPr>
          <w:b/>
        </w:rPr>
        <w:t xml:space="preserve">[13:09] </w:t>
      </w:r>
      <w:r>
        <w:t>ke ek science of god develop karen.</w:t>
      </w:r>
    </w:p>
    <w:p>
      <w:pPr>
        <w:jc w:val="right"/>
      </w:pPr>
      <w:r>
        <w:t>کہ ایک سائنس آف گاڈ ڈویلپ کریں۔</w:t>
      </w:r>
    </w:p>
    <w:p>
      <w:r>
        <w:rPr>
          <w:b/>
        </w:rPr>
        <w:t xml:space="preserve">[13:13] </w:t>
      </w:r>
      <w:r>
        <w:t>lekin wo bhi fail ho gaye.</w:t>
      </w:r>
    </w:p>
    <w:p>
      <w:pPr>
        <w:jc w:val="right"/>
      </w:pPr>
      <w:r>
        <w:t>لیکن وہ بھی فیل ہو گئے۔</w:t>
      </w:r>
    </w:p>
    <w:p>
      <w:r>
        <w:rPr>
          <w:b/>
        </w:rPr>
        <w:t xml:space="preserve">[13:17] </w:t>
      </w:r>
      <w:r>
        <w:t>kis tarah? dekhiye, sir james jeen jo thay wo christian thay.</w:t>
      </w:r>
    </w:p>
    <w:p>
      <w:pPr>
        <w:jc w:val="right"/>
      </w:pPr>
      <w:r>
        <w:t>کس طرح؟ دیکھئے، سر جیمز جین جو تھے وہ کرسچن تھے۔</w:t>
      </w:r>
    </w:p>
    <w:p>
      <w:r>
        <w:rPr>
          <w:b/>
        </w:rPr>
        <w:t xml:space="preserve">[13:22] </w:t>
      </w:r>
      <w:r>
        <w:t>church goer thay wo. wo</w:t>
      </w:r>
    </w:p>
    <w:p>
      <w:pPr>
        <w:jc w:val="right"/>
      </w:pPr>
      <w:r>
        <w:t>چرچ گوئیر تھے وہ۔ وہ</w:t>
      </w:r>
    </w:p>
    <w:p>
      <w:r>
        <w:rPr>
          <w:b/>
        </w:rPr>
        <w:t xml:space="preserve">[13:26] </w:t>
      </w:r>
      <w:r>
        <w:t>bible parhte thay wo.</w:t>
      </w:r>
    </w:p>
    <w:p>
      <w:pPr>
        <w:jc w:val="right"/>
      </w:pPr>
      <w:r>
        <w:t>بائبل پڑھتے تھے وہ۔</w:t>
      </w:r>
    </w:p>
    <w:p>
      <w:r>
        <w:rPr>
          <w:b/>
        </w:rPr>
        <w:t xml:space="preserve">[13:30] </w:t>
      </w:r>
      <w:r>
        <w:t>agarche wo scientist thay.</w:t>
      </w:r>
    </w:p>
    <w:p>
      <w:pPr>
        <w:jc w:val="right"/>
      </w:pPr>
      <w:r>
        <w:t>اگرچہ وہ سائنسٹسٹ تھے۔</w:t>
      </w:r>
    </w:p>
    <w:p>
      <w:r>
        <w:rPr>
          <w:b/>
        </w:rPr>
        <w:t xml:space="preserve">[13:35] </w:t>
      </w:r>
      <w:r>
        <w:t>apni private life mein wo church goers mein thay.</w:t>
      </w:r>
    </w:p>
    <w:p>
      <w:pPr>
        <w:jc w:val="right"/>
      </w:pPr>
      <w:r>
        <w:t>اپنی پرائیویٹ لائف میں وہ چرچ گوئیرز میں تھے۔</w:t>
      </w:r>
    </w:p>
    <w:p>
      <w:r>
        <w:rPr>
          <w:b/>
        </w:rPr>
        <w:t xml:space="preserve">[13:39] </w:t>
      </w:r>
      <w:r>
        <w:t>to science of god unhon ne develop karna chaha.</w:t>
      </w:r>
    </w:p>
    <w:p>
      <w:pPr>
        <w:jc w:val="right"/>
      </w:pPr>
      <w:r>
        <w:t>تو سائنس آف گاڈ انہوں نے ڈویلپ کرنا چاہا۔</w:t>
      </w:r>
    </w:p>
    <w:p>
      <w:r>
        <w:rPr>
          <w:b/>
        </w:rPr>
        <w:t xml:space="preserve">[13:44] </w:t>
      </w:r>
      <w:r>
        <w:t>unki is baray mein kuch kitaben hain jaise ke "mysterious", "the mysterious universe".</w:t>
      </w:r>
    </w:p>
    <w:p>
      <w:pPr>
        <w:jc w:val="right"/>
      </w:pPr>
      <w:r>
        <w:t>ان کی اس بارے میں کچھ کتابیں ہیں جیسے کہ "مِسٹیرئیس"، "دا مِسٹیرئیس یونیورس"۔</w:t>
      </w:r>
    </w:p>
    <w:p>
      <w:r>
        <w:rPr>
          <w:b/>
        </w:rPr>
        <w:t xml:space="preserve">[13:48] </w:t>
      </w:r>
      <w:r>
        <w:t>"the mysterious universe".</w:t>
      </w:r>
    </w:p>
    <w:p>
      <w:pPr>
        <w:jc w:val="right"/>
      </w:pPr>
      <w:r>
        <w:t>"دا مِسٹیرئیس یونیورس"۔</w:t>
      </w:r>
    </w:p>
    <w:p>
      <w:r>
        <w:rPr>
          <w:b/>
        </w:rPr>
        <w:t xml:space="preserve">[13:52] </w:t>
      </w:r>
      <w:r>
        <w:t>aur bhi kitab hai.</w:t>
      </w:r>
    </w:p>
    <w:p>
      <w:pPr>
        <w:jc w:val="right"/>
      </w:pPr>
      <w:r>
        <w:t>اور بھی کتاب ہے۔</w:t>
      </w:r>
    </w:p>
    <w:p>
      <w:r>
        <w:rPr>
          <w:b/>
        </w:rPr>
        <w:t xml:space="preserve">[13:57] </w:t>
      </w:r>
      <w:r>
        <w:t>lekin woh fail kyon hue? un ka christian background jo tha woh un ke liye helpful nahi tha is mamle mein. kyon ke christianity mein yaani present christianity jo hai woh god ka concept un ke haan clear hi nahi hai. aap ghor kijiye ke god ka concept un ka base karta hai trinity par. yaani one in three, three in one. to yeh to koi samajh nahi sakta kya cheez</w:t>
      </w:r>
    </w:p>
    <w:p>
      <w:pPr>
        <w:jc w:val="right"/>
      </w:pPr>
      <w:r>
        <w:t>لیکن وہ فیل کیوں ہوئے؟ ان کا کرسچن بیک گراؤنڈ جو تھا وہ ان کے لئے ہیلپ فل نہیں تھا اس معاملے میں۔ کیوں کہ کرسچینٹی میں یعنی پریزنٹ کرسچینٹی جو ہے وہ گاڈ کا کانسپٹ ان کے ہاں کلیئر ہی نہیں ہے۔ آپ غور کیجئے کہ گاڈ کا کانسپٹ ان کا بیس کرتا ہے ٹرینٹی پر۔ یعنی ون اِن تھری، تھری اِن ون۔ تو یہ تو کوئی سمجھ نہیں سکتا کیا چیز</w:t>
      </w:r>
    </w:p>
    <w:p>
      <w:r>
        <w:rPr>
          <w:b/>
        </w:rPr>
        <w:t xml:space="preserve">[14:27] </w:t>
      </w:r>
      <w:r>
        <w:t>hai yeh.</w:t>
      </w:r>
    </w:p>
    <w:p>
      <w:pPr>
        <w:jc w:val="right"/>
      </w:pPr>
      <w:r>
        <w:t>ہے یہ۔</w:t>
      </w:r>
    </w:p>
    <w:p>
      <w:r>
        <w:rPr>
          <w:b/>
        </w:rPr>
        <w:t xml:space="preserve">[14:31] </w:t>
      </w:r>
      <w:r>
        <w:t>trinity ka matlab hota hai three in one, one in three.</w:t>
      </w:r>
    </w:p>
    <w:p>
      <w:pPr>
        <w:jc w:val="right"/>
      </w:pPr>
      <w:r>
        <w:t>ٹرینٹی کا مطلب ہوتا ہے تھری اِن ون، ون اِن تھری۔</w:t>
      </w:r>
    </w:p>
    <w:p>
      <w:r>
        <w:rPr>
          <w:b/>
        </w:rPr>
        <w:t xml:space="preserve">[14:35] </w:t>
      </w:r>
      <w:r>
        <w:t>na wo ek god kehte na teen god kehte.</w:t>
      </w:r>
    </w:p>
    <w:p>
      <w:pPr>
        <w:jc w:val="right"/>
      </w:pPr>
      <w:r>
        <w:t>نہ وہ ایک گاڈ کہتے نہ تین گاڈ کہتے۔</w:t>
      </w:r>
    </w:p>
    <w:p>
      <w:r>
        <w:rPr>
          <w:b/>
        </w:rPr>
        <w:t xml:space="preserve">[14:40] </w:t>
      </w:r>
      <w:r>
        <w:t>ek anokha unhon ne bana rakha hai trinity ka aqeedah.</w:t>
      </w:r>
    </w:p>
    <w:p>
      <w:pPr>
        <w:jc w:val="right"/>
      </w:pPr>
      <w:r>
        <w:t>ایک انوکھا انہوں نے بنا رکھا ہے ٹرینٹی کا عقیدہ۔</w:t>
      </w:r>
    </w:p>
    <w:p>
      <w:r>
        <w:rPr>
          <w:b/>
        </w:rPr>
        <w:t xml:space="preserve">[14:44] </w:t>
      </w:r>
      <w:r>
        <w:t>to trinity ko le kar koi aadmi science of god develop nahin kar sakta.</w:t>
      </w:r>
    </w:p>
    <w:p>
      <w:pPr>
        <w:jc w:val="right"/>
      </w:pPr>
      <w:r>
        <w:t>تو ٹرینٹی کو لے کر کوئی آدمی سائنس آف گاڈ ڈویلپ نہیں کر سکتا۔</w:t>
      </w:r>
    </w:p>
    <w:p>
      <w:r>
        <w:rPr>
          <w:b/>
        </w:rPr>
        <w:t xml:space="preserve">[14:48] </w:t>
      </w:r>
      <w:r>
        <w:t>is wajah se wo is mein fail ho gaye.</w:t>
      </w:r>
    </w:p>
    <w:p>
      <w:pPr>
        <w:jc w:val="right"/>
      </w:pPr>
      <w:r>
        <w:t>اس وجہ سے وہ اس میں فیل ہو گئے۔</w:t>
      </w:r>
    </w:p>
    <w:p>
      <w:r>
        <w:rPr>
          <w:b/>
        </w:rPr>
        <w:t xml:space="preserve">[14:53] </w:t>
      </w:r>
      <w:r>
        <w:t>goya ke unke paas jo framework tha</w:t>
      </w:r>
    </w:p>
    <w:p>
      <w:pPr>
        <w:jc w:val="right"/>
      </w:pPr>
      <w:r>
        <w:t>گویا کہ ان کے پاس جو فریم ورک تھا</w:t>
      </w:r>
    </w:p>
    <w:p>
      <w:r>
        <w:rPr>
          <w:b/>
        </w:rPr>
        <w:t xml:space="preserve">[14:57] </w:t>
      </w:r>
      <w:r>
        <w:t>half acha tha, half sahi tha, half sahi nahin tha.</w:t>
      </w:r>
    </w:p>
    <w:p>
      <w:pPr>
        <w:jc w:val="right"/>
      </w:pPr>
      <w:r>
        <w:t>ہاف اچھا تھا، ہاف صحیح تھا، ہاف صحیح نہیں تھا۔</w:t>
      </w:r>
    </w:p>
    <w:p>
      <w:r>
        <w:rPr>
          <w:b/>
        </w:rPr>
        <w:t xml:space="preserve">[15:01] </w:t>
      </w:r>
      <w:r>
        <w:t>yani science ka framework tha un ke paas.</w:t>
      </w:r>
    </w:p>
    <w:p>
      <w:pPr>
        <w:jc w:val="right"/>
      </w:pPr>
      <w:r>
        <w:t>یعنی سائنس کا فریم ورک تھا ان کے پاس۔</w:t>
      </w:r>
    </w:p>
    <w:p>
      <w:r>
        <w:rPr>
          <w:b/>
        </w:rPr>
        <w:t xml:space="preserve">[15:06] </w:t>
      </w:r>
      <w:r>
        <w:t>lekin religion ke side se un ke paas jo framework tha woh defective tha.</w:t>
      </w:r>
    </w:p>
    <w:p>
      <w:pPr>
        <w:jc w:val="right"/>
      </w:pPr>
      <w:r>
        <w:t>لیکن ریلیجن کے سائیڈ سے ان کے پاس جو فریم ورک تھا وہ ڈیفیکٹیو تھا۔</w:t>
      </w:r>
    </w:p>
    <w:p>
      <w:r>
        <w:rPr>
          <w:b/>
        </w:rPr>
        <w:t xml:space="preserve">[15:10] </w:t>
      </w:r>
      <w:r>
        <w:t>defective yani Christianity se liya tha unhon ne.</w:t>
      </w:r>
    </w:p>
    <w:p>
      <w:pPr>
        <w:jc w:val="right"/>
      </w:pPr>
      <w:r>
        <w:t>ڈیفیکٹیو یعنی کرسچینٹی سے لیا تھا انہوں نے۔</w:t>
      </w:r>
    </w:p>
    <w:p>
      <w:r>
        <w:rPr>
          <w:b/>
        </w:rPr>
        <w:t xml:space="preserve">[15:14] </w:t>
      </w:r>
      <w:r>
        <w:t>is wajah se woh fail ho gaye.</w:t>
      </w:r>
    </w:p>
    <w:p>
      <w:pPr>
        <w:jc w:val="right"/>
      </w:pPr>
      <w:r>
        <w:t>اس وجہ سے وہ فیل ہو گئے۔</w:t>
      </w:r>
    </w:p>
    <w:p>
      <w:r>
        <w:rPr>
          <w:b/>
        </w:rPr>
        <w:t xml:space="preserve">[15:19] </w:t>
      </w:r>
      <w:r>
        <w:t>doosra naam jo main ne liya hai doctor abdul salam woh ek muslim the.</w:t>
      </w:r>
    </w:p>
    <w:p>
      <w:pPr>
        <w:jc w:val="right"/>
      </w:pPr>
      <w:r>
        <w:t>دوسرا نام جو میں نے لیا ہے ڈاکٹر عبدالسلام وہ ایک مسلم تھے۔</w:t>
      </w:r>
    </w:p>
    <w:p>
      <w:r>
        <w:rPr>
          <w:b/>
        </w:rPr>
        <w:t xml:space="preserve">[15:23] </w:t>
      </w:r>
      <w:r>
        <w:t>pabandi se paanch waqt ki namaz padhte the. lekin</w:t>
      </w:r>
    </w:p>
    <w:p>
      <w:pPr>
        <w:jc w:val="right"/>
      </w:pPr>
      <w:r>
        <w:t>پابندی سے پانچ وقت کی نماز پڑھتے تھے۔ لیکن</w:t>
      </w:r>
    </w:p>
    <w:p>
      <w:r>
        <w:rPr>
          <w:b/>
        </w:rPr>
        <w:t xml:space="preserve">[15:27] </w:t>
      </w:r>
      <w:r>
        <w:t>woh nobel prize bhi bane.</w:t>
      </w:r>
    </w:p>
    <w:p>
      <w:pPr>
        <w:jc w:val="right"/>
      </w:pPr>
      <w:r>
        <w:t>وہ نوبل پرائز بھی بنے۔</w:t>
      </w:r>
    </w:p>
    <w:p>
      <w:r>
        <w:rPr>
          <w:b/>
        </w:rPr>
        <w:t xml:space="preserve">[15:32] </w:t>
      </w:r>
      <w:r>
        <w:t>aur woh bilashuba mere nazdeek woh aadmi competent tha is kaam ke liye.</w:t>
      </w:r>
    </w:p>
    <w:p>
      <w:pPr>
        <w:jc w:val="right"/>
      </w:pPr>
      <w:r>
        <w:t>اور وہ بلاشبہ میرے نزدیک وہ آدمی کمپیٹنٹ تھا اس کام کے لئے۔</w:t>
      </w:r>
    </w:p>
    <w:p>
      <w:r>
        <w:rPr>
          <w:b/>
        </w:rPr>
        <w:t xml:space="preserve">[15:36] </w:t>
      </w:r>
      <w:r>
        <w:t>kyun ke ek taraf to scientific background un ke paas tha.</w:t>
      </w:r>
    </w:p>
    <w:p>
      <w:pPr>
        <w:jc w:val="right"/>
      </w:pPr>
      <w:r>
        <w:t>کیوں کہ ایک طرف تو سائنٹیفک بیک گراؤنڈ ان کے پاس تھا۔</w:t>
      </w:r>
    </w:p>
    <w:p>
      <w:r>
        <w:rPr>
          <w:b/>
        </w:rPr>
        <w:t xml:space="preserve">[15:40] </w:t>
      </w:r>
      <w:r>
        <w:t>poori tarah un ki training hui thi science mein.</w:t>
      </w:r>
    </w:p>
    <w:p>
      <w:pPr>
        <w:jc w:val="right"/>
      </w:pPr>
      <w:r>
        <w:t>پوری طرح ان کی ٹریننگ ہوئی تھی سائنس میں۔</w:t>
      </w:r>
    </w:p>
    <w:p>
      <w:r>
        <w:rPr>
          <w:b/>
        </w:rPr>
        <w:t xml:space="preserve">[15:44] </w:t>
      </w:r>
      <w:r>
        <w:t>aur saath saath woh muslim the.</w:t>
      </w:r>
    </w:p>
    <w:p>
      <w:pPr>
        <w:jc w:val="right"/>
      </w:pPr>
      <w:r>
        <w:t>اور ساتھ ساتھ وہ مسلم تھے۔</w:t>
      </w:r>
    </w:p>
    <w:p>
      <w:r>
        <w:rPr>
          <w:b/>
        </w:rPr>
        <w:t xml:space="preserve">[15:49] </w:t>
      </w:r>
      <w:r>
        <w:t>quran aur islam ki detail ko padha tha unhon ne.</w:t>
      </w:r>
    </w:p>
    <w:p>
      <w:pPr>
        <w:jc w:val="right"/>
      </w:pPr>
      <w:r>
        <w:t>قرآن اور اسلام کی ڈیٹیل کو پڑھا تھا انہوں نے۔</w:t>
      </w:r>
    </w:p>
    <w:p>
      <w:r>
        <w:rPr>
          <w:b/>
        </w:rPr>
        <w:t xml:space="preserve">[15:53] </w:t>
      </w:r>
      <w:r>
        <w:t>apne aap ko woh jaante bhi the woh. aur yeh</w:t>
      </w:r>
    </w:p>
    <w:p>
      <w:pPr>
        <w:jc w:val="right"/>
      </w:pPr>
      <w:r>
        <w:t>اپنے آپ کو وہ جانتے بھی تھے وہ۔ اور یہ</w:t>
      </w:r>
    </w:p>
    <w:p>
      <w:r>
        <w:rPr>
          <w:b/>
        </w:rPr>
        <w:t xml:space="preserve">[15:57] </w:t>
      </w:r>
      <w:r>
        <w:t>kaam unhon ne karna chaha.</w:t>
      </w:r>
    </w:p>
    <w:p>
      <w:pPr>
        <w:jc w:val="right"/>
      </w:pPr>
      <w:r>
        <w:t>کام انہوں نے کرنا چاہا۔</w:t>
      </w:r>
    </w:p>
    <w:p>
      <w:r>
        <w:rPr>
          <w:b/>
        </w:rPr>
        <w:t xml:space="preserve">[16:02] </w:t>
      </w:r>
      <w:r>
        <w:t>یہ ایک بہت ہی tragic event ہے ان کی لائف کا۔</w:t>
      </w:r>
    </w:p>
    <w:p>
      <w:pPr>
        <w:jc w:val="right"/>
      </w:pPr>
      <w:r>
        <w:t>یہ ایک بہت ہی ٹریجک ایونٹ ہے ان کی لائف کا۔</w:t>
      </w:r>
    </w:p>
    <w:p>
      <w:r>
        <w:rPr>
          <w:b/>
        </w:rPr>
        <w:t xml:space="preserve">[16:08] </w:t>
      </w:r>
      <w:r>
        <w:t>woh the Italy mein ek bada ek bada adara tha us mein woh director the.</w:t>
      </w:r>
    </w:p>
    <w:p>
      <w:pPr>
        <w:jc w:val="right"/>
      </w:pPr>
      <w:r>
        <w:t>وہ تھے اٹلی میں ایک بڑا ایک بڑا ادارہ تھا اس میں وہ ڈائریکٹر تھے۔</w:t>
      </w:r>
    </w:p>
    <w:p>
      <w:r>
        <w:rPr>
          <w:b/>
        </w:rPr>
        <w:t xml:space="preserve">[16:13] </w:t>
      </w:r>
      <w:r>
        <w:t>bahut achhi un ki salary thi, bahut achha un ka sab kuch tha wahan par.</w:t>
      </w:r>
    </w:p>
    <w:p>
      <w:pPr>
        <w:jc w:val="right"/>
      </w:pPr>
      <w:r>
        <w:t>بہت اچھی ان کی سیلری تھی، بہت اچھا ان کا سب کچھ تھا وہاں پر۔</w:t>
      </w:r>
    </w:p>
    <w:p>
      <w:r>
        <w:rPr>
          <w:b/>
        </w:rPr>
        <w:t xml:space="preserve">[16:18] </w:t>
      </w:r>
      <w:r>
        <w:t>lekin un ke dil mein yeh shauq hua ke wahi kaam karne ka jo main keh raha hoon aap ko.</w:t>
      </w:r>
    </w:p>
    <w:p>
      <w:pPr>
        <w:jc w:val="right"/>
      </w:pPr>
      <w:r>
        <w:t>لیکن ان کے دل میں یہ شوق ہوا کہ وہی کام کرنے کا جو میں کہہ رہا ہوں آپ کو۔</w:t>
      </w:r>
    </w:p>
    <w:p>
      <w:r>
        <w:rPr>
          <w:b/>
        </w:rPr>
        <w:t xml:space="preserve">[16:23] </w:t>
      </w:r>
      <w:r>
        <w:t>kyun ke naam yeh nahi liya unhon ne jo main le raha hoon science of god. lekin</w:t>
      </w:r>
    </w:p>
    <w:p>
      <w:pPr>
        <w:jc w:val="right"/>
      </w:pPr>
      <w:r>
        <w:t>کیوں کہ نام یہ نہیں لیا انہوں نے جو میں لے رہا ہوں سائنس آف گاڈ۔ لیکن</w:t>
      </w:r>
    </w:p>
    <w:p>
      <w:r>
        <w:rPr>
          <w:b/>
        </w:rPr>
        <w:t xml:space="preserve">[16:28] </w:t>
      </w:r>
      <w:r>
        <w:t>maqsad wahi tha.</w:t>
      </w:r>
    </w:p>
    <w:p>
      <w:pPr>
        <w:jc w:val="right"/>
      </w:pPr>
      <w:r>
        <w:t>مقصد وہی تھا۔</w:t>
      </w:r>
    </w:p>
    <w:p>
      <w:r>
        <w:rPr>
          <w:b/>
        </w:rPr>
        <w:t xml:space="preserve">[16:34] </w:t>
      </w:r>
      <w:r>
        <w:t>to Pakistani government ko unhon ne offer kiya ke main yeh sab chhod kar ke yahan ka jo</w:t>
      </w:r>
    </w:p>
    <w:p>
      <w:pPr>
        <w:jc w:val="right"/>
      </w:pPr>
      <w:r>
        <w:t>تو پاکستانی گورنمنٹ کو انہوں نے آفر کیا کہ میں یہ سب چھوڑ کر کے یہاں کا جو</w:t>
      </w:r>
    </w:p>
    <w:p>
      <w:r>
        <w:rPr>
          <w:b/>
        </w:rPr>
        <w:t xml:space="preserve">[16:40] </w:t>
      </w:r>
      <w:r>
        <w:t>mera bahut bada uhda hai Pakistan mein aana chahta hoon.</w:t>
      </w:r>
    </w:p>
    <w:p>
      <w:pPr>
        <w:jc w:val="right"/>
      </w:pPr>
      <w:r>
        <w:t>میرا بہت بڑا عہدہ ہے پاکستان میں آنا چاہتا ہوں۔</w:t>
      </w:r>
    </w:p>
    <w:p>
      <w:r>
        <w:rPr>
          <w:b/>
        </w:rPr>
        <w:t xml:space="preserve">[16:46] </w:t>
      </w:r>
      <w:r>
        <w:t>wahan par main ek scientific ek institute banaunga science education ke liye.</w:t>
      </w:r>
    </w:p>
    <w:p>
      <w:pPr>
        <w:jc w:val="right"/>
      </w:pPr>
      <w:r>
        <w:t>وہاں پر میں ایک سائنٹیفک ایک انسٹیٹیوٹ بناؤں گا سائنس ایجوکیشن کے لئے۔</w:t>
      </w:r>
    </w:p>
    <w:p>
      <w:r>
        <w:rPr>
          <w:b/>
        </w:rPr>
        <w:t xml:space="preserve">[16:52] </w:t>
      </w:r>
      <w:r>
        <w:t>taake naujawanon ko main train karoon science mein.</w:t>
      </w:r>
    </w:p>
    <w:p>
      <w:pPr>
        <w:jc w:val="right"/>
      </w:pPr>
      <w:r>
        <w:t>تاکہ نوجوانوں کو میں ٹرین کروں سائنس میں۔</w:t>
      </w:r>
    </w:p>
    <w:p>
      <w:r>
        <w:rPr>
          <w:b/>
        </w:rPr>
        <w:t xml:space="preserve">[16:58] </w:t>
      </w:r>
      <w:r>
        <w:t>aur khaas taur par is pehlu se ke muslim naujawan science ko gehrai ke saath jaanen.</w:t>
      </w:r>
    </w:p>
    <w:p>
      <w:pPr>
        <w:jc w:val="right"/>
      </w:pPr>
      <w:r>
        <w:t>اور خاص طور پر اس پہلو سے کہ مسلم نوجوان سائنس کو گہرائی کے ساتھ جانیں۔</w:t>
      </w:r>
    </w:p>
    <w:p>
      <w:r>
        <w:rPr>
          <w:b/>
        </w:rPr>
        <w:t xml:space="preserve">[17:04] </w:t>
      </w:r>
      <w:r>
        <w:t>aur phir aaj ke insaan ko jo ke scientific term mein samajhna chahta hai god ko, religion ko</w:t>
      </w:r>
    </w:p>
    <w:p>
      <w:pPr>
        <w:jc w:val="right"/>
      </w:pPr>
      <w:r>
        <w:t>اور پھر آج کے انسان کو جو کہ سائنٹیفک ٹرم میں سمجھنا چاہتا ہے گاڈ کو، ریلیجن کو</w:t>
      </w:r>
    </w:p>
    <w:p>
      <w:r>
        <w:rPr>
          <w:b/>
        </w:rPr>
        <w:t xml:space="preserve">[17:10] </w:t>
      </w:r>
      <w:r>
        <w:t>is ko bata sakein.</w:t>
      </w:r>
    </w:p>
    <w:p>
      <w:pPr>
        <w:jc w:val="right"/>
      </w:pPr>
      <w:r>
        <w:t>اس کو بتا سکیں۔</w:t>
      </w:r>
    </w:p>
    <w:p>
      <w:r>
        <w:rPr>
          <w:b/>
        </w:rPr>
        <w:t xml:space="preserve">[17:16] </w:t>
      </w:r>
      <w:r>
        <w:t>yeh un ke dil mein aik jazba tha.</w:t>
      </w:r>
    </w:p>
    <w:p>
      <w:pPr>
        <w:jc w:val="right"/>
      </w:pPr>
      <w:r>
        <w:t>یہ ان کے دل میں ایک جذبہ تھا۔</w:t>
      </w:r>
    </w:p>
    <w:p>
      <w:r>
        <w:rPr>
          <w:b/>
        </w:rPr>
        <w:t xml:space="preserve">[17:22] </w:t>
      </w:r>
      <w:r>
        <w:t>is jazbe ke tehat unhon ne Europe ka aik bara uhda chhod kar ke chaha</w:t>
      </w:r>
    </w:p>
    <w:p>
      <w:pPr>
        <w:jc w:val="right"/>
      </w:pPr>
      <w:r>
        <w:t>اس جذبے کے تحت انہوں نے یورپ کا ایک بڑا عہدہ چھوڑ کر کے چاہ</w:t>
      </w:r>
    </w:p>
    <w:p>
      <w:r>
        <w:rPr>
          <w:b/>
        </w:rPr>
        <w:t xml:space="preserve">[17:28] </w:t>
      </w:r>
      <w:r>
        <w:t>ke Pakistan mein aaein.</w:t>
      </w:r>
    </w:p>
    <w:p>
      <w:pPr>
        <w:jc w:val="right"/>
      </w:pPr>
      <w:r>
        <w:t>ا کہ پاکستان میں آئیں۔</w:t>
      </w:r>
    </w:p>
    <w:p>
      <w:r>
        <w:rPr>
          <w:b/>
        </w:rPr>
        <w:t xml:space="preserve">[17:33] </w:t>
      </w:r>
      <w:r>
        <w:t>aur naye siray se aap aik kaam karein.</w:t>
      </w:r>
    </w:p>
    <w:p>
      <w:pPr>
        <w:jc w:val="right"/>
      </w:pPr>
      <w:r>
        <w:t>اور نئے سرے سے آپ ایک کام کریں۔</w:t>
      </w:r>
    </w:p>
    <w:p>
      <w:r>
        <w:rPr>
          <w:b/>
        </w:rPr>
        <w:t xml:space="preserve">[17:37] </w:t>
      </w:r>
      <w:r>
        <w:t>unhon ne yeh bhi keh diya ke mein yeh koi salary jo bhi aap de dein wohi kafi hai.</w:t>
      </w:r>
    </w:p>
    <w:p>
      <w:pPr>
        <w:jc w:val="right"/>
      </w:pPr>
      <w:r>
        <w:t>انہوں نے یہ بھی کہہ دیا کہ میں یہ کوئی سیلری جو بھی آپ دے دیں وہی کافی ہے۔</w:t>
      </w:r>
    </w:p>
    <w:p>
      <w:r>
        <w:rPr>
          <w:b/>
        </w:rPr>
        <w:t xml:space="preserve">[17:42] </w:t>
      </w:r>
      <w:r>
        <w:t>mujhe koi aap ki taraf meri taraf se koi demand nahi hai.</w:t>
      </w:r>
    </w:p>
    <w:p>
      <w:pPr>
        <w:jc w:val="right"/>
      </w:pPr>
      <w:r>
        <w:t>مجھے کوئی آپ کی طرف میری طرف سے کوئی ڈیمانڈ نہیں ہے۔</w:t>
      </w:r>
    </w:p>
    <w:p>
      <w:r>
        <w:rPr>
          <w:b/>
        </w:rPr>
        <w:t xml:space="preserve">[17:46] </w:t>
      </w:r>
      <w:r>
        <w:t>lekin aap jante hain kya hua? Pakistani government ne in ko permit nahi kiya.</w:t>
      </w:r>
    </w:p>
    <w:p>
      <w:pPr>
        <w:jc w:val="right"/>
      </w:pPr>
      <w:r>
        <w:t>لیکن آپ جانتے ہیں کیا ہوا؟ پاکستانی گورنمنٹ نے ان کو پرمٹ نہیں کیا۔</w:t>
      </w:r>
    </w:p>
    <w:p>
      <w:r>
        <w:rPr>
          <w:b/>
        </w:rPr>
        <w:t xml:space="preserve">[17:51] </w:t>
      </w:r>
      <w:r>
        <w:t>kyun? unhon ne kaha ke Dr. Abdul Salam Qadiyani hain.</w:t>
      </w:r>
    </w:p>
    <w:p>
      <w:pPr>
        <w:jc w:val="right"/>
      </w:pPr>
      <w:r>
        <w:t>کیوں؟ انہوں نے کہا کہ ڈاکٹر عبدالسلام قادیانی ہیں۔</w:t>
      </w:r>
    </w:p>
    <w:p>
      <w:r>
        <w:rPr>
          <w:b/>
        </w:rPr>
        <w:t xml:space="preserve">[17:56] </w:t>
      </w:r>
      <w:r>
        <w:t>woh hamare ladkon ko kharab kar dega.</w:t>
      </w:r>
    </w:p>
    <w:p>
      <w:pPr>
        <w:jc w:val="right"/>
      </w:pPr>
      <w:r>
        <w:t>وہ ہمارے لڑکوں کو خراب کر دیں گے۔</w:t>
      </w:r>
    </w:p>
    <w:p>
      <w:r>
        <w:rPr>
          <w:b/>
        </w:rPr>
        <w:t xml:space="preserve">[18:00] </w:t>
      </w:r>
      <w:r>
        <w:t>yeh bilashubah ek absurd baat thi. doctor abdul salam ka baap zaroor tha qadiyani. doctor abdul salam to sirf ek scientist the. yeh ek waqia hai ke un ke baap the qadiyani. lekin beta jo hai woh qadiyani nahi tha. woh sirf ek scientist tha. bas aur kuch nahi. aur kuch nahi. pakistan ke logon ne yeh jaana hai ke scientist jo true science</w:t>
      </w:r>
    </w:p>
    <w:p>
      <w:pPr>
        <w:jc w:val="right"/>
      </w:pPr>
      <w:r>
        <w:t>یہ بلاشبہ ایک ایبسرڈ بات تھی۔ ڈاکٹر عبدالسلام کا باپ ضرور تھا قادیانی۔ ڈاکٹر عبدالسلام تو صرف ایک سائنسٹسٹ تھے۔ یہ ایک واقعہ ہے کہ ان کے باپ تھے قادیانی۔ لیکن بیٹا جو ہے وہ قادیانی نہیں تھا۔ وہ صرف ایک سائنسٹسٹ تھا۔ بس اور کچھ نہیں۔ اور کچھ نہیں۔ پاکستان کے لوگوں نے یہ جانا ہے کہ سائنسٹسٹ جو ٹرو سائنس</w:t>
      </w:r>
    </w:p>
    <w:p>
      <w:r>
        <w:rPr>
          <w:b/>
        </w:rPr>
        <w:t xml:space="preserve">[18:30] </w:t>
      </w:r>
      <w:r>
        <w:t>test hota hai woh sirf scientist hota hai. bas.</w:t>
      </w:r>
    </w:p>
    <w:p>
      <w:pPr>
        <w:jc w:val="right"/>
      </w:pPr>
      <w:r>
        <w:t>ٹسٹ ہوتا ہے وہ صرف سائنسٹسٹ ہوتا ہے۔ بس۔</w:t>
      </w:r>
    </w:p>
    <w:p>
      <w:r>
        <w:rPr>
          <w:b/>
        </w:rPr>
        <w:t xml:space="preserve">[18:36] </w:t>
      </w:r>
      <w:r>
        <w:t>to behal unhon ne chaha ke woh mere lafzon mein science of God ko develop karein.</w:t>
      </w:r>
    </w:p>
    <w:p>
      <w:pPr>
        <w:jc w:val="right"/>
      </w:pPr>
      <w:r>
        <w:t>تو بہرحال انہوں نے چاہا کہ وہ میرے لفظوں میں سائنس آف گاڈ کو ڈویلپ کریں۔</w:t>
      </w:r>
    </w:p>
    <w:p>
      <w:r>
        <w:rPr>
          <w:b/>
        </w:rPr>
        <w:t xml:space="preserve">[18:42] </w:t>
      </w:r>
      <w:r>
        <w:t>aur apni zindagi isi par dedicate kar dein.</w:t>
      </w:r>
    </w:p>
    <w:p>
      <w:pPr>
        <w:jc w:val="right"/>
      </w:pPr>
      <w:r>
        <w:t>اور اپنی زندگی اسی پر ڈیڈیکیٹ کر دیں۔</w:t>
      </w:r>
    </w:p>
    <w:p>
      <w:r>
        <w:rPr>
          <w:b/>
        </w:rPr>
        <w:t xml:space="preserve">[18:48] </w:t>
      </w:r>
      <w:r>
        <w:t>balkay aik generation banayein generation jo un ke baad kaam karti rahe. aik team.</w:t>
      </w:r>
    </w:p>
    <w:p>
      <w:pPr>
        <w:jc w:val="right"/>
      </w:pPr>
      <w:r>
        <w:t>بلکہ ایک جنریشن بنائیں جنریشن جو ان کے بعد کام کرتی رہے۔ ایک ٹیم۔</w:t>
      </w:r>
    </w:p>
    <w:p>
      <w:r>
        <w:rPr>
          <w:b/>
        </w:rPr>
        <w:t xml:space="preserve">[18:54] </w:t>
      </w:r>
      <w:r>
        <w:t>lekin jo narrow mindedness hai hamare Muslim logon mein jo kattar pan hai, jo</w:t>
      </w:r>
    </w:p>
    <w:p>
      <w:pPr>
        <w:jc w:val="right"/>
      </w:pPr>
      <w:r>
        <w:t>لیکن جو نیرو مائنڈڈنس ہے ہمارے مسلم لوگوں میں جو کٹر پن ہے، جو</w:t>
      </w:r>
    </w:p>
    <w:p>
      <w:r>
        <w:rPr>
          <w:b/>
        </w:rPr>
        <w:t xml:space="preserve">[19:00] </w:t>
      </w:r>
      <w:r>
        <w:t>extremism hai jis ka islam se koi talluq nahi. is extremism ka islam se koi talluq nahi. rasool Allah sal Allah aleh wasallam ne jo bohat hi critical safar kiya tha makkah se madinah ka migration ke waqt. aap jante hain guide kis ko banaya tha? ek mushrik ko. abdullah ibn arqat. abdullah ibn arqat ko aap ki guidance mein aap teen sau mil ka sa</w:t>
      </w:r>
    </w:p>
    <w:p>
      <w:pPr>
        <w:jc w:val="right"/>
      </w:pPr>
      <w:r>
        <w:t>ایکسٹریمزم ہے جس کا اسلام سے کوئی تعلق نہیں۔ اس ایکسٹریمزم کا اسلام سے کوئی تعلق نہیں۔ رسول اللہ صلی اللہ علیہ وسلم نے جو بہت ہی کریٹیکل سفر کیا تھا مکہ سے مدینہ کا مائیگریشن کے وقت۔ آپ جانتے ہیں گائیڈ کس کو بنایا تھا؟ ایک مشرک کو۔ عبداللہ ابن ارقط۔ عبداللہ ابن ارقط کو آپ کی گائیڈنس میں آپ تین سو میل کا س</w:t>
      </w:r>
    </w:p>
    <w:p>
      <w:r>
        <w:rPr>
          <w:b/>
        </w:rPr>
        <w:t xml:space="preserve">[19:30] </w:t>
      </w:r>
      <w:r>
        <w:t>far kiya jo is jis mein ke har waqt jaan ka khatra tha.</w:t>
      </w:r>
    </w:p>
    <w:p>
      <w:pPr>
        <w:jc w:val="right"/>
      </w:pPr>
      <w:r>
        <w:t>فر کیا جو اس جس میں کہ ہر وقت جان کا خطرہ تھا۔</w:t>
      </w:r>
    </w:p>
    <w:p>
      <w:r>
        <w:rPr>
          <w:b/>
        </w:rPr>
        <w:t xml:space="preserve">[19:36] </w:t>
      </w:r>
      <w:r>
        <w:t>aur bohat se qisse bata sakta hoon mein.</w:t>
      </w:r>
    </w:p>
    <w:p>
      <w:pPr>
        <w:jc w:val="right"/>
      </w:pPr>
      <w:r>
        <w:t>اور بہت سے قصے بتا سکتا ہوں میں۔</w:t>
      </w:r>
    </w:p>
    <w:p>
      <w:r>
        <w:rPr>
          <w:b/>
        </w:rPr>
        <w:t xml:space="preserve">[19:41] </w:t>
      </w:r>
      <w:r>
        <w:t>to behal yeh is ka Islam se koi talluq nahi tha.</w:t>
      </w:r>
    </w:p>
    <w:p>
      <w:pPr>
        <w:jc w:val="right"/>
      </w:pPr>
      <w:r>
        <w:t>تو بہرحال یہ اس کا اسلام سے کوئی تعلق نہیں تھا۔</w:t>
      </w:r>
    </w:p>
    <w:p>
      <w:r>
        <w:rPr>
          <w:b/>
        </w:rPr>
        <w:t xml:space="preserve">[19:46] </w:t>
      </w:r>
      <w:r>
        <w:t>yeh tha kattar pan, extremism, narrow mindedness.</w:t>
      </w:r>
    </w:p>
    <w:p>
      <w:pPr>
        <w:jc w:val="right"/>
      </w:pPr>
      <w:r>
        <w:t>یہ تھا کٹر پن، ایکسٹریمزم، نیرو مائنڈڈنس۔</w:t>
      </w:r>
    </w:p>
    <w:p>
      <w:r>
        <w:rPr>
          <w:b/>
        </w:rPr>
        <w:t xml:space="preserve">[19:51] </w:t>
      </w:r>
      <w:r>
        <w:t>aur sab se barh kar yeh ke unhein pata hi nahi tha in saare logon ko ke Khuda</w:t>
      </w:r>
    </w:p>
    <w:p>
      <w:pPr>
        <w:jc w:val="right"/>
      </w:pPr>
      <w:r>
        <w:t>اور سب سے بڑھ کر یہ کہ انہیں پتہ ہی نہیں تھا ان سارے لوگوں کو کہ خدا</w:t>
      </w:r>
    </w:p>
    <w:p>
      <w:r>
        <w:rPr>
          <w:b/>
        </w:rPr>
        <w:t xml:space="preserve">[19:56] </w:t>
      </w:r>
      <w:r>
        <w:t>ne aik bohat hi bara bohat bari opportunity kholi hai.</w:t>
      </w:r>
    </w:p>
    <w:p>
      <w:pPr>
        <w:jc w:val="right"/>
      </w:pPr>
      <w:r>
        <w:t>نے ایک بہت ہی بڑا بہت بڑی اپرچونیٹی کھولی ہے۔</w:t>
      </w:r>
    </w:p>
    <w:p>
      <w:r>
        <w:rPr>
          <w:b/>
        </w:rPr>
        <w:t xml:space="preserve">[20:01] </w:t>
      </w:r>
      <w:r>
        <w:t>scientific revolution ne pehli baar, pehli baar, pehli baar woh framework diya hai jis par aap sahi</w:t>
      </w:r>
    </w:p>
    <w:p>
      <w:pPr>
        <w:jc w:val="right"/>
      </w:pPr>
      <w:r>
        <w:t>سائنٹیفک ریولوشن نے پہلی بار، پہلی بار، پہلی بار وہ فریم ورک دیا ہے جس پر آپ صحیح</w:t>
      </w:r>
    </w:p>
    <w:p>
      <w:r>
        <w:rPr>
          <w:b/>
        </w:rPr>
        <w:t xml:space="preserve">[20:05] </w:t>
      </w:r>
      <w:r>
        <w:t>maano mein aik Islamic theology develop kar sakein.</w:t>
      </w:r>
    </w:p>
    <w:p>
      <w:pPr>
        <w:jc w:val="right"/>
      </w:pPr>
      <w:r>
        <w:t>معنوں میں ایک اسلامک تھیالوجی ڈویلپ کر سکیں۔</w:t>
      </w:r>
    </w:p>
    <w:p>
      <w:r>
        <w:rPr>
          <w:b/>
        </w:rPr>
        <w:t xml:space="preserve">[20:09] </w:t>
      </w:r>
      <w:r>
        <w:t>science of God develop kar sakein.</w:t>
      </w:r>
    </w:p>
    <w:p>
      <w:pPr>
        <w:jc w:val="right"/>
      </w:pPr>
      <w:r>
        <w:t>سائنس آف گاڈ ڈویلپ کر سکیں۔</w:t>
      </w:r>
    </w:p>
    <w:p>
      <w:r>
        <w:rPr>
          <w:b/>
        </w:rPr>
        <w:t xml:space="preserve">[20:13] </w:t>
      </w:r>
      <w:r>
        <w:t>ideology of God develop kar sakein.</w:t>
      </w:r>
    </w:p>
    <w:p>
      <w:pPr>
        <w:jc w:val="right"/>
      </w:pPr>
      <w:r>
        <w:t>آئیڈیالوجی آف گاڈ ڈویلپ کر سکیں۔</w:t>
      </w:r>
    </w:p>
    <w:p>
      <w:r>
        <w:rPr>
          <w:b/>
        </w:rPr>
        <w:t xml:space="preserve">[20:18] </w:t>
      </w:r>
      <w:r>
        <w:t>pehli baar yeh hua tha.</w:t>
      </w:r>
    </w:p>
    <w:p>
      <w:pPr>
        <w:jc w:val="right"/>
      </w:pPr>
      <w:r>
        <w:t>پہلی بار یہ ہوا تھا۔</w:t>
      </w:r>
    </w:p>
    <w:p>
      <w:r>
        <w:rPr>
          <w:b/>
        </w:rPr>
        <w:t xml:space="preserve">[20:22] </w:t>
      </w:r>
      <w:r>
        <w:t>aur quran mein is ka prediction maujood tha.</w:t>
      </w:r>
    </w:p>
    <w:p>
      <w:pPr>
        <w:jc w:val="right"/>
      </w:pPr>
      <w:r>
        <w:t>اور قرآن میں اس کا پریڈکشن موجود تھا۔</w:t>
      </w:r>
    </w:p>
    <w:p>
      <w:r>
        <w:rPr>
          <w:b/>
        </w:rPr>
        <w:t xml:space="preserve">[20:26] </w:t>
      </w:r>
      <w:r>
        <w:t>sanurihim ayatina fi afaq wa fi anfusihim hatta yatabayyana lahum annahu alhaq.</w:t>
      </w:r>
    </w:p>
    <w:p>
      <w:pPr>
        <w:jc w:val="right"/>
      </w:pPr>
      <w:r>
        <w:t>سنوریہم آیاتنا فی آفاق وفی انفسہم حتیٰ یتبین لہم أنه الحق۔</w:t>
      </w:r>
    </w:p>
    <w:p>
      <w:r>
        <w:rPr>
          <w:b/>
        </w:rPr>
        <w:t xml:space="preserve">[20:30] </w:t>
      </w:r>
      <w:r>
        <w:t>yani quran mein</w:t>
      </w:r>
    </w:p>
    <w:p>
      <w:pPr>
        <w:jc w:val="right"/>
      </w:pPr>
      <w:r>
        <w:t>یعنی قرآن میں</w:t>
      </w:r>
    </w:p>
    <w:p>
      <w:r>
        <w:rPr>
          <w:b/>
        </w:rPr>
        <w:t xml:space="preserve">[20:34] </w:t>
      </w:r>
      <w:r>
        <w:t>chauda sau saal pehle bata diya gaya tha ke aisa daur aane wala hai.</w:t>
      </w:r>
    </w:p>
    <w:p>
      <w:pPr>
        <w:jc w:val="right"/>
      </w:pPr>
      <w:r>
        <w:t>چودہ سو سال پہلے بتا دیا گیا تھا کہ ایسا دور آنے والا ہے۔</w:t>
      </w:r>
    </w:p>
    <w:p>
      <w:r>
        <w:rPr>
          <w:b/>
        </w:rPr>
        <w:t xml:space="preserve">[20:40] </w:t>
      </w:r>
      <w:r>
        <w:t>jabke knowledge explosion itna zyada hoga jab ilm ka itna development hoga.</w:t>
      </w:r>
    </w:p>
    <w:p>
      <w:pPr>
        <w:jc w:val="right"/>
      </w:pPr>
      <w:r>
        <w:t>جبکہ نالج ایکسپلوژن اتنا زیادہ ہوگا جب علم کا اتنا ڈویلپمنٹ ہوگا۔</w:t>
      </w:r>
    </w:p>
    <w:p>
      <w:r>
        <w:rPr>
          <w:b/>
        </w:rPr>
        <w:t xml:space="preserve">[20:46] </w:t>
      </w:r>
      <w:r>
        <w:t>aisi nai discoveries hongi ke pehli baar aisa mumkin ho jayega ke science of God ko</w:t>
      </w:r>
    </w:p>
    <w:p>
      <w:pPr>
        <w:jc w:val="right"/>
      </w:pPr>
      <w:r>
        <w:t>ایسی نئی ڈسکوریز ہوں گی کہ پہلی بار ایسا ممکن ہو جائے گا کہ سائنس آف گاڈ کو</w:t>
      </w:r>
    </w:p>
    <w:p>
      <w:r>
        <w:rPr>
          <w:b/>
        </w:rPr>
        <w:t xml:space="preserve">[20:52] </w:t>
      </w:r>
      <w:r>
        <w:t>develop kiya ja sake.</w:t>
      </w:r>
    </w:p>
    <w:p>
      <w:pPr>
        <w:jc w:val="right"/>
      </w:pPr>
      <w:r>
        <w:t>ڈویلپ کیا سکے۔</w:t>
      </w:r>
    </w:p>
    <w:p>
      <w:r>
        <w:rPr>
          <w:b/>
        </w:rPr>
        <w:t xml:space="preserve">[20:58] </w:t>
      </w:r>
      <w:r>
        <w:t>yani reason based ideology of God develop kiya ja sake. Lekin</w:t>
      </w:r>
    </w:p>
    <w:p>
      <w:pPr>
        <w:jc w:val="right"/>
      </w:pPr>
      <w:r>
        <w:t>یعنی ریزن بیسڈ آئیڈیالوجی آف گاڈ ڈویلپ کیا سکے۔ لیکن</w:t>
      </w:r>
    </w:p>
    <w:p>
      <w:r>
        <w:rPr>
          <w:b/>
        </w:rPr>
        <w:t xml:space="preserve">[21:04] </w:t>
      </w:r>
      <w:r>
        <w:t>kisi ko khabar hi nahi.</w:t>
      </w:r>
    </w:p>
    <w:p>
      <w:pPr>
        <w:jc w:val="right"/>
      </w:pPr>
      <w:r>
        <w:t>کسی کو خبر ہی نہیں۔</w:t>
      </w:r>
    </w:p>
    <w:p>
      <w:r>
        <w:rPr>
          <w:b/>
        </w:rPr>
        <w:t xml:space="preserve">[21:12] </w:t>
      </w:r>
      <w:r>
        <w:t>gharz yeh ke doctor abdul salam bohat hi dukh ke sath woh gaye nahi Pakistan aur mar gaye bahar bahar.</w:t>
      </w:r>
    </w:p>
    <w:p>
      <w:pPr>
        <w:jc w:val="right"/>
      </w:pPr>
      <w:r>
        <w:t>غرض یہ کہ ڈاکٹر عبدالسلام بہت ہی دکھ کے ساتھ وہ گئے نہیں پاکستان اور مر گئے باہر باہر۔</w:t>
      </w:r>
    </w:p>
    <w:p>
      <w:r>
        <w:rPr>
          <w:b/>
        </w:rPr>
        <w:t xml:space="preserve">[21:20] </w:t>
      </w:r>
      <w:r>
        <w:t>woh imkan bhi khatam ho gaya.</w:t>
      </w:r>
    </w:p>
    <w:p>
      <w:pPr>
        <w:jc w:val="right"/>
      </w:pPr>
      <w:r>
        <w:t>وہ امکان بھی ختم ہو گیا۔</w:t>
      </w:r>
    </w:p>
    <w:p>
      <w:r>
        <w:rPr>
          <w:b/>
        </w:rPr>
        <w:t xml:space="preserve">[21:28] </w:t>
      </w:r>
      <w:r>
        <w:t>is ke baad kya hua? Khuda ne shayad teesre insan ko select kiya.</w:t>
      </w:r>
    </w:p>
    <w:p>
      <w:pPr>
        <w:jc w:val="right"/>
      </w:pPr>
      <w:r>
        <w:t>اس کے بعد کیا ہوا؟ خدا نے شاید تیسرے انسان کو سلیکٹ کیا۔</w:t>
      </w:r>
    </w:p>
    <w:p>
      <w:r>
        <w:rPr>
          <w:b/>
        </w:rPr>
        <w:t xml:space="preserve">[21:36] </w:t>
      </w:r>
      <w:r>
        <w:t>jo na scientist tha na kuch tha.</w:t>
      </w:r>
    </w:p>
    <w:p>
      <w:pPr>
        <w:jc w:val="right"/>
      </w:pPr>
      <w:r>
        <w:t>جو نہ سائنسٹسٹ تھا نہ کچھ تھا۔</w:t>
      </w:r>
    </w:p>
    <w:p>
      <w:r>
        <w:rPr>
          <w:b/>
        </w:rPr>
        <w:t xml:space="preserve">[21:43] </w:t>
      </w:r>
      <w:r>
        <w:t>jisko kehte hain qara fall binam man deewana zadan.</w:t>
      </w:r>
    </w:p>
    <w:p>
      <w:pPr>
        <w:jc w:val="right"/>
      </w:pPr>
      <w:r>
        <w:t>جس کو کہتے ہیں قراء فال بنام من دیوانہ زدن۔</w:t>
      </w:r>
    </w:p>
    <w:p>
      <w:r>
        <w:rPr>
          <w:b/>
        </w:rPr>
        <w:t xml:space="preserve">[21:51] </w:t>
      </w:r>
      <w:r>
        <w:t>toh yeh maine likha hai kisi apni kitab mein ke main lucknow mein tha.</w:t>
      </w:r>
    </w:p>
    <w:p>
      <w:pPr>
        <w:jc w:val="right"/>
      </w:pPr>
      <w:r>
        <w:t>تو یہ میں نے لکھا ہے کسی اپنی کتاب میں کہ میں لکھنو میں تھا۔</w:t>
      </w:r>
    </w:p>
    <w:p>
      <w:r>
        <w:rPr>
          <w:b/>
        </w:rPr>
        <w:t xml:space="preserve">[21:58] </w:t>
      </w:r>
      <w:r>
        <w:t>ek zamane mein main lucknow mein hota tha. Ek din</w:t>
      </w:r>
    </w:p>
    <w:p>
      <w:pPr>
        <w:jc w:val="right"/>
      </w:pPr>
      <w:r>
        <w:t>ایک زمانے میں میں لکھنو میں ہوتا تھا۔ ایک دن</w:t>
      </w:r>
    </w:p>
    <w:p>
      <w:r>
        <w:rPr>
          <w:b/>
        </w:rPr>
        <w:t xml:space="preserve">[22:06] </w:t>
      </w:r>
      <w:r>
        <w:t>aisa hua ke zuhr ki azan hui.</w:t>
      </w:r>
    </w:p>
    <w:p>
      <w:pPr>
        <w:jc w:val="right"/>
      </w:pPr>
      <w:r>
        <w:t>ایسا ہوا کہ ظہر کی اذان ہوئی۔</w:t>
      </w:r>
    </w:p>
    <w:p>
      <w:r>
        <w:rPr>
          <w:b/>
        </w:rPr>
        <w:t xml:space="preserve">[22:10] </w:t>
      </w:r>
      <w:r>
        <w:t>main apne kamre se nikla, masjid gaya.</w:t>
      </w:r>
    </w:p>
    <w:p>
      <w:pPr>
        <w:jc w:val="right"/>
      </w:pPr>
      <w:r>
        <w:t>میں اپنے کمرے سے نکلا، مسجد گیا۔</w:t>
      </w:r>
    </w:p>
    <w:p>
      <w:r>
        <w:rPr>
          <w:b/>
        </w:rPr>
        <w:t xml:space="preserve">[22:14] </w:t>
      </w:r>
      <w:r>
        <w:t>wazu kiya aur sunnat parhi.</w:t>
      </w:r>
    </w:p>
    <w:p>
      <w:pPr>
        <w:jc w:val="right"/>
      </w:pPr>
      <w:r>
        <w:t>وضو کیا اور سنت پڑھی۔</w:t>
      </w:r>
    </w:p>
    <w:p>
      <w:r>
        <w:rPr>
          <w:b/>
        </w:rPr>
        <w:t xml:space="preserve">[22:19] </w:t>
      </w:r>
      <w:r>
        <w:t>sunnat parh kar ke mera mamool tha ke main masjid ke ek corner mein baith jata tha.</w:t>
      </w:r>
    </w:p>
    <w:p>
      <w:pPr>
        <w:jc w:val="right"/>
      </w:pPr>
      <w:r>
        <w:t>سنت پڑھ کر کے میرا معمول تھا کہ میں مسجد کے ایک کارنر میں بیٹھ جاتا تھا۔</w:t>
      </w:r>
    </w:p>
    <w:p>
      <w:r>
        <w:rPr>
          <w:b/>
        </w:rPr>
        <w:t xml:space="preserve">[22:23] </w:t>
      </w:r>
      <w:r>
        <w:t>bilkul corner mein.</w:t>
      </w:r>
    </w:p>
    <w:p>
      <w:pPr>
        <w:jc w:val="right"/>
      </w:pPr>
      <w:r>
        <w:t>بالکل کارنر میں۔</w:t>
      </w:r>
    </w:p>
    <w:p>
      <w:r>
        <w:rPr>
          <w:b/>
        </w:rPr>
        <w:t xml:space="preserve">[22:27] </w:t>
      </w:r>
      <w:r>
        <w:t>beech mein kabhi nahi baitha main.</w:t>
      </w:r>
    </w:p>
    <w:p>
      <w:pPr>
        <w:jc w:val="right"/>
      </w:pPr>
      <w:r>
        <w:t>بیچ میں کبھی نہیں بیٹھا میں۔</w:t>
      </w:r>
    </w:p>
    <w:p>
      <w:r>
        <w:rPr>
          <w:b/>
        </w:rPr>
        <w:t xml:space="preserve">[22:31] </w:t>
      </w:r>
      <w:r>
        <w:t>toh sunnat parh kar ke ek corner mein</w:t>
      </w:r>
    </w:p>
    <w:p>
      <w:pPr>
        <w:jc w:val="right"/>
      </w:pPr>
      <w:r>
        <w:t>تو سنت پڑھ کر کے ایک کارنر میں</w:t>
      </w:r>
    </w:p>
    <w:p>
      <w:r>
        <w:rPr>
          <w:b/>
        </w:rPr>
        <w:t xml:space="preserve">[22:36] </w:t>
      </w:r>
      <w:r>
        <w:t>baith gaya. yeh intezar karne laga ke jab jamaat khadi hogi to mein jamaat mein shareek ho jaunga. chup chap baitha hua tha akela. koi aage peechay mere paas nahi tha. us waqt mujhe ek vision aaya. ek vision. bohat hi clear vision. achaanak ek lafz flash kiya mere samne. woh tha god arises. yeh lafz flash kar ke mere</w:t>
      </w:r>
    </w:p>
    <w:p>
      <w:pPr>
        <w:jc w:val="right"/>
      </w:pPr>
      <w:r>
        <w:t>بیٹھ گیا۔ یہ انتظار کرنے لگا کہ جب جماعت کھڑی ہوگی تو میں جماعت میں شریک ہو جاؤں گا۔ چپ چاپ بیٹھا ہوا تھا اکیلا۔ کوئی آگے پیچھے میرے پاس نہیں تھا۔ اس وقت مجھے ایک ویژن آیا۔ ایک ویژن۔ بہت ہی کلیئر ویژن۔ اچانک ایک لفظ فلیش کیا میرے سامنے۔ وہ تھا گاڈ ارائزز۔ یہ لفظ فلیش کر کے میر</w:t>
      </w:r>
    </w:p>
    <w:p>
      <w:r>
        <w:rPr>
          <w:b/>
        </w:rPr>
        <w:t xml:space="preserve">[23:06] </w:t>
      </w:r>
      <w:r>
        <w:t>samne aa gaya god arises. us waqt mein god arises ka poora jo is ka gehra sense hai woh nahi jaanta tha mein. kya matlab hai god arises ka? masjid se nikal kar jab mein aaya to mein ne dictionary waghera mein, kitabon waghera mein dekha to maloom hua ke yeh expression jo hai biblical expression hai. biblical expression. bible mein ek jagah</w:t>
      </w:r>
    </w:p>
    <w:p>
      <w:pPr>
        <w:jc w:val="right"/>
      </w:pPr>
      <w:r>
        <w:t>ے سامنے آگیا گاڈ ارائزز۔ اس وقت میں گاڈ ارائزز کا پورا جو اس کا گہرا سینس ہے وہ نہیں جانتا تھا میں۔ کیا مطلب ہے گاڈ ارائزز کا؟ مسجد سے نکل کر جب میں آیا تو میں نے ڈکشنری وغیرہ میں، کتابوں وغیرہ میں دیکھا تو معلوم ہوا کہ یہ ایکسپریشن جو ہے ببلیکل ایکسپریشن ہے۔ ببلیکل ایکسپریشن۔ بائبل میں ایک جگ</w:t>
      </w:r>
    </w:p>
    <w:p>
      <w:r>
        <w:rPr>
          <w:b/>
        </w:rPr>
        <w:t xml:space="preserve">[23:36] </w:t>
      </w:r>
      <w:r>
        <w:t>aaya hai let god arise let his enemies be scattered. khuda uthe is ke dushman tatter bitter hon. let god arise let his enemies be scattered. yahan god ke matlab kya hain? is ka matlab nahi ke khuda utre ga duniya mein. avatar ban kar aayega. yeh matlab nahi hai. ka matlab hai koi khuda ka banda god ki taraf</w:t>
      </w:r>
    </w:p>
    <w:p>
      <w:pPr>
        <w:jc w:val="right"/>
      </w:pPr>
      <w:r>
        <w:t>ہ آیا ہے لیٹ گاڈ ارائز لیٹ ہز اینمیز بی سکیٹرڈ۔ خدا اٹھے اس کے دشمن تتر بتر ہوں۔ لیٹ گاڈ ارائز لیٹ ہز اینمیز بی سکیٹرڈ۔ یہاں گاڈ کے معنی کیا ہیں؟ اس کا مطلب نہیں کہ خدا اوتریت ہوگا دنیا میں۔ اوتار بن کر آئے گا۔ یہ مطلب نہیں ہے۔ کا مطلب ہے کوئی خدا کا بندہ گاڈ کی طرف</w:t>
      </w:r>
    </w:p>
    <w:p>
      <w:r>
        <w:rPr>
          <w:b/>
        </w:rPr>
        <w:t xml:space="preserve">[24:06] </w:t>
      </w:r>
      <w:r>
        <w:t>se yeh karega ke jo log Khuda ke Khuda ke khilaf campaign chala rahe hain toh wahan</w:t>
      </w:r>
    </w:p>
    <w:p>
      <w:pPr>
        <w:jc w:val="right"/>
      </w:pPr>
      <w:r>
        <w:t>سے یہ کرے گا کہ جو لوگ خدا کے خدا کے خلاف کیمپین چلا رہے ہیں تو وہاں</w:t>
      </w:r>
    </w:p>
    <w:p>
      <w:r>
        <w:rPr>
          <w:b/>
        </w:rPr>
        <w:t xml:space="preserve">[24:12] </w:t>
      </w:r>
      <w:r>
        <w:t>uth kar ke woh khuda ki taraf se woh kaam karega.</w:t>
      </w:r>
    </w:p>
    <w:p>
      <w:pPr>
        <w:jc w:val="right"/>
      </w:pPr>
      <w:r>
        <w:t>اٹھ کر کے وہ خدا کی طرف سے وہ کام کرے گا۔</w:t>
      </w:r>
    </w:p>
    <w:p>
      <w:r>
        <w:rPr>
          <w:b/>
        </w:rPr>
        <w:t xml:space="preserve">[24:19] </w:t>
      </w:r>
      <w:r>
        <w:t>god arises yani khuda uthta hai.</w:t>
      </w:r>
    </w:p>
    <w:p>
      <w:pPr>
        <w:jc w:val="right"/>
      </w:pPr>
      <w:r>
        <w:t>گاڈ ارائزز یعنی خدا اٹھتا ہے۔</w:t>
      </w:r>
    </w:p>
    <w:p>
      <w:r>
        <w:rPr>
          <w:b/>
        </w:rPr>
        <w:t xml:space="preserve">[24:25] </w:t>
      </w:r>
      <w:r>
        <w:t>is ka matlab yeh hai ke khuda ki taraf se koi insan uthta hai aur woh woh kaam</w:t>
      </w:r>
    </w:p>
    <w:p>
      <w:pPr>
        <w:jc w:val="right"/>
      </w:pPr>
      <w:r>
        <w:t>اس کا مطلب یہ ہے کہ خدا کی طرف سے کوئی انسان اٹھتا ہے اور وہ وہ کام</w:t>
      </w:r>
    </w:p>
    <w:p>
      <w:r>
        <w:rPr>
          <w:b/>
        </w:rPr>
        <w:t xml:space="preserve">[24:31] </w:t>
      </w:r>
      <w:r>
        <w:t>kar dalta hai</w:t>
      </w:r>
    </w:p>
    <w:p>
      <w:pPr>
        <w:jc w:val="right"/>
      </w:pPr>
      <w:r>
        <w:t>کر ڈالتا ہے</w:t>
      </w:r>
    </w:p>
    <w:p>
      <w:r>
        <w:rPr>
          <w:b/>
        </w:rPr>
        <w:t xml:space="preserve">[24:38] </w:t>
      </w:r>
      <w:r>
        <w:t>jis ki zaroorat hai.</w:t>
      </w:r>
    </w:p>
    <w:p>
      <w:pPr>
        <w:jc w:val="right"/>
      </w:pPr>
      <w:r>
        <w:t>جس کی ضرورت ہے۔</w:t>
      </w:r>
    </w:p>
    <w:p>
      <w:r>
        <w:rPr>
          <w:b/>
        </w:rPr>
        <w:t xml:space="preserve">[24:41] </w:t>
      </w:r>
      <w:r>
        <w:t>yahan se kahani shuru hoti hai teesre insan ki.</w:t>
      </w:r>
    </w:p>
    <w:p>
      <w:pPr>
        <w:jc w:val="right"/>
      </w:pPr>
      <w:r>
        <w:t>یہاں سے کہانی شروع ہوتی ہے تیسرے انسان کی۔</w:t>
      </w:r>
    </w:p>
    <w:p>
      <w:r>
        <w:rPr>
          <w:b/>
        </w:rPr>
        <w:t xml:space="preserve">[24:45] </w:t>
      </w:r>
      <w:r>
        <w:t>teesre insan ki kahani.</w:t>
      </w:r>
    </w:p>
    <w:p>
      <w:pPr>
        <w:jc w:val="right"/>
      </w:pPr>
      <w:r>
        <w:t>تیسرے انسان کی کہانی۔</w:t>
      </w:r>
    </w:p>
    <w:p>
      <w:r>
        <w:rPr>
          <w:b/>
        </w:rPr>
        <w:t xml:space="preserve">[24:49] </w:t>
      </w:r>
      <w:r>
        <w:t>to main scientist nahi tha.</w:t>
      </w:r>
    </w:p>
    <w:p>
      <w:pPr>
        <w:jc w:val="right"/>
      </w:pPr>
      <w:r>
        <w:t>تو میں سائنسٹسٹ نہیں تھا۔</w:t>
      </w:r>
    </w:p>
    <w:p>
      <w:r>
        <w:rPr>
          <w:b/>
        </w:rPr>
        <w:t xml:space="preserve">[24:53] </w:t>
      </w:r>
      <w:r>
        <w:t>mere andar koi salahiyat nahi thi.</w:t>
      </w:r>
    </w:p>
    <w:p>
      <w:pPr>
        <w:jc w:val="right"/>
      </w:pPr>
      <w:r>
        <w:t>میرے اندر کوئی صلاحیت نہیں تھی۔</w:t>
      </w:r>
    </w:p>
    <w:p>
      <w:r>
        <w:rPr>
          <w:b/>
        </w:rPr>
        <w:t xml:space="preserve">[24:57] </w:t>
      </w:r>
      <w:r>
        <w:t>lekin main keh sakta hoon ke main is ke liye deewana ho gaya.</w:t>
      </w:r>
    </w:p>
    <w:p>
      <w:pPr>
        <w:jc w:val="right"/>
      </w:pPr>
      <w:r>
        <w:t>لیکن میں کہہ سکتا ہوں کہ میں اس کے لئے دیوانہ ہو گیا۔</w:t>
      </w:r>
    </w:p>
    <w:p>
      <w:r>
        <w:rPr>
          <w:b/>
        </w:rPr>
        <w:t xml:space="preserve">[25:00] </w:t>
      </w:r>
      <w:r>
        <w:t>deewana ho gaya.</w:t>
      </w:r>
    </w:p>
    <w:p>
      <w:pPr>
        <w:jc w:val="right"/>
      </w:pPr>
      <w:r>
        <w:t>دیوانہ ہو گیا۔</w:t>
      </w:r>
    </w:p>
    <w:p>
      <w:r>
        <w:rPr>
          <w:b/>
        </w:rPr>
        <w:t xml:space="preserve">[25:04] </w:t>
      </w:r>
      <w:r>
        <w:t>ke main is</w:t>
      </w:r>
    </w:p>
    <w:p>
      <w:pPr>
        <w:jc w:val="right"/>
      </w:pPr>
      <w:r>
        <w:t>کہ میں اس</w:t>
      </w:r>
    </w:p>
    <w:p>
      <w:r>
        <w:rPr>
          <w:b/>
        </w:rPr>
        <w:t xml:space="preserve">[25:08] </w:t>
      </w:r>
      <w:r>
        <w:t>subject کو پڑھوں جو سارا کا سارا English میں تھا۔</w:t>
      </w:r>
    </w:p>
    <w:p>
      <w:pPr>
        <w:jc w:val="right"/>
      </w:pPr>
      <w:r>
        <w:t>سبجیکٹ کو پڑھوں جو سارا کا سارا انگلش میں تھا۔</w:t>
      </w:r>
    </w:p>
    <w:p>
      <w:r>
        <w:rPr>
          <w:b/>
        </w:rPr>
        <w:t xml:space="preserve">[25:13] </w:t>
      </w:r>
      <w:r>
        <w:t>is subject ko parhoon, science ko parhoon.</w:t>
      </w:r>
    </w:p>
    <w:p>
      <w:pPr>
        <w:jc w:val="right"/>
      </w:pPr>
      <w:r>
        <w:t>اس سبجیکٹ کو پڑھوں، سائنس کو پڑھوں۔</w:t>
      </w:r>
    </w:p>
    <w:p>
      <w:r>
        <w:rPr>
          <w:b/>
        </w:rPr>
        <w:t xml:space="preserve">[25:18] </w:t>
      </w:r>
      <w:r>
        <w:t>aur khuda ke liye scientific yani scientific reason par base kar ke khuda ka concept develop karun.</w:t>
      </w:r>
    </w:p>
    <w:p>
      <w:pPr>
        <w:jc w:val="right"/>
      </w:pPr>
      <w:r>
        <w:t>اور خدا کے لئے سائنٹیفک یعنی سائنٹیفک ریزن پر بیس کر کے خدا کا کانسپٹ ڈویلپ کروں۔</w:t>
      </w:r>
    </w:p>
    <w:p>
      <w:r>
        <w:rPr>
          <w:b/>
        </w:rPr>
        <w:t xml:space="preserve">[25:23] </w:t>
      </w:r>
      <w:r>
        <w:t>yani science of god.</w:t>
      </w:r>
    </w:p>
    <w:p>
      <w:pPr>
        <w:jc w:val="right"/>
      </w:pPr>
      <w:r>
        <w:t>یعنی سائنس آف گاڈ۔</w:t>
      </w:r>
    </w:p>
    <w:p>
      <w:r>
        <w:rPr>
          <w:b/>
        </w:rPr>
        <w:t xml:space="preserve">[25:28] </w:t>
      </w:r>
      <w:r>
        <w:t>yeh lambi kahani hai.</w:t>
      </w:r>
    </w:p>
    <w:p>
      <w:pPr>
        <w:jc w:val="right"/>
      </w:pPr>
      <w:r>
        <w:t>یہ لمبی کہانی ہے۔</w:t>
      </w:r>
    </w:p>
    <w:p>
      <w:r>
        <w:rPr>
          <w:b/>
        </w:rPr>
        <w:t xml:space="preserve">[25:33] </w:t>
      </w:r>
      <w:r>
        <w:t>kal parson aisa hua ke</w:t>
      </w:r>
    </w:p>
    <w:p>
      <w:pPr>
        <w:jc w:val="right"/>
      </w:pPr>
      <w:r>
        <w:t>کل پرسوں ایسا ہوا کہ</w:t>
      </w:r>
    </w:p>
    <w:p>
      <w:r>
        <w:rPr>
          <w:b/>
        </w:rPr>
        <w:t xml:space="preserve">[25:38] </w:t>
      </w:r>
      <w:r>
        <w:t>main radio sun raha tha.</w:t>
      </w:r>
    </w:p>
    <w:p>
      <w:pPr>
        <w:jc w:val="right"/>
      </w:pPr>
      <w:r>
        <w:t>میں ریڈیو سن رہا تھا۔</w:t>
      </w:r>
    </w:p>
    <w:p>
      <w:r>
        <w:rPr>
          <w:b/>
        </w:rPr>
        <w:t xml:space="preserve">[25:42] </w:t>
      </w:r>
      <w:r>
        <w:t>to radio mein aaj tak mujhe nahi pata ke kahan kon si news kahan se aati hai.</w:t>
      </w:r>
    </w:p>
    <w:p>
      <w:pPr>
        <w:jc w:val="right"/>
      </w:pPr>
      <w:r>
        <w:t>تو ریڈیو میں آج تک مجھے نہیں پتہ کہ کہاں کون سی نیوز کہاں سے آتی ہے۔</w:t>
      </w:r>
    </w:p>
    <w:p>
      <w:r>
        <w:rPr>
          <w:b/>
        </w:rPr>
        <w:t xml:space="preserve">[25:47] </w:t>
      </w:r>
      <w:r>
        <w:t>kon sa item kahan se aata hai.</w:t>
      </w:r>
    </w:p>
    <w:p>
      <w:pPr>
        <w:jc w:val="right"/>
      </w:pPr>
      <w:r>
        <w:t>کون سا آئٹم کہاں سے آتا ہے۔</w:t>
      </w:r>
    </w:p>
    <w:p>
      <w:r>
        <w:rPr>
          <w:b/>
        </w:rPr>
        <w:t xml:space="preserve">[25:51] </w:t>
      </w:r>
      <w:r>
        <w:t>mujhe apne telephone number bhi nahi maloom.</w:t>
      </w:r>
    </w:p>
    <w:p>
      <w:pPr>
        <w:jc w:val="right"/>
      </w:pPr>
      <w:r>
        <w:t>مجھے اپنے ٹیلی فون نمبر بھی نہیں معلوم۔</w:t>
      </w:r>
    </w:p>
    <w:p>
      <w:r>
        <w:rPr>
          <w:b/>
        </w:rPr>
        <w:t xml:space="preserve">[25:56] </w:t>
      </w:r>
      <w:r>
        <w:t>to main ghumata rehta hoon.</w:t>
      </w:r>
    </w:p>
    <w:p>
      <w:pPr>
        <w:jc w:val="right"/>
      </w:pPr>
      <w:r>
        <w:t>تو میں گھماتا رہتا ہوں۔</w:t>
      </w:r>
    </w:p>
    <w:p>
      <w:r>
        <w:rPr>
          <w:b/>
        </w:rPr>
        <w:t xml:space="preserve">[26:00] </w:t>
      </w:r>
      <w:r>
        <w:t>to ek jagah awaz aane lagi gaane ki.</w:t>
      </w:r>
    </w:p>
    <w:p>
      <w:pPr>
        <w:jc w:val="right"/>
      </w:pPr>
      <w:r>
        <w:t>تو ایک جگہ آواز آنے لگی گانے کی۔</w:t>
      </w:r>
    </w:p>
    <w:p>
      <w:r>
        <w:rPr>
          <w:b/>
        </w:rPr>
        <w:t xml:space="preserve">[26:04] </w:t>
      </w:r>
      <w:r>
        <w:t>ek aurat bari dard bhari awaz ga rahi thi.</w:t>
      </w:r>
    </w:p>
    <w:p>
      <w:pPr>
        <w:jc w:val="right"/>
      </w:pPr>
      <w:r>
        <w:t>ایک عورت بڑی درد بھری آواز گا رہی تھی۔</w:t>
      </w:r>
    </w:p>
    <w:p>
      <w:r>
        <w:rPr>
          <w:b/>
        </w:rPr>
        <w:t xml:space="preserve">[26:09] </w:t>
      </w:r>
      <w:r>
        <w:t>ke saiyan tore kaaran mein jogan ban jaungi. yeh tha is mein. saiyan tore kaaran mein jogan ban jaungi. to mein achaanak rone laga. mein ne kaha khudaaya! mein tere liye jogi jogan ban gaya. is ki gawahi meri maa ne di. meri maa</w:t>
      </w:r>
    </w:p>
    <w:p>
      <w:pPr>
        <w:jc w:val="right"/>
      </w:pPr>
      <w:r>
        <w:t>کہ سیاں تورے کارن میں جوگن بن جاؤں گی۔ یہ تھا اس میں۔ سیاں تورے کارن میں جوگن بن جاؤں گی۔ تو میں اچانک رونے لگا۔ میں نے کہا خدایا! میں تیرے لئے جوگی جوگن بن گیا۔ اس کی گواہی میری ماں نے دی۔ میری ماں</w:t>
      </w:r>
    </w:p>
    <w:p>
      <w:r>
        <w:rPr>
          <w:b/>
        </w:rPr>
        <w:t xml:space="preserve">[26:39] </w:t>
      </w:r>
      <w:r>
        <w:t>jo bohat hi intelligent theen kaha karti theen mere bare mein ke rehli baban woh dehati zaban bolti theen. rehli baban bheli dhoop jaat jaat hum kaisan hoop. mere bare mein kehti theen ke main achhe family mein paida hua. brahman family mein goya ke. lekin ek mazdoor jaisa ban gaya. dhobi yani aam kapde ka mazdoor. aage mera</w:t>
      </w:r>
    </w:p>
    <w:p>
      <w:pPr>
        <w:jc w:val="right"/>
      </w:pPr>
      <w:r>
        <w:t>جو بہت ہی انٹیلیجنٹ تھیں کہا کرتی تھیں میرے بارے میں کہ رحلی بابن وہ دیہاتی زبان بولتی تھیں۔ رحلی بابن بھیلی دھوپ جات جات ہم کیسن ہوپ۔ میرے بارے میں کہتی تھیں کہ میں اچھے فیملی میں پیدا ہوا۔ براہمن فیملی میں گویا کہ۔ لیکن ایک مزدور جیسا بن گیا۔ دھوپی یعنی عام کپڑے کا مزدور۔ آگے میرا</w:t>
      </w:r>
    </w:p>
    <w:p>
      <w:r>
        <w:rPr>
          <w:b/>
        </w:rPr>
        <w:t xml:space="preserve">[27:09] </w:t>
      </w:r>
      <w:r>
        <w:t>kya anjam hoga? hamesha mere bare mein shakk mein rehti thi ke mera kya anjam hoga? to aksar</w:t>
      </w:r>
    </w:p>
    <w:p>
      <w:pPr>
        <w:jc w:val="right"/>
      </w:pPr>
      <w:r>
        <w:t>کیا انجام ہوگا؟ ہمیشہ میرے بارے میں شک میں رہتی تھیں کہ میرا کیا انجام ہوگا؟ تو اکثر</w:t>
      </w:r>
    </w:p>
    <w:p>
      <w:r>
        <w:rPr>
          <w:b/>
        </w:rPr>
        <w:t xml:space="preserve">[27:15] </w:t>
      </w:r>
      <w:r>
        <w:t>yeh kaha karti thi.</w:t>
      </w:r>
    </w:p>
    <w:p>
      <w:pPr>
        <w:jc w:val="right"/>
      </w:pPr>
      <w:r>
        <w:t>یہ کہا کرتی تھیں۔</w:t>
      </w:r>
    </w:p>
    <w:p>
      <w:r>
        <w:rPr>
          <w:b/>
        </w:rPr>
        <w:t xml:space="preserve">[27:21] </w:t>
      </w:r>
      <w:r>
        <w:t>rely upon the hope.</w:t>
      </w:r>
    </w:p>
    <w:p>
      <w:pPr>
        <w:jc w:val="right"/>
      </w:pPr>
      <w:r>
        <w:t>رحلی بابن بھیلی دھوپ جات جات ہم کیسن ہوپ۔</w:t>
      </w:r>
    </w:p>
    <w:p>
      <w:r>
        <w:rPr>
          <w:b/>
        </w:rPr>
        <w:t xml:space="preserve">[27:27] </w:t>
      </w:r>
      <w:r>
        <w:t>to mein ne kaha khudaaya!</w:t>
      </w:r>
    </w:p>
    <w:p>
      <w:pPr>
        <w:jc w:val="right"/>
      </w:pPr>
      <w:r>
        <w:t>تو میں نے کہا خدایا!</w:t>
      </w:r>
    </w:p>
    <w:p>
      <w:r>
        <w:rPr>
          <w:b/>
        </w:rPr>
        <w:t xml:space="preserve">[27:33] </w:t>
      </w:r>
      <w:r>
        <w:t>mein tere liye jogi jogan ban gaya.</w:t>
      </w:r>
    </w:p>
    <w:p>
      <w:pPr>
        <w:jc w:val="right"/>
      </w:pPr>
      <w:r>
        <w:t>میں تیرے لئے جوگی جوگن بن گیا۔</w:t>
      </w:r>
    </w:p>
    <w:p>
      <w:r>
        <w:rPr>
          <w:b/>
        </w:rPr>
        <w:t xml:space="preserve">[27:39] </w:t>
      </w:r>
      <w:r>
        <w:t>jis ki gawahi meri maa ne di.</w:t>
      </w:r>
    </w:p>
    <w:p>
      <w:pPr>
        <w:jc w:val="right"/>
      </w:pPr>
      <w:r>
        <w:t>جس کی گواہی میری ماں نے دی۔</w:t>
      </w:r>
    </w:p>
    <w:p>
      <w:r>
        <w:rPr>
          <w:b/>
        </w:rPr>
        <w:t xml:space="preserve">[27:44] </w:t>
      </w:r>
      <w:r>
        <w:t>phir mujhe yaad aaya ke ek kitaab hai freedom at midnight.</w:t>
      </w:r>
    </w:p>
    <w:p>
      <w:pPr>
        <w:jc w:val="right"/>
      </w:pPr>
      <w:r>
        <w:t>پھر مجھے یاد آیا کہ ایک کتاب ہے فریڈم ایٹ مڈ نائٹ۔</w:t>
      </w:r>
    </w:p>
    <w:p>
      <w:r>
        <w:rPr>
          <w:b/>
        </w:rPr>
        <w:t xml:space="preserve">[27:50] </w:t>
      </w:r>
      <w:r>
        <w:t>freedom at midnight.</w:t>
      </w:r>
    </w:p>
    <w:p>
      <w:pPr>
        <w:jc w:val="right"/>
      </w:pPr>
      <w:r>
        <w:t>فریڈم ایٹ مڈ نائٹ۔</w:t>
      </w:r>
    </w:p>
    <w:p>
      <w:r>
        <w:rPr>
          <w:b/>
        </w:rPr>
        <w:t xml:space="preserve">[27:55] </w:t>
      </w:r>
      <w:r>
        <w:t>do authors ne is ko likha hai india ki azaadi ke bare mein.</w:t>
      </w:r>
    </w:p>
    <w:p>
      <w:pPr>
        <w:jc w:val="right"/>
      </w:pPr>
      <w:r>
        <w:t>دو آتھرز نے اس کو لکھا ہے انڈیا کی آزادی کے بارے میں۔</w:t>
      </w:r>
    </w:p>
    <w:p>
      <w:r>
        <w:rPr>
          <w:b/>
        </w:rPr>
        <w:t xml:space="preserve">[28:00] </w:t>
      </w:r>
      <w:r>
        <w:t>to ek interview hua tha is interview mein ek author ne kaha tha.</w:t>
      </w:r>
    </w:p>
    <w:p>
      <w:pPr>
        <w:jc w:val="right"/>
      </w:pPr>
      <w:r>
        <w:t>تو ایک انٹرویو ہوا تھا اس انٹرویو میں ایک آتھر نے کہا تھا۔</w:t>
      </w:r>
    </w:p>
    <w:p>
      <w:r>
        <w:rPr>
          <w:b/>
        </w:rPr>
        <w:t xml:space="preserve">[28:05] </w:t>
      </w:r>
      <w:r>
        <w:t>yaani unhon ne bohat zyada isi mein</w:t>
      </w:r>
    </w:p>
    <w:p>
      <w:pPr>
        <w:jc w:val="right"/>
      </w:pPr>
      <w:r>
        <w:t>یعنی انہوں نے بہت زیادہ اسی میں</w:t>
      </w:r>
    </w:p>
    <w:p>
      <w:r>
        <w:rPr>
          <w:b/>
        </w:rPr>
        <w:t xml:space="preserve">[28:10] </w:t>
      </w:r>
      <w:r>
        <w:t>apne ko dedicate kar diya tha.</w:t>
      </w:r>
    </w:p>
    <w:p>
      <w:pPr>
        <w:jc w:val="right"/>
      </w:pPr>
      <w:r>
        <w:t>اپنے کو ڈیڈیکیٹ کر دیا تھا۔</w:t>
      </w:r>
    </w:p>
    <w:p>
      <w:r>
        <w:rPr>
          <w:b/>
        </w:rPr>
        <w:t xml:space="preserve">[28:14] </w:t>
      </w:r>
      <w:r>
        <w:t>bohat parha unhon ne.</w:t>
      </w:r>
    </w:p>
    <w:p>
      <w:pPr>
        <w:jc w:val="right"/>
      </w:pPr>
      <w:r>
        <w:t>بہت پڑھا انہوں نے۔</w:t>
      </w:r>
    </w:p>
    <w:p>
      <w:r>
        <w:rPr>
          <w:b/>
        </w:rPr>
        <w:t xml:space="preserve">[28:19] </w:t>
      </w:r>
      <w:r>
        <w:t>kitne magazine, kitne paper, kitni reporten, kitne document.</w:t>
      </w:r>
    </w:p>
    <w:p>
      <w:pPr>
        <w:jc w:val="right"/>
      </w:pPr>
      <w:r>
        <w:t>کتنے میگزین، کتنے پیپر، کتنی رپورٹیں، کتنے ڈاکومنٹ۔</w:t>
      </w:r>
    </w:p>
    <w:p>
      <w:r>
        <w:rPr>
          <w:b/>
        </w:rPr>
        <w:t xml:space="preserve">[28:24] </w:t>
      </w:r>
      <w:r>
        <w:t>raat din, raat din, raat din, raat din, raat din, raat din.</w:t>
      </w:r>
    </w:p>
    <w:p>
      <w:pPr>
        <w:jc w:val="right"/>
      </w:pPr>
      <w:r>
        <w:t>رات دن، رات دن، رات دن، رات دن، رات دن، رات دن۔</w:t>
      </w:r>
    </w:p>
    <w:p>
      <w:r>
        <w:rPr>
          <w:b/>
        </w:rPr>
        <w:t xml:space="preserve">[28:28] </w:t>
      </w:r>
      <w:r>
        <w:t>اس کو بتاتے ہوئے انہوں نے کہا تھا کہ we lived like hermits.</w:t>
      </w:r>
    </w:p>
    <w:p>
      <w:pPr>
        <w:jc w:val="right"/>
      </w:pPr>
      <w:r>
        <w:t>اس کو بتاتے ہوئے انہوں نے کہا تھا کہ وی لیوڈ لائک ہرمیٹس۔</w:t>
      </w:r>
    </w:p>
    <w:p>
      <w:r>
        <w:rPr>
          <w:b/>
        </w:rPr>
        <w:t xml:space="preserve">[28:33] </w:t>
      </w:r>
      <w:r>
        <w:t>do aadmiyon ke bare mein.</w:t>
      </w:r>
    </w:p>
    <w:p>
      <w:pPr>
        <w:jc w:val="right"/>
      </w:pPr>
      <w:r>
        <w:t>دو آدمیوں کے بارے میں۔</w:t>
      </w:r>
    </w:p>
    <w:p>
      <w:r>
        <w:rPr>
          <w:b/>
        </w:rPr>
        <w:t xml:space="preserve">[28:38] </w:t>
      </w:r>
      <w:r>
        <w:t>We lived like hermits and we produced freedom at midnight.</w:t>
      </w:r>
    </w:p>
    <w:p>
      <w:pPr>
        <w:jc w:val="right"/>
      </w:pPr>
      <w:r>
        <w:t>وی لیوڈ لائک ہرمیٹس اینڈ وی پروڈیوسڈ فریڈم ایٹ مڈ نائٹ۔</w:t>
      </w:r>
    </w:p>
    <w:p>
      <w:r>
        <w:rPr>
          <w:b/>
        </w:rPr>
        <w:t xml:space="preserve">[28:43] </w:t>
      </w:r>
      <w:r>
        <w:t>we lived like hermits and we produced freedom at midnight. to mujh par jo kuch guzri hai barsaha bars tak woh isi ki tasweer hai yeh. to khair is ke baad maine ek kitaab likhi. bohat yani kahan kahan maine safar kiya, kin libraryon mein gaya, kitni kitaben ikattha keen, kis kis se mila. woh ek lambi kahani hai. lambi koshish ke baad maine</w:t>
      </w:r>
    </w:p>
    <w:p>
      <w:pPr>
        <w:jc w:val="right"/>
      </w:pPr>
      <w:r>
        <w:t>وی لیوڈ لائک ہرمیٹس اینڈ وی پروڈیوسڈ فریڈم ایٹ مڈ نائٹ۔ تو مجھ پر جو کچھ گزری ہے برسہا برس تک وہ اسی کی تصویر ہے یہ۔ تو خیر اس کے بعد میں نے ایک کتاب لکھی۔ بہت یعنی کہاں کہاں میں نے سفر کیا، کن لائبریریوں میں گیا، کتنی کتابیں اکٹھا کیں، کس کس سے ملا۔ وہ ایک لمبی کہانی ہے۔ لمبی کوشش کے بعد میں نے</w:t>
      </w:r>
    </w:p>
    <w:p>
      <w:r>
        <w:rPr>
          <w:b/>
        </w:rPr>
        <w:t xml:space="preserve">[29:13] </w:t>
      </w:r>
      <w:r>
        <w:t>ek kitaab likhi urdu mein.</w:t>
      </w:r>
    </w:p>
    <w:p>
      <w:pPr>
        <w:jc w:val="right"/>
      </w:pPr>
      <w:r>
        <w:t>ایک کتاب لکھی اردو میں۔</w:t>
      </w:r>
    </w:p>
    <w:p>
      <w:r>
        <w:rPr>
          <w:b/>
        </w:rPr>
        <w:t xml:space="preserve">[29:16] </w:t>
      </w:r>
      <w:r>
        <w:t>is ka naam tha mazhab aur jadeed challenge.</w:t>
      </w:r>
    </w:p>
    <w:p>
      <w:pPr>
        <w:jc w:val="right"/>
      </w:pPr>
      <w:r>
        <w:t>اس کا نام تھا مذہب اور جدید چیلنج۔</w:t>
      </w:r>
    </w:p>
    <w:p>
      <w:r>
        <w:rPr>
          <w:b/>
        </w:rPr>
        <w:t xml:space="preserve">[29:20] </w:t>
      </w:r>
      <w:r>
        <w:t>baad ko yeh kitaab bohat se language mein chhapi.</w:t>
      </w:r>
    </w:p>
    <w:p>
      <w:pPr>
        <w:jc w:val="right"/>
      </w:pPr>
      <w:r>
        <w:t>بعد کو یہ کتاب بہت سے لینگویج میں چھپی۔</w:t>
      </w:r>
    </w:p>
    <w:p>
      <w:r>
        <w:rPr>
          <w:b/>
        </w:rPr>
        <w:t xml:space="preserve">[29:24] </w:t>
      </w:r>
      <w:r>
        <w:t>english mein god rises mein chhapi.</w:t>
      </w:r>
    </w:p>
    <w:p>
      <w:pPr>
        <w:jc w:val="right"/>
      </w:pPr>
      <w:r>
        <w:t>انگلش میں گاڈ رائزز میں چھپی۔</w:t>
      </w:r>
    </w:p>
    <w:p>
      <w:r>
        <w:rPr>
          <w:b/>
        </w:rPr>
        <w:t xml:space="preserve">[29:28] </w:t>
      </w:r>
      <w:r>
        <w:t>english mein god rises, arabic mein islam with united.</w:t>
      </w:r>
    </w:p>
    <w:p>
      <w:pPr>
        <w:jc w:val="right"/>
      </w:pPr>
      <w:r>
        <w:t>انگلش میں گاڈ رائزز، عربک میں الاسلام ویتحدہ۔</w:t>
      </w:r>
    </w:p>
    <w:p>
      <w:r>
        <w:rPr>
          <w:b/>
        </w:rPr>
        <w:t xml:space="preserve">[29:32] </w:t>
      </w:r>
      <w:r>
        <w:t>to is waqt mein lucknow mein tha.</w:t>
      </w:r>
    </w:p>
    <w:p>
      <w:pPr>
        <w:jc w:val="right"/>
      </w:pPr>
      <w:r>
        <w:t>تو اس وقت میں لکھنو میں تھا۔</w:t>
      </w:r>
    </w:p>
    <w:p>
      <w:r>
        <w:rPr>
          <w:b/>
        </w:rPr>
        <w:t xml:space="preserve">[29:36] </w:t>
      </w:r>
      <w:r>
        <w:t>jab mein yeh kitaab likh kar ke mein ne wahan par diya un ko wahan par ek ek</w:t>
      </w:r>
    </w:p>
    <w:p>
      <w:pPr>
        <w:jc w:val="right"/>
      </w:pPr>
      <w:r>
        <w:t>جب میں یہ کتاب لکھ کر کے میں نے وہاں پر دیا ان کو وہاں پر ایک ایک</w:t>
      </w:r>
    </w:p>
    <w:p>
      <w:r>
        <w:rPr>
          <w:b/>
        </w:rPr>
        <w:t xml:space="preserve">[29:40] </w:t>
      </w:r>
      <w:r>
        <w:t>institution tha is ka naam tha</w:t>
      </w:r>
    </w:p>
    <w:p>
      <w:pPr>
        <w:jc w:val="right"/>
      </w:pPr>
      <w:r>
        <w:t>انسٹیٹیوشن تھا اس کا نام تھا</w:t>
      </w:r>
    </w:p>
    <w:p>
      <w:r>
        <w:rPr>
          <w:b/>
        </w:rPr>
        <w:t xml:space="preserve">[29:43] </w:t>
      </w:r>
      <w:r>
        <w:t>academy of islamic research and publications.</w:t>
      </w:r>
    </w:p>
    <w:p>
      <w:pPr>
        <w:jc w:val="right"/>
      </w:pPr>
      <w:r>
        <w:t>اکیڈمی آف اسلامک ریسرچ اینڈ پبلیکیشنز۔</w:t>
      </w:r>
    </w:p>
    <w:p>
      <w:r>
        <w:rPr>
          <w:b/>
        </w:rPr>
        <w:t xml:space="preserve">[29:47] </w:t>
      </w:r>
      <w:r>
        <w:t>is ko mein ne diya chhapne ke liye.</w:t>
      </w:r>
    </w:p>
    <w:p>
      <w:pPr>
        <w:jc w:val="right"/>
      </w:pPr>
      <w:r>
        <w:t>اس کو میں نے دیا چھپنے کے لئے۔</w:t>
      </w:r>
    </w:p>
    <w:p>
      <w:r>
        <w:rPr>
          <w:b/>
        </w:rPr>
        <w:t xml:space="preserve">[29:51] </w:t>
      </w:r>
      <w:r>
        <w:t>to is mein sab ulama log the.</w:t>
      </w:r>
    </w:p>
    <w:p>
      <w:pPr>
        <w:jc w:val="right"/>
      </w:pPr>
      <w:r>
        <w:t>تو اس میں سب علماء لوگ تھے۔</w:t>
      </w:r>
    </w:p>
    <w:p>
      <w:r>
        <w:rPr>
          <w:b/>
        </w:rPr>
        <w:t xml:space="preserve">[29:55] </w:t>
      </w:r>
      <w:r>
        <w:t>to woh woh kuch ghabra se gaye ke is mein saari science ki baatein hain.</w:t>
      </w:r>
    </w:p>
    <w:p>
      <w:pPr>
        <w:jc w:val="right"/>
      </w:pPr>
      <w:r>
        <w:t>تو وہ وہ کچھ گھبرا سے گئے کہ اس میں ساری سائنس کی باتیں ہیں۔</w:t>
      </w:r>
    </w:p>
    <w:p>
      <w:r>
        <w:rPr>
          <w:b/>
        </w:rPr>
        <w:t xml:space="preserve">[29:58] </w:t>
      </w:r>
      <w:r>
        <w:t>to hum kaise chhapen is ko? pata nahin is mein koi galat ho.</w:t>
      </w:r>
    </w:p>
    <w:p>
      <w:pPr>
        <w:jc w:val="right"/>
      </w:pPr>
      <w:r>
        <w:t>تو ہم کیسے چھاپیں اس کو؟ پتہ نہیں اس میں کوئی غلط ہو۔</w:t>
      </w:r>
    </w:p>
    <w:p>
      <w:r>
        <w:rPr>
          <w:b/>
        </w:rPr>
        <w:t xml:space="preserve">[30:02] </w:t>
      </w:r>
      <w:r>
        <w:t>likha to hai ek molvi ne baaten science ki hain.</w:t>
      </w:r>
    </w:p>
    <w:p>
      <w:pPr>
        <w:jc w:val="right"/>
      </w:pPr>
      <w:r>
        <w:t>لکھا تو ہے ایک مولوی نے باتیں سائنس کی ہیں۔</w:t>
      </w:r>
    </w:p>
    <w:p>
      <w:r>
        <w:rPr>
          <w:b/>
        </w:rPr>
        <w:t xml:space="preserve">[30:06] </w:t>
      </w:r>
      <w:r>
        <w:t>to un ki himmat nahin padti thi ke is ko chhapen.</w:t>
      </w:r>
    </w:p>
    <w:p>
      <w:pPr>
        <w:jc w:val="right"/>
      </w:pPr>
      <w:r>
        <w:t>تو ان کی ہمت نہیں پڑتی تھی کہ اس کو چھاپیں۔</w:t>
      </w:r>
    </w:p>
    <w:p>
      <w:r>
        <w:rPr>
          <w:b/>
        </w:rPr>
        <w:t xml:space="preserve">[30:10] </w:t>
      </w:r>
      <w:r>
        <w:t>to lucknow mein is waqt ek sahib the</w:t>
      </w:r>
    </w:p>
    <w:p>
      <w:pPr>
        <w:jc w:val="right"/>
      </w:pPr>
      <w:r>
        <w:t>تو لکھنو میں اس وقت ایک صاحب تھے</w:t>
      </w:r>
    </w:p>
    <w:p>
      <w:r>
        <w:rPr>
          <w:b/>
        </w:rPr>
        <w:t xml:space="preserve">[30:13] </w:t>
      </w:r>
      <w:r>
        <w:t>jo ias officer the. muslim.</w:t>
      </w:r>
    </w:p>
    <w:p>
      <w:pPr>
        <w:jc w:val="right"/>
      </w:pPr>
      <w:r>
        <w:t>جو آئی ایس آفیسر تھے۔ مسلم۔</w:t>
      </w:r>
    </w:p>
    <w:p>
      <w:r>
        <w:rPr>
          <w:b/>
        </w:rPr>
        <w:t xml:space="preserve">[30:17] </w:t>
      </w:r>
      <w:r>
        <w:t>bahut hi intelligent the.</w:t>
      </w:r>
    </w:p>
    <w:p>
      <w:pPr>
        <w:jc w:val="right"/>
      </w:pPr>
      <w:r>
        <w:t>بہت ہی انٹیلیجنٹ تھے۔</w:t>
      </w:r>
    </w:p>
    <w:p>
      <w:r>
        <w:rPr>
          <w:b/>
        </w:rPr>
        <w:t xml:space="preserve">[30:21] </w:t>
      </w:r>
      <w:r>
        <w:t>badi bahut hi zyada study thi un ki.</w:t>
      </w:r>
    </w:p>
    <w:p>
      <w:pPr>
        <w:jc w:val="right"/>
      </w:pPr>
      <w:r>
        <w:t>بڑی بہت ہی زیادہ اسٹڈی تھی ان کی۔</w:t>
      </w:r>
    </w:p>
    <w:p>
      <w:r>
        <w:rPr>
          <w:b/>
        </w:rPr>
        <w:t xml:space="preserve">[30:25] </w:t>
      </w:r>
      <w:r>
        <w:t>bahut mashhoor the wahan musalmanon mein.</w:t>
      </w:r>
    </w:p>
    <w:p>
      <w:pPr>
        <w:jc w:val="right"/>
      </w:pPr>
      <w:r>
        <w:t>بہت مشہور تھے وہاں مسلمانوں میں۔</w:t>
      </w:r>
    </w:p>
    <w:p>
      <w:r>
        <w:rPr>
          <w:b/>
        </w:rPr>
        <w:t xml:space="preserve">[30:29] </w:t>
      </w:r>
      <w:r>
        <w:t>yani top intellectual. lucknow mein.</w:t>
      </w:r>
    </w:p>
    <w:p>
      <w:pPr>
        <w:jc w:val="right"/>
      </w:pPr>
      <w:r>
        <w:t>یعنی ٹاپ انٹلیکچوئل۔ لکھنو میں۔</w:t>
      </w:r>
    </w:p>
    <w:p>
      <w:r>
        <w:rPr>
          <w:b/>
        </w:rPr>
        <w:t xml:space="preserve">[30:33] </w:t>
      </w:r>
      <w:r>
        <w:t>to un logon ne un sahib ko diya ke is ko padho.</w:t>
      </w:r>
    </w:p>
    <w:p>
      <w:pPr>
        <w:jc w:val="right"/>
      </w:pPr>
      <w:r>
        <w:t>تو ان لوگوں نے ان صاحب کو دیا کہ اس کو پڑھو۔</w:t>
      </w:r>
    </w:p>
    <w:p>
      <w:r>
        <w:rPr>
          <w:b/>
        </w:rPr>
        <w:t xml:space="preserve">[30:37] </w:t>
      </w:r>
      <w:r>
        <w:t>yani is ka manuscript diya.</w:t>
      </w:r>
    </w:p>
    <w:p>
      <w:pPr>
        <w:jc w:val="right"/>
      </w:pPr>
      <w:r>
        <w:t>یعنی اس کا منسکرپٹ دیا۔</w:t>
      </w:r>
    </w:p>
    <w:p>
      <w:r>
        <w:rPr>
          <w:b/>
        </w:rPr>
        <w:t xml:space="preserve">[30:40] </w:t>
      </w:r>
      <w:r>
        <w:t>aur batao ke is ko chhapen ke nahin chhapen.</w:t>
      </w:r>
    </w:p>
    <w:p>
      <w:pPr>
        <w:jc w:val="right"/>
      </w:pPr>
      <w:r>
        <w:t>اور بتاؤ کہ اس کو چھاپیں کہ نہیں چھاپیں۔</w:t>
      </w:r>
    </w:p>
    <w:p>
      <w:r>
        <w:rPr>
          <w:b/>
        </w:rPr>
        <w:t xml:space="preserve">[30:44] </w:t>
      </w:r>
      <w:r>
        <w:t>to unhon ne is ko reject kar diya. unhon ne ek letter likha jo abhi tak wahan par koi bhi ja kar dekh sakta hai. academy of Islamic research and publication ke office mein poora file is ka hai. wahan par dekh sakte hain aap. unhon ne likha ke author ka credential kya hai mere bare mein? unhon ne yani Islam aur science par kitaab</w:t>
      </w:r>
    </w:p>
    <w:p>
      <w:pPr>
        <w:jc w:val="right"/>
      </w:pPr>
      <w:r>
        <w:t>تو انہوں نے اس کو ریجیکٹ کر دیا۔ انہوں نے ایک لیٹر لکھا جو ابھی تک وہاں پر کوئی بھی جا کر دیکھ سکتا ہے۔ اکیڈمی آف اسلامک ریسرچ اینڈ پبلیکیشن کے آفس میں پورا فائل اس کا ہے۔ وہاں پر دیکھ سکتے ہیں آپ۔ انہوں نے لکھا کہ آتھر کا کریڈیشل کیا ہے میرے بارے میں؟ انہوں نے یعنی اسلام اور سائنس پر کتاب</w:t>
      </w:r>
    </w:p>
    <w:p>
      <w:r>
        <w:rPr>
          <w:b/>
        </w:rPr>
        <w:t xml:space="preserve">[31:14] </w:t>
      </w:r>
      <w:r>
        <w:t>likhi hai. in ka credential kya hai? to mujh se poocha gaya ke bhai aisa keh rahe hain woh. to maine kaha ke mera credential yeh hai ke is subject par main pehla insan hoon jis ne ek kitaab likhi hai. poore Muslim world mein. main pehla insan hoon. yani modern challenges to Islam jo subject hai. ma</w:t>
      </w:r>
    </w:p>
    <w:p>
      <w:pPr>
        <w:jc w:val="right"/>
      </w:pPr>
      <w:r>
        <w:t>لکھی ہے۔ ان کا کریڈیشل کیا ہے؟ تو مجھ سے پوچھا گیا کہ بھئی ایسا کہہ رہے ہیں وہ۔ تو میں نے کہا کہ میرا کریڈیشل یہ ہے کہ اس سبجیکٹ پر میں پہلا انسان ہوں جس نے ایک کتاب لکھی ہے۔ پورے مسلم ورلڈ میں۔ میں پہلا انسان ہوں۔ یعنی ماڈرن چیلنجز ٹو اسلام جو سبجیکٹ ہے۔ ما</w:t>
      </w:r>
    </w:p>
    <w:p>
      <w:r>
        <w:rPr>
          <w:b/>
        </w:rPr>
        <w:t xml:space="preserve">[31:44] </w:t>
      </w:r>
      <w:r>
        <w:t>drain challenges.</w:t>
      </w:r>
    </w:p>
    <w:p>
      <w:pPr>
        <w:jc w:val="right"/>
      </w:pPr>
      <w:r>
        <w:t>ڈرن چیلنجز۔</w:t>
      </w:r>
    </w:p>
    <w:p>
      <w:r>
        <w:rPr>
          <w:b/>
        </w:rPr>
        <w:t xml:space="preserve">[31:48] </w:t>
      </w:r>
      <w:r>
        <w:t>to is ko main ne pehli bar meet kiya hai aur yeh kitab likhi hai.</w:t>
      </w:r>
    </w:p>
    <w:p>
      <w:pPr>
        <w:jc w:val="right"/>
      </w:pPr>
      <w:r>
        <w:t>تو اس کو میں نے پہلی بار میٹ کیا ہے اور یہ کتاب لکھی ہے۔</w:t>
      </w:r>
    </w:p>
    <w:p>
      <w:r>
        <w:rPr>
          <w:b/>
        </w:rPr>
        <w:t xml:space="preserve">[31:52] </w:t>
      </w:r>
      <w:r>
        <w:t>yahi mera credential hai.</w:t>
      </w:r>
    </w:p>
    <w:p>
      <w:pPr>
        <w:jc w:val="right"/>
      </w:pPr>
      <w:r>
        <w:t>یہی میرا کریڈیشل ہے۔</w:t>
      </w:r>
    </w:p>
    <w:p>
      <w:r>
        <w:rPr>
          <w:b/>
        </w:rPr>
        <w:t xml:space="preserve">[31:55] </w:t>
      </w:r>
      <w:r>
        <w:t>koi kitab is par naam bhi nahin bata sakte aap kisi kitab ka.</w:t>
      </w:r>
    </w:p>
    <w:p>
      <w:pPr>
        <w:jc w:val="right"/>
      </w:pPr>
      <w:r>
        <w:t>کوئی کتاب اس پر نام بھی نہیں بتا سکتے آپ کسی کتاب کا۔</w:t>
      </w:r>
    </w:p>
    <w:p>
      <w:r>
        <w:rPr>
          <w:b/>
        </w:rPr>
        <w:t xml:space="preserve">[31:59] </w:t>
      </w:r>
      <w:r>
        <w:t>to unhon ne jo woh sahib the unhon ne ek galati nikali.</w:t>
      </w:r>
    </w:p>
    <w:p>
      <w:pPr>
        <w:jc w:val="right"/>
      </w:pPr>
      <w:r>
        <w:t>تو انہوں نے جو وہ صاحب تھے انہوں نے ایک غلطی نکالی۔</w:t>
      </w:r>
    </w:p>
    <w:p>
      <w:r>
        <w:rPr>
          <w:b/>
        </w:rPr>
        <w:t xml:space="preserve">[32:03] </w:t>
      </w:r>
      <w:r>
        <w:t>sirf ek galati.</w:t>
      </w:r>
    </w:p>
    <w:p>
      <w:pPr>
        <w:jc w:val="right"/>
      </w:pPr>
      <w:r>
        <w:t>صرف ایک غلطی۔</w:t>
      </w:r>
    </w:p>
    <w:p>
      <w:r>
        <w:rPr>
          <w:b/>
        </w:rPr>
        <w:t xml:space="preserve">[32:07] </w:t>
      </w:r>
      <w:r>
        <w:t>woh kya? meri kitab mein ek jagah surface tension ka zikr tha.</w:t>
      </w:r>
    </w:p>
    <w:p>
      <w:pPr>
        <w:jc w:val="right"/>
      </w:pPr>
      <w:r>
        <w:t>وہ کیا؟ میری کتاب میں ایک جگہ سرفس ٹینشن کا ذکر تھا۔</w:t>
      </w:r>
    </w:p>
    <w:p>
      <w:r>
        <w:rPr>
          <w:b/>
        </w:rPr>
        <w:t xml:space="preserve">[32:11] </w:t>
      </w:r>
      <w:r>
        <w:t>to unhon ne kaha ke surface tension ka jo matlab bataya aap ne</w:t>
      </w:r>
    </w:p>
    <w:p>
      <w:pPr>
        <w:jc w:val="right"/>
      </w:pPr>
      <w:r>
        <w:t>تو انہوں نے کہا کہ سرفس ٹینشن کا جو مطلب بتایا آپ نے</w:t>
      </w:r>
    </w:p>
    <w:p>
      <w:r>
        <w:rPr>
          <w:b/>
        </w:rPr>
        <w:t xml:space="preserve">[32:14] </w:t>
      </w:r>
      <w:r>
        <w:t>woh galat hai.</w:t>
      </w:r>
    </w:p>
    <w:p>
      <w:pPr>
        <w:jc w:val="right"/>
      </w:pPr>
      <w:r>
        <w:t>وہ غلط ہے۔</w:t>
      </w:r>
    </w:p>
    <w:p>
      <w:r>
        <w:rPr>
          <w:b/>
        </w:rPr>
        <w:t xml:space="preserve">[32:17] </w:t>
      </w:r>
      <w:r>
        <w:t>to main ne kya kiya ke main ne dictionary se aur kitabon ke hawale se bataya ke wahi</w:t>
      </w:r>
    </w:p>
    <w:p>
      <w:pPr>
        <w:jc w:val="right"/>
      </w:pPr>
      <w:r>
        <w:t>تو میں نے کیا کیا کہ میں نے ڈکشنری سے اور کتابوں کے حوالے سے بتایا کہ وہی</w:t>
      </w:r>
    </w:p>
    <w:p>
      <w:r>
        <w:rPr>
          <w:b/>
        </w:rPr>
        <w:t xml:space="preserve">[32:20] </w:t>
      </w:r>
      <w:r>
        <w:t>matlab hai jo main ne liya hai.</w:t>
      </w:r>
    </w:p>
    <w:p>
      <w:pPr>
        <w:jc w:val="right"/>
      </w:pPr>
      <w:r>
        <w:t>مطلب ہے جو میں نے لیا ہے۔</w:t>
      </w:r>
    </w:p>
    <w:p>
      <w:r>
        <w:rPr>
          <w:b/>
        </w:rPr>
        <w:t xml:space="preserve">[32:23] </w:t>
      </w:r>
      <w:r>
        <w:t>aap jo keh rahe hain woh galat hai.</w:t>
      </w:r>
    </w:p>
    <w:p>
      <w:pPr>
        <w:jc w:val="right"/>
      </w:pPr>
      <w:r>
        <w:t>آپ جو کہہ رہے ہیں وہ غلط ہے۔</w:t>
      </w:r>
    </w:p>
    <w:p>
      <w:r>
        <w:rPr>
          <w:b/>
        </w:rPr>
        <w:t xml:space="preserve">[32:26] </w:t>
      </w:r>
      <w:r>
        <w:t>main ne is ko do aur do char ki tarah se prove kar diya.</w:t>
      </w:r>
    </w:p>
    <w:p>
      <w:pPr>
        <w:jc w:val="right"/>
      </w:pPr>
      <w:r>
        <w:t>میں نے اس کو دو اور دو چار کی طرح سے پروف کر دیا۔</w:t>
      </w:r>
    </w:p>
    <w:p>
      <w:r>
        <w:rPr>
          <w:b/>
        </w:rPr>
        <w:t xml:space="preserve">[32:29] </w:t>
      </w:r>
      <w:r>
        <w:t>mein jo jis matlab mein sarfas tension liya wahi sahi hai.</w:t>
      </w:r>
    </w:p>
    <w:p>
      <w:pPr>
        <w:jc w:val="right"/>
      </w:pPr>
      <w:r>
        <w:t>میں جو جس مطلب میں سرفس ٹینشن لیا وہی صحیح ہے۔</w:t>
      </w:r>
    </w:p>
    <w:p>
      <w:r>
        <w:rPr>
          <w:b/>
        </w:rPr>
        <w:t xml:space="preserve">[32:32] </w:t>
      </w:r>
      <w:r>
        <w:t>is ke baad woh khamosh ho gaye.</w:t>
      </w:r>
    </w:p>
    <w:p>
      <w:pPr>
        <w:jc w:val="right"/>
      </w:pPr>
      <w:r>
        <w:t>اس کے بعد وہ خاموش ہو گئے۔</w:t>
      </w:r>
    </w:p>
    <w:p>
      <w:r>
        <w:rPr>
          <w:b/>
        </w:rPr>
        <w:t xml:space="preserve">[32:35] </w:t>
      </w:r>
      <w:r>
        <w:t>unhon ne yeh to nahi kaha ke i was wrong.</w:t>
      </w:r>
    </w:p>
    <w:p>
      <w:pPr>
        <w:jc w:val="right"/>
      </w:pPr>
      <w:r>
        <w:t>انہوں نے یہ تو نہیں کہا کہ آئی واز رانگ۔</w:t>
      </w:r>
    </w:p>
    <w:p>
      <w:r>
        <w:rPr>
          <w:b/>
        </w:rPr>
        <w:t xml:space="preserve">[32:38] </w:t>
      </w:r>
      <w:r>
        <w:t>yeh to nahi kaha unhon ne.</w:t>
      </w:r>
    </w:p>
    <w:p>
      <w:pPr>
        <w:jc w:val="right"/>
      </w:pPr>
      <w:r>
        <w:t>یہ تو نہیں کہا انہوں نے۔</w:t>
      </w:r>
    </w:p>
    <w:p>
      <w:r>
        <w:rPr>
          <w:b/>
        </w:rPr>
        <w:t xml:space="preserve">[32:41] </w:t>
      </w:r>
      <w:r>
        <w:t>chup ho gaye.</w:t>
      </w:r>
    </w:p>
    <w:p>
      <w:pPr>
        <w:jc w:val="right"/>
      </w:pPr>
      <w:r>
        <w:t>چپ ہو گئے۔</w:t>
      </w:r>
    </w:p>
    <w:p>
      <w:r>
        <w:rPr>
          <w:b/>
        </w:rPr>
        <w:t xml:space="preserve">[32:44] </w:t>
      </w:r>
      <w:r>
        <w:t>khair phir woh kitab kisi tareeqay se chapi.</w:t>
      </w:r>
    </w:p>
    <w:p>
      <w:pPr>
        <w:jc w:val="right"/>
      </w:pPr>
      <w:r>
        <w:t>خیر پھر وہ کتاب کسی طریقے سے چھپی۔</w:t>
      </w:r>
    </w:p>
    <w:p>
      <w:r>
        <w:rPr>
          <w:b/>
        </w:rPr>
        <w:t xml:space="preserve">[32:48] </w:t>
      </w:r>
      <w:r>
        <w:t>is tarah se yeh kitab bani.</w:t>
      </w:r>
    </w:p>
    <w:p>
      <w:pPr>
        <w:jc w:val="right"/>
      </w:pPr>
      <w:r>
        <w:t>اس طرح سے یہ کتاب بنی۔</w:t>
      </w:r>
    </w:p>
    <w:p>
      <w:r>
        <w:rPr>
          <w:b/>
        </w:rPr>
        <w:t xml:space="preserve">[32:52] </w:t>
      </w:r>
      <w:r>
        <w:t>mislan to aaj bhi yeh kitab jo hai akeli kitab hai is subject par.</w:t>
      </w:r>
    </w:p>
    <w:p>
      <w:pPr>
        <w:jc w:val="right"/>
      </w:pPr>
      <w:r>
        <w:t>مثلاً تو آج بھی یہ کتاب جو ہے اکیلی کتاب ہے اس سبجیکٹ پر۔</w:t>
      </w:r>
    </w:p>
    <w:p>
      <w:r>
        <w:rPr>
          <w:b/>
        </w:rPr>
        <w:t xml:space="preserve">[32:56] </w:t>
      </w:r>
      <w:r>
        <w:t>science of god ke subject par.</w:t>
      </w:r>
    </w:p>
    <w:p>
      <w:pPr>
        <w:jc w:val="right"/>
      </w:pPr>
      <w:r>
        <w:t>سائنس آف گاڈ کے سبجیکٹ پر۔</w:t>
      </w:r>
    </w:p>
    <w:p>
      <w:r>
        <w:rPr>
          <w:b/>
        </w:rPr>
        <w:t xml:space="preserve">[33:00] </w:t>
      </w:r>
      <w:r>
        <w:t>phir mein ne aur bohat si kitabein likhin.</w:t>
      </w:r>
    </w:p>
    <w:p>
      <w:pPr>
        <w:jc w:val="right"/>
      </w:pPr>
      <w:r>
        <w:t>پھر میں نے اور بہت سی کتابیں لکھیں۔</w:t>
      </w:r>
    </w:p>
    <w:p>
      <w:r>
        <w:rPr>
          <w:b/>
        </w:rPr>
        <w:t xml:space="preserve">[33:03] </w:t>
      </w:r>
      <w:r>
        <w:t>bohat se article likhe.</w:t>
      </w:r>
    </w:p>
    <w:p>
      <w:pPr>
        <w:jc w:val="right"/>
      </w:pPr>
      <w:r>
        <w:t>بہت سے آرٹیکل لکھے۔</w:t>
      </w:r>
    </w:p>
    <w:p>
      <w:r>
        <w:rPr>
          <w:b/>
        </w:rPr>
        <w:t xml:space="preserve">[33:07] </w:t>
      </w:r>
      <w:r>
        <w:t>islam and science iqlliat islam islam aur asr e hazir waghera waghera.</w:t>
      </w:r>
    </w:p>
    <w:p>
      <w:pPr>
        <w:jc w:val="right"/>
      </w:pPr>
      <w:r>
        <w:t>اسلام اینڈ سائنس اقلیات اسلام اسلام اور عصر حاضر وغیرہ وغیرہ۔</w:t>
      </w:r>
    </w:p>
    <w:p>
      <w:r>
        <w:rPr>
          <w:b/>
        </w:rPr>
        <w:t xml:space="preserve">[33:11] </w:t>
      </w:r>
      <w:r>
        <w:t>abhi ek kitab meri inshallah chhapegi is subject par</w:t>
      </w:r>
    </w:p>
    <w:p>
      <w:pPr>
        <w:jc w:val="right"/>
      </w:pPr>
      <w:r>
        <w:t>ابھی ایک کتاب میری انشاءاللہ چھپے گی اس سبجیکٹ پر</w:t>
      </w:r>
    </w:p>
    <w:p>
      <w:r>
        <w:rPr>
          <w:b/>
        </w:rPr>
        <w:t xml:space="preserve">[33:15] </w:t>
      </w:r>
      <w:r>
        <w:t>—</w:t>
      </w:r>
    </w:p>
    <w:p>
      <w:pPr>
        <w:jc w:val="right"/>
      </w:pPr>
      <w:r>
        <w:t>۔</w:t>
      </w:r>
    </w:p>
    <w:p>
      <w:r>
        <w:rPr>
          <w:b/>
        </w:rPr>
        <w:t xml:space="preserve">[33:21] </w:t>
      </w:r>
      <w:r>
        <w:t>to behal is tareeqay se science of god jo hai mein ne develop ki.</w:t>
      </w:r>
    </w:p>
    <w:p>
      <w:pPr>
        <w:jc w:val="right"/>
      </w:pPr>
      <w:r>
        <w:t>تو بہرحال اس طریقے سے سائنس آف گاڈ جو ہے میں نے ڈیولپ کی۔</w:t>
      </w:r>
    </w:p>
    <w:p>
      <w:r>
        <w:rPr>
          <w:b/>
        </w:rPr>
        <w:t xml:space="preserve">[33:27] </w:t>
      </w:r>
      <w:r>
        <w:t>yeh allah ki tofeeq se ke kisi ne bhi is pure is pure yani daur mein pure twenty</w:t>
      </w:r>
    </w:p>
    <w:p>
      <w:pPr>
        <w:jc w:val="right"/>
      </w:pPr>
      <w:r>
        <w:t>یہ اللہ کی توفیق سے کہ کسی نے بھی اس پورے اس پورے یعنی دور میں پورے ٹوئنٹی</w:t>
      </w:r>
    </w:p>
    <w:p>
      <w:r>
        <w:rPr>
          <w:b/>
        </w:rPr>
        <w:t xml:space="preserve">[33:33] </w:t>
      </w:r>
      <w:r>
        <w:t>eight century mein koi shakhs bhi nahi utha jo science of god ko develop kare.</w:t>
      </w:r>
    </w:p>
    <w:p>
      <w:pPr>
        <w:jc w:val="right"/>
      </w:pPr>
      <w:r>
        <w:t>ایٹ سینچری میں کوئی شخص بھی نہیں اٹھا جو سائنس آف گاڈ کو ڈیولپ کرے۔</w:t>
      </w:r>
    </w:p>
    <w:p>
      <w:r>
        <w:rPr>
          <w:b/>
        </w:rPr>
        <w:t xml:space="preserve">[33:39] </w:t>
      </w:r>
      <w:r>
        <w:t>ab mein chand baat arz karunga ke science of god hai kya</w:t>
      </w:r>
    </w:p>
    <w:p>
      <w:pPr>
        <w:jc w:val="right"/>
      </w:pPr>
      <w:r>
        <w:t>اب میں چند بات عرض کروں گا کہ سائنس آف گاڈ ہے کیا</w:t>
      </w:r>
    </w:p>
    <w:p>
      <w:r>
        <w:rPr>
          <w:b/>
        </w:rPr>
        <w:t xml:space="preserve">[33:45] </w:t>
      </w:r>
      <w:r>
        <w:t>? ya khuda ki science hai kya? chand ek baat. dekhiye!</w:t>
      </w:r>
    </w:p>
    <w:p>
      <w:pPr>
        <w:jc w:val="right"/>
      </w:pPr>
      <w:r>
        <w:t>؟ یا خدا کی سائنس ہے کیا؟ چند ایک بات۔ دیکھیے!</w:t>
      </w:r>
    </w:p>
    <w:p>
      <w:r>
        <w:rPr>
          <w:b/>
        </w:rPr>
        <w:t xml:space="preserve">[33:53] </w:t>
      </w:r>
      <w:r>
        <w:t>pehli baat yeh hai ke bohat pehle bohat pehle ek ek shakhs ne ek ek article likha tha.</w:t>
      </w:r>
    </w:p>
    <w:p>
      <w:pPr>
        <w:jc w:val="right"/>
      </w:pPr>
      <w:r>
        <w:t>پہلی بات یہ ہے کہ بہت پہلے بہت پہلے ایک ایک شخص نے ایک ایک آرٹیکل لکھا تھا۔</w:t>
      </w:r>
    </w:p>
    <w:p>
      <w:r>
        <w:rPr>
          <w:b/>
        </w:rPr>
        <w:t xml:space="preserve">[34:00] </w:t>
      </w:r>
      <w:r>
        <w:t>to us ne likha tha woh secular aadmi tha.</w:t>
      </w:r>
    </w:p>
    <w:p>
      <w:pPr>
        <w:jc w:val="right"/>
      </w:pPr>
      <w:r>
        <w:t>تو اس نے لکھا تھا وہ سیکولر آدمی تھا۔</w:t>
      </w:r>
    </w:p>
    <w:p>
      <w:r>
        <w:rPr>
          <w:b/>
        </w:rPr>
        <w:t xml:space="preserve">[34:08] </w:t>
      </w:r>
      <w:r>
        <w:t>us ne kaha tha ke ab</w:t>
      </w:r>
    </w:p>
    <w:p>
      <w:pPr>
        <w:jc w:val="right"/>
      </w:pPr>
      <w:r>
        <w:t>اس نے کہا تھا کہ اب</w:t>
      </w:r>
    </w:p>
    <w:p>
      <w:r>
        <w:rPr>
          <w:b/>
        </w:rPr>
        <w:t xml:space="preserve">[34:16] </w:t>
      </w:r>
      <w:r>
        <w:t>khuda ka aqeedah jo hai ek discarded aqeedah ban chuka hai.</w:t>
      </w:r>
    </w:p>
    <w:p>
      <w:pPr>
        <w:jc w:val="right"/>
      </w:pPr>
      <w:r>
        <w:t>خدا کا عقیدہ جو ہے ایک ڈسکارڈڈ عقیدہ بن چکا ہے۔</w:t>
      </w:r>
    </w:p>
    <w:p>
      <w:r>
        <w:rPr>
          <w:b/>
        </w:rPr>
        <w:t xml:space="preserve">[34:21] </w:t>
      </w:r>
      <w:r>
        <w:t>kyun ke is zamane mein yؤminon bil tajribah wash shuhood ka zamana yahi lafz tha is ka.</w:t>
      </w:r>
    </w:p>
    <w:p>
      <w:pPr>
        <w:jc w:val="right"/>
      </w:pPr>
      <w:r>
        <w:t>کیونکہ اس زمانے میں یؤمنون بالتجربة والشہود کا زمانہ یہی لفظ تھا اس کا۔</w:t>
      </w:r>
    </w:p>
    <w:p>
      <w:r>
        <w:rPr>
          <w:b/>
        </w:rPr>
        <w:t xml:space="preserve">[34:26] </w:t>
      </w:r>
      <w:r>
        <w:t>yؤminon bil tajribah wash shuhood is zamane mein log tajribah ko mante hain.</w:t>
      </w:r>
    </w:p>
    <w:p>
      <w:pPr>
        <w:jc w:val="right"/>
      </w:pPr>
      <w:r>
        <w:t>یؤمنون بالتجربة والشہود اس زمانے میں لوگ تجربہ کو مانتے ہیں۔</w:t>
      </w:r>
    </w:p>
    <w:p>
      <w:r>
        <w:rPr>
          <w:b/>
        </w:rPr>
        <w:t xml:space="preserve">[34:31] </w:t>
      </w:r>
      <w:r>
        <w:t>abzervation ko mante hain.</w:t>
      </w:r>
    </w:p>
    <w:p>
      <w:pPr>
        <w:jc w:val="right"/>
      </w:pPr>
      <w:r>
        <w:t>آبزرویشن کو مانتے ہیں۔</w:t>
      </w:r>
    </w:p>
    <w:p>
      <w:r>
        <w:rPr>
          <w:b/>
        </w:rPr>
        <w:t xml:space="preserve">[34:36] </w:t>
      </w:r>
      <w:r>
        <w:t>aur is qasuri par poora nahi uthta tha concept of God.</w:t>
      </w:r>
    </w:p>
    <w:p>
      <w:pPr>
        <w:jc w:val="right"/>
      </w:pPr>
      <w:r>
        <w:t>اور اس قصوری پر پورا نہیں اٹھتا تھا کانسپٹ آف گاڈ۔</w:t>
      </w:r>
    </w:p>
    <w:p>
      <w:r>
        <w:rPr>
          <w:b/>
        </w:rPr>
        <w:t xml:space="preserve">[34:41] </w:t>
      </w:r>
      <w:r>
        <w:t>is par sankaron hazaron kitabein likhi gayi hain. to</w:t>
      </w:r>
    </w:p>
    <w:p>
      <w:pPr>
        <w:jc w:val="right"/>
      </w:pPr>
      <w:r>
        <w:t>اس پر سینکڑوں ہزاروں کتابیں لکھی گئی ہیں۔ تو</w:t>
      </w:r>
    </w:p>
    <w:p>
      <w:r>
        <w:rPr>
          <w:b/>
        </w:rPr>
        <w:t xml:space="preserve">[34:46] </w:t>
      </w:r>
      <w:r>
        <w:t>kya un ka argument kya hota tha? un ka argument yeh hota tha ke do tareeqe hain.</w:t>
      </w:r>
    </w:p>
    <w:p>
      <w:pPr>
        <w:jc w:val="right"/>
      </w:pPr>
      <w:r>
        <w:t>کیا ان کا آرگومنٹ کیا ہوتا تھا؟ ان کا آرگومنٹ یہ ہوتا تھا کہ دو طریقے ہیں۔</w:t>
      </w:r>
    </w:p>
    <w:p>
      <w:r>
        <w:rPr>
          <w:b/>
        </w:rPr>
        <w:t xml:space="preserve">[34:50] </w:t>
      </w:r>
      <w:r>
        <w:t>way of reasoning jo hai woh do qism ke hote hain.</w:t>
      </w:r>
    </w:p>
    <w:p>
      <w:pPr>
        <w:jc w:val="right"/>
      </w:pPr>
      <w:r>
        <w:t>وے آف ریزننگ جو ہے وہ دو قسم کے ہوتے ہیں۔</w:t>
      </w:r>
    </w:p>
    <w:p>
      <w:r>
        <w:rPr>
          <w:b/>
        </w:rPr>
        <w:t xml:space="preserve">[34:54] </w:t>
      </w:r>
      <w:r>
        <w:t>ek tha inferential argument ek tha direct argument.</w:t>
      </w:r>
    </w:p>
    <w:p>
      <w:pPr>
        <w:jc w:val="right"/>
      </w:pPr>
      <w:r>
        <w:t>ایک تھا انفرینشل آرگومنٹ ایک تھا ڈائریکٹ آرگومنٹ۔</w:t>
      </w:r>
    </w:p>
    <w:p>
      <w:r>
        <w:rPr>
          <w:b/>
        </w:rPr>
        <w:t xml:space="preserve">[34:59] </w:t>
      </w:r>
      <w:r>
        <w:t>to un ka kehna yeh hota tha.</w:t>
      </w:r>
    </w:p>
    <w:p>
      <w:pPr>
        <w:jc w:val="right"/>
      </w:pPr>
      <w:r>
        <w:t>تو ان کا کہنا یہ ہوتا تھا۔</w:t>
      </w:r>
    </w:p>
    <w:p>
      <w:r>
        <w:rPr>
          <w:b/>
        </w:rPr>
        <w:t xml:space="preserve">[35:03] </w:t>
      </w:r>
      <w:r>
        <w:t>main ek professor se mila tha is zamane mein.</w:t>
      </w:r>
    </w:p>
    <w:p>
      <w:pPr>
        <w:jc w:val="right"/>
      </w:pPr>
      <w:r>
        <w:t>میں ایک پروفیسر سے ملا تھا اس زمانے میں۔</w:t>
      </w:r>
    </w:p>
    <w:p>
      <w:r>
        <w:rPr>
          <w:b/>
        </w:rPr>
        <w:t xml:space="preserve">[35:07] </w:t>
      </w:r>
      <w:r>
        <w:t>to unhon ne kaha tha ke Islam mein primary rationalism nahi hai.</w:t>
      </w:r>
    </w:p>
    <w:p>
      <w:pPr>
        <w:jc w:val="right"/>
      </w:pPr>
      <w:r>
        <w:t>تو انہوں نے کہا تھا کہ اسلام میں پرائمری ریشلزم نہیں ہے۔</w:t>
      </w:r>
    </w:p>
    <w:p>
      <w:r>
        <w:rPr>
          <w:b/>
        </w:rPr>
        <w:t xml:space="preserve">[35:12] </w:t>
      </w:r>
      <w:r>
        <w:t>Islam mein sirf</w:t>
      </w:r>
    </w:p>
    <w:p>
      <w:pPr>
        <w:jc w:val="right"/>
      </w:pPr>
      <w:r>
        <w:t>اسلام میں صرف</w:t>
      </w:r>
    </w:p>
    <w:p>
      <w:r>
        <w:rPr>
          <w:b/>
        </w:rPr>
        <w:t xml:space="preserve">[35:16] </w:t>
      </w:r>
      <w:r>
        <w:t>secondary rationalism hai.</w:t>
      </w:r>
    </w:p>
    <w:p>
      <w:pPr>
        <w:jc w:val="right"/>
      </w:pPr>
      <w:r>
        <w:t>سیکنڈری ریشلزم ہے۔</w:t>
      </w:r>
    </w:p>
    <w:p>
      <w:r>
        <w:rPr>
          <w:b/>
        </w:rPr>
        <w:t xml:space="preserve">[35:22] </w:t>
      </w:r>
      <w:r>
        <w:t>yani Islam ke jo aqeeday hain jo belief hain is ko aap sirf direct argument is ko aap</w:t>
      </w:r>
    </w:p>
    <w:p>
      <w:pPr>
        <w:jc w:val="right"/>
      </w:pPr>
      <w:r>
        <w:t>یعنی اسلام کے جو عقیدے ہیں جو بیلیف ہیں اس کو آپ صرف ڈائریکٹ آرگومنٹ اس کو آپ</w:t>
      </w:r>
    </w:p>
    <w:p>
      <w:r>
        <w:rPr>
          <w:b/>
        </w:rPr>
        <w:t xml:space="preserve">[35:28] </w:t>
      </w:r>
      <w:r>
        <w:t>is ko aap direct argument ke zariye proof nahi kar sakte.</w:t>
      </w:r>
    </w:p>
    <w:p>
      <w:pPr>
        <w:jc w:val="right"/>
      </w:pPr>
      <w:r>
        <w:t>اس کو آپ ڈائریکٹ آرگومنٹ کے ذریعے پروف نہیں کر سکتے۔</w:t>
      </w:r>
    </w:p>
    <w:p>
      <w:r>
        <w:rPr>
          <w:b/>
        </w:rPr>
        <w:t xml:space="preserve">[35:34] </w:t>
      </w:r>
      <w:r>
        <w:t>aur direct argument jo hai wahi primary argument hota hai.</w:t>
      </w:r>
    </w:p>
    <w:p>
      <w:pPr>
        <w:jc w:val="right"/>
      </w:pPr>
      <w:r>
        <w:t>اور ڈائریکٹ آرگومنٹ جو ہے وہی پرائمری آرگومنٹ ہوتا ہے۔</w:t>
      </w:r>
    </w:p>
    <w:p>
      <w:r>
        <w:rPr>
          <w:b/>
        </w:rPr>
        <w:t xml:space="preserve">[35:40] </w:t>
      </w:r>
      <w:r>
        <w:t>aap inferential argument denge to woh woh toh secondary argument hai.</w:t>
      </w:r>
    </w:p>
    <w:p>
      <w:pPr>
        <w:jc w:val="right"/>
      </w:pPr>
      <w:r>
        <w:t>آپ انفرینشل آرگومنٹ دیں گے تو وہ تو وہ تو سیکنڈری آرگومنٹ ہے۔</w:t>
      </w:r>
    </w:p>
    <w:p>
      <w:r>
        <w:rPr>
          <w:b/>
        </w:rPr>
        <w:t xml:space="preserve">[35:46] </w:t>
      </w:r>
      <w:r>
        <w:t>jaise misaal ke taur par yeh kaha jata tha pehle ke jis ko kehte hain philosophers argument from design.</w:t>
      </w:r>
    </w:p>
    <w:p>
      <w:pPr>
        <w:jc w:val="right"/>
      </w:pPr>
      <w:r>
        <w:t>جیسے مثال کے طور پر یہ کہا جاتا تھا پہلے کہ جس کو کہتے ہیں فلاسفرز آرگومنٹ فرام ڈیزائن۔</w:t>
      </w:r>
    </w:p>
    <w:p>
      <w:r>
        <w:rPr>
          <w:b/>
        </w:rPr>
        <w:t xml:space="preserve">[35:51] </w:t>
      </w:r>
      <w:r>
        <w:t>argument from design yani where there is design there is a designer.</w:t>
      </w:r>
    </w:p>
    <w:p>
      <w:pPr>
        <w:jc w:val="right"/>
      </w:pPr>
      <w:r>
        <w:t>آرگومنٹ فرام ڈیزائن یعنی ویر دیر از ڈیزائن دیر از اے ڈیزائنر۔</w:t>
      </w:r>
    </w:p>
    <w:p>
      <w:r>
        <w:rPr>
          <w:b/>
        </w:rPr>
        <w:t xml:space="preserve">[35:56] </w:t>
      </w:r>
      <w:r>
        <w:t>argument from design ka matlab yeh hai ke where there is a design there is a designer.</w:t>
      </w:r>
    </w:p>
    <w:p>
      <w:pPr>
        <w:jc w:val="right"/>
      </w:pPr>
      <w:r>
        <w:t>آرگومنٹ فرام ڈیزائن کا مطلب یہ ہے کہ ویر دیر از اے ڈیزائن دیر از اے ڈیزائنر۔</w:t>
      </w:r>
    </w:p>
    <w:p>
      <w:r>
        <w:rPr>
          <w:b/>
        </w:rPr>
        <w:t xml:space="preserve">[36:01] </w:t>
      </w:r>
      <w:r>
        <w:t>to woh kehte hain yeh toh secondary argument hai.</w:t>
      </w:r>
    </w:p>
    <w:p>
      <w:pPr>
        <w:jc w:val="right"/>
      </w:pPr>
      <w:r>
        <w:t>تو وہ کہتے ہیں یہ تو سیکنڈری آرگومنٹ ہے۔</w:t>
      </w:r>
    </w:p>
    <w:p>
      <w:r>
        <w:rPr>
          <w:b/>
        </w:rPr>
        <w:t xml:space="preserve">[36:06] </w:t>
      </w:r>
      <w:r>
        <w:t>inferential argument hai.</w:t>
      </w:r>
    </w:p>
    <w:p>
      <w:pPr>
        <w:jc w:val="right"/>
      </w:pPr>
      <w:r>
        <w:t>انفرینشل آرگومنٹ ہے۔</w:t>
      </w:r>
    </w:p>
    <w:p>
      <w:r>
        <w:rPr>
          <w:b/>
        </w:rPr>
        <w:t xml:space="preserve">[36:11] </w:t>
      </w:r>
      <w:r>
        <w:t>main ne pehli bar is por</w:t>
      </w:r>
    </w:p>
    <w:p>
      <w:pPr>
        <w:jc w:val="right"/>
      </w:pPr>
      <w:r>
        <w:t>میں نے پہلی بار اس پور</w:t>
      </w:r>
    </w:p>
    <w:p>
      <w:r>
        <w:rPr>
          <w:b/>
        </w:rPr>
        <w:t xml:space="preserve">[36:16] </w:t>
      </w:r>
      <w:r>
        <w:t>poore twenty eight century mein yeh establish kiya ke yeh yeh to zamana khatam ho gaya. yeh logical positivism ka zamana hi khatam ho gaya. woh dead hai ho chuki hai. logical positivism ab dead ho chuki hai. jab jab jab atom jo hai woh is mein split ho gaya. aur maloom hua ke yeh to electron hai. to ek scientist ne kaha ke aage jo hum jab atom split hua to maloom hua ke yeh</w:t>
      </w:r>
    </w:p>
    <w:p>
      <w:pPr>
        <w:jc w:val="right"/>
      </w:pPr>
      <w:r>
        <w:t>ے ٹوئنٹی ایٹ سینچری میں یہ اسٹیبلش کیا کہ یہ یہ تو زمانہ ختم ہو گیا۔ یہ لاجیکل پازیٹیوزم کا زمانہ ہی ختم ہو گیا۔ وہ ڈیڈ ہے ہو چکی ہے۔ لاجیکل پازیٹیوزم اب ڈیڈ ہو چکی ہے۔ جب جب جب ایٹم جو ہے وہ اس میں اسپلٹ ہو گیا۔ اور معلوم ہوا کہ یہ تو الیکٹران ہے۔ تو ایک سائنٹسٹ نے کہا کہ آگے جو ہم جب ایٹم اسپلٹ ہوا تو معلوم ہوا کہ یہ</w:t>
      </w:r>
    </w:p>
    <w:p>
      <w:r>
        <w:rPr>
          <w:b/>
        </w:rPr>
        <w:t xml:space="preserve">[36:46] </w:t>
      </w:r>
      <w:r>
        <w:t>to mate of mate of electron mate dance of electron ka mamla hai.</w:t>
      </w:r>
    </w:p>
    <w:p>
      <w:pPr>
        <w:jc w:val="right"/>
      </w:pPr>
      <w:r>
        <w:t>تو میٹ آف میٹ آف الیکٹران میٹ ڈانس آف الیکٹران کا معاملہ ہے۔</w:t>
      </w:r>
    </w:p>
    <w:p>
      <w:r>
        <w:rPr>
          <w:b/>
        </w:rPr>
        <w:t xml:space="preserve">[36:51] </w:t>
      </w:r>
      <w:r>
        <w:t>yani poori universe jo hai woh hai mate dance of electrons.</w:t>
      </w:r>
    </w:p>
    <w:p>
      <w:pPr>
        <w:jc w:val="right"/>
      </w:pPr>
      <w:r>
        <w:t>یعنی پوری یونیورس جو ہے وہ ہے میٹ ڈانس آف الیکٹرانز۔</w:t>
      </w:r>
    </w:p>
    <w:p>
      <w:r>
        <w:rPr>
          <w:b/>
        </w:rPr>
        <w:t xml:space="preserve">[36:56] </w:t>
      </w:r>
      <w:r>
        <w:t>aur electron toh lehrein hain waves hain.</w:t>
      </w:r>
    </w:p>
    <w:p>
      <w:pPr>
        <w:jc w:val="right"/>
      </w:pPr>
      <w:r>
        <w:t>اور الیکٹران تو لہریں ہیں ویوز ہیں۔</w:t>
      </w:r>
    </w:p>
    <w:p>
      <w:r>
        <w:rPr>
          <w:b/>
        </w:rPr>
        <w:t xml:space="preserve">[37:01] </w:t>
      </w:r>
      <w:r>
        <w:t>woh dikhai nahi dete.</w:t>
      </w:r>
    </w:p>
    <w:p>
      <w:pPr>
        <w:jc w:val="right"/>
      </w:pPr>
      <w:r>
        <w:t>وہ دکھائی نہیں دیتے۔</w:t>
      </w:r>
    </w:p>
    <w:p>
      <w:r>
        <w:rPr>
          <w:b/>
        </w:rPr>
        <w:t xml:space="preserve">[37:06] </w:t>
      </w:r>
      <w:r>
        <w:t>ab sawal yeh hai ke jab sab kuch views nikla yani atom ke split hone ke baad jab</w:t>
      </w:r>
    </w:p>
    <w:p>
      <w:pPr>
        <w:jc w:val="right"/>
      </w:pPr>
      <w:r>
        <w:t>اب سوال یہ ہے کہ جب سب کچھ ویوز نکلا یعنی ایٹم کے اسپلٹ ہونے کے بعد جب</w:t>
      </w:r>
    </w:p>
    <w:p>
      <w:r>
        <w:rPr>
          <w:b/>
        </w:rPr>
        <w:t xml:space="preserve">[37:11] </w:t>
      </w:r>
      <w:r>
        <w:t>نیوکلیئر سائنس وجود میں آئی تو پتہ چلا کہ سب کچھ in the last resort سب ہر چیز الیکٹر</w:t>
      </w:r>
    </w:p>
    <w:p>
      <w:pPr>
        <w:jc w:val="right"/>
      </w:pPr>
      <w:r>
        <w:t>نیوکلیئر سائنس وجود میں آئی تو پتہ چلا کہ سب کچھ ان دا لاسٹ ریزورٹ سب ہر چیز الیکٹر</w:t>
      </w:r>
    </w:p>
    <w:p>
      <w:r>
        <w:rPr>
          <w:b/>
        </w:rPr>
        <w:t xml:space="preserve">[37:16] </w:t>
      </w:r>
      <w:r>
        <w:t>an hai.</w:t>
      </w:r>
    </w:p>
    <w:p>
      <w:pPr>
        <w:jc w:val="right"/>
      </w:pPr>
      <w:r>
        <w:t>ان ہے۔</w:t>
      </w:r>
    </w:p>
    <w:p>
      <w:r>
        <w:rPr>
          <w:b/>
        </w:rPr>
        <w:t xml:space="preserve">[37:20] </w:t>
      </w:r>
      <w:r>
        <w:t>electron dikhai nahi deta woh to views hain.</w:t>
      </w:r>
    </w:p>
    <w:p>
      <w:pPr>
        <w:jc w:val="right"/>
      </w:pPr>
      <w:r>
        <w:t>الیکٹران دکھائی نہیں دیتا وہ تو ویوز ہیں۔</w:t>
      </w:r>
    </w:p>
    <w:p>
      <w:r>
        <w:rPr>
          <w:b/>
        </w:rPr>
        <w:t xml:space="preserve">[37:25] </w:t>
      </w:r>
      <w:r>
        <w:t>yani views of probability ek scientist ke alfaaz mein views of probabilities.</w:t>
      </w:r>
    </w:p>
    <w:p>
      <w:pPr>
        <w:jc w:val="right"/>
      </w:pPr>
      <w:r>
        <w:t>یعنی ویوز آف پروببلیٹی ایک سائنٹسٹ کے الفاظ میں ویوز آف پروببلیٹیز۔</w:t>
      </w:r>
    </w:p>
    <w:p>
      <w:r>
        <w:rPr>
          <w:b/>
        </w:rPr>
        <w:t xml:space="preserve">[37:29] </w:t>
      </w:r>
      <w:r>
        <w:t>ab jo hai sara logic badal gayi.</w:t>
      </w:r>
    </w:p>
    <w:p>
      <w:pPr>
        <w:jc w:val="right"/>
      </w:pPr>
      <w:r>
        <w:t>اب جو ہے سارا لاجک بدل گئی۔</w:t>
      </w:r>
    </w:p>
    <w:p>
      <w:r>
        <w:rPr>
          <w:b/>
        </w:rPr>
        <w:t xml:space="preserve">[37:33] </w:t>
      </w:r>
      <w:r>
        <w:t>sari logic badal gayi.</w:t>
      </w:r>
    </w:p>
    <w:p>
      <w:pPr>
        <w:jc w:val="right"/>
      </w:pPr>
      <w:r>
        <w:t>ساری لاجک بدل گئی۔</w:t>
      </w:r>
    </w:p>
    <w:p>
      <w:r>
        <w:rPr>
          <w:b/>
        </w:rPr>
        <w:t xml:space="preserve">[37:38] </w:t>
      </w:r>
      <w:r>
        <w:t>ab yeh maan liya gaya ke effect ke base par jo cheez prove hoti hai woh bhi ek</w:t>
      </w:r>
    </w:p>
    <w:p>
      <w:pPr>
        <w:jc w:val="right"/>
      </w:pPr>
      <w:r>
        <w:t>اب یہ مان لیا گیا کہ ایفیکٹ کے بیس پر جو چیز پروف ہوتی ہے وہ بھی ایک</w:t>
      </w:r>
    </w:p>
    <w:p>
      <w:r>
        <w:rPr>
          <w:b/>
        </w:rPr>
        <w:t xml:space="preserve">[37:42] </w:t>
      </w:r>
      <w:r>
        <w:t>weld argument hai. Yani</w:t>
      </w:r>
    </w:p>
    <w:p>
      <w:pPr>
        <w:jc w:val="right"/>
      </w:pPr>
      <w:r>
        <w:t>ویلڈ آرگومنٹ ہے۔ یعنی</w:t>
      </w:r>
    </w:p>
    <w:p>
      <w:r>
        <w:rPr>
          <w:b/>
        </w:rPr>
        <w:t xml:space="preserve">[37:46] </w:t>
      </w:r>
      <w:r>
        <w:t>ek cheez ek cheez hai is ka hum ko effect maloom ho raha hai effect. jaise misaal ke taur par woh hai misaal ke taur par woh hai x-ray. aap x-ray machine ke samne khade hote hain. idhar ek plate hai. is ne ek switch wahan dabayi. woh plate par aap ki picture aa gayi. kaise aayi? woh kaise aayi? kisi ko nahi maloom. sirf ek guess kiya gaya ke rays nikl</w:t>
      </w:r>
    </w:p>
    <w:p>
      <w:pPr>
        <w:jc w:val="right"/>
      </w:pPr>
      <w:r>
        <w:t>ایک چیز ایک چیز ہے اس کا ہم کو ایفیکٹ معلوم ہو رہا ہے ایفیکٹ۔ جیسے مثال کے طور پر وہ ہے مثال کے طور پر وہ ہے ایکس رے۔ آپ ایکس رے مشین کے سامنے کھڑے ہوتے ہیں۔ ادھر ایک پلیٹ ہے۔ اس نے ایک سوئچ وہاں دبائی۔ وہ پلیٹ پر آپ کی پکچر آ گئی۔ کیسے آئی؟ وہ کیسے آئی؟ کسی کو نہیں معلوم۔ صرف ایک گیس کیا گیا کہ ریز نکل</w:t>
      </w:r>
    </w:p>
    <w:p>
      <w:r>
        <w:rPr>
          <w:b/>
        </w:rPr>
        <w:t xml:space="preserve">[38:16] </w:t>
      </w:r>
      <w:r>
        <w:t>ti hain is se.</w:t>
      </w:r>
    </w:p>
    <w:p>
      <w:pPr>
        <w:jc w:val="right"/>
      </w:pPr>
      <w:r>
        <w:t>تی ہیں اس سے۔</w:t>
      </w:r>
    </w:p>
    <w:p>
      <w:r>
        <w:rPr>
          <w:b/>
        </w:rPr>
        <w:t xml:space="preserve">[38:20] </w:t>
      </w:r>
      <w:r>
        <w:t>chunki is ka koi naam nahi tha is ko x rays kaha gaya.</w:t>
      </w:r>
    </w:p>
    <w:p>
      <w:pPr>
        <w:jc w:val="right"/>
      </w:pPr>
      <w:r>
        <w:t>چونکہ اس کا کوئی نام نہیں تھا اس کو ایکس ریز کہا گیا۔</w:t>
      </w:r>
    </w:p>
    <w:p>
      <w:r>
        <w:rPr>
          <w:b/>
        </w:rPr>
        <w:t xml:space="preserve">[38:23] </w:t>
      </w:r>
      <w:r>
        <w:t>x rays matlab be naam rays.</w:t>
      </w:r>
    </w:p>
    <w:p>
      <w:pPr>
        <w:jc w:val="right"/>
      </w:pPr>
      <w:r>
        <w:t>ایکس ریز مطلب بے نام ریز۔</w:t>
      </w:r>
    </w:p>
    <w:p>
      <w:r>
        <w:rPr>
          <w:b/>
        </w:rPr>
        <w:t xml:space="preserve">[38:26] </w:t>
      </w:r>
      <w:r>
        <w:t>x rays ka matlab hai be naam rays.</w:t>
      </w:r>
    </w:p>
    <w:p>
      <w:pPr>
        <w:jc w:val="right"/>
      </w:pPr>
      <w:r>
        <w:t>ایکس ریز کا مطلب ہے بے نام ریز۔</w:t>
      </w:r>
    </w:p>
    <w:p>
      <w:r>
        <w:rPr>
          <w:b/>
        </w:rPr>
        <w:t xml:space="preserve">[38:30] </w:t>
      </w:r>
      <w:r>
        <w:t>jis ka koi naam nahi.</w:t>
      </w:r>
    </w:p>
    <w:p>
      <w:pPr>
        <w:jc w:val="right"/>
      </w:pPr>
      <w:r>
        <w:t>جس کا کوئی نام نہیں۔</w:t>
      </w:r>
    </w:p>
    <w:p>
      <w:r>
        <w:rPr>
          <w:b/>
        </w:rPr>
        <w:t xml:space="preserve">[38:33] </w:t>
      </w:r>
      <w:r>
        <w:t>to sirf is liye maan liya gaya ke woh effect aaya is ke upar.</w:t>
      </w:r>
    </w:p>
    <w:p>
      <w:pPr>
        <w:jc w:val="right"/>
      </w:pPr>
      <w:r>
        <w:t>تو صرف اس لئے مان لیا گیا کہ وہ ایفیکٹ آیا اس کے اوپر۔</w:t>
      </w:r>
    </w:p>
    <w:p>
      <w:r>
        <w:rPr>
          <w:b/>
        </w:rPr>
        <w:t xml:space="preserve">[38:36] </w:t>
      </w:r>
      <w:r>
        <w:t>yani jo wahan par jo screen hai us screen mein ek effect dikhai pada.</w:t>
      </w:r>
    </w:p>
    <w:p>
      <w:pPr>
        <w:jc w:val="right"/>
      </w:pPr>
      <w:r>
        <w:t>یعنی جو وہاں پر جو اسکرین ہے اس اسکرین میں ایک ایفیکٹ دکھائی پڑا۔</w:t>
      </w:r>
    </w:p>
    <w:p>
      <w:r>
        <w:rPr>
          <w:b/>
        </w:rPr>
        <w:t xml:space="preserve">[38:40] </w:t>
      </w:r>
      <w:r>
        <w:t>views dikhai nahi parein.</w:t>
      </w:r>
    </w:p>
    <w:p>
      <w:pPr>
        <w:jc w:val="right"/>
      </w:pPr>
      <w:r>
        <w:t>ویوز دکھائی نہیں پڑیں۔</w:t>
      </w:r>
    </w:p>
    <w:p>
      <w:r>
        <w:rPr>
          <w:b/>
        </w:rPr>
        <w:t xml:space="preserve">[38:43] </w:t>
      </w:r>
      <w:r>
        <w:t>rays dikhai nahi</w:t>
      </w:r>
    </w:p>
    <w:p>
      <w:pPr>
        <w:jc w:val="right"/>
      </w:pPr>
      <w:r>
        <w:t>ریز دکھائی نہیں</w:t>
      </w:r>
    </w:p>
    <w:p>
      <w:r>
        <w:rPr>
          <w:b/>
        </w:rPr>
        <w:t xml:space="preserve">[38:46] </w:t>
      </w:r>
      <w:r>
        <w:t>parein.</w:t>
      </w:r>
    </w:p>
    <w:p>
      <w:pPr>
        <w:jc w:val="right"/>
      </w:pPr>
      <w:r>
        <w:t>پڑیں۔</w:t>
      </w:r>
    </w:p>
    <w:p>
      <w:r>
        <w:rPr>
          <w:b/>
        </w:rPr>
        <w:t xml:space="preserve">[38:52] </w:t>
      </w:r>
      <w:r>
        <w:t>yeh hai inferential argument. Inferential argument.</w:t>
      </w:r>
    </w:p>
    <w:p>
      <w:pPr>
        <w:jc w:val="right"/>
      </w:pPr>
      <w:r>
        <w:t>یہ ہے انفرینشل آرگومنٹ۔ انفرینشل آرگومنٹ۔</w:t>
      </w:r>
    </w:p>
    <w:p>
      <w:r>
        <w:rPr>
          <w:b/>
        </w:rPr>
        <w:t xml:space="preserve">[38:58] </w:t>
      </w:r>
      <w:r>
        <w:t>to main ne bataya logon ko ke jab inferential argument weld hai khud science mein to religion mein</w:t>
      </w:r>
    </w:p>
    <w:p>
      <w:pPr>
        <w:jc w:val="right"/>
      </w:pPr>
      <w:r>
        <w:t>تو میں نے بتایا لوگوں کو کہ جب انفرینشل آرگومنٹ ویلڈ ہے خود سائنس میں تو ریلیجن میں</w:t>
      </w:r>
    </w:p>
    <w:p>
      <w:r>
        <w:rPr>
          <w:b/>
        </w:rPr>
        <w:t xml:space="preserve">[39:04] </w:t>
      </w:r>
      <w:r>
        <w:t>kyun nahi? To religion mein kyun nahi? Jab inferential argument se aap prove karte hain scientific cheezon ko</w:t>
      </w:r>
    </w:p>
    <w:p>
      <w:pPr>
        <w:jc w:val="right"/>
      </w:pPr>
      <w:r>
        <w:t>کیوں نہیں؟ تو ریلیجن میں کیوں نہیں؟ جب انفرینشل آرگومنٹ سے آپ پروف کرتے ہیں سائنٹیفک چیزوں کو</w:t>
      </w:r>
    </w:p>
    <w:p>
      <w:r>
        <w:rPr>
          <w:b/>
        </w:rPr>
        <w:t xml:space="preserve">[39:10] </w:t>
      </w:r>
      <w:r>
        <w:t>isi tareeqe se god bhi prove hota hai inferential argument ke zariye se.</w:t>
      </w:r>
    </w:p>
    <w:p>
      <w:pPr>
        <w:jc w:val="right"/>
      </w:pPr>
      <w:r>
        <w:t>اسی طریقے سے گاڈ بھی پروف ہوتا ہے انفرینشل آرگومنٹ کے ذریعے سے۔</w:t>
      </w:r>
    </w:p>
    <w:p>
      <w:r>
        <w:rPr>
          <w:b/>
        </w:rPr>
        <w:t xml:space="preserve">[39:16] </w:t>
      </w:r>
      <w:r>
        <w:t>yeh meri discovery thi. aur is discovery ko koi koi is ko woh nahi kar sakta. main bombay gaya to bombay mein aik sahib thay un ke hotel mein mujh ko unhon ne thairaya tha. to is ka jo malik tha us ko woh msc tha is ka malik. is hotel ka malik jo tha woh msc tha. bohat parha likha aadmi tha. aur bohat well deed tha. to is se meri baat hui. to main ne yeh kaha ke is yeh jo argument mein deta</w:t>
      </w:r>
    </w:p>
    <w:p>
      <w:pPr>
        <w:jc w:val="right"/>
      </w:pPr>
      <w:r>
        <w:t>یہ میری ڈسکوری تھی۔ اور اس ڈسکوری کو کوئی کوئی اس کو وہ نہیں کر سکتا۔ میں بامبے گیا تو بامبے میں ایک صاحب تھے ان کے ہوٹل میں مجھ کو انہوں نے ٹھہرایا تھا۔ تو اس کا جو مالک تھا اس کو وہ ایم ایس سی تھا اس کا مالک۔ اس ہوٹل کا مالک جو تھا وہ ایم ایس سی تھا۔ بہت پڑھا لکھا آدمی تھا۔ اور بہت ویل ڈیڈ تھا۔ تو اس سے میری بات ہوئی۔ تو میں نے یہ کہا کہ اس یہ جو آرگومنٹ میں دیتا</w:t>
      </w:r>
    </w:p>
    <w:p>
      <w:r>
        <w:rPr>
          <w:b/>
        </w:rPr>
        <w:t xml:space="preserve">[39:46] </w:t>
      </w:r>
      <w:r>
        <w:t>hoon yeh kahan tak scientific argument hai yeh? yeh argument. ke inferential argument bhi itna hi valid hai jitna ke direct argument. phir main ne is ki detail batai. to woh woh aadmi itna mutasir hua ke us ne hamare sathiyon se kaha ke bhai in ka hum koi paisa nahi lenge. in ka free rahega. to hotel mein main kai din raha. aur koi paisa nahi liya us ne. aur us ne keh diya hamare sathiyon se jab bhi bombay</w:t>
      </w:r>
    </w:p>
    <w:p>
      <w:pPr>
        <w:jc w:val="right"/>
      </w:pPr>
      <w:r>
        <w:t>ہوں یہ کہاں تک سائنٹیفک آرگومنٹ ہے یہ؟ یہ آرگومنٹ۔ کہ انفرینشل آرگومنٹ بھی اتنا ہی ویلڈ ہے جتنا کہ ڈائریکٹ آرگومنٹ۔ پھر میں نے اس کی ڈیٹیل بتائی۔ تو وہ وہ آدمی اتنا متاثر ہوا کہ اس نے ہمارے ساتھیوں سے کہا کہ بھئی ان کا ہم کوئی پیسہ نہیں لیں گے۔ ان کا فری رہے گا۔ تو ہوٹل میں میں کئی دن رہا۔ اور کوئی پیسہ نہیں لیا اس نے۔ اور اس نے کہہ دیا ہمارے ساتھیوں سے جب بھی بام</w:t>
      </w:r>
    </w:p>
    <w:p>
      <w:r>
        <w:rPr>
          <w:b/>
        </w:rPr>
        <w:t xml:space="preserve">[40:16] </w:t>
      </w:r>
      <w:r>
        <w:t>aayein yeh free hamare haan thairen yeh. jab bhi bombay aayein mujh se free thairen hamare haan. kyunke jo baat kahi unhon ne woh bohat hi zabardast nai baat hai. aur woh bilkul scientific baat hai woh. to main ne yeh pehli baar yeh ya modern history mein yeh prove kiya ke inferential argument bhi itna hi valid hai jitna ke direct argument. doosri</w:t>
      </w:r>
    </w:p>
    <w:p>
      <w:pPr>
        <w:jc w:val="right"/>
      </w:pPr>
      <w:r>
        <w:t>بے آئیں یہ فری ہمارے ہاں ٹھہریں یہ۔ جب بھی بامبے آئیں مجھ سے فری ٹھہریں ہمارے ہاں۔ کیونکہ جو بات کہی انہوں نے وہ بہت ہی زبردست نئی بات ہے۔ اور وہ بالکل سائنٹیفک بات ہے وہ۔ تو میں نے یہ پہلی بار یہ یا ماڈرن ہسٹری میں یہ پروف کیا کہ انفرینشل آرگومنٹ بھی اتنا ہی ویلڈ ہے جتنا کہ ڈائریکٹ آرگومنٹ۔ دوس</w:t>
      </w:r>
    </w:p>
    <w:p>
      <w:r>
        <w:rPr>
          <w:b/>
        </w:rPr>
        <w:t xml:space="preserve">[40:46] </w:t>
      </w:r>
      <w:r>
        <w:t>cheez dekhiye. cheez dekhiye aik baat yeh kahi jati hai ke science mein aap jante hain ke aik cheez hai jis ko kehte hain verification. kuch aap ne observe kiya. is se aap ne aik theory banai. phir aap ne us ko verify kiya kisi cheez se. jab woh verify ho gaya to woh fact ban gaya. jab woh</w:t>
      </w:r>
    </w:p>
    <w:p>
      <w:pPr>
        <w:jc w:val="right"/>
      </w:pPr>
      <w:r>
        <w:t>ری چیز دیکھیے۔ چیز دیکھیے ایک بات یہ کہی جاتی ہے کہ سائنس میں آپ جانتے ہیں کہ ایک چیز ہے جس کو کہتے ہیں ویریفیکیشن۔ کچھ آپ نے آبزرو کیا۔ اس سے آپ نے ایک تھیوری بنائی۔ پھر آپ نے اس کو ویریفائی کیا کسی چیز سے۔ جب وہ ویریفائی ہو گیا تو وہ فیکٹ بن گیا۔ جب وہ</w:t>
      </w:r>
    </w:p>
    <w:p>
      <w:r>
        <w:rPr>
          <w:b/>
        </w:rPr>
        <w:t xml:space="preserve">[41:16] </w:t>
      </w:r>
      <w:r>
        <w:t>verify ho gaya to woh fact ban gaya.</w:t>
      </w:r>
    </w:p>
    <w:p>
      <w:pPr>
        <w:jc w:val="right"/>
      </w:pPr>
      <w:r>
        <w:t>ویریفائی ہو گیا تو وہ فیکٹ بن گیا۔</w:t>
      </w:r>
    </w:p>
    <w:p>
      <w:r>
        <w:rPr>
          <w:b/>
        </w:rPr>
        <w:t xml:space="preserve">[41:22] </w:t>
      </w:r>
      <w:r>
        <w:t>to yeh kehte hain ke khuda ke concept ko hum kis se verify karein? Kis se verify karein?</w:t>
      </w:r>
    </w:p>
    <w:p>
      <w:pPr>
        <w:jc w:val="right"/>
      </w:pPr>
      <w:r>
        <w:t>تو یہ کہتے ہیں کہ خدا کے کانسپٹ کو ہم کس سے ویریفائی کریں؟ کس سے ویریفائی کریں؟</w:t>
      </w:r>
    </w:p>
    <w:p>
      <w:r>
        <w:rPr>
          <w:b/>
        </w:rPr>
        <w:t xml:space="preserve">[41:27] </w:t>
      </w:r>
      <w:r>
        <w:t>aur cheezon ko to hum verify karte hain.</w:t>
      </w:r>
    </w:p>
    <w:p>
      <w:pPr>
        <w:jc w:val="right"/>
      </w:pPr>
      <w:r>
        <w:t>اور چیزوں کو تو ہم ویریفائی کرتے ہیں۔</w:t>
      </w:r>
    </w:p>
    <w:p>
      <w:r>
        <w:rPr>
          <w:b/>
        </w:rPr>
        <w:t xml:space="preserve">[41:32] </w:t>
      </w:r>
      <w:r>
        <w:t>is ko kis se verify karen? kyunke khuda to hamein dikhai nahin deta nahin.</w:t>
      </w:r>
    </w:p>
    <w:p>
      <w:pPr>
        <w:jc w:val="right"/>
      </w:pPr>
      <w:r>
        <w:t>اس کو کس سے ویریفائی کریں؟ کیونکہ خدا تو ہمیں دکھائی نہیں دیتا نہیں۔</w:t>
      </w:r>
    </w:p>
    <w:p>
      <w:r>
        <w:rPr>
          <w:b/>
        </w:rPr>
        <w:t xml:space="preserve">[41:37] </w:t>
      </w:r>
      <w:r>
        <w:t>to dekhiye verification ke do tareeqe hain.</w:t>
      </w:r>
    </w:p>
    <w:p>
      <w:pPr>
        <w:jc w:val="right"/>
      </w:pPr>
      <w:r>
        <w:t>تو دیکھیے ویریفیکیشن کے دو طریقے ہیں۔</w:t>
      </w:r>
    </w:p>
    <w:p>
      <w:r>
        <w:rPr>
          <w:b/>
        </w:rPr>
        <w:t xml:space="preserve">[41:42] </w:t>
      </w:r>
      <w:r>
        <w:t>ek hai technical verification.</w:t>
      </w:r>
    </w:p>
    <w:p>
      <w:pPr>
        <w:jc w:val="right"/>
      </w:pPr>
      <w:r>
        <w:t>ایک ہے ٹیکنیکل ویریفیکیشن۔</w:t>
      </w:r>
    </w:p>
    <w:p>
      <w:r>
        <w:rPr>
          <w:b/>
        </w:rPr>
        <w:t xml:space="preserve">[41:47] </w:t>
      </w:r>
      <w:r>
        <w:t>ya objective verification. dekhiye main yeh kahunga ke technical verification jo hai woh yahan par work nahi karta. to main yeh kahunga ke khuda ke mamle mein technical verification to available nahi hai. lekin psychological verification available hai. aur psychological verification bhi itni hi powerful hai jitna ke</w:t>
      </w:r>
    </w:p>
    <w:p>
      <w:pPr>
        <w:jc w:val="right"/>
      </w:pPr>
      <w:r>
        <w:t>یا آبجیکٹیو ویریفیکیشن۔ دیکھیے میں یہ کہوں گا کہ ٹیکنیکل ویریفیکیشن جو ہے وہ یہاں پر ورک نہیں کرتا۔ تو میں یہ کہوں گا کہ خدا کے معاملے میں ٹیکنیکل ویریفیکیشن تو اویلیبل نہیں ہے۔ لیکن سائیکلوجیکل ویریفیکیشن اویلیبل ہے۔ اور سائیکلوجیکل ویریفیکیشن بھی اتنی ہی پاور فل ہے جتنا کہ</w:t>
      </w:r>
    </w:p>
    <w:p>
      <w:r>
        <w:rPr>
          <w:b/>
        </w:rPr>
        <w:t xml:space="preserve">[42:17] </w:t>
      </w:r>
      <w:r>
        <w:t>technical verification.</w:t>
      </w:r>
    </w:p>
    <w:p>
      <w:pPr>
        <w:jc w:val="right"/>
      </w:pPr>
      <w:r>
        <w:t>ٹیکنیکل ویریفیکیشن۔</w:t>
      </w:r>
    </w:p>
    <w:p>
      <w:r>
        <w:rPr>
          <w:b/>
        </w:rPr>
        <w:t xml:space="preserve">[42:22] </w:t>
      </w:r>
      <w:r>
        <w:t>jaise main ek misaal deta hoon.</w:t>
      </w:r>
    </w:p>
    <w:p>
      <w:pPr>
        <w:jc w:val="right"/>
      </w:pPr>
      <w:r>
        <w:t>جیسے میں ایک مثال دیتا ہوں۔</w:t>
      </w:r>
    </w:p>
    <w:p>
      <w:r>
        <w:rPr>
          <w:b/>
        </w:rPr>
        <w:t xml:space="preserve">[42:26] </w:t>
      </w:r>
      <w:r>
        <w:t>ek aadmi kehta hai ke yeh jo glass hai yeh cover usi ke liye banaya gaya hai.</w:t>
      </w:r>
    </w:p>
    <w:p>
      <w:pPr>
        <w:jc w:val="right"/>
      </w:pPr>
      <w:r>
        <w:t>ایک آدمی کہتا ہے کہ یہ جو گلاس ہے یہ کور اسی کے لئے بنایا گیا ہے۔</w:t>
      </w:r>
    </w:p>
    <w:p>
      <w:r>
        <w:rPr>
          <w:b/>
        </w:rPr>
        <w:t xml:space="preserve">[42:30] </w:t>
      </w:r>
      <w:r>
        <w:t>aur is ko verify kaise karta hai woh ke dekho rakho is ko bilkul is se fit ho jayega.</w:t>
      </w:r>
    </w:p>
    <w:p>
      <w:pPr>
        <w:jc w:val="right"/>
      </w:pPr>
      <w:r>
        <w:t>اور اس کو ویریفائی کیسے کرتا ہے وہ کہ دیکھو رکھو اس کو بالکل اس سے فٹ ہو جائے گا۔</w:t>
      </w:r>
    </w:p>
    <w:p>
      <w:r>
        <w:rPr>
          <w:b/>
        </w:rPr>
        <w:t xml:space="preserve">[42:35] </w:t>
      </w:r>
      <w:r>
        <w:t>to jis ne glass banaya hai usi ne yeh banaya hai.</w:t>
      </w:r>
    </w:p>
    <w:p>
      <w:pPr>
        <w:jc w:val="right"/>
      </w:pPr>
      <w:r>
        <w:t>تو جس نے گلاس بنایا ہے اسی نے یہ بنایا ہے۔</w:t>
      </w:r>
    </w:p>
    <w:p>
      <w:r>
        <w:rPr>
          <w:b/>
        </w:rPr>
        <w:t xml:space="preserve">[42:39] </w:t>
      </w:r>
      <w:r>
        <w:t>warna fit kaise ho raha hai yeh? yeh hai technical verification.</w:t>
      </w:r>
    </w:p>
    <w:p>
      <w:pPr>
        <w:jc w:val="right"/>
      </w:pPr>
      <w:r>
        <w:t>ورنہ فٹ کیسے ہو رہا ہے یہ؟ یہ ہے ٹیکنیکل ویریفیکیشن۔</w:t>
      </w:r>
    </w:p>
    <w:p>
      <w:r>
        <w:rPr>
          <w:b/>
        </w:rPr>
        <w:t xml:space="preserve">[42:43] </w:t>
      </w:r>
      <w:r>
        <w:t>to is qism ka verification available nahin hai God ke maamle mein.</w:t>
      </w:r>
    </w:p>
    <w:p>
      <w:pPr>
        <w:jc w:val="right"/>
      </w:pPr>
      <w:r>
        <w:t>تو اس قسم کا ویریفیکیشن اویلیبل نہیں ہے گاڈ کے معاملے میں۔</w:t>
      </w:r>
    </w:p>
    <w:p>
      <w:r>
        <w:rPr>
          <w:b/>
        </w:rPr>
        <w:t xml:space="preserve">[42:48] </w:t>
      </w:r>
      <w:r>
        <w:t>lekin mujhe yeh bataiye ke technical verification kis kaam ka hai? hum ko kya woh God chahiye jo</w:t>
      </w:r>
    </w:p>
    <w:p>
      <w:pPr>
        <w:jc w:val="right"/>
      </w:pPr>
      <w:r>
        <w:t>لیکن مجھے یہ بتائیے کہ ٹیکنیکل ویریفیکیشن کس کام کا ہے؟ ہم کو کیا وہ گاڈ چاہیے جو</w:t>
      </w:r>
    </w:p>
    <w:p>
      <w:r>
        <w:rPr>
          <w:b/>
        </w:rPr>
        <w:t xml:space="preserve">[42:53] </w:t>
      </w:r>
      <w:r>
        <w:t>glass aur cover jaisa ho? nahin.</w:t>
      </w:r>
    </w:p>
    <w:p>
      <w:pPr>
        <w:jc w:val="right"/>
      </w:pPr>
      <w:r>
        <w:t>گلاس اور کور جیسا ہو؟ نہیں۔</w:t>
      </w:r>
    </w:p>
    <w:p>
      <w:r>
        <w:rPr>
          <w:b/>
        </w:rPr>
        <w:t xml:space="preserve">[42:58] </w:t>
      </w:r>
      <w:r>
        <w:t>hum ko woh God chahiye jis ne hamein create kiya.</w:t>
      </w:r>
    </w:p>
    <w:p>
      <w:pPr>
        <w:jc w:val="right"/>
      </w:pPr>
      <w:r>
        <w:t>ہم کو وہ گاڈ چاہیے جس نے ہمیں کریئیٹ کیا۔</w:t>
      </w:r>
    </w:p>
    <w:p>
      <w:r>
        <w:rPr>
          <w:b/>
        </w:rPr>
        <w:t xml:space="preserve">[43:03] </w:t>
      </w:r>
      <w:r>
        <w:t>jis se main jis ko apna soul concept bana sakoon.</w:t>
      </w:r>
    </w:p>
    <w:p>
      <w:pPr>
        <w:jc w:val="right"/>
      </w:pPr>
      <w:r>
        <w:t>جس سے میں جس کو اپنا سول کانسپٹ بنا سکوں۔</w:t>
      </w:r>
    </w:p>
    <w:p>
      <w:r>
        <w:rPr>
          <w:b/>
        </w:rPr>
        <w:t xml:space="preserve">[43:08] </w:t>
      </w:r>
      <w:r>
        <w:t>jise main love kar sakoon.</w:t>
      </w:r>
    </w:p>
    <w:p>
      <w:pPr>
        <w:jc w:val="right"/>
      </w:pPr>
      <w:r>
        <w:t>جسے میں لو کر سکوں۔</w:t>
      </w:r>
    </w:p>
    <w:p>
      <w:r>
        <w:rPr>
          <w:b/>
        </w:rPr>
        <w:t xml:space="preserve">[43:13] </w:t>
      </w:r>
      <w:r>
        <w:t>jo mere source of every</w:t>
      </w:r>
    </w:p>
    <w:p>
      <w:pPr>
        <w:jc w:val="right"/>
      </w:pPr>
      <w:r>
        <w:t>جو میرے سورس آف ایوری</w:t>
      </w:r>
    </w:p>
    <w:p>
      <w:r>
        <w:rPr>
          <w:b/>
        </w:rPr>
        <w:t xml:space="preserve">[43:18] </w:t>
      </w:r>
      <w:r>
        <w:t>thing ho. yeh ho sakta hai is mein? aik shakhs kehta hai ke aag jalati hai. to main kahunga woh kaise jalati hai? kahenge apne haath daal do is ke andar. ab haath dala gaya to aag ne jala diya. to verify ho gaya ke aag jalati hai. ji! verify ho gaya ke aag jalati hai. is tarah ka verification jo hai woh worthless</w:t>
      </w:r>
    </w:p>
    <w:p>
      <w:pPr>
        <w:jc w:val="right"/>
      </w:pPr>
      <w:r>
        <w:t>تھنگ ہو۔ یہ ہو سکتا ہے اس میں؟ ایک شخص کہتا ہے کہ آگ جلاتی ہے۔ تو میں کہوں گا وہ کیسے جلاتی ہے؟ کہیں گے اپنے ہاتھ ڈال دو اس کے اندر۔ اب ہاتھ ڈالا گیا تو آگ نے جلا دیا۔ تو ویریفائی ہو گیا کہ آگ جلاتی ہے۔ جی! ویریفائی ہو گیا کہ آگ جلاتی ہے۔ اس طرح کا ویریفیکیشن جو ہے وہ ورتھ لیس</w:t>
      </w:r>
    </w:p>
    <w:p>
      <w:r>
        <w:rPr>
          <w:b/>
        </w:rPr>
        <w:t xml:space="preserve">[43:48] </w:t>
      </w:r>
      <w:r>
        <w:t>hai God ke maamle mein.</w:t>
      </w:r>
    </w:p>
    <w:p>
      <w:pPr>
        <w:jc w:val="right"/>
      </w:pPr>
      <w:r>
        <w:t>ہے گاڈ کے معاملے میں۔</w:t>
      </w:r>
    </w:p>
    <w:p>
      <w:r>
        <w:rPr>
          <w:b/>
        </w:rPr>
        <w:t xml:space="preserve">[43:52] </w:t>
      </w:r>
      <w:r>
        <w:t>kyun? main ek aap ko ek misaal deta hoon.</w:t>
      </w:r>
    </w:p>
    <w:p>
      <w:pPr>
        <w:jc w:val="right"/>
      </w:pPr>
      <w:r>
        <w:t>کیوں؟ میں ایک آپ کو ایک مثال دیتا ہوں۔</w:t>
      </w:r>
    </w:p>
    <w:p>
      <w:r>
        <w:rPr>
          <w:b/>
        </w:rPr>
        <w:t xml:space="preserve">[43:57] </w:t>
      </w:r>
      <w:r>
        <w:t>prophet jo the aap jante hain ke seventh century isvi ke first quarter mein Mecca mein paida hue.</w:t>
      </w:r>
    </w:p>
    <w:p>
      <w:pPr>
        <w:jc w:val="right"/>
      </w:pPr>
      <w:r>
        <w:t>پرافٹ جو تھے آپ جانتے ہیں کہ سیونتھ سینچری عیسوی کے فرسٹ کوارٹر میں مکہ میں پیدا ہوئے۔</w:t>
      </w:r>
    </w:p>
    <w:p>
      <w:r>
        <w:rPr>
          <w:b/>
        </w:rPr>
        <w:t xml:space="preserve">[44:01] </w:t>
      </w:r>
      <w:r>
        <w:t>woh unhon ne kaam kiya.</w:t>
      </w:r>
    </w:p>
    <w:p>
      <w:pPr>
        <w:jc w:val="right"/>
      </w:pPr>
      <w:r>
        <w:t>وہ انہوں نے کام کیا۔</w:t>
      </w:r>
    </w:p>
    <w:p>
      <w:r>
        <w:rPr>
          <w:b/>
        </w:rPr>
        <w:t xml:space="preserve">[44:05] </w:t>
      </w:r>
      <w:r>
        <w:t>wahan par log un ke khilaaf ho gaye.</w:t>
      </w:r>
    </w:p>
    <w:p>
      <w:pPr>
        <w:jc w:val="right"/>
      </w:pPr>
      <w:r>
        <w:t>وہاں پر لوگ ان کے خلاف ہو گئے۔</w:t>
      </w:r>
    </w:p>
    <w:p>
      <w:r>
        <w:rPr>
          <w:b/>
        </w:rPr>
        <w:t xml:space="preserve">[44:10] </w:t>
      </w:r>
      <w:r>
        <w:t>yehahan tak ke un ko nikalna pada.</w:t>
      </w:r>
    </w:p>
    <w:p>
      <w:pPr>
        <w:jc w:val="right"/>
      </w:pPr>
      <w:r>
        <w:t>یہاں تک کہ ان کو نکلنا پڑا۔</w:t>
      </w:r>
    </w:p>
    <w:p>
      <w:r>
        <w:rPr>
          <w:b/>
        </w:rPr>
        <w:t xml:space="preserve">[44:14] </w:t>
      </w:r>
      <w:r>
        <w:t>migrate kar ke Madina chale gaye.</w:t>
      </w:r>
    </w:p>
    <w:p>
      <w:pPr>
        <w:jc w:val="right"/>
      </w:pPr>
      <w:r>
        <w:t>مائیگریٹ کر کے مدینہ چلے گئے۔</w:t>
      </w:r>
    </w:p>
    <w:p>
      <w:r>
        <w:rPr>
          <w:b/>
        </w:rPr>
        <w:t xml:space="preserve">[44:19] </w:t>
      </w:r>
      <w:r>
        <w:t>rasta bohat hi risky tha.</w:t>
      </w:r>
    </w:p>
    <w:p>
      <w:pPr>
        <w:jc w:val="right"/>
      </w:pPr>
      <w:r>
        <w:t>راستہ بہت ہی رسکی تھا۔</w:t>
      </w:r>
    </w:p>
    <w:p>
      <w:r>
        <w:rPr>
          <w:b/>
        </w:rPr>
        <w:t xml:space="preserve">[44:22] </w:t>
      </w:r>
      <w:r>
        <w:t>yeh safar jo tha three hundred mile ka bohat hi risky tha.</w:t>
      </w:r>
    </w:p>
    <w:p>
      <w:pPr>
        <w:jc w:val="right"/>
      </w:pPr>
      <w:r>
        <w:t>یہ سفر جو تھا تھری ہنڈرڈ مائل کا بہت ہی رسکی تھا۔</w:t>
      </w:r>
    </w:p>
    <w:p>
      <w:r>
        <w:rPr>
          <w:b/>
        </w:rPr>
        <w:t xml:space="preserve">[44:25] </w:t>
      </w:r>
      <w:r>
        <w:t>kyunke woh dushman jo thay abhi bhi woh daur rahe thay un ko maarne ke liye.</w:t>
      </w:r>
    </w:p>
    <w:p>
      <w:pPr>
        <w:jc w:val="right"/>
      </w:pPr>
      <w:r>
        <w:t>کیونکہ وہ دشمن جو تھے ابھی بھی وہ دوڑ رہے تھے ان کو مارنے کے لئے۔</w:t>
      </w:r>
    </w:p>
    <w:p>
      <w:r>
        <w:rPr>
          <w:b/>
        </w:rPr>
        <w:t xml:space="preserve">[44:29] </w:t>
      </w:r>
      <w:r>
        <w:t>talwarein le kar ke.</w:t>
      </w:r>
    </w:p>
    <w:p>
      <w:pPr>
        <w:jc w:val="right"/>
      </w:pPr>
      <w:r>
        <w:t>تلواریں لے کر کے۔</w:t>
      </w:r>
    </w:p>
    <w:p>
      <w:r>
        <w:rPr>
          <w:b/>
        </w:rPr>
        <w:t xml:space="preserve">[44:32] </w:t>
      </w:r>
      <w:r>
        <w:t>toh aap ek ek qou jo tha us ko kehte hain sour.</w:t>
      </w:r>
    </w:p>
    <w:p>
      <w:pPr>
        <w:jc w:val="right"/>
      </w:pPr>
      <w:r>
        <w:t>تو آپ ایک ایک کیو جو تھا اس کو کہتے ہیں ثور۔</w:t>
      </w:r>
    </w:p>
    <w:p>
      <w:r>
        <w:rPr>
          <w:b/>
        </w:rPr>
        <w:t xml:space="preserve">[44:36] </w:t>
      </w:r>
      <w:r>
        <w:t>sour ek mountain tha.</w:t>
      </w:r>
    </w:p>
    <w:p>
      <w:pPr>
        <w:jc w:val="right"/>
      </w:pPr>
      <w:r>
        <w:t>ثور ایک ماؤنٹین تھا۔</w:t>
      </w:r>
    </w:p>
    <w:p>
      <w:r>
        <w:rPr>
          <w:b/>
        </w:rPr>
        <w:t xml:space="preserve">[44:39] </w:t>
      </w:r>
      <w:r>
        <w:t>is mein ek qou tha us ko kehte hain ke ghar e sour.</w:t>
      </w:r>
    </w:p>
    <w:p>
      <w:pPr>
        <w:jc w:val="right"/>
      </w:pPr>
      <w:r>
        <w:t>اس میں ایک کیو تھا اس کو کہتے ہیں کہ غار ثور۔</w:t>
      </w:r>
    </w:p>
    <w:p>
      <w:r>
        <w:rPr>
          <w:b/>
        </w:rPr>
        <w:t xml:space="preserve">[44:42] </w:t>
      </w:r>
      <w:r>
        <w:t>yaani yaani cave of sour.</w:t>
      </w:r>
    </w:p>
    <w:p>
      <w:pPr>
        <w:jc w:val="right"/>
      </w:pPr>
      <w:r>
        <w:t>یعنی یعنی کیو آف ثور۔</w:t>
      </w:r>
    </w:p>
    <w:p>
      <w:r>
        <w:rPr>
          <w:b/>
        </w:rPr>
        <w:t xml:space="preserve">[44:46] </w:t>
      </w:r>
      <w:r>
        <w:t>is mein aap chhupe hue thay apne saathi</w:t>
      </w:r>
    </w:p>
    <w:p>
      <w:pPr>
        <w:jc w:val="right"/>
      </w:pPr>
      <w:r>
        <w:t>اس میں آپ چھپے ہوئے تھے اپنے ساتھی</w:t>
      </w:r>
    </w:p>
    <w:p>
      <w:r>
        <w:rPr>
          <w:b/>
        </w:rPr>
        <w:t xml:space="preserve">[44:49] </w:t>
      </w:r>
      <w:r>
        <w:t>abubakar siddiq ke sath. to abubakar siddiq ne dekha ke unhon ne notice kiya ke woh log yahan bhi aa gaye. is ki maut par dekha ke unhon ne un ka saya woh to yahan bhi aa gaye. yahan hamein maar dalna chahte hain. is waqt rasool Allah ne kaha la tahzan innallaha ma'ana don't be afri</w:t>
      </w:r>
    </w:p>
    <w:p>
      <w:pPr>
        <w:jc w:val="right"/>
      </w:pPr>
      <w:r>
        <w:t>ابوبکر صدیق کے ساتھ۔ تو ابوبکر صدیق نے دیکھا کہ انہوں نے نوٹس کیا کہ وہ لوگ یہاں بھی آ گئے۔ اس کی موت پر دیکھا کہ انہوں نے ان کا سایہ وہ تو یہاں بھی آ گئے۔ یہاں ہمیں مار ڈالنا چاہتے ہیں۔ اس وقت رسول اللہ نے کہا لا تحزن ان اللہ معنا ڈونٹ بی ایفری</w:t>
      </w:r>
    </w:p>
    <w:p>
      <w:r>
        <w:rPr>
          <w:b/>
        </w:rPr>
        <w:t xml:space="preserve">[45:19] </w:t>
      </w:r>
      <w:r>
        <w:t>God is with us la tahzan innAllaha ma'ana don't be afraid God almighty is with us</w:t>
      </w:r>
    </w:p>
    <w:p>
      <w:pPr>
        <w:jc w:val="right"/>
      </w:pPr>
      <w:r>
        <w:t>ڈ گاڈ از ود اس لا تحزن ان اللہ معنا ڈونٹ بی ایفریڈ گاڈ المائٹی از ود اس</w:t>
      </w:r>
    </w:p>
    <w:p>
      <w:r>
        <w:rPr>
          <w:b/>
        </w:rPr>
        <w:t xml:space="preserve">[45:24] </w:t>
      </w:r>
      <w:r>
        <w:t>ab mujhe bataiye aap ke aag ko jis ko arabi mein kehte hain naar b kehte hain naarb fire</w:t>
      </w:r>
    </w:p>
    <w:p>
      <w:pPr>
        <w:jc w:val="right"/>
      </w:pPr>
      <w:r>
        <w:t>اب مجھے بتائیے آپ کہ آگ کو جس کو عربی میں کہتے ہیں نارب کہتے ہیں نارب فائر</w:t>
      </w:r>
    </w:p>
    <w:p>
      <w:r>
        <w:rPr>
          <w:b/>
        </w:rPr>
        <w:t xml:space="preserve">[45:29] </w:t>
      </w:r>
      <w:r>
        <w:t>ko arabi mein kehte hain naar aag.</w:t>
      </w:r>
    </w:p>
    <w:p>
      <w:pPr>
        <w:jc w:val="right"/>
      </w:pPr>
      <w:r>
        <w:t>کو عربی میں کہتے ہیں نارب آگ۔</w:t>
      </w:r>
    </w:p>
    <w:p>
      <w:r>
        <w:rPr>
          <w:b/>
        </w:rPr>
        <w:t xml:space="preserve">[45:34] </w:t>
      </w:r>
      <w:r>
        <w:t>aap ne verify kar ke jaan liya ke yeh aag hai.</w:t>
      </w:r>
    </w:p>
    <w:p>
      <w:pPr>
        <w:jc w:val="right"/>
      </w:pPr>
      <w:r>
        <w:t>آپ نے ویریفائی کر کے جان لیا کہ یہ آگ ہے۔</w:t>
      </w:r>
    </w:p>
    <w:p>
      <w:r>
        <w:rPr>
          <w:b/>
        </w:rPr>
        <w:t xml:space="preserve">[45:39] </w:t>
      </w:r>
      <w:r>
        <w:t>yeh fire hai.</w:t>
      </w:r>
    </w:p>
    <w:p>
      <w:pPr>
        <w:jc w:val="right"/>
      </w:pPr>
      <w:r>
        <w:t>یہ فائر ہے۔</w:t>
      </w:r>
    </w:p>
    <w:p>
      <w:r>
        <w:rPr>
          <w:b/>
        </w:rPr>
        <w:t xml:space="preserve">[45:44] </w:t>
      </w:r>
      <w:r>
        <w:t>toh kya yeh verification</w:t>
      </w:r>
    </w:p>
    <w:p>
      <w:pPr>
        <w:jc w:val="right"/>
      </w:pPr>
      <w:r>
        <w:t>تو کیا یہ ویریفیکیشن</w:t>
      </w:r>
    </w:p>
    <w:p>
      <w:r>
        <w:rPr>
          <w:b/>
        </w:rPr>
        <w:t xml:space="preserve">[45:49] </w:t>
      </w:r>
      <w:r>
        <w:t>le kar aap keh sakte hain wahan par la tahzan innaar ma'ana don't be afraid fire is</w:t>
      </w:r>
    </w:p>
    <w:p>
      <w:pPr>
        <w:jc w:val="right"/>
      </w:pPr>
      <w:r>
        <w:t>لے کر آپ کہہ سکتے ہیں وہاں پر لا تحزن ان النار معنا ڈونٹ بی ایفریڈ فائر از</w:t>
      </w:r>
    </w:p>
    <w:p>
      <w:r>
        <w:rPr>
          <w:b/>
        </w:rPr>
        <w:t xml:space="preserve">[45:58] </w:t>
      </w:r>
      <w:r>
        <w:t>with us aap keh sakte hain aisa? nahin keh sakte aap aisa? aap aap ko fire fire guard nahin chahiye.</w:t>
      </w:r>
    </w:p>
    <w:p>
      <w:pPr>
        <w:jc w:val="right"/>
      </w:pPr>
      <w:r>
        <w:t>ود اس آپ کہہ سکتے ہیں ایسا؟ نہیں کہہ سکتے آپ ایسا؟ آپ آپ کو فائر فائر گارڈ نہیں چاہیے۔</w:t>
      </w:r>
    </w:p>
    <w:p>
      <w:r>
        <w:rPr>
          <w:b/>
        </w:rPr>
        <w:t xml:space="preserve">[46:06] </w:t>
      </w:r>
      <w:r>
        <w:t>ek saccha guard chahiye jo aap ko us waqt bhi aap ko help kare jahan koi help ka</w:t>
      </w:r>
    </w:p>
    <w:p>
      <w:pPr>
        <w:jc w:val="right"/>
      </w:pPr>
      <w:r>
        <w:t>ایک سچا گارڈ چاہیے جو آپ کو اس وقت بھی آپ کو ہیلپ کرے جہاں کوئی ہیلپ کا</w:t>
      </w:r>
    </w:p>
    <w:p>
      <w:r>
        <w:rPr>
          <w:b/>
        </w:rPr>
        <w:t xml:space="preserve">[46:14] </w:t>
      </w:r>
      <w:r>
        <w:t>karne wala nahin hota hai.</w:t>
      </w:r>
    </w:p>
    <w:p>
      <w:pPr>
        <w:jc w:val="right"/>
      </w:pPr>
      <w:r>
        <w:t>کرنے والا نہیں ہوتا ہے۔</w:t>
      </w:r>
    </w:p>
    <w:p>
      <w:r>
        <w:rPr>
          <w:b/>
        </w:rPr>
        <w:t xml:space="preserve">[46:23] </w:t>
      </w:r>
      <w:r>
        <w:t>yeh dekhiye yeh yeh baat jo main keh raha hoon it is yeh bilkul natural baat hai.</w:t>
      </w:r>
    </w:p>
    <w:p>
      <w:pPr>
        <w:jc w:val="right"/>
      </w:pPr>
      <w:r>
        <w:t>یہ دیکھیے یہ یہ بات جو میں کہہ رہا ہوں اٹ از یہ بالکل نیچرل بات ہے۔</w:t>
      </w:r>
    </w:p>
    <w:p>
      <w:r>
        <w:rPr>
          <w:b/>
        </w:rPr>
        <w:t xml:space="preserve">[46:27] </w:t>
      </w:r>
      <w:r>
        <w:t>main aap ko doosri misaal deta hoon maa ki misaal lijiye.</w:t>
      </w:r>
    </w:p>
    <w:p>
      <w:pPr>
        <w:jc w:val="right"/>
      </w:pPr>
      <w:r>
        <w:t>میں آپ کو دوسری مثال دیتا ہوں ماں کی مثال لیجیے۔</w:t>
      </w:r>
    </w:p>
    <w:p>
      <w:r>
        <w:rPr>
          <w:b/>
        </w:rPr>
        <w:t xml:space="preserve">[46:31] </w:t>
      </w:r>
      <w:r>
        <w:t>ek maa hai.</w:t>
      </w:r>
    </w:p>
    <w:p>
      <w:pPr>
        <w:jc w:val="right"/>
      </w:pPr>
      <w:r>
        <w:t>ایک ماں ہے۔</w:t>
      </w:r>
    </w:p>
    <w:p>
      <w:r>
        <w:rPr>
          <w:b/>
        </w:rPr>
        <w:t xml:space="preserve">[46:36] </w:t>
      </w:r>
      <w:r>
        <w:t>bachcha jo paida hua maa ke pait se toh bachche ne nahin dekha ke main is maa se</w:t>
      </w:r>
    </w:p>
    <w:p>
      <w:pPr>
        <w:jc w:val="right"/>
      </w:pPr>
      <w:r>
        <w:t>بچہ جو پیدا ہوا ماں کے پیٹ سے تو بچے نے نہیں دیکھا کہ میں اس ماں سے</w:t>
      </w:r>
    </w:p>
    <w:p>
      <w:r>
        <w:rPr>
          <w:b/>
        </w:rPr>
        <w:t xml:space="preserve">[46:40] </w:t>
      </w:r>
      <w:r>
        <w:t>paida ho raha hoon.</w:t>
      </w:r>
    </w:p>
    <w:p>
      <w:pPr>
        <w:jc w:val="right"/>
      </w:pPr>
      <w:r>
        <w:t>پیدا ہو رہا ہوں۔</w:t>
      </w:r>
    </w:p>
    <w:p>
      <w:r>
        <w:rPr>
          <w:b/>
        </w:rPr>
        <w:t xml:space="preserve">[46:44] </w:t>
      </w:r>
      <w:r>
        <w:t>maa se paida ho raha hoon.</w:t>
      </w:r>
    </w:p>
    <w:p>
      <w:pPr>
        <w:jc w:val="right"/>
      </w:pPr>
      <w:r>
        <w:t>ماں سے پیدا ہو رہا ہوں۔</w:t>
      </w:r>
    </w:p>
    <w:p>
      <w:r>
        <w:rPr>
          <w:b/>
        </w:rPr>
        <w:t xml:space="preserve">[46:48] </w:t>
      </w:r>
      <w:r>
        <w:t>ab log kehte hain ke dekho yeh yeh maa yeh yeh lady tumhari maa hai.</w:t>
      </w:r>
    </w:p>
    <w:p>
      <w:pPr>
        <w:jc w:val="right"/>
      </w:pPr>
      <w:r>
        <w:t>اب لوگ کہتے ہیں کہ دیکھو یہ یہ ماں یہ یہ لیڈی تمہاری ماں ہے۔</w:t>
      </w:r>
    </w:p>
    <w:p>
      <w:r>
        <w:rPr>
          <w:b/>
        </w:rPr>
        <w:t xml:space="preserve">[46:53] </w:t>
      </w:r>
      <w:r>
        <w:t>woh hospital jaata hai jahan woh paida hua tha wahan par likha hua hai ke is maa se</w:t>
      </w:r>
    </w:p>
    <w:p>
      <w:pPr>
        <w:jc w:val="right"/>
      </w:pPr>
      <w:r>
        <w:t>وہ ہاسپٹل جاتا ہے جہاں وہ پیدا ہوا تھا وہاں پر لکھا ہوا ہے کہ اس ماں سے</w:t>
      </w:r>
    </w:p>
    <w:p>
      <w:r>
        <w:rPr>
          <w:b/>
        </w:rPr>
        <w:t xml:space="preserve">[46:57] </w:t>
      </w:r>
      <w:r>
        <w:t>yeh bachcha paida hua.</w:t>
      </w:r>
    </w:p>
    <w:p>
      <w:pPr>
        <w:jc w:val="right"/>
      </w:pPr>
      <w:r>
        <w:t>یہ بچہ پیدا ہوا۔</w:t>
      </w:r>
    </w:p>
    <w:p>
      <w:r>
        <w:rPr>
          <w:b/>
        </w:rPr>
        <w:t xml:space="preserve">[47:02] </w:t>
      </w:r>
      <w:r>
        <w:t>to technical verification ho gaya.</w:t>
      </w:r>
    </w:p>
    <w:p>
      <w:pPr>
        <w:jc w:val="right"/>
      </w:pPr>
      <w:r>
        <w:t>تو ٹیکنیکل ویریفیکیشن ہو گیا۔</w:t>
      </w:r>
    </w:p>
    <w:p>
      <w:r>
        <w:rPr>
          <w:b/>
        </w:rPr>
        <w:t xml:space="preserve">[47:06] </w:t>
      </w:r>
      <w:r>
        <w:t>lekin kya is tarah ke verification woh attachment paida karta kar sakta hai bete ke andar maa ke</w:t>
      </w:r>
    </w:p>
    <w:p>
      <w:pPr>
        <w:jc w:val="right"/>
      </w:pPr>
      <w:r>
        <w:t>لیکن کیا اس طرح کے ویریفیکیشن وہ اٹیچمنٹ پیدا کرتا کر سکتا ہے بیٹے کے اندر ماں کے</w:t>
      </w:r>
    </w:p>
    <w:p>
      <w:r>
        <w:rPr>
          <w:b/>
        </w:rPr>
        <w:t xml:space="preserve">[47:10] </w:t>
      </w:r>
      <w:r>
        <w:t>liye jo chahiye? nahin kabhi bhi nahin.</w:t>
      </w:r>
    </w:p>
    <w:p>
      <w:pPr>
        <w:jc w:val="right"/>
      </w:pPr>
      <w:r>
        <w:t>لئے جو چاہیے؟ نہیں کبھی بھی نہیں۔</w:t>
      </w:r>
    </w:p>
    <w:p>
      <w:r>
        <w:rPr>
          <w:b/>
        </w:rPr>
        <w:t xml:space="preserve">[47:15] </w:t>
      </w:r>
      <w:r>
        <w:t>woh hota hai is through psychology. through nature.</w:t>
      </w:r>
    </w:p>
    <w:p>
      <w:pPr>
        <w:jc w:val="right"/>
      </w:pPr>
      <w:r>
        <w:t>وہ ہوتا ہے اس تھرو سائیکالوجی۔ تھرو نیچر۔</w:t>
      </w:r>
    </w:p>
    <w:p>
      <w:r>
        <w:rPr>
          <w:b/>
        </w:rPr>
        <w:t xml:space="preserve">[47:19] </w:t>
      </w:r>
      <w:r>
        <w:t>ek psychological verification hai pehle se bachche ke andar.</w:t>
      </w:r>
    </w:p>
    <w:p>
      <w:pPr>
        <w:jc w:val="right"/>
      </w:pPr>
      <w:r>
        <w:t>ایک سائیکلوجیکل ویریفیکیشن ہے پہلے سے بچے کے اندر۔</w:t>
      </w:r>
    </w:p>
    <w:p>
      <w:r>
        <w:rPr>
          <w:b/>
        </w:rPr>
        <w:t xml:space="preserve">[47:23] </w:t>
      </w:r>
      <w:r>
        <w:t>jo unseen tor par ek dil mein maa ke liye mohabbat maa ke liye attachment is ko</w:t>
      </w:r>
    </w:p>
    <w:p>
      <w:pPr>
        <w:jc w:val="right"/>
      </w:pPr>
      <w:r>
        <w:t>جو ان سین طور پر ایک دل میں ماں کے لئے محبت ماں کے لئے اٹیچمنٹ اس کو</w:t>
      </w:r>
    </w:p>
    <w:p>
      <w:r>
        <w:rPr>
          <w:b/>
        </w:rPr>
        <w:t xml:space="preserve">[47:28] </w:t>
      </w:r>
      <w:r>
        <w:t>objective tor par aap verify nahin kar sakte.</w:t>
      </w:r>
    </w:p>
    <w:p>
      <w:pPr>
        <w:jc w:val="right"/>
      </w:pPr>
      <w:r>
        <w:t>آبجیکٹیو طور پر آپ ویریفائی نہیں کر سکتے۔</w:t>
      </w:r>
    </w:p>
    <w:p>
      <w:r>
        <w:rPr>
          <w:b/>
        </w:rPr>
        <w:t xml:space="preserve">[47:32] </w:t>
      </w:r>
      <w:r>
        <w:t>lekin subjective tor par verify ho raha hai.</w:t>
      </w:r>
    </w:p>
    <w:p>
      <w:pPr>
        <w:jc w:val="right"/>
      </w:pPr>
      <w:r>
        <w:t>لیکن سبجیکٹیو طور پر ویریفائی ہو رہا ہے۔</w:t>
      </w:r>
    </w:p>
    <w:p>
      <w:r>
        <w:rPr>
          <w:b/>
        </w:rPr>
        <w:t xml:space="preserve">[47:36] </w:t>
      </w:r>
      <w:r>
        <w:t>to yeh maamla fifty fifty percent ka hua.</w:t>
      </w:r>
    </w:p>
    <w:p>
      <w:pPr>
        <w:jc w:val="right"/>
      </w:pPr>
      <w:r>
        <w:t>تو یہ معاملہ ففٹی ففٹی پرسنٹ کا ہوا۔</w:t>
      </w:r>
    </w:p>
    <w:p>
      <w:r>
        <w:rPr>
          <w:b/>
        </w:rPr>
        <w:t xml:space="preserve">[47:41] </w:t>
      </w:r>
      <w:r>
        <w:t>objective tor par koi data mile is ko janne ke liye ke yeh meri maa hai yeh meri maa hai.</w:t>
      </w:r>
    </w:p>
    <w:p>
      <w:pPr>
        <w:jc w:val="right"/>
      </w:pPr>
      <w:r>
        <w:t>آبجیکٹیو طور پر کوئی ڈیٹا ملے اس کو جاننے کے لئے کہ یہ میری ماں ہے یہ میری ماں ہے۔</w:t>
      </w:r>
    </w:p>
    <w:p>
      <w:r>
        <w:rPr>
          <w:b/>
        </w:rPr>
        <w:t xml:space="preserve">[47:45] </w:t>
      </w:r>
      <w:r>
        <w:t>lekin woh kafi nahin hai.</w:t>
      </w:r>
    </w:p>
    <w:p>
      <w:pPr>
        <w:jc w:val="right"/>
      </w:pPr>
      <w:r>
        <w:t>لیکن وہ کافی نہیں ہے۔</w:t>
      </w:r>
    </w:p>
    <w:p>
      <w:r>
        <w:rPr>
          <w:b/>
        </w:rPr>
        <w:t xml:space="preserve">[47:49] </w:t>
      </w:r>
      <w:r>
        <w:t>is se woh motherhood ka woh ka</w:t>
      </w:r>
    </w:p>
    <w:p>
      <w:pPr>
        <w:jc w:val="right"/>
      </w:pPr>
      <w:r>
        <w:t>اس سے وہ مدر ہڈ کا وہ کا</w:t>
      </w:r>
    </w:p>
    <w:p>
      <w:r>
        <w:rPr>
          <w:b/>
        </w:rPr>
        <w:t xml:space="preserve">[47:54] </w:t>
      </w:r>
      <w:r>
        <w:t>woh woh taluq nahin banta.</w:t>
      </w:r>
    </w:p>
    <w:p>
      <w:pPr>
        <w:jc w:val="right"/>
      </w:pPr>
      <w:r>
        <w:t>وہ وہ تعلق نہیں بنتا۔</w:t>
      </w:r>
    </w:p>
    <w:p>
      <w:r>
        <w:rPr>
          <w:b/>
        </w:rPr>
        <w:t xml:space="preserve">[47:58] </w:t>
      </w:r>
      <w:r>
        <w:t>maa aur beti ka jo taluq hai woh bohat hi gehra bohat hi deep hai.</w:t>
      </w:r>
    </w:p>
    <w:p>
      <w:pPr>
        <w:jc w:val="right"/>
      </w:pPr>
      <w:r>
        <w:t>ماں اور بیٹی کا جو تعلق ہے وہ بہت ہی گہرا بہت ہی ڈیپ ہے۔</w:t>
      </w:r>
    </w:p>
    <w:p>
      <w:r>
        <w:rPr>
          <w:b/>
        </w:rPr>
        <w:t xml:space="preserve">[48:02] </w:t>
      </w:r>
      <w:r>
        <w:t>main ne dekha hai ek bachche ko ke maa ne is ko mara.</w:t>
      </w:r>
    </w:p>
    <w:p>
      <w:pPr>
        <w:jc w:val="right"/>
      </w:pPr>
      <w:r>
        <w:t>میں نے دیکھا ہے ایک بچے کو کہ ماں نے اس کو مارا۔</w:t>
      </w:r>
    </w:p>
    <w:p>
      <w:r>
        <w:rPr>
          <w:b/>
        </w:rPr>
        <w:t xml:space="preserve">[48:06] </w:t>
      </w:r>
      <w:r>
        <w:t>maa ne is ko mara.</w:t>
      </w:r>
    </w:p>
    <w:p>
      <w:pPr>
        <w:jc w:val="right"/>
      </w:pPr>
      <w:r>
        <w:t>ماں نے اس کو مارا۔</w:t>
      </w:r>
    </w:p>
    <w:p>
      <w:r>
        <w:rPr>
          <w:b/>
        </w:rPr>
        <w:t xml:space="preserve">[48:09] </w:t>
      </w:r>
      <w:r>
        <w:t>ab beta ab maa hi se chipak gaya.</w:t>
      </w:r>
    </w:p>
    <w:p>
      <w:pPr>
        <w:jc w:val="right"/>
      </w:pPr>
      <w:r>
        <w:t>اب بیٹا اب ماں ہی سے چپک گیا۔</w:t>
      </w:r>
    </w:p>
    <w:p>
      <w:r>
        <w:rPr>
          <w:b/>
        </w:rPr>
        <w:t xml:space="preserve">[48:13] </w:t>
      </w:r>
      <w:r>
        <w:t>beta ab maa se chipak gaya.</w:t>
      </w:r>
    </w:p>
    <w:p>
      <w:pPr>
        <w:jc w:val="right"/>
      </w:pPr>
      <w:r>
        <w:t>بیٹا اب ماں سے چپک گیا۔</w:t>
      </w:r>
    </w:p>
    <w:p>
      <w:r>
        <w:rPr>
          <w:b/>
        </w:rPr>
        <w:t xml:space="preserve">[48:17] </w:t>
      </w:r>
      <w:r>
        <w:t>yeh hai out of love.</w:t>
      </w:r>
    </w:p>
    <w:p>
      <w:pPr>
        <w:jc w:val="right"/>
      </w:pPr>
      <w:r>
        <w:t>یہ ہے آؤٹ آف لو۔</w:t>
      </w:r>
    </w:p>
    <w:p>
      <w:r>
        <w:rPr>
          <w:b/>
        </w:rPr>
        <w:t xml:space="preserve">[48:21] </w:t>
      </w:r>
      <w:r>
        <w:t>aam aadmi koi maare to bachcha bhagega.</w:t>
      </w:r>
    </w:p>
    <w:p>
      <w:pPr>
        <w:jc w:val="right"/>
      </w:pPr>
      <w:r>
        <w:t>عام آدمی کوئی مارے تو بچہ بھاگے گا۔</w:t>
      </w:r>
    </w:p>
    <w:p>
      <w:r>
        <w:rPr>
          <w:b/>
        </w:rPr>
        <w:t xml:space="preserve">[48:25] </w:t>
      </w:r>
      <w:r>
        <w:t>road par koi mare to bachcha bhagega. lekin maa ne mara to usi se lipat gaya woh. it requires psychological verification. yahan technical verification kaam nahi karega. to maa jaisa attachment chahiye khuda aur bande ke darmiyan. maa jaisa attachment chahiye khuda aur bande ke darmiyan. yani h</w:t>
      </w:r>
    </w:p>
    <w:p>
      <w:pPr>
        <w:jc w:val="right"/>
      </w:pPr>
      <w:r>
        <w:t>روڈ پر کوئی مارے تو بچہ بھاگے گا۔ لیکن ماں نے مارا تو اسی سے لپٹ گیا وہ۔ اٹ ریکوائر سائیکلوجیکل ویریفیکیشن۔ یہاں ٹیکنیکل ویریفیکیشن کام نہیں کرے گا۔ تو ماں جیسا اٹیچمنٹ چاہیے خدا اور بندی کے درمیان۔ ماں جیسا اٹیچمنٹ چاہیے خدا اور بندی کے درمیان۔ یعنی ہ</w:t>
      </w:r>
    </w:p>
    <w:p>
      <w:r>
        <w:rPr>
          <w:b/>
        </w:rPr>
        <w:t xml:space="preserve">[48:55] </w:t>
      </w:r>
      <w:r>
        <w:t>main ek aisa Khuda chahiye jis se hum woh attachment qaim kar sakein jo ek bachche ko apni</w:t>
      </w:r>
    </w:p>
    <w:p>
      <w:pPr>
        <w:jc w:val="right"/>
      </w:pPr>
      <w:r>
        <w:t>میں ایک ایسا خدا چاہیے جس سے ہم وہ اٹیچمنٹ قائم کر سکیں جو ایک بچے کو اپنی</w:t>
      </w:r>
    </w:p>
    <w:p>
      <w:r>
        <w:rPr>
          <w:b/>
        </w:rPr>
        <w:t xml:space="preserve">[49:01] </w:t>
      </w:r>
      <w:r>
        <w:t>maa se hota hai.</w:t>
      </w:r>
    </w:p>
    <w:p>
      <w:pPr>
        <w:jc w:val="right"/>
      </w:pPr>
      <w:r>
        <w:t>ماں سے ہوتا ہے۔</w:t>
      </w:r>
    </w:p>
    <w:p>
      <w:r>
        <w:rPr>
          <w:b/>
        </w:rPr>
        <w:t xml:space="preserve">[49:07] </w:t>
      </w:r>
      <w:r>
        <w:t>warna woh Khuda kis kaam ka? main ne aap ko ek qissa sunaya tha is se pehle.</w:t>
      </w:r>
    </w:p>
    <w:p>
      <w:pPr>
        <w:jc w:val="right"/>
      </w:pPr>
      <w:r>
        <w:t>ورنہ وہ خدا کس کام کا؟ میں نے آپ کو ایک قصہ سنایا تھا اس سے پہلے۔</w:t>
      </w:r>
    </w:p>
    <w:p>
      <w:r>
        <w:rPr>
          <w:b/>
        </w:rPr>
        <w:t xml:space="preserve">[49:14] </w:t>
      </w:r>
      <w:r>
        <w:t>is ko main repeat karta hoon.</w:t>
      </w:r>
    </w:p>
    <w:p>
      <w:pPr>
        <w:jc w:val="right"/>
      </w:pPr>
      <w:r>
        <w:t>اس کو میں ریپیٹ کرتا ہوں۔</w:t>
      </w:r>
    </w:p>
    <w:p>
      <w:r>
        <w:rPr>
          <w:b/>
        </w:rPr>
        <w:t xml:space="preserve">[49:20] </w:t>
      </w:r>
      <w:r>
        <w:t>keh ek jahaz chala America ke coast se Africa jane ke liye Atlantic mein.</w:t>
      </w:r>
    </w:p>
    <w:p>
      <w:pPr>
        <w:jc w:val="right"/>
      </w:pPr>
      <w:r>
        <w:t>کہ ایک جہاز چلا امریکہ کے کوسٹ سے افریقہ جانے کے لئے اٹلانٹک میں۔</w:t>
      </w:r>
    </w:p>
    <w:p>
      <w:r>
        <w:rPr>
          <w:b/>
        </w:rPr>
        <w:t xml:space="preserve">[49:26] </w:t>
      </w:r>
      <w:r>
        <w:t>yeh baat jab ki hai jabke ship nahi hua karta tha.</w:t>
      </w:r>
    </w:p>
    <w:p>
      <w:pPr>
        <w:jc w:val="right"/>
      </w:pPr>
      <w:r>
        <w:t>یہ بات جب کی ہے جبکہ شپ نہیں ہوا کرتا تھا۔</w:t>
      </w:r>
    </w:p>
    <w:p>
      <w:r>
        <w:rPr>
          <w:b/>
        </w:rPr>
        <w:t xml:space="preserve">[49:29] </w:t>
      </w:r>
      <w:r>
        <w:t>woh jabke airplane nahi hua karta tha.</w:t>
      </w:r>
    </w:p>
    <w:p>
      <w:pPr>
        <w:jc w:val="right"/>
      </w:pPr>
      <w:r>
        <w:t>وہ جبکہ ایروپلین نہیں ہوا کرتا تھا۔</w:t>
      </w:r>
    </w:p>
    <w:p>
      <w:r>
        <w:rPr>
          <w:b/>
        </w:rPr>
        <w:t xml:space="preserve">[49:33] </w:t>
      </w:r>
      <w:r>
        <w:t>ship se safar hota tha.</w:t>
      </w:r>
    </w:p>
    <w:p>
      <w:pPr>
        <w:jc w:val="right"/>
      </w:pPr>
      <w:r>
        <w:t>شپ سے سفر ہوتا تھا۔</w:t>
      </w:r>
    </w:p>
    <w:p>
      <w:r>
        <w:rPr>
          <w:b/>
        </w:rPr>
        <w:t xml:space="preserve">[49:36] </w:t>
      </w:r>
      <w:r>
        <w:t>toh raste mein aa gaya storm.</w:t>
      </w:r>
    </w:p>
    <w:p>
      <w:pPr>
        <w:jc w:val="right"/>
      </w:pPr>
      <w:r>
        <w:t>تو راستے میں آ گیا اسٹورم۔</w:t>
      </w:r>
    </w:p>
    <w:p>
      <w:r>
        <w:rPr>
          <w:b/>
        </w:rPr>
        <w:t xml:space="preserve">[49:40] </w:t>
      </w:r>
      <w:r>
        <w:t>aur jahaz hilne laga.</w:t>
      </w:r>
    </w:p>
    <w:p>
      <w:pPr>
        <w:jc w:val="right"/>
      </w:pPr>
      <w:r>
        <w:t>اور جہاز ہلنے لگا۔</w:t>
      </w:r>
    </w:p>
    <w:p>
      <w:r>
        <w:rPr>
          <w:b/>
        </w:rPr>
        <w:t xml:space="preserve">[49:43] </w:t>
      </w:r>
      <w:r>
        <w:t>jab aap aap ne shayad ship mein safar nahi kiya hai jab jahaz hilne lagta hai toh lagta</w:t>
      </w:r>
    </w:p>
    <w:p>
      <w:pPr>
        <w:jc w:val="right"/>
      </w:pPr>
      <w:r>
        <w:t>جب آپ آپ نے شاید شپ میں سفر نہیں کیا ہے جب جہاز ہلنے لگتا ہے تو لگتا</w:t>
      </w:r>
    </w:p>
    <w:p>
      <w:r>
        <w:rPr>
          <w:b/>
        </w:rPr>
        <w:t xml:space="preserve">[49:46] </w:t>
      </w:r>
      <w:r>
        <w:t>hai keh bas ab maut maut maut.</w:t>
      </w:r>
    </w:p>
    <w:p>
      <w:pPr>
        <w:jc w:val="right"/>
      </w:pPr>
      <w:r>
        <w:t>ہے کہ بس اب موت موت موت۔</w:t>
      </w:r>
    </w:p>
    <w:p>
      <w:r>
        <w:rPr>
          <w:b/>
        </w:rPr>
        <w:t xml:space="preserve">[49:50] </w:t>
      </w:r>
      <w:r>
        <w:t>ab har taraf pani hai har taraf samandar hai.</w:t>
      </w:r>
    </w:p>
    <w:p>
      <w:pPr>
        <w:jc w:val="right"/>
      </w:pPr>
      <w:r>
        <w:t>اب ہر طرف پانی ہے ہر طرف سمندر ہے۔</w:t>
      </w:r>
    </w:p>
    <w:p>
      <w:r>
        <w:rPr>
          <w:b/>
        </w:rPr>
        <w:t xml:space="preserve">[49:53] </w:t>
      </w:r>
      <w:r>
        <w:t>aur is mein ek chota sa jahaz</w:t>
      </w:r>
    </w:p>
    <w:p>
      <w:pPr>
        <w:jc w:val="right"/>
      </w:pPr>
      <w:r>
        <w:t>اور اس میں ایک چھوٹا سا جہاز</w:t>
      </w:r>
    </w:p>
    <w:p>
      <w:r>
        <w:rPr>
          <w:b/>
        </w:rPr>
        <w:t xml:space="preserve">[49:57] </w:t>
      </w:r>
      <w:r>
        <w:t>ship kya hai keh ek tinka hota hai samandar mein.</w:t>
      </w:r>
    </w:p>
    <w:p>
      <w:pPr>
        <w:jc w:val="right"/>
      </w:pPr>
      <w:r>
        <w:t>شپ کیا ہے کہ ایک تنکا ہوتا ہے سمندر میں۔</w:t>
      </w:r>
    </w:p>
    <w:p>
      <w:r>
        <w:rPr>
          <w:b/>
        </w:rPr>
        <w:t xml:space="preserve">[50:01] </w:t>
      </w:r>
      <w:r>
        <w:t>toh yeh storm aa gaya.</w:t>
      </w:r>
    </w:p>
    <w:p>
      <w:pPr>
        <w:jc w:val="right"/>
      </w:pPr>
      <w:r>
        <w:t>تو یہ سٹورم آ گیا۔</w:t>
      </w:r>
    </w:p>
    <w:p>
      <w:r>
        <w:rPr>
          <w:b/>
        </w:rPr>
        <w:t xml:space="preserve">[50:04] </w:t>
      </w:r>
      <w:r>
        <w:t>saare log pareshan.</w:t>
      </w:r>
    </w:p>
    <w:p>
      <w:pPr>
        <w:jc w:val="right"/>
      </w:pPr>
      <w:r>
        <w:t>سارے لوگ پریشان۔</w:t>
      </w:r>
    </w:p>
    <w:p>
      <w:r>
        <w:rPr>
          <w:b/>
        </w:rPr>
        <w:t xml:space="preserve">[50:08] </w:t>
      </w:r>
      <w:r>
        <w:t>toh ek aadmi kehta hai keh main ghabrahat mein idhar udhar daud raha tha.</w:t>
      </w:r>
    </w:p>
    <w:p>
      <w:pPr>
        <w:jc w:val="right"/>
      </w:pPr>
      <w:r>
        <w:t>تو ایک آدمی کہتا ہے کہ میں گھبراہٹ میں ادھر ادھر دوڑ رہا تھا۔</w:t>
      </w:r>
    </w:p>
    <w:p>
      <w:r>
        <w:rPr>
          <w:b/>
        </w:rPr>
        <w:t xml:space="preserve">[50:12] </w:t>
      </w:r>
      <w:r>
        <w:t>kyunkeh jahaz bohat bada hota hai.</w:t>
      </w:r>
    </w:p>
    <w:p>
      <w:pPr>
        <w:jc w:val="right"/>
      </w:pPr>
      <w:r>
        <w:t>کیونکہ جہاز بہت بڑا ہوتا ہے۔</w:t>
      </w:r>
    </w:p>
    <w:p>
      <w:r>
        <w:rPr>
          <w:b/>
        </w:rPr>
        <w:t xml:space="preserve">[50:16] </w:t>
      </w:r>
      <w:r>
        <w:t>toh maine dekha keh ek goshe mein ek corner mein ek bachi hai jo apne doll se</w:t>
      </w:r>
    </w:p>
    <w:p>
      <w:pPr>
        <w:jc w:val="right"/>
      </w:pPr>
      <w:r>
        <w:t>تو میں نے دیکھا کہ ایک گوشے میں ایک کارنر میں ایک بچی ہے جو اپنے ڈال سے</w:t>
      </w:r>
    </w:p>
    <w:p>
      <w:r>
        <w:rPr>
          <w:b/>
        </w:rPr>
        <w:t xml:space="preserve">[50:19] </w:t>
      </w:r>
      <w:r>
        <w:t>khel rahi hai.</w:t>
      </w:r>
    </w:p>
    <w:p>
      <w:pPr>
        <w:jc w:val="right"/>
      </w:pPr>
      <w:r>
        <w:t>کھیل رہی ہے۔</w:t>
      </w:r>
    </w:p>
    <w:p>
      <w:r>
        <w:rPr>
          <w:b/>
        </w:rPr>
        <w:t xml:space="preserve">[50:23] </w:t>
      </w:r>
      <w:r>
        <w:t>ek bachi hai jo</w:t>
      </w:r>
    </w:p>
    <w:p>
      <w:pPr>
        <w:jc w:val="right"/>
      </w:pPr>
      <w:r>
        <w:t>ایک بچی ہے جو</w:t>
      </w:r>
    </w:p>
    <w:p>
      <w:r>
        <w:rPr>
          <w:b/>
        </w:rPr>
        <w:t xml:space="preserve">[50:27] </w:t>
      </w:r>
      <w:r>
        <w:t>apne doll se khel rahi hai. yeh jahaz jo hai woh storm mein hai dagmaga raha hai. woh apne doll se khel rahi hai. us ne kaha ke tum jante ho kya ho raha hai yahan? tumhein pata hai kya ho raha hai? yahan jahaz to dubne wala hai. hum storm mein gir gaye hain. is bachchi ne bohat hi itminan se kaha do you know my</w:t>
      </w:r>
    </w:p>
    <w:p>
      <w:pPr>
        <w:jc w:val="right"/>
      </w:pPr>
      <w:r>
        <w:t>اپنے ڈال سے کھیل رہی ہے۔ یہ جہاز جو ہے وہ اسٹورم میں ہے ڈگمگا رہا ہے۔ وہ اپنے ڈال سے کھیل رہی ہے۔ اس نے کہا کہ تم جانتے ہو کیا ہو رہا ہے یہاں؟ تمہیں پتہ ہے کیا ہو رہا ہے؟ یہاں جہاز تو ڈوبنے والا ہے۔ ہم اسٹورم میں گر گئے ہیں۔ اس بچی نے بہت ہی اطمینان سے کہا ڈو یو نو مائی</w:t>
      </w:r>
    </w:p>
    <w:p>
      <w:r>
        <w:rPr>
          <w:b/>
        </w:rPr>
        <w:t xml:space="preserve">[50:57] </w:t>
      </w:r>
      <w:r>
        <w:t>Father is captain of this ship. He is not going to let it sink. Mera baap is jahaaz</w:t>
      </w:r>
    </w:p>
    <w:p>
      <w:pPr>
        <w:jc w:val="right"/>
      </w:pPr>
      <w:r>
        <w:t>فادر از کیپٹن آف دس شپ ہی از ناٹ گوئنگ ٹو لیٹ اٹ سنک میرا باپ اس جہاز</w:t>
      </w:r>
    </w:p>
    <w:p>
      <w:r>
        <w:rPr>
          <w:b/>
        </w:rPr>
        <w:t xml:space="preserve">[51:05] </w:t>
      </w:r>
      <w:r>
        <w:t>ka captain hai woh usko doobne nahi dega.</w:t>
      </w:r>
    </w:p>
    <w:p>
      <w:pPr>
        <w:jc w:val="right"/>
      </w:pPr>
      <w:r>
        <w:t>کا کیپٹن ہے وہ اس کو ڈوبنے نہیں دے گا۔</w:t>
      </w:r>
    </w:p>
    <w:p>
      <w:r>
        <w:rPr>
          <w:b/>
        </w:rPr>
        <w:t xml:space="preserve">[51:13] </w:t>
      </w:r>
      <w:r>
        <w:t>yeh conviction chahiye bande ke andar apne Khuda ke liye.</w:t>
      </w:r>
    </w:p>
    <w:p>
      <w:pPr>
        <w:jc w:val="right"/>
      </w:pPr>
      <w:r>
        <w:t>یہ کنوکشن چاہیے بندے کے اندر اپنے خدا کے لئے۔</w:t>
      </w:r>
    </w:p>
    <w:p>
      <w:r>
        <w:rPr>
          <w:b/>
        </w:rPr>
        <w:t xml:space="preserve">[51:21] </w:t>
      </w:r>
      <w:r>
        <w:t>kya aap samajhte hain keh technical verification se yeh conviction aa sakta hai? Kabhi nahi aa sakta hai.</w:t>
      </w:r>
    </w:p>
    <w:p>
      <w:pPr>
        <w:jc w:val="right"/>
      </w:pPr>
      <w:r>
        <w:t>کیا آپ سمجھتے ہیں کہ ٹیکنیکل ویریفیکیشن سے یہ کنوکشن آ سکتا ہے؟ کبھی نہیں آ سکتا ہے۔</w:t>
      </w:r>
    </w:p>
    <w:p>
      <w:r>
        <w:rPr>
          <w:b/>
        </w:rPr>
        <w:t xml:space="preserve">[51:29] </w:t>
      </w:r>
      <w:r>
        <w:t>jaise keh maine misaal di aap ko keh aag jalati hai aap ne verify kiya apni ungli</w:t>
      </w:r>
    </w:p>
    <w:p>
      <w:pPr>
        <w:jc w:val="right"/>
      </w:pPr>
      <w:r>
        <w:t>جیسے کہ میں نے مثال دی آپ کو کہ آگ جلاتی ہے آپ نے ویریفائی کیا اپنی انگلی</w:t>
      </w:r>
    </w:p>
    <w:p>
      <w:r>
        <w:rPr>
          <w:b/>
        </w:rPr>
        <w:t xml:space="preserve">[51:34] </w:t>
      </w:r>
      <w:r>
        <w:t>wahan daal kar ke us ne jala diya aap ko.</w:t>
      </w:r>
    </w:p>
    <w:p>
      <w:pPr>
        <w:jc w:val="right"/>
      </w:pPr>
      <w:r>
        <w:t>وہاں ڈال کر کے اس نے جلا دیا آپ کو۔</w:t>
      </w:r>
    </w:p>
    <w:p>
      <w:r>
        <w:rPr>
          <w:b/>
        </w:rPr>
        <w:t xml:space="preserve">[51:39] </w:t>
      </w:r>
      <w:r>
        <w:t>toh verify ho gaya keh aag jalati hai.</w:t>
      </w:r>
    </w:p>
    <w:p>
      <w:pPr>
        <w:jc w:val="right"/>
      </w:pPr>
      <w:r>
        <w:t>تو ویریفائی ہو گیا کہ آگ جلاتی ہے۔</w:t>
      </w:r>
    </w:p>
    <w:p>
      <w:r>
        <w:rPr>
          <w:b/>
        </w:rPr>
        <w:t xml:space="preserve">[51:44] </w:t>
      </w:r>
      <w:r>
        <w:t>لیکن کیا آپ ایک ایک crisis میں آپ یہ کہہ سکتے ہیں لا تحزن ان النار معنا ڈرو</w:t>
      </w:r>
    </w:p>
    <w:p>
      <w:pPr>
        <w:jc w:val="right"/>
      </w:pPr>
      <w:r>
        <w:t>لیکن کیا آپ ایک ایک کرائسز میں آپ یہ کہہ سکتے ہیں لا تحزن ان النار معنا ڈرو</w:t>
      </w:r>
    </w:p>
    <w:p>
      <w:r>
        <w:rPr>
          <w:b/>
        </w:rPr>
        <w:t xml:space="preserve">[51:49] </w:t>
      </w:r>
      <w:r>
        <w:t>nahi aag humein bacha legi? Nahi keh sakte aap.</w:t>
      </w:r>
    </w:p>
    <w:p>
      <w:pPr>
        <w:jc w:val="right"/>
      </w:pPr>
      <w:r>
        <w:t>نہیں آگ ہمیں بچا لے گی؟ نہیں کہہ سکتے آپ۔</w:t>
      </w:r>
    </w:p>
    <w:p>
      <w:r>
        <w:rPr>
          <w:b/>
        </w:rPr>
        <w:t xml:space="preserve">[51:54] </w:t>
      </w:r>
      <w:r>
        <w:t>kyunke technically verified</w:t>
      </w:r>
    </w:p>
    <w:p>
      <w:pPr>
        <w:jc w:val="right"/>
      </w:pPr>
      <w:r>
        <w:t>کیونکہ ٹیکنیکلی ویریفائیڈ</w:t>
      </w:r>
    </w:p>
    <w:p>
      <w:r>
        <w:rPr>
          <w:b/>
        </w:rPr>
        <w:t xml:space="preserve">[51:59] </w:t>
      </w:r>
      <w:r>
        <w:t>subject cannot be like a god.</w:t>
      </w:r>
    </w:p>
    <w:p>
      <w:pPr>
        <w:jc w:val="right"/>
      </w:pPr>
      <w:r>
        <w:t>سبجیکٹ کین ناٹ بی لائک ا گاڈ۔</w:t>
      </w:r>
    </w:p>
    <w:p>
      <w:r>
        <w:rPr>
          <w:b/>
        </w:rPr>
        <w:t xml:space="preserve">[52:05] </w:t>
      </w:r>
      <w:r>
        <w:t>تو میں سمجھتا ہوں کہ جو لوگ یہ کہتے ہیں وہ خدا کو underestimate کر رہے ہیں۔</w:t>
      </w:r>
    </w:p>
    <w:p>
      <w:pPr>
        <w:jc w:val="right"/>
      </w:pPr>
      <w:r>
        <w:t>تو میں سمجھتا ہوں کہ جو لوگ یہ کہتے ہیں وہ خدا کو انڈر ایسٹیمیٹ کر رہے ہیں۔</w:t>
      </w:r>
    </w:p>
    <w:p>
      <w:r>
        <w:rPr>
          <w:b/>
        </w:rPr>
        <w:t xml:space="preserve">[52:12] </w:t>
      </w:r>
      <w:r>
        <w:t>جو لوگ یہ کہتے ہیں کہ verify کرو خدا کو کسی objective چیزوں سے۔</w:t>
      </w:r>
    </w:p>
    <w:p>
      <w:pPr>
        <w:jc w:val="right"/>
      </w:pPr>
      <w:r>
        <w:t>جو لوگ یہ کہتے ہیں کہ ویریفائی کرو خدا کو کسی آبجیکٹیو چیزوں سے۔</w:t>
      </w:r>
    </w:p>
    <w:p>
      <w:r>
        <w:rPr>
          <w:b/>
        </w:rPr>
        <w:t xml:space="preserve">[52:18] </w:t>
      </w:r>
      <w:r>
        <w:t>اور جب verify نہیں کرو پرواہ ہو گی تو ہم مانیں گے نہیں خدا کو۔</w:t>
      </w:r>
    </w:p>
    <w:p>
      <w:pPr>
        <w:jc w:val="right"/>
      </w:pPr>
      <w:r>
        <w:t>اور جب ویریفائی نہیں کرو پرواہ ہو گی تو ہم مانیں گے نہیں خدا کو۔</w:t>
      </w:r>
    </w:p>
    <w:p>
      <w:r>
        <w:rPr>
          <w:b/>
        </w:rPr>
        <w:t xml:space="preserve">[52:25] </w:t>
      </w:r>
      <w:r>
        <w:t>تو یہ لوگ جو ہیں خدا کو underestimate کر رہے ہیں۔</w:t>
      </w:r>
    </w:p>
    <w:p>
      <w:pPr>
        <w:jc w:val="right"/>
      </w:pPr>
      <w:r>
        <w:t>تو یہ لوگ جو ہیں خدا کو انڈر ایسٹیمیٹ کر رہے ہیں۔</w:t>
      </w:r>
    </w:p>
    <w:p>
      <w:r>
        <w:rPr>
          <w:b/>
        </w:rPr>
        <w:t xml:space="preserve">[52:31] </w:t>
      </w:r>
      <w:r>
        <w:t>khuda ko underestimate kar rahe hain. jis khuda ne dunya ko create kiya. jis ne yahan life support system banaya. jis ne mujhe is tarah ka ek insan banaya hai ke main dekhta hoon main bolta hoon main chalta hoon main sochta hoon. aur jis se mujhe har waqt help chahiye. meri crisis mein help chahiye mujhe. woh khuda kon khuda ho ga? woh wahi khuda ho ga jo psych</w:t>
      </w:r>
    </w:p>
    <w:p>
      <w:pPr>
        <w:jc w:val="right"/>
      </w:pPr>
      <w:r>
        <w:t>خدا کو انڈر ایسٹیمیٹ کر رہے ہیں۔ جس خدا نے دنیا کو کریئیٹ کیا۔ جس نے یہاں لائف سپورٹ سسٹم بنایا۔ جس نے مجھے اس طرح کا ایک انسان بنایا ہے کہ میں دیکھتا ہوں میں بولتا ہوں میں چلتا ہوں میں سوچتا ہوں۔ اور جس سے مجھے ہر وقت ہیلپ چاہیے۔ میری کرائسز میں ہیلپ چاہیے مجھے۔ وہ خدا کون خدا ہو گا؟ وہ وہی خدا ہو گا جو سائیک</w:t>
      </w:r>
    </w:p>
    <w:p>
      <w:r>
        <w:rPr>
          <w:b/>
        </w:rPr>
        <w:t xml:space="preserve">[53:01] </w:t>
      </w:r>
      <w:r>
        <w:t>logical verification say bana khuda bana ho.</w:t>
      </w:r>
    </w:p>
    <w:p>
      <w:pPr>
        <w:jc w:val="right"/>
      </w:pPr>
      <w:r>
        <w:t>لوجیکل ویریفیکیشن سے بنا خدا بنا ہو۔</w:t>
      </w:r>
    </w:p>
    <w:p>
      <w:r>
        <w:rPr>
          <w:b/>
        </w:rPr>
        <w:t xml:space="preserve">[53:06] </w:t>
      </w:r>
      <w:r>
        <w:t>andar ki awaz ne bataya ho ke yeh khuda hai yeh khuda hai yeh khuda hai.</w:t>
      </w:r>
    </w:p>
    <w:p>
      <w:pPr>
        <w:jc w:val="right"/>
      </w:pPr>
      <w:r>
        <w:t>اندر کی آواز نے بتایا ہو کہ یہ خدا ہے یہ خدا ہے یہ خدا ہے۔</w:t>
      </w:r>
    </w:p>
    <w:p>
      <w:r>
        <w:rPr>
          <w:b/>
        </w:rPr>
        <w:t xml:space="preserve">[53:11] </w:t>
      </w:r>
      <w:r>
        <w:t>to main yeh manta hoon ke scientific observation se hum khuda ko discover kar sakte hain.</w:t>
      </w:r>
    </w:p>
    <w:p>
      <w:pPr>
        <w:jc w:val="right"/>
      </w:pPr>
      <w:r>
        <w:t>تو میں یہ مانتا ہوں کہ سائنٹیفک آبزرویشن سے ہم خدا کو ڈسکور کر سکتے ہیں۔</w:t>
      </w:r>
    </w:p>
    <w:p>
      <w:r>
        <w:rPr>
          <w:b/>
        </w:rPr>
        <w:t xml:space="preserve">[53:16] </w:t>
      </w:r>
      <w:r>
        <w:t>scientific data se hum khuda ko jaan sakte hain.</w:t>
      </w:r>
    </w:p>
    <w:p>
      <w:pPr>
        <w:jc w:val="right"/>
      </w:pPr>
      <w:r>
        <w:t>سائنٹیفک ڈیٹا سے ہم خدا کو جان سکتے ہیں۔</w:t>
      </w:r>
    </w:p>
    <w:p>
      <w:r>
        <w:rPr>
          <w:b/>
        </w:rPr>
        <w:t xml:space="preserve">[53:22] </w:t>
      </w:r>
      <w:r>
        <w:t>lekin is ke baad ek aur level rehta hai.</w:t>
      </w:r>
    </w:p>
    <w:p>
      <w:pPr>
        <w:jc w:val="right"/>
      </w:pPr>
      <w:r>
        <w:t>لیکن اس کے بعد ایک اور لیول رہتا ہے۔</w:t>
      </w:r>
    </w:p>
    <w:p>
      <w:r>
        <w:rPr>
          <w:b/>
        </w:rPr>
        <w:t xml:space="preserve">[53:27] </w:t>
      </w:r>
      <w:r>
        <w:t>woh hai conviction yaqeen</w:t>
      </w:r>
    </w:p>
    <w:p>
      <w:pPr>
        <w:jc w:val="right"/>
      </w:pPr>
      <w:r>
        <w:t>وہ ہے کنوکشن یقین</w:t>
      </w:r>
    </w:p>
    <w:p>
      <w:r>
        <w:rPr>
          <w:b/>
        </w:rPr>
        <w:t xml:space="preserve">[53:32] </w:t>
      </w:r>
      <w:r>
        <w:t>—</w:t>
      </w:r>
    </w:p>
    <w:p>
      <w:pPr>
        <w:jc w:val="right"/>
      </w:pPr>
      <w:r>
        <w:t>۔</w:t>
      </w:r>
    </w:p>
    <w:p>
      <w:r>
        <w:rPr>
          <w:b/>
        </w:rPr>
        <w:t xml:space="preserve">[53:37] </w:t>
      </w:r>
      <w:r>
        <w:t>اس کے لئے psychological affirmation چاہیے psychological verification چاہیے۔</w:t>
      </w:r>
    </w:p>
    <w:p>
      <w:pPr>
        <w:jc w:val="right"/>
      </w:pPr>
      <w:r>
        <w:t>اس کے لئے سائیکلوجیکل افرمیشن چاہیے سائیکلوجیکل ویریفیکیشن چاہیے۔</w:t>
      </w:r>
    </w:p>
    <w:p>
      <w:r>
        <w:rPr>
          <w:b/>
        </w:rPr>
        <w:t xml:space="preserve">[53:42] </w:t>
      </w:r>
      <w:r>
        <w:t>warna woh khuda khuda nahi hoga ek ek ek glass jaisi ek koi cheez ho ga.</w:t>
      </w:r>
    </w:p>
    <w:p>
      <w:pPr>
        <w:jc w:val="right"/>
      </w:pPr>
      <w:r>
        <w:t>ورنہ وہ خدا خدا نہیں ہو گا ایک ایک ایک گلاس جیسی ایک کوئی چیز ہو گا۔</w:t>
      </w:r>
    </w:p>
    <w:p>
      <w:r>
        <w:rPr>
          <w:b/>
        </w:rPr>
        <w:t xml:space="preserve">[53:47] </w:t>
      </w:r>
      <w:r>
        <w:t>is glass se kya main love kar sakta hoon? love karne ke liye ek living being chahiye.</w:t>
      </w:r>
    </w:p>
    <w:p>
      <w:pPr>
        <w:jc w:val="right"/>
      </w:pPr>
      <w:r>
        <w:t>اس گلاس سے کیا میں لو کر سکتا ہوں؟ لو کرنے کے لئے ایک لیونگ بینگ چاہیے۔</w:t>
      </w:r>
    </w:p>
    <w:p>
      <w:r>
        <w:rPr>
          <w:b/>
        </w:rPr>
        <w:t xml:space="preserve">[53:52] </w:t>
      </w:r>
      <w:r>
        <w:t>ek sovereign power chahiye.</w:t>
      </w:r>
    </w:p>
    <w:p>
      <w:pPr>
        <w:jc w:val="right"/>
      </w:pPr>
      <w:r>
        <w:t>ایک ساورن پاور چاہیے۔</w:t>
      </w:r>
    </w:p>
    <w:p>
      <w:r>
        <w:rPr>
          <w:b/>
        </w:rPr>
        <w:t xml:space="preserve">[53:57] </w:t>
      </w:r>
      <w:r>
        <w:t>ek aisi hasti chahiye</w:t>
      </w:r>
    </w:p>
    <w:p>
      <w:pPr>
        <w:jc w:val="right"/>
      </w:pPr>
      <w:r>
        <w:t>ایک ایسی ہستی چاہیے</w:t>
      </w:r>
    </w:p>
    <w:p>
      <w:r>
        <w:rPr>
          <w:b/>
        </w:rPr>
        <w:t xml:space="preserve">[54:02] </w:t>
      </w:r>
      <w:r>
        <w:t>jis ke qabze mein sab kuch ho.</w:t>
      </w:r>
    </w:p>
    <w:p>
      <w:pPr>
        <w:jc w:val="right"/>
      </w:pPr>
      <w:r>
        <w:t>جس کے قبضے میں سب کچھ ہو۔</w:t>
      </w:r>
    </w:p>
    <w:p>
      <w:r>
        <w:rPr>
          <w:b/>
        </w:rPr>
        <w:t xml:space="preserve">[54:06] </w:t>
      </w:r>
      <w:r>
        <w:t>to khuda aisa khuda hai.</w:t>
      </w:r>
    </w:p>
    <w:p>
      <w:pPr>
        <w:jc w:val="right"/>
      </w:pPr>
      <w:r>
        <w:t>تو خدا ایسا خدا ہے۔</w:t>
      </w:r>
    </w:p>
    <w:p>
      <w:r>
        <w:rPr>
          <w:b/>
        </w:rPr>
        <w:t xml:space="preserve">[54:11] </w:t>
      </w:r>
      <w:r>
        <w:t>تو جو لوگ خدا کو چاہتے ہیں کہ جس طرح سے fire کو ہم verify کر کے جانتے</w:t>
      </w:r>
    </w:p>
    <w:p>
      <w:pPr>
        <w:jc w:val="right"/>
      </w:pPr>
      <w:r>
        <w:t>تو جو لوگ خدا کو چاہتے ہیں کہ جس طرح سے فائر کو ہم ویریفائی کر کے جانتے</w:t>
      </w:r>
    </w:p>
    <w:p>
      <w:r>
        <w:rPr>
          <w:b/>
        </w:rPr>
        <w:t xml:space="preserve">[54:15] </w:t>
      </w:r>
      <w:r>
        <w:t>hain ke yeh fire hai.</w:t>
      </w:r>
    </w:p>
    <w:p>
      <w:pPr>
        <w:jc w:val="right"/>
      </w:pPr>
      <w:r>
        <w:t>ہیں کہ یہ فائر ہے۔</w:t>
      </w:r>
    </w:p>
    <w:p>
      <w:r>
        <w:rPr>
          <w:b/>
        </w:rPr>
        <w:t xml:space="preserve">[54:19] </w:t>
      </w:r>
      <w:r>
        <w:t>اسی طرح سے خدا کو verify کر کے ہم جانیں کہ یہ خدا ہے۔</w:t>
      </w:r>
    </w:p>
    <w:p>
      <w:pPr>
        <w:jc w:val="right"/>
      </w:pPr>
      <w:r>
        <w:t>اسی طرح سے خدا کو ویریفائی کر کے ہم جانیں کہ یہ خدا ہے۔</w:t>
      </w:r>
    </w:p>
    <w:p>
      <w:r>
        <w:rPr>
          <w:b/>
        </w:rPr>
        <w:t xml:space="preserve">[54:24] </w:t>
      </w:r>
      <w:r>
        <w:t>تو وہ خدا کو underestimate کر رہے ہیں۔</w:t>
      </w:r>
    </w:p>
    <w:p>
      <w:pPr>
        <w:jc w:val="right"/>
      </w:pPr>
      <w:r>
        <w:t>تو وہ خدا کو انڈر ایسٹیمیٹ کر رہے ہیں۔</w:t>
      </w:r>
    </w:p>
    <w:p>
      <w:r>
        <w:rPr>
          <w:b/>
        </w:rPr>
        <w:t xml:space="preserve">[54:28] </w:t>
      </w:r>
      <w:r>
        <w:t>وہ خدا کو underestimate کر رہے ہیں۔ آج ہی</w:t>
      </w:r>
    </w:p>
    <w:p>
      <w:pPr>
        <w:jc w:val="right"/>
      </w:pPr>
      <w:r>
        <w:t>وہ خدا کو انڈر ایسٹیمیٹ کر رہے ہیں۔ آج ہی</w:t>
      </w:r>
    </w:p>
    <w:p>
      <w:r>
        <w:rPr>
          <w:b/>
        </w:rPr>
        <w:t xml:space="preserve">[54:32] </w:t>
      </w:r>
      <w:r>
        <w:t>ek article aaya hai aaj hi ke paper mein. american logon ke bare mein. aaj hi ke paper mein hai. is mein yeh hai ke woh log jo khuda ko nahi mante woh kehte hain ke hamein khuda to nahi chahiye magar phir bhi hamein ek church chahiye. we need church without god. hum hum khuda to nahi chahte hum lekin hamein ek church chahiye jo khuda</w:t>
      </w:r>
    </w:p>
    <w:p>
      <w:pPr>
        <w:jc w:val="right"/>
      </w:pPr>
      <w:r>
        <w:t>ایک آرٹیکل آیا ہے آج ہی کے پیپر میں۔ امریکن لوگوں کے بارے میں۔ آج ہی کے پیپر میں ہے۔ اس میں یہ ہے کہ وہ لوگ جو خدا کو نہیں مانتے وہ کہتے ہیں کہ ہمیں خدا تو نہیں چاہیے مگر پھر بھی ہمیں ایک چرچ چاہیے۔ وی نیڈ چرچ ودا آؤٹ گاڈ۔ ہم ہم خدا تو نہیں چاہتے ہم لیکن ہمیں ایک چرچ چاہیے جو خدا</w:t>
      </w:r>
    </w:p>
    <w:p>
      <w:r>
        <w:rPr>
          <w:b/>
        </w:rPr>
        <w:t xml:space="preserve">[55:02] </w:t>
      </w:r>
      <w:r>
        <w:t>ke baghair ho.</w:t>
      </w:r>
    </w:p>
    <w:p>
      <w:pPr>
        <w:jc w:val="right"/>
      </w:pPr>
      <w:r>
        <w:t>کے بغیر ہو۔</w:t>
      </w:r>
    </w:p>
    <w:p>
      <w:r>
        <w:rPr>
          <w:b/>
        </w:rPr>
        <w:t xml:space="preserve">[55:07] </w:t>
      </w:r>
      <w:r>
        <w:t>میں نے غور کیا کہ ایسا کیوں کہتے ہیں لوگ؟ یعنی we need we reject God with church.</w:t>
      </w:r>
    </w:p>
    <w:p>
      <w:pPr>
        <w:jc w:val="right"/>
      </w:pPr>
      <w:r>
        <w:t>میں نے غور کیا کہ ایسا کیوں کہتے ہیں لوگ؟ یعنی وی نیڈ وی ریجیکٹ گاڈ ود چرچ۔</w:t>
      </w:r>
    </w:p>
    <w:p>
      <w:r>
        <w:rPr>
          <w:b/>
        </w:rPr>
        <w:t xml:space="preserve">[55:12] </w:t>
      </w:r>
      <w:r>
        <w:t>But again, we need a church without God.</w:t>
      </w:r>
    </w:p>
    <w:p>
      <w:pPr>
        <w:jc w:val="right"/>
      </w:pPr>
      <w:r>
        <w:t>بٹ اگین وی نیڈ ا چرچ ودا آؤٹ گاڈ۔</w:t>
      </w:r>
    </w:p>
    <w:p>
      <w:r>
        <w:rPr>
          <w:b/>
        </w:rPr>
        <w:t xml:space="preserve">[55:17] </w:t>
      </w:r>
      <w:r>
        <w:t>آج آیا ہے وہ American atheist لوگوں کی ایک کوئی organization ہے۔</w:t>
      </w:r>
    </w:p>
    <w:p>
      <w:pPr>
        <w:jc w:val="right"/>
      </w:pPr>
      <w:r>
        <w:t>آج آیا ہے وہ امریکن اتھیسٹ لوگوں کی ایک کوئی آرگنائزیشن ہے۔</w:t>
      </w:r>
    </w:p>
    <w:p>
      <w:r>
        <w:rPr>
          <w:b/>
        </w:rPr>
        <w:t xml:space="preserve">[55:22] </w:t>
      </w:r>
      <w:r>
        <w:t>is mein survey jo kiya gaya hai to is mein yeh baat aayi hai.</w:t>
      </w:r>
    </w:p>
    <w:p>
      <w:pPr>
        <w:jc w:val="right"/>
      </w:pPr>
      <w:r>
        <w:t>اس میں سروے جو کیا گیا ہے تو اس میں یہ بات آئی ہے۔</w:t>
      </w:r>
    </w:p>
    <w:p>
      <w:r>
        <w:rPr>
          <w:b/>
        </w:rPr>
        <w:t xml:space="preserve">[55:27] </w:t>
      </w:r>
      <w:r>
        <w:t>to main ne socha ke aisa kyun hai</w:t>
      </w:r>
    </w:p>
    <w:p>
      <w:pPr>
        <w:jc w:val="right"/>
      </w:pPr>
      <w:r>
        <w:t>تو میں نے سوچا کہ ایسا کیوں ہے</w:t>
      </w:r>
    </w:p>
    <w:p>
      <w:r>
        <w:rPr>
          <w:b/>
        </w:rPr>
        <w:t xml:space="preserve">[55:33] </w:t>
      </w:r>
      <w:r>
        <w:t>? jo atheist apne aap ko kehta ho.</w:t>
      </w:r>
    </w:p>
    <w:p>
      <w:pPr>
        <w:jc w:val="right"/>
      </w:pPr>
      <w:r>
        <w:t>؟ جو اتھیسٹ اپنے آپ کو کہتا ہو۔</w:t>
      </w:r>
    </w:p>
    <w:p>
      <w:r>
        <w:rPr>
          <w:b/>
        </w:rPr>
        <w:t xml:space="preserve">[55:38] </w:t>
      </w:r>
      <w:r>
        <w:t>jo khuda ko na manne ka dawa kar raha ho.</w:t>
      </w:r>
    </w:p>
    <w:p>
      <w:pPr>
        <w:jc w:val="right"/>
      </w:pPr>
      <w:r>
        <w:t>جو خدا کو نہ ماننے کا دعویٰ کر رہا ہو۔</w:t>
      </w:r>
    </w:p>
    <w:p>
      <w:r>
        <w:rPr>
          <w:b/>
        </w:rPr>
        <w:t xml:space="preserve">[55:43] </w:t>
      </w:r>
      <w:r>
        <w:t>phir use church ki zaroorat kya hai? woh kehta hai mujhe ek club chahiye.</w:t>
      </w:r>
    </w:p>
    <w:p>
      <w:pPr>
        <w:jc w:val="right"/>
      </w:pPr>
      <w:r>
        <w:t>پھر اسے چرچ کی ضرورت کیا ہے؟ وہ کہتا ہے مجھے ایک کلب چاہیے۔</w:t>
      </w:r>
    </w:p>
    <w:p>
      <w:r>
        <w:rPr>
          <w:b/>
        </w:rPr>
        <w:t xml:space="preserve">[55:48] </w:t>
      </w:r>
      <w:r>
        <w:t>mujhe church nahi club chahiye.</w:t>
      </w:r>
    </w:p>
    <w:p>
      <w:pPr>
        <w:jc w:val="right"/>
      </w:pPr>
      <w:r>
        <w:t>مجھے چرچ نہیں کلب چاہیے۔</w:t>
      </w:r>
    </w:p>
    <w:p>
      <w:r>
        <w:rPr>
          <w:b/>
        </w:rPr>
        <w:t xml:space="preserve">[55:53] </w:t>
      </w:r>
      <w:r>
        <w:t>yani kehna use yeh chahiye tha ke mujhe church nahi chahiye mujhe to club chahiye.</w:t>
      </w:r>
    </w:p>
    <w:p>
      <w:pPr>
        <w:jc w:val="right"/>
      </w:pPr>
      <w:r>
        <w:t>یعنی کہنا اسے یہ چاہیے تھا کہ مجھے چرچ نہیں چاہیے مجھے تو کلب چاہیے۔</w:t>
      </w:r>
    </w:p>
    <w:p>
      <w:r>
        <w:rPr>
          <w:b/>
        </w:rPr>
        <w:t xml:space="preserve">[55:58] </w:t>
      </w:r>
      <w:r>
        <w:t>lekin keh raha hai ke hamein ek ek naya church chahiye.</w:t>
      </w:r>
    </w:p>
    <w:p>
      <w:pPr>
        <w:jc w:val="right"/>
      </w:pPr>
      <w:r>
        <w:t>لیکن کہہ رہا ہے کہ ہمیں ایک ایک نیا چرچ چاہیے۔</w:t>
      </w:r>
    </w:p>
    <w:p>
      <w:r>
        <w:rPr>
          <w:b/>
        </w:rPr>
        <w:t xml:space="preserve">[56:03] </w:t>
      </w:r>
      <w:r>
        <w:t>ek aisa church jis mein khuda na ho. to main ne is par socha. to mujhe nazar aaya ke ghalati un ki nahi hai. ghalati un logon ki hai jo khuda ko mante hain. aap ghor kijiye ke poori history mein poori history mein sab se zyada neglected subject jo hai woh god raha hai. poori poori h</w:t>
      </w:r>
    </w:p>
    <w:p>
      <w:pPr>
        <w:jc w:val="right"/>
      </w:pPr>
      <w:r>
        <w:t>ایک ایسا چرچ جس میں خدا نہ ہو۔ تو میں نے اس پر سوچا۔ تو مجھے نظر آیا کہ غلطی ان کی نہیں ہے۔ غلطی ان لوگوں کی ہے جو خدا کو مانتے ہیں۔ آپ غور کیجیے کہ پوری ہسٹری میں پوری ہسٹری میں سب سے زیادہ نگلیکٹر سبجیکٹ جو ہے وہ گاڈ رہا ہے۔ پوری پوری ہ</w:t>
      </w:r>
    </w:p>
    <w:p>
      <w:r>
        <w:rPr>
          <w:b/>
        </w:rPr>
        <w:t xml:space="preserve">[56:33] </w:t>
      </w:r>
      <w:r>
        <w:t>street mein.</w:t>
      </w:r>
    </w:p>
    <w:p>
      <w:pPr>
        <w:jc w:val="right"/>
      </w:pPr>
      <w:r>
        <w:t>سٹری میں۔</w:t>
      </w:r>
    </w:p>
    <w:p>
      <w:r>
        <w:rPr>
          <w:b/>
        </w:rPr>
        <w:t xml:space="preserve">[56:38] </w:t>
      </w:r>
      <w:r>
        <w:t>puri puri history mein khuda jo hai sab se zyada neglector subject raha hai.</w:t>
      </w:r>
    </w:p>
    <w:p>
      <w:pPr>
        <w:jc w:val="right"/>
      </w:pPr>
      <w:r>
        <w:t>پوری پوری ہسٹری میں خدا جو ہے سب سے زیادہ نگلیکٹر سبجیکٹ رہا ہے۔</w:t>
      </w:r>
    </w:p>
    <w:p>
      <w:r>
        <w:rPr>
          <w:b/>
        </w:rPr>
        <w:t xml:space="preserve">[56:43] </w:t>
      </w:r>
      <w:r>
        <w:t>misal ke taur par aap dekhiye architecture ko.</w:t>
      </w:r>
    </w:p>
    <w:p>
      <w:pPr>
        <w:jc w:val="right"/>
      </w:pPr>
      <w:r>
        <w:t>مثال کے طور پر آپ دیکھیے آرکیٹیکچر کو۔</w:t>
      </w:r>
    </w:p>
    <w:p>
      <w:r>
        <w:rPr>
          <w:b/>
        </w:rPr>
        <w:t xml:space="preserve">[56:48] </w:t>
      </w:r>
      <w:r>
        <w:t>architectural engineering itna develop hua hai itna development is ka hua hai.</w:t>
      </w:r>
    </w:p>
    <w:p>
      <w:pPr>
        <w:jc w:val="right"/>
      </w:pPr>
      <w:r>
        <w:t>آرکیٹیکچرل انجینئرنگ اتنا ڈیولپ ہوا ہے اتنا ڈیولپمنٹ اس کا ہوا ہے۔</w:t>
      </w:r>
    </w:p>
    <w:p>
      <w:r>
        <w:rPr>
          <w:b/>
        </w:rPr>
        <w:t xml:space="preserve">[56:53] </w:t>
      </w:r>
      <w:r>
        <w:t>ke hazaron kitabein is mein likhi gayi hain.</w:t>
      </w:r>
    </w:p>
    <w:p>
      <w:pPr>
        <w:jc w:val="right"/>
      </w:pPr>
      <w:r>
        <w:t>کہ ہزاروں کتابیں اس میں لکھی گئی ہیں۔</w:t>
      </w:r>
    </w:p>
    <w:p>
      <w:r>
        <w:rPr>
          <w:b/>
        </w:rPr>
        <w:t xml:space="preserve">[56:58] </w:t>
      </w:r>
      <w:r>
        <w:t>آج جو پلانٹ سٹی بنتے ہیں کتنی زبردست ٹیکنیک اس کے اندر ہوتی ہے۔ world</w:t>
      </w:r>
    </w:p>
    <w:p>
      <w:pPr>
        <w:jc w:val="right"/>
      </w:pPr>
      <w:r>
        <w:t>آج جو پلانٹ سٹی بنتے ہیں کتنی زبردست ٹیکنیک اس کے اندر ہوتی ہے۔ ورلڈ</w:t>
      </w:r>
    </w:p>
    <w:p>
      <w:r>
        <w:rPr>
          <w:b/>
        </w:rPr>
        <w:t xml:space="preserve">[57:03] </w:t>
      </w:r>
      <w:r>
        <w:t>trade tower jo tha kitni bari technique is ke andar thi ke woh khara hua tha.</w:t>
      </w:r>
    </w:p>
    <w:p>
      <w:pPr>
        <w:jc w:val="right"/>
      </w:pPr>
      <w:r>
        <w:t>ٹریڈ ٹاور جو تھا کتنی بڑی ٹیکنیک اس کے اندر تھی کہ وہ کھڑا ہوا تھا۔</w:t>
      </w:r>
    </w:p>
    <w:p>
      <w:r>
        <w:rPr>
          <w:b/>
        </w:rPr>
        <w:t xml:space="preserve">[57:07] </w:t>
      </w:r>
      <w:r>
        <w:t>sau se zyada manzilein thi is ki.</w:t>
      </w:r>
    </w:p>
    <w:p>
      <w:pPr>
        <w:jc w:val="right"/>
      </w:pPr>
      <w:r>
        <w:t>سو سے زیادہ منزلیں تھیں اس کی۔</w:t>
      </w:r>
    </w:p>
    <w:p>
      <w:r>
        <w:rPr>
          <w:b/>
        </w:rPr>
        <w:t xml:space="preserve">[57:12] </w:t>
      </w:r>
      <w:r>
        <w:t>لیکن God کی سائنس ڈیولپ ہی نہیں اس کا ہوا۔</w:t>
      </w:r>
    </w:p>
    <w:p>
      <w:pPr>
        <w:jc w:val="right"/>
      </w:pPr>
      <w:r>
        <w:t>لیکن گاڈ کی سائنس ڈیولپ ہی نہیں اس کا ہوا۔</w:t>
      </w:r>
    </w:p>
    <w:p>
      <w:r>
        <w:rPr>
          <w:b/>
        </w:rPr>
        <w:t xml:space="preserve">[57:17] </w:t>
      </w:r>
      <w:r>
        <w:t>ابھی بھی وہ under-develop science ہے۔</w:t>
      </w:r>
    </w:p>
    <w:p>
      <w:pPr>
        <w:jc w:val="right"/>
      </w:pPr>
      <w:r>
        <w:t>ابھی بھی وہ انڈر ڈیولپ سائنس ہے۔</w:t>
      </w:r>
    </w:p>
    <w:p>
      <w:r>
        <w:rPr>
          <w:b/>
        </w:rPr>
        <w:t xml:space="preserve">[57:21] </w:t>
      </w:r>
      <w:r>
        <w:t>ابھی بھی God کی سائنس انڈر ڈیولپ سائنس ہے ابھی بھی۔</w:t>
      </w:r>
    </w:p>
    <w:p>
      <w:pPr>
        <w:jc w:val="right"/>
      </w:pPr>
      <w:r>
        <w:t>ابھی بھی گاڈ کی سائنس انڈر ڈیولپ سائنس ہے ابھی بھی۔</w:t>
      </w:r>
    </w:p>
    <w:p>
      <w:r>
        <w:rPr>
          <w:b/>
        </w:rPr>
        <w:t xml:space="preserve">[57:26] </w:t>
      </w:r>
      <w:r>
        <w:t>is puri history mein mein akela ek insan hoon maaf kijiye ga.</w:t>
      </w:r>
    </w:p>
    <w:p>
      <w:pPr>
        <w:jc w:val="right"/>
      </w:pPr>
      <w:r>
        <w:t>اس پوری ہسٹری میں میں اکیلا ایک انسان ہوں معاف کیجیے گا۔</w:t>
      </w:r>
    </w:p>
    <w:p>
      <w:r>
        <w:rPr>
          <w:b/>
        </w:rPr>
        <w:t xml:space="preserve">[57:31] </w:t>
      </w:r>
      <w:r>
        <w:t>جس نے ایک کوشش کی ہے کہ God کی سائنس develop کرے۔</w:t>
      </w:r>
    </w:p>
    <w:p>
      <w:pPr>
        <w:jc w:val="right"/>
      </w:pPr>
      <w:r>
        <w:t>جس نے ایک کوشش کی ہے کہ گاڈ کی سائنس ڈیولپ کرے۔</w:t>
      </w:r>
    </w:p>
    <w:p>
      <w:r>
        <w:rPr>
          <w:b/>
        </w:rPr>
        <w:t xml:space="preserve">[57:35] </w:t>
      </w:r>
      <w:r>
        <w:t>to yeh log jo bechare god ko underestimate karte hain woh.</w:t>
      </w:r>
    </w:p>
    <w:p>
      <w:pPr>
        <w:jc w:val="right"/>
      </w:pPr>
      <w:r>
        <w:t>تو یہ لوگ جو بیچارے گاڈ کو انڈر ایسٹیمیٹ کرتے ہیں وہ۔</w:t>
      </w:r>
    </w:p>
    <w:p>
      <w:r>
        <w:rPr>
          <w:b/>
        </w:rPr>
        <w:t xml:space="preserve">[57:40] </w:t>
      </w:r>
      <w:r>
        <w:t>woh samajhte hain god kya? humein god ki zaroorat kya hai? to lekin un ka dil phir bhi</w:t>
      </w:r>
    </w:p>
    <w:p>
      <w:pPr>
        <w:jc w:val="right"/>
      </w:pPr>
      <w:r>
        <w:t>وہ سمجھتے ہیں گاڈ کیا؟ ہمیں گاڈ کی ضرورت کیا ہے؟ تو لیکن ان کا دل پھر بھی</w:t>
      </w:r>
    </w:p>
    <w:p>
      <w:r>
        <w:rPr>
          <w:b/>
        </w:rPr>
        <w:t xml:space="preserve">[57:44] </w:t>
      </w:r>
      <w:r>
        <w:t>chahta hai kisi cheez ko.</w:t>
      </w:r>
    </w:p>
    <w:p>
      <w:pPr>
        <w:jc w:val="right"/>
      </w:pPr>
      <w:r>
        <w:t>چاہتا ہے کسی چیز کو۔</w:t>
      </w:r>
    </w:p>
    <w:p>
      <w:r>
        <w:rPr>
          <w:b/>
        </w:rPr>
        <w:t xml:space="preserve">[57:48] </w:t>
      </w:r>
      <w:r>
        <w:t>un ke dil mein inter woman hai ek cheez ka concept.</w:t>
      </w:r>
    </w:p>
    <w:p>
      <w:pPr>
        <w:jc w:val="right"/>
      </w:pPr>
      <w:r>
        <w:t>ان کے دل میں انٹر وومن ہے ایک چیز کا کانسیپٹ۔</w:t>
      </w:r>
    </w:p>
    <w:p>
      <w:r>
        <w:rPr>
          <w:b/>
        </w:rPr>
        <w:t xml:space="preserve">[57:53] </w:t>
      </w:r>
      <w:r>
        <w:t>koi chahiye un ko jis ko woh apna concern banayein.</w:t>
      </w:r>
    </w:p>
    <w:p>
      <w:pPr>
        <w:jc w:val="right"/>
      </w:pPr>
      <w:r>
        <w:t>کوئی چاہیے ان کو جس کو وہ اپنا کنسرن بنائیں۔</w:t>
      </w:r>
    </w:p>
    <w:p>
      <w:r>
        <w:rPr>
          <w:b/>
        </w:rPr>
        <w:t xml:space="preserve">[57:57] </w:t>
      </w:r>
      <w:r>
        <w:t>jo crises mein un ke liye source of conviction ho.</w:t>
      </w:r>
    </w:p>
    <w:p>
      <w:pPr>
        <w:jc w:val="right"/>
      </w:pPr>
      <w:r>
        <w:t>جو کرائسز میں ان کے لئے سورس آف کنوکشن ہو۔</w:t>
      </w:r>
    </w:p>
    <w:p>
      <w:r>
        <w:rPr>
          <w:b/>
        </w:rPr>
        <w:t xml:space="preserve">[58:01] </w:t>
      </w:r>
      <w:r>
        <w:t>phir bhi woh chahte hain. to</w:t>
      </w:r>
    </w:p>
    <w:p>
      <w:pPr>
        <w:jc w:val="right"/>
      </w:pPr>
      <w:r>
        <w:t>پھر بھی وہ چاہتے ہیں۔ تو</w:t>
      </w:r>
    </w:p>
    <w:p>
      <w:r>
        <w:rPr>
          <w:b/>
        </w:rPr>
        <w:t xml:space="preserve">[58:05] </w:t>
      </w:r>
      <w:r>
        <w:t>jo god log unhein bata rahe hain woh god un ki samajh mein nahi aata. ke nature mein phir bhi ek arz hai ke mujhe chahiye koi cheez. kyun ke insan dekhen bunyadi taur par apne aap ko helpless pata hai. is liye woh kehte hain ke hamein ek aur church do. to woh nature wala god chahte hain lekin kehte hain ke hamein god ke baghair ek church chahiye. yeh hai aaj ke insan ka mamla. to behrhaal main aap ko kahoon ga</w:t>
      </w:r>
    </w:p>
    <w:p>
      <w:pPr>
        <w:jc w:val="right"/>
      </w:pPr>
      <w:r>
        <w:t>جو گاڈ لوگ انہیں بتا رہے ہیں وہ گاڈ ان کی سمجھ میں نہیں آتا۔ کہ نیچر میں پھر بھی ایک عرض ہے کہ مجھے چاہیے کوئی چیز۔ کیونکہ انسان دیکھیں بنیادی طور پر اپنے آپ کو ہیلپ لیس پاتا ہے۔ اس لئے وہ کہتے ہیں کہ ہمیں ایک اور چرچ دو۔ تو وہ نیچر والا گاڈ چاہتے ہیں لیکن کہتے ہیں کہ ہمیں گاڈ کے بغیر ایک چرچ چاہیے۔ یہ ہے آج کے انسان کا معاملہ۔ تو بہرحال میں آپ کو کہوں گا</w:t>
      </w:r>
    </w:p>
    <w:p>
      <w:r>
        <w:rPr>
          <w:b/>
        </w:rPr>
        <w:t xml:space="preserve">[58:35] </w:t>
      </w:r>
      <w:r>
        <w:t>ke aap samjhiye is masle ko gehrai ke sath. aur aaj ke insan ko bataiye ke jis khuda ki woh talash kar raha hai woh yahi khuda hai. aqool qawli haza wa astaghfirullah li wa lakum ajmaeen.</w:t>
      </w:r>
    </w:p>
    <w:p>
      <w:pPr>
        <w:jc w:val="right"/>
      </w:pPr>
      <w:r>
        <w:t>کہ آپ سمجھیے اس مسئلے کو گہرائی کے ساتھ۔ اور آج کے انسان کو بتائیے کہ جس خدا کی وہ تلاش کر رہا ہے وہ یہی خدا ہے۔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