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Dars-e-Quran, Chapter 2, Verses 63-66 April 22, 2018</w:t>
      </w:r>
    </w:p>
    <w:p>
      <w:r>
        <w:t>https://www.youtube.com/watch?v=3Iwdad_zFtg</w:t>
      </w:r>
    </w:p>
    <w:p>
      <w:r>
        <w:rPr>
          <w:b/>
        </w:rPr>
        <w:t xml:space="preserve">[00:11] </w:t>
      </w:r>
      <w:r>
        <w:t>bismillah rahman rahim,</w:t>
      </w:r>
    </w:p>
    <w:p>
      <w:pPr>
        <w:jc w:val="right"/>
      </w:pPr>
      <w:r>
        <w:t>بسم اللہ الرحمن الرحیم،</w:t>
      </w:r>
    </w:p>
    <w:p>
      <w:r>
        <w:rPr>
          <w:b/>
        </w:rPr>
        <w:t xml:space="preserve">[00:17] </w:t>
      </w:r>
      <w:r>
        <w:t>wa salli Allahu ala nabiyil karim, rab ishrah li sadri, wa yassir li amri, wah lul uqdatan min lisani yafqahu qawli.</w:t>
      </w:r>
    </w:p>
    <w:p>
      <w:pPr>
        <w:jc w:val="right"/>
      </w:pPr>
      <w:r>
        <w:t>وصلی اللہ علی نبی الکریم، رب اشرح لی صدری، ویسر لی امری، واحل العقدۃ من لسانی یفقہ قولی۔</w:t>
      </w:r>
    </w:p>
    <w:p>
      <w:r>
        <w:rPr>
          <w:b/>
        </w:rPr>
        <w:t xml:space="preserve">[00:35] </w:t>
      </w:r>
      <w:r>
        <w:t>22 April 2018.</w:t>
      </w:r>
    </w:p>
    <w:p>
      <w:pPr>
        <w:jc w:val="right"/>
      </w:pPr>
      <w:r>
        <w:t>22 اپریل 2018۔</w:t>
      </w:r>
    </w:p>
    <w:p>
      <w:r>
        <w:rPr>
          <w:b/>
        </w:rPr>
        <w:t xml:space="preserve">[00:43] </w:t>
      </w:r>
      <w:r>
        <w:t>hazrat bambol, aaj itwar ke din dars e quran hoga. pehle aap is ki ayat tarjuma suniye.</w:t>
      </w:r>
    </w:p>
    <w:p>
      <w:pPr>
        <w:jc w:val="right"/>
      </w:pPr>
      <w:r>
        <w:t>حضرت بامبول، آج اتوار کے دن درس قرآن ہوگا۔ پہلے آپ اس کی آیت ماترجبہ سنیے۔</w:t>
      </w:r>
    </w:p>
    <w:p>
      <w:r>
        <w:rPr>
          <w:b/>
        </w:rPr>
        <w:t xml:space="preserve">[00:55] </w:t>
      </w:r>
      <w:r>
        <w:t>bismillah rahman rahim, wa iz akhazna meesaaqakum wa rafa'na fawqakumut toor, khuzoo ma atainakum bi quwwatin wadhkuroo ma feehi la'allakum tattaqoon, thumma tawallaytum min ba'di zalika falawla fadlullahi 'alaikum wa rahmaatuhu lakuntum minal khaasireen,</w:t>
      </w:r>
    </w:p>
    <w:p>
      <w:pPr>
        <w:jc w:val="right"/>
      </w:pPr>
      <w:r>
        <w:t>بسم اللہ الرحمن الرحیم، وَإِذ أَخَذْنَا مِيثاقَكُمْ وَرَفَعْنَا فَوْقَكُمْ الطُّورَ، خُذُوا مَا آتَيْنَاكُمْ بِقُوَّةٍ وَذْكُرُوا مَا فِيهِ لَعَلَّكُمْ تَتَّقُونَ، ثُمَّ تَوَلَّيْتُمْ مِنْ بَعْدِ ذَلِكَ فَلَوْلَا فَضْلُ اللَّهِ عَلَيْكُمْ وَرَحْمَتُهُ لَكُنْتُمْ مِنَ الْخَاسِرِينَ،</w:t>
      </w:r>
    </w:p>
    <w:p>
      <w:r>
        <w:rPr>
          <w:b/>
        </w:rPr>
        <w:t xml:space="preserve">[01:18] </w:t>
      </w:r>
      <w:r>
        <w:t>wa laqad 'alimtumul ladheena 'atadaw minkum fis sabti faqulna lahum koonoo qiradatan khaasi'een, fj'alnaaha nakalan limaa baina yadayhaa wa maa khalfahaa wa maw'izatan lil muttaqeen.</w:t>
      </w:r>
    </w:p>
    <w:p>
      <w:pPr>
        <w:jc w:val="right"/>
      </w:pPr>
      <w:r>
        <w:t>ولقد عَلِمْتُمُ الَّذِينَ عَتَدُوا مِنْكُمْ فِي السَّبْتِ فَقُلْنَا لَهُمْ كُونُوا قِرَدَةً خَاسِئِينَ، فَجَعَلْنَاهَا نَكَالًا لِمَا بَيْنَ يَدَيْهَا وَمَا خَلْفَهَا وَمُعْعِزَةً لِلْمُتَّقِينَ۔</w:t>
      </w:r>
    </w:p>
    <w:p>
      <w:r>
        <w:rPr>
          <w:b/>
        </w:rPr>
        <w:t xml:space="preserve">[01:33] </w:t>
      </w:r>
      <w:r>
        <w:t>surah al baqarah, chapter 2, verse 63, 64, 65, 66. aur jab hum ne tum se tumhara ahad liya aur toor pahaar ko tumhare oopar uthaya,</w:t>
      </w:r>
    </w:p>
    <w:p>
      <w:pPr>
        <w:jc w:val="right"/>
      </w:pPr>
      <w:r>
        <w:t>سورہ البقرہ، چیپٹر ٹو، ورس 63، 64، 65، 66۔ اور جب ہم نے تم سے تمہارا عہد لیا اور طور پہاڑ کو تمہارے اوپر اٹھایا،</w:t>
      </w:r>
    </w:p>
    <w:p>
      <w:r>
        <w:rPr>
          <w:b/>
        </w:rPr>
        <w:t xml:space="preserve">[01:48] </w:t>
      </w:r>
      <w:r>
        <w:t>pakro is cheez ko jo hum ne tum ko di hai mazbooti ke sath, aur jo kuch is mein hai us ko yaad rakho ta ke tum bacho.</w:t>
      </w:r>
    </w:p>
    <w:p>
      <w:pPr>
        <w:jc w:val="right"/>
      </w:pPr>
      <w:r>
        <w:t>پکڑو اس چیز کو جو ہم نے تم کو دی ہے مضبوطی کے ساتھ، اور جو کچھ اس میں ہے اس کو یاد رکھو تاکہ تم بچو۔</w:t>
      </w:r>
    </w:p>
    <w:p>
      <w:r>
        <w:rPr>
          <w:b/>
        </w:rPr>
        <w:t xml:space="preserve">[01:59] </w:t>
      </w:r>
      <w:r>
        <w:t>is ke baad tum us se phir gaye. agar Allah ka fazl aur us ki rehmat tum par na hoti to tum zaroor halaak ho jaate.</w:t>
      </w:r>
    </w:p>
    <w:p>
      <w:pPr>
        <w:jc w:val="right"/>
      </w:pPr>
      <w:r>
        <w:t>اس کے بعد تم اس سے پھر گئے۔ اگر اللہ کا فضل اور اس کی رحمت تم پر نہ ہوتی تو تم ضرور ہلاک ہو جاتے۔</w:t>
      </w:r>
    </w:p>
    <w:p>
      <w:r>
        <w:rPr>
          <w:b/>
        </w:rPr>
        <w:t xml:space="preserve">[02:10] </w:t>
      </w:r>
      <w:r>
        <w:t>aur un logon ka haal tum jaante ho jo sab سنیچر ke maamle mein Allah ke hukum se nikal gaye, to hum ne un se kaha ke tum log zaleel bandar ban jao.</w:t>
      </w:r>
    </w:p>
    <w:p>
      <w:pPr>
        <w:jc w:val="right"/>
      </w:pPr>
      <w:r>
        <w:t>اور ان لوگوں کا حال تم جانتے ہو جو سب سنیچر کے معاملے میں اللہ کے حکم سے نکل گئے، تو ہم نے ان سے کہا کہ تم لوگ ذلیل بندر بن جاؤ۔</w:t>
      </w:r>
    </w:p>
    <w:p>
      <w:r>
        <w:rPr>
          <w:b/>
        </w:rPr>
        <w:t xml:space="preserve">[02:21] </w:t>
      </w:r>
      <w:r>
        <w:t>phir hum ne us ko عبرت bana diya un logon ke liye jo us ke rubaru the, aur un logon ke liye jo us ke baad aaye, aur is mein hum ne naseehat rakh di dar walon ke liye.</w:t>
      </w:r>
    </w:p>
    <w:p>
      <w:pPr>
        <w:jc w:val="right"/>
      </w:pPr>
      <w:r>
        <w:t>پھر ہم نے اس کو عبرت بنا دیا ان لوگوں کے لیے جو اس کے روبرو تھے، اور ان لوگوں کے لیے جو اس کے بعد آئے، اور اس میں ہم نے نصیحت رکھ دی ڈر والوں کے لیے۔</w:t>
      </w:r>
    </w:p>
    <w:p>
      <w:r>
        <w:rPr>
          <w:b/>
        </w:rPr>
        <w:t xml:space="preserve">[02:33] </w:t>
      </w:r>
      <w:r>
        <w:t>yahan bataya gaya hai ke Bani Israel se ehad liya gaya طور ko utha kar.</w:t>
      </w:r>
    </w:p>
    <w:p>
      <w:pPr>
        <w:jc w:val="right"/>
      </w:pPr>
      <w:r>
        <w:t>یہاں بتایا گیا ہے کہ بنی اسرائیل سے عہد لیا گیا طور کو اٹھا کر۔</w:t>
      </w:r>
    </w:p>
    <w:p>
      <w:r>
        <w:rPr>
          <w:b/>
        </w:rPr>
        <w:t xml:space="preserve">[02:46] </w:t>
      </w:r>
      <w:r>
        <w:t>jahan tak bachta hoon, samajhta hoon yeh طور pahaad uthaya nahi gaya tha balkeh yeh ehad nama hua tha jis ko kehte hain daaman,</w:t>
      </w:r>
    </w:p>
    <w:p>
      <w:pPr>
        <w:jc w:val="right"/>
      </w:pPr>
      <w:r>
        <w:t>جہاں تک بچتا ہوں، سمجھتا ہوں یہ طور پہاڑ اٹھایا نہیں گیا تھا بلکہ یہ عہد نامہ ہوا تھا جس کو کہتے ہیں دامن،</w:t>
      </w:r>
    </w:p>
    <w:p>
      <w:r>
        <w:rPr>
          <w:b/>
        </w:rPr>
        <w:t xml:space="preserve">[02:59] </w:t>
      </w:r>
      <w:r>
        <w:t>yani طور pahaad ke daaman mein.</w:t>
      </w:r>
    </w:p>
    <w:p>
      <w:pPr>
        <w:jc w:val="right"/>
      </w:pPr>
      <w:r>
        <w:t>یعنی طور پہاڑ کے دامن میں۔</w:t>
      </w:r>
    </w:p>
    <w:p>
      <w:r>
        <w:rPr>
          <w:b/>
        </w:rPr>
        <w:t xml:space="preserve">[03:05] </w:t>
      </w:r>
      <w:r>
        <w:t>yeh kya ehad nama tha? yeh tha dawat ka, yani shahadat ka ehad nama. Quran mein jo aaya hai ke un ko Allah taala ne fazeelat di Bani Israel ki,</w:t>
      </w:r>
    </w:p>
    <w:p>
      <w:pPr>
        <w:jc w:val="right"/>
      </w:pPr>
      <w:r>
        <w:t>یہ کیا عہد نامہ تھا؟ یہ تھا دعوت کا، یعنی شہادت کا عہد نامہ۔ قرآن میں جو آیا ہے کہ ان کو اللہ تعالیٰ نے فضیلت دی بنی اسرائیل کی،</w:t>
      </w:r>
    </w:p>
    <w:p>
      <w:r>
        <w:rPr>
          <w:b/>
        </w:rPr>
        <w:t xml:space="preserve">[03:22] </w:t>
      </w:r>
      <w:r>
        <w:t>to fazeelat ka matlab yeh hai ke un ko</w:t>
      </w:r>
    </w:p>
    <w:p>
      <w:pPr>
        <w:jc w:val="right"/>
      </w:pPr>
      <w:r>
        <w:t>تو فضیلت کا مطلب یہ ہے کہ ان کو</w:t>
      </w:r>
    </w:p>
    <w:p>
      <w:r>
        <w:rPr>
          <w:b/>
        </w:rPr>
        <w:t xml:space="preserve">[03:30] </w:t>
      </w:r>
      <w:r>
        <w:t>shahadat ke maqam par faiz kiya, yani logon ko logon ke saamne sachai ke gawah par khare hon.</w:t>
      </w:r>
    </w:p>
    <w:p>
      <w:pPr>
        <w:jc w:val="right"/>
      </w:pPr>
      <w:r>
        <w:t>شہادت کے مقام پر فائز کیا، یعنی لوگوں کو لوگوں کے سامنے سچائی کے گواہ پر کھڑے ہوں۔</w:t>
      </w:r>
    </w:p>
    <w:p>
      <w:r>
        <w:rPr>
          <w:b/>
        </w:rPr>
        <w:t xml:space="preserve">[03:42] </w:t>
      </w:r>
      <w:r>
        <w:t>is par mein ne bohat ghor kiya to phir samajh aaya ke pehle zamanay mein anbiya ke zariye se dawat ka kaam hota tha.</w:t>
      </w:r>
    </w:p>
    <w:p>
      <w:pPr>
        <w:jc w:val="right"/>
      </w:pPr>
      <w:r>
        <w:t>اس پر میں نے بہت غور کیا تو پھر سمجھ آیا کہ پہلے زمانے میں انبیاء کے ذریعے سے دعوت کا کام ہوتا تھا۔</w:t>
      </w:r>
    </w:p>
    <w:p>
      <w:r>
        <w:rPr>
          <w:b/>
        </w:rPr>
        <w:t xml:space="preserve">[04:02] </w:t>
      </w:r>
      <w:r>
        <w:t>har zamanay mein har maqam par nabi aate the, woh dawat ka kaam karte the.</w:t>
      </w:r>
    </w:p>
    <w:p>
      <w:pPr>
        <w:jc w:val="right"/>
      </w:pPr>
      <w:r>
        <w:t>ہر زمانے میں ہر مقام پر نبی آتے تھے، وہ دعوت کا کام کرتے تھے۔</w:t>
      </w:r>
    </w:p>
    <w:p>
      <w:r>
        <w:rPr>
          <w:b/>
        </w:rPr>
        <w:t xml:space="preserve">[04:13] </w:t>
      </w:r>
      <w:r>
        <w:t>chunaanche aap jaante hain ke anbiya ki tamam tadad siwaye Bani Ismail ke sab Bani Israel ke darmiyan aayi hai.</w:t>
      </w:r>
    </w:p>
    <w:p>
      <w:pPr>
        <w:jc w:val="right"/>
      </w:pPr>
      <w:r>
        <w:t>چنانچہ آپ جانتے ہیں کہ انبیاء کی تمام تعداد سوائے بنی اسماعیل کے سب بنی اسرائیل کے درمیان آئی ہے۔</w:t>
      </w:r>
    </w:p>
    <w:p>
      <w:r>
        <w:rPr>
          <w:b/>
        </w:rPr>
        <w:t xml:space="preserve">[04:32] </w:t>
      </w:r>
      <w:r>
        <w:t>do naslein thin, banu Israel aur banu Ismail. to ek nabi banu Ismail mein aaya, Rasool Allah s.a.w. aur doosre tamam anbiya aaye,</w:t>
      </w:r>
    </w:p>
    <w:p>
      <w:pPr>
        <w:jc w:val="right"/>
      </w:pPr>
      <w:r>
        <w:t>دو نسلیں تھیں، بنو اسرائیل اور بنو اسماعیل۔ تو ایک نبی بنو اسماعیل میں آیا، رسول اللہ صلی اللہ علیہ وسلم، اور دوسرے تمام انبیاء آئے،</w:t>
      </w:r>
    </w:p>
    <w:p>
      <w:r>
        <w:rPr>
          <w:b/>
        </w:rPr>
        <w:t xml:space="preserve">[04:51] </w:t>
      </w:r>
      <w:r>
        <w:t>Bani Israel ne. dekhiye, yeh koi fazeelat ki baat nahi hai.</w:t>
      </w:r>
    </w:p>
    <w:p>
      <w:pPr>
        <w:jc w:val="right"/>
      </w:pPr>
      <w:r>
        <w:t>بنی اسرائیل نے۔ دیکھیے، یہ کوئی فضیلت کی بات نہیں ہے۔</w:t>
      </w:r>
    </w:p>
    <w:p>
      <w:r>
        <w:rPr>
          <w:b/>
        </w:rPr>
        <w:t xml:space="preserve">[05:00] </w:t>
      </w:r>
      <w:r>
        <w:t>zyada nabi aaye un ke darmiyan, is ki fazeelat ki baat nahi hai. yeh baat hai daur ki, zamanay ki.</w:t>
      </w:r>
    </w:p>
    <w:p>
      <w:pPr>
        <w:jc w:val="right"/>
      </w:pPr>
      <w:r>
        <w:t>زیادہ نبی آئے ان کے درمیان، اس کی فضیلت کی بات نہیں ہے۔ یہ بات ہے دور کی، زمانے کی۔</w:t>
      </w:r>
    </w:p>
    <w:p>
      <w:r>
        <w:rPr>
          <w:b/>
        </w:rPr>
        <w:t xml:space="preserve">[05:10] </w:t>
      </w:r>
      <w:r>
        <w:t>pehlay zamanay mein dawat ka kaam ya shahadat ka kaam</w:t>
      </w:r>
    </w:p>
    <w:p>
      <w:pPr>
        <w:jc w:val="right"/>
      </w:pPr>
      <w:r>
        <w:t>پہلے زمانے میں دعوت کا کام یا شہادت کا کام</w:t>
      </w:r>
    </w:p>
    <w:p>
      <w:r>
        <w:rPr>
          <w:b/>
        </w:rPr>
        <w:t xml:space="preserve">[05:18] </w:t>
      </w:r>
      <w:r>
        <w:t>personal buniyad par ho sakta tha,</w:t>
      </w:r>
    </w:p>
    <w:p>
      <w:pPr>
        <w:jc w:val="right"/>
      </w:pPr>
      <w:r>
        <w:t>پرسنل بنیاد پر ہو سکتا تھا،</w:t>
      </w:r>
    </w:p>
    <w:p>
      <w:r>
        <w:rPr>
          <w:b/>
        </w:rPr>
        <w:t xml:space="preserve">[05:24] </w:t>
      </w:r>
      <w:r>
        <w:t>lekin is ke baad ek zamanay aaya jab ke technology ne jagah le li aur badlay technology aap ko baray baray kaam karna mumkin ho gaya.</w:t>
      </w:r>
    </w:p>
    <w:p>
      <w:pPr>
        <w:jc w:val="right"/>
      </w:pPr>
      <w:r>
        <w:t>لیکن اس کے بعد ایک زمانہ آیا جب کہ ٹیکنالوجی نے جگہ لے لی اور بدلے ٹیکنالوجی آپ کو بڑے بڑے کام کرنا ممکن ہو گیا۔</w:t>
      </w:r>
    </w:p>
    <w:p>
      <w:r>
        <w:rPr>
          <w:b/>
        </w:rPr>
        <w:t xml:space="preserve">[05:41] </w:t>
      </w:r>
      <w:r>
        <w:t>to jab tak technology ka daur nahi aaya tha, anbiya ka silsila aaya.</w:t>
      </w:r>
    </w:p>
    <w:p>
      <w:pPr>
        <w:jc w:val="right"/>
      </w:pPr>
      <w:r>
        <w:t>تو جب تک ٹیکنالوجی کا دور نہیں آیا تھا، انبیاء کا سلسلہ آیا۔</w:t>
      </w:r>
    </w:p>
    <w:p>
      <w:r>
        <w:rPr>
          <w:b/>
        </w:rPr>
        <w:t xml:space="preserve">[05:47] </w:t>
      </w:r>
      <w:r>
        <w:t>jab technology ka daur aane wala tha, yani qareeb tha aana is ka, to ab</w:t>
      </w:r>
    </w:p>
    <w:p>
      <w:pPr>
        <w:jc w:val="right"/>
      </w:pPr>
      <w:r>
        <w:t>جب ٹیکنالوجی کا دور آنے والا تھا، یعنی قریب تھا آنا اس کا، تو اب</w:t>
      </w:r>
    </w:p>
    <w:p>
      <w:r>
        <w:rPr>
          <w:b/>
        </w:rPr>
        <w:t xml:space="preserve">[05:57] </w:t>
      </w:r>
      <w:r>
        <w:t>ek nabi aakhri</w:t>
      </w:r>
    </w:p>
    <w:p>
      <w:pPr>
        <w:jc w:val="right"/>
      </w:pPr>
      <w:r>
        <w:t>ایک نبی آخری</w:t>
      </w:r>
    </w:p>
    <w:p>
      <w:r>
        <w:rPr>
          <w:b/>
        </w:rPr>
        <w:t xml:space="preserve">[05:59] </w:t>
      </w:r>
      <w:r>
        <w:t>wazeh kar diya gaya aur ab</w:t>
      </w:r>
    </w:p>
    <w:p>
      <w:pPr>
        <w:jc w:val="right"/>
      </w:pPr>
      <w:r>
        <w:t>وضع کر دیا گیا اور اب</w:t>
      </w:r>
    </w:p>
    <w:p>
      <w:r>
        <w:rPr>
          <w:b/>
        </w:rPr>
        <w:t xml:space="preserve">[06:05] </w:t>
      </w:r>
      <w:r>
        <w:t>is nabi ki ummat ka ek kaam qarar paya ke woh qayamat tak</w:t>
      </w:r>
    </w:p>
    <w:p>
      <w:pPr>
        <w:jc w:val="right"/>
      </w:pPr>
      <w:r>
        <w:t>اس نبی کی امت کا ایک کام قرار پایا کہ وہ قیامت تک</w:t>
      </w:r>
    </w:p>
    <w:p>
      <w:r>
        <w:rPr>
          <w:b/>
        </w:rPr>
        <w:t xml:space="preserve">[06:13] </w:t>
      </w:r>
      <w:r>
        <w:t>shahadat ka, yeh dawat ka kaam karti rahe.</w:t>
      </w:r>
    </w:p>
    <w:p>
      <w:pPr>
        <w:jc w:val="right"/>
      </w:pPr>
      <w:r>
        <w:t>شہادت کا، یہ دعوت کا کام کرتی رہے۔</w:t>
      </w:r>
    </w:p>
    <w:p>
      <w:r>
        <w:rPr>
          <w:b/>
        </w:rPr>
        <w:t xml:space="preserve">[06:19] </w:t>
      </w:r>
      <w:r>
        <w:t>dekhiye, Allah taala ko abuldeen se yeh matloob hai, matloob tha ke insanon ko</w:t>
      </w:r>
    </w:p>
    <w:p>
      <w:pPr>
        <w:jc w:val="right"/>
      </w:pPr>
      <w:r>
        <w:t>دیکھیے، اللہ تعالیٰ کو ابوالدین سے یہ مطلوب ہے، مطلوب تھا کہ انسانوں کو</w:t>
      </w:r>
    </w:p>
    <w:p>
      <w:r>
        <w:rPr>
          <w:b/>
        </w:rPr>
        <w:t xml:space="preserve">[06:28] </w:t>
      </w:r>
      <w:r>
        <w:t>bataya jaye ke Allah ki scheme of things kya hai, Allah ka kication plan kya hai,</w:t>
      </w:r>
    </w:p>
    <w:p>
      <w:pPr>
        <w:jc w:val="right"/>
      </w:pPr>
      <w:r>
        <w:t>بتایا جائے کہ اللہ کی اسکیم آف تھنگز کیا ہے، اللہ کا کیشن پلان کیا ہے،</w:t>
      </w:r>
    </w:p>
    <w:p>
      <w:r>
        <w:rPr>
          <w:b/>
        </w:rPr>
        <w:t xml:space="preserve">[06:44] </w:t>
      </w:r>
      <w:r>
        <w:t>aakhir mein insaan ko Allah ke saamne kya jawab dehi karni hai. to yeh pehle nabiyon ke zariye yeh kaam hota raha.</w:t>
      </w:r>
    </w:p>
    <w:p>
      <w:pPr>
        <w:jc w:val="right"/>
      </w:pPr>
      <w:r>
        <w:t>آخر میں انسان کو اللہ کے سامنے کیا جواب دہی کرنی ہے۔ تو یہ پہلے نبیوں کے ذریعے یہ کام ہوتا رہا۔</w:t>
      </w:r>
    </w:p>
    <w:p>
      <w:r>
        <w:rPr>
          <w:b/>
        </w:rPr>
        <w:t xml:space="preserve">[06:59] </w:t>
      </w:r>
      <w:r>
        <w:t>phir jab technology ka daur aaya to us ke qareeb Allah taala ne silsila doosra qaim kar diya, yani ab ab ek giroh banaya gaya, khair o ummat, ummat e Muhammadi mein se,</w:t>
      </w:r>
    </w:p>
    <w:p>
      <w:pPr>
        <w:jc w:val="right"/>
      </w:pPr>
      <w:r>
        <w:t>پھر جب ٹیکنالوجی کا دور آیا تو اس کے قریب اللہ تعالیٰ نے سلسلہ دوسرا قائم کر دیا، یعنی اب اب ایک گروہ بنایا گیا، خیر و امت، امت محمدی میں سے،</w:t>
      </w:r>
    </w:p>
    <w:p>
      <w:r>
        <w:rPr>
          <w:b/>
        </w:rPr>
        <w:t xml:space="preserve">[07:20] </w:t>
      </w:r>
      <w:r>
        <w:t>aur is ki zimmedari karpai ke woh doosron tak deen ko pohnchati rahe, pohnchati rahe.</w:t>
      </w:r>
    </w:p>
    <w:p>
      <w:pPr>
        <w:jc w:val="right"/>
      </w:pPr>
      <w:r>
        <w:t>اور اس کی ذمہ داری کارپائی کہ وہ دوسروں تک دین کو پہنچاتی رہے، پہنچاتی رہے۔</w:t>
      </w:r>
    </w:p>
    <w:p>
      <w:r>
        <w:rPr>
          <w:b/>
        </w:rPr>
        <w:t xml:space="preserve">[07:30] </w:t>
      </w:r>
      <w:r>
        <w:t>to yeh jo hum parhte hain quran mein ke bani israel ko khusoosi inaamaat kiye gaye, mislan sehra mein pani nikal aaya,</w:t>
      </w:r>
    </w:p>
    <w:p>
      <w:pPr>
        <w:jc w:val="right"/>
      </w:pPr>
      <w:r>
        <w:t>تو یہ جو ہم پڑھتے ہیں قرآن میں کہ بنی اسرائیل کو خصوصی انعامات کیے گئے، مثلاً صحرا میں پانی نکل آیا،</w:t>
      </w:r>
    </w:p>
    <w:p>
      <w:r>
        <w:rPr>
          <w:b/>
        </w:rPr>
        <w:t xml:space="preserve">[07:47] </w:t>
      </w:r>
      <w:r>
        <w:t>sehra mein man sarwa nazil hua, is tarah ki mukhtalif nematein, yeh kyun theen?</w:t>
      </w:r>
    </w:p>
    <w:p>
      <w:pPr>
        <w:jc w:val="right"/>
      </w:pPr>
      <w:r>
        <w:t>صحرا میں من سروا نازل ہوا، اس طرح کی مختلف نعمتیں، یہ کیوں تھیں؟</w:t>
      </w:r>
    </w:p>
    <w:p>
      <w:r>
        <w:rPr>
          <w:b/>
        </w:rPr>
        <w:t xml:space="preserve">[07:58] </w:t>
      </w:r>
      <w:r>
        <w:t>yeh is liye theen ke mawaqe dawat in ko diye gaye, kyunke dawat ki zimmedari ada karne ke liye mawaqe dawat chahiye.</w:t>
      </w:r>
    </w:p>
    <w:p>
      <w:pPr>
        <w:jc w:val="right"/>
      </w:pPr>
      <w:r>
        <w:t>یہ اس لیے تھیں کہ مواقع دعوت ان کو دیے گئے، کیونکہ دعوت کی ذمہ داری ادا کرنے کے لیے مواقع دعوت چاہیے۔</w:t>
      </w:r>
    </w:p>
    <w:p>
      <w:r>
        <w:rPr>
          <w:b/>
        </w:rPr>
        <w:t xml:space="preserve">[08:09] </w:t>
      </w:r>
      <w:r>
        <w:t>to in ko is tarah ke mawaqe diye jaate rahe. lekin ek bohat ajeeb baat meri samajh mein aayi ke baad ke daur mein, yaani maujood maujooda zamane mein,</w:t>
      </w:r>
    </w:p>
    <w:p>
      <w:pPr>
        <w:jc w:val="right"/>
      </w:pPr>
      <w:r>
        <w:t>تو ان کو اس طرح کے مواقع دیے جاتے رہے۔ لیکن ایک بہت عجیب بات میری سمجھ میں آئی کہ بعد کے دور میں، یعنی موجود موجودہ زمانے میں،</w:t>
      </w:r>
    </w:p>
    <w:p>
      <w:r>
        <w:rPr>
          <w:b/>
        </w:rPr>
        <w:t xml:space="preserve">[08:30] </w:t>
      </w:r>
      <w:r>
        <w:t>aisa hum nahi dekhte. is qism ke mawaqe aap ne koi log jhoote qisse kahaniyan sunate hain, woh galat baat hai, woh galat baat hai.</w:t>
      </w:r>
    </w:p>
    <w:p>
      <w:pPr>
        <w:jc w:val="right"/>
      </w:pPr>
      <w:r>
        <w:t>ایسا ہم نہیں دیکھتے۔ اس قسم کے مواقع آپ نے کوئی لوگ جھوٹے قصے کہانیاں سناتے ہیں، وہ غلط بات ہے، وہ غلط بات ہے۔</w:t>
      </w:r>
    </w:p>
    <w:p>
      <w:r>
        <w:rPr>
          <w:b/>
        </w:rPr>
        <w:t xml:space="preserve">[08:43] </w:t>
      </w:r>
      <w:r>
        <w:t>ab yeh sab nahi hai. kyun? technology jo hai maujooda zamane mein, jo ek daur naya daur aaye ga, aaya, woh har cheez ka badal ban gaya,</w:t>
      </w:r>
    </w:p>
    <w:p>
      <w:pPr>
        <w:jc w:val="right"/>
      </w:pPr>
      <w:r>
        <w:t>اب یہ سب نہیں ہے۔ کیوں؟ ٹیکنالوجی جو ہے موجودہ زمانے میں، جو ایک دور نیا دور آئے گا، آیا، وہ ہر چیز کا بدل بن گیا،</w:t>
      </w:r>
    </w:p>
    <w:p>
      <w:r>
        <w:rPr>
          <w:b/>
        </w:rPr>
        <w:t xml:space="preserve">[08:58] </w:t>
      </w:r>
      <w:r>
        <w:t>yaani mawaqe ya opportunity ka badal ban gaya. to is ko mein kahunga ke pehle cheezein milti theen fard ki satah par, fard.</w:t>
      </w:r>
    </w:p>
    <w:p>
      <w:pPr>
        <w:jc w:val="right"/>
      </w:pPr>
      <w:r>
        <w:t>یعنی مواقع یا اپرچونیٹی کا بدل بن گیا۔ تو اس کو میں کہوں گا کہ پہلے چیزیں ملتی تھیں فرد کی سطح پر، فرد۔</w:t>
      </w:r>
    </w:p>
    <w:p>
      <w:r>
        <w:rPr>
          <w:b/>
        </w:rPr>
        <w:t xml:space="preserve">[09:12] </w:t>
      </w:r>
      <w:r>
        <w:t>ab explosion ho gaya hai, har cheez ka explosion, economic explosion, job explosion, har cheez ka explosion.</w:t>
      </w:r>
    </w:p>
    <w:p>
      <w:pPr>
        <w:jc w:val="right"/>
      </w:pPr>
      <w:r>
        <w:t>اب ایکسپلوژن ہو گیا ہے، ہر چیز کا ایکسپلوژن، اکنامک ایکسپلوژن، جاب ایکسپلوژن، ہر چیز کا ایکسپلوژن۔</w:t>
      </w:r>
    </w:p>
    <w:p>
      <w:r>
        <w:rPr>
          <w:b/>
        </w:rPr>
        <w:t xml:space="preserve">[09:25] </w:t>
      </w:r>
      <w:r>
        <w:t>ab har aadmi apne is paas maamooli mehnat kar ke sab kuch haasil kar sakta hai.</w:t>
      </w:r>
    </w:p>
    <w:p>
      <w:pPr>
        <w:jc w:val="right"/>
      </w:pPr>
      <w:r>
        <w:t>اب ہر آدمی اپنے اس پاس معمولی محنت کر کے سب کچھ حاصل کر سکتا ہے۔</w:t>
      </w:r>
    </w:p>
    <w:p>
      <w:r>
        <w:rPr>
          <w:b/>
        </w:rPr>
        <w:t xml:space="preserve">[09:36] </w:t>
      </w:r>
      <w:r>
        <w:t>mislan dekhiye, mere jab mein naujawani ki umron mein tha aur madrasay mein parhta tha to madrasay ke logon ko kaha jata tha ke</w:t>
      </w:r>
    </w:p>
    <w:p>
      <w:pPr>
        <w:jc w:val="right"/>
      </w:pPr>
      <w:r>
        <w:t>مثلاً دیکھیے، میرے جب میں نوجوانی کی عمروں میں تھا اور مدرسے میں پڑھتا تھا تو مدرسے کے لوگوں کو کہا جاتا تھا کہ</w:t>
      </w:r>
    </w:p>
    <w:p>
      <w:r>
        <w:rPr>
          <w:b/>
        </w:rPr>
        <w:t xml:space="preserve">[09:54] </w:t>
      </w:r>
      <w:r>
        <w:t>yaani un ke liye koi dunya mein mawaqe nahi hain. mawaqe hain to aadmi ko angrezi parhna chahiye. aaj sab ke liye mawaqe ho gaye.</w:t>
      </w:r>
    </w:p>
    <w:p>
      <w:pPr>
        <w:jc w:val="right"/>
      </w:pPr>
      <w:r>
        <w:t>یعنی ان کے لیے کوئی دنیا میں مواقع نہیں ہیں۔ مواقع ہیں تو آدمی کو انگریزی پڑھنا چاہیے۔ آج سب کے لیے مواقع ہو گئے۔</w:t>
      </w:r>
    </w:p>
    <w:p>
      <w:r>
        <w:rPr>
          <w:b/>
        </w:rPr>
        <w:t xml:space="preserve">[10:05] </w:t>
      </w:r>
      <w:r>
        <w:t>aaj madrasay wale bhi lakhon rupay kama rahe hain. ab degree ki value ho gayi. to ab modern technology ne har cheez ko, jise mein yahan bol raha hoon India mein, aur abhi awaz suni ja rahi hai har jagah, region public mein,</w:t>
      </w:r>
    </w:p>
    <w:p>
      <w:pPr>
        <w:jc w:val="right"/>
      </w:pPr>
      <w:r>
        <w:t>آج مدرسے والے بھی لاکھوں روپے کما رہے ہیں۔ اب ڈگری کی ویلیو ہو گئی۔ تو اب ماڈرن ٹیکنالوجی نے ہر چیز کو، جسے میں یہاں بول رہا ہوں انڈیا میں، اور ابھی آواز سنی جا رہی ہے ہر جگہ، ریگن پبلک میں،</w:t>
      </w:r>
    </w:p>
    <w:p>
      <w:r>
        <w:rPr>
          <w:b/>
        </w:rPr>
        <w:t xml:space="preserve">[10:26] </w:t>
      </w:r>
      <w:r>
        <w:t>har har mulk mein, potentially, yeh kya hai? yeh har ek ke liye mauqa ho gaya hai. yeh sirf hamare liye nahi hai, har har har ek ke liye.</w:t>
      </w:r>
    </w:p>
    <w:p>
      <w:pPr>
        <w:jc w:val="right"/>
      </w:pPr>
      <w:r>
        <w:t>ہر ہر ملک میں، پوٹینشلی، یہ کیا ہے؟ یہ ہر ایک کے لیے موقع ہو گیا ہے۔ یہ صرف ہمارے لیے نہیں ہے، ہر ہر ہر ایک کے لیے۔</w:t>
      </w:r>
    </w:p>
    <w:p>
      <w:r>
        <w:rPr>
          <w:b/>
        </w:rPr>
        <w:t xml:space="preserve">[10:40] </w:t>
      </w:r>
      <w:r>
        <w:t>to mawaqe ka explosion ho gaya.</w:t>
      </w:r>
    </w:p>
    <w:p>
      <w:pPr>
        <w:jc w:val="right"/>
      </w:pPr>
      <w:r>
        <w:t>تو مواقع کا ایکسپلوژن ہو گیا۔</w:t>
      </w:r>
    </w:p>
    <w:p>
      <w:r>
        <w:rPr>
          <w:b/>
        </w:rPr>
        <w:t xml:space="preserve">[10:48] </w:t>
      </w:r>
      <w:r>
        <w:t>to ab ab is ki zaroorat yeh nahi ke hum har jagah peghamabar aayen. to peghamabar ka jo khatamun nabiyyin ka mamla hua, peghamabar ke sath, aur yahood ke baad nabiyon ka aana jo band ho gaya,</w:t>
      </w:r>
    </w:p>
    <w:p>
      <w:pPr>
        <w:jc w:val="right"/>
      </w:pPr>
      <w:r>
        <w:t>تو اب اب اس کی ضرورت یہ نہیں کہ ہم ہر جگہ پیغمبر آئیں۔ تو پیغمبر کا جو جو خاتم النبین کا معاملہ ہوا، پیغمبر کے ساتھ، اور یہود کے بعد نبیوں کا آنا جو بند ہو گیا،</w:t>
      </w:r>
    </w:p>
    <w:p>
      <w:r>
        <w:rPr>
          <w:b/>
        </w:rPr>
        <w:t xml:space="preserve">[11:07] </w:t>
      </w:r>
      <w:r>
        <w:t>to yeh fazilat ke barabar nahi hai. yeh is liye ke Allah ne woh nizam ko badal diya. Allah ne woh nizam ko badal diya.</w:t>
      </w:r>
    </w:p>
    <w:p>
      <w:pPr>
        <w:jc w:val="right"/>
      </w:pPr>
      <w:r>
        <w:t>تو یہ فضیلت کے برابر نہیں ہے۔ یہ اس لیے کہ اللہ نے وہ نظام کو بدل دیا۔ اللہ نے وہ نظام کو بدل دیا۔</w:t>
      </w:r>
    </w:p>
    <w:p>
      <w:r>
        <w:rPr>
          <w:b/>
        </w:rPr>
        <w:t xml:space="preserve">[11:20] </w:t>
      </w:r>
      <w:r>
        <w:t>ab explosion aa gaya, explosion har cheez ka, tamam mawaqe ka explosion.</w:t>
      </w:r>
    </w:p>
    <w:p>
      <w:pPr>
        <w:jc w:val="right"/>
      </w:pPr>
      <w:r>
        <w:t>اب ایکسپلوژن آ گیا، ایکسپلوژن ہر چیز کا، تمام مواقع کا ایکسپلوژن۔</w:t>
      </w:r>
    </w:p>
    <w:p>
      <w:r>
        <w:rPr>
          <w:b/>
        </w:rPr>
        <w:t xml:space="preserve">[11:28] </w:t>
      </w:r>
      <w:r>
        <w:t>pehlay koi soch nahi sakta tha ke ek aadmi ke liye mumkin ho ke woh ek jagah bole aur sari dunya ko suna jaye.</w:t>
      </w:r>
    </w:p>
    <w:p>
      <w:pPr>
        <w:jc w:val="right"/>
      </w:pPr>
      <w:r>
        <w:t>پہلے کوئی سوچ نہیں سکتا تھا کہ ایک آدمی کے لیے ممکن ہو کہ وہ ایک جگہ بولے اور ساری دنیا کو سنا جائے۔</w:t>
      </w:r>
    </w:p>
    <w:p>
      <w:r>
        <w:rPr>
          <w:b/>
        </w:rPr>
        <w:t xml:space="preserve">[11:39] </w:t>
      </w:r>
      <w:r>
        <w:t>woh letter chhaap de aur sari dunya mein pohanch jaye. woh yeh sab pehle unthinkable tha. ab kya hai?</w:t>
      </w:r>
    </w:p>
    <w:p>
      <w:pPr>
        <w:jc w:val="right"/>
      </w:pPr>
      <w:r>
        <w:t>وہ لیٹر چھاپ دے اور ساری دنیا میں پہنچ جائے۔ وہ یہ سب پہلے ان تھنکیبل تھا۔ اب کیا ہے؟</w:t>
      </w:r>
    </w:p>
    <w:p>
      <w:r>
        <w:rPr>
          <w:b/>
        </w:rPr>
        <w:t xml:space="preserve">[11:50] </w:t>
      </w:r>
      <w:r>
        <w:t>aap printing press ke zamane mein hain, ab aap communication ke zamane mein hain.</w:t>
      </w:r>
    </w:p>
    <w:p>
      <w:pPr>
        <w:jc w:val="right"/>
      </w:pPr>
      <w:r>
        <w:t>آپ پرنٹنگ پریس کے زمانے میں ہیں، اب آپ کمیونیکیشن کے زمانے میں ہیں۔</w:t>
      </w:r>
    </w:p>
    <w:p>
      <w:r>
        <w:rPr>
          <w:b/>
        </w:rPr>
        <w:t xml:space="preserve">[12:01] </w:t>
      </w:r>
      <w:r>
        <w:t>agar aap manage kar saken, agar aap planning kar saken to</w:t>
      </w:r>
    </w:p>
    <w:p>
      <w:pPr>
        <w:jc w:val="right"/>
      </w:pPr>
      <w:r>
        <w:t>اگر آپ مینج کر سکیں، اگر آپ پلاننگ کر سکیں تو</w:t>
      </w:r>
    </w:p>
    <w:p>
      <w:r>
        <w:rPr>
          <w:b/>
        </w:rPr>
        <w:t xml:space="preserve">[12:09] </w:t>
      </w:r>
      <w:r>
        <w:t>aap ko sare mawaqe aap ke qadmon ke neeche hain, sari opportunities aap ke qadmon ke neeche hain.</w:t>
      </w:r>
    </w:p>
    <w:p>
      <w:pPr>
        <w:jc w:val="right"/>
      </w:pPr>
      <w:r>
        <w:t>آپ کو سارے مواقع آپ کے قدموں کے نیچے ہیں، ساری اپرچونیٹیز آپ کے قدموں کے نیچے ہیں۔</w:t>
      </w:r>
    </w:p>
    <w:p>
      <w:r>
        <w:rPr>
          <w:b/>
        </w:rPr>
        <w:t xml:space="preserve">[12:21] </w:t>
      </w:r>
      <w:r>
        <w:t>to yeh yeh jo daur aaya, is daur ki wajah se ab is ki zaroorat nahi rahi ke har jagah har jagah peghamabar aayen.</w:t>
      </w:r>
    </w:p>
    <w:p>
      <w:pPr>
        <w:jc w:val="right"/>
      </w:pPr>
      <w:r>
        <w:t>تو یہ یہ جو دور آیا، اس دور کی وجہ سے اب اس کی ضرورت نہیں رہی کہ ہر جگہ ہر جگہ پیغمبر آئیں۔</w:t>
      </w:r>
    </w:p>
    <w:p>
      <w:r>
        <w:rPr>
          <w:b/>
        </w:rPr>
        <w:t xml:space="preserve">[12:32] </w:t>
      </w:r>
      <w:r>
        <w:t>kyun ke peghamabar ka aana bohat hi serious mamla hota hai, bohat serious mamla.</w:t>
      </w:r>
    </w:p>
    <w:p>
      <w:pPr>
        <w:jc w:val="right"/>
      </w:pPr>
      <w:r>
        <w:t>کیونکہ پیغمبر کا آنا بہت ہی سیریس معاملہ ہوتا ہے، بہت سیریس معاملہ۔</w:t>
      </w:r>
    </w:p>
    <w:p>
      <w:r>
        <w:rPr>
          <w:b/>
        </w:rPr>
        <w:t xml:space="preserve">[12:41] </w:t>
      </w:r>
      <w:r>
        <w:t>to yeh insanon ke liye Allah ki rehmat thi, rehmat ke peghamabar ka har jagah aana, har qaum mein aana, har group mein aana band kar diya gaya aur mawaqe ka exposure kar diya gaya ke jahan bhi tum ho, wahin se shahadat ka role ada kar sakte ho.</w:t>
      </w:r>
    </w:p>
    <w:p>
      <w:pPr>
        <w:jc w:val="right"/>
      </w:pPr>
      <w:r>
        <w:t>تو یہ انسانوں کے لیے اللہ کی رحمت تھی، رحمت کہ پیغمبر کا ہر جگہ آنا، ہر قوم میں آنا، ہر گروپ میں آنا بند کر دیا گیا اور مواقع کا ایکسپوژر کر دیا گیا کہ جہاں بھی تم ہو، وہیں سے شہادت کا رول ادا کر سکتے ہو۔</w:t>
      </w:r>
    </w:p>
    <w:p>
      <w:r>
        <w:rPr>
          <w:b/>
        </w:rPr>
        <w:t xml:space="preserve">[13:08] </w:t>
      </w:r>
      <w:r>
        <w:t>to mein samajhta hoon ke maujooda zamane mein hamein sab se bara kaam yeh hai ke hum is zamani farq ko samjhein, zamani farq ko samhein.</w:t>
      </w:r>
    </w:p>
    <w:p>
      <w:pPr>
        <w:jc w:val="right"/>
      </w:pPr>
      <w:r>
        <w:t>تو میں سمجھتا ہوں کہ موجودہ زمانے میں ہمیں سب سے بڑا کام یہ ہے کہ ہم اس زمانی فرق کو سمجھیں، زمانی فرق کو سمجھیں۔</w:t>
      </w:r>
    </w:p>
    <w:p>
      <w:r>
        <w:rPr>
          <w:b/>
        </w:rPr>
        <w:t xml:space="preserve">[13:20] </w:t>
      </w:r>
      <w:r>
        <w:t>misalan dekhiye,</w:t>
      </w:r>
    </w:p>
    <w:p>
      <w:pPr>
        <w:jc w:val="right"/>
      </w:pPr>
      <w:r>
        <w:t>مثلاً دیکھیے،</w:t>
      </w:r>
    </w:p>
    <w:p>
      <w:r>
        <w:rPr>
          <w:b/>
        </w:rPr>
        <w:t xml:space="preserve">[13:24] </w:t>
      </w:r>
      <w:r>
        <w:t>kal yahan dilli mein ek taaza aap ko misal deta hoon. kal dilli mein ek marriage party thi, shadi ki party thi dilli mein.</w:t>
      </w:r>
    </w:p>
    <w:p>
      <w:pPr>
        <w:jc w:val="right"/>
      </w:pPr>
      <w:r>
        <w:t>کل یہاں دلی میں ایک تازہ آپ کو مثال دیتا ہوں۔ کل دلی میں ایک میرج پارٹی تھی، شادی کی پارٹی تھی دلی میں۔</w:t>
      </w:r>
    </w:p>
    <w:p>
      <w:r>
        <w:rPr>
          <w:b/>
        </w:rPr>
        <w:t xml:space="preserve">[13:41] </w:t>
      </w:r>
      <w:r>
        <w:t>to mujhe bataya gaya ke wahan par</w:t>
      </w:r>
    </w:p>
    <w:p>
      <w:pPr>
        <w:jc w:val="right"/>
      </w:pPr>
      <w:r>
        <w:t>تو مجھے بتایا گیا کہ وہاں پر</w:t>
      </w:r>
    </w:p>
    <w:p>
      <w:r>
        <w:rPr>
          <w:b/>
        </w:rPr>
        <w:t xml:space="preserve">[13:46] </w:t>
      </w:r>
      <w:r>
        <w:t>khurram sahib, jo hamare saathi hain, un ke bete tanzeel bhi gaye thay wahan.</w:t>
      </w:r>
    </w:p>
    <w:p>
      <w:pPr>
        <w:jc w:val="right"/>
      </w:pPr>
      <w:r>
        <w:t>خرم صاحب، جو ہمارے ساتھی ہیں، ان کے بیٹے تنزیل بھی گئے تھے وہاں۔</w:t>
      </w:r>
    </w:p>
    <w:p>
      <w:r>
        <w:rPr>
          <w:b/>
        </w:rPr>
        <w:t xml:space="preserve">[13:56] </w:t>
      </w:r>
      <w:r>
        <w:t>khurram sahib le gaye thay aur wahan par quran ke chhape hue jo chhote chhote aayatein maujood theen, mukhtalif zubanon mein.</w:t>
      </w:r>
    </w:p>
    <w:p>
      <w:pPr>
        <w:jc w:val="right"/>
      </w:pPr>
      <w:r>
        <w:t>خرم صاحب لے گئے تھے اور وہاں پر قرآن کے چھپے ہوئے جو چھوٹے چھوٹے آیتیں موجود تھیں، مختلف زبانوں میں۔</w:t>
      </w:r>
    </w:p>
    <w:p>
      <w:r>
        <w:rPr>
          <w:b/>
        </w:rPr>
        <w:t xml:space="preserve">[14:08] </w:t>
      </w:r>
      <w:r>
        <w:t>to woh bachcha jo abhi kam umar mein bachcha hai, woh yaani teenager hai, teenager. to mujhe batane wale ne bataya ke woh daud daud ke poore is mein, is gathering mein top ke log bhi thay, bade bade log bhi thay, auratein bhi, mard bhi,</w:t>
      </w:r>
    </w:p>
    <w:p>
      <w:pPr>
        <w:jc w:val="right"/>
      </w:pPr>
      <w:r>
        <w:t>تو وہ بچہ جو ابھی کم عمر میں بچہ ہے، وہ یعنی ٹین ایجر ہے، ٹین ایجر۔ تو مجھے بتانے والے نے بتایا کہ وہ دوڑ دوڑ کے پورے اس میں، اس گیدرنگ میں ٹاپ کے لوگ بھی تھے، بڑے بڑے لوگ بھی تھے، عورتیں بھی، مرد بھی،</w:t>
      </w:r>
    </w:p>
    <w:p>
      <w:r>
        <w:rPr>
          <w:b/>
        </w:rPr>
        <w:t xml:space="preserve">[14:31] </w:t>
      </w:r>
      <w:r>
        <w:t>daud daud ke sab woh bachcha pahuncha raha tha. to yeh kya hai? pehle mumkin nahi tha</w:t>
      </w:r>
    </w:p>
    <w:p>
      <w:pPr>
        <w:jc w:val="right"/>
      </w:pPr>
      <w:r>
        <w:t>دوڑ دوڑ کے سب وہ بچہ پہنچا رہا تھا۔ تو یہ کیا ہے؟ پہلے ممکن نہیں تھا</w:t>
      </w:r>
    </w:p>
    <w:p>
      <w:r>
        <w:rPr>
          <w:b/>
        </w:rPr>
        <w:t xml:space="preserve">[14:42] </w:t>
      </w:r>
      <w:r>
        <w:t>ke aap kitaab chhapen, quran ka tarjuma chhapen, chhote size mein aur handy size mein, aur us ko logon ko den.</w:t>
      </w:r>
    </w:p>
    <w:p>
      <w:pPr>
        <w:jc w:val="right"/>
      </w:pPr>
      <w:r>
        <w:t>کہ آپ کتاب چھاپیں، قرآن کا ترجمہ چھاپیں، چھوٹے سائز میں اور ہینڈی سائز میں، اور اس کو لوگوں کو دیں۔</w:t>
      </w:r>
    </w:p>
    <w:p>
      <w:r>
        <w:rPr>
          <w:b/>
        </w:rPr>
        <w:t xml:space="preserve">[14:51] </w:t>
      </w:r>
      <w:r>
        <w:t>to mein samajhta hoon ke pehle zamane mein bachchon ka yeh itna zyada josh bhi nahi hota hoga, shayad ke modern education ne aisa kiya hai.</w:t>
      </w:r>
    </w:p>
    <w:p>
      <w:pPr>
        <w:jc w:val="right"/>
      </w:pPr>
      <w:r>
        <w:t>تو میں سمجھتا ہوں کہ پہلے زمانے میں بچوں کا یہ اتنا زیادہ جوش بھی نہیں ہوتا ہوگا، شاید کہ ماڈرن ایجوکیشن نے ایسا کیا ہے۔</w:t>
      </w:r>
    </w:p>
    <w:p>
      <w:r>
        <w:rPr>
          <w:b/>
        </w:rPr>
        <w:t xml:space="preserve">[15:04] </w:t>
      </w:r>
      <w:r>
        <w:t>aaj kal ke ladke jo padhte hain schoolon mein, modern schoolon mein, to un mein ek extra courage hoti hai, extra courage, extra enthusiasm.</w:t>
      </w:r>
    </w:p>
    <w:p>
      <w:pPr>
        <w:jc w:val="right"/>
      </w:pPr>
      <w:r>
        <w:t>آج کل کے لڑکے جو پڑھتے ہیں اسکولوں میں، ماڈرن اسکولوں میں، تو ان میں ایک ایکسٹرا کرج ہوتی ہے، ایکسٹرا کرج، ایکسٹرا انتھوزیازم۔</w:t>
      </w:r>
    </w:p>
    <w:p>
      <w:r>
        <w:rPr>
          <w:b/>
        </w:rPr>
        <w:t xml:space="preserve">[15:18] </w:t>
      </w:r>
      <w:r>
        <w:t>to woh unhon ne bataya, jo mujhe bataya tha ke kuch dignitary, dignitaries aayen wahan par,</w:t>
      </w:r>
    </w:p>
    <w:p>
      <w:pPr>
        <w:jc w:val="right"/>
      </w:pPr>
      <w:r>
        <w:t>تو وہ انہوں نے بتایا، جو مجھے بتایا تھا کہ کچھ ڈگنیٹری، ڈگنیٹریز آئیں وہاں پر،</w:t>
      </w:r>
    </w:p>
    <w:p>
      <w:r>
        <w:rPr>
          <w:b/>
        </w:rPr>
        <w:t xml:space="preserve">[15:32] </w:t>
      </w:r>
      <w:r>
        <w:t>kuch khaas bade log jo hote hain, to woh gate pe pahunche to bachcha daud kar jaye, aap ko haath mein de diya.</w:t>
      </w:r>
    </w:p>
    <w:p>
      <w:pPr>
        <w:jc w:val="right"/>
      </w:pPr>
      <w:r>
        <w:t>کچھ خاص بڑے لوگ جو ہوتے ہیں، تو وہ گیٹ پہ پہنچے تو بچہ دوڑ کر جائے، آپ کو ہاتھ میں دے دیا۔</w:t>
      </w:r>
    </w:p>
    <w:p>
      <w:r>
        <w:rPr>
          <w:b/>
        </w:rPr>
        <w:t xml:space="preserve">[15:43] </w:t>
      </w:r>
      <w:r>
        <w:t>ab ghor kijiye ke yeh yeh yeh yeh opportunity pehle kahan thi? pehle nahi thi.</w:t>
      </w:r>
    </w:p>
    <w:p>
      <w:pPr>
        <w:jc w:val="right"/>
      </w:pPr>
      <w:r>
        <w:t>اب غور کیجیے کہ یہ یہ یہ یہ اپرچونیٹی پہلے کہاں تھی؟ پہلے نہیں تھی۔</w:t>
      </w:r>
    </w:p>
    <w:p>
      <w:r>
        <w:rPr>
          <w:b/>
        </w:rPr>
        <w:t xml:space="preserve">[15:52] </w:t>
      </w:r>
      <w:r>
        <w:t>yeh door ki baat hai, openness ka door hai. yeh ab sab log equality ka door hai, yeh chhipi hui kitabon ka door hai aur tolerance ka door hai.</w:t>
      </w:r>
    </w:p>
    <w:p>
      <w:pPr>
        <w:jc w:val="right"/>
      </w:pPr>
      <w:r>
        <w:t>یہ دور کی بات ہے، اوپننس کا دور ہے۔ یہ اب سب لوگ ایکولٹی کا دور ہے، یہ چھپی ہوئی کتابوں کا دور ہے اور ٹالرنس کا دور ہے۔</w:t>
      </w:r>
    </w:p>
    <w:p>
      <w:r>
        <w:rPr>
          <w:b/>
        </w:rPr>
        <w:t xml:space="preserve">[16:07] </w:t>
      </w:r>
      <w:r>
        <w:t>aur yeh door hai ke log janna chahte hain ke kya hai? mera ek mazhab hai to doosron ka mazhab kya hai?</w:t>
      </w:r>
    </w:p>
    <w:p>
      <w:pPr>
        <w:jc w:val="right"/>
      </w:pPr>
      <w:r>
        <w:t>اور یہ دور ہے کہ لوگ جاننا چاہتے ہیں کہ کیا ہے؟ میرا ایک مذہب ہے تو دوسروں کا مذہب کیا ہے؟</w:t>
      </w:r>
    </w:p>
    <w:p>
      <w:r>
        <w:rPr>
          <w:b/>
        </w:rPr>
        <w:t xml:space="preserve">[16:16] </w:t>
      </w:r>
      <w:r>
        <w:t>yeh yeh door ka taqaza hai ke mera ek mazhab hai to doosron ka mazhab kya hai?</w:t>
      </w:r>
    </w:p>
    <w:p>
      <w:pPr>
        <w:jc w:val="right"/>
      </w:pPr>
      <w:r>
        <w:t>یہ یہ دور کا تقاضا ہے کہ میرا ایک مذہب ہے تو دوسروں کا مذہب کیا ہے؟</w:t>
      </w:r>
    </w:p>
    <w:p>
      <w:r>
        <w:rPr>
          <w:b/>
        </w:rPr>
        <w:t xml:space="preserve">[16:25] </w:t>
      </w:r>
      <w:r>
        <w:t>is ko woh janna chahte hain. to jab is gathering mein woh khurram sahib ka beta, jo teenager hai, pahuncha to us ko us ko sara maidan open tha us ke liye.</w:t>
      </w:r>
    </w:p>
    <w:p>
      <w:pPr>
        <w:jc w:val="right"/>
      </w:pPr>
      <w:r>
        <w:t>اس کو وہ جاننا چاہتے ہیں۔ تو جب اس گیدرنگ میں وہ خرم صاحب کا بیٹا، جو ٹین ایجر ہے، پہنچا تو اس کو اس کو سارا میدان اوپن تھا اس کے لیے۔</w:t>
      </w:r>
    </w:p>
    <w:p>
      <w:r>
        <w:rPr>
          <w:b/>
        </w:rPr>
        <w:t xml:space="preserve">[16:42] </w:t>
      </w:r>
      <w:r>
        <w:t>woh logon ko ja ja quran diya. ab ghor kijiye ke yeh to yeh to hujjat ka kaam ho gaya, yeh to hum hujjat ka kaam ho gaya.</w:t>
      </w:r>
    </w:p>
    <w:p>
      <w:pPr>
        <w:jc w:val="right"/>
      </w:pPr>
      <w:r>
        <w:t>وہ لوگوں کو جا جا قرآن دیا۔ اب غور کیجیے کہ یہ تو یہ تو حجت کا کام ہو گیا، یہ تو ہم حجت کا کام ہو گیا۔</w:t>
      </w:r>
    </w:p>
    <w:p>
      <w:r>
        <w:rPr>
          <w:b/>
        </w:rPr>
        <w:t xml:space="preserve">[16:53] </w:t>
      </w:r>
      <w:r>
        <w:t>to zamane mein aisi tabdiliyan hui hain technology mein, mawaqe mein aur logon ki soch mein, itni zyada zyada tabdiliyan hui hain.</w:t>
      </w:r>
    </w:p>
    <w:p>
      <w:pPr>
        <w:jc w:val="right"/>
      </w:pPr>
      <w:r>
        <w:t>تو زمانے میں ایسی تبدیلیاں ہوئی ہیں ٹیکنالوجی میں، مواقع میں اور لوگوں کی سوچ میں، اتنی زیادہ زیادہ تبدیلیاں ہوئی ہیں۔</w:t>
      </w:r>
    </w:p>
    <w:p>
      <w:r>
        <w:rPr>
          <w:b/>
        </w:rPr>
        <w:t xml:space="preserve">[17:08] </w:t>
      </w:r>
      <w:r>
        <w:t>woh kya? nabiyon ka badal hai, nabiyon ki amd ka badal hai.</w:t>
      </w:r>
    </w:p>
    <w:p>
      <w:pPr>
        <w:jc w:val="right"/>
      </w:pPr>
      <w:r>
        <w:t>وہ کیا؟ نبیوں کا بدل ہے، نبیوں کی امد کا بدل ہے۔</w:t>
      </w:r>
    </w:p>
    <w:p>
      <w:r>
        <w:rPr>
          <w:b/>
        </w:rPr>
        <w:t xml:space="preserve">[17:21] </w:t>
      </w:r>
      <w:r>
        <w:t>yaani yahudi log yeh samajhte hain, is ko kya hoon? hum hain, hum hamara hum chosen people hain, hamara bada darja hai, is liye nabi zyada aaye hamare paas.</w:t>
      </w:r>
    </w:p>
    <w:p>
      <w:pPr>
        <w:jc w:val="right"/>
      </w:pPr>
      <w:r>
        <w:t>یعنی یہودی لوگ یہ سمجھتے ہیں، اس کو کیا ہوں؟ ہم ہیں، ہم ہمارا ہم چوزن پیپل ہیں، ہمارا بڑا درجہ ہے، اس لیے نبی زیادہ آئے ہمارے پاس۔</w:t>
      </w:r>
    </w:p>
    <w:p>
      <w:r>
        <w:rPr>
          <w:b/>
        </w:rPr>
        <w:t xml:space="preserve">[17:36] </w:t>
      </w:r>
      <w:r>
        <w:t>aisa nahi hai, yeh door ki baat hai. yaani yahood apne door ke shahada thay, to is door mein yeh technology aayi nahi thi, yeh mawaqe paida nahi hue thay.</w:t>
      </w:r>
    </w:p>
    <w:p>
      <w:pPr>
        <w:jc w:val="right"/>
      </w:pPr>
      <w:r>
        <w:t>ایسا نہیں ہے، یہ دور کی بات ہے۔ یعنی یہود اپنے دور کے شہداء تھے، تو اس دور میں یہ ٹیکنالوجی آئی نہیں تھی، یہ مواقع پیدا نہیں ہوئے تھے۔</w:t>
      </w:r>
    </w:p>
    <w:p>
      <w:r>
        <w:rPr>
          <w:b/>
        </w:rPr>
        <w:t xml:space="preserve">[17:53] </w:t>
      </w:r>
      <w:r>
        <w:t>ab jo hai,</w:t>
      </w:r>
    </w:p>
    <w:p>
      <w:pPr>
        <w:jc w:val="right"/>
      </w:pPr>
      <w:r>
        <w:t>اب جو ہے،</w:t>
      </w:r>
    </w:p>
    <w:p>
      <w:r>
        <w:rPr>
          <w:b/>
        </w:rPr>
        <w:t xml:space="preserve">[17:57] </w:t>
      </w:r>
      <w:r>
        <w:t>yaani modern jo civilization aayi hai, is ne sab kuch badal diya hai. to modern civilization ka jo door aaya hai, is ne yeh aisa kiya ke har jagah nabi nabeeje jayen, balkeh mawaqe khol diye jayen, is ko log istemal karen.</w:t>
      </w:r>
    </w:p>
    <w:p>
      <w:pPr>
        <w:jc w:val="right"/>
      </w:pPr>
      <w:r>
        <w:t>یعنی ماڈرن جو سویلائزیشن آئی ہے، اس نے سب کچھ بدل دیا ہے۔ تو ماڈرن سویلائزیشن کا جو دور آیا ہے، اس نے یہ ایسا کیا کہ ہر جگہ نبی نبیجے جائیں، بلکہ مواقع کھول دیے جائیں، اس کو لوگ استعمال کریں۔</w:t>
      </w:r>
    </w:p>
    <w:p>
      <w:r>
        <w:rPr>
          <w:b/>
        </w:rPr>
        <w:t xml:space="preserve">[18:17] </w:t>
      </w:r>
      <w:r>
        <w:t>to yeh har jagah, sari dunya mein aisa ho raha hai, Allah ke fazl se, sari dunya mein. to yeh jo quran mein hai ke fazlanak al-alameen,</w:t>
      </w:r>
    </w:p>
    <w:p>
      <w:pPr>
        <w:jc w:val="right"/>
      </w:pPr>
      <w:r>
        <w:t>تو یہ ہر جگہ، ساری دنیا میں ایسا ہو رہا ہے، اللہ کے فضل سے، ساری دنیا میں۔ تو یہ جو قرآن میں ہے کہ فضلناک العالمی،</w:t>
      </w:r>
    </w:p>
    <w:p>
      <w:r>
        <w:rPr>
          <w:b/>
        </w:rPr>
        <w:t xml:space="preserve">[18:34] </w:t>
      </w:r>
      <w:r>
        <w:t>hum ne tum ko fazilat di insaan logon ke oopar, musalmanon ke bare mein hai ke</w:t>
      </w:r>
    </w:p>
    <w:p>
      <w:pPr>
        <w:jc w:val="right"/>
      </w:pPr>
      <w:r>
        <w:t>ہم نے تم کو فضیلت دی انسان لوگوں کے اوپر، مسلمانوں کے بارے میں ہے کہ</w:t>
      </w:r>
    </w:p>
    <w:p>
      <w:r>
        <w:rPr>
          <w:b/>
        </w:rPr>
        <w:t xml:space="preserve">[18:46] </w:t>
      </w:r>
      <w:r>
        <w:t>musalmanon ke bare mein hai ke kuntum khair ummat, kuntum khair ummah, akhrat al-nas. yahan khair ummah hai, wahan fazilat ki baat ka lafz aaya hai.</w:t>
      </w:r>
    </w:p>
    <w:p>
      <w:pPr>
        <w:jc w:val="right"/>
      </w:pPr>
      <w:r>
        <w:t>مسلمانوں کے بارے میں ہے کہ کنتم خیر امت، کنتم خیر امہ، اخرت الناس۔ یہاں خیر امہ ہے، وہاں فضیلت کی بات کا لفظ آیا ہے۔</w:t>
      </w:r>
    </w:p>
    <w:p>
      <w:r>
        <w:rPr>
          <w:b/>
        </w:rPr>
        <w:t xml:space="preserve">[19:01] </w:t>
      </w:r>
      <w:r>
        <w:t>yeh sab isi bare mein hai</w:t>
      </w:r>
    </w:p>
    <w:p>
      <w:pPr>
        <w:jc w:val="right"/>
      </w:pPr>
      <w:r>
        <w:t>یہ سب اسی بارے میں ہے</w:t>
      </w:r>
    </w:p>
    <w:p>
      <w:r>
        <w:rPr>
          <w:b/>
        </w:rPr>
        <w:t xml:space="preserve">[19:05] </w:t>
      </w:r>
      <w:r>
        <w:t>ke har har aadmi ke paas nabi ja kar ba-khabar kare, yeh Allah ka nizam nahi hai. har ghar ho, har insaan, har har aurat, har mard ke paas jaye peghambar, yeh Allah ka tareeqa nahi hai.</w:t>
      </w:r>
    </w:p>
    <w:p>
      <w:pPr>
        <w:jc w:val="right"/>
      </w:pPr>
      <w:r>
        <w:t>کہ ہر ہر آدمی کے پاس نبی جا کر باخبر کرے، یہ اللہ کا نظام نہیں ہے۔ ہر گھر ہو، ہر انسان، ہر ہر عورت، ہر مرد کے پاس جائے پیغمبر، یہ اللہ کا طریقہ نہیں ہے۔</w:t>
      </w:r>
    </w:p>
    <w:p>
      <w:r>
        <w:rPr>
          <w:b/>
        </w:rPr>
        <w:t xml:space="preserve">[19:22] </w:t>
      </w:r>
      <w:r>
        <w:t>Allah ka tareeqa yeh hai ke woh ek ek ummat, ek groh tayyar karta hai aur is groh ki zimmedari hoti hai ke woh sare logon tak pahunchaye.</w:t>
      </w:r>
    </w:p>
    <w:p>
      <w:pPr>
        <w:jc w:val="right"/>
      </w:pPr>
      <w:r>
        <w:t>اللہ کا طریقہ یہ ہے کہ وہ ایک ایک امت، ایک گروہ تیار کرتا ہے اور اس گروہ کی ذمہ داری ہوتی ہے کہ وہ سارے لوگوں تک پہنچائے۔</w:t>
      </w:r>
    </w:p>
    <w:p>
      <w:r>
        <w:rPr>
          <w:b/>
        </w:rPr>
        <w:t xml:space="preserve">[19:34] </w:t>
      </w:r>
      <w:r>
        <w:t>aur yeh kehti hai, ajeeb baat hai, bohat hi ajeeb ke agar zabani to pahunchana hota to ek koi aadmi kuch keh deta, koi aadmi kuch keh deta, kehne mein farq ho jata,</w:t>
      </w:r>
    </w:p>
    <w:p>
      <w:pPr>
        <w:jc w:val="right"/>
      </w:pPr>
      <w:r>
        <w:t>اور یہ کہتی ہے، عجیب بات ہے، بہت ہی عجیب کہ اگر زبانی تو پہنچانا ہوتا تو ایک کوئی آدمی کچھ کہہ دیتا، کوئی آدمی کچھ کہہ دیتا، کہنے میں فرق ہو جاتا،</w:t>
      </w:r>
    </w:p>
    <w:p>
      <w:r>
        <w:rPr>
          <w:b/>
        </w:rPr>
        <w:t xml:space="preserve">[19:48] </w:t>
      </w:r>
      <w:r>
        <w:t>baat sahi tareeqe se na pahunchti. ab kya hai ke cheezein chupi hui maujood maujood hain, computer maujood hain.</w:t>
      </w:r>
    </w:p>
    <w:p>
      <w:pPr>
        <w:jc w:val="right"/>
      </w:pPr>
      <w:r>
        <w:t>بات صحیح طریقے سے نہ پہنچتی۔ اب کیا ہے کہ چیزیں چھپی ہوئی موجود موجود ہیں، کمپیوٹر موجود ہیں۔</w:t>
      </w:r>
    </w:p>
    <w:p>
      <w:r>
        <w:rPr>
          <w:b/>
        </w:rPr>
        <w:t xml:space="preserve">[19:59] </w:t>
      </w:r>
      <w:r>
        <w:t>ab ab is ka sawal hi nahi nahi raha ke woh baat badal jaye. main samajhta hoon ke yeh bhi ek pehlu hai is is ka ke unhon ne zikr o yani Allah ne zimmedari le li ke quran mehfooz rahe qayamat tak.</w:t>
      </w:r>
    </w:p>
    <w:p>
      <w:pPr>
        <w:jc w:val="right"/>
      </w:pPr>
      <w:r>
        <w:t>اب اب اس کا سوال ہی نہیں نہیں رہا کہ وہ بات بدل جائے۔ میں سمجھتا ہوں کہ یہ بھی ایک پہلو ہے اس اس کا کہ انہوں نے ذکر و یعنی اللہ نے ذمہ داری لے لی کہ قرآن محفوظ رہے قیامت تک۔</w:t>
      </w:r>
    </w:p>
    <w:p>
      <w:r>
        <w:rPr>
          <w:b/>
        </w:rPr>
        <w:t xml:space="preserve">[20:22] </w:t>
      </w:r>
      <w:r>
        <w:t>is ka yeh yeh bhi ek pehlu hai ke aise tareeqe ijad ho gaye, computer ka tareeqa aur printing press ka tareeqa ke har aadmi same mein se pahuncha sakta hai.</w:t>
      </w:r>
    </w:p>
    <w:p>
      <w:pPr>
        <w:jc w:val="right"/>
      </w:pPr>
      <w:r>
        <w:t>اس کا یہ یہ بھی ایک پہلو ہے کہ ایسے طریقے ایجاد ہو گئے، کمپیوٹر کا طریقہ اور پرنٹنگ پریس کا طریقہ کہ ہر آدمی سیم میں سے پہنچا سکتا ہے۔</w:t>
      </w:r>
    </w:p>
    <w:p>
      <w:r>
        <w:rPr>
          <w:b/>
        </w:rPr>
        <w:t xml:space="preserve">[20:41] </w:t>
      </w:r>
      <w:r>
        <w:t>main jab sochta hoon to mujhe thrill aata hai, thrill ke ek message agar record kar diya jaye to sari dunya ko dekh kar aap yaqeen kar sakte hain ke ek hi message har jagah pahunch gaya,</w:t>
      </w:r>
    </w:p>
    <w:p>
      <w:pPr>
        <w:jc w:val="right"/>
      </w:pPr>
      <w:r>
        <w:t>میں جب سوچتا ہوں تو مجھے تھرل آتا ہے، تھرل کہ ایک میسج اگر ریکارڈ کر دیا جائے تو ساری دنیا کو دیکھ کر آپ یقین کر سکتے ہیں کہ ایک ہی میسج ہر جگہ پہنچ گیا،</w:t>
      </w:r>
    </w:p>
    <w:p>
      <w:r>
        <w:rPr>
          <w:b/>
        </w:rPr>
        <w:t xml:space="preserve">[20:57] </w:t>
      </w:r>
      <w:r>
        <w:t>baghair badle hue. aap ne jo message record kiya ya chupa diya to woh same message without any alteration sari dunya ki taraf pahunch gaya.</w:t>
      </w:r>
    </w:p>
    <w:p>
      <w:pPr>
        <w:jc w:val="right"/>
      </w:pPr>
      <w:r>
        <w:t>بغیر بدلے ہوئے۔ آپ نے جو میسج ریکارڈ کیا یا چھپا دیا تو وہ سیم میسج ودا آؤٹ اینی الٹریشن ساری دنیا کی طرف پہنچ گیا۔</w:t>
      </w:r>
    </w:p>
    <w:p>
      <w:r>
        <w:rPr>
          <w:b/>
        </w:rPr>
        <w:t xml:space="preserve">[21:11] </w:t>
      </w:r>
      <w:r>
        <w:t>to yeh bhi yeh bhi is ki hifazat ka ek soorat hai.</w:t>
      </w:r>
    </w:p>
    <w:p>
      <w:pPr>
        <w:jc w:val="right"/>
      </w:pPr>
      <w:r>
        <w:t>تو یہ بھی یہ بھی اس کی حفاظت کا ایک صورت ہے۔</w:t>
      </w:r>
    </w:p>
    <w:p>
      <w:r>
        <w:rPr>
          <w:b/>
        </w:rPr>
        <w:t xml:space="preserve">[21:19] </w:t>
      </w:r>
      <w:r>
        <w:t>to yeh sab Allah taala ne jo kiya hai, is liye ke Allah taala ki scheme yeh nahi thi ke hamesha peghambar aate rahen. nahi, is ki bhi thi ke kuch din tak peghambar aayen, is ke baad deen ko mehfooz kar diya jaye aur woh mehfooz deen logon tak pahunchaya jata rahe.</w:t>
      </w:r>
    </w:p>
    <w:p>
      <w:pPr>
        <w:jc w:val="right"/>
      </w:pPr>
      <w:r>
        <w:t>تو یہ سب اللہ تعالی نے جو کیا ہے، اس لیے کہ اللہ تعالی کی سکیم یہ نہیں تھی کہ ہمیشہ پیغمبر آتے رہیں۔ نہیں، اس کی بھی تھی کہ کچھ دن تک پیغمبر آئیں، اس کے بعد دین کو محفوظ کر دیا جائے اور وہ محفوظ دین لوگوں تک پہنچایا جاتا رہے۔</w:t>
      </w:r>
    </w:p>
    <w:p>
      <w:r>
        <w:rPr>
          <w:b/>
        </w:rPr>
        <w:t xml:space="preserve">[21:41] </w:t>
      </w:r>
      <w:r>
        <w:t>to shuru ke daur mein, pehla jo daur tha, is mein bani israel se yeh kaam liya gaya, bani israel se yeh kaam liya gaya aur is ke liye unhein makhsoos madad di gayi.</w:t>
      </w:r>
    </w:p>
    <w:p>
      <w:pPr>
        <w:jc w:val="right"/>
      </w:pPr>
      <w:r>
        <w:t>تو شروع کے دور میں، پہلا جو دور تھا، اس میں بنی اسرائیل سے یہ کام لیا گیا، بنی اسرائیل سے یہ کام لیا گیا اور اس کے لیے انہیں مخصوص مدد دی گئی۔</w:t>
      </w:r>
    </w:p>
    <w:p>
      <w:r>
        <w:rPr>
          <w:b/>
        </w:rPr>
        <w:t xml:space="preserve">[21:58] </w:t>
      </w:r>
      <w:r>
        <w:t>misalan man salwa un pe utra, pahad mein un ke liye samandar, woh pahadon mein un ke liye chashma jari ho gaye.</w:t>
      </w:r>
    </w:p>
    <w:p>
      <w:pPr>
        <w:jc w:val="right"/>
      </w:pPr>
      <w:r>
        <w:t>مثلاً من سلوٰی ان پہ اترا، پہاڑ میں ان کے لیے سمندر، وہ پہاڑوں میں ان کے لیے چشمہ جاری ہو گئے۔</w:t>
      </w:r>
    </w:p>
    <w:p>
      <w:r>
        <w:rPr>
          <w:b/>
        </w:rPr>
        <w:t xml:space="preserve">[22:10] </w:t>
      </w:r>
      <w:r>
        <w:t>is tarah ki mukhtalif cheezein lekin baat ko technology ki taraqqi ki wajah se is ki zaroorat nahi rahi.</w:t>
      </w:r>
    </w:p>
    <w:p>
      <w:pPr>
        <w:jc w:val="right"/>
      </w:pPr>
      <w:r>
        <w:t>اس طرح کی مختلف چیزیں لیکن بات کو ٹیکنالوجی کی ترقی کی وجہ سے اس کی ضرورت نہیں رہی۔</w:t>
      </w:r>
    </w:p>
    <w:p>
      <w:r>
        <w:rPr>
          <w:b/>
        </w:rPr>
        <w:t xml:space="preserve">[22:21] </w:t>
      </w:r>
      <w:r>
        <w:t>ab ab technology madad badal ban gayi.</w:t>
      </w:r>
    </w:p>
    <w:p>
      <w:pPr>
        <w:jc w:val="right"/>
      </w:pPr>
      <w:r>
        <w:t>اب اب ٹیکنالوجی مدد بدل بن گئی۔</w:t>
      </w:r>
    </w:p>
    <w:p>
      <w:r>
        <w:rPr>
          <w:b/>
        </w:rPr>
        <w:t xml:space="preserve">[22:28] </w:t>
      </w:r>
      <w:r>
        <w:t>ab is naye daur mein ummat muslima ko zimmedari sonpi gayi jinhon ne sare jinhon ne yeh saboot diya tha ke woh Allah ki kitab ko poori tarah mehfooz kar sakte hain.</w:t>
      </w:r>
    </w:p>
    <w:p>
      <w:pPr>
        <w:jc w:val="right"/>
      </w:pPr>
      <w:r>
        <w:t>اب اس نئے دور میں امت مسلمہ کو ذمہ داری سونپی گئی جنہوں نے سارے جنہوں نے یہ ثبوت دیا تھا کہ وہ اللہ کی کتاب کو پوری طرح محفوظ کر سکتے ہیں۔</w:t>
      </w:r>
    </w:p>
    <w:p>
      <w:r>
        <w:rPr>
          <w:b/>
        </w:rPr>
        <w:t xml:space="preserve">[22:42] </w:t>
      </w:r>
      <w:r>
        <w:t>yeh bohat anokhi baat hai ke ummat muslima ke logon ne, hamare ulama ne yeh kaam anjam diya hai ke Allah ki kitab waise hi waise hi mehfooz hai, without slightest change.</w:t>
      </w:r>
    </w:p>
    <w:p>
      <w:pPr>
        <w:jc w:val="right"/>
      </w:pPr>
      <w:r>
        <w:t>یہ بہت انوکھی بات ہے کہ امت مسلمہ کے لوگوں نے، ہمارے علماء نے یہ کام انجام دیا ہے کہ اللہ کی کتاب ویسے ہی ویسے ہی محفوظ ہے، ودا آؤٹ سلائیٹسٹ چینج۔</w:t>
      </w:r>
    </w:p>
    <w:p>
      <w:r>
        <w:rPr>
          <w:b/>
        </w:rPr>
        <w:t xml:space="preserve">[22:59] </w:t>
      </w:r>
      <w:r>
        <w:t>yeh bohat anokhi baat hai kyunke dunya ki jitni doosri kitabein hain, sab ki sab badal gayi hain, hatta ke quran ki zaban bhi waise hi waise hi hai.</w:t>
      </w:r>
    </w:p>
    <w:p>
      <w:pPr>
        <w:jc w:val="right"/>
      </w:pPr>
      <w:r>
        <w:t>یہ بہت انوکھی بات ہے کیونکہ دنیا کی جتنی دوسری کتابیں ہیں، سب کی سب بدل گئی ہیں، حتیٰ کہ قرآن کی زبان بھی ویسے ہی ویسے ہی ہے۔</w:t>
      </w:r>
    </w:p>
    <w:p>
      <w:r>
        <w:rPr>
          <w:b/>
        </w:rPr>
        <w:t xml:space="preserve">[23:11] </w:t>
      </w:r>
      <w:r>
        <w:t>anokhi baat hai ke agar quran ki jo zaban hai, arabic zaban, woh badal jati to kya hota?</w:t>
      </w:r>
    </w:p>
    <w:p>
      <w:pPr>
        <w:jc w:val="right"/>
      </w:pPr>
      <w:r>
        <w:t>انوکھی بات ہے کہ اگر قرآن کی جو زبان ہے، عربک زبان، وہ بدل جاتی تو کیا ہوتا؟</w:t>
      </w:r>
    </w:p>
    <w:p>
      <w:r>
        <w:rPr>
          <w:b/>
        </w:rPr>
        <w:t xml:space="preserve">[23:22] </w:t>
      </w:r>
      <w:r>
        <w:t>misalan dekhiye, angrezi zaban bohat hi develop zaban samjhi jati hai lekin jo pehle zamane ke jo the angrez, misalan chaucer,</w:t>
      </w:r>
    </w:p>
    <w:p>
      <w:pPr>
        <w:jc w:val="right"/>
      </w:pPr>
      <w:r>
        <w:t>مثلاً دیکھیے، انگریزی زبان بہت ہی ڈیولپ زبان سمجھی جاتی ہے لیکن جو پہلے زمانے کے جو تھے انگریز، مثلاً چاسر،</w:t>
      </w:r>
    </w:p>
    <w:p>
      <w:r>
        <w:rPr>
          <w:b/>
        </w:rPr>
        <w:t xml:space="preserve">[23:37] </w:t>
      </w:r>
      <w:r>
        <w:t>shuru zamane ka shayar tha, chaucer, aaj us ki samajh koi samajh nahi sakta. hatta ke shakespeare ko bhi sab log tarjuma kar ke, jo teen sau saal pehle aaya ka zamana hai, jis ka to ummat muslima ka yeh bohat bara,</w:t>
      </w:r>
    </w:p>
    <w:p>
      <w:pPr>
        <w:jc w:val="right"/>
      </w:pPr>
      <w:r>
        <w:t>شروع زمانے کا شاعر تھا، چاسر، آج اس کی سمجھ کوئی سمجھ نہیں سکتا۔ حتیٰ کہ شیکسپیئر کو بھی سب لوگ ترجمہ کر کے، جو تین سو سال پہلے آیا کا زمانہ ہے، جس کا تو امت مسلمہ کا یہ بہت بڑا،</w:t>
      </w:r>
    </w:p>
    <w:p>
      <w:r>
        <w:rPr>
          <w:b/>
        </w:rPr>
        <w:t xml:space="preserve">[23:56] </w:t>
      </w:r>
      <w:r>
        <w:t>bohat hi bara kaam hai ke is ne quran hi ko nahi mehfooz kiya, quran ki zaban ko mehfooz kar diya, quran ki zaban ko bhi.</w:t>
      </w:r>
    </w:p>
    <w:p>
      <w:pPr>
        <w:jc w:val="right"/>
      </w:pPr>
      <w:r>
        <w:t>بہت ہی بڑا کام ہے کہ اس نے قرآن ہی کو نہیں محفوظ کیا، قرآن کی زبان کو محفوظ کر دیا، قرآن کی زبان کو بھی۔</w:t>
      </w:r>
    </w:p>
    <w:p>
      <w:r>
        <w:rPr>
          <w:b/>
        </w:rPr>
        <w:t xml:space="preserve">[24:07] </w:t>
      </w:r>
      <w:r>
        <w:t>aur mehfooz karne ki shakal kya hai? ke arabi daar log jo hain, bohat hassas hain is maamle mein, bohat hassas.</w:t>
      </w:r>
    </w:p>
    <w:p>
      <w:pPr>
        <w:jc w:val="right"/>
      </w:pPr>
      <w:r>
        <w:t>اور محفوظ کرنے کی شکل کیا ہے؟ کہ عربی دار لوگ جو ہیں، بہت حساس ہیں اس معاملے میں، بہت حساس۔</w:t>
      </w:r>
    </w:p>
    <w:p>
      <w:r>
        <w:rPr>
          <w:b/>
        </w:rPr>
        <w:t xml:space="preserve">[24:19] </w:t>
      </w:r>
      <w:r>
        <w:t>aap agar arab jayen aur ghlat arabi bolen to koi aap ko sune ga nahi baat. misaal ke taur par mujhe ek saamne qissa bataya ke ek india ke aalim gaye ejaz to kisi majlis mein un se poocha gaya,</w:t>
      </w:r>
    </w:p>
    <w:p>
      <w:pPr>
        <w:jc w:val="right"/>
      </w:pPr>
      <w:r>
        <w:t>آپ اگر عرب جائیں اور غلط عربی بولیں تو کوئی آپ کو سنے گا نہیں بات۔ مثلاً مجھے ایک سامنے قصہ بتایا کہ ایک انڈیا کے عالم گئے اعجاز تو کسی مجلس میں ان سے پوچھا گیا،</w:t>
      </w:r>
    </w:p>
    <w:p>
      <w:r>
        <w:rPr>
          <w:b/>
        </w:rPr>
        <w:t xml:space="preserve">[24:40] </w:t>
      </w:r>
      <w:r>
        <w:t>yani wo madine mein thay, wo us waqt ke kab kahaan aaye? matlab qadom. to unhon ne keh diya ke</w:t>
      </w:r>
    </w:p>
    <w:p>
      <w:pPr>
        <w:jc w:val="right"/>
      </w:pPr>
      <w:r>
        <w:t>یعنی وہ مدینے میں تھے، وہ اس وقت کہ کب کہاں آئے؟ مطلب قدوم۔ تو انہوں نے کہہ دیا کہ</w:t>
      </w:r>
    </w:p>
    <w:p>
      <w:r>
        <w:rPr>
          <w:b/>
        </w:rPr>
        <w:t xml:space="preserve">[24:55] </w:t>
      </w:r>
      <w:r>
        <w:t>mein makka se madina aaya to unhon ne yeh keh diya ke yeh to min al makka, al madina, yani dono jo alif laam kar kar diya.</w:t>
      </w:r>
    </w:p>
    <w:p>
      <w:pPr>
        <w:jc w:val="right"/>
      </w:pPr>
      <w:r>
        <w:t>میں مکہ سے مدینے آیا تو انہوں نے یہ کہہ دیا کہ یہ تو من المکہ، المدینہ، یعنی دونوں جو الف لام کر کر دیا۔</w:t>
      </w:r>
    </w:p>
    <w:p>
      <w:r>
        <w:rPr>
          <w:b/>
        </w:rPr>
        <w:t xml:space="preserve">[25:08] </w:t>
      </w:r>
      <w:r>
        <w:t>to arab log makka par laam nahi lagate, illa makka kahen ge, alam makka nahi kahen ge, alam madina to kahen ge lekin makka mein alam nahi, alam nahi kahen ge, illa kahen ge.</w:t>
      </w:r>
    </w:p>
    <w:p>
      <w:pPr>
        <w:jc w:val="right"/>
      </w:pPr>
      <w:r>
        <w:t>تو عرب لوگ مکہ پر لام نہیں لگاتے، الا مکہ کہیں گے، علم مکہ نہیں کہیں گے، علم مدینہ تو کہیں گے لیکن مکہ میں علم نہیں، علم نہیں کہیں گے، الا کہیں گے۔</w:t>
      </w:r>
    </w:p>
    <w:p>
      <w:r>
        <w:rPr>
          <w:b/>
        </w:rPr>
        <w:t xml:space="preserve">[25:23] </w:t>
      </w:r>
      <w:r>
        <w:t>yani qadim to mein makka, alam madina. to wo arab sheikh uth ke chala gaya, arab sheikh jo tha uth ke chala gaya.</w:t>
      </w:r>
    </w:p>
    <w:p>
      <w:pPr>
        <w:jc w:val="right"/>
      </w:pPr>
      <w:r>
        <w:t>یعنی قادم تو میں مکہ، علم مدینہ۔ تو وہ عرب شیخ اٹھ کے چلا گیا، عرب شیخ جو تھا اٹھ کے چلا گیا۔</w:t>
      </w:r>
    </w:p>
    <w:p>
      <w:r>
        <w:rPr>
          <w:b/>
        </w:rPr>
        <w:t xml:space="preserve">[25:35] </w:t>
      </w:r>
      <w:r>
        <w:t>itne hassas hain wo log is maamle mein, is ki hassasiyat ki wajah se arabi zaban waise ki waise hi aaj bhi mehfooz hai.</w:t>
      </w:r>
    </w:p>
    <w:p>
      <w:pPr>
        <w:jc w:val="right"/>
      </w:pPr>
      <w:r>
        <w:t>اتنے حساس ہیں وہ لوگ اس معاملے میں، اس کی حساسیت کی وجہ سے عربی زبان ویسے کی ویسے ہی آج بھی محفوظ ہے۔</w:t>
      </w:r>
    </w:p>
    <w:p>
      <w:r>
        <w:rPr>
          <w:b/>
        </w:rPr>
        <w:t xml:space="preserve">[25:48] </w:t>
      </w:r>
      <w:r>
        <w:t>yeh ghlat mashhoor ho gaya hai ke arabi zaban mein bhi tabdeeli aayi hai, yeh development alag cheez hai, development alag cheez hai.</w:t>
      </w:r>
    </w:p>
    <w:p>
      <w:pPr>
        <w:jc w:val="right"/>
      </w:pPr>
      <w:r>
        <w:t>یہ غلط مشہور ہو گیا ہے کہ عربی زبان میں بھی تبدیلی آئی ہے، یہ ڈیولپمنٹ الگ چیز ہے، ڈیولپمنٹ الگ چیز ہے۔</w:t>
      </w:r>
    </w:p>
    <w:p>
      <w:r>
        <w:rPr>
          <w:b/>
        </w:rPr>
        <w:t xml:space="preserve">[26:01] </w:t>
      </w:r>
      <w:r>
        <w:t>misal ke taur par dekhiye, yeh jo telephone hota hai, pehle is ko kehte thay hatef, hatef, ab kehte hain telephone.</w:t>
      </w:r>
    </w:p>
    <w:p>
      <w:pPr>
        <w:jc w:val="right"/>
      </w:pPr>
      <w:r>
        <w:t>مثلاً دیکھیے، یہ جو ٹیلی فون ہوتا ہے، پہلے اس کو کہتے تھے حاطف، حاطف، اب کہتے ہیں ٹیلی فون۔</w:t>
      </w:r>
    </w:p>
    <w:p>
      <w:r>
        <w:rPr>
          <w:b/>
        </w:rPr>
        <w:t xml:space="preserve">[26:10] </w:t>
      </w:r>
      <w:r>
        <w:t>to yeh to development hai, yeh yeh tabdeeli nahi hai ke shuru shuru mein jab telephone aaya to is ko kehte thay hatef.</w:t>
      </w:r>
    </w:p>
    <w:p>
      <w:pPr>
        <w:jc w:val="right"/>
      </w:pPr>
      <w:r>
        <w:t>تو یہ تو ڈیولپمنٹ ہے، یہ یہ تبدیلی نہیں ہے کہ شروع شروع میں جب ٹیلی فون آیا تو اس کو کہتے تھے حاطف۔</w:t>
      </w:r>
    </w:p>
    <w:p>
      <w:r>
        <w:rPr>
          <w:b/>
        </w:rPr>
        <w:t xml:space="preserve">[26:20] </w:t>
      </w:r>
      <w:r>
        <w:t>ab zamana aa gaya ke is ki tareef ho gayi to kehte hain tareef to telephone ke yeh change nahi kaha jaye ga, is ko to development kaha jaye ga.</w:t>
      </w:r>
    </w:p>
    <w:p>
      <w:pPr>
        <w:jc w:val="right"/>
      </w:pPr>
      <w:r>
        <w:t>اب زمانہ آ گیا کہ اس کی تعریف ہو گئی تو کہتے ہیں تعریف تو ٹیلی فون کہ یہ چینج نہیں کہا جائے گا، اس کو تو ڈیولپمنٹ کہا جائے گا۔</w:t>
      </w:r>
    </w:p>
    <w:p>
      <w:r>
        <w:rPr>
          <w:b/>
        </w:rPr>
        <w:t xml:space="preserve">[26:32] </w:t>
      </w:r>
      <w:r>
        <w:t>to arabi mein, yani arab ke log jo hain, arabi da, wo bohat hassas hain, bohat hassas hain, super sensitive hain is maamle mein ke apni zaban mein kisi tabdeeli ko bardasht nahi kar sakte, wo bardasht nahi kar sakte.</w:t>
      </w:r>
    </w:p>
    <w:p>
      <w:pPr>
        <w:jc w:val="right"/>
      </w:pPr>
      <w:r>
        <w:t>تو عربی میں، یعنی عرب کے لوگ جو ہیں، عربی دا، وہ بہت حساس ہیں، بہت حساس ہیں، سپر سینسٹیو ہیں اس معاملے میں کہ اپنی زبان میں کسی تبدیلی کو برداشت نہیں کر سکتے، وہ برداشت نہیں کر سکتے۔</w:t>
      </w:r>
    </w:p>
    <w:p>
      <w:r>
        <w:rPr>
          <w:b/>
        </w:rPr>
        <w:t xml:space="preserve">[26:54] </w:t>
      </w:r>
      <w:r>
        <w:t>to is tarah se dekhiye, yani muslim ummah ne na sirf quran ko mehfooz kiya balkeh quran ki zaban ko bhi mehfooz kiya.</w:t>
      </w:r>
    </w:p>
    <w:p>
      <w:pPr>
        <w:jc w:val="right"/>
      </w:pPr>
      <w:r>
        <w:t>تو اس طرح سے دیکھیے، یعنی مسلم امہ نے نہ صرف قرآن کو محفوظ کیا بلکہ قرآن کی زبان کو بھی محفوظ کیا۔</w:t>
      </w:r>
    </w:p>
    <w:p>
      <w:r>
        <w:rPr>
          <w:b/>
        </w:rPr>
        <w:t xml:space="preserve">[27:13] </w:t>
      </w:r>
      <w:r>
        <w:t>saari duniya ke tamam masjidon mein same quran parhaya jata hai, taraveeh parhi jati hai, wahi wahi same quran, koi tabdeeli ke baghair aur chhap chhap kar tamam libraryon mein, tamam madrason mein,</w:t>
      </w:r>
    </w:p>
    <w:p>
      <w:pPr>
        <w:jc w:val="right"/>
      </w:pPr>
      <w:r>
        <w:t>ساری دنیا کے تمام مسجدوں میں سیم قرآن پڑھایا جاتا ہے، تراویح پڑھی جاتی ہے، وہی وہی سیم قرآن، کوئی تبدیلی کے بغیر اور چھاپ چھاپ کر تمام لائبریریوں میں، تمام مدرسوں میں،</w:t>
      </w:r>
    </w:p>
    <w:p>
      <w:r>
        <w:rPr>
          <w:b/>
        </w:rPr>
        <w:t xml:space="preserve">[27:34] </w:t>
      </w:r>
      <w:r>
        <w:t>tamam har jagah quran pohncha diya gaya. to itna bara intezam kiya gaya quran ki hifazat ka aur quran ki zaban ki hifazat ka ke mein bataon ke shayad kisi aur jagah is ki misal nahi mile gi.</w:t>
      </w:r>
    </w:p>
    <w:p>
      <w:pPr>
        <w:jc w:val="right"/>
      </w:pPr>
      <w:r>
        <w:t>تمام ہر جگہ قرآن پہنچا دیا گیا۔ تو اتنا بڑا انتظام کیا گیا قرآن کی حفاظت کا اور قرآن کی زبان کی حفاظت کا کہ میں بتاؤں کہ شاید کسی اور جگہ اس کی مثال نہیں ملے گی۔</w:t>
      </w:r>
    </w:p>
    <w:p>
      <w:r>
        <w:rPr>
          <w:b/>
        </w:rPr>
        <w:t xml:space="preserve">[27:55] </w:t>
      </w:r>
      <w:r>
        <w:t>to yeh sab cheez hui to ab ab naye naye naye nabbi kahani ki zaroorat kya hai? kis liye naya nabbi?</w:t>
      </w:r>
    </w:p>
    <w:p>
      <w:pPr>
        <w:jc w:val="right"/>
      </w:pPr>
      <w:r>
        <w:t>تو یہ سب چیز ہوئی تو اب اب نئے نئے نئے نبی کہانی کی ضرورت کیا ہے؟ کس لیے نیا نبی؟</w:t>
      </w:r>
    </w:p>
    <w:p>
      <w:r>
        <w:rPr>
          <w:b/>
        </w:rPr>
        <w:t xml:space="preserve">[28:06] </w:t>
      </w:r>
      <w:r>
        <w:t>ab to replacement ho gaya, yani har cheez ke liye mehfooz kitab kafi ho gayi.</w:t>
      </w:r>
    </w:p>
    <w:p>
      <w:pPr>
        <w:jc w:val="right"/>
      </w:pPr>
      <w:r>
        <w:t>اب تو ریپلیسمنٹ ہو گیا، یعنی ہر چیز کے لیے محفوظ کتاب کافی ہو گئی۔</w:t>
      </w:r>
    </w:p>
    <w:p>
      <w:r>
        <w:rPr>
          <w:b/>
        </w:rPr>
        <w:t xml:space="preserve">[28:16] </w:t>
      </w:r>
      <w:r>
        <w:t>isi ke sath dekhiye, Allah taala ka ek bohat hi bara ehsan yeh hai jis ko mein kehta hoon universalization. har cheez ka, har cheez sab ke liye ho gayi,</w:t>
      </w:r>
    </w:p>
    <w:p>
      <w:pPr>
        <w:jc w:val="right"/>
      </w:pPr>
      <w:r>
        <w:t>اسی کے ساتھ دیکھیے، اللہ تعالی کا ایک بہت ہی بڑا احسان یہ ہے جس کو میں کہتا ہوں یونیورسلائزیشن۔ ہر چیز کا، ہر چیز سب کے لیے ہو گئی،</w:t>
      </w:r>
    </w:p>
    <w:p>
      <w:r>
        <w:rPr>
          <w:b/>
        </w:rPr>
        <w:t xml:space="preserve">[28:32] </w:t>
      </w:r>
      <w:r>
        <w:t>everything for all. is zamane mein misal ke taur par kamai hai, pehle bohat kam logon ke pas kamai ka zariya hua karte thay, ab de mardal hai, marplization hua hai,</w:t>
      </w:r>
    </w:p>
    <w:p>
      <w:pPr>
        <w:jc w:val="right"/>
      </w:pPr>
      <w:r>
        <w:t>ایوری تھنگ فار ال۔ اس زمانے میں مثلاً کمائی ہے، پہلے بہت کم لوگوں کے پاس کمائی کا ذریعہ ہوا کرتے تھے، اب ڈی مرڈل ہے، مرپلائزیشن ہوا ہے،</w:t>
      </w:r>
    </w:p>
    <w:p>
      <w:r>
        <w:rPr>
          <w:b/>
        </w:rPr>
        <w:t xml:space="preserve">[28:47] </w:t>
      </w:r>
      <w:r>
        <w:t>ab har aadmi. ab ek ek ekwanic explosion ka zamana aa gaya, economic explosion ka zamana aa gaya. jaise mein ne kaha ke mere zamane mein, bachpan mein molvi ke liye kaha jata tha ke ke 150 kaam kamayen ge aur kitna kama sakte hain.</w:t>
      </w:r>
    </w:p>
    <w:p>
      <w:pPr>
        <w:jc w:val="right"/>
      </w:pPr>
      <w:r>
        <w:t>اب ہر آدمی۔ اب ایک ایک ایکوانک ایکسپلوژن کا زمانہ آ گیا، ایکانمک ایکسپلوژن کا زمانہ آ گیا۔ جیسے میں نے کہا کہ میرے زمانے میں، بچپن میں مولوی کے لیے کہا جاتا تھا کہ کہ 150 کام کمائیں گے اور کتنا کما سکتے ہیں۔</w:t>
      </w:r>
    </w:p>
    <w:p>
      <w:r>
        <w:rPr>
          <w:b/>
        </w:rPr>
        <w:t xml:space="preserve">[29:06] </w:t>
      </w:r>
      <w:r>
        <w:t>aaj molvi bhi lakhon rupay kama raha hai. bohat ajib, mere apne bachpan ke zamane mein molvi ke liye kaha jata tha ke kitna kamayen ge, sau faiz kahin mil jaye ga.</w:t>
      </w:r>
    </w:p>
    <w:p>
      <w:pPr>
        <w:jc w:val="right"/>
      </w:pPr>
      <w:r>
        <w:t>آج مولوی بھی لاکھوں روپے کما رہا ہے۔ بہت عجیب، میرے اپنے بچپن کے زمانے میں مولوی کے لیے کہا جاتا تھا کہ کتنا کمائیں گے، سو فیض کہیں مل جائے گا۔</w:t>
      </w:r>
    </w:p>
    <w:p>
      <w:r>
        <w:rPr>
          <w:b/>
        </w:rPr>
        <w:t xml:space="preserve">[29:20] </w:t>
      </w:r>
      <w:r>
        <w:t>aaj molviyon ko bhi moqa mil gaya hai ke wo lakhon rupay kama rahe hain har mahina. to yeh explosion hai, economic explosion.</w:t>
      </w:r>
    </w:p>
    <w:p>
      <w:pPr>
        <w:jc w:val="right"/>
      </w:pPr>
      <w:r>
        <w:t>آج مولویوں کو بھی موقع مل گیا ہے کہ وہ لاکھوں روپے کما رہے ہیں ہر مہینہ۔ تو یہ ایکسپلوژن ہے، ایکانمک ایکسپلوژن۔</w:t>
      </w:r>
    </w:p>
    <w:p>
      <w:r>
        <w:rPr>
          <w:b/>
        </w:rPr>
        <w:t xml:space="preserve">[29:30] </w:t>
      </w:r>
      <w:r>
        <w:t>sawari hai, sab ke liye ho gayi, car hai, sab ke liye ho gayi. aur jis ko dekhe, us ke pas car. to yeh yeh sab isi liye, yani ke nabbi nabbi ka kaam sab ko karna ka moqa diya gaya.</w:t>
      </w:r>
    </w:p>
    <w:p>
      <w:pPr>
        <w:jc w:val="right"/>
      </w:pPr>
      <w:r>
        <w:t>سواری ہے، سب کے لیے ہو گئی، کار ہے، سب کے لیے ہو گئی۔ اور جس کو دیکھے، اس کے پاس کار۔ تو یہ یہ سب اسی لیے، یعنی کہ نبی نبی کا کام سب کو کرنا کا موقع دیا گیا۔</w:t>
      </w:r>
    </w:p>
    <w:p>
      <w:r>
        <w:rPr>
          <w:b/>
        </w:rPr>
        <w:t xml:space="preserve">[29:52] </w:t>
      </w:r>
      <w:r>
        <w:t>nabbi ka kaam sab ko karne ka moqa diya gaya, is liye cheezen sab ko milna asan ho gaya. ab koi shakhs yeh nahi keh sakta ke mere pas mawaqe nahi hain,</w:t>
      </w:r>
    </w:p>
    <w:p>
      <w:pPr>
        <w:jc w:val="right"/>
      </w:pPr>
      <w:r>
        <w:t>نبی کا کام سب کو کرنے کا موقع دیا گیا، اس لیے چیزیں سب کو ملنا آسان ہو گیا۔ اب کوئی شخص یہ نہیں کہہ سکتا کہ میرے پاس مواقع نہیں ہیں،</w:t>
      </w:r>
    </w:p>
    <w:p>
      <w:r>
        <w:rPr>
          <w:b/>
        </w:rPr>
        <w:t xml:space="preserve">[30:07] </w:t>
      </w:r>
      <w:r>
        <w:t>siwaye is ke ke jo kuch na kare, wo kar sakta hai. jo kare, us us ko yeh kehne ka moqa nahi hai.</w:t>
      </w:r>
    </w:p>
    <w:p>
      <w:pPr>
        <w:jc w:val="right"/>
      </w:pPr>
      <w:r>
        <w:t>سوائے اس کے کہ جو کچھ نہ کرے، وہ کر سکتا ہے۔ جو کرے، اس اس کو یہ کہنے کا موقع نہیں ہے۔</w:t>
      </w:r>
    </w:p>
    <w:p>
      <w:r>
        <w:rPr>
          <w:b/>
        </w:rPr>
        <w:t xml:space="preserve">[30:18] </w:t>
      </w:r>
      <w:r>
        <w:t>to yeh jo universalization hua hai, is ne hamare liye dawat aur shahadat ke kaam ko bohat zyada aasan bana diya hai.</w:t>
      </w:r>
    </w:p>
    <w:p>
      <w:pPr>
        <w:jc w:val="right"/>
      </w:pPr>
      <w:r>
        <w:t>تو یہ جو یونیورسلائزیشن ہوا ہے، اس نے ہمارے لیے دعوت اور شہادت کے کام کو بہت زیادہ آسان بنا دیا ہے۔</w:t>
      </w:r>
    </w:p>
    <w:p>
      <w:r>
        <w:rPr>
          <w:b/>
        </w:rPr>
        <w:t xml:space="preserve">[30:31] </w:t>
      </w:r>
      <w:r>
        <w:t>aasan, har aadmi, har aadmi. yahan tak ke ek bachcha, jaise ke maine misaal di aap ko Tanzeel ki, Mr Tanzeel ke woh ek bachcha hai, woh ab woh barhon ka kaam kar raha hai.</w:t>
      </w:r>
    </w:p>
    <w:p>
      <w:pPr>
        <w:jc w:val="right"/>
      </w:pPr>
      <w:r>
        <w:t>آسان، ہر آدمی، ہر آدمی۔ یہاں تک کہ ایک بچہ، جیسے کہ میں نے مثال دی آپ کو تنزیل کی، مسٹر تنزیل کہ وہ ایک بچہ ہے، وہ اب وہ بڑوں کا کام کر رہا ہے۔</w:t>
      </w:r>
    </w:p>
    <w:p>
      <w:r>
        <w:rPr>
          <w:b/>
        </w:rPr>
        <w:t xml:space="preserve">[30:49] </w:t>
      </w:r>
      <w:r>
        <w:t>ek bachcha barhon ka kaam kaise karega? ab ghaur kijiye, Mr Tanzeel ne barhon ka kaam kiya kyunke Quran ka tarjuma tayyar kiya gaya, phir us ko chhapa gaya,</w:t>
      </w:r>
    </w:p>
    <w:p>
      <w:pPr>
        <w:jc w:val="right"/>
      </w:pPr>
      <w:r>
        <w:t>ایک بچہ بڑوں کا کام کیسے کرے گا؟ اب غور کیجئے، مسٹر تنزیل نے بڑوں کا کام کیا کیونکہ قرآن کا ترجمہ تیار کیا گیا، پھر اس کو چھپایا گیا،</w:t>
      </w:r>
    </w:p>
    <w:p>
      <w:r>
        <w:rPr>
          <w:b/>
        </w:rPr>
        <w:t xml:space="preserve">[31:04] </w:t>
      </w:r>
      <w:r>
        <w:t>phir us ko handy shakal mein us ki binding hui, aur phir bachche ko haath mein de diya gaya.</w:t>
      </w:r>
    </w:p>
    <w:p>
      <w:pPr>
        <w:jc w:val="right"/>
      </w:pPr>
      <w:r>
        <w:t>پھر اس کو ہینڈی شکل میں اس کی بائنڈنگ ہوئی، اور پھر بچے کو ہاتھ میں دے دیا گیا۔</w:t>
      </w:r>
    </w:p>
    <w:p>
      <w:r>
        <w:rPr>
          <w:b/>
        </w:rPr>
        <w:t xml:space="preserve">[31:14] </w:t>
      </w:r>
      <w:r>
        <w:t>ab woh ghus kar har jagah pahunch pahunch pahunch kar de raha hai, aur log bachchon ko bura nahin maante. bachche agar ghus kar ke dein sab ko to koi bura nahin manega.</w:t>
      </w:r>
    </w:p>
    <w:p>
      <w:pPr>
        <w:jc w:val="right"/>
      </w:pPr>
      <w:r>
        <w:t>اب وہ گھس کر ہر جگہ پہنچ پہنچ پہنچ کر دے رہا ہے، اور لوگ بچوں کو برا نہیں مانتے۔ بچے اگر گھس کر کے دیں سب کو تو کوئی برا نہیں مانے گا۔</w:t>
      </w:r>
    </w:p>
    <w:p>
      <w:r>
        <w:rPr>
          <w:b/>
        </w:rPr>
        <w:t xml:space="preserve">[31:29] </w:t>
      </w:r>
      <w:r>
        <w:t>is se pehle main aisi qissa hua tha ke ek minister sahab aaye, ek jab woh jaane lage to ek bachcha us ke peeche daura.</w:t>
      </w:r>
    </w:p>
    <w:p>
      <w:pPr>
        <w:jc w:val="right"/>
      </w:pPr>
      <w:r>
        <w:t>اس سے پہلے میں ایسی قصہ ہوا تھا کہ ایک منسٹر صاحب آئے، ایک جب وہ جانے لگے تو ایک بچہ اس کے پیچھے دوڑا۔</w:t>
      </w:r>
    </w:p>
    <w:p>
      <w:r>
        <w:rPr>
          <w:b/>
        </w:rPr>
        <w:t xml:space="preserve">[31:41] </w:t>
      </w:r>
      <w:r>
        <w:t>saari saari woh bechare khade ho gaye, aur us waqt pahunch chuke the woh apni car par. un ki car ka door khula ja chuka tha, lekin woh khade ho gaye,</w:t>
      </w:r>
    </w:p>
    <w:p>
      <w:pPr>
        <w:jc w:val="right"/>
      </w:pPr>
      <w:r>
        <w:t>ساری ساری وہ بیچارے کھڑے ہو گئے، اور اس وقت پہنچ چکے تھے وہ اپنی کار پر۔ ان کی کار کا ڈور کھلا جا چکا تھا، لیکن وہ کھڑے ہو گئے،</w:t>
      </w:r>
    </w:p>
    <w:p>
      <w:r>
        <w:rPr>
          <w:b/>
        </w:rPr>
        <w:t xml:space="preserve">[31:56] </w:t>
      </w:r>
      <w:r>
        <w:t>aur woh bachcha jo hai, un ko Quran ka ek nuskhah de raha tha. to is se bachche kehne par is tarah khade ho sakte the.</w:t>
      </w:r>
    </w:p>
    <w:p>
      <w:pPr>
        <w:jc w:val="right"/>
      </w:pPr>
      <w:r>
        <w:t>اور وہ بچہ جو ہے، ان کو قرآن کا ایک نسخہ دے رہا تھا۔ تو اس سے بچے کہنے پر اس طرح کھڑے ہو سکتے تھے۔</w:t>
      </w:r>
    </w:p>
    <w:p>
      <w:r>
        <w:rPr>
          <w:b/>
        </w:rPr>
        <w:t xml:space="preserve">[32:06] </w:t>
      </w:r>
      <w:r>
        <w:t>bara aadmi is tarah kahe to bura manenge, afraid honge. bachche ke liye koi afraid nahin hota. to is imkan ko yeh mauqa hum hamesha se tha, yeh imkan ke bachche ke liye koi afraid nahin hota, lekin bachche ko istemal kaise kiya jaye?</w:t>
      </w:r>
    </w:p>
    <w:p>
      <w:pPr>
        <w:jc w:val="right"/>
      </w:pPr>
      <w:r>
        <w:t>بڑا آدمی اس طرح کہے تو برا مانیں گے، افریڈ ہوں گے۔ بچے کے لیے کوئی افریڈ نہیں ہوتا۔ تو اس امکان کو یہ موقع ہم ہمیشہ سے تھا، یہ امکان کہ بچے کے لیے کوئی افریڈ نہیں ہوتا، لیکن بچے کو استعمال کیسے کیا جائے؟</w:t>
      </w:r>
    </w:p>
    <w:p>
      <w:r>
        <w:rPr>
          <w:b/>
        </w:rPr>
        <w:t xml:space="preserve">[32:26] </w:t>
      </w:r>
      <w:r>
        <w:t>modern communication, modern computer, modern printing press, is ki wajah se mumkin hua hai ke bachche ki soorat mein Allah taala ne jo ek opportunity paida ki hai ke bachche se koi afraid nahin hota,</w:t>
      </w:r>
    </w:p>
    <w:p>
      <w:pPr>
        <w:jc w:val="right"/>
      </w:pPr>
      <w:r>
        <w:t>ماڈرن کمیونیکیشن، ماڈرن کمپیوٹر، ماڈرن پرنٹنگ پریس، اس کی وجہ سے ممکن ہوا ہے کہ بچے کی صورت میں اللہ تعالی نے جو ایک اپرچونیٹی پیدا کی ہے کہ بچے سے کوئی افریڈ نہیں ہوتا،</w:t>
      </w:r>
    </w:p>
    <w:p>
      <w:r>
        <w:rPr>
          <w:b/>
        </w:rPr>
        <w:t xml:space="preserve">[32:43] </w:t>
      </w:r>
      <w:r>
        <w:t>us ko hum istemal kar saken. to yeh kitni bari baat hai. to main sochta hoon ke jo musalman zulm ki baaten karte hain, un ko hamesha ke liye yeh daftar band kar dena chahiye, zulm ka daftar.</w:t>
      </w:r>
    </w:p>
    <w:p>
      <w:pPr>
        <w:jc w:val="right"/>
      </w:pPr>
      <w:r>
        <w:t>اس کو ہم استعمال کر سکیں۔ تو یہ کتنی بڑی بات ہے۔ تو میں سوچتا ہوں کہ جو مسلمان ظلم کی باتیں کرتے ہیں، ان کو ہمیشہ کے لیے یہ دفتر بند کر دینا چاہیے، ظلم کا دفتر۔</w:t>
      </w:r>
    </w:p>
    <w:p>
      <w:r>
        <w:rPr>
          <w:b/>
        </w:rPr>
        <w:t xml:space="preserve">[32:59] </w:t>
      </w:r>
      <w:r>
        <w:t>ab unhein naya kholna chahiye, daftar opportunity re planning karna chahiye. tamam musalmanon ka farz ban gaya hai ke woh apne kaam ki re planning karen.</w:t>
      </w:r>
    </w:p>
    <w:p>
      <w:pPr>
        <w:jc w:val="right"/>
      </w:pPr>
      <w:r>
        <w:t>اب انہیں نیا کھولنا چاہیے، دفتر اپرچونیٹی ری پلاننگ کرنا چاہیے۔ تمام مسلمانوں کا فرض بن گیا ہے کہ وہ اپنے کام کی ری پلاننگ کریں۔</w:t>
      </w:r>
    </w:p>
    <w:p>
      <w:r>
        <w:rPr>
          <w:b/>
        </w:rPr>
        <w:t xml:space="preserve">[33:13] </w:t>
      </w:r>
      <w:r>
        <w:t>woh woh woh sab woh boli band kar dein ke zulm hai, sazish hai, islamophobia hai.</w:t>
      </w:r>
    </w:p>
    <w:p>
      <w:pPr>
        <w:jc w:val="right"/>
      </w:pPr>
      <w:r>
        <w:t>وہ وہ وہ سب وہ بولی بند کر دیں کہ ظلم ہے، سازش ہے، اسلامو فوبیا ہے۔</w:t>
      </w:r>
    </w:p>
    <w:p>
      <w:r>
        <w:rPr>
          <w:b/>
        </w:rPr>
        <w:t xml:space="preserve">[33:23] </w:t>
      </w:r>
      <w:r>
        <w:t>yeh saari baaten bilkul, yaani woh ho gayi hain, zaban ke khilaf ho gayi hain.</w:t>
      </w:r>
    </w:p>
    <w:p>
      <w:pPr>
        <w:jc w:val="right"/>
      </w:pPr>
      <w:r>
        <w:t>یہ ساری باتیں بالکل، یعنی وہ ہو گئی ہیں، زبان کے خلاف ہو گئی ہیں۔</w:t>
      </w:r>
    </w:p>
    <w:p>
      <w:r>
        <w:rPr>
          <w:b/>
        </w:rPr>
        <w:t xml:space="preserve">[33:34] </w:t>
      </w:r>
      <w:r>
        <w:t>jise kehte hain, anachronisms. ab yeh sab baat kehna ke zulm hai, sazish hai, islamophobia hai, yeh sab zaban ke khilaf bolna hai.</w:t>
      </w:r>
    </w:p>
    <w:p>
      <w:pPr>
        <w:jc w:val="right"/>
      </w:pPr>
      <w:r>
        <w:t>جسے کہتے ہیں، انیک انیکرونز۔ اب یہ سب بات کہنا کہ ظلم ہے، سازش ہے، اسلامو فوبیا ہے، یہ سب زبان کے خلاف بولنا ہے۔</w:t>
      </w:r>
    </w:p>
    <w:p>
      <w:r>
        <w:rPr>
          <w:b/>
        </w:rPr>
        <w:t xml:space="preserve">[33:48] </w:t>
      </w:r>
      <w:r>
        <w:t xml:space="preserve">zamane ne to sab ko darwaza khol diya hai, yahan tak ke yeh mauqa mil gaya hai ke aap bachchon ko istemal karen jin ko koi bura nahin maanta. </w:t>
      </w:r>
    </w:p>
    <w:p>
      <w:pPr>
        <w:jc w:val="right"/>
      </w:pPr>
      <w:r>
        <w:t>زمانے نے تو سب کو دروازہ کھول دیا ہے، یہاں تک کہ یہ موقع مل گیا ہے کہ آپ بچوں کو استعمال کریں جن کو کوئی برا نہیں مانتا۔</w:t>
      </w:r>
    </w:p>
    <w:p>
      <w:r>
        <w:rPr>
          <w:b/>
        </w:rPr>
        <w:t xml:space="preserve">[33:58] </w:t>
      </w:r>
      <w:r>
        <w:t>bachchon ko kahin bhi dakhil kar diya, aap koi bura nahin manega. to yeh sab mauqa khul gaye. to ab ab woh woh woh daur hi khatam ho gaya jabke zulm aur islamophobia, jis tarah alfaaz aap bolen.</w:t>
      </w:r>
    </w:p>
    <w:p>
      <w:pPr>
        <w:jc w:val="right"/>
      </w:pPr>
      <w:r>
        <w:t>بچوں کو کہیں بھی داخل کر دیا، آپ کوئی برا نہیں مانے گا۔ تو یہ سب موقع کھل گئے۔ تو اب اب وہ وہ وہ دور ہی ختم ہو گیا جبکہ ظلم اور اسلامو فوبیا، جس طرح الفاظ آپ بولیں۔</w:t>
      </w:r>
    </w:p>
    <w:p>
      <w:r>
        <w:rPr>
          <w:b/>
        </w:rPr>
        <w:t xml:space="preserve">[34:17] </w:t>
      </w:r>
      <w:r>
        <w:t>to main dua karta hoon ke hum hamari qaum ko aqal aaye, hamari qaum jo hai, zamane ko pehchane, hamari qaum yeh jaane ke yeh pehle ek nabi aata tha, ab daur anbiya aa gaya hai,</w:t>
      </w:r>
    </w:p>
    <w:p>
      <w:pPr>
        <w:jc w:val="right"/>
      </w:pPr>
      <w:r>
        <w:t>تو میں دعا کرتا ہوں کہ ہم ہماری قوم کو عقل آئے، ہماری قوم جو ہے، زمانے کو پہچانے، ہماری قوم یہ جانے کہ یہ پہلے ایک نبی آتا تھا، اب دور انبیاء آ گیا ہے،</w:t>
      </w:r>
    </w:p>
    <w:p>
      <w:r>
        <w:rPr>
          <w:b/>
        </w:rPr>
        <w:t xml:space="preserve">[34:39] </w:t>
      </w:r>
      <w:r>
        <w:t>yaani anbiya ka bhi explosion ho gaya. kaisi ajeeb baat hai! pehle zamane mein koi ek nabi aata tha, ab to daur anbiya hai,</w:t>
      </w:r>
    </w:p>
    <w:p>
      <w:pPr>
        <w:jc w:val="right"/>
      </w:pPr>
      <w:r>
        <w:t>یعنی انبیاء کا بھی ایکسپلوژن ہو گیا۔ کیسی عجیب بات ہے! پہلے زمانے میں کوئی ایک نبی آتا تھا، اب تو دور انبیاء ہے،</w:t>
      </w:r>
    </w:p>
    <w:p>
      <w:r>
        <w:rPr>
          <w:b/>
        </w:rPr>
        <w:t xml:space="preserve">[34:54] </w:t>
      </w:r>
      <w:r>
        <w:t>yaani is is mani mein ke raat mein anbiya ka role kar sakta hai. sahi shakal dekhiye, ek shakal yeh thi ke aadmi khada ho jaye aur kahe ke main anbiya ka role ada karna chahta hoon.</w:t>
      </w:r>
    </w:p>
    <w:p>
      <w:pPr>
        <w:jc w:val="right"/>
      </w:pPr>
      <w:r>
        <w:t>یعنی اس اس معنی میں کہ رات میں نبیوں کا رول کر سکتا ہے۔ صحیح شکل دیکھیے، ایک شکل یہ تھی کہ آدمی کھڑا ہو جائے اور کہے کہ میں نبیوں کا رول ادا کرنا چاہتا ہوں۔</w:t>
      </w:r>
    </w:p>
    <w:p>
      <w:r>
        <w:rPr>
          <w:b/>
        </w:rPr>
        <w:t xml:space="preserve">[35:09] </w:t>
      </w:r>
      <w:r>
        <w:t>woh woh main nahin keh raha hoon, main yeh keh raha hoon ke Quran ko agar aap printing press ke zariye chhap kar tayyar kar dein, us ke tarjume handy size mein,</w:t>
      </w:r>
    </w:p>
    <w:p>
      <w:pPr>
        <w:jc w:val="right"/>
      </w:pPr>
      <w:r>
        <w:t>وہ وہ میں نہیں کہہ رہا ہوں، میں یہ کہہ رہا ہوں کہ قرآن کو اگر آپ پرنٹنگ پریس کے ذریعے چھاپ کر تیار کر دیں، اس کے ترجمے ہینڈی سائز میں،</w:t>
      </w:r>
    </w:p>
    <w:p>
      <w:r>
        <w:rPr>
          <w:b/>
        </w:rPr>
        <w:t xml:space="preserve">[35:27] </w:t>
      </w:r>
      <w:r>
        <w:t>to ek bachcha, ek ladki, ek aam aadmi, us ko haath mein le kar kahin pahunch sakta hai aur logon ko de sakta hai, aur is mein koi andar na taghayyur ke baghair, koi bhi change ke baghair.</w:t>
      </w:r>
    </w:p>
    <w:p>
      <w:pPr>
        <w:jc w:val="right"/>
      </w:pPr>
      <w:r>
        <w:t>تو ایک بچہ، ایک لڑکی، ایک عام آدمی، اس کو ہاتھ میں لے کر کہیں پہنچ سکتا ہے اور لوگوں کو دے سکتا ہے، اور اس میں کوئی اندر نہ تغیر کے بغیر، کوئی بھی چینج کے بغیر۔</w:t>
      </w:r>
    </w:p>
    <w:p>
      <w:r>
        <w:rPr>
          <w:b/>
        </w:rPr>
        <w:t xml:space="preserve">[35:43] </w:t>
      </w:r>
      <w:r>
        <w:t>to yeh main samajhta hoon ke yeh jo cheez hai, yeh ek nayi, ek naya version hai tahaffuz Quran ke hifazat ka.</w:t>
      </w:r>
    </w:p>
    <w:p>
      <w:pPr>
        <w:jc w:val="right"/>
      </w:pPr>
      <w:r>
        <w:t>تو یہ میں سمجھتا ہوں کہ یہ جو چیز ہے، یہ ایک نئی، ایک نیا ورژن ہے تحفظ قرآن کے حفاظت کا۔</w:t>
      </w:r>
    </w:p>
    <w:p>
      <w:r>
        <w:rPr>
          <w:b/>
        </w:rPr>
        <w:t xml:space="preserve">[35:55] </w:t>
      </w:r>
      <w:r>
        <w:t>yaani ek to yeh tha ke Quran ko koi badal na sake, koi change na na na la sake. yeh hifazat ke mani yeh the.</w:t>
      </w:r>
    </w:p>
    <w:p>
      <w:pPr>
        <w:jc w:val="right"/>
      </w:pPr>
      <w:r>
        <w:t>یعنی ایک تو یہ تھا کہ قرآن کو کوئی بدل نہ سکے، کوئی چینج نہ نہ نہ لا سکے۔ یہ حفاظت کے معنی یہ تھے۔</w:t>
      </w:r>
    </w:p>
    <w:p>
      <w:r>
        <w:rPr>
          <w:b/>
        </w:rPr>
        <w:t xml:space="preserve">[36:04] </w:t>
      </w:r>
      <w:r>
        <w:t>ab ek naya version aaya hifazat ka ke aap chhap kar ke us ka sahi tarjuma chhap kar ke aap filter kar dein, har insaan tak pahuncha dein,</w:t>
      </w:r>
    </w:p>
    <w:p>
      <w:pPr>
        <w:jc w:val="right"/>
      </w:pPr>
      <w:r>
        <w:t>اب ایک نیا ورژن آیا حفاظت کا کہ آپ چھاپ کر کے اس کا صحیح ترجمہ چھاپ کر کے آپ فلٹ کر دیں، ہر انسان تک پہنچا دیں،</w:t>
      </w:r>
    </w:p>
    <w:p>
      <w:r>
        <w:rPr>
          <w:b/>
        </w:rPr>
        <w:t xml:space="preserve">[36:20] </w:t>
      </w:r>
      <w:r>
        <w:t>filt kar dein.</w:t>
      </w:r>
    </w:p>
    <w:p>
      <w:pPr>
        <w:jc w:val="right"/>
      </w:pPr>
      <w:r>
        <w:t>فلٹ کر دیں۔</w:t>
      </w:r>
    </w:p>
    <w:p>
      <w:r>
        <w:rPr>
          <w:b/>
        </w:rPr>
        <w:t xml:space="preserve">[36:25] </w:t>
      </w:r>
      <w:r>
        <w:t>to yeh yeh sab baatein samajhne ki hain aur yeh janne ki hain ke hum aaj kis zamane mein hain.</w:t>
      </w:r>
    </w:p>
    <w:p>
      <w:pPr>
        <w:jc w:val="right"/>
      </w:pPr>
      <w:r>
        <w:t>تو یہ یہ سب باتیں سمجھنے کی ہیں اور یہ جاننے کی ہیں کہ ہم آج کس زمانے میں ہیں۔</w:t>
      </w:r>
    </w:p>
    <w:p>
      <w:r>
        <w:rPr>
          <w:b/>
        </w:rPr>
        <w:t xml:space="preserve">[36:36] </w:t>
      </w:r>
      <w:r>
        <w:t>woh jo hadith hai ke ek zamana aaye ga ke jab yeh deen wahan tak pahunche ga jahan tak suraj chand pahunchte hain, is</w:t>
      </w:r>
    </w:p>
    <w:p>
      <w:pPr>
        <w:jc w:val="right"/>
      </w:pPr>
      <w:r>
        <w:t>وہ جو حدیث ہے کہ ایک زمانہ آئے گا کہ جب یہ دین وہاں تک پہنچے گا جہاں تک سورج چاند پہنچتے ہیں، اس</w:t>
      </w:r>
    </w:p>
    <w:p>
      <w:r>
        <w:rPr>
          <w:b/>
        </w:rPr>
        <w:t xml:space="preserve">[36:53] </w:t>
      </w:r>
      <w:r>
        <w:t>ka matlab yeh hai ke yeh din zaroor pahunche ga, zaroor wahan tak jahan tak raat aur din pahunchte hain.</w:t>
      </w:r>
    </w:p>
    <w:p>
      <w:pPr>
        <w:jc w:val="right"/>
      </w:pPr>
      <w:r>
        <w:t>کا مطلب یہ ہے کہ یہ دن ضرور پہنچے گا، ضرور وہاں تک جہاں تک رات اور دن پہنچتے ہیں۔</w:t>
      </w:r>
    </w:p>
    <w:p>
      <w:r>
        <w:rPr>
          <w:b/>
        </w:rPr>
        <w:t xml:space="preserve">[37:04] </w:t>
      </w:r>
      <w:r>
        <w:t>to pichhle daur mein to aap nahin keh sakte the ke yeh waqia ho gaya, pichhle zamane mein aap nahin keh sakte the ke yeh waqia ho gaya.</w:t>
      </w:r>
    </w:p>
    <w:p>
      <w:pPr>
        <w:jc w:val="right"/>
      </w:pPr>
      <w:r>
        <w:t>تو پچھلے دور میں تو آپ نہیں کہہ سکتے تھے کہ یہ واقعہ ہو گیا، پچھلے زمانے میں آپ نہیں کہہ سکتے تھے کہ یہ واقعہ ہو گیا۔</w:t>
      </w:r>
    </w:p>
    <w:p>
      <w:r>
        <w:rPr>
          <w:b/>
        </w:rPr>
        <w:t xml:space="preserve">[37:15] </w:t>
      </w:r>
      <w:r>
        <w:t>ab aap keh sakte hain, ab aap keh sakte hain ke kam, yani printing press ka zamana aaya, computer ka zamana aaya, aur facebook ka zamana aaya.</w:t>
      </w:r>
    </w:p>
    <w:p>
      <w:pPr>
        <w:jc w:val="right"/>
      </w:pPr>
      <w:r>
        <w:t>اب آپ کہہ سکتے ہیں، اب آپ کہہ سکتے ہیں کہ کم، یعنی پرنٹنگ پریس کا زمانہ آیا، کمپیوٹر کا زمانہ آیا، اور فیس بک کا زمانہ آیا۔</w:t>
      </w:r>
    </w:p>
    <w:p>
      <w:r>
        <w:rPr>
          <w:b/>
        </w:rPr>
        <w:t xml:space="preserve">[37:30] </w:t>
      </w:r>
      <w:r>
        <w:t>yeh sab jo communication ka zamana hai, safar ka zamana hai,</w:t>
      </w:r>
    </w:p>
    <w:p>
      <w:pPr>
        <w:jc w:val="right"/>
      </w:pPr>
      <w:r>
        <w:t>یہ سب جو کمیونیکیشن کا زمانہ ہے، سفر کا زمانہ ہے،</w:t>
      </w:r>
    </w:p>
    <w:p>
      <w:r>
        <w:rPr>
          <w:b/>
        </w:rPr>
        <w:t xml:space="preserve">[37:38] </w:t>
      </w:r>
      <w:r>
        <w:t>yeh naye raaste khule hain, in ka zamana hai. tab yeh mumkin ho gaya hai. to yeh quran ki hifazat ka ek ek naya concept yeh hai.</w:t>
      </w:r>
    </w:p>
    <w:p>
      <w:pPr>
        <w:jc w:val="right"/>
      </w:pPr>
      <w:r>
        <w:t>یہ نئے راستے کھلے ہیں، ان کا زمانہ ہے۔ تب یہ ممکن ہو گیا ہے۔ تو یہ قرآن کی حفاظت کا ایک ایک نیا کانسیپٹ یہ ہے۔</w:t>
      </w:r>
    </w:p>
    <w:p>
      <w:r>
        <w:rPr>
          <w:b/>
        </w:rPr>
        <w:t xml:space="preserve">[37:54] </w:t>
      </w:r>
      <w:r>
        <w:t>yeh nahin ke sirf aap log yaad karein to woh khud, yani pehle zamane mein sab zyada tha ke quran ki hifazat ka matlab hai ke log quran ko yaad karein, memorize karein.</w:t>
      </w:r>
    </w:p>
    <w:p>
      <w:pPr>
        <w:jc w:val="right"/>
      </w:pPr>
      <w:r>
        <w:t>یہ نہیں کہ صرف آپ لوگ یاد کریں تو وہ خود، یعنی پہلے زمانے میں سب زیادہ تھا کہ قرآن کی حفاظت کا مطلب ہے کہ لوگ قرآن کو یاد کریں، میمورائز کریں۔</w:t>
      </w:r>
    </w:p>
    <w:p>
      <w:r>
        <w:rPr>
          <w:b/>
        </w:rPr>
        <w:t xml:space="preserve">[38:09] </w:t>
      </w:r>
      <w:r>
        <w:t>pehle zamane mein quran ki hifazat ka matlab yeh samajhte the log ke memorize kar ke quran ko apne seene mein</w:t>
      </w:r>
    </w:p>
    <w:p>
      <w:pPr>
        <w:jc w:val="right"/>
      </w:pPr>
      <w:r>
        <w:t>پہلے زمانے میں قرآن کی حفاظت کا مطلب یہ سمجھتے تھے لوگ کہ میمورائز کر کے قرآن کو اپنے سینے میں</w:t>
      </w:r>
    </w:p>
    <w:p>
      <w:r>
        <w:rPr>
          <w:b/>
        </w:rPr>
        <w:t xml:space="preserve">[38:21] </w:t>
      </w:r>
      <w:r>
        <w:t>mehfooz kar lein. magar aaj to technology aur zamane ke wasail ne is ko mumkin bana diya hai.</w:t>
      </w:r>
    </w:p>
    <w:p>
      <w:pPr>
        <w:jc w:val="right"/>
      </w:pPr>
      <w:r>
        <w:t>محفوظ کر لیں۔ مگر آج تو ٹیکنالوجی اور زمانے کے وسائل نے اس کو ممکن بنا دیا ہے۔</w:t>
      </w:r>
    </w:p>
    <w:p>
      <w:r>
        <w:rPr>
          <w:b/>
        </w:rPr>
        <w:t xml:space="preserve">[38:33] </w:t>
      </w:r>
      <w:r>
        <w:t>to woh daur hi khatam hoga jab ke aap maloomi ke ehsas mein jiyein, jab aap shikayat ke ehsas mein jiyein, jab aap zulm ho ki faryad karein.</w:t>
      </w:r>
    </w:p>
    <w:p>
      <w:pPr>
        <w:jc w:val="right"/>
      </w:pPr>
      <w:r>
        <w:t>تو وہ دور ہی ختم ہوگا جب کہ آپ معلومی کے احساس میں جیئیں، جب آپ شکایت کے احساس میں جیئیں، جب آپ ظلم ہو کی فریاد کریں۔</w:t>
      </w:r>
    </w:p>
    <w:p>
      <w:r>
        <w:rPr>
          <w:b/>
        </w:rPr>
        <w:t xml:space="preserve">[38:45] </w:t>
      </w:r>
      <w:r>
        <w:t>woh daur hi khatam ho gaya tha.</w:t>
      </w:r>
    </w:p>
    <w:p>
      <w:pPr>
        <w:jc w:val="right"/>
      </w:pPr>
      <w:r>
        <w:t>وہ دور ہی ختم ہو گیا تھا۔</w:t>
      </w:r>
    </w:p>
    <w:p>
      <w:r>
        <w:rPr>
          <w:b/>
        </w:rPr>
        <w:t xml:space="preserve">[38:50] </w:t>
      </w:r>
      <w:r>
        <w:t>to meri dua hai ke Allah taala hum ko tofeeq de ke hum Allah ki is rehmat aam ko samjhein, rehmat ke is explosion ko samjhein,</w:t>
      </w:r>
    </w:p>
    <w:p>
      <w:pPr>
        <w:jc w:val="right"/>
      </w:pPr>
      <w:r>
        <w:t>تو میری دعا ہے کہ اللہ تعالی ہم کو توفیق دے کہ ہم اللہ کی اس رحمت عام کو سمجھیں، رحمت کے اس ایکسپلوژن کو سمجھیں،</w:t>
      </w:r>
    </w:p>
    <w:p>
      <w:r>
        <w:rPr>
          <w:b/>
        </w:rPr>
        <w:t xml:space="preserve">[39:03] </w:t>
      </w:r>
      <w:r>
        <w:t>Allah taala ki is scheme ko samjhein, aur naye josh ke sath Allah ke deen ka kaam karne ke liye uth khade hon.</w:t>
      </w:r>
    </w:p>
    <w:p>
      <w:pPr>
        <w:jc w:val="right"/>
      </w:pPr>
      <w:r>
        <w:t>اللہ تعالی کی اس اسکیم کو سمجھیں، اور نئے جوش کے ساتھ اللہ کے دین کا کام کرنے کے لیے اٹھ کھڑے ہوں۔</w:t>
      </w:r>
    </w:p>
    <w:p>
      <w:r>
        <w:rPr>
          <w:b/>
        </w:rPr>
        <w:t xml:space="preserve">[39:16] </w:t>
      </w:r>
      <w:r>
        <w:t>aur main samajhta hoon ke is zamane mein jo kaam sab se zyada karne ka hai, woh hai quran ko filt kar dena, quran ko sari duniya mein filt kar dena, har zuban mein.</w:t>
      </w:r>
    </w:p>
    <w:p>
      <w:pPr>
        <w:jc w:val="right"/>
      </w:pPr>
      <w:r>
        <w:t>اور میں سمجھتا ہوں کہ اس زمانے میں جو کام سب سے زیادہ کرنے کا ہے، وہ ہے قرآن کو فلٹ کر دینا، قرآن کو ساری دنیا میں فلٹ کر دینا، ہر زبان میں۔</w:t>
      </w:r>
    </w:p>
    <w:p>
      <w:r>
        <w:rPr>
          <w:b/>
        </w:rPr>
        <w:t xml:space="preserve">[39:30] </w:t>
      </w:r>
      <w:r>
        <w:t>to meri dua hai ke Allah taala hum ko tofeeq de ke hum Allah ka yeh matlab kaam karein aur Allah ka is ka sawab paayein, jannat paayein.</w:t>
      </w:r>
    </w:p>
    <w:p>
      <w:pPr>
        <w:jc w:val="right"/>
      </w:pPr>
      <w:r>
        <w:t>تو میری دعا ہے کہ اللہ تعالی ہم کو توفیق دے کہ ہم اللہ کا یہ مطلوب کام کریں اور اللہ کا اس کا ثواب پائیں، جنت پائیں۔</w:t>
      </w:r>
    </w:p>
    <w:p>
      <w:r>
        <w:rPr>
          <w:b/>
        </w:rPr>
        <w:t xml:space="preserve">[39:45] </w:t>
      </w:r>
      <w:r>
        <w:t>assalam o alaikum wa rehmatullah.</w:t>
      </w:r>
    </w:p>
    <w:p>
      <w:pPr>
        <w:jc w:val="right"/>
      </w:pPr>
      <w:r>
        <w:t>السلام علیکم ورحمۃ اللہ۔</w:t>
      </w:r>
    </w:p>
    <w:p>
      <w:r>
        <w:rPr>
          <w:b/>
        </w:rPr>
        <w:t xml:space="preserve">[39:59] </w:t>
      </w:r>
      <w:r>
        <w:t>okay, we'll start with the question answer session now. uh, i'll first take up the comments that have come in today's talk.</w:t>
      </w:r>
    </w:p>
    <w:p>
      <w:pPr>
        <w:jc w:val="right"/>
      </w:pPr>
      <w:r>
        <w:t>اوکے، ویل سٹارٹ ود دی کوئسچن انسر سیشن ناو۔ اہ، ائی ویل فرسٹ ٹیک اپ دی کمنٹس دیٹ ہیو کم ان ٹوڈے ٹاک۔</w:t>
      </w:r>
    </w:p>
    <w:p>
      <w:r>
        <w:rPr>
          <w:b/>
        </w:rPr>
        <w:t xml:space="preserve">[40:12] </w:t>
      </w:r>
      <w:r>
        <w:t>uh, Maulana, aaj ke comment lene se pehle do comment padhna chahenge jo uh, uh, pichhle Sunday ke talk ko le ke aaye hain.</w:t>
      </w:r>
    </w:p>
    <w:p>
      <w:pPr>
        <w:jc w:val="right"/>
      </w:pPr>
      <w:r>
        <w:t>اہ، مولانا، آج کے کمنٹ لینے سے پہلے دو کمنٹ پڑھنا چاہیں گے جو اہ، اہ، پچھلے سنڈے کے ٹاک کو لے کے آئے ہیں۔</w:t>
      </w:r>
    </w:p>
    <w:p>
      <w:r>
        <w:rPr>
          <w:b/>
        </w:rPr>
        <w:t xml:space="preserve">[40:20] </w:t>
      </w:r>
      <w:r>
        <w:t>so, Sajid Anwar sahib ne Mumbai se likha hai: "Maulana, through your last Sunday lecture, i could realize first time the chief contribution of science is removing the creation plan from the pedestal of divinity.</w:t>
      </w:r>
    </w:p>
    <w:p>
      <w:pPr>
        <w:jc w:val="right"/>
      </w:pPr>
      <w:r>
        <w:t>سو، ساجد انور صاحب نے ممبئی سے لکھا ہے: "مولانا، تھرو یور لاسٹ سنڈے لیکچر، ائی کڈ ریلائز فرسٹ ٹائم دا چیف کنٹریبیوشن اف سائنس از ریموونگ دا کریشن پلان فرام دی پیڈیسٹل اف ڈیوینیٹی۔</w:t>
      </w:r>
    </w:p>
    <w:p>
      <w:r>
        <w:rPr>
          <w:b/>
        </w:rPr>
        <w:t xml:space="preserve">[40:39] </w:t>
      </w:r>
      <w:r>
        <w:t>very thrilling!</w:t>
      </w:r>
    </w:p>
    <w:p>
      <w:pPr>
        <w:jc w:val="right"/>
      </w:pPr>
      <w:r>
        <w:t>ویری تھرلنگ!</w:t>
      </w:r>
    </w:p>
    <w:p>
      <w:r>
        <w:rPr>
          <w:b/>
        </w:rPr>
        <w:t xml:space="preserve">[40:41] </w:t>
      </w:r>
      <w:r>
        <w:t>" also, i could realize the role of a believer to do the next task, that is to spread the concept of tauheed in the light of modern knowledge and make it understandable to the modern mind.</w:t>
      </w:r>
    </w:p>
    <w:p>
      <w:pPr>
        <w:jc w:val="right"/>
      </w:pPr>
      <w:r>
        <w:t>" السو، ائی کڈ ریلائز دا رول اف ا بیلیور ٹو ڈو دا نیکسٹ ٹاسک، دیٹ از ٹو سپریڈ دا کانسیپٹ اف توحید ان دی لائٹ اف ماڈرن نالج اینڈ میک اٹ انڈرسٹینڈیبل ٹو دا ماڈرن مائنڈ۔</w:t>
      </w:r>
    </w:p>
    <w:p>
      <w:r>
        <w:rPr>
          <w:b/>
        </w:rPr>
        <w:t xml:space="preserve">[40:56] </w:t>
      </w:r>
      <w:r>
        <w:t>jazak Allah.</w:t>
      </w:r>
    </w:p>
    <w:p>
      <w:pPr>
        <w:jc w:val="right"/>
      </w:pPr>
      <w:r>
        <w:t>جزاک اللہ۔</w:t>
      </w:r>
    </w:p>
    <w:p>
      <w:r>
        <w:rPr>
          <w:b/>
        </w:rPr>
        <w:t xml:space="preserve">[41:02] </w:t>
      </w:r>
      <w:r>
        <w:t>Mahboob bhai ne bhi Mumbai se comment likha hai: "in your last Sunday talk, the way you explain the age of maboodiyat</w:t>
      </w:r>
    </w:p>
    <w:p>
      <w:pPr>
        <w:jc w:val="right"/>
      </w:pPr>
      <w:r>
        <w:t>محبوب بھائی نے بھی ممبئی سے کمنٹ لکھا ہے: "ان یور لاسٹ سنڈے ٹاک، دا وے یو ایکسپلین دا ایج اف معبودیت</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