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Accepting the Second Best February 7, 2010 Maulana Wahiduddin Khan</w:t>
      </w:r>
    </w:p>
    <w:p>
      <w:r>
        <w:t>https://www.youtube.com/watch?v=OyqL5OCq1Fk</w:t>
      </w:r>
    </w:p>
    <w:p>
      <w:r>
        <w:rPr>
          <w:b/>
        </w:rPr>
        <w:t xml:space="preserve">[00:14] </w:t>
      </w:r>
      <w:r>
        <w:t>bismillah hir rehman nir rahim, wa salla Allahu ala an nabiyyil karim.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[00:35] </w:t>
      </w:r>
      <w:r>
        <w:t>aaj ka topic hai: accepting the second best, doosre behtar ko laina.</w:t>
      </w:r>
    </w:p>
    <w:p>
      <w:pPr>
        <w:jc w:val="right"/>
      </w:pPr>
      <w:r>
        <w:t>آج کا ٹاپک ہے: ایکسیپٹنگ دا سیکنڈ بیسٹ، دوسرے بہتر کو لینا۔</w:t>
      </w:r>
    </w:p>
    <w:p>
      <w:r>
        <w:rPr>
          <w:b/>
        </w:rPr>
        <w:t xml:space="preserve">[00:49] </w:t>
      </w:r>
      <w:r>
        <w:t>yeh ek law of nature hai. khuda ne jo duniya banai hai, us ke liye khuda ne jo laws muqarrar kiye hain, to hamare liye ek hi option hai,</w:t>
      </w:r>
    </w:p>
    <w:p>
      <w:pPr>
        <w:jc w:val="right"/>
      </w:pPr>
      <w:r>
        <w:t>یہ ایک لاء آف نیچر ہے۔ خدا نے جو دنیا بنائی ہے، اس کے لیے خدا نے جو لاز مقرر کیے ہیں، تو ہمارے لیے ایک ہی آپشن ہے،</w:t>
      </w:r>
    </w:p>
    <w:p>
      <w:r>
        <w:rPr>
          <w:b/>
        </w:rPr>
        <w:t xml:space="preserve">[01:06] </w:t>
      </w:r>
      <w:r>
        <w:t>woh hai second best ko laina. first best ka option hi nahi hai duniya mein.</w:t>
      </w:r>
    </w:p>
    <w:p>
      <w:pPr>
        <w:jc w:val="right"/>
      </w:pPr>
      <w:r>
        <w:t>وہ ہے سیکنڈ بیسٹ کو لینا۔ فرسٹ بیسٹ کا آپشن ہی نہیں ہے دنیا میں۔</w:t>
      </w:r>
    </w:p>
    <w:p>
      <w:r>
        <w:rPr>
          <w:b/>
        </w:rPr>
        <w:t xml:space="preserve">[01:14] </w:t>
      </w:r>
      <w:r>
        <w:t>lekin ajib baat hai ke sari tareekh mein log isi obsession mein rahe hain ke second best tha available, us ko nahi liya.</w:t>
      </w:r>
    </w:p>
    <w:p>
      <w:pPr>
        <w:jc w:val="right"/>
      </w:pPr>
      <w:r>
        <w:t>لیکن عجیب بات ہے کہ ساری تاریخ میں لوگ اسی ابسیشن میں رہے ہیں کہ سیکنڈ بیسٹ تھا اویلیبل، اس کو نہیں لیا۔</w:t>
      </w:r>
    </w:p>
    <w:p>
      <w:r>
        <w:rPr>
          <w:b/>
        </w:rPr>
        <w:t xml:space="preserve">[01:26] </w:t>
      </w:r>
      <w:r>
        <w:t>first best par daude aur mila nahi. hamare dehat mein ek misl hai, bahut sahih hai woh, ke aadhi chhod ke saji dhave,</w:t>
      </w:r>
    </w:p>
    <w:p>
      <w:pPr>
        <w:jc w:val="right"/>
      </w:pPr>
      <w:r>
        <w:t>فرسٹ بیسٹ پر دوڑے اور ملا نہیں۔ ہمارے دیہات میں ایک مثل ہے، بہت صحیح ہے وہ، کہ آدھی چھوڑ کے سجی دھاوے،</w:t>
      </w:r>
    </w:p>
    <w:p>
      <w:r>
        <w:rPr>
          <w:b/>
        </w:rPr>
        <w:t xml:space="preserve">[01:40] </w:t>
      </w:r>
      <w:r>
        <w:t>aadhi mile na saji pawe. yani aadmi ko aadhi mil rahi thi, aadha mil raha tha, lekin aadha qabul nahi kiya us ne.</w:t>
      </w:r>
    </w:p>
    <w:p>
      <w:pPr>
        <w:jc w:val="right"/>
      </w:pPr>
      <w:r>
        <w:t>آدھی ملے نہ سجی پاوے۔ یعنی آدمی کو آدھی مل رہی تھی، آدھا مل رہا تھا، لیکن آدھا قبول نہیں کیا اس نے۔</w:t>
      </w:r>
    </w:p>
    <w:p>
      <w:r>
        <w:rPr>
          <w:b/>
        </w:rPr>
        <w:t xml:space="preserve">[01:50] </w:t>
      </w:r>
      <w:r>
        <w:t>dauda pura lene ke liye, pura mila nahi. to aadha bhi gaya, pura bhi gaya. yeh dehati misl poori poori history par saadiq aati hai.</w:t>
      </w:r>
    </w:p>
    <w:p>
      <w:pPr>
        <w:jc w:val="right"/>
      </w:pPr>
      <w:r>
        <w:t>دوڑا پورا لینے کے لیے، پورا ملا نہیں۔ تو آدھا بھی گیا، پورا بھی گیا۔ یہ دیہاتی مثل پوری پوری ہسٹری پر صادق آتی ہے۔</w:t>
      </w:r>
    </w:p>
    <w:p>
      <w:r>
        <w:rPr>
          <w:b/>
        </w:rPr>
        <w:t xml:space="preserve">[01:59] </w:t>
      </w:r>
      <w:r>
        <w:t>isi par main aaj kuch apne ehsasat bayan karunga. dekhiye, kal mere paas kuch kashmiri aaye, to woh padhte hain hamara magazine,</w:t>
      </w:r>
    </w:p>
    <w:p>
      <w:pPr>
        <w:jc w:val="right"/>
      </w:pPr>
      <w:r>
        <w:t>اسی پر میں آج کچھ اپنے احساسات بیان کروں گا۔ دیکھیے، کل میرے پاس کچھ کشمیری آئے، تو وہ پڑھتے ہیں ہمارا میگزین،</w:t>
      </w:r>
    </w:p>
    <w:p>
      <w:r>
        <w:rPr>
          <w:b/>
        </w:rPr>
        <w:t xml:space="preserve">[02:16] </w:t>
      </w:r>
      <w:r>
        <w:t>to hum un se kehte hain ke bhai, khoob padhiye, khoob taraqqi kijiye, education ki field mein aajaiye, business ki field mein jaiye, dawat ki field mein jaiye.</w:t>
      </w:r>
    </w:p>
    <w:p>
      <w:pPr>
        <w:jc w:val="right"/>
      </w:pPr>
      <w:r>
        <w:t>تو ہم ان سے کہتے ہیں کہ بھائی، خوب پڑھیے، خوب ترقی کیجیے، ایجوکیشن کی فیلڈ میں آجائیے، بزنس کی فیلڈ میں جائیے، دعوت کی فیلڈ میں جائیے۔</w:t>
      </w:r>
    </w:p>
    <w:p>
      <w:r>
        <w:rPr>
          <w:b/>
        </w:rPr>
        <w:t xml:space="preserve">[02:30] </w:t>
      </w:r>
      <w:r>
        <w:t>to unhone kaha ke hum kashmiri ke liye aap ka yeh formula jo hai, applicable nahi hai. lekin hum ko to terrorize kya aata hai, terrorize kya aata hai.</w:t>
      </w:r>
    </w:p>
    <w:p>
      <w:pPr>
        <w:jc w:val="right"/>
      </w:pPr>
      <w:r>
        <w:t>تو انہوں نے کہا کہ ہم کشمیریوں کے لیے آپ کا یہ فارمولا جو ہے، ایپلیکیبل نہیں ہے۔ لیکن ہم کو تو ٹیررز کیا آتا ہے، ٹیررائز کیا آتا ہے۔</w:t>
      </w:r>
    </w:p>
    <w:p>
      <w:r>
        <w:rPr>
          <w:b/>
        </w:rPr>
        <w:t xml:space="preserve">[02:41] </w:t>
      </w:r>
      <w:r>
        <w:t>hum to wahan par fear mein jeete hain. Indian army hum ko terrorize karti hai, to hum kya kar sakte hain?</w:t>
      </w:r>
    </w:p>
    <w:p>
      <w:pPr>
        <w:jc w:val="right"/>
      </w:pPr>
      <w:r>
        <w:t>ہم تو وہاں پر فیئر میں جیتے ہیں۔ انڈین آرمی ہم کو ٹیررائز کرتی ہے، تو ہم کیا کر سکتے ہیں؟</w:t>
      </w:r>
    </w:p>
    <w:p>
      <w:r>
        <w:rPr>
          <w:b/>
        </w:rPr>
        <w:t xml:space="preserve">[02:53] </w:t>
      </w:r>
      <w:r>
        <w:t>to maine socha, kya kyu kaha unhone?</w:t>
      </w:r>
    </w:p>
    <w:p>
      <w:pPr>
        <w:jc w:val="right"/>
      </w:pPr>
      <w:r>
        <w:t>تو میں نے سوچا، کیا کیوں کہا انہوں نے؟</w:t>
      </w:r>
    </w:p>
    <w:p>
      <w:r>
        <w:rPr>
          <w:b/>
        </w:rPr>
        <w:t xml:space="preserve">[02:59] </w:t>
      </w:r>
      <w:r>
        <w:t>to is ka raaz kya hai? unhone second best ko nahi liya, first best ke liye daude. aur first best mila nahi to us ki price de rahe hain.</w:t>
      </w:r>
    </w:p>
    <w:p>
      <w:pPr>
        <w:jc w:val="right"/>
      </w:pPr>
      <w:r>
        <w:t>تو اس کا راز کیا ہے؟ انہوں نے سیکنڈ بیسٹ کو نہیں لیا، فرسٹ بیسٹ کے لیے دوڑے۔ اور فرسٹ بیسٹ ملا نہیں تو اس کی پرائز دے رہے ہیں۔</w:t>
      </w:r>
    </w:p>
    <w:p>
      <w:r>
        <w:rPr>
          <w:b/>
        </w:rPr>
        <w:t xml:space="preserve">[03:12] </w:t>
      </w:r>
      <w:r>
        <w:t>dekhiye, India mein azadi ke baad jo constitution bana tha, us mein Kashmir ko special status diya gaya tha.</w:t>
      </w:r>
    </w:p>
    <w:p>
      <w:pPr>
        <w:jc w:val="right"/>
      </w:pPr>
      <w:r>
        <w:t>دیکھیے، انڈیا میں آزادی کے بعد جو کانسٹیٹیوشن بنا تھا، اس میں کشمیر کو اسپیشل اسٹیٹس دیا گیا تھا۔</w:t>
      </w:r>
    </w:p>
    <w:p>
      <w:r>
        <w:rPr>
          <w:b/>
        </w:rPr>
        <w:t xml:space="preserve">[03:22] </w:t>
      </w:r>
      <w:r>
        <w:t>us mein jo provision hai, 370 ka special status, unhone accept nahi kiya. phir Narendra Singh Rao ke zamane mein un ko attorney ki offer di gayi.</w:t>
      </w:r>
    </w:p>
    <w:p>
      <w:pPr>
        <w:jc w:val="right"/>
      </w:pPr>
      <w:r>
        <w:t>اس میں جو پروویژن ہے، 370 کا اسپیشل اسٹیٹس، انہوں نے ایکسیپٹ نہیں کیا۔ پھر نریند سنگھ براؤ کے زمانے میں ان کو اٹارنی کی آفر دی گئی۔</w:t>
      </w:r>
    </w:p>
    <w:p>
      <w:r>
        <w:rPr>
          <w:b/>
        </w:rPr>
        <w:t xml:space="preserve">[03:34] </w:t>
      </w:r>
      <w:r>
        <w:t>attorney. us ko bhi unhone, gladiator ne accept nahi kiya. kyu? un ke mind mein kya basa hua hai?</w:t>
      </w:r>
    </w:p>
    <w:p>
      <w:pPr>
        <w:jc w:val="right"/>
      </w:pPr>
      <w:r>
        <w:t>اٹارنی۔ اس کو بھی انہوں نے، گلیڈیئر نے ایکسیپٹ نہیں کیا۔ کیوں؟ ان کے مائنڈ میں کیا بسا ہوا ہے؟</w:t>
      </w:r>
    </w:p>
    <w:p>
      <w:r>
        <w:rPr>
          <w:b/>
        </w:rPr>
        <w:t xml:space="preserve">[03:43] </w:t>
      </w:r>
      <w:r>
        <w:t>independent Kashmir. ya Pakistani Kashmir. un ke soch ke mutabiq yeh first best hai un ke liye. first best.</w:t>
      </w:r>
    </w:p>
    <w:p>
      <w:pPr>
        <w:jc w:val="right"/>
      </w:pPr>
      <w:r>
        <w:t>انڈیپنڈنٹ کشمیر۔ یا پاکستانی کشمیر۔ ان کے سوچ کے مطابق یہ فرسٹ بیسٹ ہے ان کے لیے۔ فرسٹ بیسٹ۔</w:t>
      </w:r>
    </w:p>
    <w:p>
      <w:r>
        <w:rPr>
          <w:b/>
        </w:rPr>
        <w:t xml:space="preserve">[03:53] </w:t>
      </w:r>
      <w:r>
        <w:t>Kashmir azad country bane, ek azad saltanat bane, ya Pakistan se is ka taluq ho jaye.</w:t>
      </w:r>
    </w:p>
    <w:p>
      <w:pPr>
        <w:jc w:val="right"/>
      </w:pPr>
      <w:r>
        <w:t>کشمیر آزاد کنٹری بنے، ایک آزاد سلطنت بنے، یا پاکستان سے اس کا تعلق ہو جائے۔</w:t>
      </w:r>
    </w:p>
    <w:p>
      <w:r>
        <w:rPr>
          <w:b/>
        </w:rPr>
        <w:t xml:space="preserve">[04:04] </w:t>
      </w:r>
      <w:r>
        <w:t>there is first best according to their own thinking. magar woh possible nahi tha. aur second best to mila hua tha un ko. special status mila hua tha, 370.</w:t>
      </w:r>
    </w:p>
    <w:p>
      <w:pPr>
        <w:jc w:val="right"/>
      </w:pPr>
      <w:r>
        <w:t>دیر از فرسٹ بیسٹ اکارڈنگ ٹو دیر اون تھنکنگ۔ مگر وہ پاسیبل نہیں تھا۔ اور سیکنڈ بیسٹ تو ملا ہوا تھا ان کو۔ اسپیشل اسٹیٹس ملا ہوا تھا، 370۔</w:t>
      </w:r>
    </w:p>
    <w:p>
      <w:r>
        <w:rPr>
          <w:b/>
        </w:rPr>
        <w:t xml:space="preserve">[04:18] </w:t>
      </w:r>
      <w:r>
        <w:t>attorney di ja rahi thi. to jab unhone second best ko nahi liya, to ab to yahi hoga.</w:t>
      </w:r>
    </w:p>
    <w:p>
      <w:pPr>
        <w:jc w:val="right"/>
      </w:pPr>
      <w:r>
        <w:t>اٹارنی دی جا رہی تھی۔ تو جب انہوں نے سیکنڈ بیسٹ کو نہیں لیا، تو اب تو یہی ہوگا۔</w:t>
      </w:r>
    </w:p>
    <w:p>
      <w:r>
        <w:rPr>
          <w:b/>
        </w:rPr>
        <w:t xml:space="preserve">[04:27] </w:t>
      </w:r>
      <w:r>
        <w:t>to jis cheez ko kehte hain ke woh terrorize kiya ja raha hai, woh terrorize karna nahi hai. woh hai apni stupid policy ki price dena.</w:t>
      </w:r>
    </w:p>
    <w:p>
      <w:pPr>
        <w:jc w:val="right"/>
      </w:pPr>
      <w:r>
        <w:t>تو جس چیز کو کہتے ہیں کہ وہ ٹیررائز کیا جا رہا ہے، وہ ٹیررائز کرنا نہیں ہے۔ وہ ہے اپنی اسٹیپڈ پالیسی کی پرائز دینا۔</w:t>
      </w:r>
    </w:p>
    <w:p>
      <w:r>
        <w:rPr>
          <w:b/>
        </w:rPr>
        <w:t xml:space="preserve">[04:40] </w:t>
      </w:r>
      <w:r>
        <w:t>ab aaj dekhiye, aaj ka jo paper hai, woh Urdu paper, us mein ek sahib ki death ki khabar hai.</w:t>
      </w:r>
    </w:p>
    <w:p>
      <w:pPr>
        <w:jc w:val="right"/>
      </w:pPr>
      <w:r>
        <w:t>اب آج دیکھیے، آج کا جو پیپر ہے، وہ اردو پیپر، اس میں ایک صاحب کی ڈیتھ کی خبر ہے۔</w:t>
      </w:r>
    </w:p>
    <w:p>
      <w:r>
        <w:rPr>
          <w:b/>
        </w:rPr>
        <w:t xml:space="preserve">[04:49] </w:t>
      </w:r>
      <w:r>
        <w:t>un ko main pichhle chalis saal se janta tha. woh mujh se chhote the. to aaj padha maine ke un ko 75 years mein, 75 saal ki umar mein un ka intiqal ho gaya.</w:t>
      </w:r>
    </w:p>
    <w:p>
      <w:pPr>
        <w:jc w:val="right"/>
      </w:pPr>
      <w:r>
        <w:t>ان کو میں پچھلے چالیس سال سے جانتا تھا۔ وہ مجھ سے چھوٹے تھے۔ تو آج پڑھا میں نے کہ ان کو 75 ایئرز میں، 75 سال کی عمر میں ان کا انتقال ہو گیا۔</w:t>
      </w:r>
    </w:p>
    <w:p>
      <w:r>
        <w:rPr>
          <w:b/>
        </w:rPr>
        <w:t xml:space="preserve">[05:03] </w:t>
      </w:r>
      <w:r>
        <w:t>woh bahut zahin aadmi the. unhone Aligarh se MA kiya tha. Urdu, Hindi aur English teeno zabanon mein un ko control tha.</w:t>
      </w:r>
    </w:p>
    <w:p>
      <w:pPr>
        <w:jc w:val="right"/>
      </w:pPr>
      <w:r>
        <w:t>وہ بہت ذہین آدمی تھے۔ انہوں نے علی گڑھ سے ایم اے کیا تھا۔ اردو، ہندی اور انگریزی تینوں زبانوں میں ان کو کنٹرول تھا۔</w:t>
      </w:r>
    </w:p>
    <w:p>
      <w:r>
        <w:rPr>
          <w:b/>
        </w:rPr>
        <w:t xml:space="preserve">[05:16] </w:t>
      </w:r>
      <w:r>
        <w:t>lekin woh zindagi mein koi bari kamyabi nahi pa sake. is muddat mein main janta hoon un ko ke kai kaam kiye.</w:t>
      </w:r>
    </w:p>
    <w:p>
      <w:pPr>
        <w:jc w:val="right"/>
      </w:pPr>
      <w:r>
        <w:t>لیکن وہ زندگی میں کوئی بڑی کامیابی نہیں پا سکے۔ اس مدت میں میں جانتا ہوں ان کو کہ کئی کام کیے۔</w:t>
      </w:r>
    </w:p>
    <w:p>
      <w:r>
        <w:rPr>
          <w:b/>
        </w:rPr>
        <w:t xml:space="preserve">[05:25] </w:t>
      </w:r>
      <w:r>
        <w:t>ek kaam kiya chhora, doosra kaam kiya chhora, teesra kaam kiya chhora. kyon? woh jis cheez ko apni first best samajhte thay, woh unhein mila nahi.</w:t>
      </w:r>
    </w:p>
    <w:p>
      <w:pPr>
        <w:jc w:val="right"/>
      </w:pPr>
      <w:r>
        <w:t>ایک کام کیا چھوڑا، دوسرا کام کیا چھوڑا، تیسرا کام کیا چھوڑا۔ کیوں؟ وہ جس چیز کو اپنی فرسٹ بیسٹ سمجھتے تھے، وہ انہیں ملا نہیں۔</w:t>
      </w:r>
    </w:p>
    <w:p>
      <w:r>
        <w:rPr>
          <w:b/>
        </w:rPr>
        <w:t xml:space="preserve">[05:37] </w:t>
      </w:r>
      <w:r>
        <w:t>aur second best par apne aap ko raazi nahi kar sake.</w:t>
      </w:r>
    </w:p>
    <w:p>
      <w:pPr>
        <w:jc w:val="right"/>
      </w:pPr>
      <w:r>
        <w:t>اور سیکنڈ بیسٹ پر اپنے آپ کو راضی نہیں کر سکے۔</w:t>
      </w:r>
    </w:p>
    <w:p>
      <w:r>
        <w:rPr>
          <w:b/>
        </w:rPr>
        <w:t xml:space="preserve">[05:42] </w:t>
      </w:r>
      <w:r>
        <w:t>to yeh anjam hua. yahi muamla poori insani tareekh kar raha hai. yaani muslim, non-muslim ka koi farq nahi hai. har ek jo hai, apne mind ke hisab se ek ek ideal banaye hue hai.</w:t>
      </w:r>
    </w:p>
    <w:p>
      <w:pPr>
        <w:jc w:val="right"/>
      </w:pPr>
      <w:r>
        <w:t>تو یہ انجام ہوا۔ یہی معاملہ پوری انسانی تاریخ کر رہا ہے۔ یعنی مسلم، نان مسلم کا کوئی فرق نہیں ہے۔ ہر ایک جو ہے، اپنے مائنڈ کے حساب سے ایک ایک آئیڈیل بنائے ہوئے ہے۔</w:t>
      </w:r>
    </w:p>
    <w:p>
      <w:r>
        <w:rPr>
          <w:b/>
        </w:rPr>
        <w:t xml:space="preserve">[05:57] </w:t>
      </w:r>
      <w:r>
        <w:t>woh is ke liye first best hai. to usi waqt, ain usi waqt is ke liye second best mila hua hota hai. lekin us ko accept nahi kar pata.</w:t>
      </w:r>
    </w:p>
    <w:p>
      <w:pPr>
        <w:jc w:val="right"/>
      </w:pPr>
      <w:r>
        <w:t>وہ اس کے لیے فرسٹ بیسٹ ہے۔ تو اسی وقت، عین اسی وقت اس کے لیے سیکنڈ بیسٹ ملا ہوا ہوتا ہے۔ لیکن اس کو ایکسیپٹ نہیں کر پاتا۔</w:t>
      </w:r>
    </w:p>
    <w:p>
      <w:r>
        <w:rPr>
          <w:b/>
        </w:rPr>
        <w:t xml:space="preserve">[06:10] </w:t>
      </w:r>
      <w:r>
        <w:t>natija kya hota hai? hamesha pareshan. hamesha despair mein jeeta hai. jaise misaal ke taur par India mein Lord Curzon thay, viceroy thay India ke.</w:t>
      </w:r>
    </w:p>
    <w:p>
      <w:pPr>
        <w:jc w:val="right"/>
      </w:pPr>
      <w:r>
        <w:t>نتیجہ کیا ہوتا ہے؟ ہمیشہ پریشان۔ ہمیشہ ڈسپیئر میں جیتا ہے۔ جیسے مثال کے طور پر انڈیا میں لارڈ کرزن تھے، وائس رائے تھے انڈیا کے۔</w:t>
      </w:r>
    </w:p>
    <w:p>
      <w:r>
        <w:rPr>
          <w:b/>
        </w:rPr>
        <w:t xml:space="preserve">[06:22] </w:t>
      </w:r>
      <w:r>
        <w:t>bahut hi qabil angrez tha woh. Lord Curzon. woh mara kis mein? frustration mein.</w:t>
      </w:r>
    </w:p>
    <w:p>
      <w:pPr>
        <w:jc w:val="right"/>
      </w:pPr>
      <w:r>
        <w:t>بہت ہی قابل انگریز تھا وہ۔ لارڈ کرزن۔ وہ مرا کس میں؟ فرسٹریشن میں۔</w:t>
      </w:r>
    </w:p>
    <w:p>
      <w:r>
        <w:rPr>
          <w:b/>
        </w:rPr>
        <w:t xml:space="preserve">[06:33] </w:t>
      </w:r>
      <w:r>
        <w:t>bahut zyada frustration mein mara woh. kyon? yaani viceroy thay, tab bhi baray frustration mein. kyunke jab yahan se gaye woh, London wapas, to un ka yeh samajhna tha ke main England ka sab se bara,</w:t>
      </w:r>
    </w:p>
    <w:p>
      <w:pPr>
        <w:jc w:val="right"/>
      </w:pPr>
      <w:r>
        <w:t>بہت زیادہ فرسٹریشن میں مرا وہ۔ کیوں؟ یعنی وائس رائے تھے، تب بھی بڑے فرسٹریشن میں۔ کیونکہ جب یہاں سے گئے وہ، لندن واپس، تو ان کا یہ سمجھنا تھا کہ میں انگلینڈ کا سب سے بڑا،</w:t>
      </w:r>
    </w:p>
    <w:p>
      <w:r>
        <w:rPr>
          <w:b/>
        </w:rPr>
        <w:t xml:space="preserve">[06:47] </w:t>
      </w:r>
      <w:r>
        <w:t>bahut bara brilliant aadmi hoon. mujhe prime minister hona chahiye. to prime minister nahi banaye gaye, British Empire ke woh.</w:t>
      </w:r>
    </w:p>
    <w:p>
      <w:pPr>
        <w:jc w:val="right"/>
      </w:pPr>
      <w:r>
        <w:t>بہت بڑا بریلینٹ آدمی ہوں۔ مجھے پرائم منسٹر ہونا چاہیے۔ تو پرائم منسٹر نہیں بنائے گئے، برٹش ایمپائر کے وہ۔</w:t>
      </w:r>
    </w:p>
    <w:p>
      <w:r>
        <w:rPr>
          <w:b/>
        </w:rPr>
        <w:t xml:space="preserve">[06:58] </w:t>
      </w:r>
      <w:r>
        <w:t>to un ko frustration ho gaya. un ke liye second, un ke liye first best kya tha? un ki apni samajh se. ke prime minister of British Empire bane woh.</w:t>
      </w:r>
    </w:p>
    <w:p>
      <w:pPr>
        <w:jc w:val="right"/>
      </w:pPr>
      <w:r>
        <w:t>تو ان کو فرسٹریشن ہو گیا۔ ان کے لیے سیکنڈ، ان کے لیے فرسٹ بیسٹ کیا تھا؟ ان کی اپنی سمجھ سے۔ کہ پرائم منسٹر آف برٹش ایمپائر بنے وہ۔</w:t>
      </w:r>
    </w:p>
    <w:p>
      <w:r>
        <w:rPr>
          <w:b/>
        </w:rPr>
        <w:t xml:space="preserve">[07:07] </w:t>
      </w:r>
      <w:r>
        <w:t>woh nahi mila. to second best to mila hua tha. us par raazi nahi hue woh. yeh kahani sab ki hai, sab ki hai, sab ki hai, sab ki hai.</w:t>
      </w:r>
    </w:p>
    <w:p>
      <w:pPr>
        <w:jc w:val="right"/>
      </w:pPr>
      <w:r>
        <w:t>وہ نہیں ملا۔ تو سیکنڈ بیسٹ تو ملا ہوا تھا۔ اس پر راضی نہیں ہوئے وہ۔ یہ کہانی سب کی ہے، سب کی ہے، سب کی ہے، سب کی ہے۔</w:t>
      </w:r>
    </w:p>
    <w:p>
      <w:r>
        <w:rPr>
          <w:b/>
        </w:rPr>
        <w:t xml:space="preserve">[07:19] </w:t>
      </w:r>
      <w:r>
        <w:t>aur main arz karoon, dekhiye, yeh kahani shuru ho rahi hai pehle insan se. Hazrat Adam se shuru ho rahi hai. is ko ghor se Sochiye.</w:t>
      </w:r>
    </w:p>
    <w:p>
      <w:pPr>
        <w:jc w:val="right"/>
      </w:pPr>
      <w:r>
        <w:t>اور میں عرض کروں، دیکھیے، یہ کہانی شروع ہو رہی ہے پہلے انسان سے۔ حضرت آدم سے شروع ہو رہی ہے۔ اس کو غور سے سوچیے۔</w:t>
      </w:r>
    </w:p>
    <w:p>
      <w:r>
        <w:rPr>
          <w:b/>
        </w:rPr>
        <w:t xml:space="preserve">[07:29] </w:t>
      </w:r>
      <w:r>
        <w:t>ke first best ka option hi aap ke liye nahi hai is dunya mein. first best, agar chahenge lena, kya hai?</w:t>
      </w:r>
    </w:p>
    <w:p>
      <w:pPr>
        <w:jc w:val="right"/>
      </w:pPr>
      <w:r>
        <w:t>کہ فرسٹ بیسٹ کا آپشن ہی آپ کے لیے نہیں ہے اس دنیا میں۔ فرسٹ بیسٹ، اگر چاہیں گے لینا، کیا ہے؟</w:t>
      </w:r>
    </w:p>
    <w:p>
      <w:r>
        <w:rPr>
          <w:b/>
        </w:rPr>
        <w:t xml:space="preserve">[07:38] </w:t>
      </w:r>
      <w:r>
        <w:t>tabahi. Hazrat Adam ko rakha gaya tha jannat mein, jaisa ke aap jante hain. to use kaha gaya ke jannat mein tum aaram se raho.</w:t>
      </w:r>
    </w:p>
    <w:p>
      <w:pPr>
        <w:jc w:val="right"/>
      </w:pPr>
      <w:r>
        <w:t>تباہی۔ حضرت آدم کو رکھا گیا تھا جنت میں، جیسا کہ آپ جانتے ہیں۔ تو اسے کہا گیا کہ جنت میں تم آرام سے رہو۔</w:t>
      </w:r>
    </w:p>
    <w:p>
      <w:r>
        <w:rPr>
          <w:b/>
        </w:rPr>
        <w:t xml:space="preserve">[07:48] </w:t>
      </w:r>
      <w:r>
        <w:t>lekin yeh ek corner hai. is mein tumhein nahi jana hai. ek five forbidden corner tha wahan par. bas is ko chhod kar ke tumhein baqi azadi hai.</w:t>
      </w:r>
    </w:p>
    <w:p>
      <w:pPr>
        <w:jc w:val="right"/>
      </w:pPr>
      <w:r>
        <w:t>لیکن یہ ایک کارنر ہے۔ اس میں تمہیں نہیں جانا ہے۔ ایک فائیو برڈن کارنر تھا وہاں پر۔ بس اس کو چھوڑ کر کے تمہیں باقی آزادی ہے۔</w:t>
      </w:r>
    </w:p>
    <w:p>
      <w:r>
        <w:rPr>
          <w:b/>
        </w:rPr>
        <w:t xml:space="preserve">[08:00] </w:t>
      </w:r>
      <w:r>
        <w:t>to un ko yeh laga ke yeh mere second best hai yeh. yeh lafz woh nahi bolay thay, lekin main keh raha hoon ab apni zuban mein, ke first best yeh tha ke sari jannat un ke liye khuli hui ho.</w:t>
      </w:r>
    </w:p>
    <w:p>
      <w:pPr>
        <w:jc w:val="right"/>
      </w:pPr>
      <w:r>
        <w:t>تو ان کو یہ لگا کہ یہ میرے سیکنڈ بیسٹ ہے یہ۔ یہ لفظ وہ نہیں بولے تھے، لیکن میں کہہ رہا ہوں اب اپنی زبان میں، کہ فرسٹ بیسٹ یہ تھا کہ ساری جنت ان کے لیے کھلی ہوئی ہو۔</w:t>
      </w:r>
    </w:p>
    <w:p>
      <w:r>
        <w:rPr>
          <w:b/>
        </w:rPr>
        <w:t xml:space="preserve">[08:15] </w:t>
      </w:r>
      <w:r>
        <w:t>woh jo five forbidden corner jo hai, woh woh woh bhi khol diya jaye.</w:t>
      </w:r>
    </w:p>
    <w:p>
      <w:pPr>
        <w:jc w:val="right"/>
      </w:pPr>
      <w:r>
        <w:t>وہ جو فائیو برڈن کارنر جو ہے، وہ وہ وہ بھی کھول دیا جائے۔</w:t>
      </w:r>
    </w:p>
    <w:p>
      <w:r>
        <w:rPr>
          <w:b/>
        </w:rPr>
        <w:t xml:space="preserve">[08:22] </w:t>
      </w:r>
      <w:r>
        <w:t>to us ke chakkar mein kya hua? ke jannati se nikal diye gaye woh.</w:t>
      </w:r>
    </w:p>
    <w:p>
      <w:pPr>
        <w:jc w:val="right"/>
      </w:pPr>
      <w:r>
        <w:t>تو اس کے چکر میں کیا ہوا؟ کہ جنتی سے نکال دیے گئے وہ۔</w:t>
      </w:r>
    </w:p>
    <w:p>
      <w:r>
        <w:rPr>
          <w:b/>
        </w:rPr>
        <w:t xml:space="preserve">[08:29] </w:t>
      </w:r>
      <w:r>
        <w:t>to poori tareekh mein yahi hota hai. Alexander yeh itna bara mana jata hai, conqueror. yaani woh Greece se chal kar Sindh tak pohancha.</w:t>
      </w:r>
    </w:p>
    <w:p>
      <w:pPr>
        <w:jc w:val="right"/>
      </w:pPr>
      <w:r>
        <w:t>تو پوری تاریخ میں یہی ہوتا ہے۔ الیگزینڈر یہ اتنا بڑا مانا جاتا ہے، کانکرر۔ یعنی وہ گریس سے چل کر سندھ تک پہنچا۔</w:t>
      </w:r>
    </w:p>
    <w:p>
      <w:r>
        <w:rPr>
          <w:b/>
        </w:rPr>
        <w:t xml:space="preserve">[08:41] </w:t>
      </w:r>
      <w:r>
        <w:t>woh bhi first best mein mara woh. itnay baray area ko is ne fateh kiya tab bhi. kyon? us ke mind mein tha ke main sari dunya ko mujhe fateh karna hai.</w:t>
      </w:r>
    </w:p>
    <w:p>
      <w:pPr>
        <w:jc w:val="right"/>
      </w:pPr>
      <w:r>
        <w:t>وہ بھی فرسٹ بیسٹ میں مرا وہ۔ اتنے بڑے ایریا کو اس نے فتح کیا تب بھی۔ کیوں؟ اس کے مائنڈ میں تھا کہ میں ساری دنیا کو مجھے فتح کرنا ہے۔</w:t>
      </w:r>
    </w:p>
    <w:p>
      <w:r>
        <w:rPr>
          <w:b/>
        </w:rPr>
        <w:t xml:space="preserve">[08:51] </w:t>
      </w:r>
      <w:r>
        <w:t>sari dunya par mujhe apna empire qaim karna hai. to woh nahi qaim hua. kyunke us ke jo fauji thay, unhon ne inkar kar diya aagay barhnay se. to jis ko dekhiye, jis ko dekhiye, jis ko dekhiye.</w:t>
      </w:r>
    </w:p>
    <w:p>
      <w:pPr>
        <w:jc w:val="right"/>
      </w:pPr>
      <w:r>
        <w:t>ساری دنیا پر مجھے اپنا ایمپائر قائم کرنا ہے۔ تو وہ نہیں قائم ہوا۔ کیونکہ اس کے جو فوجی تھے، انہوں نے انکار کر دیا آگے بڑھنے سے۔ تو جس کو دیکھیے، جس کو دیکھیے، جس کو دیکھیے۔</w:t>
      </w:r>
    </w:p>
    <w:p>
      <w:r>
        <w:rPr>
          <w:b/>
        </w:rPr>
        <w:t xml:space="preserve">[09:06] </w:t>
      </w:r>
      <w:r>
        <w:t>first best ko apna ideal banaya hua hai. aur second best mil raha hai, us ko leta nahi hai. isi mein woh.</w:t>
      </w:r>
    </w:p>
    <w:p>
      <w:pPr>
        <w:jc w:val="right"/>
      </w:pPr>
      <w:r>
        <w:t>فرسٹ بیسٹ کو اپنا آئیڈیل بنایا ہوا ہے۔ اور سیکنڈ بیسٹ مل رہا ہے، اس کو لیتا نہیں ہے۔ اسی میں وہ۔</w:t>
      </w:r>
    </w:p>
    <w:p>
      <w:r>
        <w:rPr>
          <w:b/>
        </w:rPr>
        <w:t xml:space="preserve">[09:18] </w:t>
      </w:r>
      <w:r>
        <w:t>har aadmi kyon marta hai? yaani aap jis ko bhi dekhiye, woh rahega despair mein, frustration mein, negativity mein. kyon? us ko mila nahi jo chahta tha woh.</w:t>
      </w:r>
    </w:p>
    <w:p>
      <w:pPr>
        <w:jc w:val="right"/>
      </w:pPr>
      <w:r>
        <w:t>ہر آدمی کیوں مرتا ہے؟ یعنی آپ جس کو بھی دیکھیے، وہ رہے گا ڈسپیئر میں، فرسٹریشن میں، نیگیٹیوٹی میں۔ کیوں؟ اس کو ملا نہیں جو چاہتا تھا وہ۔</w:t>
      </w:r>
    </w:p>
    <w:p>
      <w:r>
        <w:rPr>
          <w:b/>
        </w:rPr>
        <w:t xml:space="preserve">[09:30] </w:t>
      </w:r>
      <w:r>
        <w:t>jo chahta tha, us ko mila nahi. main aik martaba gaya, main wahan aik Arab country mein, to wahan aik Muslim naujawan rehtay thay.</w:t>
      </w:r>
    </w:p>
    <w:p>
      <w:pPr>
        <w:jc w:val="right"/>
      </w:pPr>
      <w:r>
        <w:t>جو چاہتا تھا، اس کو ملا نہیں۔ میں ایک مرتبہ گیا، میں وہاں ایک عرب کنٹری میں، تو وہاں ایک مسلم نوجوان رہتے تھے۔</w:t>
      </w:r>
    </w:p>
    <w:p>
      <w:r>
        <w:rPr>
          <w:b/>
        </w:rPr>
        <w:t xml:space="preserve">[09:42] </w:t>
      </w:r>
      <w:r>
        <w:t>woh bahut, yaani, mayoosi mein rehtay thay. halankay wahan un ko aik job mila hua tha, acha job. to main ne kaha, aap aakhir, main ne un se poocha, ke aap Arab mein hain, acha paisa milta hai, achay ghar mein rehtay hain, car aap ke paas, mayoosi ki baat kya hai?</w:t>
      </w:r>
    </w:p>
    <w:p>
      <w:pPr>
        <w:jc w:val="right"/>
      </w:pPr>
      <w:r>
        <w:t>وہ بہت، یعنی، مایوسی میں رہتے تھے۔ حالانکہ وہاں ان کو ایک جاب ملا ہوا تھا، اچھا جاب۔ تو میں نے کہا، آپ آخر، میں نے ان سے پوچھا، کہ آپ عرب میں ہیں، اچھا پیسہ ملتا ہے، اچھے گھر میں رہتے ہیں، کار آپ کے پاس، مایوسی کی بات کیا ہے؟</w:t>
      </w:r>
    </w:p>
    <w:p>
      <w:r>
        <w:rPr>
          <w:b/>
        </w:rPr>
        <w:t xml:space="preserve">[10:00] </w:t>
      </w:r>
      <w:r>
        <w:t>to unhon ne, mere khayal, shabd yaad nahin hain mujhe, aisa kuch kaha unhon ne, ke yeh kya, mujhe to woh milna chahiye, falan cheez.</w:t>
      </w:r>
    </w:p>
    <w:p>
      <w:pPr>
        <w:jc w:val="right"/>
      </w:pPr>
      <w:r>
        <w:t>تو انہوں نے، میرے خیال، शब्द یاد نہیں ہیں مجھے، ایسا کچھ کہا انہوں نے، کہ یہ کیا، مجھے تو وہ ملنا چاہیے، فلاں چیز۔</w:t>
      </w:r>
    </w:p>
    <w:p>
      <w:r>
        <w:rPr>
          <w:b/>
        </w:rPr>
        <w:t xml:space="preserve">[10:09] </w:t>
      </w:r>
      <w:r>
        <w:t>ab falan cheez un ka first best thi. woh nahin mili, to second best mila hua tha. to woh to raazi nahin hui hai. ek ek individual aur ek ek nation, ek ek group, sab ka maamla yahi hai ke aap ko sirf second best mil sakta hai, yaad rakhiye, is duniya mein.</w:t>
      </w:r>
    </w:p>
    <w:p>
      <w:pPr>
        <w:jc w:val="right"/>
      </w:pPr>
      <w:r>
        <w:t>اب فلاں چیز ان کا فرسٹ بیسٹ تھی۔ وہ نہیں ملی، تو سیکنڈ بیسٹ ملا ہوا تھا۔ تو وہ تو راضی نہیں ہوئی ہے۔ ایک ایک انڈیویجول اور ایک ایک نیشن، ایک ایک گروپ، سب کا معاملہ یہی ہے کہ آپ کو صرف سیکنڈ بیسٹ مل سکتا ہے، یاد رکھیے، اس دنیا میں۔</w:t>
      </w:r>
    </w:p>
    <w:p>
      <w:r>
        <w:rPr>
          <w:b/>
        </w:rPr>
        <w:t xml:space="preserve">[10:27] </w:t>
      </w:r>
      <w:r>
        <w:t>first best to jannat mein milega, aakhirat mein milega. yahan kahan first best mil sakta hai kisi ko?</w:t>
      </w:r>
    </w:p>
    <w:p>
      <w:pPr>
        <w:jc w:val="right"/>
      </w:pPr>
      <w:r>
        <w:t>فرسٹ بیسٹ تو جنت میں ملے گا، آخرت میں ملے گا۔ یہاں کہاں فرسٹ بیسٹ مل سکتا ہے کسی کو؟</w:t>
      </w:r>
    </w:p>
    <w:p>
      <w:r>
        <w:rPr>
          <w:b/>
        </w:rPr>
        <w:t xml:space="preserve">[10:36] </w:t>
      </w:r>
      <w:r>
        <w:t>abhi dekhiye, main falasteen ke ek leader sahab se meri baat cheet hui. falasteen ke kuch leaderon se.</w:t>
      </w:r>
    </w:p>
    <w:p>
      <w:pPr>
        <w:jc w:val="right"/>
      </w:pPr>
      <w:r>
        <w:t>ابھی دیکھیے، میں فلسطین کے ایک لیڈر صاحب سے میری بات چیت ہوئی۔ فلسطین کے کچھ لیڈروں سے۔</w:t>
      </w:r>
    </w:p>
    <w:p>
      <w:r>
        <w:rPr>
          <w:b/>
        </w:rPr>
        <w:t xml:space="preserve">[10:48] </w:t>
      </w:r>
      <w:r>
        <w:t>jaldi ki baat hai. to aap jaante hain ke saari muslim duniya ka number one problem jo hai, woh falasteen hai.</w:t>
      </w:r>
    </w:p>
    <w:p>
      <w:pPr>
        <w:jc w:val="right"/>
      </w:pPr>
      <w:r>
        <w:t>جلدی کی بات ہے۔ تو آپ جانتے ہیں کہ ساری مسلم دنیا کا نمبر ون پرابلم جو ہے، وہ فلسطین ہے۔</w:t>
      </w:r>
    </w:p>
    <w:p>
      <w:r>
        <w:rPr>
          <w:b/>
        </w:rPr>
        <w:t xml:space="preserve">[10:59] </w:t>
      </w:r>
      <w:r>
        <w:t>israel aur falasteen ka jhagda jo hai. to maine un se kaha ke dekhiye, main wahan gaya tha, israel, wahan jo president hai, sheikh moon prey, us se meri baat cheet hui.</w:t>
      </w:r>
    </w:p>
    <w:p>
      <w:pPr>
        <w:jc w:val="right"/>
      </w:pPr>
      <w:r>
        <w:t>اسرائیل اور فلسطین کا جھگڑا جو ہے۔ تو میں نے ان سے کہا کہ دیکھیے، میں وہاں گیا تھا، اسرائیل، وہاں جو پریزیڈنٹ ہے، شیخ مون پری، اس سے میری بات چیت ہوئی۔</w:t>
      </w:r>
    </w:p>
    <w:p>
      <w:r>
        <w:rPr>
          <w:b/>
        </w:rPr>
        <w:t xml:space="preserve">[11:12] </w:t>
      </w:r>
      <w:r>
        <w:t>unhon ne kaha ke hum, maine un se kaha ke aap 67 war thi, to aap ko jitna mila tha us zamane mein, woh to aap ek legitimate israel mein maanta hoon us ko.</w:t>
      </w:r>
    </w:p>
    <w:p>
      <w:pPr>
        <w:jc w:val="right"/>
      </w:pPr>
      <w:r>
        <w:t>انہوں نے کہا کہ ہم، میں نے ان سے کہا کہ آپ 67 وار تھی، تو آپ کو جتنا ملا تھا اس زمانے میں، وہ تو آپ ایک لیجیٹیمیٹ اسرائیل میں مانتا ہوں اس کو۔</w:t>
      </w:r>
    </w:p>
    <w:p>
      <w:r>
        <w:rPr>
          <w:b/>
        </w:rPr>
        <w:t xml:space="preserve">[11:26] </w:t>
      </w:r>
      <w:r>
        <w:t>kyun ke bal four commission ne aap ko jo diya tha, roughly half of the falasteen, woh us ko main legitimate israel maanta hoon.</w:t>
      </w:r>
    </w:p>
    <w:p>
      <w:pPr>
        <w:jc w:val="right"/>
      </w:pPr>
      <w:r>
        <w:t>کیونکہ بال فور کمیشن نے آپ کو جو دیا تھا، رفلی ہاف آف دا فلسطین، وہ اس کو میں لیجیٹیمیٹ اسرائیل مانتا ہوں۔</w:t>
      </w:r>
    </w:p>
    <w:p>
      <w:r>
        <w:rPr>
          <w:b/>
        </w:rPr>
        <w:t xml:space="preserve">[11:35] </w:t>
      </w:r>
      <w:r>
        <w:t>lekin 67 war ke baad jo aap barh gaye aage, woh woh aap ka hissa nahin hai, woh occupied hai woh. to us ko aap chhodie.</w:t>
      </w:r>
    </w:p>
    <w:p>
      <w:pPr>
        <w:jc w:val="right"/>
      </w:pPr>
      <w:r>
        <w:t>لیکن 67 وار کے بعد جو آپ بڑھ گئے آگے، وہ وہ آپ کا حصہ نہیں ہے، وہ اکوپائیڈ ہے وہ۔ تو اس کو آپ چھوڑیے۔</w:t>
      </w:r>
    </w:p>
    <w:p>
      <w:r>
        <w:rPr>
          <w:b/>
        </w:rPr>
        <w:t xml:space="preserve">[11:47] </w:t>
      </w:r>
      <w:r>
        <w:t>to unhon ne meri logic ko maana. unhon ne kaha hum chhodne ke liye tayyar hain. hamari poori leadership chhodne ke liye tayyar hai. lekin, lekin ek kuch, hamein bhi to koi harkat condition lagane ka,</w:t>
      </w:r>
    </w:p>
    <w:p>
      <w:pPr>
        <w:jc w:val="right"/>
      </w:pPr>
      <w:r>
        <w:t>تو انہوں نے میری لاجک کو مانا۔ انہوں نے کہا ہم چھوڑنے کے لیے تیار ہیں۔ ہماری پوری لیڈرشپ چھوڑنے کے لیے تیار ہے۔ لیکن، لیکن ایک کچھ، ہمیں بھی تو کوئی حرکت کنڈیشن لگانے کا،</w:t>
      </w:r>
    </w:p>
    <w:p>
      <w:r>
        <w:rPr>
          <w:b/>
        </w:rPr>
        <w:t xml:space="preserve">[12:02] </w:t>
      </w:r>
      <w:r>
        <w:t>woh ek, woh violence khatm karen. yaani palestinian agar violence khatm karen, bre militancy khatm karen, bombarda khatm karen, to hum 67 ki hadd par wapas jaane ke liye tayyar hain.</w:t>
      </w:r>
    </w:p>
    <w:p>
      <w:pPr>
        <w:jc w:val="right"/>
      </w:pPr>
      <w:r>
        <w:t>وہ ایک، وہ وائلنس ختم کریں۔ یعنی فلسطینین اگر وائلنس ختم کریں، بری ملٹنسی ختم کریں، بمبارڈا ختم کریں، تو ہم 67 کی حد پر واپس جانے کے لیے تیار ہیں۔</w:t>
      </w:r>
    </w:p>
    <w:p>
      <w:r>
        <w:rPr>
          <w:b/>
        </w:rPr>
        <w:t xml:space="preserve">[12:17] </w:t>
      </w:r>
      <w:r>
        <w:t>to yeh maine kaha un se, falasteen ke leader sahab se, ke aap log kyun ladai bhadai ki hui hain? ladai bhadai chhodie, aur aap ko mil jayega sab kuch.</w:t>
      </w:r>
    </w:p>
    <w:p>
      <w:pPr>
        <w:jc w:val="right"/>
      </w:pPr>
      <w:r>
        <w:t>تو یہ میں نے کہا ان سے، فلسطین کے لیڈر صاحب سے، کہ آپ لوگ کیوں لڑائی بھڑائی کی ہوئی ہیں؟ لڑائی بھڑائی چھوڑیے، اور آپ کو مل جائے گا سب کچھ۔</w:t>
      </w:r>
    </w:p>
    <w:p>
      <w:r>
        <w:rPr>
          <w:b/>
        </w:rPr>
        <w:t xml:space="preserve">[12:32] </w:t>
      </w:r>
      <w:r>
        <w:t>to woh kya kehte hain? nahin nahin, woh 92 feesad de rahe hain sirf. 100 feesad kahan de rahe hain? yaani unhon ne hisaab lagaya ke kuch areas jo bohat hi strategic hain israel ke liye,</w:t>
      </w:r>
    </w:p>
    <w:p>
      <w:pPr>
        <w:jc w:val="right"/>
      </w:pPr>
      <w:r>
        <w:t>تو وہ کیا کہتے ہیں؟ نہیں نہیں، وہ 92 فیصد دے رہے ہیں صرف۔ 100 فیصد کہاں دے رہے ہیں؟ یعنی انہوں نے حساب لگایا کہ کچھ ایریاز جو بہت ہی اسٹریٹیجک ہیں اسرائیل کے لیے،</w:t>
      </w:r>
    </w:p>
    <w:p>
      <w:r>
        <w:rPr>
          <w:b/>
        </w:rPr>
        <w:t xml:space="preserve">[12:47] </w:t>
      </w:r>
      <w:r>
        <w:t>us ne yeh kaha ke main us ko hum apne qabze mein rakhenge. baqi sab de denge. to woh banta hai 92 feesad. to unhon ne kaha ke woh hamein de rahe hain 92 feesad, sab kahan de rahe hain?</w:t>
      </w:r>
    </w:p>
    <w:p>
      <w:pPr>
        <w:jc w:val="right"/>
      </w:pPr>
      <w:r>
        <w:t>اس نے یہ کہا کہ میں اس کو ہم اپنے قبضے میں رکھیں گے۔ باقی سب دے دیں گے۔ تو وہ بنتا ہے 92 فیصد۔ تو انہوں نے کہا کہ وہ ہمیں دے رہے ہیں 92 فیصد، سب کہاں دے رہے ہیں؟</w:t>
      </w:r>
    </w:p>
    <w:p>
      <w:r>
        <w:rPr>
          <w:b/>
        </w:rPr>
        <w:t xml:space="preserve">[13:01] </w:t>
      </w:r>
      <w:r>
        <w:t>to maine kaha 92 feesad kam, kya kam kiya hai? 92 feesad bohat hai, abhi to aap ke paas kuch bhi nahin hai. kaha nahin nahin, hum poora lenge, kaise de denge, woh hum poora le kar rahenge un se.</w:t>
      </w:r>
    </w:p>
    <w:p>
      <w:pPr>
        <w:jc w:val="right"/>
      </w:pPr>
      <w:r>
        <w:t>تو میں نے کہا 92 فیصد کم، کیا کم کیا ہے؟ 92 فیصد بہت ہے، ابھی تو آپ کے پاس کچھ بھی نہیں ہے۔ کہا نہیں نہیں، ہم پورا لیں گے، کیسے دے دیں گے، وہ ہم پورا لے کر رہیں گے ان سے۔</w:t>
      </w:r>
    </w:p>
    <w:p>
      <w:r>
        <w:rPr>
          <w:b/>
        </w:rPr>
        <w:t xml:space="preserve">[13:12] </w:t>
      </w:r>
      <w:r>
        <w:t>ab yahan pe dekhiye, 92 feesad jo hai, woh un ke liye second best tha. first best jo un ke mind mein basa hua hai, 100 feesad.</w:t>
      </w:r>
    </w:p>
    <w:p>
      <w:pPr>
        <w:jc w:val="right"/>
      </w:pPr>
      <w:r>
        <w:t>اب یہاں پہ دیکھیے، 92 فیصد جو ہے، وہ ان کے لیے سیکنڈ بیسٹ تھا۔ فرسٹ بیسٹ جو ان کے مائنڈ میں بسا ہوا ہے، 100 فیصد۔</w:t>
      </w:r>
    </w:p>
    <w:p>
      <w:r>
        <w:rPr>
          <w:b/>
        </w:rPr>
        <w:t xml:space="preserve">[13:25] </w:t>
      </w:r>
      <w:r>
        <w:t>100 feesad. phir maine un se kaha ke main gaya tha israel, to wahan par conference thi, us conference mein unhon ne bohat se palestinian ko bhi bulaya tha.</w:t>
      </w:r>
    </w:p>
    <w:p>
      <w:pPr>
        <w:jc w:val="right"/>
      </w:pPr>
      <w:r>
        <w:t>100 فیصد۔ پھر میں نے ان سے کہا کہ میں گیا تھا اسرائیل، تو وہاں پر کانفرنس تھی، اس کانفرنس میں انہوں نے بہت سے فلسطینین کو بھی بلایا تھا۔</w:t>
      </w:r>
    </w:p>
    <w:p>
      <w:r>
        <w:rPr>
          <w:b/>
        </w:rPr>
        <w:t xml:space="preserve">[13:40] </w:t>
      </w:r>
      <w:r>
        <w:t>yaani arbon ko, bohat se arab ladke aur ladkiyan. mere saath aur bhi kai log the, maslan, mr rajat balotra bhi saath the hamare. unhon ne dekha ke arab ladke aur ladkiyan khoob fluently english bol rahe the woh.</w:t>
      </w:r>
    </w:p>
    <w:p>
      <w:pPr>
        <w:jc w:val="right"/>
      </w:pPr>
      <w:r>
        <w:t>یعنی عربوں کو، بہت سے عرب لڑکے اور لڑکیاں۔ میرے ساتھ اور بھی کئی لوگ تھے، مثلاً مسٹر رجت بلوترا بھی ساتھ تھے ہمارے۔ انہوں نے دیکھا کہ عرب لڑکے اور لڑکیاں خوب فلوئنٹلی انگلش بول رہے تھے وہ۔</w:t>
      </w:r>
    </w:p>
    <w:p>
      <w:r>
        <w:rPr>
          <w:b/>
        </w:rPr>
        <w:t xml:space="preserve">[13:54] </w:t>
      </w:r>
      <w:r>
        <w:t>to maine kaha bhai yeh, yeh un ki taleem, itni achhi taleem un ki ho rahi hai, agarche saari duniya mein jo image hai ke falasteen mein zulm hi zulm ho raha hai khali.</w:t>
      </w:r>
    </w:p>
    <w:p>
      <w:pPr>
        <w:jc w:val="right"/>
      </w:pPr>
      <w:r>
        <w:t>تو میں نے کہا بھئی یہ، یہ ان کی تعلیم، اتنی اچھی تعلیم ان کی ہو رہی ہے، اگرچہ ساری دنیا میں جو امیج ہے کہ فلسطین میں ظلم ہی ظلم ہو رہا ہے خالی۔</w:t>
      </w:r>
    </w:p>
    <w:p>
      <w:r>
        <w:rPr>
          <w:b/>
        </w:rPr>
        <w:t xml:space="preserve">[14:04] </w:t>
      </w:r>
      <w:r>
        <w:t>to maine un se yeh kaha, woh leader sahab se, ke main wahan gaya, wahan maine dekha ke arab ladke aur ladkiyan fluently angrezi bol rahe hain, jis maani ke achhi education ka wahan intezaam hai.</w:t>
      </w:r>
    </w:p>
    <w:p>
      <w:pPr>
        <w:jc w:val="right"/>
      </w:pPr>
      <w:r>
        <w:t>تو میں نے ان سے یہ کہا، وہ لیڈر صاحب سے، کہ میں وہاں گیا، وہاں میں نے دیکھا کہ عرب لڑکے اور لڑکیاں فلوئنٹلی انگریزی بول رہے ہیں، جس معنی کہ اچھی ایجوکیشن کا وہاں انتظام ہے۔</w:t>
      </w:r>
    </w:p>
    <w:p>
      <w:r>
        <w:rPr>
          <w:b/>
        </w:rPr>
        <w:t xml:space="preserve">[14:17] </w:t>
      </w:r>
      <w:r>
        <w:t>to woh kya kehte hain? nahin, woh to us ke, israel mein jo bas rahe hain arab, un ke ladke honge woh. woh gaza ke ladke nahin honge woh.</w:t>
      </w:r>
    </w:p>
    <w:p>
      <w:pPr>
        <w:jc w:val="right"/>
      </w:pPr>
      <w:r>
        <w:t>تو وہ کیا کہتے ہیں؟ نہیں، وہ تو اس کے، اسرائیل میں جو بس رہے ہیں عرب، ان کے لڑکے ہوں گے وہ۔ وہ غزہ کے لڑکے نہیں ہوں گے وہ۔</w:t>
      </w:r>
    </w:p>
    <w:p>
      <w:r>
        <w:rPr>
          <w:b/>
        </w:rPr>
        <w:t xml:space="preserve">[14:29] </w:t>
      </w:r>
      <w:r>
        <w:t>to maine kaha ke theek hai, israel ko accept kar ke jo arab reh rahe hain, un ko itni achhi education mil rahi hai, to aap bhi accept kar lijie. kya museebat kya aap ko hai?</w:t>
      </w:r>
    </w:p>
    <w:p>
      <w:pPr>
        <w:jc w:val="right"/>
      </w:pPr>
      <w:r>
        <w:t>تو میں نے کہا کہ ٹھیک ہے، اسرائیل کو ایکسیپٹ کر کے جو عرب رہ رہے ہیں، ان کو اتنی اچھی ایجوکیشن مل رہی ہے، تو آپ بھی ایکسیپٹ کر لیجیے۔ کیا مصیبت کیا آپ کو ہے؟</w:t>
      </w:r>
    </w:p>
    <w:p>
      <w:r>
        <w:rPr>
          <w:b/>
        </w:rPr>
        <w:t xml:space="preserve">[14:42] </w:t>
      </w:r>
      <w:r>
        <w:t>jo arab, ghaliban 20 feesad arab abhi bhi, yaani israel ki abadi mein 20 feesad arab abhi bhi hain, to woh wahan ke education jo system hai, us se faida utha rahe hain.</w:t>
      </w:r>
    </w:p>
    <w:p>
      <w:pPr>
        <w:jc w:val="right"/>
      </w:pPr>
      <w:r>
        <w:t>جو عرب، غالباً 20 فیصد عرب ابھی بھی، یعنی اسرائیل کی آبادی میں 20 فیصد عرب ابھی بھی ہیں، تو وہ وہاں کے ایجوکیشن جو سسٹم ہے، اس سے فائدہ اٹھا رہے ہیں۔</w:t>
      </w:r>
    </w:p>
    <w:p>
      <w:r>
        <w:rPr>
          <w:b/>
        </w:rPr>
        <w:t xml:space="preserve">[14:55] </w:t>
      </w:r>
      <w:r>
        <w:t>wahan ki schooling bohat achhi hoti hai, wahan woh schooling karte hain, college jaate hain, university mein jaate hain, achhi education le rahe hain.</w:t>
      </w:r>
    </w:p>
    <w:p>
      <w:pPr>
        <w:jc w:val="right"/>
      </w:pPr>
      <w:r>
        <w:t>وہاں کی اسکولنگ بہت اچھی ہوتی ہے، وہاں وہ اسکولنگ کرتے ہیں، کالج جاتے ہیں، یونیورسٹی میں جاتے ہیں، اچھی ایجوکیشن لے رہے ہیں۔</w:t>
      </w:r>
    </w:p>
    <w:p>
      <w:r>
        <w:rPr>
          <w:b/>
        </w:rPr>
        <w:t xml:space="preserve">[15:04] </w:t>
      </w:r>
      <w:r>
        <w:t>to maine kaha ke aap bhi us ko kijiye. kaha nahin nahin, aisa nahin ho sakta. hamein to ab poora qabza karna hai.</w:t>
      </w:r>
    </w:p>
    <w:p>
      <w:pPr>
        <w:jc w:val="right"/>
      </w:pPr>
      <w:r>
        <w:t>تو میں نے کہا کہ آپ بھی اس کو کیجیے۔ کہا نہیں نہیں، ایسا نہیں ہو سکتا۔ ہمیں تو اب پورا قبضہ کرنا ہے۔</w:t>
      </w:r>
    </w:p>
    <w:p>
      <w:r>
        <w:rPr>
          <w:b/>
        </w:rPr>
        <w:t xml:space="preserve">[15:14] </w:t>
      </w:r>
      <w:r>
        <w:t>sar-narmi hi fi bahr. hum in ko dhakel den ge samandar mein. to aap dekhiye ke sari dunya ka, ke aik aik musalman ka afsar kya hai?</w:t>
      </w:r>
    </w:p>
    <w:p>
      <w:pPr>
        <w:jc w:val="right"/>
      </w:pPr>
      <w:r>
        <w:t>سرنرمی ہی فی البحر۔ ہم ان کو دھکیل دیں گے سمندر میں۔ تو آپ دیکھیے کہ ساری دنیا کا، کہ ایک ایک مسلمان کا افسر کیا ہے؟</w:t>
      </w:r>
    </w:p>
    <w:p>
      <w:r>
        <w:rPr>
          <w:b/>
        </w:rPr>
        <w:t xml:space="preserve">[15:27] </w:t>
      </w:r>
      <w:r>
        <w:t>falasteen ko woh zulm ka case samajhte hain. zulm, bas zulm, zulm, zulm. lekin zulm kyun hai? aap ne second best ko nahi liya, aur first best ko daure, to is ki price de de rahe hain aap.</w:t>
      </w:r>
    </w:p>
    <w:p>
      <w:pPr>
        <w:jc w:val="right"/>
      </w:pPr>
      <w:r>
        <w:t>فلسطین کو وہ ظلم کا کیس سمجھتے ہیں۔ ظلم، بس ظلم، ظلم، ظلم۔ لیکن ظلم کیوں ہے؟ آپ نے سیکنڈ بیسٹ کو نہیں لیا، اور فرسٹ بیسٹ کو دوڑے، تو اس کی پرائز دے دے رہے ہیں آپ۔</w:t>
      </w:r>
    </w:p>
    <w:p>
      <w:r>
        <w:rPr>
          <w:b/>
        </w:rPr>
        <w:t xml:space="preserve">[15:45] </w:t>
      </w:r>
      <w:r>
        <w:t>is ki aap price de rahe hain. yeh yahi Pakistan mein hai, yahi Misr mein hai, sari muslim countries mein hai.</w:t>
      </w:r>
    </w:p>
    <w:p>
      <w:pPr>
        <w:jc w:val="right"/>
      </w:pPr>
      <w:r>
        <w:t>اس کی آپ پرائز دے رہے ہیں۔ یہ یہی پاکستان میں ہے، یہی مصر میں ہے، ساری مسلم کنٹریز میں ہے۔</w:t>
      </w:r>
    </w:p>
    <w:p>
      <w:r>
        <w:rPr>
          <w:b/>
        </w:rPr>
        <w:t xml:space="preserve">[15:55] </w:t>
      </w:r>
      <w:r>
        <w:t>jaise misaal ke taur par dekhiye, Pakistan mein sadar Ayub Khan, jo field marshal kehlate the, woh aaye, yaani wahan ke president ban gaye woh.</w:t>
      </w:r>
    </w:p>
    <w:p>
      <w:pPr>
        <w:jc w:val="right"/>
      </w:pPr>
      <w:r>
        <w:t>جیسے مثال کے طور پر دیکھیے، پاکستان میں صدر ایوب خان، جو فیلڈ مارشل کہلاتے تھے، وہ آئے، یعنی وہاں کے پریزیڈنٹ بن گئے وہ۔</w:t>
      </w:r>
    </w:p>
    <w:p>
      <w:r>
        <w:rPr>
          <w:b/>
        </w:rPr>
        <w:t xml:space="preserve">[16:11] </w:t>
      </w:r>
      <w:r>
        <w:t>to unhon ne offer diya, wahan ke so called Islamists log jo hain, Islam pasand jin ko kaha jata hai, un ko, ke aap education ka department un ko, kyunke woh chahte the ke Pakistani ko educate kiya jaye.</w:t>
      </w:r>
    </w:p>
    <w:p>
      <w:pPr>
        <w:jc w:val="right"/>
      </w:pPr>
      <w:r>
        <w:t>تو انہوں نے آفر دیا، وہاں کے سو کالڈ اسلامسٹ لوگ جو ہیں، اسلام پسند جن کو کہا جاتا ہے، ان کو، کہ آپ ایجوکیشن کا ڈیپارٹمنٹ ان کو، کیونکہ وہ چاہتے تھے کہ پاکستانی کو ایجوکیٹ کیا جائے۔</w:t>
      </w:r>
    </w:p>
    <w:p>
      <w:r>
        <w:rPr>
          <w:b/>
        </w:rPr>
        <w:t xml:space="preserve">[16:27] </w:t>
      </w:r>
      <w:r>
        <w:t>to unhon ne kaha ke education department mein aap kaam kijiye, aur aik nai qaum banaiye. kyunke abhi hum aik, hamein in Pakistan aik land to mil gaya hai, land, lekin nation nahi hai hamare paas.</w:t>
      </w:r>
    </w:p>
    <w:p>
      <w:pPr>
        <w:jc w:val="right"/>
      </w:pPr>
      <w:r>
        <w:t>تو انہوں نے کہا کہ ایجوکیشن ڈیپارٹمنٹ میں آپ کام کیجیے، اور ایک نئی قوم بنائیے۔ کیونکہ ابھی ہم ایک، ہمیں ان پاکستان ایک لینڈ تو مل گیا ہے، لینڈ، لیکن نیشن نہیں ہے ہمارے پاس۔</w:t>
      </w:r>
    </w:p>
    <w:p>
      <w:r>
        <w:rPr>
          <w:b/>
        </w:rPr>
        <w:t xml:space="preserve">[16:41] </w:t>
      </w:r>
      <w:r>
        <w:t>aik land hamare paas hai, lekin nation nahi hai is ko, yaani educated log nahi hain hamare paas. aap yeh kaam kijiye. to Pakistan ke Islam pasandon ne ise qabool nahi kiya.</w:t>
      </w:r>
    </w:p>
    <w:p>
      <w:pPr>
        <w:jc w:val="right"/>
      </w:pPr>
      <w:r>
        <w:t>ایک لینڈ ہمارے پاس ہے، لیکن نیشن نہیں ہے اس کو، یعنی ایجوکیٹڈ لوگ نہیں ہیں ہمارے پاس۔ آپ یہ کام کیجیے۔ تو پاکستان کے اسلام پسندوں نے اسے قبول نہیں کیا۔</w:t>
      </w:r>
    </w:p>
    <w:p>
      <w:r>
        <w:rPr>
          <w:b/>
        </w:rPr>
        <w:t xml:space="preserve">[16:52] </w:t>
      </w:r>
      <w:r>
        <w:t>kaha nahi, aap hatiye, takht. yaani in ko dethrone karne ki unhon ne chala di campaign. sadar Ayub Khan ko dethrone karna.</w:t>
      </w:r>
    </w:p>
    <w:p>
      <w:pPr>
        <w:jc w:val="right"/>
      </w:pPr>
      <w:r>
        <w:t>کہا نہیں، آپ ہٹیے، تخت۔ یعنی ان کو ڈی تھرون کرنے کی انہوں نے چلا دی کیمپین۔ صدر ایوب خان کو ڈی تھرون کرنا۔</w:t>
      </w:r>
    </w:p>
    <w:p>
      <w:r>
        <w:rPr>
          <w:b/>
        </w:rPr>
        <w:t xml:space="preserve">[17:04] </w:t>
      </w:r>
      <w:r>
        <w:t>aur is ko mila kuch bhi nahi. is ke baad mila kuch bhi nahi. ab dekhiye ke Pakistan mein Islam pasandon ko second best mil raha tha.</w:t>
      </w:r>
    </w:p>
    <w:p>
      <w:pPr>
        <w:jc w:val="right"/>
      </w:pPr>
      <w:r>
        <w:t>اور اس کو ملا کچھ بھی نہیں۔ اس کے بعد ملا کچھ بھی نہیں۔ اب دیکھیے کہ پاکستان میں اسلام پسندوں کو سیکنڈ بیسٹ مل رہا تھا۔</w:t>
      </w:r>
    </w:p>
    <w:p>
      <w:r>
        <w:rPr>
          <w:b/>
        </w:rPr>
        <w:t xml:space="preserve">[17:15] </w:t>
      </w:r>
      <w:r>
        <w:t>in ke mind mein first best kya tha? ke un ka aadmi baitha hai wahan ke thron par, prime minister un ka aadmi ho, president un ka aadmi ho.</w:t>
      </w:r>
    </w:p>
    <w:p>
      <w:pPr>
        <w:jc w:val="right"/>
      </w:pPr>
      <w:r>
        <w:t>ان کے مائنڈ میں فرسٹ بیسٹ کیا تھا؟ کہ ان کا آدمی بیٹھا ہے وہاں کے تھرون پر، پرائم منسٹر ان کا آدمی ہو، پریزیڈنٹ ان کا آدمی ہو۔</w:t>
      </w:r>
    </w:p>
    <w:p>
      <w:r>
        <w:rPr>
          <w:b/>
        </w:rPr>
        <w:t xml:space="preserve">[17:26] </w:t>
      </w:r>
      <w:r>
        <w:t>that was first best second to their own mindset.</w:t>
      </w:r>
    </w:p>
    <w:p>
      <w:pPr>
        <w:jc w:val="right"/>
      </w:pPr>
      <w:r>
        <w:t>دیٹ واز فرسٹ بیسٹ اکنڈ ٹو دیر اون مائنڈ سیٹ۔</w:t>
      </w:r>
    </w:p>
    <w:p>
      <w:r>
        <w:rPr>
          <w:b/>
        </w:rPr>
        <w:t xml:space="preserve">[17:35] </w:t>
      </w:r>
      <w:r>
        <w:t>yahi embassy mein hua. dekhiye, yeh dunya banai hai Allah taala ne, hum ne nahi banai hai.</w:t>
      </w:r>
    </w:p>
    <w:p>
      <w:pPr>
        <w:jc w:val="right"/>
      </w:pPr>
      <w:r>
        <w:t>یہی ایمبیسی میں ہوا۔ دیکھیے، یہ دنیا بنائی ہے اللہ تعالیٰ نے، ہم نے نہیں بنائی ہے۔</w:t>
      </w:r>
    </w:p>
    <w:p>
      <w:r>
        <w:rPr>
          <w:b/>
        </w:rPr>
        <w:t xml:space="preserve">[17:46] </w:t>
      </w:r>
      <w:r>
        <w:t>so first of all, you have to discover what is the creation of God.</w:t>
      </w:r>
    </w:p>
    <w:p>
      <w:pPr>
        <w:jc w:val="right"/>
      </w:pPr>
      <w:r>
        <w:t>سو فرسٹ آف آل، یو ہیو ٹو ڈسکور واٹ از دا کریشن آف گاڈ۔</w:t>
      </w:r>
    </w:p>
    <w:p>
      <w:r>
        <w:rPr>
          <w:b/>
        </w:rPr>
        <w:t xml:space="preserve">[17:55] </w:t>
      </w:r>
      <w:r>
        <w:t>jo scheme of things Khuda ki hai, us ko janna, use adjust karna apne aap ko. here is the secret of all kind of success.</w:t>
      </w:r>
    </w:p>
    <w:p>
      <w:pPr>
        <w:jc w:val="right"/>
      </w:pPr>
      <w:r>
        <w:t>جو اسکیم آف تھنگز خدا کی ہے، اس کو جاننا، اسے ایڈجسٹ کرنا اپنے آپ کو۔ ہیر از دا سیکرٹ آف آل کائنڈ آف سکسیس۔</w:t>
      </w:r>
    </w:p>
    <w:p>
      <w:r>
        <w:rPr>
          <w:b/>
        </w:rPr>
        <w:t xml:space="preserve">[18:09] </w:t>
      </w:r>
      <w:r>
        <w:t>is mein Muslim aur non Muslim ka koi farq nahi hai. ab dekhiye, Misr mein bohat dhoom se, wahan ki jo bohat bari jamaat hai, Al-Khawān al-Muslimūn, unhon ne aur wahan ke fauji afsaran ne mil kar ke King Farouk ko nikala.</w:t>
      </w:r>
    </w:p>
    <w:p>
      <w:pPr>
        <w:jc w:val="right"/>
      </w:pPr>
      <w:r>
        <w:t>اس میں مسلم اور نان مسلم کا کوئی فرق نہیں ہے۔ اب دیکھیے، مصر میں بہت دھوم سے، وہاں کی جو بہت بڑی جماعت ہے، الخوان المسلمون، انہوں نے اور جو وہاں کے فوجی افسران تھے، انہوں نے مل کر کے کنگ فاروق کو نکالا۔</w:t>
      </w:r>
    </w:p>
    <w:p>
      <w:r>
        <w:rPr>
          <w:b/>
        </w:rPr>
        <w:t xml:space="preserve">[18:29] </w:t>
      </w:r>
      <w:r>
        <w:t>kyunke King Farouk jo tha, woh source of all evil tha wahan. samajhte the ke King Farouk jaye ga, is ke baad jo banega wahan par, jo political setup banega, woh bilkul sab acha hi acha hoga.</w:t>
      </w:r>
    </w:p>
    <w:p>
      <w:pPr>
        <w:jc w:val="right"/>
      </w:pPr>
      <w:r>
        <w:t>کیونکہ کنگ فاروق جو تھا، وہ سورس آف آل ایول تھا وہاں۔ سمجھتے تھے کہ کنگ فاروق جائے گا، اس کے بعد جو بنے گا وہاں پر، جو پولیٹیکل سیٹ اپ بنے گا، وہ بالکل سب اچھا ہی اچھا ہوگا۔</w:t>
      </w:r>
    </w:p>
    <w:p>
      <w:r>
        <w:rPr>
          <w:b/>
        </w:rPr>
        <w:t xml:space="preserve">[18:47] </w:t>
      </w:r>
      <w:r>
        <w:t>to khair, is ke baad Misr mein aaye Jawad bin Nasser. lekin phir dobara Jawad bin Nasser se takrao ho gaya, leaderon ka.</w:t>
      </w:r>
    </w:p>
    <w:p>
      <w:pPr>
        <w:jc w:val="right"/>
      </w:pPr>
      <w:r>
        <w:t>تو خیر، اس کے بعد مصر میں آئے جواد بن ناصر۔ لیکن پھر دوبارہ جواد بن ناصر سے ٹکراؤ ہو گیا، لیڈروں کا۔</w:t>
      </w:r>
    </w:p>
    <w:p>
      <w:r>
        <w:rPr>
          <w:b/>
        </w:rPr>
        <w:t xml:space="preserve">[18:57] </w:t>
      </w:r>
      <w:r>
        <w:t>kyun? Jawad bin Nasser jo president the, unhon ne kaha ke aap, hamara jo country hai, to land hamare paas hai, lekin nation hamare paas nahi hai.</w:t>
      </w:r>
    </w:p>
    <w:p>
      <w:pPr>
        <w:jc w:val="right"/>
      </w:pPr>
      <w:r>
        <w:t>کیوں؟ جواد بن ناصر جو پریزیڈنٹ تھے، انہوں نے کہا کہ آپ، ہمارا جو کنٹری ہے، تو لینڈ ہمارے پاس ہے، لیکن نیشن ہمارے پاس نہیں ہے۔</w:t>
      </w:r>
    </w:p>
    <w:p>
      <w:r>
        <w:rPr>
          <w:b/>
        </w:rPr>
        <w:t xml:space="preserve">[19:11] </w:t>
      </w:r>
      <w:r>
        <w:t>land to hai hamare paas, lekin prepared nation kahan hai? to aap department sambhaliye education ka, aur logon ko khoob educate kijiye, aur prepared nation banaiye.</w:t>
      </w:r>
    </w:p>
    <w:p>
      <w:pPr>
        <w:jc w:val="right"/>
      </w:pPr>
      <w:r>
        <w:t>لینڈ تو ہے ہمارے پاس، لیکن پریپیئرڈ نیشن کہاں ہے؟ تو آپ ڈیپارٹمنٹ سنبھالیے ایجوکیشن کا، اور لوگوں کو خوب ایجوکیٹ کیجیے، اور پریپیئرڈ نیشن بنائیے۔</w:t>
      </w:r>
    </w:p>
    <w:p>
      <w:r>
        <w:rPr>
          <w:b/>
        </w:rPr>
        <w:t xml:space="preserve">[19:26] </w:t>
      </w:r>
      <w:r>
        <w:t>to is ko qabool nahi kiya unhon ne. unhon ne in ko dethrone karne ki policy chalai, unhon ne yaani sadar Jawad bin Nasser ko is se power se hatana.</w:t>
      </w:r>
    </w:p>
    <w:p>
      <w:pPr>
        <w:jc w:val="right"/>
      </w:pPr>
      <w:r>
        <w:t>تو اس کو قبول نہیں کیا انہوں نے۔ انہوں نے ان کو ڈی تھرون کرنے کی پالیسی چلائی، انہوں نے یعنی صدر جواد بن ناصر کو اس سے پاور سے ہٹانا۔</w:t>
      </w:r>
    </w:p>
    <w:p>
      <w:r>
        <w:rPr>
          <w:b/>
        </w:rPr>
        <w:t xml:space="preserve">[19:39] </w:t>
      </w:r>
      <w:r>
        <w:t>natija kya hua? kuch bhi nahi hua. to Al-Khawān al-Muslimūn ke leaderon ke liye education ka department second best tha.</w:t>
      </w:r>
    </w:p>
    <w:p>
      <w:pPr>
        <w:jc w:val="right"/>
      </w:pPr>
      <w:r>
        <w:t>نتیجہ کیا ہوا؟ کچھ بھی نہیں ہوا۔ تو الخوان المسلمون کے لیڈروں کے لیے ایجوکیشن کا ڈیپارٹمنٹ سیکنڈ بیسٹ تھا۔</w:t>
      </w:r>
    </w:p>
    <w:p>
      <w:r>
        <w:rPr>
          <w:b/>
        </w:rPr>
        <w:t xml:space="preserve">[19:49] </w:t>
      </w:r>
      <w:r>
        <w:t>aur first best tha un ke mindset ke mutabiq, ke woh un ko wahan ka political thron mil jaye. woh mila nahi.</w:t>
      </w:r>
    </w:p>
    <w:p>
      <w:pPr>
        <w:jc w:val="right"/>
      </w:pPr>
      <w:r>
        <w:t>اور فرسٹ بیسٹ تھا ان کے مائنڈ سیٹ کے مطابق، کہ وہ ان کو وہاں کا پولیٹیکل تھرون مل جائے۔ وہ ملا نہیں۔</w:t>
      </w:r>
    </w:p>
    <w:p>
      <w:r>
        <w:rPr>
          <w:b/>
        </w:rPr>
        <w:t xml:space="preserve">[19:59] </w:t>
      </w:r>
      <w:r>
        <w:t>ab is ke baad aaj tak Misr ko koi, koi qism ka development nahi hua, aur woh America ki madad par jee raha hai woh. har jagah yahi ho raha hai.</w:t>
      </w:r>
    </w:p>
    <w:p>
      <w:pPr>
        <w:jc w:val="right"/>
      </w:pPr>
      <w:r>
        <w:t>اب اس کے بعد آج تک مصر کو کوئی، کوئی قسم کا ڈیولپمنٹ نہیں ہوا، اور وہ امریکہ کی مدد پر جی رہا ہے وہ۔ ہر جگہ یہی ہو رہا ہے۔</w:t>
      </w:r>
    </w:p>
    <w:p>
      <w:r>
        <w:rPr>
          <w:b/>
        </w:rPr>
        <w:t xml:space="preserve">[20:10] </w:t>
      </w:r>
      <w:r>
        <w:t>har jagah yahi ho raha hai. to chahe aik individual mamla ho, chahe aik nation ka, chahe aik country ka,</w:t>
      </w:r>
    </w:p>
    <w:p>
      <w:pPr>
        <w:jc w:val="right"/>
      </w:pPr>
      <w:r>
        <w:t>ہر جگہ یہی ہو رہا ہے۔ تو چاہے ایک انڈیویجول معاملہ ہو، چاہے ایک نیشن کا، چاہے ایک کنٹری کا،</w:t>
      </w:r>
    </w:p>
    <w:p>
      <w:r>
        <w:rPr>
          <w:b/>
        </w:rPr>
        <w:t xml:space="preserve">[20:20] </w:t>
      </w:r>
      <w:r>
        <w:t>to aap ko koi option hi doosra nahi hai.</w:t>
      </w:r>
    </w:p>
    <w:p>
      <w:pPr>
        <w:jc w:val="right"/>
      </w:pPr>
      <w:r>
        <w:t>تو آپ کو کوئی آپشن ہی دوسرا نہیں ہے۔</w:t>
      </w:r>
    </w:p>
    <w:p>
      <w:r>
        <w:rPr>
          <w:b/>
        </w:rPr>
        <w:t xml:space="preserve">[20:26] </w:t>
      </w:r>
      <w:r>
        <w:t>koi doosra option nahin hai ke aap second best ko le len. aur aap ke mind mein jo basa hua hai first best, woh to is ke liye to aap Allah taala dua ki jiye ke woh jannat mein de de aap ko.</w:t>
      </w:r>
    </w:p>
    <w:p>
      <w:pPr>
        <w:jc w:val="right"/>
      </w:pPr>
      <w:r>
        <w:t>کوئی دوسرا آپشن نہیں ہے کہ آپ سیکنڈ بیسٹ کو لے لیں۔ اور آپ کے مائنڈ میں جو بسا ہوا ہے فرسٹ بیسٹ، وہ تو اس کے لیے تو آپ اللہ تعالیٰ دعا کیجیے کہ وہ جنت میں دے دے آپ کو۔</w:t>
      </w:r>
    </w:p>
    <w:p>
      <w:r>
        <w:rPr>
          <w:b/>
        </w:rPr>
        <w:t xml:space="preserve">[20:40] </w:t>
      </w:r>
      <w:r>
        <w:t>woh Allah ki blessing se mile ga kisi ko akhirat mein. dunya mein milne wala hai hi nahin.</w:t>
      </w:r>
    </w:p>
    <w:p>
      <w:pPr>
        <w:jc w:val="right"/>
      </w:pPr>
      <w:r>
        <w:t>وہ اللہ کی بلیسنگ سے ملے گا کسی کو آخرت میں۔ دنیا میں ملنے والا ہے ہی نہیں۔</w:t>
      </w:r>
    </w:p>
    <w:p>
      <w:r>
        <w:rPr>
          <w:b/>
        </w:rPr>
        <w:t xml:space="preserve">[20:48] </w:t>
      </w:r>
      <w:r>
        <w:t>to yeh, ab aap mein aap se arz karunga ke Rasool Allah S.A.W. ke seerat ko mutala'a kijiye. hamare haan aap sankaron nahin, hazaron kitabein likhi gayi seerat-e-Rasool par, aur khoob is mein glorify karte hain Rasool Allah S.A.W. ko.</w:t>
      </w:r>
    </w:p>
    <w:p>
      <w:pPr>
        <w:jc w:val="right"/>
      </w:pPr>
      <w:r>
        <w:t>تو یہ، اب آپ میں آپ سے عرض کروں گا کہ رسول اللہ صلی اللہ علیہ وسلم کے سیرت کو مطالعہ کیجیے۔ ہمارے ہاں آپ سینکڑوں نہیں، ہزاروں کتابیں لکھی گئی سیرت رسول پر، اور خوب اس میں گلوریفائی کرتے ہیں رسول اللہ صلی اللہ علیہ وسلم کو۔</w:t>
      </w:r>
    </w:p>
    <w:p>
      <w:r>
        <w:rPr>
          <w:b/>
        </w:rPr>
        <w:t xml:space="preserve">[21:06] </w:t>
      </w:r>
      <w:r>
        <w:t>aur yeh baat nahin bata paate ke Rasool Allah S.A.W. ne second best ko liya, tab kamyabi hui. aap kisi bhi kitab ko padhiye, without any exception, har kitab mein Rasool Allah ko khoob glorify kiya gaya hoga.</w:t>
      </w:r>
    </w:p>
    <w:p>
      <w:pPr>
        <w:jc w:val="right"/>
      </w:pPr>
      <w:r>
        <w:t>اور یہ بات نہیں بتا پاتے کہ رسول اللہ صلی اللہ علیہ وسلم نے سیکنڈ بیسٹ کو لیا، تب کامیابی ہوئی۔ آپ کسی بھی کتاب کو پڑھیے، ودا آؤٹ اینی ایکسیپشن، ہر کتاب میں رسول اللہ کو خوب گلوریفائی کیا گیا ہوگا۔</w:t>
      </w:r>
    </w:p>
    <w:p>
      <w:r>
        <w:rPr>
          <w:b/>
        </w:rPr>
        <w:t xml:space="preserve">[21:22] </w:t>
      </w:r>
      <w:r>
        <w:t>lekin aap ko jo kamyabi mili Rasool Allah S.A.W. ko, woh kaise mili? sirf is liye mili, sirf is liye mili ke hamesha aap ne second best ko liya, first best ke liye nahin daure aap.</w:t>
      </w:r>
    </w:p>
    <w:p>
      <w:pPr>
        <w:jc w:val="right"/>
      </w:pPr>
      <w:r>
        <w:t>لیکن آپ کو جو کامیابی ملی رسول اللہ صلی اللہ علیہ وسلم کو، وہ کیسے ملی؟ صرف اس لیے ملی، صرف اس لیے ملی کہ ہمیشہ آپ نے سیکنڈ بیسٹ کو لیا، فرسٹ بیسٹ کے لیے نہیں دوڑے آپ۔</w:t>
      </w:r>
    </w:p>
    <w:p>
      <w:r>
        <w:rPr>
          <w:b/>
        </w:rPr>
        <w:t xml:space="preserve">[21:37] </w:t>
      </w:r>
      <w:r>
        <w:t>kisi bhi ek bhi seerat ki kitab mein aap is nuqte ko nahin paayenge. kyun? log afsos hain is ke ke mera Nabi sab se ooncha, mera Nabi sab se afzal, mera Nabi sab se bara.</w:t>
      </w:r>
    </w:p>
    <w:p>
      <w:pPr>
        <w:jc w:val="right"/>
      </w:pPr>
      <w:r>
        <w:t>کسی بھی ایک بھی سیرت کی کتاب میں آپ اس نقطے کو نہیں پائیں گے۔ کیوں؟ لوگ افسوس ہیں اس کے کہ میرا نبی سب سے اونچا، میرا نبی سب سے افضل، میرا نبی سب سے بڑا۔</w:t>
      </w:r>
    </w:p>
    <w:p>
      <w:r>
        <w:rPr>
          <w:b/>
        </w:rPr>
        <w:t xml:space="preserve">[21:49] </w:t>
      </w:r>
      <w:r>
        <w:t>to is ko apni glory ko establish karne ke liye seerat ki kitabein likhi jaati hain. Rasool Allah ki policy ko discover karne ke liye kitabein hi likhi jaati hain.</w:t>
      </w:r>
    </w:p>
    <w:p>
      <w:pPr>
        <w:jc w:val="right"/>
      </w:pPr>
      <w:r>
        <w:t>تو اس کو اپنی گلوری کو اسٹیبلش کرنے کے لیے سیرت کی کتابیں لکھی جاتی ہیں۔ رسول اللہ کی پالیسی کو ڈسکور کرنے کے لیے کتابیں ہی لکھی جاتی ہیں۔</w:t>
      </w:r>
    </w:p>
    <w:p>
      <w:r>
        <w:rPr>
          <w:b/>
        </w:rPr>
        <w:t xml:space="preserve">[22:03] </w:t>
      </w:r>
      <w:r>
        <w:t>main aap ko kuch misalein deta hoon. yaani Hazrat Aisha bohat hi zyada intelligent lady theen, jo Rasool Allah S.A.W. ki wife theen.</w:t>
      </w:r>
    </w:p>
    <w:p>
      <w:pPr>
        <w:jc w:val="right"/>
      </w:pPr>
      <w:r>
        <w:t>میں آپ کو کچھ مثالیں دیتا ہوں۔ یعنی حضرت عائشہ بہت ہی زیادہ انٹیلیجنٹ لیڈی تھیں، جو رسول اللہ صلی اللہ علیہ وسلم کی وائف تھیں۔</w:t>
      </w:r>
    </w:p>
    <w:p>
      <w:r>
        <w:rPr>
          <w:b/>
        </w:rPr>
        <w:t xml:space="preserve">[22:16] </w:t>
      </w:r>
      <w:r>
        <w:t>raat din aap ke sath rehti theen. to unhon ne jaana ke Rasool Allah ki policy kya hai. to Rasool Allah ki policy, jo general policy thi Rasool Allah ki, us ko batati hain is tareeqe se.</w:t>
      </w:r>
    </w:p>
    <w:p>
      <w:pPr>
        <w:jc w:val="right"/>
      </w:pPr>
      <w:r>
        <w:t>رات دن آپ کے ساتھ رہتی تھیں۔ تو انہوں نے جانا کہ رسول اللہ کی پالیسی کیا ہے۔ تو رسول اللہ کی پالیسی، جو جنرل پالیسی تھی رسول اللہ کی، اس کو بتاتی ہیں اس طریقے سے۔</w:t>
      </w:r>
    </w:p>
    <w:p>
      <w:r>
        <w:rPr>
          <w:b/>
        </w:rPr>
        <w:t xml:space="preserve">[22:31] </w:t>
      </w:r>
      <w:r>
        <w:t>Saheeh Bukhari mein yeh riwayat hai ke ma khair Rasool Allah S.A.W. bayna amrain ila ikhtar Aisha rahimah. Rasool Allah ko jab bhi choice lena padta tha, choice do mein se ek ka, to aap hamesha easier option lete the,</w:t>
      </w:r>
    </w:p>
    <w:p>
      <w:pPr>
        <w:jc w:val="right"/>
      </w:pPr>
      <w:r>
        <w:t>صحیح بخاری میں یہ روایت ہے کہ ما خیر رسول اللہ صلی اللہ علیہ وسلم بین امرین الاختار عائشہ رحمہ۔ رسول اللہ کو جب بھی چوائس لینا پڑتا تھا، چوائس دو میں سے ایک کا، تو آپ ہمیشہ ایزر آپشن لیتے تھے،</w:t>
      </w:r>
    </w:p>
    <w:p>
      <w:r>
        <w:rPr>
          <w:b/>
        </w:rPr>
        <w:t xml:space="preserve">[22:49] </w:t>
      </w:r>
      <w:r>
        <w:t>harder option chhod dete the. yeh bhi kya hai? second best ko lete the woh. harder option yeh hai ke is is se daudein is ki taraf jo milne wala nahin hai.</w:t>
      </w:r>
    </w:p>
    <w:p>
      <w:pPr>
        <w:jc w:val="right"/>
      </w:pPr>
      <w:r>
        <w:t>ہارڈر آپشن چھوڑ دیتے تھے۔ یہ بھی کیا ہے؟ سیکنڈ بیسٹ کو لیتے تھے وہ۔ ہارڈر آپشن یہ ہے کہ اس اس سے دوڑیں اس کی طرف جو ملنے والا نہیں ہے۔</w:t>
      </w:r>
    </w:p>
    <w:p>
      <w:r>
        <w:rPr>
          <w:b/>
        </w:rPr>
        <w:t xml:space="preserve">[23:01] </w:t>
      </w:r>
      <w:r>
        <w:t>that is harder option. yaani Hazrat Aisha kehti hain ke Rasool Allah ki mustaqil policy thi ke do option samne hain.</w:t>
      </w:r>
    </w:p>
    <w:p>
      <w:pPr>
        <w:jc w:val="right"/>
      </w:pPr>
      <w:r>
        <w:t>دیٹ از ہارڈر آپشن۔ یعنی حضرت عائشہ کہتی ہیں کہ رسول اللہ کی مستقل پالیسی تھی کہ دو آپشن سامنے ہیں۔</w:t>
      </w:r>
    </w:p>
    <w:p>
      <w:r>
        <w:rPr>
          <w:b/>
        </w:rPr>
        <w:t xml:space="preserve">[23:11] </w:t>
      </w:r>
      <w:r>
        <w:t>to easier option ko lena aur harder option ko chhod dena.</w:t>
      </w:r>
    </w:p>
    <w:p>
      <w:pPr>
        <w:jc w:val="right"/>
      </w:pPr>
      <w:r>
        <w:t>تو ایزر آپشن کو لینا اور ہارڈر آپشن کو چھوڑ دینا۔</w:t>
      </w:r>
    </w:p>
    <w:p>
      <w:r>
        <w:rPr>
          <w:b/>
        </w:rPr>
        <w:t xml:space="preserve">[23:19] </w:t>
      </w:r>
      <w:r>
        <w:t>is ke ma'ani kya hue? ke jis mein aap dekhein ke main kuch kar sakta hoon, kuch achieve kar sakta hoon aasani ke sath, us ko le lijiye.</w:t>
      </w:r>
    </w:p>
    <w:p>
      <w:pPr>
        <w:jc w:val="right"/>
      </w:pPr>
      <w:r>
        <w:t>اس کے معنی کیا ہوئے؟ کہ جس میں آپ دیکھیں کہ میں کچھ کر سکتا ہوں، کچھ اچیو کر سکتا ہوں آسانی کے ساتھ، اس کو لے لیجئے۔</w:t>
      </w:r>
    </w:p>
    <w:p>
      <w:r>
        <w:rPr>
          <w:b/>
        </w:rPr>
        <w:t xml:space="preserve">[23:29] </w:t>
      </w:r>
      <w:r>
        <w:t>jahan takraao hai, jahan ladai jhagda hai, jahan doosron se hata kar ke un ki seat par qabza karna hai, that is harder option.</w:t>
      </w:r>
    </w:p>
    <w:p>
      <w:pPr>
        <w:jc w:val="right"/>
      </w:pPr>
      <w:r>
        <w:t>جہاں ٹکراؤ ہے، جہاں لڑائی جھگڑا ہے، جہاں دوسروں سے ہٹا کر کے ان کی سیٹ پر قبضہ کرنا ہے، دیٹ از ہارڈر آپشن۔</w:t>
      </w:r>
    </w:p>
    <w:p>
      <w:r>
        <w:rPr>
          <w:b/>
        </w:rPr>
        <w:t xml:space="preserve">[23:42] </w:t>
      </w:r>
      <w:r>
        <w:t>aap ne kabhi nahin liya. to apne shabdon mein kahunga ke Rasool Allah S.A.W. ka tareeqa kya tha? second best par raazi ho jaana aur first best ke liye na daudna.</w:t>
      </w:r>
    </w:p>
    <w:p>
      <w:pPr>
        <w:jc w:val="right"/>
      </w:pPr>
      <w:r>
        <w:t>آپ نے کبھی نہیں لیا۔ تو اپنے शब्दوں میں کہوں گا کہ رسول اللہ صلی اللہ علیہ وسلم کا طریقہ کیا تھا؟ سیکنڈ بیسٹ پر راضی ہو جانا اور فرسٹ بیسٹ کے لیے نہ دوڑنا۔</w:t>
      </w:r>
    </w:p>
    <w:p>
      <w:r>
        <w:rPr>
          <w:b/>
        </w:rPr>
        <w:t xml:space="preserve">[23:55] </w:t>
      </w:r>
      <w:r>
        <w:t>isi ko Quran mein sabr kaha gaya hai. bilkul shuru mein jo ayat utri thi Surah Muddathir, usi mein kaha gaya ke mere Rabb ka fazl phir ke aye Prophet!</w:t>
      </w:r>
    </w:p>
    <w:p>
      <w:pPr>
        <w:jc w:val="right"/>
      </w:pPr>
      <w:r>
        <w:t>اسی کو قرآن میں صبر کہا گیا ہے۔ بالکل شروع میں جو آیت اتری تھی سورہ المدثر، اسی میں کہا گیا کہ میرے رب کا فضل پھر کہ اے پرافٹ!</w:t>
      </w:r>
    </w:p>
    <w:p>
      <w:r>
        <w:rPr>
          <w:b/>
        </w:rPr>
        <w:t xml:space="preserve">[24:05] </w:t>
      </w:r>
      <w:r>
        <w:t>tum ko sabr karna hoga. sabr karne ka matlab yahi to hai ke tum ko second best par raazi hona hoga.</w:t>
      </w:r>
    </w:p>
    <w:p>
      <w:pPr>
        <w:jc w:val="right"/>
      </w:pPr>
      <w:r>
        <w:t>تم کو صبر کرنا ہوگا۔ صبر کرنے کا مطلب یہی تو ہے کہ تم کو سیکنڈ بیسٹ پر راضی ہونا ہوگا۔</w:t>
      </w:r>
    </w:p>
    <w:p>
      <w:r>
        <w:rPr>
          <w:b/>
        </w:rPr>
        <w:t xml:space="preserve">[24:16] </w:t>
      </w:r>
      <w:r>
        <w:t>ab is ki misaal lijiye. Makka mein Ka'aba tha. aap jante hain Ka'aba chaar hazar saal pehle banaya tha Hazrat Ibrahim ne tauheed ke ghar ke taur par.</w:t>
      </w:r>
    </w:p>
    <w:p>
      <w:pPr>
        <w:jc w:val="right"/>
      </w:pPr>
      <w:r>
        <w:t>اب اس کی مثال لیجئے۔ مکہ میں کعبہ تھا۔ آپ جانتے ہیں کعبہ چار ہزار سال پہلے بنایا تھا حضرت ابراہیم نے توحید کے گھر کے طور پر۔</w:t>
      </w:r>
    </w:p>
    <w:p>
      <w:r>
        <w:rPr>
          <w:b/>
        </w:rPr>
        <w:t xml:space="preserve">[24:33] </w:t>
      </w:r>
      <w:r>
        <w:t>woh tauheed ki masjid thi. lekin is zamane mein, yaani first quarter of 7th century ke zamana jo hai, us mein wahan mushrik log jo hain Makka mein ghalib ho gaye the.</w:t>
      </w:r>
    </w:p>
    <w:p>
      <w:pPr>
        <w:jc w:val="right"/>
      </w:pPr>
      <w:r>
        <w:t>وہ توحید کی مسجد تھی۔ لیکن اس زمانے میں، یعنی فرسٹ کوارٹر آف سیون سینچری کے زمانہ جو ہے، اس میں وہاں مشرک لوگ جو ہیں مکہ میں غالب ہو گئے تھے۔</w:t>
      </w:r>
    </w:p>
    <w:p>
      <w:r>
        <w:rPr>
          <w:b/>
        </w:rPr>
        <w:t xml:space="preserve">[24:45] </w:t>
      </w:r>
      <w:r>
        <w:t>mushrik logon ka ghalba ho gaya tha. to unhon ne Ka'aba ke andar 360 but rakh diye. ab dekhiye, Rasool Allah S.A.W. tauheed ke Paighambar the.</w:t>
      </w:r>
    </w:p>
    <w:p>
      <w:pPr>
        <w:jc w:val="right"/>
      </w:pPr>
      <w:r>
        <w:t>مشرک لوگوں کا غلبہ ہو گیا تھا۔ تو انہوں نے کعبہ کے اندر 360 بت رکھ دیے۔ اب دیکھیے، رسول اللہ صلی اللہ علیہ وسلم توحید کے پیغمبر تھے۔</w:t>
      </w:r>
    </w:p>
    <w:p>
      <w:r>
        <w:rPr>
          <w:b/>
        </w:rPr>
        <w:t xml:space="preserve">[25:00] </w:t>
      </w:r>
      <w:r>
        <w:t>to aap ko yeh karna chahiye tha ke sab se pehla kaam yeh hai ke Ka'aba ko buton se pak karein. to Allah taala ne yeh hukum nahin bheja ke tahir al-Ka'aba min al-asnaam.</w:t>
      </w:r>
    </w:p>
    <w:p>
      <w:pPr>
        <w:jc w:val="right"/>
      </w:pPr>
      <w:r>
        <w:t>تو آپ کو یہ کرنا چاہیے تھا کہ سب سے پہلا کام یہ ہے کہ کعبہ کو بتوں سے پاک کریں۔ تو اللہ تعالیٰ نے یہ حکم نہیں بھیجا کہ طاہر الکعبۃ من الاسنام۔</w:t>
      </w:r>
    </w:p>
    <w:p>
      <w:r>
        <w:rPr>
          <w:b/>
        </w:rPr>
        <w:t xml:space="preserve">[25:13] </w:t>
      </w:r>
      <w:r>
        <w:t>yaani jo ayat utri us waqt aap ke upar, yeh nahin tha ke tahir al-Ka'aba min al-asnaam. Ka'aba ko buton se pak karo. aap ne buton ko tolerate kiya, buton ko ignore kiya.</w:t>
      </w:r>
    </w:p>
    <w:p>
      <w:pPr>
        <w:jc w:val="right"/>
      </w:pPr>
      <w:r>
        <w:t>یعنی جو آیت اتری اس وقت آپ کے اوپر، یہ نہیں تھا کہ طاہر الکعبۃ من الاسنام۔ کعبہ کو بتوں سے پاک کرو۔ آپ نے بتوں کو ٹولریٹ کیا، بتوں کو اگنور کیا۔</w:t>
      </w:r>
    </w:p>
    <w:p>
      <w:r>
        <w:rPr>
          <w:b/>
        </w:rPr>
        <w:t xml:space="preserve">[25:29] </w:t>
      </w:r>
      <w:r>
        <w:t>wahan par kya tha Makka mein? ke wahi jo tha, wohin par assembly hoti thi, wohin log ikhatta hote the Ka'aba ke premises mein. wahan aap jaate, wahan aap namaz hi padhte, yaani buton ke hote hue aap namaz padhte wahan par.</w:t>
      </w:r>
    </w:p>
    <w:p>
      <w:pPr>
        <w:jc w:val="right"/>
      </w:pPr>
      <w:r>
        <w:t>وہاں پر کیا تھا مکہ میں؟ کہ وہی جو تھا، وہیں پر اسمبلی ہوتی تھی، وہیں لوگ اکٹھا ہوتے تھے کعبہ کے پرمسز میں۔ وہاں آپ جاتے، وہاں آپ نماز ہی پڑھتے، یعنی بتوں کے ہوتے ہوئے آپ نماز پڑھتے وہاں پر۔</w:t>
      </w:r>
    </w:p>
    <w:p>
      <w:r>
        <w:rPr>
          <w:b/>
        </w:rPr>
        <w:t xml:space="preserve">[25:44] </w:t>
      </w:r>
      <w:r>
        <w:t>aur jo ikhatta hote the log wahan, buton ke, apne buton ki ziyarat ke liye, un ko Allah ka kalam sunate, Islam ka paigham dete.</w:t>
      </w:r>
    </w:p>
    <w:p>
      <w:pPr>
        <w:jc w:val="right"/>
      </w:pPr>
      <w:r>
        <w:t>اور جو اکٹھا ہوتے تھے لوگ وہاں، بتوں کے، اپنے بتوں کی زیارت کے لیے، ان کو اللہ کا کلام سناتے، اسلام کا پیغام دیتے۔</w:t>
      </w:r>
    </w:p>
    <w:p>
      <w:r>
        <w:rPr>
          <w:b/>
        </w:rPr>
        <w:t xml:space="preserve">[25:55] </w:t>
      </w:r>
      <w:r>
        <w:t>to yahan par dekhiye, aap second best liya aap ne. first best yeh tha ke kaba buton se pak ho jaye, ek bhi but wahan na rahe. wahan khoob azan di jaye, panch waqt ki namaz wahan par ho, aur phir us ke baad wahan deeni kaam ho.</w:t>
      </w:r>
    </w:p>
    <w:p>
      <w:pPr>
        <w:jc w:val="right"/>
      </w:pPr>
      <w:r>
        <w:t>تو یہاں پر دیکھیے، آپ سیکنڈ بیسٹ لیا آپ نے۔ فرسٹ بیسٹ یہ تھا کہ کعبہ بتوں سے پاک ہو جائے، ایک بھی بت وہاں نہ رہے۔ وہاں خوب اذان دی جائے، پانچ وقت کی نماز وہاں پر ہو، اور پھر اس کے بعد وہاں دینی کام ہو۔</w:t>
      </w:r>
    </w:p>
    <w:p>
      <w:r>
        <w:rPr>
          <w:b/>
        </w:rPr>
        <w:t xml:space="preserve">[26:13] </w:t>
      </w:r>
      <w:r>
        <w:t>to rasool Allah ne first best ki taraf nahi daure aap, second best ko liya aap ne. tab kamyabi hui aap ko.</w:t>
      </w:r>
    </w:p>
    <w:p>
      <w:pPr>
        <w:jc w:val="right"/>
      </w:pPr>
      <w:r>
        <w:t>تو رسول اللہ نے فرسٹ بیسٹ کی طرف نہیں دوڑے آپ، سیکنڈ بیسٹ کو لیا آپ نے۔ تب کامیابی ہوئی آپ کو۔</w:t>
      </w:r>
    </w:p>
    <w:p>
      <w:r>
        <w:rPr>
          <w:b/>
        </w:rPr>
        <w:t xml:space="preserve">[26:25] </w:t>
      </w:r>
      <w:r>
        <w:t>aise hi aap dekhiye, terah saal tak aap makka mein rahe pehle, phir wahan woh log khilaf ho gaye, ladne phirne ko tayyar ho gaye, maarne ko tayyar ho gaye.</w:t>
      </w:r>
    </w:p>
    <w:p>
      <w:pPr>
        <w:jc w:val="right"/>
      </w:pPr>
      <w:r>
        <w:t>ایسے ہی آپ دیکھیے، تیرہ سال تک آپ مکہ میں رہے پہلے، پھر وہاں وہ لوگ خلاف ہو گئے، لڑنے پھرنے کو تیار ہو گئے، مارنے کو تیار ہو گئے۔</w:t>
      </w:r>
    </w:p>
    <w:p>
      <w:r>
        <w:rPr>
          <w:b/>
        </w:rPr>
        <w:t xml:space="preserve">[26:39] </w:t>
      </w:r>
      <w:r>
        <w:t>un ka jo tribal parliament tha darul nadwa, us mein unhon ne ek decision liya ke rasool Allah ko qatl kar diya jaye.</w:t>
      </w:r>
    </w:p>
    <w:p>
      <w:pPr>
        <w:jc w:val="right"/>
      </w:pPr>
      <w:r>
        <w:t>ان کا جو ٹرائبل پارلیمنٹ تھا دارالندوہ، اس میں انہوں نے ایک ڈیسیژن لیا کہ رسول اللہ کو قتل کر دیا جائے۔</w:t>
      </w:r>
    </w:p>
    <w:p>
      <w:r>
        <w:rPr>
          <w:b/>
        </w:rPr>
        <w:t xml:space="preserve">[26:51] </w:t>
      </w:r>
      <w:r>
        <w:t>to ab dekhiye, yahan par aap ke liye kya tha? ek ek ke hisab se ladein. lekin aap wahan se khamoshi ke sath migrate kar gaye makka se madina chale gaye.</w:t>
      </w:r>
    </w:p>
    <w:p>
      <w:pPr>
        <w:jc w:val="right"/>
      </w:pPr>
      <w:r>
        <w:t>تو اب دیکھیے، یہاں پر آپ کے لیے کیا تھا؟ ایک ایک کے حساب سے لڑیں۔ لیکن آپ وہاں سے خاموشی کے ساتھ مائیگریٹ کر گئے مکہ سے مدینہ چلے گئے۔</w:t>
      </w:r>
    </w:p>
    <w:p>
      <w:r>
        <w:rPr>
          <w:b/>
        </w:rPr>
        <w:t xml:space="preserve">[27:02] </w:t>
      </w:r>
      <w:r>
        <w:t>dar-haqeeqat second best. aaj kal ke lehaz se dekhiye to first best yeh tha ke lad jayein. first best, jaise ke aaj kal aap dekhiye log yeh to kar rahe hain, first best ko liye hue hain, ladai jhagda chhede hue hain.</w:t>
      </w:r>
    </w:p>
    <w:p>
      <w:pPr>
        <w:jc w:val="right"/>
      </w:pPr>
      <w:r>
        <w:t>درواقع سیکنڈ بیسٹ۔ آج کل کے لحاظ سے دیکھیے تو فرسٹ بیسٹ یہ تھا کہ لڑ جائیں۔ فرسٹ بیسٹ، جیسے کہ آج کل آپ دیکھیے لوگ یہ تو کر رہے ہیں، فرسٹ بیسٹ کو لیے ہوئے ہیں، لڑائی جھگڑا چھڑے ہوئے ہیں۔</w:t>
      </w:r>
    </w:p>
    <w:p>
      <w:r>
        <w:rPr>
          <w:b/>
        </w:rPr>
        <w:t xml:space="preserve">[27:19] </w:t>
      </w:r>
      <w:r>
        <w:t>to first best yeh tha ke in se lad jayein, jihad karein, apne sathiyon ko le kar ke. lekin aap ne aisa nahi kiya.</w:t>
      </w:r>
    </w:p>
    <w:p>
      <w:pPr>
        <w:jc w:val="right"/>
      </w:pPr>
      <w:r>
        <w:t>تو فرسٹ بیسٹ یہ تھا کہ ان سے لڑ جائیں، جہاد کریں، اپنے ساتھیوں کو لے کر کے۔ لیکن آپ نے ایسا نہیں کیا۔</w:t>
      </w:r>
    </w:p>
    <w:p>
      <w:r>
        <w:rPr>
          <w:b/>
        </w:rPr>
        <w:t xml:space="preserve">[27:29] </w:t>
      </w:r>
      <w:r>
        <w:t>aap khamoshi se makka ko chhod kar madina chale gaye. woh second best tha aap ke liye.</w:t>
      </w:r>
    </w:p>
    <w:p>
      <w:pPr>
        <w:jc w:val="right"/>
      </w:pPr>
      <w:r>
        <w:t>آپ خاموشی سے مکہ کو چھوڑ کر مدینہ چلے گئے۔ وہ سیکنڈ بیسٹ تھا آپ کے لیے۔</w:t>
      </w:r>
    </w:p>
    <w:p>
      <w:r>
        <w:rPr>
          <w:b/>
        </w:rPr>
        <w:t xml:space="preserve">[27:39] </w:t>
      </w:r>
      <w:r>
        <w:t>to musalman apni glory mein is tarah jeete hain, apni glory mein, peghambar ki glory mein, khair-o-ibad glory mein ke unhein second best jo hai woh apni shan se kam nazar aata hai.</w:t>
      </w:r>
    </w:p>
    <w:p>
      <w:pPr>
        <w:jc w:val="right"/>
      </w:pPr>
      <w:r>
        <w:t>تو مسلمان اپنی گلوری میں اس طرح جیتے ہیں، اپنی گلوری میں، پیغمبر کی گلوری میں، خیر و عبت گلوری میں کہ انہیں سیکنڈ بیسٹ جو ہے وہ اپنی شان سے کم نظر آتا ہے۔</w:t>
      </w:r>
    </w:p>
    <w:p>
      <w:r>
        <w:rPr>
          <w:b/>
        </w:rPr>
        <w:t xml:space="preserve">[27:51] </w:t>
      </w:r>
      <w:r>
        <w:t>unhein first best lena hai, first best lena hai. halanke woh possible nahi hai, kisi ke liye possible nahi hai woh.</w:t>
      </w:r>
    </w:p>
    <w:p>
      <w:pPr>
        <w:jc w:val="right"/>
      </w:pPr>
      <w:r>
        <w:t>انہیں فرسٹ بیسٹ لینا ہے، فرسٹ بیسٹ لینا ہے۔ حالانکہ وہ پاسیبل نہیں ہے، کسی کے لیے پاسیبل نہیں ہے وہ۔</w:t>
      </w:r>
    </w:p>
    <w:p>
      <w:r>
        <w:rPr>
          <w:b/>
        </w:rPr>
        <w:t xml:space="preserve">[28:01] </w:t>
      </w:r>
      <w:r>
        <w:t>yeh hai raaz jis ki wajah se hamari sari koshishein jo yani yani result result less ho rahi hain.</w:t>
      </w:r>
    </w:p>
    <w:p>
      <w:pPr>
        <w:jc w:val="right"/>
      </w:pPr>
      <w:r>
        <w:t>یہ ہے راز جس کی وجہ سے ہماری ساری کوششیں جو یعنی یعنی رزلٹ رزلٹ لیس ہو رہی ہیں۔</w:t>
      </w:r>
    </w:p>
    <w:p>
      <w:r>
        <w:rPr>
          <w:b/>
        </w:rPr>
        <w:t xml:space="preserve">[28:10] </w:t>
      </w:r>
      <w:r>
        <w:t>koi natija nahi nikal raha hai.</w:t>
      </w:r>
    </w:p>
    <w:p>
      <w:pPr>
        <w:jc w:val="right"/>
      </w:pPr>
      <w:r>
        <w:t>کوئی نتیجہ نہیں نکل رہا ہے۔</w:t>
      </w:r>
    </w:p>
    <w:p>
      <w:r>
        <w:rPr>
          <w:b/>
        </w:rPr>
        <w:t xml:space="preserve">[28:17] </w:t>
      </w:r>
      <w:r>
        <w:t>koi natija nahi nikal raha. aaj kal dekhiye jitne jo muslim leader hain idhar udhar duniya mein jahan bhi aap jayein, woh baatein karein kis ki? Islam count naafiz karo, Islam ki hukumat qaim karo, Islam ka namaz nizam har jagah banao.</w:t>
      </w:r>
    </w:p>
    <w:p>
      <w:pPr>
        <w:jc w:val="right"/>
      </w:pPr>
      <w:r>
        <w:t>کوئی نتیجہ نہیں نکل رہا۔ آج کل دیکھیے جتنے جو مسلم لیڈر ہیں ادھر ادھر دنیا میں جہاں بھی آپ جائیں، وہ باتیں کریں کس کی؟ اسلام کاؤنٹ نافذ کرو، اسلام کی حکومت قائم کرو، اسلام کا نماز نظام ہر جگہ بناؤ۔</w:t>
      </w:r>
    </w:p>
    <w:p>
      <w:r>
        <w:rPr>
          <w:b/>
        </w:rPr>
        <w:t xml:space="preserve">[28:32] </w:t>
      </w:r>
      <w:r>
        <w:t>isi sab isi ki baatein karte hain. jitne muslim leader hain duniya bhar mein, khilafat qaim karo. aur dawat ka kaam koi nahi kar raha hai.</w:t>
      </w:r>
    </w:p>
    <w:p>
      <w:pPr>
        <w:jc w:val="right"/>
      </w:pPr>
      <w:r>
        <w:t>اسی سب اسی کی باتیں کرتے ہیں۔ جتنے مسلم لیڈر ہیں دنیا بھر میں، خلافت قائم کرو۔ اور دعوت کا کام کوئی نہیں کر رہا ہے۔</w:t>
      </w:r>
    </w:p>
    <w:p>
      <w:r>
        <w:rPr>
          <w:b/>
        </w:rPr>
        <w:t xml:space="preserve">[28:43] </w:t>
      </w:r>
      <w:r>
        <w:t>kyun? dawat second best hai in ke liye. first best yeh hai ke muslim rule qaim ho, muslim empire qaim ho, muslim khilafat qaim ho. is ke peeche daud rahe hain.</w:t>
      </w:r>
    </w:p>
    <w:p>
      <w:pPr>
        <w:jc w:val="right"/>
      </w:pPr>
      <w:r>
        <w:t>کیوں؟ دعوت سیکنڈ بیسٹ ہے ان کے لیے۔ فرسٹ بیسٹ یہ ہے کہ مسلم رول قائم ہو، مسلم ایمپائر قائم ہو، مسلم خلافت قائم ہو۔ اس کے پیچھے دوڑ رہے ہیں۔</w:t>
      </w:r>
    </w:p>
    <w:p>
      <w:r>
        <w:rPr>
          <w:b/>
        </w:rPr>
        <w:t xml:space="preserve">[28:55] </w:t>
      </w:r>
      <w:r>
        <w:t>jab kaam nahi ho paate to suicide bombing karte hain. to khilafat in ke apne mind ke hisab se first best hai. is ke liye daud rahe hain.</w:t>
      </w:r>
    </w:p>
    <w:p>
      <w:pPr>
        <w:jc w:val="right"/>
      </w:pPr>
      <w:r>
        <w:t>جب کام نہیں ہو پاتے تو سوسائیڈ بمبنگ کرتے ہیں۔ تو خلافت ان کے اپنے مائنڈ کے حساب سے فرسٹ بیسٹ ہے۔ اس کے لیے دوڑ رہے ہیں۔</w:t>
      </w:r>
    </w:p>
    <w:p>
      <w:r>
        <w:rPr>
          <w:b/>
        </w:rPr>
        <w:t xml:space="preserve">[29:05] </w:t>
      </w:r>
      <w:r>
        <w:t>aur dawat in ke hisab se second best hai. kyun ke dawat ka matlab kya hai? ghair muslimon se dosti karna, ghair muslimon ko apna samajhna, ghair muslimon ke liye apne dil mein nafrat ko nikalna,</w:t>
      </w:r>
    </w:p>
    <w:p>
      <w:pPr>
        <w:jc w:val="right"/>
      </w:pPr>
      <w:r>
        <w:t>اور دعوت ان کے حساب سے سیکنڈ بیسٹ ہے۔ کیونکہ دعوت کا مطلب کیا ہے؟ غیر مسلموں سے دوستی کرنا، غیر مسلموں کو اپنا سمجھنا، غیر مسلموں کے لیے اپنے دل میں نفرت کو نکالنا،</w:t>
      </w:r>
    </w:p>
    <w:p>
      <w:r>
        <w:rPr>
          <w:b/>
        </w:rPr>
        <w:t xml:space="preserve">[29:22] </w:t>
      </w:r>
      <w:r>
        <w:t>aur un ke samne ja ke Islam ko pesh karna. yeh second best hai in ko, in ke apne is mindset ke mutabiq. yani main nahi kehta ke woh second best hai. yani first best, second best ka taluq hai aadmi ke mindset se.</w:t>
      </w:r>
    </w:p>
    <w:p>
      <w:pPr>
        <w:jc w:val="right"/>
      </w:pPr>
      <w:r>
        <w:t>اور ان کے سامنے جا کے اسلام کو پیش کرنا۔ یہ سیکنڈ بیسٹ ہے ان کو، ان کے اپنے اس مائنڈ سیٹ کے مطابق۔ یعنی میں نہیں کہتا کہ وہ سیکنڈ بیسٹ ہے۔ یعنی فرسٹ بیسٹ، سیکنڈ بیسٹ کا تعلق ہے آدمی کے مائنڈ سیٹ سے۔</w:t>
      </w:r>
    </w:p>
    <w:p>
      <w:r>
        <w:rPr>
          <w:b/>
        </w:rPr>
        <w:t xml:space="preserve">[29:36] </w:t>
      </w:r>
      <w:r>
        <w:t>ek bada sa goal aap bana lete hain ke Islami state qaim hona chahiye, Islami khilafat ko phir se duniya mein aana chahiye, Muslim empire phir se qaim hona chahiye.</w:t>
      </w:r>
    </w:p>
    <w:p>
      <w:pPr>
        <w:jc w:val="right"/>
      </w:pPr>
      <w:r>
        <w:t>ایک بڑا سا گول آپ بنا لیتے ہیں کہ اسلامی اسٹیٹ قائم ہونا چاہیے، اسلامی خلافت کو پھر سے دنیا میں آنا چاہیے، مسلم ایمپائر پھر سے قائم ہونا چاہیے۔</w:t>
      </w:r>
    </w:p>
    <w:p>
      <w:r>
        <w:rPr>
          <w:b/>
        </w:rPr>
        <w:t xml:space="preserve">[29:48] </w:t>
      </w:r>
      <w:r>
        <w:t>aap ke mindset mein yeh first best dikhai padta hai aap ko. to is ke liye aap qurbaniyan de rahe hain, sacrifice kar rahe hain, apne aap ko halak kar rahe hain.</w:t>
      </w:r>
    </w:p>
    <w:p>
      <w:pPr>
        <w:jc w:val="right"/>
      </w:pPr>
      <w:r>
        <w:t>آپ کے مائنڈ سیٹ میں یہ فرسٹ بیسٹ دکھائی پڑتا ہے آپ کو۔ تو اس کے لیے آپ قربانیاں دے رہے ہیں، سیکریفائس کر رہے ہیں، اپنے آپ کو ہلاک کر رہے ہیں۔</w:t>
      </w:r>
    </w:p>
    <w:p>
      <w:r>
        <w:rPr>
          <w:b/>
        </w:rPr>
        <w:t xml:space="preserve">[30:00] </w:t>
      </w:r>
      <w:r>
        <w:t>aur second best to already aap ke liye available hai poori tarike se. aap education le sakte hain, business kar sakte hain, deeni jazba aap ke andar hai to daawati kaam kar sakte hain.</w:t>
      </w:r>
    </w:p>
    <w:p>
      <w:pPr>
        <w:jc w:val="right"/>
      </w:pPr>
      <w:r>
        <w:t>اور سیکنڈ بیسٹ تو آلریڈی آپ کے لیے اویلیبل ہے پوری طریقے سے۔ آپ ایجوکیشن لے سکتے ہیں، بزنس کر سکتے ہیں، دینی جذبہ آپ کے اندر ہے تو دعوتی کام کر سکتے ہیں۔</w:t>
      </w:r>
    </w:p>
    <w:p>
      <w:r>
        <w:rPr>
          <w:b/>
        </w:rPr>
        <w:t xml:space="preserve">[30:16] </w:t>
      </w:r>
      <w:r>
        <w:t>lekin jo mindset bana hua hai in ka, in mindset mein yeh second best dikhai padta hai.</w:t>
      </w:r>
    </w:p>
    <w:p>
      <w:pPr>
        <w:jc w:val="right"/>
      </w:pPr>
      <w:r>
        <w:t>لیکن جو مائنڈ سیٹ بنا ہوا ہے ان کا، ان مائنڈ سیٹ میں یہ سیکنڈ بیسٹ دکھائی پڑتا ہے۔</w:t>
      </w:r>
    </w:p>
    <w:p>
      <w:r>
        <w:rPr>
          <w:b/>
        </w:rPr>
        <w:t xml:space="preserve">[30:24] </w:t>
      </w:r>
      <w:r>
        <w:t>to in ko attract nahi karta. in ko attract nahi karta.</w:t>
      </w:r>
    </w:p>
    <w:p>
      <w:pPr>
        <w:jc w:val="right"/>
      </w:pPr>
      <w:r>
        <w:t>تو ان کو اٹریکٹ نہیں کرتا۔ ان کو اٹریکٹ نہیں کرتا۔</w:t>
      </w:r>
    </w:p>
    <w:p>
      <w:r>
        <w:rPr>
          <w:b/>
        </w:rPr>
        <w:t xml:space="preserve">[30:38] </w:t>
      </w:r>
      <w:r>
        <w:t>yeh poori yani sari main samajhta hoon sari insaniyat ki story yahi hai. har aadmi apne hisab se ek ideal banaye hue hain.</w:t>
      </w:r>
    </w:p>
    <w:p>
      <w:pPr>
        <w:jc w:val="right"/>
      </w:pPr>
      <w:r>
        <w:t>یہ پوری یعنی ساری میں سمجھتا ہوں ساری انسانیت کی سٹوری یہی ہے۔ ہر آدمی اپنے حساب سے ایک آئیڈیل بنائے ہوئے ہیں۔</w:t>
      </w:r>
    </w:p>
    <w:p>
      <w:r>
        <w:rPr>
          <w:b/>
        </w:rPr>
        <w:t xml:space="preserve">[30:49] </w:t>
      </w:r>
      <w:r>
        <w:t>ideal samaj, ideal state, ideal system, ideal family, yahan tak ke ideal husband, ideal wife.</w:t>
      </w:r>
    </w:p>
    <w:p>
      <w:pPr>
        <w:jc w:val="right"/>
      </w:pPr>
      <w:r>
        <w:t>آئیڈیل سماج، آئیڈیل اسٹیٹ، آئیڈیل سسٹم، آئیڈیل فیملی، یہاں تک کہ آئیڈیل ہسبینڈ، آئیڈیل وائف۔</w:t>
      </w:r>
    </w:p>
    <w:p>
      <w:r>
        <w:rPr>
          <w:b/>
        </w:rPr>
        <w:t xml:space="preserve">[30:59] </w:t>
      </w:r>
      <w:r>
        <w:t>to har ek ka apna ek first best hai.</w:t>
      </w:r>
    </w:p>
    <w:p>
      <w:pPr>
        <w:jc w:val="right"/>
      </w:pPr>
      <w:r>
        <w:t>تو ہر ایک کا اپنا ایک فرسٹ بیسٹ ہے۔</w:t>
      </w:r>
    </w:p>
    <w:p>
      <w:r>
        <w:rPr>
          <w:b/>
        </w:rPr>
        <w:t xml:space="preserve">[31:03] </w:t>
      </w:r>
      <w:r>
        <w:t>har aurat ka, har mard ka, har qaum ka, har group ka, har nation ka, har country ka, har leader ka ek first best hai. apne mindset ke hisab se.</w:t>
      </w:r>
    </w:p>
    <w:p>
      <w:pPr>
        <w:jc w:val="right"/>
      </w:pPr>
      <w:r>
        <w:t>ہر عورت کا، ہر مرد کا، ہر قوم کا، ہر گروپ کا، ہر نیشن کا، ہر کنٹری کا، ہر لیڈر کا ایک فرسٹ بیسٹ ہے۔ اپنے مائنڈ سیٹ کے حساب سے۔</w:t>
      </w:r>
    </w:p>
    <w:p>
      <w:r>
        <w:rPr>
          <w:b/>
        </w:rPr>
        <w:t xml:space="preserve">[31:14] </w:t>
      </w:r>
      <w:r>
        <w:t>bas isi ke peeche daud raha hai woh. aur jab woh nahi milta to first system parta hai. yeh to is mamle mein muslim aur non muslim mein koi farq nahi hai.</w:t>
      </w:r>
    </w:p>
    <w:p>
      <w:pPr>
        <w:jc w:val="right"/>
      </w:pPr>
      <w:r>
        <w:t>بس اسی کے پیچھے دوڑ رہا ہے وہ۔ اور جب وہ نہیں ملتا تو فرسٹ سسٹم پڑتا ہے۔ یہ تو اس معاملے میں مسلم اور نان مسلم میں کوئی فرق نہیں ہے۔</w:t>
      </w:r>
    </w:p>
    <w:p>
      <w:r>
        <w:rPr>
          <w:b/>
        </w:rPr>
        <w:t xml:space="preserve">[31:28] </w:t>
      </w:r>
      <w:r>
        <w:t>kisi koi farq nahi hai. hum Khuda ke fazl se India mein kaam kar rahe hain. kal ek sahab aaye to unhone isi par baat ki ke India mein yeh hai, India mein woh hai.</w:t>
      </w:r>
    </w:p>
    <w:p>
      <w:pPr>
        <w:jc w:val="right"/>
      </w:pPr>
      <w:r>
        <w:t>کسی کوئی فرق نہیں ہے۔ ہم خدا کے فضل سے انڈیا میں کام کر رہے ہیں۔ کل ایک صاحب آئے تو انہوں نے اسی پر بات کی کہ انڈیا میں یہ ہے، انڈیا میں وہ ہے۔</w:t>
      </w:r>
    </w:p>
    <w:p>
      <w:r>
        <w:rPr>
          <w:b/>
        </w:rPr>
        <w:t xml:space="preserve">[31:43] </w:t>
      </w:r>
      <w:r>
        <w:t>matlab India unke nazdeek ek problem country tha. problem country. aur India ke bare mein woh negative the woh.</w:t>
      </w:r>
    </w:p>
    <w:p>
      <w:pPr>
        <w:jc w:val="right"/>
      </w:pPr>
      <w:r>
        <w:t>مطلب انڈیا ان کے نزدیک ایک پرابلم کنٹری تھا۔ پرابلم کنٹری۔ اور انڈیا کے بارے میں وہ نیگیٹیو تھے وہ۔</w:t>
      </w:r>
    </w:p>
    <w:p>
      <w:r>
        <w:rPr>
          <w:b/>
        </w:rPr>
        <w:t xml:space="preserve">[31:52] </w:t>
      </w:r>
      <w:r>
        <w:t>maine kaha main isi India mein rehta hoon. itni lambi umar meri ho gayi. mujhe to India problem country nahi dikhai padta. main kaam kar raha hoon dawat ka kaam.</w:t>
      </w:r>
    </w:p>
    <w:p>
      <w:pPr>
        <w:jc w:val="right"/>
      </w:pPr>
      <w:r>
        <w:t>میں نے کہا میں اسی انڈیا میں رہتا ہوں۔ اتنی لمبی عمر میری ہو گئی۔ مجھے تو انڈیا پرابلم کنٹری نہیں دکھائی پڑتا۔ میں کام کر رہا ہوں دعوتی کام۔</w:t>
      </w:r>
    </w:p>
    <w:p>
      <w:r>
        <w:rPr>
          <w:b/>
        </w:rPr>
        <w:t xml:space="preserve">[32:03] </w:t>
      </w:r>
      <w:r>
        <w:t>is mein main mere saathi khoob lage hue hain. to wahan pe bhi baat hai ke unko India kyun problem country lag raha tha?</w:t>
      </w:r>
    </w:p>
    <w:p>
      <w:pPr>
        <w:jc w:val="right"/>
      </w:pPr>
      <w:r>
        <w:t>اس میں میں میرے ساتھی خوب لگے ہوئے ہیں۔ تو وہاں پہ بھی بات ہے کہ ان کو انڈیا کیوں پرابلم کنٹری لگ رہا تھا؟</w:t>
      </w:r>
    </w:p>
    <w:p>
      <w:r>
        <w:rPr>
          <w:b/>
        </w:rPr>
        <w:t xml:space="preserve">[32:13] </w:t>
      </w:r>
      <w:r>
        <w:t>kyun ke woh chahte the first best. woh unhein mil nahi raha hai. main khush hoon is liye ke mujhe mujhe second best par raazi hoon main.</w:t>
      </w:r>
    </w:p>
    <w:p>
      <w:pPr>
        <w:jc w:val="right"/>
      </w:pPr>
      <w:r>
        <w:t>کیونکہ وہ چاہتے تھے فرسٹ بیسٹ۔ وہ انہیں مل نہیں رہا ہے۔ میں خوش ہوں اس لیے کہ مجھے مجھے سیکنڈ بیسٹ پر راضی ہوں میں۔</w:t>
      </w:r>
    </w:p>
    <w:p>
      <w:r>
        <w:rPr>
          <w:b/>
        </w:rPr>
        <w:t xml:space="preserve">[32:22] </w:t>
      </w:r>
      <w:r>
        <w:t>to main khush hoon. mere bachche padh rahe hain. mere bachche business kar rahe hain. mere saathi dawat work kar rahe hain.</w:t>
      </w:r>
    </w:p>
    <w:p>
      <w:pPr>
        <w:jc w:val="right"/>
      </w:pPr>
      <w:r>
        <w:t>تو میں خوش ہوں۔ میرے بچے پڑھ رہے ہیں۔ میرے بچے بزنس کر رہے ہیں۔ میرے ساتھی دعوت ورک کر رہے ہیں۔</w:t>
      </w:r>
    </w:p>
    <w:p>
      <w:r>
        <w:rPr>
          <w:b/>
        </w:rPr>
        <w:t xml:space="preserve">[32:34] </w:t>
      </w:r>
      <w:r>
        <w:t>to hum is par raazi hain. to unhone apne mind mein rakh rakha tha ke India mein musalmanon ka phir se role hona chahiye. Mughal saltanat phir se qaim honi chahiye.</w:t>
      </w:r>
    </w:p>
    <w:p>
      <w:pPr>
        <w:jc w:val="right"/>
      </w:pPr>
      <w:r>
        <w:t>تو ہم اس پر راضی ہیں۔ تو انہوں نے اپنے مائنڈ میں رکھ رکھا تھا کہ انڈیا میں مسلمانوں کا پھر سے رول ہونا چاہیے۔ مغل سلطنت پھر سے قائم ہونی چاہیے۔</w:t>
      </w:r>
    </w:p>
    <w:p>
      <w:r>
        <w:rPr>
          <w:b/>
        </w:rPr>
        <w:t xml:space="preserve">[32:45] </w:t>
      </w:r>
      <w:r>
        <w:t>phir se Lal Qile par jhanda ladna chahiye musalmanon ka. woh unke liye first best tha.</w:t>
      </w:r>
    </w:p>
    <w:p>
      <w:pPr>
        <w:jc w:val="right"/>
      </w:pPr>
      <w:r>
        <w:t>پھر سے لال قلعے پر جھنڈا لڑنا چاہیے مسلمانوں کا۔ وہ ان کے لیے فرسٹ بیسٹ تھا۔</w:t>
      </w:r>
    </w:p>
    <w:p>
      <w:r>
        <w:rPr>
          <w:b/>
        </w:rPr>
        <w:t xml:space="preserve">[32:55] </w:t>
      </w:r>
      <w:r>
        <w:t>to kahin bhi aap first best aap ko sirf jannat mein milega. dunya mein first best nahi mil sakta hai.</w:t>
      </w:r>
    </w:p>
    <w:p>
      <w:pPr>
        <w:jc w:val="right"/>
      </w:pPr>
      <w:r>
        <w:t>تو کہیں بھی آپ فرسٹ بیسٹ آپ کو صرف جنت میں ملے گا۔ دنیا میں فرسٹ بیسٹ نہیں مل سکتا ہے۔</w:t>
      </w:r>
    </w:p>
    <w:p>
      <w:r>
        <w:rPr>
          <w:b/>
        </w:rPr>
        <w:t xml:space="preserve">[33:05] </w:t>
      </w:r>
      <w:r>
        <w:t>yahan second best hi milega aap ko. to jo aadmi first best ke liye daudega, usi ke liye frustration hai, usi ke liye negative thinking hai, usi ke liye mayoosi ki maut hai.</w:t>
      </w:r>
    </w:p>
    <w:p>
      <w:pPr>
        <w:jc w:val="right"/>
      </w:pPr>
      <w:r>
        <w:t>یہاں سیکنڈ بیسٹ ہی ملے گا آپ کو۔ تو جو آدمی فرسٹ بیسٹ کے لیے دوڑے گا، اسی کے لیے فرسٹریشن ہے، اسی کے لیے نیگیٹیو تھنکنگ ہے، اسی کے لیے مایوسی کی موت ہے۔</w:t>
      </w:r>
    </w:p>
    <w:p>
      <w:r>
        <w:rPr>
          <w:b/>
        </w:rPr>
        <w:t xml:space="preserve">[33:24] </w:t>
      </w:r>
      <w:r>
        <w:t>aur jo aadmi second best par raazi ho jaye to woh tension se free ho jayega. instantly. instantly tension se free.</w:t>
      </w:r>
    </w:p>
    <w:p>
      <w:pPr>
        <w:jc w:val="right"/>
      </w:pPr>
      <w:r>
        <w:t>اور جو آدمی سیکنڈ بیسٹ پر راضی ہو جائے تو وہ ٹینشن سے فری ہو جائے گا۔ انسٹنٹلی۔ انسٹنٹلی ٹینشن سے فری۔</w:t>
      </w:r>
    </w:p>
    <w:p>
      <w:r>
        <w:rPr>
          <w:b/>
        </w:rPr>
        <w:t xml:space="preserve">[33:35] </w:t>
      </w:r>
      <w:r>
        <w:t>kisi ko bhi miliye aap, koi na koi shikayati baat liye rahega baith kar. koi aap road par khade ho jaiye, koi jab ja raha ho us ko baat kijiye us se.</w:t>
      </w:r>
    </w:p>
    <w:p>
      <w:pPr>
        <w:jc w:val="right"/>
      </w:pPr>
      <w:r>
        <w:t>کسی کو بھی ملیے آپ، کوئی نہ کوئی شکایتی بات لیے رہے گا بیٹھ کر۔ کوئی آپ روڈ پر کھڑے ہو جائیے، کوئی جب جا رہا ہو اس کو بات کیجئے اس سے۔</w:t>
      </w:r>
    </w:p>
    <w:p>
      <w:r>
        <w:rPr>
          <w:b/>
        </w:rPr>
        <w:t xml:space="preserve">[33:44] </w:t>
      </w:r>
      <w:r>
        <w:t>ek na ek shikayati baat bolega woh. company ke khilaaf, government ke khilaaf, system ke khilaaf, family ke khilaaf. kyun?</w:t>
      </w:r>
    </w:p>
    <w:p>
      <w:pPr>
        <w:jc w:val="right"/>
      </w:pPr>
      <w:r>
        <w:t>ایک نہ ایک شکایتی بات بولے گا وہ۔ کمپنی کے خلاف، گورنمنٹ کے خلاف، سسٹم کے خلاف، فیملی کے خلاف۔ کیوں؟</w:t>
      </w:r>
    </w:p>
    <w:p>
      <w:r>
        <w:rPr>
          <w:b/>
        </w:rPr>
        <w:t xml:space="preserve">[33:53] </w:t>
      </w:r>
      <w:r>
        <w:t>har ek chahta hai ke mujhe first best mile. bhai first best to Adam ko nahi mila, aap ko kahan se mil jayega?</w:t>
      </w:r>
    </w:p>
    <w:p>
      <w:pPr>
        <w:jc w:val="right"/>
      </w:pPr>
      <w:r>
        <w:t>ہر ایک چاہتا ہے کہ مجھے فرسٹ بیسٹ ملے۔ بھئی فرسٹ بیسٹ تو آدم کو نہیں ملا، آپ کو کہاں سے مل جائے گا؟</w:t>
      </w:r>
    </w:p>
    <w:p>
      <w:r>
        <w:rPr>
          <w:b/>
        </w:rPr>
        <w:t xml:space="preserve">[34:05] </w:t>
      </w:r>
      <w:r>
        <w:t>superpower ko bhi nahi mil sakta yaad rakhiye. maslan America superpower hai. aaj kal woh bahut problem mein ghira hua hai. bahut zyada problem hai.</w:t>
      </w:r>
    </w:p>
    <w:p>
      <w:pPr>
        <w:jc w:val="right"/>
      </w:pPr>
      <w:r>
        <w:t>سپر پاور کو بھی نہیں مل سکتا یاد رکھیے۔ مثلاً امریکہ سپر پاور ہے۔ آج کل وہ بہت پرابلم میں گھرا ہوا ہے۔ بہت زیادہ پرابلم ہے۔</w:t>
      </w:r>
    </w:p>
    <w:p>
      <w:r>
        <w:rPr>
          <w:b/>
        </w:rPr>
        <w:t xml:space="preserve">[34:16] </w:t>
      </w:r>
      <w:r>
        <w:t>jab Obama sahab ek saal pehle jab sadar bane the to unki speech banayi suni thi. poori speech A to Z. aur shuru kiya tha unhone yahan yeh is se.</w:t>
      </w:r>
    </w:p>
    <w:p>
      <w:pPr>
        <w:jc w:val="right"/>
      </w:pPr>
      <w:r>
        <w:t>جب اوباما صاحب ایک سال پہلے جب صدر بنے تھے تو ان کی اسپیچ بنائی سنی تھی۔ پوری اسپیچ اے ٹو زیڈ۔ اور شروع کیا تھا انہوں نے یہاں یہ اس سے۔</w:t>
      </w:r>
    </w:p>
    <w:p>
      <w:r>
        <w:rPr>
          <w:b/>
        </w:rPr>
        <w:t xml:space="preserve">[34:27] </w:t>
      </w:r>
      <w:r>
        <w:t>change has come to America. to maine kaha ke nahi. change has come to American presidency. abhi unka statement padha hoga aap logon ne.</w:t>
      </w:r>
    </w:p>
    <w:p>
      <w:pPr>
        <w:jc w:val="right"/>
      </w:pPr>
      <w:r>
        <w:t>چینج ہیز کم ٹو امریکہ۔ تو میں نے کہا کہ نہیں۔ چینج ہیز کم ٹو امریکن پریزیڈنسی۔ ابھی ان کا اسٹیٹمنٹ پڑھا ہوگا آپ لوگوں نے۔</w:t>
      </w:r>
    </w:p>
    <w:p>
      <w:r>
        <w:rPr>
          <w:b/>
        </w:rPr>
        <w:t xml:space="preserve">[34:37] </w:t>
      </w:r>
      <w:r>
        <w:t>woh kehte hain ke change nahi aaya. to kyun? America phansa hua hai isi dal dal mein. first second dekhiye America ka mamla kya hai.</w:t>
      </w:r>
    </w:p>
    <w:p>
      <w:pPr>
        <w:jc w:val="right"/>
      </w:pPr>
      <w:r>
        <w:t>وہ کہتے ہیں کہ چینج نہیں آیا۔ تو کیوں؟ امریکہ پھنسا ہوا ہے اسی دلدل میں۔ فرسٹ سیکنڈ دیکھیے امریکہ کا معاملہ کیا ہے۔</w:t>
      </w:r>
    </w:p>
    <w:p>
      <w:r>
        <w:rPr>
          <w:b/>
        </w:rPr>
        <w:t xml:space="preserve">[34:50] </w:t>
      </w:r>
      <w:r>
        <w:t>second world war se pehle wahan ka kya formula tha? business of America is business. second world war se pehle.</w:t>
      </w:r>
    </w:p>
    <w:p>
      <w:pPr>
        <w:jc w:val="right"/>
      </w:pPr>
      <w:r>
        <w:t>سیکنڈ ورلڈ وار سے پہلے وہاں کا کیا فارمولا تھا؟ بزنس آف امریکہ از بزنس۔ سیکنڈ ورلڈ وار سے پہلے۔</w:t>
      </w:r>
    </w:p>
    <w:p>
      <w:r>
        <w:rPr>
          <w:b/>
        </w:rPr>
        <w:t xml:space="preserve">[34:59] </w:t>
      </w:r>
      <w:r>
        <w:t>da business of America is business. business kar raha tha. ab second world war ke baad unko kya aaya jab jab jab yeh down ho gaya Russia?</w:t>
      </w:r>
    </w:p>
    <w:p>
      <w:pPr>
        <w:jc w:val="right"/>
      </w:pPr>
      <w:r>
        <w:t>دا بزنس آف امریکہ از بزنس۔ بزنس کر رہا تھا۔ اب سیکنڈ ورلڈ وار کے بعد ان کو کیا آیا جب جب جب یہ ڈاؤن ہو گیا رشیا؟</w:t>
      </w:r>
    </w:p>
    <w:p>
      <w:r>
        <w:rPr>
          <w:b/>
        </w:rPr>
        <w:t xml:space="preserve">[35:10] </w:t>
      </w:r>
      <w:r>
        <w:t>to global leadership. to global leadership ke chakkar mein yeh sab museebat uthani padi hai in ko. ke five trillion dollar kharch kar ke bhi kuch nahi mila.</w:t>
      </w:r>
    </w:p>
    <w:p>
      <w:pPr>
        <w:jc w:val="right"/>
      </w:pPr>
      <w:r>
        <w:t>تو گلوبل لیڈرشپ۔ تو گلوبل لیڈرشپ کے چکر میں یہ سب مصیبت اٹھانی پڑی ہے ان کو۔ کہ فائیو ٹریلین ڈالر خرچ کر کے بھی کچھ نہیں ملا۔</w:t>
      </w:r>
    </w:p>
    <w:p>
      <w:r>
        <w:rPr>
          <w:b/>
        </w:rPr>
        <w:t xml:space="preserve">[35:21] </w:t>
      </w:r>
      <w:r>
        <w:t>to America da business of America is business in ko second best laga. aur yeh first best laga ke sari dunya mein hum hamari leadership ho.</w:t>
      </w:r>
    </w:p>
    <w:p>
      <w:pPr>
        <w:jc w:val="right"/>
      </w:pPr>
      <w:r>
        <w:t>تو امریکہ دا بزنس آف امریکہ از بزنس ان کو سیکنڈ بیسٹ لگا۔ اور یہ فرسٹ بیسٹ لگا کہ ساری دنیا میں ہم ہماری لیڈرشپ ہو۔</w:t>
      </w:r>
    </w:p>
    <w:p>
      <w:r>
        <w:rPr>
          <w:b/>
        </w:rPr>
        <w:t xml:space="preserve">[35:35] </w:t>
      </w:r>
      <w:r>
        <w:t>global leadership. to first best ke chakkar mein america ke koi musibat uthani par rahi hai. agar woh second best par raazi rehta aaj bhi achhe tareeke se hota woh.</w:t>
      </w:r>
    </w:p>
    <w:p>
      <w:pPr>
        <w:jc w:val="right"/>
      </w:pPr>
      <w:r>
        <w:t>گلوبل لیڈرشپ۔ تو فرسٹ بیسٹ کے چکر میں امریکہ کے کوئی مصیبت اٹھانی پڑ رہی ہے۔ اگر وہ سیکنڈ بیسٹ پر راضی رہتا آج بھی اچھے طریقے سے ہوتا وہ۔</w:t>
      </w:r>
    </w:p>
    <w:p>
      <w:r>
        <w:rPr>
          <w:b/>
        </w:rPr>
        <w:t xml:space="preserve">[35:48] </w:t>
      </w:r>
      <w:r>
        <w:t>to woh formula jo second world war se pehle ka woh jo formula tha the business of america is business woh unko laga ke to second best hai.</w:t>
      </w:r>
    </w:p>
    <w:p>
      <w:pPr>
        <w:jc w:val="right"/>
      </w:pPr>
      <w:r>
        <w:t>تو وہ فارمولا جو سیکنڈ ورلڈ وار سے پہلے کا وہ جو فارمولا تھا دا بزنس آف امریکہ از بزنس وہ ان کو لگا کہ تو سیکنڈ بیسٹ ہے۔</w:t>
      </w:r>
    </w:p>
    <w:p>
      <w:r>
        <w:rPr>
          <w:b/>
        </w:rPr>
        <w:t xml:space="preserve">[35:58] </w:t>
      </w:r>
      <w:r>
        <w:t>aur yeh formula star war aur global leadership yeh jo chala jo aaj mushk ke zamane mein woh unko first best laga.</w:t>
      </w:r>
    </w:p>
    <w:p>
      <w:pPr>
        <w:jc w:val="right"/>
      </w:pPr>
      <w:r>
        <w:t>اور یہ فارمولا اسٹار وار اور گلوبل لیڈرشپ یہ جو چلا جو آج مشک کے زمانے میں وہ ان کو فرسٹ بیسٹ لگا۔</w:t>
      </w:r>
    </w:p>
    <w:p>
      <w:r>
        <w:rPr>
          <w:b/>
        </w:rPr>
        <w:t xml:space="preserve">[36:09] </w:t>
      </w:r>
      <w:r>
        <w:t>lekin first best mein kya hua? kuch bhi nahi hua. saari economy shatter ho rahi hai wahan ki. to chahe muslim ho ya non muslim yaad rakhiye aur dono ke liye option yahi hai.</w:t>
      </w:r>
    </w:p>
    <w:p>
      <w:pPr>
        <w:jc w:val="right"/>
      </w:pPr>
      <w:r>
        <w:t>لیکن فرسٹ بیسٹ میں کیا ہوا؟ کچھ بھی نہیں ہوا۔ ساری اکانومی شیٹر ہو رہی ہے وہاں کی۔ تو چاہے مسلم ہو یا نان مسلم یاد رکھیے اور دونوں کے لیے آپشن یہی ہے۔</w:t>
      </w:r>
    </w:p>
    <w:p>
      <w:r>
        <w:rPr>
          <w:b/>
        </w:rPr>
        <w:t xml:space="preserve">[36:24] </w:t>
      </w:r>
      <w:r>
        <w:t>second best ka option. abhi dekhiye china mein dekhiye xinjiang ka masla.</w:t>
      </w:r>
    </w:p>
    <w:p>
      <w:pPr>
        <w:jc w:val="right"/>
      </w:pPr>
      <w:r>
        <w:t>سیکنڈ بیسٹ کا آپشن۔ ابھی دیکھیے چائنہ میں دیکھیے سنکیانگ کا مسئلہ۔</w:t>
      </w:r>
    </w:p>
    <w:p>
      <w:r>
        <w:rPr>
          <w:b/>
        </w:rPr>
        <w:t xml:space="preserve">[36:32] </w:t>
      </w:r>
      <w:r>
        <w:t>abhi kuch muslim leader sahab se mulaqat hui. unhone kaha ke dekhiye china mein kya ho raha hai xinjiang ke musalmanon ko.</w:t>
      </w:r>
    </w:p>
    <w:p>
      <w:pPr>
        <w:jc w:val="right"/>
      </w:pPr>
      <w:r>
        <w:t>ابھی کچھ مسلم لیڈر صاحب سے ملاقات ہوئی۔ انہوں نے کہا کہ دیکھیے چائنہ میں کیا ہو رہا ہے سنکیانگ کے مسلمانوں کو۔</w:t>
      </w:r>
    </w:p>
    <w:p>
      <w:r>
        <w:rPr>
          <w:b/>
        </w:rPr>
        <w:t xml:space="preserve">[36:40] </w:t>
      </w:r>
      <w:r>
        <w:t>bhai itna zulm ho raha hai aap kuch likhte nahi hain iske khilaf. maine kaha dekhiye china mein jo xinjiang ka area hai jahan musalman kafi hain wahan musalman is se pehle bahut achhi halat mein the.</w:t>
      </w:r>
    </w:p>
    <w:p>
      <w:pPr>
        <w:jc w:val="right"/>
      </w:pPr>
      <w:r>
        <w:t>بھئی اتنا ظلم ہو رہا ہے آپ کچھ لکھتے نہیں ہیں اس کے خلاف۔ میں نے کہا دیکھیے چائنہ میں جو سنکیانگ کا ایریا ہے جہاں مسلمان کافی ہیں وہاں مسلمان اس سے پہلے بہت اچھی حالت میں تھے۔</w:t>
      </w:r>
    </w:p>
    <w:p>
      <w:r>
        <w:rPr>
          <w:b/>
        </w:rPr>
        <w:t xml:space="preserve">[36:57] </w:t>
      </w:r>
      <w:r>
        <w:t>masjiden abad theen, madarse chal rahe the, musalmanon ko achha khane peene mil raha tha, sab theek thaak</w:t>
      </w:r>
    </w:p>
    <w:p>
      <w:pPr>
        <w:jc w:val="right"/>
      </w:pPr>
      <w:r>
        <w:t>مسجدیں آباد تھیں، مدرسے چل رہے تھے، مسلمانوں کو اچھا کھانے پینے مل رہا تھا، سب ٹھیک ٹھاک</w:t>
      </w:r>
    </w:p>
    <w:p>
      <w:r>
        <w:rPr>
          <w:b/>
        </w:rPr>
        <w:t xml:space="preserve">[37:04] </w:t>
      </w:r>
      <w:r>
        <w:t>tha. is ke baad kuch muslim leader uthe ke yaani woh azaad</w:t>
      </w:r>
    </w:p>
    <w:p>
      <w:pPr>
        <w:jc w:val="right"/>
      </w:pPr>
      <w:r>
        <w:t>تھا۔ اس کے بعد کچھ مسلم لیڈر اٹھے کہ یعنی وہ آزاد</w:t>
      </w:r>
    </w:p>
    <w:p>
      <w:r>
        <w:rPr>
          <w:b/>
        </w:rPr>
        <w:t xml:space="preserve">[37:10] </w:t>
      </w:r>
      <w:r>
        <w:t>yaani azaad sinkiyang yaani yaani chaina se alag kar ke ek alag mulk muslim land banana alag to</w:t>
      </w:r>
    </w:p>
    <w:p>
      <w:pPr>
        <w:jc w:val="right"/>
      </w:pPr>
      <w:r>
        <w:t>یعنی آزاد سنکیانگ یعنی یعنی چائنہ سے الگ کر کے ایک الگ ملک مسلم لینڈ بنانا الگ تو</w:t>
      </w:r>
    </w:p>
    <w:p>
      <w:r>
        <w:rPr>
          <w:b/>
        </w:rPr>
        <w:t xml:space="preserve">[37:20] </w:t>
      </w:r>
      <w:r>
        <w:t>zahir hai ke woh wahi karega jo kiya chaina ne to sinkiyang ke musalmanon ko jo is</w:t>
      </w:r>
    </w:p>
    <w:p>
      <w:pPr>
        <w:jc w:val="right"/>
      </w:pPr>
      <w:r>
        <w:t>ظاہر ہے کہ وہ وہی کرے گا جو کیا چائنہ نے تو سنکیانگ کے مسلمانوں کو جو اس</w:t>
      </w:r>
    </w:p>
    <w:p>
      <w:r>
        <w:rPr>
          <w:b/>
        </w:rPr>
        <w:t xml:space="preserve">[37:27] </w:t>
      </w:r>
      <w:r>
        <w:t>waqt museebat hai woh cheen ke zulm ki bina par nahi hai</w:t>
      </w:r>
    </w:p>
    <w:p>
      <w:pPr>
        <w:jc w:val="right"/>
      </w:pPr>
      <w:r>
        <w:t>وقت مصیبت ہے وہ چین کے ظلم کی بنا پر نہیں ہے</w:t>
      </w:r>
    </w:p>
    <w:p>
      <w:r>
        <w:rPr>
          <w:b/>
        </w:rPr>
        <w:t xml:space="preserve">[37:33] </w:t>
      </w:r>
      <w:r>
        <w:t>That is price of their own stupidity.</w:t>
      </w:r>
    </w:p>
    <w:p>
      <w:pPr>
        <w:jc w:val="right"/>
      </w:pPr>
      <w:r>
        <w:t>دیٹ از پرائس اف دیر اون اسٹیوپڈٹی</w:t>
      </w:r>
    </w:p>
    <w:p>
      <w:r>
        <w:rPr>
          <w:b/>
        </w:rPr>
        <w:t xml:space="preserve">[37:39] </w:t>
      </w:r>
      <w:r>
        <w:t>اپنی stupid policy ki woh price de rahe hain</w:t>
      </w:r>
    </w:p>
    <w:p>
      <w:pPr>
        <w:jc w:val="right"/>
      </w:pPr>
      <w:r>
        <w:t>اپنی اسٹیوپڈ پالیسی کی وہ پرائس دے رہے ہیں</w:t>
      </w:r>
    </w:p>
    <w:p>
      <w:r>
        <w:rPr>
          <w:b/>
        </w:rPr>
        <w:t xml:space="preserve">[37:43] </w:t>
      </w:r>
      <w:r>
        <w:t>agar</w:t>
      </w:r>
    </w:p>
    <w:p>
      <w:pPr>
        <w:jc w:val="right"/>
      </w:pPr>
      <w:r>
        <w:t>اگر</w:t>
      </w:r>
    </w:p>
    <w:p>
      <w:r>
        <w:rPr>
          <w:b/>
        </w:rPr>
        <w:t xml:space="preserve">[37:43] </w:t>
      </w:r>
      <w:r>
        <w:t>woh yaani azaad sinkiyang ka wahan par na karte silsila to bohat aram khate rehte hain jaise ke</w:t>
      </w:r>
    </w:p>
    <w:p>
      <w:pPr>
        <w:jc w:val="right"/>
      </w:pPr>
      <w:r>
        <w:t>وہ یعنی آزاد سنکیانگ کا وہاں پر نہ کرتے سلسلہ تو بہت ارام کھاتے رہتے ہیں جیسے کہ</w:t>
      </w:r>
    </w:p>
    <w:p>
      <w:r>
        <w:rPr>
          <w:b/>
        </w:rPr>
        <w:t xml:space="preserve">[37:53] </w:t>
      </w:r>
      <w:r>
        <w:t>re rahe the is se pehle</w:t>
      </w:r>
    </w:p>
    <w:p>
      <w:pPr>
        <w:jc w:val="right"/>
      </w:pPr>
      <w:r>
        <w:t>رہ رہے تھے اس سے پہلے</w:t>
      </w:r>
    </w:p>
    <w:p>
      <w:r>
        <w:rPr>
          <w:b/>
        </w:rPr>
        <w:t xml:space="preserve">[37:56] </w:t>
      </w:r>
      <w:r>
        <w:t>to unhon ne kaha ke aur bosnia ke bare mein kya kahenge aap</w:t>
      </w:r>
    </w:p>
    <w:p>
      <w:pPr>
        <w:jc w:val="right"/>
      </w:pPr>
      <w:r>
        <w:t>تو انہوں نے کہا کہ اور بوسنیا کے بارے میں کیا کہیں گے آپ</w:t>
      </w:r>
    </w:p>
    <w:p>
      <w:r>
        <w:rPr>
          <w:b/>
        </w:rPr>
        <w:t xml:space="preserve">[38:00] </w:t>
      </w:r>
      <w:r>
        <w:t>main ne kaha wahin wahi wahi yahi qissa hai</w:t>
      </w:r>
    </w:p>
    <w:p>
      <w:pPr>
        <w:jc w:val="right"/>
      </w:pPr>
      <w:r>
        <w:t>میں نے کہا وہیں وہی وہی یہی قصہ ہے</w:t>
      </w:r>
    </w:p>
    <w:p>
      <w:r>
        <w:rPr>
          <w:b/>
        </w:rPr>
        <w:t xml:space="preserve">[38:03] </w:t>
      </w:r>
      <w:r>
        <w:t>bohat bari logon ko galat fehmi hai bosnia ke bare mein aksar log mujh se yeh kehte hain</w:t>
      </w:r>
    </w:p>
    <w:p>
      <w:pPr>
        <w:jc w:val="right"/>
      </w:pPr>
      <w:r>
        <w:t>بہت بڑی لوگوں کو غلط فہمی ہے بوسنیا کے بارے میں اکثر لوگ مجھ سے یہ کہتے ہیں</w:t>
      </w:r>
    </w:p>
    <w:p>
      <w:r>
        <w:rPr>
          <w:b/>
        </w:rPr>
        <w:t xml:space="preserve">[38:09] </w:t>
      </w:r>
      <w:r>
        <w:t>woh samajhta hai ke bosnia mein to zulm bilkul yaani hai hi hai is mein koi do raah</w:t>
      </w:r>
    </w:p>
    <w:p>
      <w:pPr>
        <w:jc w:val="right"/>
      </w:pPr>
      <w:r>
        <w:t>وہ سمجھتا ہے کہ بوسنیا میں تو ظلم بالکل یعنی ہے ہی ہے اس میں کوئی دو راہ</w:t>
      </w:r>
    </w:p>
    <w:p>
      <w:r>
        <w:rPr>
          <w:b/>
        </w:rPr>
        <w:t xml:space="preserve">[38:15] </w:t>
      </w:r>
      <w:r>
        <w:t>nahi ho sakti lekin yeh baat sahi nahi hai</w:t>
      </w:r>
    </w:p>
    <w:p>
      <w:pPr>
        <w:jc w:val="right"/>
      </w:pPr>
      <w:r>
        <w:t>نہیں ہو سکتی لیکن یہ بات صحیح نہیں ہے</w:t>
      </w:r>
    </w:p>
    <w:p>
      <w:r>
        <w:rPr>
          <w:b/>
        </w:rPr>
        <w:t xml:space="preserve">[38:19] </w:t>
      </w:r>
      <w:r>
        <w:t>بوسنیا جو تھا that was a part of Yugoslavia</w:t>
      </w:r>
    </w:p>
    <w:p>
      <w:pPr>
        <w:jc w:val="right"/>
      </w:pPr>
      <w:r>
        <w:t>بوسنیا جو تھا دیٹ واز ا پارٹ اف یوگوسلاویا</w:t>
      </w:r>
    </w:p>
    <w:p>
      <w:r>
        <w:rPr>
          <w:b/>
        </w:rPr>
        <w:t xml:space="preserve">[38:24] </w:t>
      </w:r>
      <w:r>
        <w:t>jaise bihar up india ka part hai</w:t>
      </w:r>
    </w:p>
    <w:p>
      <w:pPr>
        <w:jc w:val="right"/>
      </w:pPr>
      <w:r>
        <w:t>جیسے بہار یو پی انڈیا کا پارٹ ہے</w:t>
      </w:r>
    </w:p>
    <w:p>
      <w:r>
        <w:rPr>
          <w:b/>
        </w:rPr>
        <w:t xml:space="preserve">[38:28] </w:t>
      </w:r>
      <w:r>
        <w:t>wahan par</w:t>
      </w:r>
    </w:p>
    <w:p>
      <w:pPr>
        <w:jc w:val="right"/>
      </w:pPr>
      <w:r>
        <w:t>وہاں پر</w:t>
      </w:r>
    </w:p>
    <w:p>
      <w:r>
        <w:rPr>
          <w:b/>
        </w:rPr>
        <w:t xml:space="preserve">[38:28] </w:t>
      </w:r>
      <w:r>
        <w:t>musalman jo hain yaani</w:t>
      </w:r>
    </w:p>
    <w:p>
      <w:pPr>
        <w:jc w:val="right"/>
      </w:pPr>
      <w:r>
        <w:t>مسلمان جو ہیں یعنی</w:t>
      </w:r>
    </w:p>
    <w:p>
      <w:r>
        <w:rPr>
          <w:b/>
        </w:rPr>
        <w:t xml:space="preserve">[38:32] </w:t>
      </w:r>
      <w:r>
        <w:t>lag bhag aadhe hain</w:t>
      </w:r>
    </w:p>
    <w:p>
      <w:pPr>
        <w:jc w:val="right"/>
      </w:pPr>
      <w:r>
        <w:t>لگ بھگ ادھے ہیں</w:t>
      </w:r>
    </w:p>
    <w:p>
      <w:r>
        <w:rPr>
          <w:b/>
        </w:rPr>
        <w:t xml:space="preserve">[38:36] </w:t>
      </w:r>
      <w:r>
        <w:t>to turkon ke zamane se wahan par musalmanon ka</w:t>
      </w:r>
    </w:p>
    <w:p>
      <w:pPr>
        <w:jc w:val="right"/>
      </w:pPr>
      <w:r>
        <w:t>تو ترکوں کے زمانے سے وہاں پر مسلمانوں کا</w:t>
      </w:r>
    </w:p>
    <w:p>
      <w:r>
        <w:rPr>
          <w:b/>
        </w:rPr>
        <w:t xml:space="preserve">[38:42] </w:t>
      </w:r>
      <w:r>
        <w:t>tha to election hua wahan par election mein muslim leader jo hain izzat begovitch woh jeete aur woh</w:t>
      </w:r>
    </w:p>
    <w:p>
      <w:pPr>
        <w:jc w:val="right"/>
      </w:pPr>
      <w:r>
        <w:t>تھا تو الیکشن ہوا وہاں پر الیکشن میں مسلم لیڈر جو ہیں عزت بیگوئیچ وہ جیتے اور وہ</w:t>
      </w:r>
    </w:p>
    <w:p>
      <w:r>
        <w:rPr>
          <w:b/>
        </w:rPr>
        <w:t xml:space="preserve">[38:50] </w:t>
      </w:r>
      <w:r>
        <w:t>woh wahan ke ban gaye jo jaise hamare state mein chief minister hota hai</w:t>
      </w:r>
    </w:p>
    <w:p>
      <w:pPr>
        <w:jc w:val="right"/>
      </w:pPr>
      <w:r>
        <w:t>وہاں کے بن گئے جو جیسے ہمارے اسٹیٹ میں چیف منسٹر ہوتا ہے</w:t>
      </w:r>
    </w:p>
    <w:p>
      <w:r>
        <w:rPr>
          <w:b/>
        </w:rPr>
        <w:t xml:space="preserve">[38:56] </w:t>
      </w:r>
      <w:r>
        <w:t>hamare india mein jo states hain har jagah ek ek chief minister hai to bizat bogovitch bosnia ke</w:t>
      </w:r>
    </w:p>
    <w:p>
      <w:pPr>
        <w:jc w:val="right"/>
      </w:pPr>
      <w:r>
        <w:t>ہمارے انڈیا میں جو اسٹیٹس ہیں ہر جگہ ایک ایک چیف منسٹر ہے تو بزت بوگوئیچ بوسنیا کے</w:t>
      </w:r>
    </w:p>
    <w:p>
      <w:r>
        <w:rPr>
          <w:b/>
        </w:rPr>
        <w:t xml:space="preserve">[39:04] </w:t>
      </w:r>
      <w:r>
        <w:t>chief minister ho gaye</w:t>
      </w:r>
    </w:p>
    <w:p>
      <w:pPr>
        <w:jc w:val="right"/>
      </w:pPr>
      <w:r>
        <w:t>چیف منسٹر ہو گئے</w:t>
      </w:r>
    </w:p>
    <w:p>
      <w:r>
        <w:rPr>
          <w:b/>
        </w:rPr>
        <w:t xml:space="preserve">[39:06] </w:t>
      </w:r>
      <w:r>
        <w:t>aur unhon ne kya kiya independent bosnia declare kar diya</w:t>
      </w:r>
    </w:p>
    <w:p>
      <w:pPr>
        <w:jc w:val="right"/>
      </w:pPr>
      <w:r>
        <w:t>اور انہوں نے کیا کیا انڈیپینڈنٹ بوسنیا ڈیکلیئر کر دیا</w:t>
      </w:r>
    </w:p>
    <w:p>
      <w:r>
        <w:rPr>
          <w:b/>
        </w:rPr>
        <w:t xml:space="preserve">[39:11] </w:t>
      </w:r>
      <w:r>
        <w:t>to zahir hai ke wahi hona chahiye to hua jo</w:t>
      </w:r>
    </w:p>
    <w:p>
      <w:pPr>
        <w:jc w:val="right"/>
      </w:pPr>
      <w:r>
        <w:t>تو ظاہر ہے کہ وہی ہونا چاہیے تو ہوا جو</w:t>
      </w:r>
    </w:p>
    <w:p>
      <w:r>
        <w:rPr>
          <w:b/>
        </w:rPr>
        <w:t xml:space="preserve">[39:14] </w:t>
      </w:r>
      <w:r>
        <w:t>hua aaj india mein koi state maharash andhra pradesh up bihar koi bhi wahan ke chief minister</w:t>
      </w:r>
    </w:p>
    <w:p>
      <w:pPr>
        <w:jc w:val="right"/>
      </w:pPr>
      <w:r>
        <w:t>ہوا اج انڈیا میں کوئی اسٹیٹ مہاراش اندھرا پردیش یو پی بہار کوئی بھی وہاں کے چیف منسٹر</w:t>
      </w:r>
    </w:p>
    <w:p>
      <w:r>
        <w:rPr>
          <w:b/>
        </w:rPr>
        <w:t xml:space="preserve">[39:21] </w:t>
      </w:r>
      <w:r>
        <w:t>independence declare kar de to kya hoga center is ko mare ga</w:t>
      </w:r>
    </w:p>
    <w:p>
      <w:pPr>
        <w:jc w:val="right"/>
      </w:pPr>
      <w:r>
        <w:t>انڈیپینڈنس ڈیکلیئر کر دے تو کیا ہوگا سینٹر اس کو مارے گا</w:t>
      </w:r>
    </w:p>
    <w:p>
      <w:r>
        <w:rPr>
          <w:b/>
        </w:rPr>
        <w:t xml:space="preserve">[39:27] </w:t>
      </w:r>
      <w:r>
        <w:t>to chief minister ban kar ke wahan par khoob achhe tarike se kar rahe hain kaam lekin jis</w:t>
      </w:r>
    </w:p>
    <w:p>
      <w:pPr>
        <w:jc w:val="right"/>
      </w:pPr>
      <w:r>
        <w:t>تو چیف منسٹر بن کر کے وہاں پر خوب اچھے طریقے سے کر رہے ہیں کام لیکن جس</w:t>
      </w:r>
    </w:p>
    <w:p>
      <w:r>
        <w:rPr>
          <w:b/>
        </w:rPr>
        <w:t xml:space="preserve">[39:31] </w:t>
      </w:r>
      <w:r>
        <w:t>din independence declare karenge to center apni army bhejega un ke liye un ke khilaf</w:t>
      </w:r>
    </w:p>
    <w:p>
      <w:pPr>
        <w:jc w:val="right"/>
      </w:pPr>
      <w:r>
        <w:t>دن انڈیپینڈنس ڈیکلیئر کریں گے تو سینٹر اپنی ارمی بھیجے گا ان کے لیے ان کے خلاف</w:t>
      </w:r>
    </w:p>
    <w:p>
      <w:r>
        <w:rPr>
          <w:b/>
        </w:rPr>
        <w:t xml:space="preserve">[39:38] </w:t>
      </w:r>
      <w:r>
        <w:t>to bosnia mein agar</w:t>
      </w:r>
    </w:p>
    <w:p>
      <w:pPr>
        <w:jc w:val="right"/>
      </w:pPr>
      <w:r>
        <w:t>تو بوسنیا میں اگر</w:t>
      </w:r>
    </w:p>
    <w:p>
      <w:r>
        <w:rPr>
          <w:b/>
        </w:rPr>
        <w:t xml:space="preserve">[39:41] </w:t>
      </w:r>
      <w:r>
        <w:t>wo un ko second best laga izzat bogojeech ko un ke sathiyon ko ke hum yugoslavia ke ka</w:t>
      </w:r>
    </w:p>
    <w:p>
      <w:pPr>
        <w:jc w:val="right"/>
      </w:pPr>
      <w:r>
        <w:t>وہ ان کو سیکنڈ بیسٹ لگا عزت بوگوئیچ کو ان کے ساتھیوں کو کہ ہم یوگوسلاویا کے کا</w:t>
      </w:r>
    </w:p>
    <w:p>
      <w:r>
        <w:rPr>
          <w:b/>
        </w:rPr>
        <w:t xml:space="preserve">[39:50] </w:t>
      </w:r>
      <w:r>
        <w:t>ek part hain ke taur par hon</w:t>
      </w:r>
    </w:p>
    <w:p>
      <w:pPr>
        <w:jc w:val="right"/>
      </w:pPr>
      <w:r>
        <w:t>ایک پارٹ ہیں کے طور پر ہوں</w:t>
      </w:r>
    </w:p>
    <w:p>
      <w:r>
        <w:rPr>
          <w:b/>
        </w:rPr>
        <w:t xml:space="preserve">[39:53] </w:t>
      </w:r>
      <w:r>
        <w:t>to unhein laga ke to second best hai hamein ek azaad bosnia chahiye azaad muslim</w:t>
      </w:r>
    </w:p>
    <w:p>
      <w:pPr>
        <w:jc w:val="right"/>
      </w:pPr>
      <w:r>
        <w:t>تو انہیں لگا کہ تو سیکنڈ بیسٹ ہے ہمیں ایک ازاد بوسنیا چاہیے ازاد مسلم</w:t>
      </w:r>
    </w:p>
    <w:p>
      <w:r>
        <w:rPr>
          <w:b/>
        </w:rPr>
        <w:t xml:space="preserve">[39:59] </w:t>
      </w:r>
      <w:r>
        <w:t>land chahiye to un ke apne mind mein unhe first best laga to is ki price de rahe hain woh jis cheez ko log kehte hain ke bosnia mein zulm hua hai woh zulm nahi hai woh that is price of their own stupid policy</w:t>
      </w:r>
    </w:p>
    <w:p>
      <w:pPr>
        <w:jc w:val="right"/>
      </w:pPr>
      <w:r>
        <w:t>لینڈ چاہیے تو ان کے اپنے مائنڈ میں انہیں فرسٹ بیسٹ لگا تو اس کی پرائس دے رہے ہیں وہ جس چیز کو لوگ کہتے ہیں کہ بوسنیا میں ظلم ہوا ہے وہ ظلم نہیں ہے وہ دیٹ از پرائس اف دیر اون اسٹیوپڈ پالیسی</w:t>
      </w:r>
    </w:p>
    <w:p>
      <w:r>
        <w:rPr>
          <w:b/>
        </w:rPr>
        <w:t xml:space="preserve">[40:21] </w:t>
      </w:r>
      <w:r>
        <w:t>to yeh law of nature hai yeh allah taala ne khud yeh qaim farmaya aap kaise badlenge is ko kaise badlenge aap woh woh qanoon na adab ke liye badla na alexander ke liye badla na musalmanon ke badlega na america ke liye badla woh kaam woh qanoon</w:t>
      </w:r>
    </w:p>
    <w:p>
      <w:pPr>
        <w:jc w:val="right"/>
      </w:pPr>
      <w:r>
        <w:t>تو یہ لاء اف نیچر ہے یہ اللہ تعالی نے خود یہ قائم فرمایا اپ کیسے بدلیں گے اس کو کیسے بدلیں گے اپ وہ وہ قانون نہ ادب کے لیے بدلا نہ الیگزینڈر کے لیے بدلا نہ مسلمانوں کے بدلے گا نہ امریکہ کے لیے بدلا وہ کام وہ قانون</w:t>
      </w:r>
    </w:p>
    <w:p>
      <w:r>
        <w:rPr>
          <w:b/>
        </w:rPr>
        <w:t xml:space="preserve">[40:47] </w:t>
      </w:r>
      <w:r>
        <w:t>yeh bahut zyada zaroori hai hum dawat ka kaam karna chahte hain to hamein is ko bahut clear</w:t>
      </w:r>
    </w:p>
    <w:p>
      <w:pPr>
        <w:jc w:val="right"/>
      </w:pPr>
      <w:r>
        <w:t>یہ بہت زیادہ ضروری ہے ہم دعوت کا کام کرنا چاہتے ہیں تو ہمیں اس کو بہت کلیئر</w:t>
      </w:r>
    </w:p>
    <w:p>
      <w:r>
        <w:rPr>
          <w:b/>
        </w:rPr>
        <w:t xml:space="preserve">[40:52] </w:t>
      </w:r>
      <w:r>
        <w:t>rehna chahiye hamare dimagh mein ke hum second ap second best hi par hamein raazi hona padega</w:t>
      </w:r>
    </w:p>
    <w:p>
      <w:pPr>
        <w:jc w:val="right"/>
      </w:pPr>
      <w:r>
        <w:t>رہنا چاہیے ہمارے دماغ میں کہ ہم سیکنڈ اپ سیکنڈ بیسٹ ہی پر ہمیں راضی ہونا پڑے گا</w:t>
      </w:r>
    </w:p>
    <w:p>
      <w:r>
        <w:rPr>
          <w:b/>
        </w:rPr>
        <w:t xml:space="preserve">[40:59] </w:t>
      </w:r>
      <w:r>
        <w:t>warna dawat kaam nahi hoga</w:t>
      </w:r>
    </w:p>
    <w:p>
      <w:pPr>
        <w:jc w:val="right"/>
      </w:pPr>
      <w:r>
        <w:t>ورنہ دعوت کام نہیں ہوگا</w:t>
      </w:r>
    </w:p>
    <w:p>
      <w:r>
        <w:rPr>
          <w:b/>
        </w:rPr>
        <w:t xml:space="preserve">[41:02] </w:t>
      </w:r>
      <w:r>
        <w:t>muslim jitne muslim countries hain har jagah dawat ke mawaqe hain kyunke tourism hai log job ke liye</w:t>
      </w:r>
    </w:p>
    <w:p>
      <w:pPr>
        <w:jc w:val="right"/>
      </w:pPr>
      <w:r>
        <w:t>مسلم جتنے مسلم کنٹریز ہیں ہر جگہ دعوت کے مواقع ہیں کیونکہ ٹورزم ہے لوگ جاب کے لیے</w:t>
      </w:r>
    </w:p>
    <w:p>
      <w:r>
        <w:rPr>
          <w:b/>
        </w:rPr>
        <w:t xml:space="preserve">[41:09] </w:t>
      </w:r>
      <w:r>
        <w:t>jaate hain wahan business ke liye jaate hain to bahut jagah jagah lekin wo samajhte hain ke bas</w:t>
      </w:r>
    </w:p>
    <w:p>
      <w:pPr>
        <w:jc w:val="right"/>
      </w:pPr>
      <w:r>
        <w:t>جاتے ہیں وہاں بزنس کے لیے جاتے ہیں تو بہت جگہ جگہ لیکن وہ سمجھتے ہیں کہ بس</w:t>
      </w:r>
    </w:p>
    <w:p>
      <w:r>
        <w:rPr>
          <w:b/>
        </w:rPr>
        <w:t xml:space="preserve">[41:14] </w:t>
      </w:r>
      <w:r>
        <w:t>islam mein qanoon naafiz ho har muslim country mein yahi jhagda macha hua hai islam mein qanoon naafiz</w:t>
      </w:r>
    </w:p>
    <w:p>
      <w:pPr>
        <w:jc w:val="right"/>
      </w:pPr>
      <w:r>
        <w:t>اسلام میں قانون نافذ ہو ہر مسلم کنٹری میں یہی جھگڑا مچا ہوا ہے اسلام میں قانون نافذ</w:t>
      </w:r>
    </w:p>
    <w:p>
      <w:r>
        <w:rPr>
          <w:b/>
        </w:rPr>
        <w:t xml:space="preserve">[41:21] </w:t>
      </w:r>
      <w:r>
        <w:t>karo wo un ko second best laga nazar aata hai yani maujooda halat yani wahan par islam mein</w:t>
      </w:r>
    </w:p>
    <w:p>
      <w:pPr>
        <w:jc w:val="right"/>
      </w:pPr>
      <w:r>
        <w:t>کرو وہ ان کو سیکنڈ بیسٹ لگا نظر اتا ہے یعنی موجودہ حالت یعنی وہاں پر اسلام میں</w:t>
      </w:r>
    </w:p>
    <w:p>
      <w:r>
        <w:rPr>
          <w:b/>
        </w:rPr>
        <w:t xml:space="preserve">[41:28] </w:t>
      </w:r>
      <w:r>
        <w:t>qanoon chale aur wahan par khilaf khaleefa kaha jaye ke wahan ka ruler</w:t>
      </w:r>
    </w:p>
    <w:p>
      <w:pPr>
        <w:jc w:val="right"/>
      </w:pPr>
      <w:r>
        <w:t>قانون چلے اور وہاں پر خلاف خلیفہ کہا جائے کہ وہاں کا رولر</w:t>
      </w:r>
    </w:p>
    <w:p>
      <w:r>
        <w:rPr>
          <w:b/>
        </w:rPr>
        <w:t xml:space="preserve">[41:34] </w:t>
      </w:r>
      <w:r>
        <w:t>yeh sab ho wahan par to un ke liye first best hai wo</w:t>
      </w:r>
    </w:p>
    <w:p>
      <w:pPr>
        <w:jc w:val="right"/>
      </w:pPr>
      <w:r>
        <w:t>یہ سب ہو وہاں پر تو ان کے لیے فرسٹ بیسٹ ہے وہ</w:t>
      </w:r>
    </w:p>
    <w:p>
      <w:r>
        <w:rPr>
          <w:b/>
        </w:rPr>
        <w:t xml:space="preserve">[41:38] </w:t>
      </w:r>
      <w:r>
        <w:t>to wo achievable nahi hai aur second best to ali mila hua hai wo is pe raazi nahi</w:t>
      </w:r>
    </w:p>
    <w:p>
      <w:pPr>
        <w:jc w:val="right"/>
      </w:pPr>
      <w:r>
        <w:t>تو وہ اچیبل نہیں ہے اور سیکنڈ بیسٹ تو علی ملا ہوا ہے وہ اس پہ راضی نہیں</w:t>
      </w:r>
    </w:p>
    <w:p>
      <w:r>
        <w:rPr>
          <w:b/>
        </w:rPr>
        <w:t xml:space="preserve">[41:44] </w:t>
      </w:r>
      <w:r>
        <w:t>hai wo har muslim country mein yahi qissa hai</w:t>
      </w:r>
    </w:p>
    <w:p>
      <w:pPr>
        <w:jc w:val="right"/>
      </w:pPr>
      <w:r>
        <w:t>ہے وہ ہر مسلم کنٹری میں یہی قصہ ہے</w:t>
      </w:r>
    </w:p>
    <w:p>
      <w:r>
        <w:rPr>
          <w:b/>
        </w:rPr>
        <w:t xml:space="preserve">[41:50] </w:t>
      </w:r>
      <w:r>
        <w:t>mein kuch din pehle mein ek muslim country mein gaya ek arab country mein</w:t>
      </w:r>
    </w:p>
    <w:p>
      <w:pPr>
        <w:jc w:val="right"/>
      </w:pPr>
      <w:r>
        <w:t>میں کچھ دن پہلے میں ایک مسلم کنٹری میں گیا ایک عرب کنٹری میں</w:t>
      </w:r>
    </w:p>
    <w:p>
      <w:r>
        <w:rPr>
          <w:b/>
        </w:rPr>
        <w:t xml:space="preserve">[41:55] </w:t>
      </w:r>
      <w:r>
        <w:t>us arab country mein</w:t>
      </w:r>
    </w:p>
    <w:p>
      <w:pPr>
        <w:jc w:val="right"/>
      </w:pPr>
      <w:r>
        <w:t>اس عرب کنٹری میں</w:t>
      </w:r>
    </w:p>
    <w:p>
      <w:r>
        <w:rPr>
          <w:b/>
        </w:rPr>
        <w:t xml:space="preserve">[41:57] </w:t>
      </w:r>
      <w:r>
        <w:t>do sau arab naujawan pakde gaye the jail mein band kiye gaye the</w:t>
      </w:r>
    </w:p>
    <w:p>
      <w:pPr>
        <w:jc w:val="right"/>
      </w:pPr>
      <w:r>
        <w:t>دو سو عرب نوجوان پکڑے گئے تھے جیل میں بند کیے گئے تھے</w:t>
      </w:r>
    </w:p>
    <w:p>
      <w:r>
        <w:rPr>
          <w:b/>
        </w:rPr>
        <w:t xml:space="preserve">[42:03] </w:t>
      </w:r>
      <w:r>
        <w:t>phir maafi mang kar wahan se aaye wo to main jab gaya to wo maafi mang kar wahan</w:t>
      </w:r>
    </w:p>
    <w:p>
      <w:pPr>
        <w:jc w:val="right"/>
      </w:pPr>
      <w:r>
        <w:t>پھر معافی مانگ کر وہاں سے ائے وہ تو میں جب گیا تو وہ معافی مانگ کر وہاں</w:t>
      </w:r>
    </w:p>
    <w:p>
      <w:r>
        <w:rPr>
          <w:b/>
        </w:rPr>
        <w:t xml:space="preserve">[42:06] </w:t>
      </w:r>
      <w:r>
        <w:t>se nikle the wo wo kya karte the wo conspiracy kar rahe the ke wahan jo mulk hai</w:t>
      </w:r>
    </w:p>
    <w:p>
      <w:pPr>
        <w:jc w:val="right"/>
      </w:pPr>
      <w:r>
        <w:t>سے نکلے تھے وہ وہ کیا کرتے تھے وہ کانسپریسی کر رہے تھے کہ وہاں جو ملک ہے</w:t>
      </w:r>
    </w:p>
    <w:p>
      <w:r>
        <w:rPr>
          <w:b/>
        </w:rPr>
        <w:t xml:space="preserve">[42:13] </w:t>
      </w:r>
      <w:r>
        <w:t>wahan wahan jo sultan ki hukumat hai mulk ki king ki hukumat hai us arab country mein to</w:t>
      </w:r>
    </w:p>
    <w:p>
      <w:pPr>
        <w:jc w:val="right"/>
      </w:pPr>
      <w:r>
        <w:t>وہاں وہاں جو سلطان کی حکومت ہے ملک کی کنگ کی حکومت ہے اس عرب کنٹری میں تو</w:t>
      </w:r>
    </w:p>
    <w:p>
      <w:r>
        <w:rPr>
          <w:b/>
        </w:rPr>
        <w:t xml:space="preserve">[42:19] </w:t>
      </w:r>
      <w:r>
        <w:t>us us</w:t>
      </w:r>
    </w:p>
    <w:p>
      <w:pPr>
        <w:jc w:val="right"/>
      </w:pPr>
      <w:r>
        <w:t>اس اس</w:t>
      </w:r>
    </w:p>
    <w:p>
      <w:r>
        <w:rPr>
          <w:b/>
        </w:rPr>
        <w:t xml:space="preserve">[42:20] </w:t>
      </w:r>
      <w:r>
        <w:t>king ke khilaaf unhon ne ek banai thi scheme ke is ko ulat diya jaye aur yahan par</w:t>
      </w:r>
    </w:p>
    <w:p>
      <w:pPr>
        <w:jc w:val="right"/>
      </w:pPr>
      <w:r>
        <w:t>کنگ کے خلاف انہوں نے ایک بنائی تھی اسکیم کہ اس کو الٹ دیا جائے اور یہاں پر</w:t>
      </w:r>
    </w:p>
    <w:p>
      <w:r>
        <w:rPr>
          <w:b/>
        </w:rPr>
        <w:t xml:space="preserve">[42:27] </w:t>
      </w:r>
      <w:r>
        <w:t>hukumat qaim islami hukumat qaim ki jaye</w:t>
      </w:r>
    </w:p>
    <w:p>
      <w:pPr>
        <w:jc w:val="right"/>
      </w:pPr>
      <w:r>
        <w:t>حکومت قائم اسلامی حکومت قائم کی جائے</w:t>
      </w:r>
    </w:p>
    <w:p>
      <w:r>
        <w:rPr>
          <w:b/>
        </w:rPr>
        <w:t xml:space="preserve">[42:31] </w:t>
      </w:r>
      <w:r>
        <w:t>halankay woh muslim sultan hai woh to pakar gaye un ki un ki conspiracy aur woh jail mein</w:t>
      </w:r>
    </w:p>
    <w:p>
      <w:pPr>
        <w:jc w:val="right"/>
      </w:pPr>
      <w:r>
        <w:t>حالانکہ وہ مسلم سلطان ہے وہ تو پکڑ گئے ان کی ان کی کانسپریسی اور وہ جیل میں</w:t>
      </w:r>
    </w:p>
    <w:p>
      <w:r>
        <w:rPr>
          <w:b/>
        </w:rPr>
        <w:t xml:space="preserve">[42:37] </w:t>
      </w:r>
      <w:r>
        <w:t>band kar diye gaye phir maafi mang kar ke woh bahar aaye</w:t>
      </w:r>
    </w:p>
    <w:p>
      <w:pPr>
        <w:jc w:val="right"/>
      </w:pPr>
      <w:r>
        <w:t>بند کر دیے گئے پھر معافی مانگ کر کے وہ باہر ائے</w:t>
      </w:r>
    </w:p>
    <w:p>
      <w:r>
        <w:rPr>
          <w:b/>
        </w:rPr>
        <w:t xml:space="preserve">[42:42] </w:t>
      </w:r>
      <w:r>
        <w:t>to un ka jo leader tha aur un ke kuch aur saathi mujh se milay unhon ne apne</w:t>
      </w:r>
    </w:p>
    <w:p>
      <w:pPr>
        <w:jc w:val="right"/>
      </w:pPr>
      <w:r>
        <w:t>تو ان کا جو لیڈر تھا اور ان کے کچھ اور ساتھی مجھ سے ملے انہوں نے اپنے</w:t>
      </w:r>
    </w:p>
    <w:p>
      <w:r>
        <w:rPr>
          <w:b/>
        </w:rPr>
        <w:t xml:space="preserve">[42:47] </w:t>
      </w:r>
      <w:r>
        <w:t>ghar par ek woh bhi rakha tha lunch mein rakha tha to main ne dekha bohat hi woh</w:t>
      </w:r>
    </w:p>
    <w:p>
      <w:pPr>
        <w:jc w:val="right"/>
      </w:pPr>
      <w:r>
        <w:t>گھر پر ایک وہ بھی رکھا تھا لنچ میں رکھا تھا تو میں نے دیکھا بہت ہی وہ</w:t>
      </w:r>
    </w:p>
    <w:p>
      <w:r>
        <w:rPr>
          <w:b/>
        </w:rPr>
        <w:t xml:space="preserve">[42:52] </w:t>
      </w:r>
      <w:r>
        <w:t>log mayoosi mein hain un ke chehron par bohat udasi hai bohat hi ziyada</w:t>
      </w:r>
    </w:p>
    <w:p>
      <w:pPr>
        <w:jc w:val="right"/>
      </w:pPr>
      <w:r>
        <w:t>لوگ مایوسی میں ہیں ان کے چہروں پر بہت اداسی ہے بہت ہی زیادہ</w:t>
      </w:r>
    </w:p>
    <w:p>
      <w:r>
        <w:rPr>
          <w:b/>
        </w:rPr>
        <w:t xml:space="preserve">[43:00] </w:t>
      </w:r>
      <w:r>
        <w:t>to main ne pata kiya to unhon ne kaha ke sahib hum maafi mang kar aaye hain ab</w:t>
      </w:r>
    </w:p>
    <w:p>
      <w:pPr>
        <w:jc w:val="right"/>
      </w:pPr>
      <w:r>
        <w:t>تو میں نے پتہ کیا تو انہوں نے کہا کہ صاحب ہم معافی مانگ کر ائے ہیں اب</w:t>
      </w:r>
    </w:p>
    <w:p>
      <w:r>
        <w:rPr>
          <w:b/>
        </w:rPr>
        <w:t xml:space="preserve">[43:06] </w:t>
      </w:r>
      <w:r>
        <w:t>conscious</w:t>
      </w:r>
    </w:p>
    <w:p>
      <w:pPr>
        <w:jc w:val="right"/>
      </w:pPr>
      <w:r>
        <w:t>کانشیس</w:t>
      </w:r>
    </w:p>
    <w:p>
      <w:r>
        <w:rPr>
          <w:b/>
        </w:rPr>
        <w:t xml:space="preserve">[43:07] </w:t>
      </w:r>
      <w:r>
        <w:t>is ko accept nahi kar raha hai ke hum</w:t>
      </w:r>
    </w:p>
    <w:p>
      <w:pPr>
        <w:jc w:val="right"/>
      </w:pPr>
      <w:r>
        <w:t>اس کو ایکسیپٹ نہیں کر رہا ہے کہ ہم</w:t>
      </w:r>
    </w:p>
    <w:p>
      <w:r>
        <w:rPr>
          <w:b/>
        </w:rPr>
        <w:t xml:space="preserve">[43:11] </w:t>
      </w:r>
      <w:r>
        <w:t>maafi mang kar ana hoon jail se to main ne kaha ke dekhiye yahi baat main ne un</w:t>
      </w:r>
    </w:p>
    <w:p>
      <w:pPr>
        <w:jc w:val="right"/>
      </w:pPr>
      <w:r>
        <w:t>معافی مانگ کر انا ہوں جیل سے تو میں نے کہا کہ دیکھیے یہی بات میں نے ان</w:t>
      </w:r>
    </w:p>
    <w:p>
      <w:r>
        <w:rPr>
          <w:b/>
        </w:rPr>
        <w:t xml:space="preserve">[43:16] </w:t>
      </w:r>
      <w:r>
        <w:t>se kahi ke aap</w:t>
      </w:r>
    </w:p>
    <w:p>
      <w:pPr>
        <w:jc w:val="right"/>
      </w:pPr>
      <w:r>
        <w:t>سے کہی کہ اپ</w:t>
      </w:r>
    </w:p>
    <w:p>
      <w:r>
        <w:rPr>
          <w:b/>
        </w:rPr>
        <w:t xml:space="preserve">[43:20] </w:t>
      </w:r>
      <w:r>
        <w:t>second best aap ko mila hua tha daure aap first best ki taraf to is ki price de</w:t>
      </w:r>
    </w:p>
    <w:p>
      <w:pPr>
        <w:jc w:val="right"/>
      </w:pPr>
      <w:r>
        <w:t>سیکنڈ بیسٹ اپ کو ملا ہوا تھا دوڑے اپ فرسٹ بیسٹ کی طرف تو اس کی پرائس دے</w:t>
      </w:r>
    </w:p>
    <w:p>
      <w:r>
        <w:rPr>
          <w:b/>
        </w:rPr>
        <w:t xml:space="preserve">[43:26] </w:t>
      </w:r>
      <w:r>
        <w:t>rahe hain aap</w:t>
      </w:r>
    </w:p>
    <w:p>
      <w:pPr>
        <w:jc w:val="right"/>
      </w:pPr>
      <w:r>
        <w:t>رہے ہیں اپ</w:t>
      </w:r>
    </w:p>
    <w:p>
      <w:r>
        <w:rPr>
          <w:b/>
        </w:rPr>
        <w:t xml:space="preserve">[43:28] </w:t>
      </w:r>
      <w:r>
        <w:t>yani aap ne chaha ke sultan ko hata kar ke is ki seat par baithein</w:t>
      </w:r>
    </w:p>
    <w:p>
      <w:pPr>
        <w:jc w:val="right"/>
      </w:pPr>
      <w:r>
        <w:t>یعنی اپ نے چاہا کہ سلطان کو ہٹا کر کے اس کی سیٹ پر بیٹھیں</w:t>
      </w:r>
    </w:p>
    <w:p>
      <w:r>
        <w:rPr>
          <w:b/>
        </w:rPr>
        <w:t xml:space="preserve">[43:34] </w:t>
      </w:r>
      <w:r>
        <w:t>That was first best for you according to your mindset. Agar yeh na karein aap to apne</w:t>
      </w:r>
    </w:p>
    <w:p>
      <w:pPr>
        <w:jc w:val="right"/>
      </w:pPr>
      <w:r>
        <w:t>دیٹ واز فرسٹ بیسٹ فار یو اکنڈ ٹو یور مائنڈ سیٹ اگر یہ نہ کریں اپ تو اپنے</w:t>
      </w:r>
    </w:p>
    <w:p>
      <w:r>
        <w:rPr>
          <w:b/>
        </w:rPr>
        <w:t xml:space="preserve">[43:41] </w:t>
      </w:r>
      <w:r>
        <w:t>mulk mein aap jo chahe kijiye aap education mein jaiye daawa work kijiye business kijiye</w:t>
      </w:r>
    </w:p>
    <w:p>
      <w:pPr>
        <w:jc w:val="right"/>
      </w:pPr>
      <w:r>
        <w:t>ملک میں اپ جو چاہے کیجئے اپ ایجوکیشن میں جائیے دعوی ورک کیجئے بزنس کیجئے</w:t>
      </w:r>
    </w:p>
    <w:p>
      <w:r>
        <w:rPr>
          <w:b/>
        </w:rPr>
        <w:t xml:space="preserve">[43:49] </w:t>
      </w:r>
      <w:r>
        <w:t>har kaam ke rastay khulay hue hain agar aap sultan ko</w:t>
      </w:r>
    </w:p>
    <w:p>
      <w:pPr>
        <w:jc w:val="right"/>
      </w:pPr>
      <w:r>
        <w:t>ہر کام کے راستے کھلے ہوئے ہیں اگر اپ سلطان کو</w:t>
      </w:r>
    </w:p>
    <w:p>
      <w:r>
        <w:rPr>
          <w:b/>
        </w:rPr>
        <w:t xml:space="preserve">[43:52] </w:t>
      </w:r>
      <w:r>
        <w:t>touch na karein sultan se aap takrao na karein to un ke mind set ke mutabiq woh first</w:t>
      </w:r>
    </w:p>
    <w:p>
      <w:pPr>
        <w:jc w:val="right"/>
      </w:pPr>
      <w:r>
        <w:t>ٹچ نہ کریں سلطان سے اپ ٹکراؤ نہ کریں تو ان کے مائنڈ سیٹ کے مطابق وہ فرسٹ</w:t>
      </w:r>
    </w:p>
    <w:p>
      <w:r>
        <w:rPr>
          <w:b/>
        </w:rPr>
        <w:t xml:space="preserve">[43:58] </w:t>
      </w:r>
      <w:r>
        <w:t>best tha aur yeh un ke liye second best tha to main ne kaha ke aap second best</w:t>
      </w:r>
    </w:p>
    <w:p>
      <w:pPr>
        <w:jc w:val="right"/>
      </w:pPr>
      <w:r>
        <w:t>بیسٹ تھا اور یہ ان کے لیے سیکنڈ بیسٹ تھا تو میں نے کہا کہ اپ سیکنڈ بیسٹ</w:t>
      </w:r>
    </w:p>
    <w:p>
      <w:r>
        <w:rPr>
          <w:b/>
        </w:rPr>
        <w:t xml:space="preserve">[44:06] </w:t>
      </w:r>
      <w:r>
        <w:t>peh raazi ho jaiye is ko koi masla hi nahi is ke baad</w:t>
      </w:r>
    </w:p>
    <w:p>
      <w:pPr>
        <w:jc w:val="right"/>
      </w:pPr>
      <w:r>
        <w:t>پہ راضی ہو جائیے اس کو کوئی مسئلہ ہی نہیں اس کے بعد</w:t>
      </w:r>
    </w:p>
    <w:p>
      <w:r>
        <w:rPr>
          <w:b/>
        </w:rPr>
        <w:t xml:space="preserve">[44:09] </w:t>
      </w:r>
      <w:r>
        <w:t>yani accept the second best and there is no problem for you</w:t>
      </w:r>
    </w:p>
    <w:p>
      <w:pPr>
        <w:jc w:val="right"/>
      </w:pPr>
      <w:r>
        <w:t>یعنی ایکسیپٹ دا سیکنڈ بیسٹ اینڈ دیر از نو پرابلم فار یو</w:t>
      </w:r>
    </w:p>
    <w:p>
      <w:r>
        <w:rPr>
          <w:b/>
        </w:rPr>
        <w:t xml:space="preserve">[44:14] </w:t>
      </w:r>
      <w:r>
        <w:t>achanak woh khush ho gaya woh</w:t>
      </w:r>
    </w:p>
    <w:p>
      <w:pPr>
        <w:jc w:val="right"/>
      </w:pPr>
      <w:r>
        <w:t>اچانک وہ خوش ہو گیا وہ</w:t>
      </w:r>
    </w:p>
    <w:p>
      <w:r>
        <w:rPr>
          <w:b/>
        </w:rPr>
        <w:t xml:space="preserve">[44:17] </w:t>
      </w:r>
      <w:r>
        <w:t>logon ne mujhe bataya ke aaj se pehle tak main ne un ke chehray par kabhi hansi nahi</w:t>
      </w:r>
    </w:p>
    <w:p>
      <w:pPr>
        <w:jc w:val="right"/>
      </w:pPr>
      <w:r>
        <w:t>لوگوں نے مجھے بتایا کہ اج سے پہلے تک میں نے ان کے چہرے پر کبھی ہنسی نہیں</w:t>
      </w:r>
    </w:p>
    <w:p>
      <w:r>
        <w:rPr>
          <w:b/>
        </w:rPr>
        <w:t xml:space="preserve">[44:21] </w:t>
      </w:r>
      <w:r>
        <w:t>dekhi thi aaj un ke chehray par hansi hai</w:t>
      </w:r>
    </w:p>
    <w:p>
      <w:pPr>
        <w:jc w:val="right"/>
      </w:pPr>
      <w:r>
        <w:t>دیکھی تھی اج ان کے چہرے پر ہنسی ہے</w:t>
      </w:r>
    </w:p>
    <w:p>
      <w:r>
        <w:rPr>
          <w:b/>
        </w:rPr>
        <w:t xml:space="preserve">[44:27] </w:t>
      </w:r>
      <w:r>
        <w:t>kisi ko is mein shaq ho to main aap ko telephone de sakta hoon number aap pata</w:t>
      </w:r>
    </w:p>
    <w:p>
      <w:pPr>
        <w:jc w:val="right"/>
      </w:pPr>
      <w:r>
        <w:t>کسی کو اس میں شک ہو تو میں اپ کو ٹیلی فون دے سکتا ہوں نمبر اپ پتہ</w:t>
      </w:r>
    </w:p>
    <w:p>
      <w:r>
        <w:rPr>
          <w:b/>
        </w:rPr>
        <w:t xml:space="preserve">[44:31] </w:t>
      </w:r>
      <w:r>
        <w:t>kar lijiyay yeh waqia hua ke nahi hua</w:t>
      </w:r>
    </w:p>
    <w:p>
      <w:pPr>
        <w:jc w:val="right"/>
      </w:pPr>
      <w:r>
        <w:t>کر لیجئے یہ واقعہ ہوا کہ نہیں ہوا</w:t>
      </w:r>
    </w:p>
    <w:p>
      <w:r>
        <w:rPr>
          <w:b/>
        </w:rPr>
        <w:t xml:space="preserve">[44:36] </w:t>
      </w:r>
      <w:r>
        <w:t>ke wohi log</w:t>
      </w:r>
    </w:p>
    <w:p>
      <w:pPr>
        <w:jc w:val="right"/>
      </w:pPr>
      <w:r>
        <w:t>کہ وہی لوگ</w:t>
      </w:r>
    </w:p>
    <w:p>
      <w:r>
        <w:rPr>
          <w:b/>
        </w:rPr>
        <w:t xml:space="preserve">[44:38] </w:t>
      </w:r>
      <w:r>
        <w:t>jo bohat hi zyada gham mein jee rahe thay jab maine yeh yeh bataya in ko yeh</w:t>
      </w:r>
    </w:p>
    <w:p>
      <w:pPr>
        <w:jc w:val="right"/>
      </w:pPr>
      <w:r>
        <w:t>جو بہت ہی زیادہ غم میں جی رہے تھے جب میں نے یہ یہ بتایا ان کو یہ</w:t>
      </w:r>
    </w:p>
    <w:p>
      <w:r>
        <w:rPr>
          <w:b/>
        </w:rPr>
        <w:t xml:space="preserve">[44:43] </w:t>
      </w:r>
      <w:r>
        <w:t>islam hai yeh law of nature hai yeh zindagi ka qanoon hai ke first best aap ke liye</w:t>
      </w:r>
    </w:p>
    <w:p>
      <w:pPr>
        <w:jc w:val="right"/>
      </w:pPr>
      <w:r>
        <w:t>اسلام ہے یہ لاء اف نیچر ہے یہ زندگی کا قانون ہے کہ فرسٹ بیسٹ اپ کے لیے</w:t>
      </w:r>
    </w:p>
    <w:p>
      <w:r>
        <w:rPr>
          <w:b/>
        </w:rPr>
        <w:t xml:space="preserve">[44:49] </w:t>
      </w:r>
      <w:r>
        <w:t>achievable nahi hai</w:t>
      </w:r>
    </w:p>
    <w:p>
      <w:pPr>
        <w:jc w:val="right"/>
      </w:pPr>
      <w:r>
        <w:t>اچیبل نہیں ہے</w:t>
      </w:r>
    </w:p>
    <w:p>
      <w:r>
        <w:rPr>
          <w:b/>
        </w:rPr>
        <w:t xml:space="preserve">[44:52] </w:t>
      </w:r>
      <w:r>
        <w:t>second best ko le lo is par raazi ho jao</w:t>
      </w:r>
    </w:p>
    <w:p>
      <w:pPr>
        <w:jc w:val="right"/>
      </w:pPr>
      <w:r>
        <w:t>سیکنڈ بیسٹ کو لے لو اس پر راضی ہو جاؤ</w:t>
      </w:r>
    </w:p>
    <w:p>
      <w:r>
        <w:rPr>
          <w:b/>
        </w:rPr>
        <w:t xml:space="preserve">[44:55] </w:t>
      </w:r>
      <w:r>
        <w:t>aur woh aap ko already mila hua hai to aap ne khwah makhwah yeh kiya ke aap first best</w:t>
      </w:r>
    </w:p>
    <w:p>
      <w:pPr>
        <w:jc w:val="right"/>
      </w:pPr>
      <w:r>
        <w:t>اور وہ اپ کو الریڈی ملا ہوا ہے تو اپ نے خوامخواہ یہ کیا کہ اپ فرسٹ بیسٹ</w:t>
      </w:r>
    </w:p>
    <w:p>
      <w:r>
        <w:rPr>
          <w:b/>
        </w:rPr>
        <w:t xml:space="preserve">[45:00] </w:t>
      </w:r>
      <w:r>
        <w:t>ki taraf daure</w:t>
      </w:r>
    </w:p>
    <w:p>
      <w:pPr>
        <w:jc w:val="right"/>
      </w:pPr>
      <w:r>
        <w:t>کی طرف دوڑے</w:t>
      </w:r>
    </w:p>
    <w:p>
      <w:r>
        <w:rPr>
          <w:b/>
        </w:rPr>
        <w:t xml:space="preserve">[45:04] </w:t>
      </w:r>
      <w:r>
        <w:t>to aap aap se loot aaiye peechay</w:t>
      </w:r>
    </w:p>
    <w:p>
      <w:pPr>
        <w:jc w:val="right"/>
      </w:pPr>
      <w:r>
        <w:t>تو اپ اپ سے لوٹ ائیے پیچھے</w:t>
      </w:r>
    </w:p>
    <w:p>
      <w:r>
        <w:rPr>
          <w:b/>
        </w:rPr>
        <w:t xml:space="preserve">[45:08] </w:t>
      </w:r>
      <w:r>
        <w:t>you you turn le lijiyay aur second best par apne ko raazi kar lijiyay bas koi problem hi</w:t>
      </w:r>
    </w:p>
    <w:p>
      <w:pPr>
        <w:jc w:val="right"/>
      </w:pPr>
      <w:r>
        <w:t>یو یو ٹرن لے لیجئے اور سیکنڈ بیسٹ پر اپنے کو راضی کر لیجئے بس کوئی پرابلم ہی</w:t>
      </w:r>
    </w:p>
    <w:p>
      <w:r>
        <w:rPr>
          <w:b/>
        </w:rPr>
        <w:t xml:space="preserve">[45:13] </w:t>
      </w:r>
      <w:r>
        <w:t>nahi achaanak baad mein khush ho gaya kyunke woh log samajh woh aisa nahi thay ke jhagda karein</w:t>
      </w:r>
    </w:p>
    <w:p>
      <w:pPr>
        <w:jc w:val="right"/>
      </w:pPr>
      <w:r>
        <w:t>نہیں اچانک بعد میں خوش ہو گیا کیونکہ وہ لوگ سمجھ وہ ایسا نہیں تھے کہ جھگڑا کریں</w:t>
      </w:r>
    </w:p>
    <w:p>
      <w:r>
        <w:rPr>
          <w:b/>
        </w:rPr>
        <w:t xml:space="preserve">[45:20] </w:t>
      </w:r>
      <w:r>
        <w:t>yani tautology karein baat ko pakad liya unhone to unhone kaha ke aaj pehli bar hum</w:t>
      </w:r>
    </w:p>
    <w:p>
      <w:pPr>
        <w:jc w:val="right"/>
      </w:pPr>
      <w:r>
        <w:t>یعنی ٹاٹولوجی کریں بات کو پکڑ لیا انہوں نے تو انہوں نے کہا کہ اج پہلی بار ہم</w:t>
      </w:r>
    </w:p>
    <w:p>
      <w:r>
        <w:rPr>
          <w:b/>
        </w:rPr>
        <w:t xml:space="preserve">[45:26] </w:t>
      </w:r>
      <w:r>
        <w:t>logon ne in ke chehray par khushi dekhi hai</w:t>
      </w:r>
    </w:p>
    <w:p>
      <w:pPr>
        <w:jc w:val="right"/>
      </w:pPr>
      <w:r>
        <w:t>لوگوں نے ان کے چہرے پر خوشی دیکھی ہے</w:t>
      </w:r>
    </w:p>
    <w:p>
      <w:r>
        <w:rPr>
          <w:b/>
        </w:rPr>
        <w:t xml:space="preserve">[45:30] </w:t>
      </w:r>
      <w:r>
        <w:t>to yeh saaray isi mein log mubtala hain</w:t>
      </w:r>
    </w:p>
    <w:p>
      <w:pPr>
        <w:jc w:val="right"/>
      </w:pPr>
      <w:r>
        <w:t>تو یہ سارے اسی میں لوگ مبتلا ہیں</w:t>
      </w:r>
    </w:p>
    <w:p>
      <w:r>
        <w:rPr>
          <w:b/>
        </w:rPr>
        <w:t xml:space="preserve">[45:35] </w:t>
      </w:r>
      <w:r>
        <w:t>saaray log isi mein mubtala hain</w:t>
      </w:r>
    </w:p>
    <w:p>
      <w:pPr>
        <w:jc w:val="right"/>
      </w:pPr>
      <w:r>
        <w:t>سارے لوگ اسی میں مبتلا ہیں</w:t>
      </w:r>
    </w:p>
    <w:p>
      <w:r>
        <w:rPr>
          <w:b/>
        </w:rPr>
        <w:t xml:space="preserve">[45:39] </w:t>
      </w:r>
      <w:r>
        <w:t>saaray log isi mein mubtala hain aaj ki halat yeh hai ke ek aadmi ka paisa nahi hai</w:t>
      </w:r>
    </w:p>
    <w:p>
      <w:pPr>
        <w:jc w:val="right"/>
      </w:pPr>
      <w:r>
        <w:t>سارے لوگ اسی میں مبتلا ہیں اج کی حالت یہ ہے کہ ایک ادمی کا پیسہ نہیں ہے</w:t>
      </w:r>
    </w:p>
    <w:p>
      <w:r>
        <w:rPr>
          <w:b/>
        </w:rPr>
        <w:t xml:space="preserve">[45:45] </w:t>
      </w:r>
      <w:r>
        <w:t>chahe ke mujhe paisa ho jaye jab paisa ho gaya to ek chota sa ghar banaye ga phir</w:t>
      </w:r>
    </w:p>
    <w:p>
      <w:pPr>
        <w:jc w:val="right"/>
      </w:pPr>
      <w:r>
        <w:t>چاہے کہ مجھے پیسہ ہو جائے جب پیسہ ہو گیا تو ایک چھوٹا سا گھر بنائے گا پھر</w:t>
      </w:r>
    </w:p>
    <w:p>
      <w:r>
        <w:rPr>
          <w:b/>
        </w:rPr>
        <w:t xml:space="preserve">[45:49] </w:t>
      </w:r>
      <w:r>
        <w:t>kya kahe ga ke main ek bara ghar ek mahal mere paas ho woh bhi ho gaya ab</w:t>
      </w:r>
    </w:p>
    <w:p>
      <w:pPr>
        <w:jc w:val="right"/>
      </w:pPr>
      <w:r>
        <w:t>کیا کہے گا کہ میں ایک بڑا گھر ایک محل میرے پاس ہو وہ بھی ہو گیا اب</w:t>
      </w:r>
    </w:p>
    <w:p>
      <w:r>
        <w:rPr>
          <w:b/>
        </w:rPr>
        <w:t xml:space="preserve">[45:54] </w:t>
      </w:r>
      <w:r>
        <w:t>ab is ko political power hona chahiye political power mein ghus gaya mp ban gaya ab is</w:t>
      </w:r>
    </w:p>
    <w:p>
      <w:pPr>
        <w:jc w:val="right"/>
      </w:pPr>
      <w:r>
        <w:t>اب اس کو پولیٹیکل پاور ہونا چاہیے پولیٹیکل پاور میں گھس گیا ایم پی بن گیا اب اس</w:t>
      </w:r>
    </w:p>
    <w:p>
      <w:r>
        <w:rPr>
          <w:b/>
        </w:rPr>
        <w:t xml:space="preserve">[45:59] </w:t>
      </w:r>
      <w:r>
        <w:t>ko minister hona chahiye minister ban gaya aap ko prime minister hona chahiye sari zindagi isi mein phansay</w:t>
      </w:r>
    </w:p>
    <w:p>
      <w:pPr>
        <w:jc w:val="right"/>
      </w:pPr>
      <w:r>
        <w:t>کو منسٹر ہونا چاہیے منسٹر بن گیا اپ کو پرائم منسٹر ہونا چاہیے ساری زندگی اسی میں پھنسے</w:t>
      </w:r>
    </w:p>
    <w:p>
      <w:r>
        <w:rPr>
          <w:b/>
        </w:rPr>
        <w:t xml:space="preserve">[46:04] </w:t>
      </w:r>
      <w:r>
        <w:t>rehte hain log</w:t>
      </w:r>
    </w:p>
    <w:p>
      <w:pPr>
        <w:jc w:val="right"/>
      </w:pPr>
      <w:r>
        <w:t>رہتے ہیں لوگ</w:t>
      </w:r>
    </w:p>
    <w:p>
      <w:r>
        <w:rPr>
          <w:b/>
        </w:rPr>
        <w:t xml:space="preserve">[46:07] </w:t>
      </w:r>
      <w:r>
        <w:t>jis jis leader se miliye jis leader se har leader ka yahi psychology aap payein ge yahi saaye</w:t>
      </w:r>
    </w:p>
    <w:p>
      <w:pPr>
        <w:jc w:val="right"/>
      </w:pPr>
      <w:r>
        <w:t>جس جس لیڈر سے ملیے جس لیڈر سے ہر لیڈر کا یہی سائیکالوجی اپ پائیں گے یہی سائے</w:t>
      </w:r>
    </w:p>
    <w:p>
      <w:r>
        <w:rPr>
          <w:b/>
        </w:rPr>
        <w:t xml:space="preserve">[46:12] </w:t>
      </w:r>
      <w:r>
        <w:t>ki kyunke first best par is ke andar nazar hai aur second best jo mila hua hai is</w:t>
      </w:r>
    </w:p>
    <w:p>
      <w:pPr>
        <w:jc w:val="right"/>
      </w:pPr>
      <w:r>
        <w:t>کی کیونکہ فرسٹ بیسٹ پر اس کے اندر نظر ہے اور سیکنڈ بیسٹ جو ملا ہوا ہے اس</w:t>
      </w:r>
    </w:p>
    <w:p>
      <w:r>
        <w:rPr>
          <w:b/>
        </w:rPr>
        <w:t xml:space="preserve">[46:18] </w:t>
      </w:r>
      <w:r>
        <w:t>par woh accept nahi kar pa raha hai</w:t>
      </w:r>
    </w:p>
    <w:p>
      <w:pPr>
        <w:jc w:val="right"/>
      </w:pPr>
      <w:r>
        <w:t>پر وہ ایکسیپٹ نہیں کر پا رہا ہے</w:t>
      </w:r>
    </w:p>
    <w:p>
      <w:r>
        <w:rPr>
          <w:b/>
        </w:rPr>
        <w:t xml:space="preserve">[46:24] </w:t>
      </w:r>
      <w:r>
        <w:t>main khuda ka phir se is is umar mein sound sleep mujhe aati hai kyun main second best par raazi hoon</w:t>
      </w:r>
    </w:p>
    <w:p>
      <w:pPr>
        <w:jc w:val="right"/>
      </w:pPr>
      <w:r>
        <w:t>میں خدا کا پھر سے اس اس عمر میں ساؤنڈ سلیپ مجھے اتی ہے کیوں میں سیکنڈ بیسٹ پر راضی ہوں</w:t>
      </w:r>
    </w:p>
    <w:p>
      <w:r>
        <w:rPr>
          <w:b/>
        </w:rPr>
        <w:t xml:space="preserve">[46:34] </w:t>
      </w:r>
      <w:r>
        <w:t>apne ghar ke andar apni society ke andar apni country ke andar duniya ke andar main second best par raazi hoon to mujhe koi pareshani nahi hai main jahan bhi jaiye jis mulk mein jaiye yahan se le ke america tak</w:t>
      </w:r>
    </w:p>
    <w:p>
      <w:pPr>
        <w:jc w:val="right"/>
      </w:pPr>
      <w:r>
        <w:t>اپنے گھر کے اندر اپنی سوسائٹی کے اندر اپنی کنٹری کے اندر دنیا کے اندر میں سیکنڈ بیسٹ پر راضی ہوں تو مجھے کوئی پریشانی نہیں ہے میں جہاں بھی جائیے جس ملک میں جائیے یہاں سے لے کے امریکہ تک</w:t>
      </w:r>
    </w:p>
    <w:p>
      <w:r>
        <w:rPr>
          <w:b/>
        </w:rPr>
        <w:t xml:space="preserve">[46:52] </w:t>
      </w:r>
      <w:r>
        <w:t>yahan se le ke america tak sab log negative thinking mein jeete hain aur yeh negative think isi liye hai ke un ki nazar first best par hai woh mil nahi raha hai aur second best jo mila hua hai us pe woh raazi nahi hai</w:t>
      </w:r>
    </w:p>
    <w:p>
      <w:pPr>
        <w:jc w:val="right"/>
      </w:pPr>
      <w:r>
        <w:t>یہاں سے لے کے امریکہ تک سب لوگ نیگیٹیو تھنکنگ میں جیتے ہیں اور یہ نیگیٹیو تھنک اسی لیے ہے کہ ان کی نظر فرسٹ بیسٹ پر ہے وہ مل نہیں رہا ہے اور سیکنڈ بیسٹ جو ملا ہوا ہے اس پہ وہ راضی نہیں ہے</w:t>
      </w:r>
    </w:p>
    <w:p>
      <w:r>
        <w:rPr>
          <w:b/>
        </w:rPr>
        <w:t xml:space="preserve">[47:11] </w:t>
      </w:r>
      <w:r>
        <w:t>yeh hai raaz hayat to agar hum koi kaam karna chahte hain is duniya mein chahe dawah work karna chahte hon ya kuch aur bhi kaam karna chahte hon education ki field mein</w:t>
      </w:r>
    </w:p>
    <w:p>
      <w:pPr>
        <w:jc w:val="right"/>
      </w:pPr>
      <w:r>
        <w:t>یہ ہے راز حیات تو اگر ہم کوئی کام کرنا چاہتے ہیں اس دنیا میں چاہے دعوی ورک کرنا چاہتے ہوں یا کچھ اور بھی کام کرنا چاہتے ہوں ایجوکیشن کی فیلڈ میں</w:t>
      </w:r>
    </w:p>
    <w:p>
      <w:r>
        <w:rPr>
          <w:b/>
        </w:rPr>
        <w:t xml:space="preserve">[47:25] </w:t>
      </w:r>
      <w:r>
        <w:t>kashmir mein hamare kuch sathi hain</w:t>
      </w:r>
    </w:p>
    <w:p>
      <w:pPr>
        <w:jc w:val="right"/>
      </w:pPr>
      <w:r>
        <w:t>کشمیر میں ہمارے کچھ ساتھی ہیں</w:t>
      </w:r>
    </w:p>
    <w:p>
      <w:r>
        <w:rPr>
          <w:b/>
        </w:rPr>
        <w:t xml:space="preserve">[47:28] </w:t>
      </w:r>
      <w:r>
        <w:t>jo is formulay ko pakar liya unhon ne aur kashmir mein jammu kashmir mein bohat acha kaam kar</w:t>
      </w:r>
    </w:p>
    <w:p>
      <w:pPr>
        <w:jc w:val="right"/>
      </w:pPr>
      <w:r>
        <w:t>جو اس فارمولے کو پکڑ لیا انہوں نے اور کشمیر میں جموں کشمیر میں بہت اچھا کام کر</w:t>
      </w:r>
    </w:p>
    <w:p>
      <w:r>
        <w:rPr>
          <w:b/>
        </w:rPr>
        <w:t xml:space="preserve">[47:34] </w:t>
      </w:r>
      <w:r>
        <w:t>rahay hain woh</w:t>
      </w:r>
    </w:p>
    <w:p>
      <w:pPr>
        <w:jc w:val="right"/>
      </w:pPr>
      <w:r>
        <w:t>رہے ہیں وہ</w:t>
      </w:r>
    </w:p>
    <w:p>
      <w:r>
        <w:rPr>
          <w:b/>
        </w:rPr>
        <w:t xml:space="preserve">[47:37] </w:t>
      </w:r>
      <w:r>
        <w:t>jammu kashmir jo state hai us ke andar bohat acha kaam kar rahay hain education ki field mein</w:t>
      </w:r>
    </w:p>
    <w:p>
      <w:pPr>
        <w:jc w:val="right"/>
      </w:pPr>
      <w:r>
        <w:t>جموں کشمیر جو اسٹیٹ ہے اس کے اندر بہت اچھا کام کر رہے ہیں ایجوکیشن کی فیلڈ میں</w:t>
      </w:r>
    </w:p>
    <w:p>
      <w:r>
        <w:rPr>
          <w:b/>
        </w:rPr>
        <w:t xml:space="preserve">[47:42] </w:t>
      </w:r>
      <w:r>
        <w:t>social work ki field mein daawa work ki field mein bohat acha kaam kar rahay hain kyunke unhon</w:t>
      </w:r>
    </w:p>
    <w:p>
      <w:pPr>
        <w:jc w:val="right"/>
      </w:pPr>
      <w:r>
        <w:t>سوشل ورک کی فیلڈ میں دعوی ورک کی فیلڈ میں بہت اچھا کام کر رہے ہیں کیونکہ انہوں</w:t>
      </w:r>
    </w:p>
    <w:p>
      <w:r>
        <w:rPr>
          <w:b/>
        </w:rPr>
        <w:t xml:space="preserve">[47:47] </w:t>
      </w:r>
      <w:r>
        <w:t>ne woh mind se nikaal diya</w:t>
      </w:r>
    </w:p>
    <w:p>
      <w:pPr>
        <w:jc w:val="right"/>
      </w:pPr>
      <w:r>
        <w:t>نے وہ مائنڈ سے نکال دیا</w:t>
      </w:r>
    </w:p>
    <w:p>
      <w:r>
        <w:rPr>
          <w:b/>
        </w:rPr>
        <w:t xml:space="preserve">[47:50] </w:t>
      </w:r>
      <w:r>
        <w:t>ke azaad kashmir aur pakistani kashmir</w:t>
      </w:r>
    </w:p>
    <w:p>
      <w:pPr>
        <w:jc w:val="right"/>
      </w:pPr>
      <w:r>
        <w:t>کہ ازاد کشمیر اور پاکستانی کشمیر</w:t>
      </w:r>
    </w:p>
    <w:p>
      <w:r>
        <w:rPr>
          <w:b/>
        </w:rPr>
        <w:t xml:space="preserve">[47:53] </w:t>
      </w:r>
      <w:r>
        <w:t>aur yeh kashmir woh kashmir bas jo already jo kashmir is hai us ke andar jo mawaqay hain</w:t>
      </w:r>
    </w:p>
    <w:p>
      <w:pPr>
        <w:jc w:val="right"/>
      </w:pPr>
      <w:r>
        <w:t>اور یہ کشمیر وہ کشمیر بس جو الریڈی جو کشمیر اس ہے اس کے اندر جو مواقع ہیں</w:t>
      </w:r>
    </w:p>
    <w:p>
      <w:r>
        <w:rPr>
          <w:b/>
        </w:rPr>
        <w:t xml:space="preserve">[48:00] </w:t>
      </w:r>
      <w:r>
        <w:t>us ko avail karo wahan mawaqay yahi hain ke aap education ki field mein khoob khula hua hai</w:t>
      </w:r>
    </w:p>
    <w:p>
      <w:pPr>
        <w:jc w:val="right"/>
      </w:pPr>
      <w:r>
        <w:t>اس کو اویل کرو وہاں مواقع یہی ہیں کہ اپ ایجوکیشن کی فیلڈ میں خوب کھلا ہوا ہے</w:t>
      </w:r>
    </w:p>
    <w:p>
      <w:r>
        <w:rPr>
          <w:b/>
        </w:rPr>
        <w:t xml:space="preserve">[48:05] </w:t>
      </w:r>
      <w:r>
        <w:t>rasta business mein khula hua hai daawa work mein khula hua hai</w:t>
      </w:r>
    </w:p>
    <w:p>
      <w:pPr>
        <w:jc w:val="right"/>
      </w:pPr>
      <w:r>
        <w:t>راستہ بزنس میں کھلا ہوا ہے دعوی ورک میں کھلا ہوا ہے</w:t>
      </w:r>
    </w:p>
    <w:p>
      <w:r>
        <w:rPr>
          <w:b/>
        </w:rPr>
        <w:t xml:space="preserve">[48:11] </w:t>
      </w:r>
      <w:r>
        <w:t>to</w:t>
      </w:r>
    </w:p>
    <w:p>
      <w:pPr>
        <w:jc w:val="right"/>
      </w:pPr>
      <w:r>
        <w:t>تو</w:t>
      </w:r>
    </w:p>
    <w:p>
      <w:r>
        <w:rPr>
          <w:b/>
        </w:rPr>
        <w:t xml:space="preserve">[48:12] </w:t>
      </w:r>
      <w:r>
        <w:t>isi ke jammu kashmir mein jahan doosre log jo hain woh samajhte hain ke hum ko terrorize kiya ja raha hai isi jammu kashmir mein jo hamare saathi hain bohat hi bohat achhe tareeqe se kaam kar rahe hain lekin unhon ne field badal diya apna politics ko chhod diya aa gaye education ki field mein business ki field mein daawa work ki field mein social work ki field mein khoob kaam kar rahe hain</w:t>
      </w:r>
    </w:p>
    <w:p>
      <w:pPr>
        <w:jc w:val="right"/>
      </w:pPr>
      <w:r>
        <w:t>اسی کے جموں کشمیر میں جہاں دوسرے لوگ جو ہیں وہ سمجھتے ہیں کہ ہم کو ٹیررائز کیا جا رہا ہے اسی جموں کشمیر میں جو ہمارے ساتھی ہیں بہت ہی بہت اچھے طریقے سے کام کر رہے ہیں لیکن انہوں نے فیلڈ بدل دیا اپنا پولیٹکس کو چھوڑ دیا اگئے ایجوکیشن کی فیلڈ میں بزنس کی فیلڈ میں دعوی ورک کی فیلڈ میں سوشل ورک کی فیلڈ میں خوب کام کر رہے ہیں</w:t>
      </w:r>
    </w:p>
    <w:p>
      <w:r>
        <w:rPr>
          <w:b/>
        </w:rPr>
        <w:t xml:space="preserve">[48:42] </w:t>
      </w:r>
      <w:r>
        <w:t>yeh hai hamara mission yeh jo hai center for peace and spirituality is ka mission yahi hai</w:t>
      </w:r>
    </w:p>
    <w:p>
      <w:pPr>
        <w:jc w:val="right"/>
      </w:pPr>
      <w:r>
        <w:t>یہ ہے ہمارا مشن یہ جو ہے سینٹر فار پیس اینڈ سپرچولیٹی اس کا مشن یہی ہے</w:t>
      </w:r>
    </w:p>
    <w:p>
      <w:r>
        <w:rPr>
          <w:b/>
        </w:rPr>
        <w:t xml:space="preserve">[48:52] </w:t>
      </w:r>
      <w:r>
        <w:t>ke logon ko batana hai ke sab se pehle samjho khuda ki scheme of thinking kya hai</w:t>
      </w:r>
    </w:p>
    <w:p>
      <w:pPr>
        <w:jc w:val="right"/>
      </w:pPr>
      <w:r>
        <w:t>کہ لوگوں کو بتانا ہے کہ سب سے پہلے سمجھو خدا کی اسکیم اف تھنک کیا ہے</w:t>
      </w:r>
    </w:p>
    <w:p>
      <w:r>
        <w:rPr>
          <w:b/>
        </w:rPr>
        <w:t xml:space="preserve">[49:00] </w:t>
      </w:r>
      <w:r>
        <w:t>tum is dunya ke lord nahi ho</w:t>
      </w:r>
    </w:p>
    <w:p>
      <w:pPr>
        <w:jc w:val="right"/>
      </w:pPr>
      <w:r>
        <w:t>تم اس دنیا کے لارڈ نہیں ہو</w:t>
      </w:r>
    </w:p>
    <w:p>
      <w:r>
        <w:rPr>
          <w:b/>
        </w:rPr>
        <w:t xml:space="preserve">[49:04] </w:t>
      </w:r>
      <w:r>
        <w:t>insan is dunya ka lord nahi hai we are not the creator of the world you are not</w:t>
      </w:r>
    </w:p>
    <w:p>
      <w:pPr>
        <w:jc w:val="right"/>
      </w:pPr>
      <w:r>
        <w:t>انسان اس دنیا کا لارڈ نہیں ہے وی ار ناٹ دا کریٹر اف دا ورلڈ یو ار ناٹ</w:t>
      </w:r>
    </w:p>
    <w:p>
      <w:r>
        <w:rPr>
          <w:b/>
        </w:rPr>
        <w:t xml:space="preserve">[49:10] </w:t>
      </w:r>
      <w:r>
        <w:t>lord of the universe</w:t>
      </w:r>
    </w:p>
    <w:p>
      <w:pPr>
        <w:jc w:val="right"/>
      </w:pPr>
      <w:r>
        <w:t>لارڈ اف دا یونیورس</w:t>
      </w:r>
    </w:p>
    <w:p>
      <w:r>
        <w:rPr>
          <w:b/>
        </w:rPr>
        <w:t xml:space="preserve">[49:13] </w:t>
      </w:r>
      <w:r>
        <w:t>to hamein janna hoga ke jo is dunya ka creator hai us ke nazdeek us ki scheme of</w:t>
      </w:r>
    </w:p>
    <w:p>
      <w:pPr>
        <w:jc w:val="right"/>
      </w:pPr>
      <w:r>
        <w:t>تو ہمیں جاننا ہوگا کہ جو اس دنیا کا کریٹر ہے اس کے نزدیک اس کی اسکیم اف</w:t>
      </w:r>
    </w:p>
    <w:p>
      <w:r>
        <w:rPr>
          <w:b/>
        </w:rPr>
        <w:t xml:space="preserve">[49:18] </w:t>
      </w:r>
      <w:r>
        <w:t>things kya hai</w:t>
      </w:r>
    </w:p>
    <w:p>
      <w:pPr>
        <w:jc w:val="right"/>
      </w:pPr>
      <w:r>
        <w:t>تھنگز کیا ہے</w:t>
      </w:r>
    </w:p>
    <w:p>
      <w:r>
        <w:rPr>
          <w:b/>
        </w:rPr>
        <w:t xml:space="preserve">[49:20] </w:t>
      </w:r>
      <w:r>
        <w:t>apne ko usay adjust karein to us ne yeh keh diya hai ke dekho</w:t>
      </w:r>
    </w:p>
    <w:p>
      <w:pPr>
        <w:jc w:val="right"/>
      </w:pPr>
      <w:r>
        <w:t>اپنے کو اسے ایڈجسٹ کریں تو اس نے یہ کہہ دیا ہے کہ دیکھو</w:t>
      </w:r>
    </w:p>
    <w:p>
      <w:r>
        <w:rPr>
          <w:b/>
        </w:rPr>
        <w:t xml:space="preserve">[49:25] </w:t>
      </w:r>
      <w:r>
        <w:t>first best ka concept tumhare mind mein to hai lekin woh milega jannat mein dunya mein to</w:t>
      </w:r>
    </w:p>
    <w:p>
      <w:pPr>
        <w:jc w:val="right"/>
      </w:pPr>
      <w:r>
        <w:t>فرسٹ بیسٹ کا کانسیپٹ تمہارے مائنڈ میں تو ہے لیکن وہ ملے گا جنت میں دنیا میں تو</w:t>
      </w:r>
    </w:p>
    <w:p>
      <w:r>
        <w:rPr>
          <w:b/>
        </w:rPr>
        <w:t xml:space="preserve">[49:31] </w:t>
      </w:r>
      <w:r>
        <w:t>koi second best hi milega yeh dunya jo hai yeh testing period hai</w:t>
      </w:r>
    </w:p>
    <w:p>
      <w:pPr>
        <w:jc w:val="right"/>
      </w:pPr>
      <w:r>
        <w:t>کوئی سیکنڈ بیسٹ ہی ملے گا یہ دنیا جو ہے یہ ٹیسٹنگ پیریڈ ہے</w:t>
      </w:r>
    </w:p>
    <w:p>
      <w:r>
        <w:rPr>
          <w:b/>
        </w:rPr>
        <w:t xml:space="preserve">[49:39] </w:t>
      </w:r>
      <w:r>
        <w:t>aur woh jo dunya hai woh reward hai wahan to yeh dunya jo hai</w:t>
      </w:r>
    </w:p>
    <w:p>
      <w:pPr>
        <w:jc w:val="right"/>
      </w:pPr>
      <w:r>
        <w:t>اور وہ جو دنیا ہے وہ ریوارڈ ہے وہاں تو یہ دنیا جو ہے</w:t>
      </w:r>
    </w:p>
    <w:p>
      <w:r>
        <w:rPr>
          <w:b/>
        </w:rPr>
        <w:t xml:space="preserve">[49:45] </w:t>
      </w:r>
      <w:r>
        <w:t>yahan</w:t>
      </w:r>
    </w:p>
    <w:p>
      <w:pPr>
        <w:jc w:val="right"/>
      </w:pPr>
      <w:r>
        <w:t>یہاں</w:t>
      </w:r>
    </w:p>
    <w:p>
      <w:r>
        <w:rPr>
          <w:b/>
        </w:rPr>
        <w:t xml:space="preserve">[49:46] </w:t>
      </w:r>
      <w:r>
        <w:t>tum ko sirf second best diya jayega haan tum ka first best jo tumhare mind mein basa hua hai woh chahte ho to waisa kaam karo aur khuda ke haan pahunch kar ke tum ko woh cheez mile</w:t>
      </w:r>
    </w:p>
    <w:p>
      <w:pPr>
        <w:jc w:val="right"/>
      </w:pPr>
      <w:r>
        <w:t>تم کو صرف سیکنڈ بیسٹ دیا جائے گا ہاں تم کا فرسٹ بیسٹ جو تمہارے مائنڈ میں بسا ہوا ہے وہ چاہتے ہو تو ویسا کام کرو اور خدا کے ہاں پہنچ کر کے تم کو وہ چیز ملے</w:t>
      </w:r>
    </w:p>
    <w:p>
      <w:r>
        <w:rPr>
          <w:b/>
        </w:rPr>
        <w:t xml:space="preserve">[50:01] </w:t>
      </w:r>
      <w:r>
        <w:t>to is par jo raazi nahi hai wohi jeeta hai frustration mein jo raazi ho jaye to ala</w:t>
      </w:r>
    </w:p>
    <w:p>
      <w:pPr>
        <w:jc w:val="right"/>
      </w:pPr>
      <w:r>
        <w:t>تو اس پر جو راضی نہیں ہے وہی جیتا ہے فرسٹریشن میں جو راضی ہو جائے تو الا</w:t>
      </w:r>
    </w:p>
    <w:p>
      <w:r>
        <w:rPr>
          <w:b/>
        </w:rPr>
        <w:t xml:space="preserve">[50:07] </w:t>
      </w:r>
      <w:r>
        <w:t>bi zikrullahi tatmainnal quloob quran mein hai ke ala bi zikrullahi tatmainnal quloob sun lo ke Allah ki</w:t>
      </w:r>
    </w:p>
    <w:p>
      <w:pPr>
        <w:jc w:val="right"/>
      </w:pPr>
      <w:r>
        <w:t>بذکر اللہ تطمئن القلوب قران میں ہے کہ الا بذکر اللہ تطمئن القلوب سن لو کہ اللہ کی</w:t>
      </w:r>
    </w:p>
    <w:p>
      <w:r>
        <w:rPr>
          <w:b/>
        </w:rPr>
        <w:t xml:space="preserve">[50:15] </w:t>
      </w:r>
      <w:r>
        <w:t>yaad hi se dilon ko itminan hasil hota hai is ka matlab kya hai</w:t>
      </w:r>
    </w:p>
    <w:p>
      <w:pPr>
        <w:jc w:val="right"/>
      </w:pPr>
      <w:r>
        <w:t>یاد ہی سے دلوں کو اطمینان حاصل ہوتا ہے اس کا مطلب کیا ہے</w:t>
      </w:r>
    </w:p>
    <w:p>
      <w:r>
        <w:rPr>
          <w:b/>
        </w:rPr>
        <w:t xml:space="preserve">[50:22] </w:t>
      </w:r>
      <w:r>
        <w:t>is ka matlab yahi hai</w:t>
      </w:r>
    </w:p>
    <w:p>
      <w:pPr>
        <w:jc w:val="right"/>
      </w:pPr>
      <w:r>
        <w:t>اس کا مطلب یہی ہے</w:t>
      </w:r>
    </w:p>
    <w:p>
      <w:r>
        <w:rPr>
          <w:b/>
        </w:rPr>
        <w:t xml:space="preserve">[50:24] </w:t>
      </w:r>
      <w:r>
        <w:t>ke itminan sirf un logon ke liye hai jo Allah ke scheme of things pe raazi ho jayein</w:t>
      </w:r>
    </w:p>
    <w:p>
      <w:pPr>
        <w:jc w:val="right"/>
      </w:pPr>
      <w:r>
        <w:t>کہ اطمینان صرف ان لوگوں کے لیے ہے جو اللہ کے اسکیم اف تھنگز پہ راضی ہو جائیں</w:t>
      </w:r>
    </w:p>
    <w:p>
      <w:r>
        <w:rPr>
          <w:b/>
        </w:rPr>
        <w:t xml:space="preserve">[50:32] </w:t>
      </w:r>
      <w:r>
        <w:t>is ka matlab yahi hai</w:t>
      </w:r>
    </w:p>
    <w:p>
      <w:pPr>
        <w:jc w:val="right"/>
      </w:pPr>
      <w:r>
        <w:t>اس کا مطلب یہی ہے</w:t>
      </w:r>
    </w:p>
    <w:p>
      <w:r>
        <w:rPr>
          <w:b/>
        </w:rPr>
        <w:t xml:space="preserve">[50:36] </w:t>
      </w:r>
      <w:r>
        <w:t>jo log maan lein apne aap ko ke hum bande hain khuda ke hum creature hain hum ka</w:t>
      </w:r>
    </w:p>
    <w:p>
      <w:pPr>
        <w:jc w:val="right"/>
      </w:pPr>
      <w:r>
        <w:t>جو لوگ مان لیں اپنے اپ کو کہ ہم بندے ہیں خدا کے ہم کریچر ہیں ہم کا</w:t>
      </w:r>
    </w:p>
    <w:p>
      <w:r>
        <w:rPr>
          <w:b/>
        </w:rPr>
        <w:t xml:space="preserve">[50:43] </w:t>
      </w:r>
      <w:r>
        <w:t>hum creator nahi hain hamein chalna hai isi tareeqe par jo Allah ne bataye hain to sab ka</w:t>
      </w:r>
    </w:p>
    <w:p>
      <w:pPr>
        <w:jc w:val="right"/>
      </w:pPr>
      <w:r>
        <w:t>ہم کریٹر نہیں ہیں ہمیں چلنا ہے اسی طریقے پر جو اللہ نے بتائے ہیں تو سب کا</w:t>
      </w:r>
    </w:p>
    <w:p>
      <w:r>
        <w:rPr>
          <w:b/>
        </w:rPr>
        <w:t xml:space="preserve">[50:50] </w:t>
      </w:r>
      <w:r>
        <w:t>yaani chahe family ke jhagde hon husband aur wife ke jhagde hon</w:t>
      </w:r>
    </w:p>
    <w:p>
      <w:pPr>
        <w:jc w:val="right"/>
      </w:pPr>
      <w:r>
        <w:t>یعنی چاہے فیملی کے جھگڑے ہوں ہسبینڈ اور وائف کے جھگڑے ہوں</w:t>
      </w:r>
    </w:p>
    <w:p>
      <w:r>
        <w:rPr>
          <w:b/>
        </w:rPr>
        <w:t xml:space="preserve">[50:56] </w:t>
      </w:r>
      <w:r>
        <w:t>ya mukhtalif different communities ke jhagde hon</w:t>
      </w:r>
    </w:p>
    <w:p>
      <w:pPr>
        <w:jc w:val="right"/>
      </w:pPr>
      <w:r>
        <w:t>یا مختلف ڈفرنٹ کمیونٹیز کے جھگڑے ہوں</w:t>
      </w:r>
    </w:p>
    <w:p>
      <w:r>
        <w:rPr>
          <w:b/>
        </w:rPr>
        <w:t xml:space="preserve">[51:01] </w:t>
      </w:r>
      <w:r>
        <w:t>nation ka country ka international jis level par aap dekhein jitne bhi jhagde hain</w:t>
      </w:r>
    </w:p>
    <w:p>
      <w:pPr>
        <w:jc w:val="right"/>
      </w:pPr>
      <w:r>
        <w:t>نیشن کا کنٹری کا انٹرنیشنل جس لیول پر اپ دیکھیں جتنے بھی جھگڑے ہیں</w:t>
      </w:r>
    </w:p>
    <w:p>
      <w:r>
        <w:rPr>
          <w:b/>
        </w:rPr>
        <w:t xml:space="preserve">[51:07] </w:t>
      </w:r>
      <w:r>
        <w:t>wo sab isi liye hain ke log daud rahe hain first best ke liye</w:t>
      </w:r>
    </w:p>
    <w:p>
      <w:pPr>
        <w:jc w:val="right"/>
      </w:pPr>
      <w:r>
        <w:t>وہ سب اسی لیے ہیں کہ لوگ دوڑ رہے ہیں فرسٹ بیسٹ کے لیے</w:t>
      </w:r>
    </w:p>
    <w:p>
      <w:r>
        <w:rPr>
          <w:b/>
        </w:rPr>
        <w:t xml:space="preserve">[51:12] </w:t>
      </w:r>
      <w:r>
        <w:t>aur second best pe raazi nahi kar paate apne aap ko</w:t>
      </w:r>
    </w:p>
    <w:p>
      <w:pPr>
        <w:jc w:val="right"/>
      </w:pPr>
      <w:r>
        <w:t>اور سیکنڈ بیسٹ پہ راضی نہیں کر پاتے اپنے اپ کو</w:t>
      </w:r>
    </w:p>
    <w:p>
      <w:r>
        <w:rPr>
          <w:b/>
        </w:rPr>
        <w:t xml:space="preserve">[51:20] </w:t>
      </w:r>
      <w:r>
        <w:t>is baat ko achi tarah samjhiye kyunke agar aap yeh nahi samjhenge is baat ko to kya</w:t>
      </w:r>
    </w:p>
    <w:p>
      <w:pPr>
        <w:jc w:val="right"/>
      </w:pPr>
      <w:r>
        <w:t>اس بات کو اچھی طرح سمجھیے کیونکہ اگر اپ یہ نہیں سمجھیں گے اس بات کو تو کیا</w:t>
      </w:r>
    </w:p>
    <w:p>
      <w:r>
        <w:rPr>
          <w:b/>
        </w:rPr>
        <w:t xml:space="preserve">[51:25] </w:t>
      </w:r>
      <w:r>
        <w:t>hoga sab se bara jo nuksan hota hoga ke aap ko</w:t>
      </w:r>
    </w:p>
    <w:p>
      <w:pPr>
        <w:jc w:val="right"/>
      </w:pPr>
      <w:r>
        <w:t>ہوگا سب سے بڑا جو نقصان ہوتا ہوگا کہ اپ کو</w:t>
      </w:r>
    </w:p>
    <w:p>
      <w:r>
        <w:rPr>
          <w:b/>
        </w:rPr>
        <w:t xml:space="preserve">[51:32] </w:t>
      </w:r>
      <w:r>
        <w:t>aap ke andar negative personality banegi</w:t>
      </w:r>
    </w:p>
    <w:p>
      <w:pPr>
        <w:jc w:val="right"/>
      </w:pPr>
      <w:r>
        <w:t>اپ کے اندر نیگیٹیو پرسنیلٹی بنے گی</w:t>
      </w:r>
    </w:p>
    <w:p>
      <w:r>
        <w:rPr>
          <w:b/>
        </w:rPr>
        <w:t xml:space="preserve">[51:37] </w:t>
      </w:r>
      <w:r>
        <w:t>aap ke andar positive personality nahi ban sakti hai</w:t>
      </w:r>
    </w:p>
    <w:p>
      <w:pPr>
        <w:jc w:val="right"/>
      </w:pPr>
      <w:r>
        <w:t>اپ کے اندر پازیٹیو پرسنیلٹی نہیں بن سکتی ہے</w:t>
      </w:r>
    </w:p>
    <w:p>
      <w:r>
        <w:rPr>
          <w:b/>
        </w:rPr>
        <w:t xml:space="preserve">[51:42] </w:t>
      </w:r>
      <w:r>
        <w:t>yaani aap ke dil mein hate aur kina malice aur astal aur revenge</w:t>
      </w:r>
    </w:p>
    <w:p>
      <w:pPr>
        <w:jc w:val="right"/>
      </w:pPr>
      <w:r>
        <w:t>یعنی اپ کے دل میں ہیٹ اور کینہ میلش اور اسٹال اور ریونج</w:t>
      </w:r>
    </w:p>
    <w:p>
      <w:r>
        <w:rPr>
          <w:b/>
        </w:rPr>
        <w:t xml:space="preserve">[51:50] </w:t>
      </w:r>
      <w:r>
        <w:t>aur ghussa yeh sab chupa rahega khula na ho to chupa hua rahega</w:t>
      </w:r>
    </w:p>
    <w:p>
      <w:pPr>
        <w:jc w:val="right"/>
      </w:pPr>
      <w:r>
        <w:t>اور غصہ یہ سب چھپا رہے گا کھلا نہ ہو تو چھپا ہوا رہے گا</w:t>
      </w:r>
    </w:p>
    <w:p>
      <w:r>
        <w:rPr>
          <w:b/>
        </w:rPr>
        <w:t xml:space="preserve">[51:55] </w:t>
      </w:r>
      <w:r>
        <w:t>isi ko mein keh raha hoon negative personality</w:t>
      </w:r>
    </w:p>
    <w:p>
      <w:pPr>
        <w:jc w:val="right"/>
      </w:pPr>
      <w:r>
        <w:t>اسی کو میں کہہ رہا ہوں نیگیٹیو پرسنیلٹی</w:t>
      </w:r>
    </w:p>
    <w:p>
      <w:r>
        <w:rPr>
          <w:b/>
        </w:rPr>
        <w:t xml:space="preserve">[51:58] </w:t>
      </w:r>
      <w:r>
        <w:t>aap ghor kijiye kitna bara risk le rahe hain aap</w:t>
      </w:r>
    </w:p>
    <w:p>
      <w:pPr>
        <w:jc w:val="right"/>
      </w:pPr>
      <w:r>
        <w:t>اپ غور کیجئے کتنا بڑا رسک لے رہے ہیں اپ</w:t>
      </w:r>
    </w:p>
    <w:p>
      <w:r>
        <w:rPr>
          <w:b/>
        </w:rPr>
        <w:t xml:space="preserve">[52:03] </w:t>
      </w:r>
      <w:r>
        <w:t>kyunke negative personality ko le kar jo jayega akhirat</w:t>
      </w:r>
    </w:p>
    <w:p>
      <w:pPr>
        <w:jc w:val="right"/>
      </w:pPr>
      <w:r>
        <w:t>کیونکہ نیگیٹیو پرسنیلٹی کو لے کر جو جائے گا اخرت</w:t>
      </w:r>
    </w:p>
    <w:p>
      <w:r>
        <w:rPr>
          <w:b/>
        </w:rPr>
        <w:t xml:space="preserve">[52:05] </w:t>
      </w:r>
      <w:r>
        <w:t>mein is ko first best milne wala nahi hai woh dunya jahan first best possible ho jayega is dunya ke liye unfit ho jayenge yeh log yani kitni bhari price de raha hai insan kitna bada risk le raha hai insan</w:t>
      </w:r>
    </w:p>
    <w:p>
      <w:pPr>
        <w:jc w:val="right"/>
      </w:pPr>
      <w:r>
        <w:t>میں اس کو فرسٹ بیسٹ ملنے والا نہیں ہے وہ دنیا جہاں فرسٹ بیسٹ پاسیبل ہو جائے گا اس دنیا کے لیے ان فٹ ہو جائیں گے یہ لوگ یعنی کتنی بھاری پرائس دے رہا ہے انسان کتنا بڑا رسک لے رہا ہے انسان</w:t>
      </w:r>
    </w:p>
    <w:p>
      <w:r>
        <w:rPr>
          <w:b/>
        </w:rPr>
        <w:t xml:space="preserve">[52:31] </w:t>
      </w:r>
      <w:r>
        <w:t>to khulasa yeh hai</w:t>
      </w:r>
    </w:p>
    <w:p>
      <w:pPr>
        <w:jc w:val="right"/>
      </w:pPr>
      <w:r>
        <w:t>تو خلاصہ یہ ہے</w:t>
      </w:r>
    </w:p>
    <w:p>
      <w:r>
        <w:rPr>
          <w:b/>
        </w:rPr>
        <w:t xml:space="preserve">[52:34] </w:t>
      </w:r>
      <w:r>
        <w:t>ke hum ko aur aap ko aur duniya ko sab ko yeh janna hai ke is duniya mein</w:t>
      </w:r>
    </w:p>
    <w:p>
      <w:pPr>
        <w:jc w:val="right"/>
      </w:pPr>
      <w:r>
        <w:t>کہ ہم کو اور اپ کو اور دنیا کو سب کو یہ جاننا ہے کہ اس دنیا میں</w:t>
      </w:r>
    </w:p>
    <w:p>
      <w:r>
        <w:rPr>
          <w:b/>
        </w:rPr>
        <w:t xml:space="preserve">[52:40] </w:t>
      </w:r>
      <w:r>
        <w:t>humein apne aap ko second best par raazi karna hai taake hamare andar negative personality na bane</w:t>
      </w:r>
    </w:p>
    <w:p>
      <w:pPr>
        <w:jc w:val="right"/>
      </w:pPr>
      <w:r>
        <w:t>ہمیں اپنے اپ کو سیکنڈ بیسٹ پر راضی کرنا ہے تاکہ ہمارے اندر نیگیٹیو پرسنیلٹی نہ بنے</w:t>
      </w:r>
    </w:p>
    <w:p>
      <w:r>
        <w:rPr>
          <w:b/>
        </w:rPr>
        <w:t xml:space="preserve">[52:50] </w:t>
      </w:r>
      <w:r>
        <w:t>taake hamare andar positive personality bane aur yahi wo log hain jo akhirat mein</w:t>
      </w:r>
    </w:p>
    <w:p>
      <w:pPr>
        <w:jc w:val="right"/>
      </w:pPr>
      <w:r>
        <w:t>تاکہ ہمارے اندر پازیٹیو پرسنیلٹی بنے اور یہی وہ لوگ ہیں جو اخرت میں</w:t>
      </w:r>
    </w:p>
    <w:p>
      <w:r>
        <w:rPr>
          <w:b/>
        </w:rPr>
        <w:t xml:space="preserve">[52:57] </w:t>
      </w:r>
      <w:r>
        <w:t>first best ko paayenge</w:t>
      </w:r>
    </w:p>
    <w:p>
      <w:pPr>
        <w:jc w:val="right"/>
      </w:pPr>
      <w:r>
        <w:t>فرسٹ بیسٹ کو پائیں گے</w:t>
      </w:r>
    </w:p>
    <w:p>
      <w:r>
        <w:rPr>
          <w:b/>
        </w:rPr>
        <w:t xml:space="preserve">[53:00] </w:t>
      </w:r>
      <w:r>
        <w:t>razi Allah anhum wa radu anhu ka matlab yahi hai</w:t>
      </w:r>
    </w:p>
    <w:p>
      <w:pPr>
        <w:jc w:val="right"/>
      </w:pPr>
      <w:r>
        <w:t>رضی اللہ عنہم ورضو عنہ کا مطلب یہی ہے</w:t>
      </w:r>
    </w:p>
    <w:p>
      <w:r>
        <w:rPr>
          <w:b/>
        </w:rPr>
        <w:t xml:space="preserve">[53:06] </w:t>
      </w:r>
      <w:r>
        <w:t>yeh sab se bada nuqta hai zindagi ka jis ko har insan ko aur aurat ko har mard ko janna chahiye chahe woh india mein rehta ho ya america mein rehta ho muslim world mein rehta ho non muslim world mein rehta ho sab ko yeh janna chahiye yeh ek universal law hai is mein koi exception nahi hai</w:t>
      </w:r>
    </w:p>
    <w:p>
      <w:pPr>
        <w:jc w:val="right"/>
      </w:pPr>
      <w:r>
        <w:t>یہ سب سے بڑا نقطہ ہے زندگی کا جس کو ہر انسان کو اور عورت کو ہر مرد کو جاننا چاہیے چاہے وہ انڈیا میں رہتا ہو یا امریکہ میں رہتا ہو مسلم ورلڈ میں رہتا ہو نان مسلم ورلڈ میں رہتا ہو سب کو یہ جاننا چاہیے یہ ایک یونیورسل لاء ہے اس میں کوئی ایکسیپشن نہیں ہے</w:t>
      </w:r>
    </w:p>
    <w:p>
      <w:r>
        <w:rPr>
          <w:b/>
        </w:rPr>
        <w:t xml:space="preserve">[53:30] </w:t>
      </w:r>
      <w:r>
        <w:t>koi exception nahi hai koi ek bhi exception nahi hai profit ka bhi exception nahi hai is mamle mein yaad rakhiye profit ko bhi second best pe raazi hona pada</w:t>
      </w:r>
    </w:p>
    <w:p>
      <w:pPr>
        <w:jc w:val="right"/>
      </w:pPr>
      <w:r>
        <w:t>کوئی ایکسیپشن نہیں ہے کوئی ایک بھی ایکسیپشن نہیں ہے پرافٹ کا بھی ایکسیپشن نہیں ہے اس معاملے میں یاد رکھیے پرافٹ کو بھی سیکنڈ بیسٹ پہ راضی ہونا پڑا</w:t>
      </w:r>
    </w:p>
    <w:p>
      <w:r>
        <w:rPr>
          <w:b/>
        </w:rPr>
        <w:t xml:space="preserve">[53:43] </w:t>
      </w:r>
      <w:r>
        <w:t>kyunke yahi qanoon hai Allah taala ka</w:t>
      </w:r>
    </w:p>
    <w:p>
      <w:pPr>
        <w:jc w:val="right"/>
      </w:pPr>
      <w:r>
        <w:t>کیونکہ یہی قانون ہے اللہ تعالی کا</w:t>
      </w:r>
    </w:p>
    <w:p>
      <w:r>
        <w:rPr>
          <w:b/>
        </w:rPr>
        <w:t xml:space="preserve">[53:50] </w:t>
      </w:r>
      <w:r>
        <w:t>walan tajida lisunnatillahi tabdeela Allah ka qanoon badalta nahi kisi ke liye nahi badalta hai woh sab ke liye yaksaan hai woh</w:t>
      </w:r>
    </w:p>
    <w:p>
      <w:pPr>
        <w:jc w:val="right"/>
      </w:pPr>
      <w:r>
        <w:t>ولن تجد لسنت اللہ تبدیلا اللہ کا قانون بدلتا نہیں کسی کے لیے نہیں بدلتا ہے وہ سب کے لیے یکساں ہے وہ</w:t>
      </w:r>
    </w:p>
    <w:p>
      <w:r>
        <w:rPr>
          <w:b/>
        </w:rPr>
        <w:t xml:space="preserve">[54:02] </w:t>
      </w:r>
      <w:r>
        <w:t>walan tajada lisunnatillahi tabdeela</w:t>
      </w:r>
    </w:p>
    <w:p>
      <w:pPr>
        <w:jc w:val="right"/>
      </w:pPr>
      <w:r>
        <w:t>ولن تجد لسنت اللہ تبدیلا</w:t>
      </w:r>
    </w:p>
    <w:p>
      <w:r>
        <w:rPr>
          <w:b/>
        </w:rPr>
        <w:t xml:space="preserve">[54:07] </w:t>
      </w:r>
      <w:r>
        <w:t>walantajada lisunnatillahi tahweela yeh Quran mein hai ke Allah ne jo muqarrar kar diya hai law</w:t>
      </w:r>
    </w:p>
    <w:p>
      <w:pPr>
        <w:jc w:val="right"/>
      </w:pPr>
      <w:r>
        <w:t>ولن تجد لسنت اللہ تحویلا یہ قران میں ہے کہ اللہ نے جو مقرر کر دیا ہے لاء</w:t>
      </w:r>
    </w:p>
    <w:p>
      <w:r>
        <w:rPr>
          <w:b/>
        </w:rPr>
        <w:t xml:space="preserve">[54:14] </w:t>
      </w:r>
      <w:r>
        <w:t>of nature is ko badalna nahi hai</w:t>
      </w:r>
    </w:p>
    <w:p>
      <w:pPr>
        <w:jc w:val="right"/>
      </w:pPr>
      <w:r>
        <w:t>اف نیچر اس کو بدلنا نہیں ہے</w:t>
      </w:r>
    </w:p>
    <w:p>
      <w:r>
        <w:rPr>
          <w:b/>
        </w:rPr>
        <w:t xml:space="preserve">[54:19] </w:t>
      </w:r>
      <w:r>
        <w:t>تو according to the law of nature اس دنیا میں اپ کے لیے سیکنڈ بیسٹ پہ راضی ہونا</w:t>
      </w:r>
    </w:p>
    <w:p>
      <w:pPr>
        <w:jc w:val="right"/>
      </w:pPr>
      <w:r>
        <w:t>تو اکنڈ ٹو دا لاء اف نیچر اس دنیا میں اپ کے لیے سیکنڈ بیسٹ پہ راضی ہونا</w:t>
      </w:r>
    </w:p>
    <w:p>
      <w:r>
        <w:rPr>
          <w:b/>
        </w:rPr>
        <w:t xml:space="preserve">[54:24] </w:t>
      </w:r>
      <w:r>
        <w:t>hai ap ko aur jo razi hoga wahi apne andar wo personality develop kar kar payega</w:t>
      </w:r>
    </w:p>
    <w:p>
      <w:pPr>
        <w:jc w:val="right"/>
      </w:pPr>
      <w:r>
        <w:t>ہے اپ کو اور جو راضی ہوگا وہی اپنے اندر وہ پرسنیلٹی ڈیولپ کر کر پائے گا</w:t>
      </w:r>
    </w:p>
    <w:p>
      <w:r>
        <w:rPr>
          <w:b/>
        </w:rPr>
        <w:t xml:space="preserve">[54:31] </w:t>
      </w:r>
      <w:r>
        <w:t>jis personality ki bina par ap wahan qualify kar sakein jannat ke liye aur first best ap pa</w:t>
      </w:r>
    </w:p>
    <w:p>
      <w:pPr>
        <w:jc w:val="right"/>
      </w:pPr>
      <w:r>
        <w:t>جس پرسنیلٹی کی بنا پر اپ وہاں کوالیفائی کر سکیں جنت کے لیے اور فرسٹ بیسٹ اپ پا</w:t>
      </w:r>
    </w:p>
    <w:p>
      <w:r>
        <w:rPr>
          <w:b/>
        </w:rPr>
        <w:t xml:space="preserve">[54:38] </w:t>
      </w:r>
      <w:r>
        <w:t>sakein is ko bohat zyada sochna hai</w:t>
      </w:r>
    </w:p>
    <w:p>
      <w:pPr>
        <w:jc w:val="right"/>
      </w:pPr>
      <w:r>
        <w:t>سکیں اس کو بہت زیادہ سوچنا ہے</w:t>
      </w:r>
    </w:p>
    <w:p>
      <w:r>
        <w:rPr>
          <w:b/>
        </w:rPr>
        <w:t xml:space="preserve">[54:44] </w:t>
      </w:r>
      <w:r>
        <w:t>har emotion se bahar ho kar ke har باعث se bahar nikal kar</w:t>
      </w:r>
    </w:p>
    <w:p>
      <w:pPr>
        <w:jc w:val="right"/>
      </w:pPr>
      <w:r>
        <w:t>ہر ایموشن سے باہر ہو کر کے ہر باعث سے باہر نکل کر</w:t>
      </w:r>
    </w:p>
    <w:p>
      <w:r>
        <w:rPr>
          <w:b/>
        </w:rPr>
        <w:t xml:space="preserve">[54:47] </w:t>
      </w:r>
      <w:r>
        <w:t>ke</w:t>
      </w:r>
    </w:p>
    <w:p>
      <w:pPr>
        <w:jc w:val="right"/>
      </w:pPr>
      <w:r>
        <w:t>کے</w:t>
      </w:r>
    </w:p>
    <w:p>
      <w:r>
        <w:rPr>
          <w:b/>
        </w:rPr>
        <w:t xml:space="preserve">[54:51] </w:t>
      </w:r>
      <w:r>
        <w:t>bilkul objective tor par sochna hai</w:t>
      </w:r>
    </w:p>
    <w:p>
      <w:pPr>
        <w:jc w:val="right"/>
      </w:pPr>
      <w:r>
        <w:t>بالکل ابجیکٹو طور پر سوچنا ہے</w:t>
      </w:r>
    </w:p>
    <w:p>
      <w:r>
        <w:rPr>
          <w:b/>
        </w:rPr>
        <w:t xml:space="preserve">[54:57] </w:t>
      </w:r>
      <w:r>
        <w:t>bohat zyada realistic approach lena hai bohat zyada sincerity ke sath sochna hai kyunke yeh kya hoga is ke baad maut ke baad kya hoga maut ke baad to phir kuch bhi nahi hai maut to maut ke baad to sirf faisle ko bhugatna hai karne ka mauqa khatam</w:t>
      </w:r>
    </w:p>
    <w:p>
      <w:pPr>
        <w:jc w:val="right"/>
      </w:pPr>
      <w:r>
        <w:t>بہت زیادہ ریلسٹک اپروچ لینا ہے بہت زیادہ سنسیرٹی کے ساتھ سوچنا ہے کیونکہ یہ کیا ہوگا اس کے بعد موت کے بعد کیا ہوگا موت کے بعد تو پھر کچھ بھی نہیں ہے موت تو موت کے بعد تو صرف فیصلے کو بھگتنا ہے کرنے کا موقع ختم</w:t>
      </w:r>
    </w:p>
    <w:p>
      <w:r>
        <w:rPr>
          <w:b/>
        </w:rPr>
        <w:t xml:space="preserve">[55:26] </w:t>
      </w:r>
      <w:r>
        <w:t>to ye hai wo baat jo hum ap ko chahiye ke hum sochein</w:t>
      </w:r>
    </w:p>
    <w:p>
      <w:pPr>
        <w:jc w:val="right"/>
      </w:pPr>
      <w:r>
        <w:t>تو یہ ہے وہ بات جو ہم اپ کو چاہیے کہ ہم سوچیں</w:t>
      </w:r>
    </w:p>
    <w:p>
      <w:r>
        <w:rPr>
          <w:b/>
        </w:rPr>
        <w:t xml:space="preserve">[55:31] </w:t>
      </w:r>
      <w:r>
        <w:t>mein Allah taala se dua karta hoon ke wo mujh ko ap ko is pe amal karne ki</w:t>
      </w:r>
    </w:p>
    <w:p>
      <w:pPr>
        <w:jc w:val="right"/>
      </w:pPr>
      <w:r>
        <w:t>میں اللہ تعالی سے دعا کرتا ہوں کہ وہ مجھ کو اپ کو اس پہ عمل کرنے کی</w:t>
      </w:r>
    </w:p>
    <w:p>
      <w:r>
        <w:rPr>
          <w:b/>
        </w:rPr>
        <w:t xml:space="preserve">[55:36] </w:t>
      </w:r>
      <w:r>
        <w:t>tofeeq de aur hamein ye taqat de ke hum dunya ko is baat se baghabar kar sakein aqool</w:t>
      </w:r>
    </w:p>
    <w:p>
      <w:pPr>
        <w:jc w:val="right"/>
      </w:pPr>
      <w:r>
        <w:t>توفیق دے اور ہمیں یہ طاقت دے کہ ہم دنیا کو اس بات سے باخبر کر سکیں اقول</w:t>
      </w:r>
    </w:p>
    <w:p>
      <w:r>
        <w:rPr>
          <w:b/>
        </w:rPr>
        <w:t xml:space="preserve">[55:42] </w:t>
      </w:r>
      <w:r>
        <w:t>qoolihaza wastaghfirullah li walakum ajmaeen</w:t>
      </w:r>
    </w:p>
    <w:p>
      <w:pPr>
        <w:jc w:val="right"/>
      </w:pPr>
      <w:r>
        <w:t>قولیھذا واستغفراللہ لی ولکم اجمعین</w:t>
      </w:r>
    </w:p>
    <w:p>
      <w:r>
        <w:rPr>
          <w:b/>
        </w:rPr>
        <w:t xml:space="preserve">[55:57] </w:t>
      </w:r>
      <w:r>
        <w:t>viewers are requested to send in their questions on info at cpsglobal dot org</w:t>
      </w:r>
    </w:p>
    <w:p>
      <w:pPr>
        <w:jc w:val="right"/>
      </w:pPr>
      <w:r>
        <w:t>ویوورز ار ریکویسٹڈ ٹو سینڈ ان دیر کوئسچنز ان انفو ایٹ سی پی ایس گلوبل ڈاٹ او ار جی</w:t>
      </w:r>
    </w:p>
    <w:p>
      <w:r>
        <w:rPr>
          <w:b/>
        </w:rPr>
        <w:t xml:space="preserve">[56:07] </w:t>
      </w:r>
      <w:r>
        <w:t>this question is from doctor a r khan chennai momin ki zindagi mein namaz ki importance kya hai is ko batayein kya namaz ke baghair koi aadmi spiritual ban sakta hai dekhein namaz to aap jante hain ke farz hai yani farz ain hai har aadmi ko namaz padhna hi padhna hai</w:t>
      </w:r>
    </w:p>
    <w:p>
      <w:pPr>
        <w:jc w:val="right"/>
      </w:pPr>
      <w:r>
        <w:t>دس کوئسچن از فرام ڈاکٹر اے ار خان چنائی مومن کی زندگی میں نماز کی امپورٹنس کیا ہے اس کو بتائیں کیا نماز کے بغیر کوئی ادمی سپرچول بن سکتا ہے دیکھیں نماز تو اپ جانتے ہیں کہ فرض ہے یعنی فرض عین ہے ہر ادمی کو نماز پڑھنا ہی پڑھنا ہے</w:t>
      </w:r>
    </w:p>
    <w:p>
      <w:r>
        <w:rPr>
          <w:b/>
        </w:rPr>
        <w:t xml:space="preserve">[56:36] </w:t>
      </w:r>
      <w:r>
        <w:t>wazu nahi kar sakta to tayammum kare khade ho kar nahi sakta to baith kar padhe safar mein do namazon ko mila sakta hai woh lekin chhod nahi sakta hai</w:t>
      </w:r>
    </w:p>
    <w:p>
      <w:pPr>
        <w:jc w:val="right"/>
      </w:pPr>
      <w:r>
        <w:t>وضو نہیں کر سکتا تو تیمم کرے کھڑے ہو کر نہیں سکتا تو بیٹھ کر پڑھے سفر میں دو نمازوں کو ملا سکتا ہے وہ لیکن چھوڑ نہیں سکتا ہے</w:t>
      </w:r>
    </w:p>
    <w:p>
      <w:r>
        <w:rPr>
          <w:b/>
        </w:rPr>
        <w:t xml:space="preserve">[56:51] </w:t>
      </w:r>
      <w:r>
        <w:t>yeh to yani quran mein hadith mein saare ulama ke nazdeek yeh baat itni zyada accepted hai ke is mein koi do raaye nahi ho sakti hai</w:t>
      </w:r>
    </w:p>
    <w:p>
      <w:pPr>
        <w:jc w:val="right"/>
      </w:pPr>
      <w:r>
        <w:t>یہ تو یعنی قران میں حدیث میں سارے علماء کے نزدیک یہ بات اتنی زیادہ ایکسیپٹڈ ہے کہ اس میں کوئی دو رائے نہیں ہو سکتی ہے</w:t>
      </w:r>
    </w:p>
    <w:p>
      <w:r>
        <w:rPr>
          <w:b/>
        </w:rPr>
        <w:t xml:space="preserve">[57:07] </w:t>
      </w:r>
      <w:r>
        <w:t>to namaz to parhni hi parhna hai</w:t>
      </w:r>
    </w:p>
    <w:p>
      <w:pPr>
        <w:jc w:val="right"/>
      </w:pPr>
      <w:r>
        <w:t>تو نماز تو پڑھنی ہی پڑھنا ہے</w:t>
      </w:r>
    </w:p>
    <w:p>
      <w:r>
        <w:rPr>
          <w:b/>
        </w:rPr>
        <w:t xml:space="preserve">[57:14] </w:t>
      </w:r>
      <w:r>
        <w:t>quran hadith mein dekhen hai mun taraka al salata mutaammidan fa qat kafara</w:t>
      </w:r>
    </w:p>
    <w:p>
      <w:pPr>
        <w:jc w:val="right"/>
      </w:pPr>
      <w:r>
        <w:t>قران حدیث میں دیکھیں ہے من ترک الصلوۃ متعمدا فقط کفر</w:t>
      </w:r>
    </w:p>
    <w:p>
      <w:r>
        <w:rPr>
          <w:b/>
        </w:rPr>
        <w:t xml:space="preserve">[57:23] </w:t>
      </w:r>
      <w:r>
        <w:t>quran mein hai ke in assalato kanat al momineen kitaba moqoota</w:t>
      </w:r>
    </w:p>
    <w:p>
      <w:pPr>
        <w:jc w:val="right"/>
      </w:pPr>
      <w:r>
        <w:t>قران میں ہے کہ ان الصلوۃ کانت المومنین کتاب موقوتہ</w:t>
      </w:r>
    </w:p>
    <w:p>
      <w:r>
        <w:rPr>
          <w:b/>
        </w:rPr>
        <w:t xml:space="preserve">[57:29] </w:t>
      </w:r>
      <w:r>
        <w:t>to farz hai bilkul hi farz hai is mein koi do rai ho nahi sakti hai</w:t>
      </w:r>
    </w:p>
    <w:p>
      <w:pPr>
        <w:jc w:val="right"/>
      </w:pPr>
      <w:r>
        <w:t>تو فرض ہے بالکل ہی فرض ہے اس میں کوئی دو رائے ہو نہیں سکتی ہے</w:t>
      </w:r>
    </w:p>
    <w:p>
      <w:r>
        <w:rPr>
          <w:b/>
        </w:rPr>
        <w:t xml:space="preserve">[57:35] </w:t>
      </w:r>
      <w:r>
        <w:t>albata kuch logon ke ek ek zehan mein ata hai ek sawal ke kabhi aisa hota hai ke</w:t>
      </w:r>
    </w:p>
    <w:p>
      <w:pPr>
        <w:jc w:val="right"/>
      </w:pPr>
      <w:r>
        <w:t>البتہ کچھ لوگوں کے ایک ایک ذہن میں اتا ہے ایک سوال کہ کبھی ایسا ہوتا ہے کہ</w:t>
      </w:r>
    </w:p>
    <w:p>
      <w:r>
        <w:rPr>
          <w:b/>
        </w:rPr>
        <w:t xml:space="preserve">[57:40] </w:t>
      </w:r>
      <w:r>
        <w:t>dil lagta hai namaz mein kabhi aisa hota hai ke dil nahi lagta to kya karein</w:t>
      </w:r>
    </w:p>
    <w:p>
      <w:pPr>
        <w:jc w:val="right"/>
      </w:pPr>
      <w:r>
        <w:t>دل لگتا ہے نماز میں کبھی ایسا ہوتا ہے کہ دل نہیں لگتا تو کیا کریں</w:t>
      </w:r>
    </w:p>
    <w:p>
      <w:r>
        <w:rPr>
          <w:b/>
        </w:rPr>
        <w:t xml:space="preserve">[57:47] </w:t>
      </w:r>
      <w:r>
        <w:t>to mein ap ko</w:t>
      </w:r>
    </w:p>
    <w:p>
      <w:pPr>
        <w:jc w:val="right"/>
      </w:pPr>
      <w:r>
        <w:t>تو میں اپ کو</w:t>
      </w:r>
    </w:p>
    <w:p>
      <w:r>
        <w:rPr>
          <w:b/>
        </w:rPr>
        <w:t xml:space="preserve">[57:49] </w:t>
      </w:r>
      <w:r>
        <w:t>is ke bare mein arz karna chahunga</w:t>
      </w:r>
    </w:p>
    <w:p>
      <w:pPr>
        <w:jc w:val="right"/>
      </w:pPr>
      <w:r>
        <w:t>اس کے بارے میں عرض کرنا چاہوں گا</w:t>
      </w:r>
    </w:p>
    <w:p>
      <w:r>
        <w:rPr>
          <w:b/>
        </w:rPr>
        <w:t xml:space="preserve">[57:53] </w:t>
      </w:r>
      <w:r>
        <w:t>dekhein har cheez ka chahe koi bhi cheez ho is mein ek minimum hota hai ek maximum hota</w:t>
      </w:r>
    </w:p>
    <w:p>
      <w:pPr>
        <w:jc w:val="right"/>
      </w:pPr>
      <w:r>
        <w:t>دیکھیں ہر چیز کا چاہے کوئی بھی چیز ہو اس میں ایک منیمم ہوتا ہے ایک میکسیمم ہوتا</w:t>
      </w:r>
    </w:p>
    <w:p>
      <w:r>
        <w:rPr>
          <w:b/>
        </w:rPr>
        <w:t xml:space="preserve">[57:57] </w:t>
      </w:r>
      <w:r>
        <w:t>hai</w:t>
      </w:r>
    </w:p>
    <w:p>
      <w:pPr>
        <w:jc w:val="right"/>
      </w:pPr>
      <w:r>
        <w:t>ہے</w:t>
      </w:r>
    </w:p>
    <w:p>
      <w:r>
        <w:rPr>
          <w:b/>
        </w:rPr>
        <w:t xml:space="preserve">[58:01] </w:t>
      </w:r>
      <w:r>
        <w:t>yani bohat acha acha khana kabhi aap khayenge kabhi aap mamooli khana khayenge</w:t>
      </w:r>
    </w:p>
    <w:p>
      <w:pPr>
        <w:jc w:val="right"/>
      </w:pPr>
      <w:r>
        <w:t>یعنی بہت اچھا اچھا کھانا کبھی اپ کھائیں گے کبھی اپ معمولی کھانا کھائیں گے</w:t>
      </w:r>
    </w:p>
    <w:p>
      <w:r>
        <w:rPr>
          <w:b/>
        </w:rPr>
        <w:t xml:space="preserve">[58:10] </w:t>
      </w:r>
      <w:r>
        <w:t>to is namaz ka jo aala miyar hai wo hai</w:t>
      </w:r>
    </w:p>
    <w:p>
      <w:pPr>
        <w:jc w:val="right"/>
      </w:pPr>
      <w:r>
        <w:t>تو اس نماز کا جو اعلی معیار ہے وہ ہے</w:t>
      </w:r>
    </w:p>
    <w:p>
      <w:r>
        <w:rPr>
          <w:b/>
        </w:rPr>
        <w:t xml:space="preserve">[58:18] </w:t>
      </w:r>
      <w:r>
        <w:t>khushu matlab afal mominoon allazeena fi salati khashoon yaani khushu wali namaz agar mile ap ko to kaha</w:t>
      </w:r>
    </w:p>
    <w:p>
      <w:pPr>
        <w:jc w:val="right"/>
      </w:pPr>
      <w:r>
        <w:t>خشوع مطلب افل المومنون الذین فی صلاۃ خاشعون یعنی خشوع والی نماز اگر ملے اپ کو تو کہا</w:t>
      </w:r>
    </w:p>
    <w:p>
      <w:r>
        <w:rPr>
          <w:b/>
        </w:rPr>
        <w:t xml:space="preserve">[58:25] </w:t>
      </w:r>
      <w:r>
        <w:t>ap ko aala namaz mili khushu ka matlab ye hai ke ap ka jab ap namaz parh rahe</w:t>
      </w:r>
    </w:p>
    <w:p>
      <w:pPr>
        <w:jc w:val="right"/>
      </w:pPr>
      <w:r>
        <w:t>اپ کو اعلی نماز ملی خشوع کا مطلب یہ ہے کہ اپ کا جب اپ نماز پڑھ رہے</w:t>
      </w:r>
    </w:p>
    <w:p>
      <w:r>
        <w:rPr>
          <w:b/>
        </w:rPr>
        <w:t xml:space="preserve">[58:30] </w:t>
      </w:r>
      <w:r>
        <w:t>hain to ap ka dil isi mein laga hua hai jo ayatein ap parh rahe hain isi mein</w:t>
      </w:r>
    </w:p>
    <w:p>
      <w:pPr>
        <w:jc w:val="right"/>
      </w:pPr>
      <w:r>
        <w:t>ہیں تو اپ کا دل اسی میں لگا ہوا ہے جو ایتیں اپ پڑھ رہے ہیں اسی میں</w:t>
      </w:r>
    </w:p>
    <w:p>
      <w:r>
        <w:rPr>
          <w:b/>
        </w:rPr>
        <w:t xml:space="preserve">[58:34] </w:t>
      </w:r>
      <w:r>
        <w:t>dhyan ap ka hai Allah ki heebat ap pe aa rahi hai Allah se mohabbat paida ho rahi</w:t>
      </w:r>
    </w:p>
    <w:p>
      <w:pPr>
        <w:jc w:val="right"/>
      </w:pPr>
      <w:r>
        <w:t>دھیان اپ کا ہے اللہ کی ہیبت اپ پہ ا رہی ہے اللہ سے محبت پیدا ہو رہی</w:t>
      </w:r>
    </w:p>
    <w:p>
      <w:r>
        <w:rPr>
          <w:b/>
        </w:rPr>
        <w:t xml:space="preserve">[58:40] </w:t>
      </w:r>
      <w:r>
        <w:t>hai Allah se taaluq barh raha hai</w:t>
      </w:r>
    </w:p>
    <w:p>
      <w:pPr>
        <w:jc w:val="right"/>
      </w:pPr>
      <w:r>
        <w:t>ہے اللہ سے تعلق بڑھ رہا ہے</w:t>
      </w:r>
    </w:p>
    <w:p>
      <w:r>
        <w:rPr>
          <w:b/>
        </w:rPr>
        <w:t xml:space="preserve">[58:45] </w:t>
      </w:r>
      <w:r>
        <w:t>to wo namaz hai khushu wali namaz</w:t>
      </w:r>
    </w:p>
    <w:p>
      <w:pPr>
        <w:jc w:val="right"/>
      </w:pPr>
      <w:r>
        <w:t>تو وہ نماز ہے خشوع والی نماز</w:t>
      </w:r>
    </w:p>
    <w:p>
      <w:r>
        <w:rPr>
          <w:b/>
        </w:rPr>
        <w:t xml:space="preserve">[58:48] </w:t>
      </w:r>
      <w:r>
        <w:t>lekin agar ap ko wo namaz hasil nahi ho rahi hai kabhi tab bhi namaz padhni hi padhna</w:t>
      </w:r>
    </w:p>
    <w:p>
      <w:pPr>
        <w:jc w:val="right"/>
      </w:pPr>
      <w:r>
        <w:t>لیکن اگر اپ کو وہ نماز حاصل نہیں ہو رہی ہے کبھی تب بھی نماز پڑھنی ہی پڑھنا</w:t>
      </w:r>
    </w:p>
    <w:p>
      <w:r>
        <w:rPr>
          <w:b/>
        </w:rPr>
        <w:t xml:space="preserve">[58:55] </w:t>
      </w:r>
      <w:r>
        <w:t>hai kyun is liye ke wo</w:t>
      </w:r>
    </w:p>
    <w:p>
      <w:pPr>
        <w:jc w:val="right"/>
      </w:pPr>
      <w:r>
        <w:t>ہے کیوں اس لیے کہ وہ</w:t>
      </w:r>
    </w:p>
    <w:p>
      <w:r>
        <w:rPr>
          <w:b/>
        </w:rPr>
        <w:t xml:space="preserve">[58:59] </w:t>
      </w:r>
      <w:r>
        <w:t>ap ko apni zindagi mein bator routine ke shamil karna hai namaz ko</w:t>
      </w:r>
    </w:p>
    <w:p>
      <w:pPr>
        <w:jc w:val="right"/>
      </w:pPr>
      <w:r>
        <w:t>اپ کو اپنی زندگی میں بطور روٹین کے شامل کرنا ہے نماز کو</w:t>
      </w:r>
    </w:p>
    <w:p>
      <w:r>
        <w:rPr>
          <w:b/>
        </w:rPr>
        <w:t xml:space="preserve">[59:04] </w:t>
      </w:r>
      <w:r>
        <w:t>to</w:t>
      </w:r>
    </w:p>
    <w:p>
      <w:pPr>
        <w:jc w:val="right"/>
      </w:pPr>
      <w:r>
        <w:t>تو</w:t>
      </w:r>
    </w:p>
    <w:p>
      <w:r>
        <w:rPr>
          <w:b/>
        </w:rPr>
        <w:t xml:space="preserve">[59:04] </w:t>
      </w:r>
      <w:r>
        <w:t>mein samajhta hoon ke jo paanch waqt namaz rakhi gayi to yeh yaani mein keh sakta hoon woh</w:t>
      </w:r>
    </w:p>
    <w:p>
      <w:pPr>
        <w:jc w:val="right"/>
      </w:pPr>
      <w:r>
        <w:t>میں سمجھتا ہوں کہ جو پانچ وقت نماز رکھی گئی تو یہ یعنی میں کہہ سکتا ہوں وہ</w:t>
      </w:r>
    </w:p>
    <w:p>
      <w:r>
        <w:rPr>
          <w:b/>
        </w:rPr>
        <w:t xml:space="preserve">[59:09] </w:t>
      </w:r>
      <w:r>
        <w:t>ek compulsory routine</w:t>
      </w:r>
    </w:p>
    <w:p>
      <w:pPr>
        <w:jc w:val="right"/>
      </w:pPr>
      <w:r>
        <w:t>ایک کمپلسری روٹین</w:t>
      </w:r>
    </w:p>
    <w:p>
      <w:r>
        <w:rPr>
          <w:b/>
        </w:rPr>
        <w:t xml:space="preserve">[59:13] </w:t>
      </w:r>
      <w:r>
        <w:t>to bator routine aap ko kar ke ek phir bhi aap ko dil mein ek taskeen aati hai</w:t>
      </w:r>
    </w:p>
    <w:p>
      <w:pPr>
        <w:jc w:val="right"/>
      </w:pPr>
      <w:r>
        <w:t>تو بطور روٹین اپ کو کر کے ایک پھر بھی اپ کو دل میں ایک تسکین اتی ہے</w:t>
      </w:r>
    </w:p>
    <w:p>
      <w:r>
        <w:rPr>
          <w:b/>
        </w:rPr>
        <w:t xml:space="preserve">[59:18] </w:t>
      </w:r>
      <w:r>
        <w:t>ke maine Khuda ka haq ada kar diya</w:t>
      </w:r>
    </w:p>
    <w:p>
      <w:pPr>
        <w:jc w:val="right"/>
      </w:pPr>
      <w:r>
        <w:t>کہ میں نے خدا کا حق ادا کر دیا</w:t>
      </w:r>
    </w:p>
    <w:p>
      <w:r>
        <w:rPr>
          <w:b/>
        </w:rPr>
        <w:t xml:space="preserve">[59:22] </w:t>
      </w:r>
      <w:r>
        <w:t>to ek hai darja khushu mein ada karna ek hai darja routine mein ada karna</w:t>
      </w:r>
    </w:p>
    <w:p>
      <w:pPr>
        <w:jc w:val="right"/>
      </w:pPr>
      <w:r>
        <w:t>تو ایک ہے درجہ خشوع میں ادا کرنا ایک ہے درجہ روٹین میں ادا کرنا</w:t>
      </w:r>
    </w:p>
    <w:p>
      <w:r>
        <w:rPr>
          <w:b/>
        </w:rPr>
        <w:t xml:space="preserve">[59:28] </w:t>
      </w:r>
      <w:r>
        <w:t>jab darja khushu mein ada karein ge aap to aap ko ek suraj shukr e qalb milega lekin</w:t>
      </w:r>
    </w:p>
    <w:p>
      <w:pPr>
        <w:jc w:val="right"/>
      </w:pPr>
      <w:r>
        <w:t>جب درجہ خشوع میں ادا کریں گے اپ تو اپ کو ایک سورج شکر قلب ملے گا لیکن</w:t>
      </w:r>
    </w:p>
    <w:p>
      <w:r>
        <w:rPr>
          <w:b/>
        </w:rPr>
        <w:t xml:space="preserve">[59:33] </w:t>
      </w:r>
      <w:r>
        <w:t>darja routine mein ada karein ge tab bhi milegi ek cheez aap ko ke mein banda hone</w:t>
      </w:r>
    </w:p>
    <w:p>
      <w:pPr>
        <w:jc w:val="right"/>
      </w:pPr>
      <w:r>
        <w:t>درجہ روٹین میں ادا کریں گے تب بھی ملے گی ایک چیز اپ کو کہ میں بندہ ہونے</w:t>
      </w:r>
    </w:p>
    <w:p>
      <w:r>
        <w:rPr>
          <w:b/>
        </w:rPr>
        <w:t xml:space="preserve">[59:38] </w:t>
      </w:r>
      <w:r>
        <w:t>ki haisiyat se jo Khuda ka farz tha mere upar woh maine ada kar diya to agar</w:t>
      </w:r>
    </w:p>
    <w:p>
      <w:pPr>
        <w:jc w:val="right"/>
      </w:pPr>
      <w:r>
        <w:t>کی حیثیت سے جو خدا کا فرض تھا میرے اوپر وہ میں نے ادا کر دیا تو اگر</w:t>
      </w:r>
    </w:p>
    <w:p>
      <w:r>
        <w:rPr>
          <w:b/>
        </w:rPr>
        <w:t xml:space="preserve">[59:43] </w:t>
      </w:r>
      <w:r>
        <w:t>aap khushu ke darje mein na parh sakein tab phir routine ke darje mein parhna hai aap ko</w:t>
      </w:r>
    </w:p>
    <w:p>
      <w:pPr>
        <w:jc w:val="right"/>
      </w:pPr>
      <w:r>
        <w:t>اپ خشوع کے درجے میں نہ پڑھ سکے تب پھر روٹین کے درجے میں پڑھنا ہے اپ کو</w:t>
      </w:r>
    </w:p>
    <w:p>
      <w:r>
        <w:rPr>
          <w:b/>
        </w:rPr>
        <w:t xml:space="preserve">[59:48] </w:t>
      </w:r>
      <w:r>
        <w:t>is mein koi do raaye nahi hai</w:t>
      </w:r>
    </w:p>
    <w:p>
      <w:pPr>
        <w:jc w:val="right"/>
      </w:pPr>
      <w:r>
        <w:t>اس میں کوئی دو رائے نہیں ہے</w:t>
      </w:r>
    </w:p>
    <w:p>
      <w:r>
        <w:rPr>
          <w:b/>
        </w:rPr>
        <w:t xml:space="preserve">[59:52] </w:t>
      </w:r>
      <w:r>
        <w:t>Maulana in ka jo second part hai woh yeh hai ke kya spiritual banna possible hai baghair namaz</w:t>
      </w:r>
    </w:p>
    <w:p>
      <w:pPr>
        <w:jc w:val="right"/>
      </w:pPr>
      <w:r>
        <w:t>مولانا ان کا جو سیکنڈ پارٹ ہے وہ یہ ہے کہ کیا سپرچول بننا پاسیبل ہے بغیر نماز</w:t>
      </w:r>
    </w:p>
    <w:p>
      <w:r>
        <w:rPr>
          <w:b/>
        </w:rPr>
        <w:t xml:space="preserve">[59:57] </w:t>
      </w:r>
      <w:r>
        <w:t>parhe bhi dekhein yahan par yeh hai ke spiritual ka concept kya hai ek woh hai jo meditation</w:t>
      </w:r>
    </w:p>
    <w:p>
      <w:pPr>
        <w:jc w:val="right"/>
      </w:pPr>
      <w:r>
        <w:t>پڑھے بھی دیکھیں یہاں پر یہ ہے کہ سپرچول کا کانسیپٹ کیا ہے ایک وہ ہے جو میڈیٹیشن</w:t>
      </w:r>
    </w:p>
    <w:p>
      <w:r>
        <w:rPr>
          <w:b/>
        </w:rPr>
        <w:t xml:space="preserve">[1:00:06] </w:t>
      </w:r>
      <w:r>
        <w:t>based hota hai to log jhaankte hain dil mein koi jalwa dekhte hain woh Islam ki spirituality nahi</w:t>
      </w:r>
    </w:p>
    <w:p>
      <w:pPr>
        <w:jc w:val="right"/>
      </w:pPr>
      <w:r>
        <w:t>بیسڈ ہوتا ہے تو لوگ جھانکتے ہیں دل میں کوئی جلوہ دیکھتے ہیں وہ اسلام کی سپرچولٹی نہیں</w:t>
      </w:r>
    </w:p>
    <w:p>
      <w:r>
        <w:rPr>
          <w:b/>
        </w:rPr>
        <w:t xml:space="preserve">[1:00:12] </w:t>
      </w:r>
      <w:r>
        <w:t>hai is sense mein aap barh sakte honge lekin woh Islam ka concern nahi hai woh</w:t>
      </w:r>
    </w:p>
    <w:p>
      <w:pPr>
        <w:jc w:val="right"/>
      </w:pPr>
      <w:r>
        <w:t>ہے اس سینس میں اپ بڑھ سکتے ہوں گے لیکن وہ اسلام کا کنسرن نہیں ہے وہ</w:t>
      </w:r>
    </w:p>
    <w:p>
      <w:r>
        <w:rPr>
          <w:b/>
        </w:rPr>
        <w:t xml:space="preserve">[1:00:19] </w:t>
      </w:r>
      <w:r>
        <w:t>Islam ki jo spirituality hai woh wahi hai jis mein aap ko Allah se ta'alluq barhe yaani God</w:t>
      </w:r>
    </w:p>
    <w:p>
      <w:pPr>
        <w:jc w:val="right"/>
      </w:pPr>
      <w:r>
        <w:t>اسلام کی جو سپرچولٹی ہے وہ وہی ہے جس میں اپ کو اللہ سے تعلق بڑھے یعنی گاڈ</w:t>
      </w:r>
    </w:p>
    <w:p>
      <w:r>
        <w:rPr>
          <w:b/>
        </w:rPr>
        <w:t xml:space="preserve">[1:00:25] </w:t>
      </w:r>
      <w:r>
        <w:t>oriented spirituality ka naam Islam ki spirituality hai</w:t>
      </w:r>
    </w:p>
    <w:p>
      <w:pPr>
        <w:jc w:val="right"/>
      </w:pPr>
      <w:r>
        <w:t>اوریٹڈ سپرچولٹی کا نام اسلام کی سپرچولٹی ہے</w:t>
      </w:r>
    </w:p>
    <w:p>
      <w:r>
        <w:rPr>
          <w:b/>
        </w:rPr>
        <w:t xml:space="preserve">[1:00:29] </w:t>
      </w:r>
      <w:r>
        <w:t>to jab aap Khuda ke hukum bhi na manenge to woh kahan se woh aayegi woh</w:t>
      </w:r>
    </w:p>
    <w:p>
      <w:pPr>
        <w:jc w:val="right"/>
      </w:pPr>
      <w:r>
        <w:t>تو جب اپ خدا کے حکم بھی نہ مانیں گے تو وہ کہاں سے وہ ائے گی وہ</w:t>
      </w:r>
    </w:p>
    <w:p>
      <w:r>
        <w:rPr>
          <w:b/>
        </w:rPr>
        <w:t xml:space="preserve">[1:00:34] </w:t>
      </w:r>
      <w:r>
        <w:t>spirituality ya roohaniyat</w:t>
      </w:r>
    </w:p>
    <w:p>
      <w:pPr>
        <w:jc w:val="right"/>
      </w:pPr>
      <w:r>
        <w:t>سپرچولٹی یا روحانیت</w:t>
      </w:r>
    </w:p>
    <w:p>
      <w:r>
        <w:rPr>
          <w:b/>
        </w:rPr>
        <w:t xml:space="preserve">[1:00:36] </w:t>
      </w:r>
      <w:r>
        <w:t>aur jo aati</w:t>
      </w:r>
    </w:p>
    <w:p>
      <w:pPr>
        <w:jc w:val="right"/>
      </w:pPr>
      <w:r>
        <w:t>اور جو اتی</w:t>
      </w:r>
    </w:p>
    <w:p>
      <w:r>
        <w:rPr>
          <w:b/>
        </w:rPr>
        <w:t xml:space="preserve">[1:00:37] </w:t>
      </w:r>
      <w:r>
        <w:t>hai logon ko woh woh ek alag hi cheez hai woh alag discipline hai ke dil mein jhaank</w:t>
      </w:r>
    </w:p>
    <w:p>
      <w:pPr>
        <w:jc w:val="right"/>
      </w:pPr>
      <w:r>
        <w:t>ہے لوگوں کو وہ وہ ایک الگ ہی چیز ہے وہ الگ ڈسپلن ہے کہ دل میں جھانک</w:t>
      </w:r>
    </w:p>
    <w:p>
      <w:r>
        <w:rPr>
          <w:b/>
        </w:rPr>
        <w:t xml:space="preserve">[1:00:43] </w:t>
      </w:r>
      <w:r>
        <w:t>kar ke koi jalwa dekhte honge kuch bhi karte honge</w:t>
      </w:r>
    </w:p>
    <w:p>
      <w:pPr>
        <w:jc w:val="right"/>
      </w:pPr>
      <w:r>
        <w:t>کر کے کوئی جلوہ دیکھتے ہوں گے کچھ بھی کرتے ہوں گے</w:t>
      </w:r>
    </w:p>
    <w:p>
      <w:r>
        <w:rPr>
          <w:b/>
        </w:rPr>
        <w:t xml:space="preserve">[1:00:46] </w:t>
      </w:r>
      <w:r>
        <w:t>woh Islam ko is se koi lena dena nahi hai</w:t>
      </w:r>
    </w:p>
    <w:p>
      <w:pPr>
        <w:jc w:val="right"/>
      </w:pPr>
      <w:r>
        <w:t>وہ اسلام کو اس سے کوئی لینا دینا نہیں ہے</w:t>
      </w:r>
    </w:p>
    <w:p>
      <w:r>
        <w:rPr>
          <w:b/>
        </w:rPr>
        <w:t xml:space="preserve">[1:00:50] </w:t>
      </w:r>
      <w:r>
        <w:t>Islam ko jo cheez hai woh hai ke Rabbani</w:t>
      </w:r>
    </w:p>
    <w:p>
      <w:pPr>
        <w:jc w:val="right"/>
      </w:pPr>
      <w:r>
        <w:t>اسلام کو جو چیز ہے وہ ہے کہ کن ربانین</w:t>
      </w:r>
    </w:p>
    <w:p>
      <w:r>
        <w:rPr>
          <w:b/>
        </w:rPr>
        <w:t xml:space="preserve">[1:00:54] </w:t>
      </w:r>
      <w:r>
        <w:t>Rabbani banna yeh hai Islam ki spirituality</w:t>
      </w:r>
    </w:p>
    <w:p>
      <w:pPr>
        <w:jc w:val="right"/>
      </w:pPr>
      <w:r>
        <w:t>ربانی بننا یہ ہے اسلام کی سپرچولٹی</w:t>
      </w:r>
    </w:p>
    <w:p>
      <w:r>
        <w:rPr>
          <w:b/>
        </w:rPr>
        <w:t xml:space="preserve">[1:00:57] </w:t>
      </w:r>
      <w:r>
        <w:t>yani rab oriented thinking rab oriented speech rab oriented life yeh hai spirituality</w:t>
      </w:r>
    </w:p>
    <w:p>
      <w:pPr>
        <w:jc w:val="right"/>
      </w:pPr>
      <w:r>
        <w:t>یعنی رب اورینٹڈ تھنکنگ رب اورینٹڈ سپیچ رب اورینٹڈ لائف یہ ہے سپرچولٹی</w:t>
      </w:r>
    </w:p>
    <w:p>
      <w:r>
        <w:rPr>
          <w:b/>
        </w:rPr>
        <w:t xml:space="preserve">[1:01:06] </w:t>
      </w:r>
      <w:r>
        <w:t>to woh kabhi mumkin nahi hai namaz ke baghair impossible hai</w:t>
      </w:r>
    </w:p>
    <w:p>
      <w:pPr>
        <w:jc w:val="right"/>
      </w:pPr>
      <w:r>
        <w:t>تو وہ کبھی ممکن نہیں ہے نماز کے بغیر امپاسیبل ہے</w:t>
      </w:r>
    </w:p>
    <w:p>
      <w:r>
        <w:rPr>
          <w:b/>
        </w:rPr>
        <w:t xml:space="preserve">[1:01:11] </w:t>
      </w:r>
      <w:r>
        <w:t>maulana inke second question ke do part hain ek inka observation hai ke kuch families hain</w:t>
      </w:r>
    </w:p>
    <w:p>
      <w:pPr>
        <w:jc w:val="right"/>
      </w:pPr>
      <w:r>
        <w:t>مولانا ان کے سیکنڈ کوئسچن کے دو پارٹ ہیں ایک ان کا ابزرویشن ہے کہ کچھ فیملیز ہیں</w:t>
      </w:r>
    </w:p>
    <w:p>
      <w:r>
        <w:rPr>
          <w:b/>
        </w:rPr>
        <w:t xml:space="preserve">[1:01:18] </w:t>
      </w:r>
      <w:r>
        <w:t>jo ah head cover nahi</w:t>
      </w:r>
    </w:p>
    <w:p>
      <w:pPr>
        <w:jc w:val="right"/>
      </w:pPr>
      <w:r>
        <w:t>جو اہ ہیڈ کور نہیں</w:t>
      </w:r>
    </w:p>
    <w:p>
      <w:r>
        <w:rPr>
          <w:b/>
        </w:rPr>
        <w:t xml:space="preserve">[1:01:23] </w:t>
      </w:r>
      <w:r>
        <w:t>karti hain aur inke wifes ke jo husbands hain woh bade fakhr se apni wifes ko head</w:t>
      </w:r>
    </w:p>
    <w:p>
      <w:pPr>
        <w:jc w:val="right"/>
      </w:pPr>
      <w:r>
        <w:t>کرتی ہیں اور ان کے وائفز کے جو ہسبینڈز ہیں وہ بڑے فخر سے اپنی وائفز کو ہیڈ</w:t>
      </w:r>
    </w:p>
    <w:p>
      <w:r>
        <w:rPr>
          <w:b/>
        </w:rPr>
        <w:t xml:space="preserve">[1:01:30] </w:t>
      </w:r>
      <w:r>
        <w:t>na karne mein inko koi pareshani nahi hoti hai to yeh jaanana chahenge ke aise musalmanon</w:t>
      </w:r>
    </w:p>
    <w:p>
      <w:pPr>
        <w:jc w:val="right"/>
      </w:pPr>
      <w:r>
        <w:t>نہ کرنے میں ان کو کوئی پریشانی نہیں ہوتی ہے تو یہ جاننا چاہیں گے کہ ایسے مسلمانوں</w:t>
      </w:r>
    </w:p>
    <w:p>
      <w:r>
        <w:rPr>
          <w:b/>
        </w:rPr>
        <w:t xml:space="preserve">[1:01:35] </w:t>
      </w:r>
      <w:r>
        <w:t>ke bare mein aap ki kya rai hai jabke jo log head cover karte hain unko back</w:t>
      </w:r>
    </w:p>
    <w:p>
      <w:pPr>
        <w:jc w:val="right"/>
      </w:pPr>
      <w:r>
        <w:t>کے بارے میں اپ کی کیا رائے ہے جبکہ جو لوگ ہیڈ کور کرتے ہیں ان کو بیک</w:t>
      </w:r>
    </w:p>
    <w:p>
      <w:r>
        <w:rPr>
          <w:b/>
        </w:rPr>
        <w:t xml:space="preserve">[1:01:40] </w:t>
      </w:r>
      <w:r>
        <w:t>word samjha jata hai</w:t>
      </w:r>
    </w:p>
    <w:p>
      <w:pPr>
        <w:jc w:val="right"/>
      </w:pPr>
      <w:r>
        <w:t>ورڈ سمجھا جاتا ہے</w:t>
      </w:r>
    </w:p>
    <w:p>
      <w:r>
        <w:rPr>
          <w:b/>
        </w:rPr>
        <w:t xml:space="preserve">[1:01:43] </w:t>
      </w:r>
      <w:r>
        <w:t>dekhein fatwe ki zuban bolna hamara tareeqa nahi hai hum kisi bare mein fatwa nahi dete lekin main</w:t>
      </w:r>
    </w:p>
    <w:p>
      <w:pPr>
        <w:jc w:val="right"/>
      </w:pPr>
      <w:r>
        <w:t>دیکھیں فتوے کی زبان بولنا ہمارا طریقہ نہیں ہے ہم کسی بارے میں فتوی نہیں دیتے لیکن میں</w:t>
      </w:r>
    </w:p>
    <w:p>
      <w:r>
        <w:rPr>
          <w:b/>
        </w:rPr>
        <w:t xml:space="preserve">[1:01:49] </w:t>
      </w:r>
      <w:r>
        <w:t>masla batata hoon aap ko</w:t>
      </w:r>
    </w:p>
    <w:p>
      <w:pPr>
        <w:jc w:val="right"/>
      </w:pPr>
      <w:r>
        <w:t>مسئلہ بتاتا ہوں اپ کو</w:t>
      </w:r>
    </w:p>
    <w:p>
      <w:r>
        <w:rPr>
          <w:b/>
        </w:rPr>
        <w:t xml:space="preserve">[1:01:52] </w:t>
      </w:r>
      <w:r>
        <w:t>yeh hai ke head cover karna ek hai chehra dhankna</w:t>
      </w:r>
    </w:p>
    <w:p>
      <w:pPr>
        <w:jc w:val="right"/>
      </w:pPr>
      <w:r>
        <w:t>یہ ہے کہ ہیڈ کور کرنا ایک ہے چہرہ ڈھانکنا</w:t>
      </w:r>
    </w:p>
    <w:p>
      <w:r>
        <w:rPr>
          <w:b/>
        </w:rPr>
        <w:t xml:space="preserve">[1:01:58] </w:t>
      </w:r>
      <w:r>
        <w:t>to chehra dhankna to main nazdeek Islam mein nahi hai lekin head cover na karna hai Islam mein</w:t>
      </w:r>
    </w:p>
    <w:p>
      <w:pPr>
        <w:jc w:val="right"/>
      </w:pPr>
      <w:r>
        <w:t>تو چہرہ ڈھانکنا تو میں نزدیک اسلام میں نہیں ہے لیکن ہیڈ کور نہ کرنا ہے اسلام میں</w:t>
      </w:r>
    </w:p>
    <w:p>
      <w:r>
        <w:rPr>
          <w:b/>
        </w:rPr>
        <w:t xml:space="preserve">[1:02:05] </w:t>
      </w:r>
      <w:r>
        <w:t>to khawateen ko</w:t>
      </w:r>
    </w:p>
    <w:p>
      <w:pPr>
        <w:jc w:val="right"/>
      </w:pPr>
      <w:r>
        <w:t>تو خواتین کو</w:t>
      </w:r>
    </w:p>
    <w:p>
      <w:r>
        <w:rPr>
          <w:b/>
        </w:rPr>
        <w:t xml:space="preserve">[1:02:08] </w:t>
      </w:r>
      <w:r>
        <w:t>jo</w:t>
      </w:r>
    </w:p>
    <w:p>
      <w:pPr>
        <w:jc w:val="right"/>
      </w:pPr>
      <w:r>
        <w:t>جو</w:t>
      </w:r>
    </w:p>
    <w:p>
      <w:r>
        <w:rPr>
          <w:b/>
        </w:rPr>
        <w:t xml:space="preserve">[1:02:09] </w:t>
      </w:r>
      <w:r>
        <w:t>head cover karna hi karna hai</w:t>
      </w:r>
    </w:p>
    <w:p>
      <w:pPr>
        <w:jc w:val="right"/>
      </w:pPr>
      <w:r>
        <w:t>ہیڈ کور کرنا ہی کرنا ہے</w:t>
      </w:r>
    </w:p>
    <w:p>
      <w:r>
        <w:rPr>
          <w:b/>
        </w:rPr>
        <w:t xml:space="preserve">[1:02:13] </w:t>
      </w:r>
      <w:r>
        <w:t>lekin iska matlab yeh nahi ke jo head cover na kare woh jahannum mein jayega yeh</w:t>
      </w:r>
    </w:p>
    <w:p>
      <w:pPr>
        <w:jc w:val="right"/>
      </w:pPr>
      <w:r>
        <w:t>لیکن اس کا مطلب یہ نہیں کہ جو ہیڈ کور نہ کرے وہ جہنم میں جائے گا یہ</w:t>
      </w:r>
    </w:p>
    <w:p>
      <w:r>
        <w:rPr>
          <w:b/>
        </w:rPr>
        <w:t xml:space="preserve">[1:02:16] </w:t>
      </w:r>
      <w:r>
        <w:t>matlab nahi hai iska woh Islamic culture ka part hai</w:t>
      </w:r>
    </w:p>
    <w:p>
      <w:pPr>
        <w:jc w:val="right"/>
      </w:pPr>
      <w:r>
        <w:t>مطلب نہیں ہے اس کا وہ اسلامک کلچر کا پارٹ ہے</w:t>
      </w:r>
    </w:p>
    <w:p>
      <w:r>
        <w:rPr>
          <w:b/>
        </w:rPr>
        <w:t xml:space="preserve">[1:02:21] </w:t>
      </w:r>
      <w:r>
        <w:t>Islamic culture ka part hai Islam ka jo dress hai uska ek part hai jo Islam ki</w:t>
      </w:r>
    </w:p>
    <w:p>
      <w:pPr>
        <w:jc w:val="right"/>
      </w:pPr>
      <w:r>
        <w:t>اسلامک کلچر کا پارٹ ہے اسلام کا جو ڈریس ہے اس کا ایک پارٹ ہے جو اسلام کی</w:t>
      </w:r>
    </w:p>
    <w:p>
      <w:r>
        <w:rPr>
          <w:b/>
        </w:rPr>
        <w:t xml:space="preserve">[1:02:26] </w:t>
      </w:r>
      <w:r>
        <w:t>lifestyle hai uska ek part hai</w:t>
      </w:r>
    </w:p>
    <w:p>
      <w:pPr>
        <w:jc w:val="right"/>
      </w:pPr>
      <w:r>
        <w:t>لائف اسٹائل ہے اس کا ایک پارٹ ہے</w:t>
      </w:r>
    </w:p>
    <w:p>
      <w:r>
        <w:rPr>
          <w:b/>
        </w:rPr>
        <w:t xml:space="preserve">[1:02:30] </w:t>
      </w:r>
      <w:r>
        <w:t>main bhi sar par topi rakhta hoon ya pagdi rakhta hoon iska matlab yeh nahi ke jo</w:t>
      </w:r>
    </w:p>
    <w:p>
      <w:pPr>
        <w:jc w:val="right"/>
      </w:pPr>
      <w:r>
        <w:t>میں بھی سر پر ٹوپی رکھتا ہوں یا پگڑی رکھتا ہوں اس کا مطلب یہ نہیں کہ جو</w:t>
      </w:r>
    </w:p>
    <w:p>
      <w:r>
        <w:rPr>
          <w:b/>
        </w:rPr>
        <w:t xml:space="preserve">[1:02:33] </w:t>
      </w:r>
      <w:r>
        <w:t>pagdi nahi rakhega woh jahannum mein jayega iska matlab yeh nahi hai ek discipline hai</w:t>
      </w:r>
    </w:p>
    <w:p>
      <w:pPr>
        <w:jc w:val="right"/>
      </w:pPr>
      <w:r>
        <w:t>پگڑی نہیں رکھے گا وہ جہنم میں جائے گا اس کا مطلب یہ نہیں ہے ایک ڈسپلن ہے</w:t>
      </w:r>
    </w:p>
    <w:p>
      <w:r>
        <w:rPr>
          <w:b/>
        </w:rPr>
        <w:t xml:space="preserve">[1:02:38] </w:t>
      </w:r>
      <w:r>
        <w:t>ek culture hai ek lifestyle hai isko aap ko apnana chahiye</w:t>
      </w:r>
    </w:p>
    <w:p>
      <w:pPr>
        <w:jc w:val="right"/>
      </w:pPr>
      <w:r>
        <w:t>ایک کلچر ہے ایک لائف اسٹائل ہے اس کو اپ کو اپنانا چاہیے</w:t>
      </w:r>
    </w:p>
    <w:p>
      <w:r>
        <w:rPr>
          <w:b/>
        </w:rPr>
        <w:t xml:space="preserve">[1:02:45] </w:t>
      </w:r>
      <w:r>
        <w:t>to dekhiye ismein ulma ka koi ikhtilaf nahi hai ke head ko cover hona chahiye koi ikhtilaf</w:t>
      </w:r>
    </w:p>
    <w:p>
      <w:pPr>
        <w:jc w:val="right"/>
      </w:pPr>
      <w:r>
        <w:t>تو دیکھیے اس میں علماء کا کوئی اختلاف نہیں ہے کہ ہیڈ کو کور ہونا چاہیے کوئی اختلاف</w:t>
      </w:r>
    </w:p>
    <w:p>
      <w:r>
        <w:rPr>
          <w:b/>
        </w:rPr>
        <w:t xml:space="preserve">[1:02:50] </w:t>
      </w:r>
      <w:r>
        <w:t>nahi hai chehra yani wajh kar ismein ikhtilaf</w:t>
      </w:r>
    </w:p>
    <w:p>
      <w:pPr>
        <w:jc w:val="right"/>
      </w:pPr>
      <w:r>
        <w:t>نہیں ہے چہرہ یعنی وجھ کر اس میں اختلاف</w:t>
      </w:r>
    </w:p>
    <w:p>
      <w:r>
        <w:rPr>
          <w:b/>
        </w:rPr>
        <w:t xml:space="preserve">[1:02:54] </w:t>
      </w:r>
      <w:r>
        <w:t>hai ke char fiqah hain to fiqah hanfi aur fiqah maliki mein yeh exempted hai yeh lekin fiqah</w:t>
      </w:r>
    </w:p>
    <w:p>
      <w:pPr>
        <w:jc w:val="right"/>
      </w:pPr>
      <w:r>
        <w:t>ہے کہ چار فقہ ہیں تو فقہ حنفی اور فقہ مالکی میں یہ ایگزیمپٹڈ ہے یہ لیکن فقہ</w:t>
      </w:r>
    </w:p>
    <w:p>
      <w:r>
        <w:rPr>
          <w:b/>
        </w:rPr>
        <w:t xml:space="preserve">[1:03:03] </w:t>
      </w:r>
      <w:r>
        <w:t>hanfi fiqah hanbari aur fiqah shafi ne exempted nahi hai</w:t>
      </w:r>
    </w:p>
    <w:p>
      <w:pPr>
        <w:jc w:val="right"/>
      </w:pPr>
      <w:r>
        <w:t>حنفی فقہ حنبری اور فقہ شافعی نے ایگزیمپٹڈ نہیں ہے</w:t>
      </w:r>
    </w:p>
    <w:p>
      <w:r>
        <w:rPr>
          <w:b/>
        </w:rPr>
        <w:t xml:space="preserve">[1:03:09] </w:t>
      </w:r>
      <w:r>
        <w:t>to is ke liye pata hai ke ap ke liye yahan option ho sakta hai lekin lekin sir</w:t>
      </w:r>
    </w:p>
    <w:p>
      <w:pPr>
        <w:jc w:val="right"/>
      </w:pPr>
      <w:r>
        <w:t>تو اس کے لیے پتہ ہے کہ اپ کے لیے یہاں اپشن ہو سکتا ہے لیکن لیکن سر</w:t>
      </w:r>
    </w:p>
    <w:p>
      <w:r>
        <w:rPr>
          <w:b/>
        </w:rPr>
        <w:t xml:space="preserve">[1:03:14] </w:t>
      </w:r>
      <w:r>
        <w:t>dhakne mein to koi option nahi hai ye masla hai jo mein bataya apne aap ko baki fatwe</w:t>
      </w:r>
    </w:p>
    <w:p>
      <w:pPr>
        <w:jc w:val="right"/>
      </w:pPr>
      <w:r>
        <w:t>ڈھکنے میں تو کوئی اپشن نہیں ہے یہ مسئلہ ہے جو میں بتایا اپنے اپ کو باقی فتوے</w:t>
      </w:r>
    </w:p>
    <w:p>
      <w:r>
        <w:rPr>
          <w:b/>
        </w:rPr>
        <w:t xml:space="preserve">[1:03:19] </w:t>
      </w:r>
      <w:r>
        <w:t>ki zaban mein bolna mera tareeqa nahi hai</w:t>
      </w:r>
    </w:p>
    <w:p>
      <w:pPr>
        <w:jc w:val="right"/>
      </w:pPr>
      <w:r>
        <w:t>کی زبان میں بولنا میرا طریقہ نہیں ہے</w:t>
      </w:r>
    </w:p>
    <w:p>
      <w:r>
        <w:rPr>
          <w:b/>
        </w:rPr>
        <w:t xml:space="preserve">[1:03:26] </w:t>
      </w:r>
      <w:r>
        <w:t>This question is from Shailesh Malhotra from Singapore.</w:t>
      </w:r>
    </w:p>
    <w:p>
      <w:pPr>
        <w:jc w:val="right"/>
      </w:pPr>
      <w:r>
        <w:t>دس کوئسچن از فرام سیلش ملوتھرا فرام سنگاپور</w:t>
      </w:r>
    </w:p>
    <w:p>
      <w:r>
        <w:rPr>
          <w:b/>
        </w:rPr>
        <w:t xml:space="preserve">[1:03:30] </w:t>
      </w:r>
      <w:r>
        <w:t>Maulana, my question is about hypocrites.</w:t>
      </w:r>
    </w:p>
    <w:p>
      <w:pPr>
        <w:jc w:val="right"/>
      </w:pPr>
      <w:r>
        <w:t>مولانا مائی کوئسچن از اباؤٹ ہپوکریٹس</w:t>
      </w:r>
    </w:p>
    <w:p>
      <w:r>
        <w:rPr>
          <w:b/>
        </w:rPr>
        <w:t xml:space="preserve">[1:03:35] </w:t>
      </w:r>
      <w:r>
        <w:t>there are people who believe in one god but in their real life they lack they do back</w:t>
      </w:r>
    </w:p>
    <w:p>
      <w:pPr>
        <w:jc w:val="right"/>
      </w:pPr>
      <w:r>
        <w:t>دیر ار پیپل ہو بیلیو ان ون گاڈ بٹ ان دیر ریل لائف دے لیک دے ڈو بیک</w:t>
      </w:r>
    </w:p>
    <w:p>
      <w:r>
        <w:rPr>
          <w:b/>
        </w:rPr>
        <w:t xml:space="preserve">[1:03:43] </w:t>
      </w:r>
      <w:r>
        <w:t>stepping ideal talk politics and when confronted they say these are the ways of the world what do</w:t>
      </w:r>
    </w:p>
    <w:p>
      <w:pPr>
        <w:jc w:val="right"/>
      </w:pPr>
      <w:r>
        <w:t>سٹیپنگ ائیڈیل ٹاک پولیٹکس اینڈ وین کنفرنٹڈ دے سے دیز ار دی ویز اف دا ورلڈ واٹ ڈو</w:t>
      </w:r>
    </w:p>
    <w:p>
      <w:r>
        <w:rPr>
          <w:b/>
        </w:rPr>
        <w:t xml:space="preserve">[1:03:52] </w:t>
      </w:r>
      <w:r>
        <w:t>you say about these people</w:t>
      </w:r>
    </w:p>
    <w:p>
      <w:pPr>
        <w:jc w:val="right"/>
      </w:pPr>
      <w:r>
        <w:t>یو سے اباؤٹ دیز پیپل</w:t>
      </w:r>
    </w:p>
    <w:p>
      <w:r>
        <w:rPr>
          <w:b/>
        </w:rPr>
        <w:t xml:space="preserve">[1:03:54] </w:t>
      </w:r>
      <w:r>
        <w:t>dekhen quran majeed mein ek ayat hai</w:t>
      </w:r>
    </w:p>
    <w:p>
      <w:pPr>
        <w:jc w:val="right"/>
      </w:pPr>
      <w:r>
        <w:t>دیکھیں قران مجید میں ایک ایت ہے</w:t>
      </w:r>
    </w:p>
    <w:p>
      <w:r>
        <w:rPr>
          <w:b/>
        </w:rPr>
        <w:t xml:space="preserve">[1:03:58] </w:t>
      </w:r>
      <w:r>
        <w:t>innal munafiqeena fil darqil asfal minan nar</w:t>
      </w:r>
    </w:p>
    <w:p>
      <w:pPr>
        <w:jc w:val="right"/>
      </w:pPr>
      <w:r>
        <w:t>ان المنافقین فی الترك الاسفل ابن النار</w:t>
      </w:r>
    </w:p>
    <w:p>
      <w:r>
        <w:rPr>
          <w:b/>
        </w:rPr>
        <w:t xml:space="preserve">[1:04:04] </w:t>
      </w:r>
      <w:r>
        <w:t>double standard log jo hote hain wo jahannum ke sab se zyada bure tabqe mein jayenge jisko munafiq kaha jata hai hypocrite ko arabi mein munafiq kaha jata hai munafiq to hypocrite jo log hain double standard jo log hain jo munafiq hain unke liye to quran mein hadith mein bohat zyada bataya gaya hai ke bohat hi buri cheez hai yeh bohat buri cheez hai</w:t>
      </w:r>
    </w:p>
    <w:p>
      <w:pPr>
        <w:jc w:val="right"/>
      </w:pPr>
      <w:r>
        <w:t>ڈبل سٹینڈرڈ لوگ جو ہوتے ہیں وہ جہنم کے سب سے زیادہ برے طبقے میں جائیں گے جس کو منافق کہا جاتا ہے ہپوکریٹ کو عربی میں منافق کہا جاتا ہے منافق تو ہپوکریٹ جو لوگ ہیں ڈبل سٹینڈرڈ جو لوگ ہیں جو منافق ہیں ان کے لیے تو قران میں حدیث میں بہت زیادہ بتایا گیا ہے کہ بہت ہی بری چیز ہے یہ بہت بری چیز ہے</w:t>
      </w:r>
    </w:p>
    <w:p>
      <w:r>
        <w:rPr>
          <w:b/>
        </w:rPr>
        <w:t xml:space="preserve">[1:04:32] </w:t>
      </w:r>
      <w:r>
        <w:t>to hadith mein aata hai ke yati la hawla bojhun wala hawla bojhun ke wo aadmi bohat hi</w:t>
      </w:r>
    </w:p>
    <w:p>
      <w:pPr>
        <w:jc w:val="right"/>
      </w:pPr>
      <w:r>
        <w:t>تو حدیث میں اتا ہے کہ یاتی لا حول بوجھن ولا حول بوجھن کہ وہ ادمی بہت ہی</w:t>
      </w:r>
    </w:p>
    <w:p>
      <w:r>
        <w:rPr>
          <w:b/>
        </w:rPr>
        <w:t xml:space="preserve">[1:04:39] </w:t>
      </w:r>
      <w:r>
        <w:t>bara hai jo uska ek sharah ye ho dusra sharah wo yani stage pe koi boli bole</w:t>
      </w:r>
    </w:p>
    <w:p>
      <w:pPr>
        <w:jc w:val="right"/>
      </w:pPr>
      <w:r>
        <w:t>برا ہے جو اس کا ایک شرح یہ ہو دوسرا شرح وہ یعنی اسٹیج پہ کوئی بولی بولے</w:t>
      </w:r>
    </w:p>
    <w:p>
      <w:r>
        <w:rPr>
          <w:b/>
        </w:rPr>
        <w:t xml:space="preserve">[1:04:45] </w:t>
      </w:r>
      <w:r>
        <w:t>andar jaye to uska dusri soch ban jaye</w:t>
      </w:r>
    </w:p>
    <w:p>
      <w:pPr>
        <w:jc w:val="right"/>
      </w:pPr>
      <w:r>
        <w:t>اندر جائے تو اس کا دوسری سوچ بن جائے</w:t>
      </w:r>
    </w:p>
    <w:p>
      <w:r>
        <w:rPr>
          <w:b/>
        </w:rPr>
        <w:t xml:space="preserve">[1:04:49] </w:t>
      </w:r>
      <w:r>
        <w:t>to islam mein to hypocrite ke liye koi jagah nahi hai koi jagah nahi hai is ko aise</w:t>
      </w:r>
    </w:p>
    <w:p>
      <w:pPr>
        <w:jc w:val="right"/>
      </w:pPr>
      <w:r>
        <w:t>تو اسلام میں تو ہپوکریٹ کے لیے کوئی جگہ نہیں ہے کوئی جگہ نہیں ہے اس کو ایسے</w:t>
      </w:r>
    </w:p>
    <w:p>
      <w:r>
        <w:rPr>
          <w:b/>
        </w:rPr>
        <w:t xml:space="preserve">[1:04:56] </w:t>
      </w:r>
      <w:r>
        <w:t>logon ko toba karna chahiye aise logon ko apne apne aap ko badalna chahiye aise logon ko</w:t>
      </w:r>
    </w:p>
    <w:p>
      <w:pPr>
        <w:jc w:val="right"/>
      </w:pPr>
      <w:r>
        <w:t>لوگوں کو توبہ کرنا چاہیے ایسے لوگوں کو اپنے اپنے اپ کو بدلنا چاہیے ایسے لوگوں کو</w:t>
      </w:r>
    </w:p>
    <w:p>
      <w:r>
        <w:rPr>
          <w:b/>
        </w:rPr>
        <w:t xml:space="preserve">[1:05:04] </w:t>
      </w:r>
      <w:r>
        <w:t>yani apni zindagi ko phir se yani</w:t>
      </w:r>
    </w:p>
    <w:p>
      <w:pPr>
        <w:jc w:val="right"/>
      </w:pPr>
      <w:r>
        <w:t>یعنی اپنی زندگی کو پھر سے یعنی</w:t>
      </w:r>
    </w:p>
    <w:p>
      <w:r>
        <w:rPr>
          <w:b/>
        </w:rPr>
        <w:t xml:space="preserve">[1:05:09] </w:t>
      </w:r>
      <w:r>
        <w:t>apni zindagi ki planning phir se karna chahiye</w:t>
      </w:r>
    </w:p>
    <w:p>
      <w:pPr>
        <w:jc w:val="right"/>
      </w:pPr>
      <w:r>
        <w:t>اپنی زندگی کی پلاننگ پھر سے کرنا چاہیے</w:t>
      </w:r>
    </w:p>
    <w:p>
      <w:r>
        <w:rPr>
          <w:b/>
        </w:rPr>
        <w:t xml:space="preserve">[1:05:13] </w:t>
      </w:r>
      <w:r>
        <w:t>ye in ke nijat ka tareeqa hai jab tak badlenge nahi apne aap ko</w:t>
      </w:r>
    </w:p>
    <w:p>
      <w:pPr>
        <w:jc w:val="right"/>
      </w:pPr>
      <w:r>
        <w:t>یہ ان کے نجات کا طریقہ ہے جب تک بدلیں گے نہیں اپنے اپ کو</w:t>
      </w:r>
    </w:p>
    <w:p>
      <w:r>
        <w:rPr>
          <w:b/>
        </w:rPr>
        <w:t xml:space="preserve">[1:05:17] </w:t>
      </w:r>
      <w:r>
        <w:t>aur</w:t>
      </w:r>
    </w:p>
    <w:p>
      <w:pPr>
        <w:jc w:val="right"/>
      </w:pPr>
      <w:r>
        <w:t>اور</w:t>
      </w:r>
    </w:p>
    <w:p>
      <w:r>
        <w:rPr>
          <w:b/>
        </w:rPr>
        <w:t xml:space="preserve">[1:05:17] </w:t>
      </w:r>
      <w:r>
        <w:t>isi par badh jayen agar to quran hadith mein aise logon ke liye bohat sakht alfaaz aaye hain bohat sakht shabda aaye hain</w:t>
      </w:r>
    </w:p>
    <w:p>
      <w:pPr>
        <w:jc w:val="right"/>
      </w:pPr>
      <w:r>
        <w:t>اسی پر بڑھ جائیں اگر تو قران حدیث میں ایسے لوگوں کے لیے بہت سخت الفاظ ائے ہیں بہت سخت शब्द ائے ہیں</w:t>
      </w:r>
    </w:p>
    <w:p>
      <w:r>
        <w:rPr>
          <w:b/>
        </w:rPr>
        <w:t xml:space="preserve">[1:05:29] </w:t>
      </w:r>
      <w:r>
        <w:t>das question is from molana zakwan nadvi what is sound mindedness and what is its shortcoming and how one can develop it kindly explain</w:t>
      </w:r>
    </w:p>
    <w:p>
      <w:pPr>
        <w:jc w:val="right"/>
      </w:pPr>
      <w:r>
        <w:t>دس کوئسچن از فرام مولانا زکوان ندوی واٹ از ساؤنڈ مائنڈڈنس اینڈ واٹ از اٹس شارٹ کمنگ اینڈ ہاؤ ون کین ڈیویلپ اٹ کائنڈلی ایکسپلین</w:t>
      </w:r>
    </w:p>
    <w:p>
      <w:r>
        <w:rPr>
          <w:b/>
        </w:rPr>
        <w:t xml:space="preserve">[1:05:47] </w:t>
      </w:r>
      <w:r>
        <w:t>dekhen sound mind hona yeh bohat hi important hai bohat hi important hai usko kehte hain sadad e fikr sadad e fikr</w:t>
      </w:r>
    </w:p>
    <w:p>
      <w:pPr>
        <w:jc w:val="right"/>
      </w:pPr>
      <w:r>
        <w:t>دیکھیں ساؤنڈ مائنڈ ہونا یہ بہت ہی امپورٹنٹ ہے بہت ہی امپورٹنٹ ہے اس کو کہتے ہیں سداد فکر سداد فکر</w:t>
      </w:r>
    </w:p>
    <w:p>
      <w:r>
        <w:rPr>
          <w:b/>
        </w:rPr>
        <w:t xml:space="preserve">[1:06:03] </w:t>
      </w:r>
      <w:r>
        <w:t>aur main samajhta hoon ke is ka yeh cheez un logon ko milti hai jo apne aap ko apne nature par baqi rakhte hain</w:t>
      </w:r>
    </w:p>
    <w:p>
      <w:pPr>
        <w:jc w:val="right"/>
      </w:pPr>
      <w:r>
        <w:t>اور میں سمجھتا ہوں کہ اس کا یہ چیز ان لوگوں کو ملتی ہے جو اپنے اپ کو اپنے نیچر پر باقی رکھتے ہیں</w:t>
      </w:r>
    </w:p>
    <w:p>
      <w:r>
        <w:rPr>
          <w:b/>
        </w:rPr>
        <w:t xml:space="preserve">[1:06:15] </w:t>
      </w:r>
      <w:r>
        <w:t>dekhiye quran se hadith se yeh sabit hai ke har insan nature par paida kiya jata hai kul moludin yuladu ala al fitra to insan jab paida hota hai to wo rabbani nature par hota hai</w:t>
      </w:r>
    </w:p>
    <w:p>
      <w:pPr>
        <w:jc w:val="right"/>
      </w:pPr>
      <w:r>
        <w:t>دیکھیے قران سے حدیث سے یہ ثابت ہے کہ ہر انسان نیچر پر پیدا کیا جاتا ہے کل مولدی یولد الفطرہ تو انسان جب پیدا ہوتا ہے تو وہ ربانی نیچر پر ہوتا ہے</w:t>
      </w:r>
    </w:p>
    <w:p>
      <w:r>
        <w:rPr>
          <w:b/>
        </w:rPr>
        <w:t xml:space="preserve">[1:06:35] </w:t>
      </w:r>
      <w:r>
        <w:t>phir kya hota hai phir is mein conditioning hoti hai deviation aata hai corruption aata hai</w:t>
      </w:r>
    </w:p>
    <w:p>
      <w:pPr>
        <w:jc w:val="right"/>
      </w:pPr>
      <w:r>
        <w:t>پھر کیا ہوتا ہے پھر اس میں کنڈیشننگ ہوتی ہے ڈیوی ایشن اتا ہے کرپشن اتا ہے</w:t>
      </w:r>
    </w:p>
    <w:p>
      <w:r>
        <w:rPr>
          <w:b/>
        </w:rPr>
        <w:t xml:space="preserve">[1:06:45] </w:t>
      </w:r>
      <w:r>
        <w:t>تو جو یعنی جو اپ لوگوں کو بچا سکا اس سے وہی یا sound thinker ہے اسی کے</w:t>
      </w:r>
    </w:p>
    <w:p>
      <w:pPr>
        <w:jc w:val="right"/>
      </w:pPr>
      <w:r>
        <w:t>تو جو یعنی جو اپ لوگوں کو بچا سکا اس سے وہی یا ساؤنڈ تھنکر ہے اسی کے</w:t>
      </w:r>
    </w:p>
    <w:p>
      <w:r>
        <w:rPr>
          <w:b/>
        </w:rPr>
        <w:t xml:space="preserve">[1:06:52] </w:t>
      </w:r>
      <w:r>
        <w:t>اندر سداد فکر ہے اس کے اندر یعنی نیچر پر رہنے ہی سے سداد فکر اتا ہے sound</w:t>
      </w:r>
    </w:p>
    <w:p>
      <w:pPr>
        <w:jc w:val="right"/>
      </w:pPr>
      <w:r>
        <w:t>اندر سداد فکر ہے اس کے اندر یعنی نیچر پر رہنے ہی سے سداد فکر اتا ہے ساؤنڈ</w:t>
      </w:r>
    </w:p>
    <w:p>
      <w:r>
        <w:rPr>
          <w:b/>
        </w:rPr>
        <w:t xml:space="preserve">[1:06:59] </w:t>
      </w:r>
      <w:r>
        <w:t>thinking aati hai</w:t>
      </w:r>
    </w:p>
    <w:p>
      <w:pPr>
        <w:jc w:val="right"/>
      </w:pPr>
      <w:r>
        <w:t>تھنکنگ اتی ہے</w:t>
      </w:r>
    </w:p>
    <w:p>
      <w:r>
        <w:rPr>
          <w:b/>
        </w:rPr>
        <w:t xml:space="preserve">[1:07:02] </w:t>
      </w:r>
      <w:r>
        <w:t>to har aadmi ko ye karna hai</w:t>
      </w:r>
    </w:p>
    <w:p>
      <w:pPr>
        <w:jc w:val="right"/>
      </w:pPr>
      <w:r>
        <w:t>تو ہر ادمی کو یہ کرنا ہے</w:t>
      </w:r>
    </w:p>
    <w:p>
      <w:r>
        <w:rPr>
          <w:b/>
        </w:rPr>
        <w:t xml:space="preserve">[1:07:06] </w:t>
      </w:r>
      <w:r>
        <w:t>ke apne aap apne aap ko</w:t>
      </w:r>
    </w:p>
    <w:p>
      <w:pPr>
        <w:jc w:val="right"/>
      </w:pPr>
      <w:r>
        <w:t>کہ اپنے اپ اپنے اپ کو</w:t>
      </w:r>
    </w:p>
    <w:p>
      <w:r>
        <w:rPr>
          <w:b/>
        </w:rPr>
        <w:t xml:space="preserve">[1:07:10] </w:t>
      </w:r>
      <w:r>
        <w:t>introspection karen wo dekhen ke kahan kahan mein neeche nature se hta hoon kahan kahan hta hoon mein</w:t>
      </w:r>
    </w:p>
    <w:p>
      <w:pPr>
        <w:jc w:val="right"/>
      </w:pPr>
      <w:r>
        <w:t>انٹروسپیکشن کریں وہ دیکھیں کہ کہاں کہاں میں نیچے نیچر سے ہٹا ہوں کہاں کہاں ہٹا ہوں میں</w:t>
      </w:r>
    </w:p>
    <w:p>
      <w:r>
        <w:rPr>
          <w:b/>
        </w:rPr>
        <w:t xml:space="preserve">[1:07:18] </w:t>
      </w:r>
      <w:r>
        <w:t>misal dekhen hypocrisy nature mein nahi hai ap bachon ki dekh lijiyey chote bachon ko kabhi wo kabhi</w:t>
      </w:r>
    </w:p>
    <w:p>
      <w:pPr>
        <w:jc w:val="right"/>
      </w:pPr>
      <w:r>
        <w:t>مثلا دیکھیں ہپوکریسی نیچر میں نہیں ہے اپ بچوں کی دیکھ لیجئے چھوٹے بچوں کو کبھی وہ کبھی</w:t>
      </w:r>
    </w:p>
    <w:p>
      <w:r>
        <w:rPr>
          <w:b/>
        </w:rPr>
        <w:t xml:space="preserve">[1:07:25] </w:t>
      </w:r>
      <w:r>
        <w:t>wo munafqat boli nahi bolenge</w:t>
      </w:r>
    </w:p>
    <w:p>
      <w:pPr>
        <w:jc w:val="right"/>
      </w:pPr>
      <w:r>
        <w:t>وہ منافقت بولی نہیں بولیں گے</w:t>
      </w:r>
    </w:p>
    <w:p>
      <w:r>
        <w:rPr>
          <w:b/>
        </w:rPr>
        <w:t xml:space="preserve">[1:07:29] </w:t>
      </w:r>
      <w:r>
        <w:t>tolstoy ne ek parda</w:t>
      </w:r>
    </w:p>
    <w:p>
      <w:pPr>
        <w:jc w:val="right"/>
      </w:pPr>
      <w:r>
        <w:t>ٹاسٹائے نے ایک پردہ</w:t>
      </w:r>
    </w:p>
    <w:p>
      <w:r>
        <w:rPr>
          <w:b/>
        </w:rPr>
        <w:t xml:space="preserve">[1:07:30] </w:t>
      </w:r>
      <w:r>
        <w:t>دیکھا کہ وہ بچے کھیل رہے ہیں چھوٹے بچے Tolstoy جو روس کا بہت well-known novelist ہے</w:t>
      </w:r>
    </w:p>
    <w:p>
      <w:pPr>
        <w:jc w:val="right"/>
      </w:pPr>
      <w:r>
        <w:t>دیکھا کہ وہ بچے کھیل رہے ہیں چھوٹے بچے ٹاسٹائے جو روس کا بہت ویل نون ناولسٹ ہے</w:t>
      </w:r>
    </w:p>
    <w:p>
      <w:r>
        <w:rPr>
          <w:b/>
        </w:rPr>
        <w:t xml:space="preserve">[1:07:39] </w:t>
      </w:r>
      <w:r>
        <w:t>to bachon mein apas mein yani khel rahe hain jhagda ho gaya phir us par phir wasee wasee</w:t>
      </w:r>
    </w:p>
    <w:p>
      <w:pPr>
        <w:jc w:val="right"/>
      </w:pPr>
      <w:r>
        <w:t>تو بچوں میں اپس میں یعنی کھیل رہے ہیں جھگڑا ہو گیا پھر اس پر پھر وسیع وسیع</w:t>
      </w:r>
    </w:p>
    <w:p>
      <w:r>
        <w:rPr>
          <w:b/>
        </w:rPr>
        <w:t xml:space="preserve">[1:07:45] </w:t>
      </w:r>
      <w:r>
        <w:t>ہ</w:t>
      </w:r>
    </w:p>
    <w:p>
      <w:pPr>
        <w:jc w:val="right"/>
      </w:pPr>
      <w:r>
        <w:t>ہو گئے تو اس نے اس پہ کتاب لکھی پوری کہ بچوں والے کلچر کو پکڑا ہے تو</w:t>
      </w:r>
    </w:p>
    <w:p>
      <w:r>
        <w:rPr>
          <w:b/>
        </w:rPr>
        <w:t xml:space="preserve">[1:07:51] </w:t>
      </w:r>
      <w:r>
        <w:t>isi dunya mein pees aaye ga</w:t>
      </w:r>
    </w:p>
    <w:p>
      <w:pPr>
        <w:jc w:val="right"/>
      </w:pPr>
      <w:r>
        <w:t>اسی دنیا میں پیس ائے گا</w:t>
      </w:r>
    </w:p>
    <w:p>
      <w:r>
        <w:rPr>
          <w:b/>
        </w:rPr>
        <w:t xml:space="preserve">[1:07:54] </w:t>
      </w:r>
      <w:r>
        <w:t>کہ temporary طور پر کچھ نہ کچھ جھگڑا ہو جاتا ہے پھر بچے وسیع وسیع پھر وسیع وسیع</w:t>
      </w:r>
    </w:p>
    <w:p>
      <w:pPr>
        <w:jc w:val="right"/>
      </w:pPr>
      <w:r>
        <w:t>کہ ٹیمپریری طور پر کچھ نہ کچھ جھگڑا ہو جاتا ہے پھر بچے وسیع وسیع پھر وسیع وسیع</w:t>
      </w:r>
    </w:p>
    <w:p>
      <w:r>
        <w:rPr>
          <w:b/>
        </w:rPr>
        <w:t xml:space="preserve">[1:07:58] </w:t>
      </w:r>
      <w:r>
        <w:t>phir wasee wasee woh un ke dil mein bachon ke dil mein kina nahi hota bachon ke dil</w:t>
      </w:r>
    </w:p>
    <w:p>
      <w:pPr>
        <w:jc w:val="right"/>
      </w:pPr>
      <w:r>
        <w:t>پھر وسیع وسیع وہ ان کے دل میں بچوں کے دل میں کینہ نہیں ہوتا بچوں کے دل</w:t>
      </w:r>
    </w:p>
    <w:p>
      <w:r>
        <w:rPr>
          <w:b/>
        </w:rPr>
        <w:t xml:space="preserve">[1:08:04] </w:t>
      </w:r>
      <w:r>
        <w:t>mein hasad nahi hoti bachon ke dil mein jalan nahi hoti</w:t>
      </w:r>
    </w:p>
    <w:p>
      <w:pPr>
        <w:jc w:val="right"/>
      </w:pPr>
      <w:r>
        <w:t>میں حسد نہیں ہوتی بچوں کے دل میں جلن نہیں ہوتی</w:t>
      </w:r>
    </w:p>
    <w:p>
      <w:r>
        <w:rPr>
          <w:b/>
        </w:rPr>
        <w:t xml:space="preserve">[1:08:09] </w:t>
      </w:r>
      <w:r>
        <w:t>bachon ke andar yeh baatein hoti hain kisi ke khilaaf aik intiqam ka jazba bana lein ke use</w:t>
      </w:r>
    </w:p>
    <w:p>
      <w:pPr>
        <w:jc w:val="right"/>
      </w:pPr>
      <w:r>
        <w:t>بچوں کے اندر یہ باتیں ہوتی ہیں کسی کے خلاف ایک انتقام کا جذبہ بنا لیں کہ اسے</w:t>
      </w:r>
    </w:p>
    <w:p>
      <w:r>
        <w:rPr>
          <w:b/>
        </w:rPr>
        <w:t xml:space="preserve">[1:08:14] </w:t>
      </w:r>
      <w:r>
        <w:t>toh hum yeh karna hai use woh karna</w:t>
      </w:r>
    </w:p>
    <w:p>
      <w:pPr>
        <w:jc w:val="right"/>
      </w:pPr>
      <w:r>
        <w:t>تو ہم یہ کرنا ہے اسے وہ کرنا</w:t>
      </w:r>
    </w:p>
    <w:p>
      <w:r>
        <w:rPr>
          <w:b/>
        </w:rPr>
        <w:t xml:space="preserve">[1:08:15] </w:t>
      </w:r>
      <w:r>
        <w:t>hai is se khaali hote hain woh</w:t>
      </w:r>
    </w:p>
    <w:p>
      <w:pPr>
        <w:jc w:val="right"/>
      </w:pPr>
      <w:r>
        <w:t>ہے اس سے خالی ہوتے ہیں وہ</w:t>
      </w:r>
    </w:p>
    <w:p>
      <w:r>
        <w:rPr>
          <w:b/>
        </w:rPr>
        <w:t xml:space="preserve">[1:08:19] </w:t>
      </w:r>
      <w:r>
        <w:t>bilkul aik yani</w:t>
      </w:r>
    </w:p>
    <w:p>
      <w:pPr>
        <w:jc w:val="right"/>
      </w:pPr>
      <w:r>
        <w:t>بالکل ایک یعنی</w:t>
      </w:r>
    </w:p>
    <w:p>
      <w:r>
        <w:rPr>
          <w:b/>
        </w:rPr>
        <w:t xml:space="preserve">[1:08:23] </w:t>
      </w:r>
      <w:r>
        <w:t>saaf dil ke saath hote hain woh wahi nature hai woh toh nature kya hai is ko aap</w:t>
      </w:r>
    </w:p>
    <w:p>
      <w:pPr>
        <w:jc w:val="right"/>
      </w:pPr>
      <w:r>
        <w:t>صاف دل کے ساتھ ہوتے ہیں وہ وہی نیچر ہے وہ تو نیچر کیا ہے اس کو اپ</w:t>
      </w:r>
    </w:p>
    <w:p>
      <w:r>
        <w:rPr>
          <w:b/>
        </w:rPr>
        <w:t xml:space="preserve">[1:08:28] </w:t>
      </w:r>
      <w:r>
        <w:t>jaanna hai aap ko toh bachon ko dekhiye</w:t>
      </w:r>
    </w:p>
    <w:p>
      <w:pPr>
        <w:jc w:val="right"/>
      </w:pPr>
      <w:r>
        <w:t>جاننا ہے اپ کو تو بچوں کو دیکھیے</w:t>
      </w:r>
    </w:p>
    <w:p>
      <w:r>
        <w:rPr>
          <w:b/>
        </w:rPr>
        <w:t xml:space="preserve">[1:08:33] </w:t>
      </w:r>
      <w:r>
        <w:t>bachon ko dekhiye</w:t>
      </w:r>
    </w:p>
    <w:p>
      <w:pPr>
        <w:jc w:val="right"/>
      </w:pPr>
      <w:r>
        <w:t>بچوں کو دیکھیے</w:t>
      </w:r>
    </w:p>
    <w:p>
      <w:r>
        <w:rPr>
          <w:b/>
        </w:rPr>
        <w:t xml:space="preserve">[1:08:36] </w:t>
      </w:r>
      <w:r>
        <w:t>toh is jo aadmi is is nature ko baqi rakh sake</w:t>
      </w:r>
    </w:p>
    <w:p>
      <w:pPr>
        <w:jc w:val="right"/>
      </w:pPr>
      <w:r>
        <w:t>تو اس جو ادمی اس اس نیچر کو باقی رکھ سکے</w:t>
      </w:r>
    </w:p>
    <w:p>
      <w:r>
        <w:rPr>
          <w:b/>
        </w:rPr>
        <w:t xml:space="preserve">[1:08:43] </w:t>
      </w:r>
      <w:r>
        <w:t>woh bohat khush qismat hai bohat acha aadmi hai na baqi rakh sake toh baad ko introspection kare</w:t>
      </w:r>
    </w:p>
    <w:p>
      <w:pPr>
        <w:jc w:val="right"/>
      </w:pPr>
      <w:r>
        <w:t>وہ بہت خوش قسمت ہے بہت اچھا ادمی ہے نہ باقی رکھ سکے تو بعد کو انٹروسپیکشن کرے</w:t>
      </w:r>
    </w:p>
    <w:p>
      <w:r>
        <w:rPr>
          <w:b/>
        </w:rPr>
        <w:t xml:space="preserve">[1:08:49] </w:t>
      </w:r>
      <w:r>
        <w:t>deconation kare</w:t>
      </w:r>
    </w:p>
    <w:p>
      <w:pPr>
        <w:jc w:val="right"/>
      </w:pPr>
      <w:r>
        <w:t>ڈی کنیشن کرے</w:t>
      </w:r>
    </w:p>
    <w:p>
      <w:r>
        <w:rPr>
          <w:b/>
        </w:rPr>
        <w:t xml:space="preserve">[1:08:52] </w:t>
      </w:r>
      <w:r>
        <w:t>apne ko lotaye isi nature isi ki taraf woh apni isi nature ki taraf jahan wahan par kya</w:t>
      </w:r>
    </w:p>
    <w:p>
      <w:pPr>
        <w:jc w:val="right"/>
      </w:pPr>
      <w:r>
        <w:t>اپنے کو لوٹائے اسی نیچر اسی کی طرف وہ اپنی اسی نیچر کی طرف جہاں وہاں پر کیا</w:t>
      </w:r>
    </w:p>
    <w:p>
      <w:r>
        <w:rPr>
          <w:b/>
        </w:rPr>
        <w:t xml:space="preserve">[1:09:00] </w:t>
      </w:r>
      <w:r>
        <w:t>hota hai exact thinking hoti hai realistic approach hota hai aur positive</w:t>
      </w:r>
    </w:p>
    <w:p>
      <w:pPr>
        <w:jc w:val="right"/>
      </w:pPr>
      <w:r>
        <w:t>ہوتا ہے ایگزیکٹ تھنکنگ ہوتی ہے ریلسٹک اپروچ ہوتا ہے اور پازیٹیو</w:t>
      </w:r>
    </w:p>
    <w:p>
      <w:r>
        <w:rPr>
          <w:b/>
        </w:rPr>
        <w:t xml:space="preserve">[1:09:07] </w:t>
      </w:r>
      <w:r>
        <w:t>mind hota hai</w:t>
      </w:r>
    </w:p>
    <w:p>
      <w:pPr>
        <w:jc w:val="right"/>
      </w:pPr>
      <w:r>
        <w:t>مائنڈ ہوتا ہے</w:t>
      </w:r>
    </w:p>
    <w:p>
      <w:r>
        <w:rPr>
          <w:b/>
        </w:rPr>
        <w:t xml:space="preserve">[1:09:09] </w:t>
      </w:r>
      <w:r>
        <w:t>woh wahan jahan hai jo bachha paida hua jis nature par aap kisi bachhe ko dekhiye</w:t>
      </w:r>
    </w:p>
    <w:p>
      <w:pPr>
        <w:jc w:val="right"/>
      </w:pPr>
      <w:r>
        <w:t>وہ وہاں جہاں ہے جو بچہ پیدا ہوا جس نیچر پر اپ کسی بچے کو دیکھیے</w:t>
      </w:r>
    </w:p>
    <w:p>
      <w:r>
        <w:rPr>
          <w:b/>
        </w:rPr>
        <w:t xml:space="preserve">[1:09:16] </w:t>
      </w:r>
      <w:r>
        <w:t>aik bachha bilkul aik aik model hota hai is insaan ka jo matloob hai</w:t>
      </w:r>
    </w:p>
    <w:p>
      <w:pPr>
        <w:jc w:val="right"/>
      </w:pPr>
      <w:r>
        <w:t>ایک بچہ بالکل ایک ایک ماڈل ہوتا ہے اس انسان کا جو مطلوب ہے</w:t>
      </w:r>
    </w:p>
    <w:p>
      <w:r>
        <w:rPr>
          <w:b/>
        </w:rPr>
        <w:t xml:space="preserve">[1:09:24] </w:t>
      </w:r>
      <w:r>
        <w:t>is insaan ka is ke andar wahi hoga positive thinking aur</w:t>
      </w:r>
    </w:p>
    <w:p>
      <w:pPr>
        <w:jc w:val="right"/>
      </w:pPr>
      <w:r>
        <w:t>اس انسان کا اس کے اندر وہی ہوگا پازیٹیو تھنکنگ اور</w:t>
      </w:r>
    </w:p>
    <w:p>
      <w:r>
        <w:rPr>
          <w:b/>
        </w:rPr>
        <w:t xml:space="preserve">[1:09:31] </w:t>
      </w:r>
      <w:r>
        <w:t>yeh low compassion doosre ke liye koi hate nahi</w:t>
      </w:r>
    </w:p>
    <w:p>
      <w:pPr>
        <w:jc w:val="right"/>
      </w:pPr>
      <w:r>
        <w:t>یہ لو کمپیشن دوسرے کے لیے کوئی ہیٹ نہیں</w:t>
      </w:r>
    </w:p>
    <w:p>
      <w:r>
        <w:rPr>
          <w:b/>
        </w:rPr>
        <w:t xml:space="preserve">[1:09:37] </w:t>
      </w:r>
      <w:r>
        <w:t>toh jo aadmi wahan par apne ko le aaye isi ke andar right thinking hogi isi ke</w:t>
      </w:r>
    </w:p>
    <w:p>
      <w:pPr>
        <w:jc w:val="right"/>
      </w:pPr>
      <w:r>
        <w:t>تو جو ادمی وہاں پر اپنے کو لے ا سکے اسی کے اندر رائٹ تھنکنگ ہوگی اسی کے</w:t>
      </w:r>
    </w:p>
    <w:p>
      <w:r>
        <w:rPr>
          <w:b/>
        </w:rPr>
        <w:t xml:space="preserve">[1:09:42] </w:t>
      </w:r>
      <w:r>
        <w:t>andar positive thinking hogi aur wahi woh insaan hai jo jannat ke liye select kiya jaye ga</w:t>
      </w:r>
    </w:p>
    <w:p>
      <w:pPr>
        <w:jc w:val="right"/>
      </w:pPr>
      <w:r>
        <w:t>اندر پازیٹیو تھنکنگ ہوگی اور وہی وہ انسان ہے جو جنت کے لیے سلیکٹ کیا جائے گا</w:t>
      </w:r>
    </w:p>
    <w:p>
      <w:r>
        <w:rPr>
          <w:b/>
        </w:rPr>
        <w:t xml:space="preserve">[1:09:50] </w:t>
      </w:r>
      <w:r>
        <w:t>This question is from Mudassir from New Delhi. Kindly differentiate</w:t>
      </w:r>
    </w:p>
    <w:p>
      <w:pPr>
        <w:jc w:val="right"/>
      </w:pPr>
      <w:r>
        <w:t>دس کوئسچن از فرام مدثر فرام نیو دہلی کائنڈلی ڈیفرنشیٹ</w:t>
      </w:r>
    </w:p>
    <w:p>
      <w:r>
        <w:rPr>
          <w:b/>
        </w:rPr>
        <w:t xml:space="preserve">[1:09:56] </w:t>
      </w:r>
      <w:r>
        <w:t>between good and bad destiny</w:t>
      </w:r>
    </w:p>
    <w:p>
      <w:pPr>
        <w:jc w:val="right"/>
      </w:pPr>
      <w:r>
        <w:t>بٹوین گڈ اینڈ بیڈ ڈیسٹنی</w:t>
      </w:r>
    </w:p>
    <w:p>
      <w:r>
        <w:rPr>
          <w:b/>
        </w:rPr>
        <w:t xml:space="preserve">[1:09:59] </w:t>
      </w:r>
      <w:r>
        <w:t>meri destiny mein toh bad destiny koi cheez nahi hai</w:t>
      </w:r>
    </w:p>
    <w:p>
      <w:pPr>
        <w:jc w:val="right"/>
      </w:pPr>
      <w:r>
        <w:t>میری ڈیسٹنی میں تو بیڈ ڈیسٹنی کوئی چیز نہیں ہے</w:t>
      </w:r>
    </w:p>
    <w:p>
      <w:r>
        <w:rPr>
          <w:b/>
        </w:rPr>
        <w:t xml:space="preserve">[1:10:03] </w:t>
      </w:r>
      <w:r>
        <w:t>bad qismati toh mein nahi manta koi cheez hai har aadmi khush qismat hi hai</w:t>
      </w:r>
    </w:p>
    <w:p>
      <w:pPr>
        <w:jc w:val="right"/>
      </w:pPr>
      <w:r>
        <w:t>بدقسمتی تو میں نہیں مانتا کوئی چیز ہے ہر ادمی خوش قسمت ہی ہے</w:t>
      </w:r>
    </w:p>
    <w:p>
      <w:r>
        <w:rPr>
          <w:b/>
        </w:rPr>
        <w:t xml:space="preserve">[1:10:09] </w:t>
      </w:r>
      <w:r>
        <w:t>یہ تو لوگوں نے بنا رکھا ہے but bad destiny</w:t>
      </w:r>
    </w:p>
    <w:p>
      <w:pPr>
        <w:jc w:val="right"/>
      </w:pPr>
      <w:r>
        <w:t>یہ تو لوگوں نے بنا رکھا ہے بٹ بیڈ ڈیسٹنی</w:t>
      </w:r>
    </w:p>
    <w:p>
      <w:r>
        <w:rPr>
          <w:b/>
        </w:rPr>
        <w:t xml:space="preserve">[1:10:13] </w:t>
      </w:r>
      <w:r>
        <w:t>misal ke taur par dekhiye</w:t>
      </w:r>
    </w:p>
    <w:p>
      <w:pPr>
        <w:jc w:val="right"/>
      </w:pPr>
      <w:r>
        <w:t>مثال کے طور پر دیکھیے</w:t>
      </w:r>
    </w:p>
    <w:p>
      <w:r>
        <w:rPr>
          <w:b/>
        </w:rPr>
        <w:t xml:space="preserve">[1:10:17] </w:t>
      </w:r>
      <w:r>
        <w:t>hamare</w:t>
      </w:r>
    </w:p>
    <w:p>
      <w:pPr>
        <w:jc w:val="right"/>
      </w:pPr>
      <w:r>
        <w:t>ہمارے</w:t>
      </w:r>
    </w:p>
    <w:p>
      <w:r>
        <w:rPr>
          <w:b/>
        </w:rPr>
        <w:t xml:space="preserve">[1:10:19] </w:t>
      </w:r>
      <w:r>
        <w:t>نوجوان گورنمنٹ میں کہا جاتا تھا کہ Nehru was born with a silver spoon in his mouth</w:t>
      </w:r>
    </w:p>
    <w:p>
      <w:pPr>
        <w:jc w:val="right"/>
      </w:pPr>
      <w:r>
        <w:t>نوجوان گورنمنٹ میں کہا جاتا تھا کہ نہرو واز بارن ود سلور سپون ان ہز ماؤتھ</w:t>
      </w:r>
    </w:p>
    <w:p>
      <w:r>
        <w:rPr>
          <w:b/>
        </w:rPr>
        <w:t xml:space="preserve">[1:10:25] </w:t>
      </w:r>
      <w:r>
        <w:t>یہ ہم نوجوان گورنمنٹ سنتے تھے کہ Nehru was born with a silver spoon in his mouth</w:t>
      </w:r>
    </w:p>
    <w:p>
      <w:pPr>
        <w:jc w:val="right"/>
      </w:pPr>
      <w:r>
        <w:t>یہ ہم نوجوان گورنمنٹ سنتے تھے کہ نہرو واز بارن ود سلور سپون ان ہز ماؤتھ</w:t>
      </w:r>
    </w:p>
    <w:p>
      <w:r>
        <w:rPr>
          <w:b/>
        </w:rPr>
        <w:t xml:space="preserve">[1:10:33] </w:t>
      </w:r>
      <w:r>
        <w:t>ke nehru paida hue the chandi ka</w:t>
      </w:r>
    </w:p>
    <w:p>
      <w:pPr>
        <w:jc w:val="right"/>
      </w:pPr>
      <w:r>
        <w:t>کہ نہرو پیدا ہوئے تھے چاندی کا</w:t>
      </w:r>
    </w:p>
    <w:p>
      <w:r>
        <w:rPr>
          <w:b/>
        </w:rPr>
        <w:t xml:space="preserve">[1:10:37] </w:t>
      </w:r>
      <w:r>
        <w:t>kachpache ke sath matlab ye ke ek bahut hi ameer family mein paida hue unke baap jo</w:t>
      </w:r>
    </w:p>
    <w:p>
      <w:pPr>
        <w:jc w:val="right"/>
      </w:pPr>
      <w:r>
        <w:t>کچپچے کے ساتھ مطلب یہ کہ ایک بہت ہی امیر فیملی میں پیدا ہوئے ان کے باپ جو</w:t>
      </w:r>
    </w:p>
    <w:p>
      <w:r>
        <w:rPr>
          <w:b/>
        </w:rPr>
        <w:t xml:space="preserve">[1:10:42] </w:t>
      </w:r>
      <w:r>
        <w:t>the moti lal nehru wo bahut hi</w:t>
      </w:r>
    </w:p>
    <w:p>
      <w:pPr>
        <w:jc w:val="right"/>
      </w:pPr>
      <w:r>
        <w:t>تھے موتی لال نہرو وہ بہت ہی</w:t>
      </w:r>
    </w:p>
    <w:p>
      <w:r>
        <w:rPr>
          <w:b/>
        </w:rPr>
        <w:t xml:space="preserve">[1:10:47] </w:t>
      </w:r>
      <w:r>
        <w:t>kamyab vakil the bahut paise wale the to unko logon ne samjha ke khush qismat hain acha</w:t>
      </w:r>
    </w:p>
    <w:p>
      <w:pPr>
        <w:jc w:val="right"/>
      </w:pPr>
      <w:r>
        <w:t>کامیاب وکیل تھے بہت پیسے والے تھے تو ان کو لوگوں نے سمجھا کہ خوش قسمت ہیں اچھا</w:t>
      </w:r>
    </w:p>
    <w:p>
      <w:r>
        <w:rPr>
          <w:b/>
        </w:rPr>
        <w:t xml:space="preserve">[1:10:53] </w:t>
      </w:r>
      <w:r>
        <w:t>iska ulta le lijiye hamare jo doctor abdulkaram sahab hain wo bahut gharib family mein paida hue</w:t>
      </w:r>
    </w:p>
    <w:p>
      <w:pPr>
        <w:jc w:val="right"/>
      </w:pPr>
      <w:r>
        <w:t>اس کا الٹا لے لیجئے ہمارے جو ڈاکٹر عبدالکرام صاحب ہیں وہ بہت غریب فیملی میں پیدا ہوئے</w:t>
      </w:r>
    </w:p>
    <w:p>
      <w:r>
        <w:rPr>
          <w:b/>
        </w:rPr>
        <w:t xml:space="preserve">[1:10:59] </w:t>
      </w:r>
      <w:r>
        <w:t>hain unki family walon ke paas paisa nahi tha fees dene ke liye school ki fees</w:t>
      </w:r>
    </w:p>
    <w:p>
      <w:pPr>
        <w:jc w:val="right"/>
      </w:pPr>
      <w:r>
        <w:t>ہیں ان کی فیملی والوں کے پاس پیسہ نہیں تھا فیس دینے کے لیے اسکول کی فیس</w:t>
      </w:r>
    </w:p>
    <w:p>
      <w:r>
        <w:rPr>
          <w:b/>
        </w:rPr>
        <w:t xml:space="preserve">[1:11:05] </w:t>
      </w:r>
      <w:r>
        <w:t>to gaya ke is is is is lihaz se dekhiye to gaya bad qismati ke mahol mein paida hue</w:t>
      </w:r>
    </w:p>
    <w:p>
      <w:pPr>
        <w:jc w:val="right"/>
      </w:pPr>
      <w:r>
        <w:t>تو گیا کہ اس اس اس اس لحاظ سے دیکھیے تو گیا بدقسمتی کے ماحول میں پیدا ہوئے</w:t>
      </w:r>
    </w:p>
    <w:p>
      <w:r>
        <w:rPr>
          <w:b/>
        </w:rPr>
        <w:t xml:space="preserve">[1:11:13] </w:t>
      </w:r>
      <w:r>
        <w:t>wo ek wo aadmi india ka yani president of india bana wahi aadmi</w:t>
      </w:r>
    </w:p>
    <w:p>
      <w:pPr>
        <w:jc w:val="right"/>
      </w:pPr>
      <w:r>
        <w:t>وہ ایک وہ ادمی انڈیا کا یعنی پریزیڈنٹ اف انڈیا بنا وہی ادمی</w:t>
      </w:r>
    </w:p>
    <w:p>
      <w:r>
        <w:rPr>
          <w:b/>
        </w:rPr>
        <w:t xml:space="preserve">[1:11:21] </w:t>
      </w:r>
      <w:r>
        <w:t>to bad qismati ka lafz relative lafz hai relative ye main isko nahi manta ke koi bad qismat hota</w:t>
      </w:r>
    </w:p>
    <w:p>
      <w:pPr>
        <w:jc w:val="right"/>
      </w:pPr>
      <w:r>
        <w:t>تو بدقسمتی کا لفظ ریلیٹو لفظ ہے ریلیٹو یہ میں اس کو نہیں مانتا کہ کوئی بدقسمت ہوتا</w:t>
      </w:r>
    </w:p>
    <w:p>
      <w:r>
        <w:rPr>
          <w:b/>
        </w:rPr>
        <w:t xml:space="preserve">[1:11:28] </w:t>
      </w:r>
      <w:r>
        <w:t>hai koi khush qismat hota hai</w:t>
      </w:r>
    </w:p>
    <w:p>
      <w:pPr>
        <w:jc w:val="right"/>
      </w:pPr>
      <w:r>
        <w:t>ہے کوئی خوش قسمت ہوتا ہے</w:t>
      </w:r>
    </w:p>
    <w:p>
      <w:r>
        <w:rPr>
          <w:b/>
        </w:rPr>
        <w:t xml:space="preserve">[1:11:32] </w:t>
      </w:r>
      <w:r>
        <w:t>balke jo log paida hon aise halat mein jahan unko</w:t>
      </w:r>
    </w:p>
    <w:p>
      <w:pPr>
        <w:jc w:val="right"/>
      </w:pPr>
      <w:r>
        <w:t>بلکہ جو لوگ پیدا ہوں ایسے حالات میں جہاں ان کو</w:t>
      </w:r>
    </w:p>
    <w:p>
      <w:r>
        <w:rPr>
          <w:b/>
        </w:rPr>
        <w:t xml:space="preserve">[1:11:39] </w:t>
      </w:r>
      <w:r>
        <w:t>yani difficulties hon problem ho to zyada khush qismat bas padta hai unko kyunke unke andar</w:t>
      </w:r>
    </w:p>
    <w:p>
      <w:pPr>
        <w:jc w:val="right"/>
      </w:pPr>
      <w:r>
        <w:t>یعنی ڈیفیکلٹیز ہوں پرابلم ہو تو زیادہ خوش قسمت بس پڑتا ہے ان کو کیونکہ ان کے اندر</w:t>
      </w:r>
    </w:p>
    <w:p>
      <w:r>
        <w:rPr>
          <w:b/>
        </w:rPr>
        <w:t xml:space="preserve">[1:11:45] </w:t>
      </w:r>
      <w:r>
        <w:t>challenge se challenge ka samna karne ka jazba aata hai un</w:t>
      </w:r>
    </w:p>
    <w:p>
      <w:pPr>
        <w:jc w:val="right"/>
      </w:pPr>
      <w:r>
        <w:t>چیلنج سے چیلنج کا سامنا کرنے کا جذبہ اتا ہے ان</w:t>
      </w:r>
    </w:p>
    <w:p>
      <w:r>
        <w:rPr>
          <w:b/>
        </w:rPr>
        <w:t xml:space="preserve">[1:11:50] </w:t>
      </w:r>
      <w:r>
        <w:t>ke andar problem ko solve karne ka jazba ubharta hai wo zyada gehri soch paate hain dekhein har</w:t>
      </w:r>
    </w:p>
    <w:p>
      <w:pPr>
        <w:jc w:val="right"/>
      </w:pPr>
      <w:r>
        <w:t>کے اندر پرابلم کو سالو کرنے کا جذبہ ابھرتا ہے وہ زیادہ گہری سوچ پاتے ہیں دیکھیں ہر</w:t>
      </w:r>
    </w:p>
    <w:p>
      <w:r>
        <w:rPr>
          <w:b/>
        </w:rPr>
        <w:t xml:space="preserve">[1:11:58] </w:t>
      </w:r>
      <w:r>
        <w:t>har mushkil har difficulty aap ke andar brainstorming paida karti hai is zamane mein psychology mein jo</w:t>
      </w:r>
    </w:p>
    <w:p>
      <w:pPr>
        <w:jc w:val="right"/>
      </w:pPr>
      <w:r>
        <w:t>ہر مشکل ہر ڈیفیکلٹی اپ کے اندر برین سٹارمنگ پیدا کرتی ہے اس زمانے میں سائیکالوجی میں جو</w:t>
      </w:r>
    </w:p>
    <w:p>
      <w:r>
        <w:rPr>
          <w:b/>
        </w:rPr>
        <w:t xml:space="preserve">[1:12:05] </w:t>
      </w:r>
      <w:r>
        <w:t>study ki gayi hai to ek bahut badi discovery ye hui hai isko kehte hain brainstorming</w:t>
      </w:r>
    </w:p>
    <w:p>
      <w:pPr>
        <w:jc w:val="right"/>
      </w:pPr>
      <w:r>
        <w:t>سٹڈی کی گئی ہے تو ایک بہت بڑی ڈسکوری یہ ہوئی ہے اس کو کہتے ہیں برین سٹارمنگ</w:t>
      </w:r>
    </w:p>
    <w:p>
      <w:r>
        <w:rPr>
          <w:b/>
        </w:rPr>
        <w:t xml:space="preserve">[1:12:11] </w:t>
      </w:r>
      <w:r>
        <w:t>to jo log affluence mein paida hue hain wo to unhi ko main bad qismat samajhta hoon ke un</w:t>
      </w:r>
    </w:p>
    <w:p>
      <w:pPr>
        <w:jc w:val="right"/>
      </w:pPr>
      <w:r>
        <w:t>تو جو لوگ افلینس میں پیدا ہوئے ہیں وہ تو انہی کو میں بدقسمت سمجھتا ہوں کہ ان</w:t>
      </w:r>
    </w:p>
    <w:p>
      <w:r>
        <w:rPr>
          <w:b/>
        </w:rPr>
        <w:t xml:space="preserve">[1:12:16] </w:t>
      </w:r>
      <w:r>
        <w:t>ke andar brainstorming hoti hi nahi hai</w:t>
      </w:r>
    </w:p>
    <w:p>
      <w:pPr>
        <w:jc w:val="right"/>
      </w:pPr>
      <w:r>
        <w:t>کے اندر برین سٹارمنگ ہوتی ہی نہیں ہے</w:t>
      </w:r>
    </w:p>
    <w:p>
      <w:r>
        <w:rPr>
          <w:b/>
        </w:rPr>
        <w:t xml:space="preserve">[1:12:20] </w:t>
      </w:r>
      <w:r>
        <w:t>yani unka mind jo hai iske potential jaagte hi nahi unke mind ki jo jo</w:t>
      </w:r>
    </w:p>
    <w:p>
      <w:pPr>
        <w:jc w:val="right"/>
      </w:pPr>
      <w:r>
        <w:t>یعنی ان کا مائنڈ جو ہے اس کے پوٹینشل جاگتے ہی نہیں ان کے مائنڈ کی جو جو</w:t>
      </w:r>
    </w:p>
    <w:p>
      <w:r>
        <w:rPr>
          <w:b/>
        </w:rPr>
        <w:t xml:space="preserve">[1:12:26] </w:t>
      </w:r>
      <w:r>
        <w:t>jo capacity wo capacity wo unfold hoti hi nahi</w:t>
      </w:r>
    </w:p>
    <w:p>
      <w:pPr>
        <w:jc w:val="right"/>
      </w:pPr>
      <w:r>
        <w:t>جو کیپیسٹی وہ کیپیسٹی وہ انفولڈ ہوتی ہی نہیں</w:t>
      </w:r>
    </w:p>
    <w:p>
      <w:r>
        <w:rPr>
          <w:b/>
        </w:rPr>
        <w:t xml:space="preserve">[1:12:31] </w:t>
      </w:r>
      <w:r>
        <w:t>jo har taraf jinke paas</w:t>
      </w:r>
    </w:p>
    <w:p>
      <w:pPr>
        <w:jc w:val="right"/>
      </w:pPr>
      <w:r>
        <w:t>جو ہر طرف جن کے پاس</w:t>
      </w:r>
    </w:p>
    <w:p>
      <w:r>
        <w:rPr>
          <w:b/>
        </w:rPr>
        <w:t xml:space="preserve">[1:12:34] </w:t>
      </w:r>
      <w:r>
        <w:t>bahut shandar ghar</w:t>
      </w:r>
    </w:p>
    <w:p>
      <w:pPr>
        <w:jc w:val="right"/>
      </w:pPr>
      <w:r>
        <w:t>بہت شاندار گھر</w:t>
      </w:r>
    </w:p>
    <w:p>
      <w:r>
        <w:rPr>
          <w:b/>
        </w:rPr>
        <w:t xml:space="preserve">[1:12:35] </w:t>
      </w:r>
      <w:r>
        <w:t>hai sab servant lage hue hain paise ki dhoom hai koi kami nahi hai har khwahish poori ho</w:t>
      </w:r>
    </w:p>
    <w:p>
      <w:pPr>
        <w:jc w:val="right"/>
      </w:pPr>
      <w:r>
        <w:t>ہے سب سرورٹ لگے ہوئے ہیں پیسے کی دھوم ہے کوئی کمی نہیں ہے ہر خواہش پوری ہو</w:t>
      </w:r>
    </w:p>
    <w:p>
      <w:r>
        <w:rPr>
          <w:b/>
        </w:rPr>
        <w:t xml:space="preserve">[1:12:40] </w:t>
      </w:r>
      <w:r>
        <w:t>rahi hai to in ka mind unfold unfold nahi hota</w:t>
      </w:r>
    </w:p>
    <w:p>
      <w:pPr>
        <w:jc w:val="right"/>
      </w:pPr>
      <w:r>
        <w:t>رہی ہے تو ان کا مائنڈ انفولڈ انفولڈ نہیں ہوتا</w:t>
      </w:r>
    </w:p>
    <w:p>
      <w:r>
        <w:rPr>
          <w:b/>
        </w:rPr>
        <w:t xml:space="preserve">[1:12:45] </w:t>
      </w:r>
      <w:r>
        <w:t>brainstorming jo hai wahi mind ko super mind banati hai wo in ke hisse mein aata hai</w:t>
      </w:r>
    </w:p>
    <w:p>
      <w:pPr>
        <w:jc w:val="right"/>
      </w:pPr>
      <w:r>
        <w:t>برین سٹارمنگ جو ہے وہی مائنڈ کو سپر مائنڈ بناتی ہے وہ ان کے حصے میں اتا ہے</w:t>
      </w:r>
    </w:p>
    <w:p>
      <w:r>
        <w:rPr>
          <w:b/>
        </w:rPr>
        <w:t xml:space="preserve">[1:12:51] </w:t>
      </w:r>
      <w:r>
        <w:t>jo jo difficulties mein paida hon to main to inhi ko khush qismat samajhta hoon</w:t>
      </w:r>
    </w:p>
    <w:p>
      <w:pPr>
        <w:jc w:val="right"/>
      </w:pPr>
      <w:r>
        <w:t>جو جو ڈیفیکلٹیز میں پیدا ہوں تو میں تو انہی کو خوش قسمت سمجھتا ہوں</w:t>
      </w:r>
    </w:p>
    <w:p>
      <w:r>
        <w:rPr>
          <w:b/>
        </w:rPr>
        <w:t xml:space="preserve">[1:12:58] </w:t>
      </w:r>
      <w:r>
        <w:t>کسی کا قول بہت صحیح ہے کہ it is not ease but effort, not facility but difficulty that</w:t>
      </w:r>
    </w:p>
    <w:p>
      <w:pPr>
        <w:jc w:val="right"/>
      </w:pPr>
      <w:r>
        <w:t>کسی کا قول بہت صحیح ہے کہ اٹ از ناٹ ایز بٹ ایفرٹ ناٹ فیسلیٹی بٹ ڈیفیکلٹی دیٹ</w:t>
      </w:r>
    </w:p>
    <w:p>
      <w:r>
        <w:rPr>
          <w:b/>
        </w:rPr>
        <w:t xml:space="preserve">[1:13:04] </w:t>
      </w:r>
      <w:r>
        <w:t>max men to meri meri category mein wo log zyada khush qismat hain jo difficulties mein paida hote</w:t>
      </w:r>
    </w:p>
    <w:p>
      <w:pPr>
        <w:jc w:val="right"/>
      </w:pPr>
      <w:r>
        <w:t>میکس مین تو میری میری کیٹگری میں وہ لوگ زیادہ خوش قسمت ہیں جو ڈیفیکلٹیز میں پیدا ہوتے</w:t>
      </w:r>
    </w:p>
    <w:p>
      <w:r>
        <w:rPr>
          <w:b/>
        </w:rPr>
        <w:t xml:space="preserve">[1:13:13] </w:t>
      </w:r>
      <w:r>
        <w:t>hain kyunke wo log wo log wahi log hain jo ke in ka intellectual development hota hai ye</w:t>
      </w:r>
    </w:p>
    <w:p>
      <w:pPr>
        <w:jc w:val="right"/>
      </w:pPr>
      <w:r>
        <w:t>ہیں کیونکہ وہ لوگ وہ لوگ وہی لوگ ہیں جو کہ ان کا انٹلیکچول ڈیویلپمنٹ ہوتا ہے یہ</w:t>
      </w:r>
    </w:p>
    <w:p>
      <w:r>
        <w:rPr>
          <w:b/>
        </w:rPr>
        <w:t xml:space="preserve">[1:13:18] </w:t>
      </w:r>
      <w:r>
        <w:t>spiritual development hota hai bare</w:t>
      </w:r>
    </w:p>
    <w:p>
      <w:pPr>
        <w:jc w:val="right"/>
      </w:pPr>
      <w:r>
        <w:t>سپریچول ڈیویلپمنٹ ہوتا ہے بڑے</w:t>
      </w:r>
    </w:p>
    <w:p>
      <w:r>
        <w:rPr>
          <w:b/>
        </w:rPr>
        <w:t xml:space="preserve">[1:13:21] </w:t>
      </w:r>
      <w:r>
        <w:t>baray kaam karte hain woh next question is from doctor farida khanoom from new delhi can accepting second best lead to the first best</w:t>
      </w:r>
    </w:p>
    <w:p>
      <w:pPr>
        <w:jc w:val="right"/>
      </w:pPr>
      <w:r>
        <w:t>بڑے کام کرتے ہیں وہ نیکسٹ کوئسچن از فرام ڈاکٹر فریدہ خانم فرام نیو دہلی کین ایکسیپٹنگ سیکنڈ بیسٹ لیڈ ٹو دی فرسٹ بیسٹ</w:t>
      </w:r>
    </w:p>
    <w:p>
      <w:r>
        <w:rPr>
          <w:b/>
        </w:rPr>
        <w:t xml:space="preserve">[1:13:37] </w:t>
      </w:r>
      <w:r>
        <w:t>dekhen is dunya mein to first best possible hai hi nahi</w:t>
      </w:r>
    </w:p>
    <w:p>
      <w:pPr>
        <w:jc w:val="right"/>
      </w:pPr>
      <w:r>
        <w:t>دیکھیں اس دنیا میں تو فرسٹ بیسٹ پاسیبل ہے ہی نہیں</w:t>
      </w:r>
    </w:p>
    <w:p>
      <w:r>
        <w:rPr>
          <w:b/>
        </w:rPr>
        <w:t xml:space="preserve">[1:13:42] </w:t>
      </w:r>
      <w:r>
        <w:t>wo to jannat hi mein milega kyunke dekhen insan ko Allah ne banaya kya hai banaya is</w:t>
      </w:r>
    </w:p>
    <w:p>
      <w:pPr>
        <w:jc w:val="right"/>
      </w:pPr>
      <w:r>
        <w:t>وہ تو جنت ہی میں ملے گا کیونکہ دیکھیں انسان کو اللہ نے بنایا کیا ہے بنایا اس</w:t>
      </w:r>
    </w:p>
    <w:p>
      <w:r>
        <w:rPr>
          <w:b/>
        </w:rPr>
        <w:t xml:space="preserve">[1:13:47] </w:t>
      </w:r>
      <w:r>
        <w:t>tarah se ke har aadmi</w:t>
      </w:r>
    </w:p>
    <w:p>
      <w:pPr>
        <w:jc w:val="right"/>
      </w:pPr>
      <w:r>
        <w:t>طرح سے کہ ہر ادمی</w:t>
      </w:r>
    </w:p>
    <w:p>
      <w:r>
        <w:rPr>
          <w:b/>
        </w:rPr>
        <w:t xml:space="preserve">[1:13:51] </w:t>
      </w:r>
      <w:r>
        <w:t>idealist hai har aadmi born idealist hai</w:t>
      </w:r>
    </w:p>
    <w:p>
      <w:pPr>
        <w:jc w:val="right"/>
      </w:pPr>
      <w:r>
        <w:t>ائیڈیلسٹ ہے ہر ادمی بورن ائیڈیلسٹ ہے</w:t>
      </w:r>
    </w:p>
    <w:p>
      <w:r>
        <w:rPr>
          <w:b/>
        </w:rPr>
        <w:t xml:space="preserve">[1:13:56] </w:t>
      </w:r>
      <w:r>
        <w:t>to idealism to in dunya mein milta nahi kabhi ideal karna it be achieved</w:t>
      </w:r>
    </w:p>
    <w:p>
      <w:pPr>
        <w:jc w:val="right"/>
      </w:pPr>
      <w:r>
        <w:t>تو ائیڈیلزم تو ان دنیا میں ملتا نہیں کبھی ائیڈیل کرنا اٹ بی اچیوڈ</w:t>
      </w:r>
    </w:p>
    <w:p>
      <w:r>
        <w:rPr>
          <w:b/>
        </w:rPr>
        <w:t xml:space="preserve">[1:14:02] </w:t>
      </w:r>
      <w:r>
        <w:t>is dunya mein Allah taala ne is ka</w:t>
      </w:r>
    </w:p>
    <w:p>
      <w:pPr>
        <w:jc w:val="right"/>
      </w:pPr>
      <w:r>
        <w:t>اس دنیا میں اللہ تعالی نے اس کا</w:t>
      </w:r>
    </w:p>
    <w:p>
      <w:r>
        <w:rPr>
          <w:b/>
        </w:rPr>
        <w:t xml:space="preserve">[1:14:06] </w:t>
      </w:r>
      <w:r>
        <w:t>test ke liye banaya hai test ke liye jahan chezen ideal group mein hain hi nahi jahan limitations</w:t>
      </w:r>
    </w:p>
    <w:p>
      <w:pPr>
        <w:jc w:val="right"/>
      </w:pPr>
      <w:r>
        <w:t>ٹیسٹ کے لیے بنایا ہے ٹیسٹ کے لیے جہاں چیزیں ائیڈیل گروپ میں ہیں ہی نہیں جہاں لیمیٹیشنز</w:t>
      </w:r>
    </w:p>
    <w:p>
      <w:r>
        <w:rPr>
          <w:b/>
        </w:rPr>
        <w:t xml:space="preserve">[1:14:13] </w:t>
      </w:r>
      <w:r>
        <w:t>hain jahan disadvantage hai</w:t>
      </w:r>
    </w:p>
    <w:p>
      <w:pPr>
        <w:jc w:val="right"/>
      </w:pPr>
      <w:r>
        <w:t>ہیں جہاں ڈس ایڈوانٹیج ہے</w:t>
      </w:r>
    </w:p>
    <w:p>
      <w:r>
        <w:rPr>
          <w:b/>
        </w:rPr>
        <w:t xml:space="preserve">[1:14:18] </w:t>
      </w:r>
      <w:r>
        <w:t>to kaise milega wo to main samajhta hoon ke best policy yahi hai ke insan is dunya</w:t>
      </w:r>
    </w:p>
    <w:p>
      <w:pPr>
        <w:jc w:val="right"/>
      </w:pPr>
      <w:r>
        <w:t>تو کیسے ملے گا وہ تو میں سمجھتا ہوں کہ بیسٹ پالیسی یہی ہے کہ انسان اس دنیا</w:t>
      </w:r>
    </w:p>
    <w:p>
      <w:r>
        <w:rPr>
          <w:b/>
        </w:rPr>
        <w:t xml:space="preserve">[1:14:24] </w:t>
      </w:r>
      <w:r>
        <w:t>mein second best pe razi ho jaye taake Allah taala is ko select kare akhirat mein first best</w:t>
      </w:r>
    </w:p>
    <w:p>
      <w:pPr>
        <w:jc w:val="right"/>
      </w:pPr>
      <w:r>
        <w:t>میں سیکنڈ بیسٹ پہ راضی ہو جائے تاکہ اللہ تعالی اس کو سلیکٹ کرے اخرت میں فرسٹ بیسٹ</w:t>
      </w:r>
    </w:p>
    <w:p>
      <w:r>
        <w:rPr>
          <w:b/>
        </w:rPr>
        <w:t xml:space="preserve">[1:14:31] </w:t>
      </w:r>
      <w:r>
        <w:t>dene ke liye kyun jab aap second best pe razi honge tabhi aap wo kaam kar saken</w:t>
      </w:r>
    </w:p>
    <w:p>
      <w:pPr>
        <w:jc w:val="right"/>
      </w:pPr>
      <w:r>
        <w:t>دینے کے لیے کیوں جب اپ سیکنڈ بیسٹ پہ راضی ہوں گے تبھی اپ وہ کام کر سکیں</w:t>
      </w:r>
    </w:p>
    <w:p>
      <w:r>
        <w:rPr>
          <w:b/>
        </w:rPr>
        <w:t xml:space="preserve">[1:14:38] </w:t>
      </w:r>
      <w:r>
        <w:t>ge yani Allah wala kaam deen wala kaam</w:t>
      </w:r>
    </w:p>
    <w:p>
      <w:pPr>
        <w:jc w:val="right"/>
      </w:pPr>
      <w:r>
        <w:t>گے یعنی اللہ والا کام دین والا کام</w:t>
      </w:r>
    </w:p>
    <w:p>
      <w:r>
        <w:rPr>
          <w:b/>
        </w:rPr>
        <w:t xml:space="preserve">[1:14:44] </w:t>
      </w:r>
      <w:r>
        <w:t>aur dawat wala kaam nahi to phir phanse rahen ge isi mein</w:t>
      </w:r>
    </w:p>
    <w:p>
      <w:pPr>
        <w:jc w:val="right"/>
      </w:pPr>
      <w:r>
        <w:t>اور دعوت والا کام نہیں تو پھر پھنسے رہیں گے اسی میں</w:t>
      </w:r>
    </w:p>
    <w:p>
      <w:r>
        <w:rPr>
          <w:b/>
        </w:rPr>
        <w:t xml:space="preserve">[1:14:51] </w:t>
      </w:r>
      <w:r>
        <w:t>Uh this is the second question from her. Do you think our history books which glorify the Muslim</w:t>
      </w:r>
    </w:p>
    <w:p>
      <w:pPr>
        <w:jc w:val="right"/>
      </w:pPr>
      <w:r>
        <w:t>اہ دس از دا سیکنڈ کوئسچن فرام ہر ڈو یو تھنک ار ہسٹری بکس وچ گلوریفائی دی مسلم</w:t>
      </w:r>
    </w:p>
    <w:p>
      <w:r>
        <w:rPr>
          <w:b/>
        </w:rPr>
        <w:t xml:space="preserve">[1:14:59] </w:t>
      </w:r>
      <w:r>
        <w:t>past are responsible for the mindset of ah pride developed among the muslims mein aisa hi manta</w:t>
      </w:r>
    </w:p>
    <w:p>
      <w:pPr>
        <w:jc w:val="right"/>
      </w:pPr>
      <w:r>
        <w:t>پاسٹ ار رسپانسبل فار دی مائنڈ سیٹ اف اہ پرائیڈ ڈیویلپڈ امنگ دی مسلمز میں ایسا ہی مانتا</w:t>
      </w:r>
    </w:p>
    <w:p>
      <w:r>
        <w:rPr>
          <w:b/>
        </w:rPr>
        <w:t xml:space="preserve">[1:15:07] </w:t>
      </w:r>
      <w:r>
        <w:t>hoon jitne bhi muslim</w:t>
      </w:r>
    </w:p>
    <w:p>
      <w:pPr>
        <w:jc w:val="right"/>
      </w:pPr>
      <w:r>
        <w:t>ہوں جتنے بھی مسلم</w:t>
      </w:r>
    </w:p>
    <w:p>
      <w:r>
        <w:rPr>
          <w:b/>
        </w:rPr>
        <w:t xml:space="preserve">[1:15:11] </w:t>
      </w:r>
      <w:r>
        <w:t>jo historians hain unhone jo kitaben likhi hain wo sab glorify karna glorify karna</w:t>
      </w:r>
    </w:p>
    <w:p>
      <w:pPr>
        <w:jc w:val="right"/>
      </w:pPr>
      <w:r>
        <w:t>جو ہسٹورینز ہیں انہوں نے جو کتابیں لکھی ہیں وہ سب گلوریفائی کرنا گلوریفائی کرنا</w:t>
      </w:r>
    </w:p>
    <w:p>
      <w:r>
        <w:rPr>
          <w:b/>
        </w:rPr>
        <w:t xml:space="preserve">[1:15:20] </w:t>
      </w:r>
      <w:r>
        <w:t>yani jo early period hai is ko le kar baad ke period tak bas glorify karna</w:t>
      </w:r>
    </w:p>
    <w:p>
      <w:pPr>
        <w:jc w:val="right"/>
      </w:pPr>
      <w:r>
        <w:t>یعنی جو ارلی پیریڈ ہے اس کو لے کر بعد کے پیریڈ تک بس گلوریفائی کرنا</w:t>
      </w:r>
    </w:p>
    <w:p>
      <w:r>
        <w:rPr>
          <w:b/>
        </w:rPr>
        <w:t xml:space="preserve">[1:15:26] </w:t>
      </w:r>
      <w:r>
        <w:t>is ke kya hua ke musalmanon ke andar paida ho gaya yani wo jis ko kehte hain yani</w:t>
      </w:r>
    </w:p>
    <w:p>
      <w:pPr>
        <w:jc w:val="right"/>
      </w:pPr>
      <w:r>
        <w:t>اس کے کیا ہوا کہ مسلمانوں کے اندر پیدا ہو گیا یعنی وہ جس کو کہتے ہیں یعنی</w:t>
      </w:r>
    </w:p>
    <w:p>
      <w:r>
        <w:rPr>
          <w:b/>
        </w:rPr>
        <w:t xml:space="preserve">[1:15:32] </w:t>
      </w:r>
      <w:r>
        <w:t>paranoia paranoia paida ho gayi</w:t>
      </w:r>
    </w:p>
    <w:p>
      <w:pPr>
        <w:jc w:val="right"/>
      </w:pPr>
      <w:r>
        <w:t>پیرانویا پیرانویا پیدا ہو گئی</w:t>
      </w:r>
    </w:p>
    <w:p>
      <w:r>
        <w:rPr>
          <w:b/>
        </w:rPr>
        <w:t xml:space="preserve">[1:15:37] </w:t>
      </w:r>
      <w:r>
        <w:t>achha</w:t>
      </w:r>
    </w:p>
    <w:p>
      <w:pPr>
        <w:jc w:val="right"/>
      </w:pPr>
      <w:r>
        <w:t>اچھا</w:t>
      </w:r>
    </w:p>
    <w:p>
      <w:r>
        <w:rPr>
          <w:b/>
        </w:rPr>
        <w:t xml:space="preserve">[1:15:37] </w:t>
      </w:r>
      <w:r>
        <w:t>har musalman peeranui kairaiter hai is zamane mein</w:t>
      </w:r>
    </w:p>
    <w:p>
      <w:pPr>
        <w:jc w:val="right"/>
      </w:pPr>
      <w:r>
        <w:t>ہر مسلمان پیرانوئی کیریٹر ہے اس زمانے میں</w:t>
      </w:r>
    </w:p>
    <w:p>
      <w:r>
        <w:rPr>
          <w:b/>
        </w:rPr>
        <w:t xml:space="preserve">[1:15:41] </w:t>
      </w:r>
      <w:r>
        <w:t>peeranui kairaiter kehte hain jisko parsi hum kehte hain pidram sultan ko mera baap to badshah tha</w:t>
      </w:r>
    </w:p>
    <w:p>
      <w:pPr>
        <w:jc w:val="right"/>
      </w:pPr>
      <w:r>
        <w:t>پیرانوئی کیریٹر کہتے ہیں جس کو پرسی ہم کہتے ہیں پدرم سلطان کو میرا باپ تو بادشاہ تھا</w:t>
      </w:r>
    </w:p>
    <w:p>
      <w:r>
        <w:rPr>
          <w:b/>
        </w:rPr>
        <w:t xml:space="preserve">[1:15:49] </w:t>
      </w:r>
      <w:r>
        <w:t>to apne ko hamare haan mein is se pehle aljeem mein tha purane dilli mein to wahan ek</w:t>
      </w:r>
    </w:p>
    <w:p>
      <w:pPr>
        <w:jc w:val="right"/>
      </w:pPr>
      <w:r>
        <w:t>تو اپنے کو ہمارے ہاں میں اس سے پہلے الجیم میں تھا پرانے دہلی میں تو وہاں ایک</w:t>
      </w:r>
    </w:p>
    <w:p>
      <w:r>
        <w:rPr>
          <w:b/>
        </w:rPr>
        <w:t xml:space="preserve">[1:15:56] </w:t>
      </w:r>
      <w:r>
        <w:t>ek chaprasi hote the unka naam abdul wahid tha to bechare padhe likhe nahi the wo lekin aadmi</w:t>
      </w:r>
    </w:p>
    <w:p>
      <w:pPr>
        <w:jc w:val="right"/>
      </w:pPr>
      <w:r>
        <w:t>ایک چپراسی ہوتے تھے ان کا نام عبدالواحد تھا تو بیچارے پڑھے لکھے نہیں تھے وہ لیکن ادمی</w:t>
      </w:r>
    </w:p>
    <w:p>
      <w:r>
        <w:rPr>
          <w:b/>
        </w:rPr>
        <w:t xml:space="preserve">[1:16:04] </w:t>
      </w:r>
      <w:r>
        <w:t>samajhdar the to use</w:t>
      </w:r>
    </w:p>
    <w:p>
      <w:pPr>
        <w:jc w:val="right"/>
      </w:pPr>
      <w:r>
        <w:t>سمجھدار تھے تو اسے</w:t>
      </w:r>
    </w:p>
    <w:p>
      <w:r>
        <w:rPr>
          <w:b/>
        </w:rPr>
        <w:t xml:space="preserve">[1:16:09] </w:t>
      </w:r>
      <w:r>
        <w:t>maine poocha ke bhai har musalman kyon bade bade baatein karta hai aur chhupe ko taiyar nahi</w:t>
      </w:r>
    </w:p>
    <w:p>
      <w:pPr>
        <w:jc w:val="right"/>
      </w:pPr>
      <w:r>
        <w:t>میں نے پوچھا کہ بھئی ہر مسلمان کیوں بڑے بڑے باتیں کرتا ہے اور چھپنے کو تیار نہیں</w:t>
      </w:r>
    </w:p>
    <w:p>
      <w:r>
        <w:rPr>
          <w:b/>
        </w:rPr>
        <w:t xml:space="preserve">[1:16:16] </w:t>
      </w:r>
      <w:r>
        <w:t>hota to usne apni zaban mein kaha ke musalman apne raub mein rehta hai</w:t>
      </w:r>
    </w:p>
    <w:p>
      <w:pPr>
        <w:jc w:val="right"/>
      </w:pPr>
      <w:r>
        <w:t>ہوتا تو اس نے اپنی زبان میں کہا کہ مسلمان اپنے رعب میں رہتا ہے</w:t>
      </w:r>
    </w:p>
    <w:p>
      <w:r>
        <w:rPr>
          <w:b/>
        </w:rPr>
        <w:t xml:space="preserve">[1:16:24] </w:t>
      </w:r>
      <w:r>
        <w:t>musalman</w:t>
      </w:r>
    </w:p>
    <w:p>
      <w:pPr>
        <w:jc w:val="right"/>
      </w:pPr>
      <w:r>
        <w:t>مسلمان</w:t>
      </w:r>
    </w:p>
    <w:p>
      <w:r>
        <w:rPr>
          <w:b/>
        </w:rPr>
        <w:t xml:space="preserve">[1:16:24] </w:t>
      </w:r>
      <w:r>
        <w:t>apne raub mein rehta hai yahi sare musalmanon ka haal hai history books jo hain wo main samajhta</w:t>
      </w:r>
    </w:p>
    <w:p>
      <w:pPr>
        <w:jc w:val="right"/>
      </w:pPr>
      <w:r>
        <w:t>اپنے رعب میں رہتا ہے یہی سارے مسلمانوں کا حال ہے ہسٹری بکس جو ہیں وہ میں سمجھتا</w:t>
      </w:r>
    </w:p>
    <w:p>
      <w:r>
        <w:rPr>
          <w:b/>
        </w:rPr>
        <w:t xml:space="preserve">[1:16:31] </w:t>
      </w:r>
      <w:r>
        <w:t>hoon ke koi bhi history books musalmanon ki likhi hui nahi hai jo aaj objective ho</w:t>
      </w:r>
    </w:p>
    <w:p>
      <w:pPr>
        <w:jc w:val="right"/>
      </w:pPr>
      <w:r>
        <w:t>ہوں کہ کوئی بھی ہسٹری بکس مسلمانوں کی لکھی ہوئی نہیں ہے جو اج ابجیکٹو ہو</w:t>
      </w:r>
    </w:p>
    <w:p>
      <w:r>
        <w:rPr>
          <w:b/>
        </w:rPr>
        <w:t xml:space="preserve">[1:16:36] </w:t>
      </w:r>
      <w:r>
        <w:t>aur ye main nahi keh raha hoon isko point out kiya apne ibn khaldun ne ibn khaldun</w:t>
      </w:r>
    </w:p>
    <w:p>
      <w:pPr>
        <w:jc w:val="right"/>
      </w:pPr>
      <w:r>
        <w:t>اور یہ میں نہیں کہہ رہا ہوں اس کو پوائنٹ اؤٹ کیا اپنے ابن خلدون نے ابن خلدون</w:t>
      </w:r>
    </w:p>
    <w:p>
      <w:r>
        <w:rPr>
          <w:b/>
        </w:rPr>
        <w:t xml:space="preserve">[1:16:42] </w:t>
      </w:r>
      <w:r>
        <w:t>ne isko point out kiya</w:t>
      </w:r>
    </w:p>
    <w:p>
      <w:pPr>
        <w:jc w:val="right"/>
      </w:pPr>
      <w:r>
        <w:t>نے اس کو پوائنٹ اؤٹ کیا</w:t>
      </w:r>
    </w:p>
    <w:p>
      <w:r>
        <w:rPr>
          <w:b/>
        </w:rPr>
        <w:t xml:space="preserve">[1:16:44] </w:t>
      </w:r>
      <w:r>
        <w:t>ke logon ne tareekhein likhi hain apne fakhr establish karne ke liye apni badhai establish karne ke liye</w:t>
      </w:r>
    </w:p>
    <w:p>
      <w:pPr>
        <w:jc w:val="right"/>
      </w:pPr>
      <w:r>
        <w:t>کہ لوگوں نے تاریخیں لکھی ہیں اپنے فخر اسٹیبلش کرنے کے لیے اپنی بڑائی اسٹیبلش کرنے کے لیے</w:t>
      </w:r>
    </w:p>
    <w:p>
      <w:r>
        <w:rPr>
          <w:b/>
        </w:rPr>
        <w:t xml:space="preserve">[1:16:50] </w:t>
      </w:r>
      <w:r>
        <w:t>apni glory establish karne ke liye ye koi history nahi hai</w:t>
      </w:r>
    </w:p>
    <w:p>
      <w:pPr>
        <w:jc w:val="right"/>
      </w:pPr>
      <w:r>
        <w:t>اپنی گلوری اسٹیبلش کرنے کے لیے یہ کوئی ہسٹری نہیں ہے</w:t>
      </w:r>
    </w:p>
    <w:p>
      <w:r>
        <w:rPr>
          <w:b/>
        </w:rPr>
        <w:t xml:space="preserve">[1:16:55] </w:t>
      </w:r>
      <w:r>
        <w:t>to jo bhi aap parhiye chahe seerat ki kitabein parhiye chahe baad ki jo history ki books hain parhiye har jagah wahi hai glorify karna glorify karna glorify karna</w:t>
      </w:r>
    </w:p>
    <w:p>
      <w:pPr>
        <w:jc w:val="right"/>
      </w:pPr>
      <w:r>
        <w:t>تو جو بھی اپ پڑھیے چاہے سیرت کی کتابیں پڑھیے چاہے بعد کی جو ہسٹری کی بکس ہیں پڑھیے ہر جگہ وہی ہے گلوریفائی کرنا گلوریفائی کرنا گلوریفائی کرنا</w:t>
      </w:r>
    </w:p>
    <w:p>
      <w:r>
        <w:rPr>
          <w:b/>
        </w:rPr>
        <w:t xml:space="preserve">[1:17:09] </w:t>
      </w:r>
      <w:r>
        <w:t>is ko sab se pehle samjha ibn khaldun ne abdul rehman ibn khaldun jo tha bohat hi bara alam usne chaha tha ke mein ek kitab likhoon nahi aur likha bhi usne lekin woh us par data nahi thay jo available data jo thay woh woh usko kafi nahi thay uski kitabein isi partner pe chali gayi</w:t>
      </w:r>
    </w:p>
    <w:p>
      <w:pPr>
        <w:jc w:val="right"/>
      </w:pPr>
      <w:r>
        <w:t>اس کو سب سے پہلے سمجھا ابن خلدون نے عبدالرحمن ابن خلدون جو تھا بہت ہی بڑا عالم اس نے چاہا تھا کہ میں ایک کتاب لکھوں نہیں اور لکھا بھی اس نے لیکن وہ اس پر ڈیٹا نہیں تھے جو اویلیبل ڈیٹا جو تھے وہ وہ اس کو کافی نہیں تھے اس کی کتابیں اسی پارٹنر پہ چلی گئی</w:t>
      </w:r>
    </w:p>
    <w:p>
      <w:r>
        <w:rPr>
          <w:b/>
        </w:rPr>
        <w:t xml:space="preserve">[1:17:35] </w:t>
      </w:r>
      <w:r>
        <w:t>jis tarah rasool Allah ki kitabein likhi gayi hain jo seerat par usko ghazbati pattern par hain</w:t>
      </w:r>
    </w:p>
    <w:p>
      <w:pPr>
        <w:jc w:val="right"/>
      </w:pPr>
      <w:r>
        <w:t>جس طرح رسول اللہ کی کتابیں لکھی گئی ہیں جو سیرت پر اس کو غضباتی پیٹرن پر ہیں</w:t>
      </w:r>
    </w:p>
    <w:p>
      <w:r>
        <w:rPr>
          <w:b/>
        </w:rPr>
        <w:t xml:space="preserve">[1:17:39] </w:t>
      </w:r>
      <w:r>
        <w:t>ghazbati ghazba ghazba ghazba ghazba ab jo likhta hai wo bhi isi usko follow karna padta hai</w:t>
      </w:r>
    </w:p>
    <w:p>
      <w:pPr>
        <w:jc w:val="right"/>
      </w:pPr>
      <w:r>
        <w:t>غضباتی غضبہ غضبہ غضبہ غضبہ اب جو لکھتا ہے وہ بھی اسی اس کو فالو کرنا پڑتا ہے</w:t>
      </w:r>
    </w:p>
    <w:p>
      <w:r>
        <w:rPr>
          <w:b/>
        </w:rPr>
        <w:t xml:space="preserve">[1:17:46] </w:t>
      </w:r>
      <w:r>
        <w:t>yani dawati pattern par rasool Allah ki kitabein likhi nahi gayi</w:t>
      </w:r>
    </w:p>
    <w:p>
      <w:pPr>
        <w:jc w:val="right"/>
      </w:pPr>
      <w:r>
        <w:t>یعنی دعوتی پیٹرن پر رسول اللہ کی کتابیں لکھی نہیں گئی</w:t>
      </w:r>
    </w:p>
    <w:p>
      <w:r>
        <w:rPr>
          <w:b/>
        </w:rPr>
        <w:t xml:space="preserve">[1:17:51] </w:t>
      </w:r>
      <w:r>
        <w:t>seerat isi liye pehle zamane mein kaha jata tha seerat ki kitab ko maghazi</w:t>
      </w:r>
    </w:p>
    <w:p>
      <w:pPr>
        <w:jc w:val="right"/>
      </w:pPr>
      <w:r>
        <w:t>سیرت اسی لیے پہلے زمانے میں کہا جاتا تھا سیرت کی کتاب کو مغازی</w:t>
      </w:r>
    </w:p>
    <w:p>
      <w:r>
        <w:rPr>
          <w:b/>
        </w:rPr>
        <w:t xml:space="preserve">[1:17:56] </w:t>
      </w:r>
      <w:r>
        <w:t>maghazi to rasool Allah ki jo seerat likhi gayi</w:t>
      </w:r>
    </w:p>
    <w:p>
      <w:pPr>
        <w:jc w:val="right"/>
      </w:pPr>
      <w:r>
        <w:t>مغازی تو رسول اللہ کی جو سیرت لکھی گئی</w:t>
      </w:r>
    </w:p>
    <w:p>
      <w:r>
        <w:rPr>
          <w:b/>
        </w:rPr>
        <w:t xml:space="preserve">[1:18:00] </w:t>
      </w:r>
      <w:r>
        <w:t>wo sab maghazi ke partner mein thi</w:t>
      </w:r>
    </w:p>
    <w:p>
      <w:pPr>
        <w:jc w:val="right"/>
      </w:pPr>
      <w:r>
        <w:t>وہ سب مغازی کے پارٹنر میں تھی</w:t>
      </w:r>
    </w:p>
    <w:p>
      <w:r>
        <w:rPr>
          <w:b/>
        </w:rPr>
        <w:t xml:space="preserve">[1:18:05] </w:t>
      </w:r>
      <w:r>
        <w:t>to ab is ab wo itna itna is mein set ho gaya hai ke jo likhta hai phir</w:t>
      </w:r>
    </w:p>
    <w:p>
      <w:pPr>
        <w:jc w:val="right"/>
      </w:pPr>
      <w:r>
        <w:t>تو اب اس اب وہ اتنا اتنا اس میں سیٹ ہو گیا ہے کہ جو لکھتا ہے پھر</w:t>
      </w:r>
    </w:p>
    <w:p>
      <w:r>
        <w:rPr>
          <w:b/>
        </w:rPr>
        <w:t xml:space="preserve">[1:18:11] </w:t>
      </w:r>
      <w:r>
        <w:t>dobara usi ko likhna padta hai is maghazi ke partner par</w:t>
      </w:r>
    </w:p>
    <w:p>
      <w:pPr>
        <w:jc w:val="right"/>
      </w:pPr>
      <w:r>
        <w:t>دوبارہ اسی کو لکھنا پڑتا ہے اس مغازی کے پارٹنر پر</w:t>
      </w:r>
    </w:p>
    <w:p>
      <w:r>
        <w:rPr>
          <w:b/>
        </w:rPr>
        <w:t xml:space="preserve">[1:18:15] </w:t>
      </w:r>
      <w:r>
        <w:t>ghazbat ke partner par dawati partner par koi seerat ki kitab likhi nahi gayi ek bhi kitab nahi</w:t>
      </w:r>
    </w:p>
    <w:p>
      <w:pPr>
        <w:jc w:val="right"/>
      </w:pPr>
      <w:r>
        <w:t>غضبات کے پارٹنر پر دعوتی پارٹنر پر کوئی سیرت کی کتاب لکھی نہیں گئی ایک بھی کتاب نہیں</w:t>
      </w:r>
    </w:p>
    <w:p>
      <w:r>
        <w:rPr>
          <w:b/>
        </w:rPr>
        <w:t xml:space="preserve">[1:18:20] </w:t>
      </w:r>
      <w:r>
        <w:t>hai to ab ab koi bhi jo likhega to kya karega aap waqiat garh to sakte</w:t>
      </w:r>
    </w:p>
    <w:p>
      <w:pPr>
        <w:jc w:val="right"/>
      </w:pPr>
      <w:r>
        <w:t>ہے تو اب اب کوئی بھی جو لکھے گا تو کیا کرے گا اپ واقعات گڑھ تو سکتے</w:t>
      </w:r>
    </w:p>
    <w:p>
      <w:r>
        <w:rPr>
          <w:b/>
        </w:rPr>
        <w:t xml:space="preserve">[1:18:26] </w:t>
      </w:r>
      <w:r>
        <w:t>nahi hain to ibn khaldun jo janta tha is baat ko ke jo history likhi gayi hai musalmanon</w:t>
      </w:r>
    </w:p>
    <w:p>
      <w:pPr>
        <w:jc w:val="right"/>
      </w:pPr>
      <w:r>
        <w:t>نہیں ہیں تو ابن خلدون جو جانتا تھا اس بات کو کہ جو ہسٹری لکھی گئی ہے مسلمانوں</w:t>
      </w:r>
    </w:p>
    <w:p>
      <w:r>
        <w:rPr>
          <w:b/>
        </w:rPr>
        <w:t xml:space="preserve">[1:18:34] </w:t>
      </w:r>
      <w:r>
        <w:t>ki wo objective history nahi hai</w:t>
      </w:r>
    </w:p>
    <w:p>
      <w:pPr>
        <w:jc w:val="right"/>
      </w:pPr>
      <w:r>
        <w:t>کی وہ ابجیکٹو ہسٹری نہیں ہے</w:t>
      </w:r>
    </w:p>
    <w:p>
      <w:r>
        <w:rPr>
          <w:b/>
        </w:rPr>
        <w:t xml:space="preserve">[1:18:39] </w:t>
      </w:r>
      <w:r>
        <w:t>wo is ka maqsad hi sahi nahi tha glorify karna muslim period ko to is ne chaha ke</w:t>
      </w:r>
    </w:p>
    <w:p>
      <w:pPr>
        <w:jc w:val="right"/>
      </w:pPr>
      <w:r>
        <w:t>وہ اس کا مقصد ہی صحیح نہیں تھا گلوریفائی کرنا مسلم پیریڈ کو تو اس نے چاہا کہ</w:t>
      </w:r>
    </w:p>
    <w:p>
      <w:r>
        <w:rPr>
          <w:b/>
        </w:rPr>
        <w:t xml:space="preserve">[1:18:46] </w:t>
      </w:r>
      <w:r>
        <w:t>main ek nai kitab likhun</w:t>
      </w:r>
    </w:p>
    <w:p>
      <w:pPr>
        <w:jc w:val="right"/>
      </w:pPr>
      <w:r>
        <w:t>میں ایک نئی کتاب لکھوں</w:t>
      </w:r>
    </w:p>
    <w:p>
      <w:r>
        <w:rPr>
          <w:b/>
        </w:rPr>
        <w:t xml:space="preserve">[1:18:49] </w:t>
      </w:r>
      <w:r>
        <w:t>lekin is ke paas wo wo wo data nahi the wo wo record nahi tha wo facts and</w:t>
      </w:r>
    </w:p>
    <w:p>
      <w:pPr>
        <w:jc w:val="right"/>
      </w:pPr>
      <w:r>
        <w:t>لیکن اس کے پاس وہ وہ وہ ڈیٹا نہیں تھے وہ وہ ریکارڈ نہیں تھا وہ فیکٹس اینڈ</w:t>
      </w:r>
    </w:p>
    <w:p>
      <w:r>
        <w:rPr>
          <w:b/>
        </w:rPr>
        <w:t xml:space="preserve">[1:18:55] </w:t>
      </w:r>
      <w:r>
        <w:t>figures nahi the lekin ek is ki kitab bhi wasee ban gayi usi partner pe dal gayi to</w:t>
      </w:r>
    </w:p>
    <w:p>
      <w:pPr>
        <w:jc w:val="right"/>
      </w:pPr>
      <w:r>
        <w:t>فگرز نہیں تھے لیکن ایک اس کی کتاب بھی وسیع بن گئی اسی پارٹنر پہ ڈل گئی تو</w:t>
      </w:r>
    </w:p>
    <w:p>
      <w:r>
        <w:rPr>
          <w:b/>
        </w:rPr>
        <w:t xml:space="preserve">[1:19:01] </w:t>
      </w:r>
      <w:r>
        <w:t>muqaddamah jo ibn khaldun jo hai wo to yeh sab baton ko batata hai lekin</w:t>
      </w:r>
    </w:p>
    <w:p>
      <w:pPr>
        <w:jc w:val="right"/>
      </w:pPr>
      <w:r>
        <w:t>مقدمہ جو ابن خلدون جو ہے وہ تو یہ سب باتوں کو بتاتا ہے لیکن</w:t>
      </w:r>
    </w:p>
    <w:p>
      <w:r>
        <w:rPr>
          <w:b/>
        </w:rPr>
        <w:t xml:space="preserve">[1:19:06] </w:t>
      </w:r>
      <w:r>
        <w:t>is kitab mein yeh baat nahi hai</w:t>
      </w:r>
    </w:p>
    <w:p>
      <w:pPr>
        <w:jc w:val="right"/>
      </w:pPr>
      <w:r>
        <w:t>اس کتاب میں یہ بات نہیں ہے</w:t>
      </w:r>
    </w:p>
    <w:p>
      <w:r>
        <w:rPr>
          <w:b/>
        </w:rPr>
        <w:t xml:space="preserve">[1:19:10] </w:t>
      </w:r>
      <w:r>
        <w:t>ab to aap ke paas sirf quran hai aur hadith hai bas</w:t>
      </w:r>
    </w:p>
    <w:p>
      <w:pPr>
        <w:jc w:val="right"/>
      </w:pPr>
      <w:r>
        <w:t>اب تو اپ کے پاس صرف قران ہے اور حدیث ہے بس</w:t>
      </w:r>
    </w:p>
    <w:p>
      <w:r>
        <w:rPr>
          <w:b/>
        </w:rPr>
        <w:t xml:space="preserve">[1:19:14] </w:t>
      </w:r>
      <w:r>
        <w:t>yani islam ko janne ka zariya quran o hadith hai tareekh nahi hai kyunke tareekh mein jo shakal</w:t>
      </w:r>
    </w:p>
    <w:p>
      <w:pPr>
        <w:jc w:val="right"/>
      </w:pPr>
      <w:r>
        <w:t>یعنی اسلام کو جاننے کا ذریعہ قران و حدیث ہے تاریخ نہیں ہے کیونکہ تاریخ میں جو شکل</w:t>
      </w:r>
    </w:p>
    <w:p>
      <w:r>
        <w:rPr>
          <w:b/>
        </w:rPr>
        <w:t xml:space="preserve">[1:19:20] </w:t>
      </w:r>
      <w:r>
        <w:t>aati hai wo sahi shakal nahi hoti hai</w:t>
      </w:r>
    </w:p>
    <w:p>
      <w:pPr>
        <w:jc w:val="right"/>
      </w:pPr>
      <w:r>
        <w:t>اتی ہے وہ صحیح شکل نہیں ہوتی ہے</w:t>
      </w:r>
    </w:p>
    <w:p>
      <w:r>
        <w:rPr>
          <w:b/>
        </w:rPr>
        <w:t xml:space="preserve">[1:19:23] </w:t>
      </w:r>
      <w:r>
        <w:t>haan quran intact hai hadith intact hai to aap ko janna hai islam kya hai to aap quran</w:t>
      </w:r>
    </w:p>
    <w:p>
      <w:pPr>
        <w:jc w:val="right"/>
      </w:pPr>
      <w:r>
        <w:t>ہاں قران انٹیکٹ ہے حدیث انٹیکٹ ہے تو اپ کو جاننا ہے اسلام کیا ہے تو اپ قران</w:t>
      </w:r>
    </w:p>
    <w:p>
      <w:r>
        <w:rPr>
          <w:b/>
        </w:rPr>
        <w:t xml:space="preserve">[1:19:28] </w:t>
      </w:r>
      <w:r>
        <w:t>o hadith ko padhiye tareekhon ko to padhiye to aap yeh samajh ke padhiye ke yeh yeh sahi</w:t>
      </w:r>
    </w:p>
    <w:p>
      <w:pPr>
        <w:jc w:val="right"/>
      </w:pPr>
      <w:r>
        <w:t>و حدیث کو پڑھیے تاریخوں کو تو پڑھیے تو اپ یہ سمجھ کے پڑھیے کہ یہ یہ صحیح</w:t>
      </w:r>
    </w:p>
    <w:p>
      <w:r>
        <w:rPr>
          <w:b/>
        </w:rPr>
        <w:t xml:space="preserve">[1:19:34] </w:t>
      </w:r>
      <w:r>
        <w:t>picture nahi hai is ke andar</w:t>
      </w:r>
    </w:p>
    <w:p>
      <w:pPr>
        <w:jc w:val="right"/>
      </w:pPr>
      <w:r>
        <w:t>پکچر نہیں ہے اس کے اندر</w:t>
      </w:r>
    </w:p>
    <w:p>
      <w:r>
        <w:rPr>
          <w:b/>
        </w:rPr>
        <w:t xml:space="preserve">[1:19:37] </w:t>
      </w:r>
      <w:r>
        <w:t>nahi to phir wahi nahi nahi mindset aap ka wahi ban jayega jaisa ke logon ka</w:t>
      </w:r>
    </w:p>
    <w:p>
      <w:pPr>
        <w:jc w:val="right"/>
      </w:pPr>
      <w:r>
        <w:t>نہیں تو پھر وہی نہیں نہیں مائنڈ سیٹ اپ کا وہی بن جائے گا جیسا کہ لوگوں کا</w:t>
      </w:r>
    </w:p>
    <w:p>
      <w:r>
        <w:rPr>
          <w:b/>
        </w:rPr>
        <w:t xml:space="preserve">[1:19:41] </w:t>
      </w:r>
      <w:r>
        <w:t>bana hua hai</w:t>
      </w:r>
    </w:p>
    <w:p>
      <w:pPr>
        <w:jc w:val="right"/>
      </w:pPr>
      <w:r>
        <w:t>بنا ہوا ہے</w:t>
      </w:r>
    </w:p>
    <w:p>
      <w:r>
        <w:rPr>
          <w:b/>
        </w:rPr>
        <w:t xml:space="preserve">[1:19:43] </w:t>
      </w:r>
      <w:r>
        <w:t>yeh question is from nafees sheraz new delhi ek sahab ne kaha ke insan ko wahi mile</w:t>
      </w:r>
    </w:p>
    <w:p>
      <w:pPr>
        <w:jc w:val="right"/>
      </w:pPr>
      <w:r>
        <w:t>دس کوئسچن از فرام نفیس شیراز نیو دہلی ایک صاحب نے کہا کہ انسان کو وہی ملے</w:t>
      </w:r>
    </w:p>
    <w:p>
      <w:r>
        <w:rPr>
          <w:b/>
        </w:rPr>
        <w:t xml:space="preserve">[1:19:51] </w:t>
      </w:r>
      <w:r>
        <w:t>ga jo is ke muqaddar mein likha hai aur doosre sahab ne kaha ke insan ko wahi mile</w:t>
      </w:r>
    </w:p>
    <w:p>
      <w:pPr>
        <w:jc w:val="right"/>
      </w:pPr>
      <w:r>
        <w:t>گا جو اس کے مقدر میں لکھا ہے اور دوسرے صاحب نے کہا کہ انسان کو وہی ملے</w:t>
      </w:r>
    </w:p>
    <w:p>
      <w:r>
        <w:rPr>
          <w:b/>
        </w:rPr>
        <w:t xml:space="preserve">[1:19:57] </w:t>
      </w:r>
      <w:r>
        <w:t>ga jis ke liye wo koshish karega dono mein se kaun sa perspective sahi hai</w:t>
      </w:r>
    </w:p>
    <w:p>
      <w:pPr>
        <w:jc w:val="right"/>
      </w:pPr>
      <w:r>
        <w:t>گا جس کے لیے وہ کوشش کرے گا دونوں میں سے کون سا پرسپیکٹو صحیح ہے</w:t>
      </w:r>
    </w:p>
    <w:p>
      <w:r>
        <w:rPr>
          <w:b/>
        </w:rPr>
        <w:t xml:space="preserve">[1:20:06] </w:t>
      </w:r>
      <w:r>
        <w:t>dekhein main samajhta hoon ke dono baatein apni jagah par theek hain yani koshish kar ke bhi wahi</w:t>
      </w:r>
    </w:p>
    <w:p>
      <w:pPr>
        <w:jc w:val="right"/>
      </w:pPr>
      <w:r>
        <w:t>دیکھیں میں سمجھتا ہوں کہ دونوں باتیں اپنی جگہ پر ٹھیک ہیں یعنی کوشش کر کے بھی وہی</w:t>
      </w:r>
    </w:p>
    <w:p>
      <w:r>
        <w:rPr>
          <w:b/>
        </w:rPr>
        <w:t xml:space="preserve">[1:20:11] </w:t>
      </w:r>
      <w:r>
        <w:t>milega jo muqaddar hai</w:t>
      </w:r>
    </w:p>
    <w:p>
      <w:pPr>
        <w:jc w:val="right"/>
      </w:pPr>
      <w:r>
        <w:t>ملے گا جو مقدر ہے</w:t>
      </w:r>
    </w:p>
    <w:p>
      <w:r>
        <w:rPr>
          <w:b/>
        </w:rPr>
        <w:t xml:space="preserve">[1:20:14] </w:t>
      </w:r>
      <w:r>
        <w:t>muqaddar ke maani kya hain muqaddar koi negative word nahi hai muqaddar ke maani hain ke har aadmi</w:t>
      </w:r>
    </w:p>
    <w:p>
      <w:pPr>
        <w:jc w:val="right"/>
      </w:pPr>
      <w:r>
        <w:t>مقدر کے معنی کیا ہیں مقدر کوئی نیگیٹیو ورڈ نہیں ہے مقدر کے معنی ہیں کہ ہر ادمی</w:t>
      </w:r>
    </w:p>
    <w:p>
      <w:r>
        <w:rPr>
          <w:b/>
        </w:rPr>
        <w:t xml:space="preserve">[1:20:20] </w:t>
      </w:r>
      <w:r>
        <w:t>ko Allah ta'ala ne paida kiya hai test ke liye imtehan ke liye to Allah ta'ala ne apne</w:t>
      </w:r>
    </w:p>
    <w:p>
      <w:pPr>
        <w:jc w:val="right"/>
      </w:pPr>
      <w:r>
        <w:t>کو اللہ تعالی نے پیدا کیا ہے ٹیسٹ کے لیے امتحان کے لیے تو اللہ تعالی نے اپنے</w:t>
      </w:r>
    </w:p>
    <w:p>
      <w:r>
        <w:rPr>
          <w:b/>
        </w:rPr>
        <w:t xml:space="preserve">[1:20:28] </w:t>
      </w:r>
      <w:r>
        <w:t>hisab se har aadmi ke liye ek tay kiya hai ke is ko test ka yeh saman diya</w:t>
      </w:r>
    </w:p>
    <w:p>
      <w:pPr>
        <w:jc w:val="right"/>
      </w:pPr>
      <w:r>
        <w:t>حساب سے ہر ادمی کے لیے ایک طے کیا ہے کہ اس کو ٹیسٹ کا یہ سامان دیا</w:t>
      </w:r>
    </w:p>
    <w:p>
      <w:r>
        <w:rPr>
          <w:b/>
        </w:rPr>
        <w:t xml:space="preserve">[1:20:34] </w:t>
      </w:r>
      <w:r>
        <w:t>jayega to</w:t>
      </w:r>
    </w:p>
    <w:p>
      <w:pPr>
        <w:jc w:val="right"/>
      </w:pPr>
      <w:r>
        <w:t>جائے گا تو</w:t>
      </w:r>
    </w:p>
    <w:p>
      <w:r>
        <w:rPr>
          <w:b/>
        </w:rPr>
        <w:t xml:space="preserve">[1:20:37] </w:t>
      </w:r>
      <w:r>
        <w:t>wohi saman milega is ko kuch aur nahi mil sakta to koshish kar ke waqt muqaddar hum</w:t>
      </w:r>
    </w:p>
    <w:p>
      <w:pPr>
        <w:jc w:val="right"/>
      </w:pPr>
      <w:r>
        <w:t>وہی سامان ملے گا اس کو کچھ اور نہیں مل سکتا تو کوشش کر کے وقت مقدر ہم</w:t>
      </w:r>
    </w:p>
    <w:p>
      <w:r>
        <w:rPr>
          <w:b/>
        </w:rPr>
        <w:t xml:space="preserve">[1:20:42] </w:t>
      </w:r>
      <w:r>
        <w:t>paate hain is ka matlab yeh hai ke Allah taala ne jo hamare liye muqaddar kiya hai ke</w:t>
      </w:r>
    </w:p>
    <w:p>
      <w:pPr>
        <w:jc w:val="right"/>
      </w:pPr>
      <w:r>
        <w:t>پاتے ہیں اس کا مطلب یہ ہے کہ اللہ تعالی نے جو ہمارے لیے مقدر کیا ہے کہ</w:t>
      </w:r>
    </w:p>
    <w:p>
      <w:r>
        <w:rPr>
          <w:b/>
        </w:rPr>
        <w:t xml:space="preserve">[1:20:48] </w:t>
      </w:r>
      <w:r>
        <w:t>in halaat mein is ko test lena hai is ka to wohi wohi milega aap ko is</w:t>
      </w:r>
    </w:p>
    <w:p>
      <w:pPr>
        <w:jc w:val="right"/>
      </w:pPr>
      <w:r>
        <w:t>ان حالات میں اس کو ٹیسٹ لینا ہے اس کا تو وہی وہی ملے گا اپ کو اس</w:t>
      </w:r>
    </w:p>
    <w:p>
      <w:r>
        <w:rPr>
          <w:b/>
        </w:rPr>
        <w:t xml:space="preserve">[1:20:53] </w:t>
      </w:r>
      <w:r>
        <w:t>se zyada nahi mil sakta hai aap ko</w:t>
      </w:r>
    </w:p>
    <w:p>
      <w:pPr>
        <w:jc w:val="right"/>
      </w:pPr>
      <w:r>
        <w:t>سے زیادہ نہیں مل سکتا ہے اپ کو</w:t>
      </w:r>
    </w:p>
    <w:p>
      <w:r>
        <w:rPr>
          <w:b/>
        </w:rPr>
        <w:t xml:space="preserve">[1:20:56] </w:t>
      </w:r>
      <w:r>
        <w:t>yeh hai muqaddar ka matlab kyunke yeh hai hi nahi ke is dunya mein aap koi kamyabi pa</w:t>
      </w:r>
    </w:p>
    <w:p>
      <w:pPr>
        <w:jc w:val="right"/>
      </w:pPr>
      <w:r>
        <w:t>یہ ہے مقدر کا مطلب کیونکہ یہ ہے ہی نہیں کہ اس دنیا میں اپ کوئی کامیابی پا</w:t>
      </w:r>
    </w:p>
    <w:p>
      <w:r>
        <w:rPr>
          <w:b/>
        </w:rPr>
        <w:t xml:space="preserve">[1:21:01] </w:t>
      </w:r>
      <w:r>
        <w:t>sakte hain yani jo kamyabi aap chahte hain woh dunya mein aap pa hi nahi sakte kisi bhi</w:t>
      </w:r>
    </w:p>
    <w:p>
      <w:pPr>
        <w:jc w:val="right"/>
      </w:pPr>
      <w:r>
        <w:t>سکتے ہیں یعنی جو کامیابی اپ چاہتے ہیں وہ دنیا میں اپ پا ہی نہیں سکتے کسی بھی</w:t>
      </w:r>
    </w:p>
    <w:p>
      <w:r>
        <w:rPr>
          <w:b/>
        </w:rPr>
        <w:t xml:space="preserve">[1:21:05] </w:t>
      </w:r>
      <w:r>
        <w:t>tareeqe se jo cheez milegi aap ko woh imtehan ka saman hai</w:t>
      </w:r>
    </w:p>
    <w:p>
      <w:pPr>
        <w:jc w:val="right"/>
      </w:pPr>
      <w:r>
        <w:t>طریقے سے جو چیز ملے گی اپ کو وہ امتحان کا سامان ہے</w:t>
      </w:r>
    </w:p>
    <w:p>
      <w:r>
        <w:rPr>
          <w:b/>
        </w:rPr>
        <w:t xml:space="preserve">[1:21:10] </w:t>
      </w:r>
      <w:r>
        <w:t>jo bhi kisi ko milta hai chahe koi bohat bara aap ko bohat bari daulat mil jaye ya</w:t>
      </w:r>
    </w:p>
    <w:p>
      <w:pPr>
        <w:jc w:val="right"/>
      </w:pPr>
      <w:r>
        <w:t>جو بھی کسی کو ملتا ہے چاہے کوئی بہت بڑا اپ کو بہت بڑی دولت مل جائے یا</w:t>
      </w:r>
    </w:p>
    <w:p>
      <w:r>
        <w:rPr>
          <w:b/>
        </w:rPr>
        <w:t xml:space="preserve">[1:21:18] </w:t>
      </w:r>
      <w:r>
        <w:t>na mile dono hi imtehan ka saman hai to har ek ke Allah</w:t>
      </w:r>
    </w:p>
    <w:p>
      <w:pPr>
        <w:jc w:val="right"/>
      </w:pPr>
      <w:r>
        <w:t>نہ ملے دونوں ہی امتحان کا سامان ہے تو ہر ایک کے اللہ</w:t>
      </w:r>
    </w:p>
    <w:p>
      <w:r>
        <w:rPr>
          <w:b/>
        </w:rPr>
        <w:t xml:space="preserve">[1:21:23] </w:t>
      </w:r>
      <w:r>
        <w:t>taala ne har ek ke hisab se uske liye saman imtehan muqaddar kiya hai aur koshish kar ke aap isi saman imtehan ko payenge is se na kam na is se is se zyada yeh matlab hai iska</w:t>
      </w:r>
    </w:p>
    <w:p>
      <w:pPr>
        <w:jc w:val="right"/>
      </w:pPr>
      <w:r>
        <w:t>تعالی نے ہر ایک کے حساب سے اس کے لیے سامان امتحان مقدر کیا ہے اور کوشش کر کے اپ اسی سامان امتحان کو پائیں گے اس سے نہ کم نہ اس سے اس سے زیادہ یہ مطلب ہے اس کا</w:t>
      </w:r>
    </w:p>
    <w:p>
      <w:r>
        <w:rPr>
          <w:b/>
        </w:rPr>
        <w:t xml:space="preserve">[1:21:39] </w:t>
      </w:r>
      <w:r>
        <w:t>This question is from Razia, New Delhi. Muslims often raise objection that spreading the Quran</w:t>
      </w:r>
    </w:p>
    <w:p>
      <w:pPr>
        <w:jc w:val="right"/>
      </w:pPr>
      <w:r>
        <w:t>دس کوئسچن از فرام راضیہ نیو دہلی مسلمز افن ریز ابجیکشن دیٹ سپریڈنگ دی قران</w:t>
      </w:r>
    </w:p>
    <w:p>
      <w:r>
        <w:rPr>
          <w:b/>
        </w:rPr>
        <w:t xml:space="preserve">[1:21:49] </w:t>
      </w:r>
      <w:r>
        <w:t>saiting that it might not be adequately respected</w:t>
      </w:r>
    </w:p>
    <w:p>
      <w:pPr>
        <w:jc w:val="right"/>
      </w:pPr>
      <w:r>
        <w:t>سائٹنگ دیٹ اٹ مائٹ ناٹ بی ایڈیکویٹلی ریسپیکٹڈ</w:t>
      </w:r>
    </w:p>
    <w:p>
      <w:r>
        <w:rPr>
          <w:b/>
        </w:rPr>
        <w:t xml:space="preserve">[1:21:54] </w:t>
      </w:r>
      <w:r>
        <w:t>of spreading the word of god is the need of the hour then how far is such a</w:t>
      </w:r>
    </w:p>
    <w:p>
      <w:pPr>
        <w:jc w:val="right"/>
      </w:pPr>
      <w:r>
        <w:t>اف سپریڈنگ دا ورڈ اف گاڈ از دی نیڈ اف دی اور دین ہاؤ فار از سچ ا</w:t>
      </w:r>
    </w:p>
    <w:p>
      <w:r>
        <w:rPr>
          <w:b/>
        </w:rPr>
        <w:t xml:space="preserve">[1:22:00] </w:t>
      </w:r>
      <w:r>
        <w:t>thinking of muslims justified</w:t>
      </w:r>
    </w:p>
    <w:p>
      <w:pPr>
        <w:jc w:val="right"/>
      </w:pPr>
      <w:r>
        <w:t>تھنکنگ اف مسلمز جسٹیفائیڈ</w:t>
      </w:r>
    </w:p>
    <w:p>
      <w:r>
        <w:rPr>
          <w:b/>
        </w:rPr>
        <w:t xml:space="preserve">[1:22:03] </w:t>
      </w:r>
      <w:r>
        <w:t>dekhen yeh jo thinking bani hai musalmanon ki yeh to bani hai baad ko daur zawal mein</w:t>
      </w:r>
    </w:p>
    <w:p>
      <w:pPr>
        <w:jc w:val="right"/>
      </w:pPr>
      <w:r>
        <w:t>دیکھیں یہ جو تھنکنگ بنی ہے مسلمانوں کی یہ تو بنی ہے بعد کو دور زوال میں</w:t>
      </w:r>
    </w:p>
    <w:p>
      <w:r>
        <w:rPr>
          <w:b/>
        </w:rPr>
        <w:t xml:space="preserve">[1:22:10] </w:t>
      </w:r>
      <w:r>
        <w:t>ab bani hai pehle nahi thi yeh yeh thinking</w:t>
      </w:r>
    </w:p>
    <w:p>
      <w:pPr>
        <w:jc w:val="right"/>
      </w:pPr>
      <w:r>
        <w:t>اب بنی ہے پہلے نہیں تھی یہ یہ تھنکنگ</w:t>
      </w:r>
    </w:p>
    <w:p>
      <w:r>
        <w:rPr>
          <w:b/>
        </w:rPr>
        <w:t xml:space="preserve">[1:22:14] </w:t>
      </w:r>
      <w:r>
        <w:t>pehle thi hi nahi pehle Quran jo hai sab ke liye utra hai sab ko diya jata tha</w:t>
      </w:r>
    </w:p>
    <w:p>
      <w:pPr>
        <w:jc w:val="right"/>
      </w:pPr>
      <w:r>
        <w:t>پہلے تھی ہی نہیں پہلے قران جو ہے سب کے لیے اترا ہے سب کو دیا جاتا تھا</w:t>
      </w:r>
    </w:p>
    <w:p>
      <w:r>
        <w:rPr>
          <w:b/>
        </w:rPr>
        <w:t xml:space="preserve">[1:22:21] </w:t>
      </w:r>
      <w:r>
        <w:t>yani Quran kya utra hai sirf musalmanon ke masjidain parhne ke liye sirf</w:t>
      </w:r>
    </w:p>
    <w:p>
      <w:pPr>
        <w:jc w:val="right"/>
      </w:pPr>
      <w:r>
        <w:t>یعنی قران کیا اترا ہے صرف مسلمانوں کے مسجدیں پڑھنے کے لیے صرف</w:t>
      </w:r>
    </w:p>
    <w:p>
      <w:r>
        <w:rPr>
          <w:b/>
        </w:rPr>
        <w:t xml:space="preserve">[1:22:25] </w:t>
      </w:r>
      <w:r>
        <w:t>musalman masjidain parhen is ko hi isi liye utra hai Quran likon lilalamin nazeera</w:t>
      </w:r>
    </w:p>
    <w:p>
      <w:pPr>
        <w:jc w:val="right"/>
      </w:pPr>
      <w:r>
        <w:t>مسلمان مسجدیں پڑھیں اس کو ہی اسی لیے اترا ہے قران لیکون للعالمین نظیرا</w:t>
      </w:r>
    </w:p>
    <w:p>
      <w:r>
        <w:rPr>
          <w:b/>
        </w:rPr>
        <w:t xml:space="preserve">[1:22:32] </w:t>
      </w:r>
      <w:r>
        <w:t>yani Quran mein bataya gaya hai ke yeh jo Allah taala ne yeh wahi bheji hai likon lilalamin</w:t>
      </w:r>
    </w:p>
    <w:p>
      <w:pPr>
        <w:jc w:val="right"/>
      </w:pPr>
      <w:r>
        <w:t>یعنی قران میں بتایا گیا ہے کہ یہ جو اللہ تعالی نے یہ وحی بھیجی ہے لیکون للعالمین</w:t>
      </w:r>
    </w:p>
    <w:p>
      <w:r>
        <w:rPr>
          <w:b/>
        </w:rPr>
        <w:t xml:space="preserve">[1:22:36] </w:t>
      </w:r>
      <w:r>
        <w:t>nazeera sare insanon ke liye nazeer ke taur par</w:t>
      </w:r>
    </w:p>
    <w:p>
      <w:pPr>
        <w:jc w:val="right"/>
      </w:pPr>
      <w:r>
        <w:t>نظیرا سارے انسانوں کے لیے نظیر کے طور پر</w:t>
      </w:r>
    </w:p>
    <w:p>
      <w:r>
        <w:rPr>
          <w:b/>
        </w:rPr>
        <w:t xml:space="preserve">[1:22:42] </w:t>
      </w:r>
      <w:r>
        <w:t>to aap yeh shart agar laga dein to is mani ke Khuda ki is ki bhi thap ho</w:t>
      </w:r>
    </w:p>
    <w:p>
      <w:pPr>
        <w:jc w:val="right"/>
      </w:pPr>
      <w:r>
        <w:t>تو اپ یہ شرط اگر لگا دیں تو اس معنی کہ خدا کی اس کی بھی ٹھپ ہو</w:t>
      </w:r>
    </w:p>
    <w:p>
      <w:r>
        <w:rPr>
          <w:b/>
        </w:rPr>
        <w:t xml:space="preserve">[1:22:46] </w:t>
      </w:r>
      <w:r>
        <w:t>gayi Khuda ki scheme thap ho gayi</w:t>
      </w:r>
    </w:p>
    <w:p>
      <w:pPr>
        <w:jc w:val="right"/>
      </w:pPr>
      <w:r>
        <w:t>گئی خدا کی سکیم ٹھپ ہو گئی</w:t>
      </w:r>
    </w:p>
    <w:p>
      <w:r>
        <w:rPr>
          <w:b/>
        </w:rPr>
        <w:t xml:space="preserve">[1:22:52] </w:t>
      </w:r>
      <w:r>
        <w:t>yeh bilkul laغو hai is ki koi woh asal nahi hai aur ek galat fatwa is pe is</w:t>
      </w:r>
    </w:p>
    <w:p>
      <w:pPr>
        <w:jc w:val="right"/>
      </w:pPr>
      <w:r>
        <w:t>یہ بالکل لغو ہے اس کی کوئی وہ اصل نہیں ہے اور ایک غلط فتوی اس پہ اس</w:t>
      </w:r>
    </w:p>
    <w:p>
      <w:r>
        <w:rPr>
          <w:b/>
        </w:rPr>
        <w:t xml:space="preserve">[1:22:57] </w:t>
      </w:r>
      <w:r>
        <w:t>peh buniyad hai yeh Quran majeed mein ek ayat hai ke la yamasu illal mutahharoon is se logon</w:t>
      </w:r>
    </w:p>
    <w:p>
      <w:pPr>
        <w:jc w:val="right"/>
      </w:pPr>
      <w:r>
        <w:t>پہ بنیاد ہے یہ قران مجید میں ایک ایت ہے کہ لا یمسو الا المتحرون اس سے لوگوں</w:t>
      </w:r>
    </w:p>
    <w:p>
      <w:r>
        <w:rPr>
          <w:b/>
        </w:rPr>
        <w:t xml:space="preserve">[1:23:03] </w:t>
      </w:r>
      <w:r>
        <w:t>ne nikal rakha hai bilkul galat hundred percent galat ke bawazu hi Quran ko chhoen</w:t>
      </w:r>
    </w:p>
    <w:p>
      <w:pPr>
        <w:jc w:val="right"/>
      </w:pPr>
      <w:r>
        <w:t>نے نکال رکھا ہے بالکل غلط ہنڈرڈ پرسنٹ غلط کہ باوضو ہی قران کو چھوئیں</w:t>
      </w:r>
    </w:p>
    <w:p>
      <w:r>
        <w:rPr>
          <w:b/>
        </w:rPr>
        <w:t xml:space="preserve">[1:23:09] </w:t>
      </w:r>
      <w:r>
        <w:t>yeh is</w:t>
      </w:r>
    </w:p>
    <w:p>
      <w:pPr>
        <w:jc w:val="right"/>
      </w:pPr>
      <w:r>
        <w:t>یہ اس</w:t>
      </w:r>
    </w:p>
    <w:p>
      <w:r>
        <w:rPr>
          <w:b/>
        </w:rPr>
        <w:t xml:space="preserve">[1:23:10] </w:t>
      </w:r>
      <w:r>
        <w:t>is aayat ka koi matlab hi nahi hai is ka is aayat ka bawazu quran chhone se koi</w:t>
      </w:r>
    </w:p>
    <w:p>
      <w:pPr>
        <w:jc w:val="right"/>
      </w:pPr>
      <w:r>
        <w:t>اس ایت کا کوئی مطلب ہی نہیں ہے اس کا اس ایت کا باوضو قران چھونے سے کوئی</w:t>
      </w:r>
    </w:p>
    <w:p>
      <w:r>
        <w:rPr>
          <w:b/>
        </w:rPr>
        <w:t xml:space="preserve">[1:23:15] </w:t>
      </w:r>
      <w:r>
        <w:t>matlab hi nahi hai likh ke bana liya aur fatwa de diya aise hi mufti log hain aise</w:t>
      </w:r>
    </w:p>
    <w:p>
      <w:pPr>
        <w:jc w:val="right"/>
      </w:pPr>
      <w:r>
        <w:t>مطلب ہی نہیں ہے لکھ کے بنا لیا اور فتوی دے دیا ایسے ہی مفتی لوگ ہیں ایسے</w:t>
      </w:r>
    </w:p>
    <w:p>
      <w:r>
        <w:rPr>
          <w:b/>
        </w:rPr>
        <w:t xml:space="preserve">[1:23:20] </w:t>
      </w:r>
      <w:r>
        <w:t>fatwa de dete rehte hain to awam ka yeh zehan banna gaya ban gaya ke wazu kare chhooe</w:t>
      </w:r>
    </w:p>
    <w:p>
      <w:pPr>
        <w:jc w:val="right"/>
      </w:pPr>
      <w:r>
        <w:t>فتوی دے دیتے رہتے ہیں تو عوام کا یہ ذہن بننا گیا بن گیا کہ وضو کرے چھوئے</w:t>
      </w:r>
    </w:p>
    <w:p>
      <w:r>
        <w:rPr>
          <w:b/>
        </w:rPr>
        <w:t xml:space="preserve">[1:23:25] </w:t>
      </w:r>
      <w:r>
        <w:t>nahi to na chhooe aur woh woh aadmi bechara jo hai woh wazu kar ke kyun chhooyega</w:t>
      </w:r>
    </w:p>
    <w:p>
      <w:pPr>
        <w:jc w:val="right"/>
      </w:pPr>
      <w:r>
        <w:t>نہیں تو نہ چھوئے اور وہ وہ ادمی بیچارہ جو ہے وہ وضو کر کے کیوں چھوئے گا</w:t>
      </w:r>
    </w:p>
    <w:p>
      <w:r>
        <w:rPr>
          <w:b/>
        </w:rPr>
        <w:t xml:space="preserve">[1:23:29] </w:t>
      </w:r>
      <w:r>
        <w:t>isko jo jo believer nahi hai yeh shart hi galat hai yeh fatwa galat hai quran sab</w:t>
      </w:r>
    </w:p>
    <w:p>
      <w:pPr>
        <w:jc w:val="right"/>
      </w:pPr>
      <w:r>
        <w:t>اس کو جو جو بیلیور نہیں ہے یہ شرط ہی غلط ہے یہ فتوی غلط ہے قران سب</w:t>
      </w:r>
    </w:p>
    <w:p>
      <w:r>
        <w:rPr>
          <w:b/>
        </w:rPr>
        <w:t xml:space="preserve">[1:23:38] </w:t>
      </w:r>
      <w:r>
        <w:t>ke liye hai aur quran sab ko pesh karna yahi daawti kaam hai isi mein isi mein sawab</w:t>
      </w:r>
    </w:p>
    <w:p>
      <w:pPr>
        <w:jc w:val="right"/>
      </w:pPr>
      <w:r>
        <w:t>کے لیے ہے اور قران سب کو پیش کرنا یہی دعوتی کام ہے اسی میں اسی میں ثواب</w:t>
      </w:r>
    </w:p>
    <w:p>
      <w:r>
        <w:rPr>
          <w:b/>
        </w:rPr>
        <w:t xml:space="preserve">[1:23:45] </w:t>
      </w:r>
      <w:r>
        <w:t>hai jo log aisi baatein kahein woh bilashuba pakde jayenge ke humne bheja tha quran ko</w:t>
      </w:r>
    </w:p>
    <w:p>
      <w:pPr>
        <w:jc w:val="right"/>
      </w:pPr>
      <w:r>
        <w:t>ہے جو لوگ ایسی باتیں کہیں وہ بلاشبہ پکڑے جائیں گے کہ ہم نے بھیجا تھا قران کو</w:t>
      </w:r>
    </w:p>
    <w:p>
      <w:r>
        <w:rPr>
          <w:b/>
        </w:rPr>
        <w:t xml:space="preserve">[1:23:50] </w:t>
      </w:r>
      <w:r>
        <w:t>sab ke liye to to ne is ko kaise keh diya ke nahi musalman jo baazu hai wahi</w:t>
      </w:r>
    </w:p>
    <w:p>
      <w:pPr>
        <w:jc w:val="right"/>
      </w:pPr>
      <w:r>
        <w:t>سب کے لیے تو تو نے اس کو کیسے کہہ دیا کہ نہیں مسلمان جو بازو ہے وہی</w:t>
      </w:r>
    </w:p>
    <w:p>
      <w:r>
        <w:rPr>
          <w:b/>
        </w:rPr>
        <w:t xml:space="preserve">[1:23:55] </w:t>
      </w:r>
      <w:r>
        <w:t>chhoo</w:t>
      </w:r>
    </w:p>
    <w:p>
      <w:pPr>
        <w:jc w:val="right"/>
      </w:pPr>
      <w:r>
        <w:t>چھو</w:t>
      </w:r>
    </w:p>
    <w:p>
      <w:r>
        <w:rPr>
          <w:b/>
        </w:rPr>
        <w:t xml:space="preserve">[1:23:55] </w:t>
      </w:r>
      <w:r>
        <w:t>sakta hai is ko nahi doosra nahi chho sakta</w:t>
      </w:r>
    </w:p>
    <w:p>
      <w:pPr>
        <w:jc w:val="right"/>
      </w:pPr>
      <w:r>
        <w:t>سکتا ہے اس کو نہیں دوسرا نہیں چھو سکتا</w:t>
      </w:r>
    </w:p>
    <w:p>
      <w:r>
        <w:rPr>
          <w:b/>
        </w:rPr>
        <w:t xml:space="preserve">[1:23:58] </w:t>
      </w:r>
      <w:r>
        <w:t>khuda pakray tum ne kahan se nikal liya hai kahan tum ne nikal liya hai</w:t>
      </w:r>
    </w:p>
    <w:p>
      <w:pPr>
        <w:jc w:val="right"/>
      </w:pPr>
      <w:r>
        <w:t>خدا پکڑے تم نے کہاں سے نکال لیا ہے کہاں تم نے نکال لیا ہے</w:t>
      </w:r>
    </w:p>
    <w:p>
      <w:r>
        <w:rPr>
          <w:b/>
        </w:rPr>
        <w:t xml:space="preserve">[1:24:05] </w:t>
      </w:r>
      <w:r>
        <w:t>bilashuba quran sab ke liye hai sab ke liye aur aap shart nahi laga sakte ke log jo hain wazu karein tab quran chhooe yeh shart nahi laga sakte aap is tarah ki shart par daao work nahi ho sakta hai bila shart aap ko quran logon ko dena hoga ji haan un ko dua ki jiye aap agar aap chahte hain ke is ko aap</w:t>
      </w:r>
    </w:p>
    <w:p>
      <w:pPr>
        <w:jc w:val="right"/>
      </w:pPr>
      <w:r>
        <w:t>بلاشبہ قران سب کے لیے ہے سب کے لیے اور اپ شرط نہیں لگا سکتے کہ لوگ جو ہیں وضو کریں تب قران چھوئے یہ شرط نہیں لگا سکتے اپ اس طرح کی شرط پر داؤ ورک نہیں ہو سکتا ہے بلا شرط اپ کو قران لوگوں کو دینا ہوگا جی ہاں ان کو دعا کیجئے اپ اگر اپ چاہتے ہیں کہ اس کو اپ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