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Wisdom of Du'a March 31, 2018</w:t>
      </w:r>
    </w:p>
    <w:p>
      <w:r>
        <w:t>https://www.youtube.com/watch?v=Uwre0tNF-yU</w:t>
      </w:r>
    </w:p>
    <w:p>
      <w:r>
        <w:rPr>
          <w:b/>
        </w:rPr>
        <w:t xml:space="preserve">[00:14] </w:t>
      </w:r>
      <w:r>
        <w:t>bismillah ir rehman ir raheem.</w:t>
      </w:r>
    </w:p>
    <w:p>
      <w:pPr>
        <w:jc w:val="right"/>
      </w:pPr>
      <w:r>
        <w:t>بسم اللہ الرحمن الرحیم۔</w:t>
      </w:r>
    </w:p>
    <w:p>
      <w:r>
        <w:rPr>
          <w:b/>
        </w:rPr>
        <w:t xml:space="preserve">[00:23] </w:t>
      </w:r>
      <w:r>
        <w:t>march 21, 31, 2018.</w:t>
      </w:r>
    </w:p>
    <w:p>
      <w:pPr>
        <w:jc w:val="right"/>
      </w:pPr>
      <w:r>
        <w:t>مارچ 21، 31، 2018۔</w:t>
      </w:r>
    </w:p>
    <w:p>
      <w:r>
        <w:rPr>
          <w:b/>
        </w:rPr>
        <w:t xml:space="preserve">[00:38] </w:t>
      </w:r>
      <w:r>
        <w:t>aik hadith hai</w:t>
      </w:r>
    </w:p>
    <w:p>
      <w:pPr>
        <w:jc w:val="right"/>
      </w:pPr>
      <w:r>
        <w:t>ایک حدیث ہے</w:t>
      </w:r>
    </w:p>
    <w:p>
      <w:r>
        <w:rPr>
          <w:b/>
        </w:rPr>
        <w:t xml:space="preserve">[00:43] </w:t>
      </w:r>
      <w:r>
        <w:t>rasool allah ki, jis ko kehte hain hadith qudsi, yani rasool allah ki zaban se allah ki baat.</w:t>
      </w:r>
    </w:p>
    <w:p>
      <w:pPr>
        <w:jc w:val="right"/>
      </w:pPr>
      <w:r>
        <w:t>رسول اللہ کی، جس کو کہتے ہیں حدیث قدسی، یعنی رسول اللہ کی زبان سے اللہ کی بات۔</w:t>
      </w:r>
    </w:p>
    <w:p>
      <w:r>
        <w:rPr>
          <w:b/>
        </w:rPr>
        <w:t xml:space="preserve">[01:00] </w:t>
      </w:r>
      <w:r>
        <w:t>to isi qism ki aik hadith hai. mein bohat dinon se sochta tha is ke baray mein, to aaj mere samnay woh hadith clear hui.</w:t>
      </w:r>
    </w:p>
    <w:p>
      <w:pPr>
        <w:jc w:val="right"/>
      </w:pPr>
      <w:r>
        <w:t>تو اسی قسم کی ایک حدیث ہے۔ میں بہت دنوں سے سوچتا تھا اس کے بارے میں، تو آج میرے سامنے وہ حدیث کلیئر ہوئی۔</w:t>
      </w:r>
    </w:p>
    <w:p>
      <w:r>
        <w:rPr>
          <w:b/>
        </w:rPr>
        <w:t xml:space="preserve">[01:15] </w:t>
      </w:r>
      <w:r>
        <w:t>is liye mein is waqt isi hadith se shuru karta hoon. to aap ko woh hadith sunai jayegi, phir is ka tarjuma inshallah,</w:t>
      </w:r>
    </w:p>
    <w:p>
      <w:pPr>
        <w:jc w:val="right"/>
      </w:pPr>
      <w:r>
        <w:t>اس لیے میں اس وقت اسی حدیث سے شروع کرتا ہوں۔ تو آپ کو وہ حدیث سنائی جائے گی، پھر اس کا ترجمہ انشاءاللہ،</w:t>
      </w:r>
    </w:p>
    <w:p>
      <w:r>
        <w:rPr>
          <w:b/>
        </w:rPr>
        <w:t xml:space="preserve">[01:29] </w:t>
      </w:r>
      <w:r>
        <w:t>phir mein kuch is ke baray mein arz karunga.</w:t>
      </w:r>
    </w:p>
    <w:p>
      <w:pPr>
        <w:jc w:val="right"/>
      </w:pPr>
      <w:r>
        <w:t>پھر میں کچھ اس کے بارے میں عرض کروں گا۔</w:t>
      </w:r>
    </w:p>
    <w:p>
      <w:r>
        <w:rPr>
          <w:b/>
        </w:rPr>
        <w:t xml:space="preserve">[01:32] </w:t>
      </w:r>
      <w:r>
        <w:t>an abi imamah raziallahu anhu qala: qala rasool allah sallallahu alaihi wasallam: "inna allaha azza wajal yaqoolu lil malaikati: intaliqoo ila abdi, fa subboo alaihi al balaa'a subban fayatoonah fayasubboo alaihi al balaa'a,</w:t>
      </w:r>
    </w:p>
    <w:p>
      <w:pPr>
        <w:jc w:val="right"/>
      </w:pPr>
      <w:r>
        <w:t>ان ابھی امامہ رضی اللہ عنہ قال: قال رسول اللہ صلی اللہ علیہ وسلم: "إن الله عز وجل یقول للملائکہ: انطلقوا إلى عبدي، فصبوا علیہ البلاء صبا فیأتونہ فیسبون علیہ البلاء،</w:t>
      </w:r>
    </w:p>
    <w:p>
      <w:r>
        <w:rPr>
          <w:b/>
        </w:rPr>
        <w:t xml:space="preserve">[01:50] </w:t>
      </w:r>
      <w:r>
        <w:t>fayaḥmadu allaha, fayarji'oona fayaqooloona: ya rabbana sabbabna alaihi al balaa'a subban kama amartana".</w:t>
      </w:r>
    </w:p>
    <w:p>
      <w:pPr>
        <w:jc w:val="right"/>
      </w:pPr>
      <w:r>
        <w:t>فیحمد اللہ، فيرجعون فیقولون: یا ربنا سببنا علیہ البلاء صبا کما امرتنا"۔</w:t>
      </w:r>
    </w:p>
    <w:p>
      <w:r>
        <w:rPr>
          <w:b/>
        </w:rPr>
        <w:t xml:space="preserve">[02:00] </w:t>
      </w:r>
      <w:r>
        <w:t>fayaqoolu: "irji'oo fa inni uhibbu an asmaa'a sawtah" Abu imamah raziallahu anhu se riwayat hai ke rasool allah sallallahu alaihi wasallam ne farmaya: "allah ta'ala malaikah se kehta hai:</w:t>
      </w:r>
    </w:p>
    <w:p>
      <w:pPr>
        <w:jc w:val="right"/>
      </w:pPr>
      <w:r>
        <w:t>فيقول: "ارجعوا فإني أحب أن أسمع صوته"۔ ابو امامہ رضی اللہ عنہ سے روایت ہے کہ رسول اللہ صلی اللہ علیہ وسلم نے فرمایا: "اللہ تعالی ملائکہ سے کہتا ہے:</w:t>
      </w:r>
    </w:p>
    <w:p>
      <w:r>
        <w:rPr>
          <w:b/>
        </w:rPr>
        <w:t xml:space="preserve">[02:16] </w:t>
      </w:r>
      <w:r>
        <w:t>mere falan bande ke paas jao aur is par khoob museebat dalo". farishtay is ke paas aate hain aur is par museebat dalte hain, to woh banda Alhamdulillah kehta hai.</w:t>
      </w:r>
    </w:p>
    <w:p>
      <w:pPr>
        <w:jc w:val="right"/>
      </w:pPr>
      <w:r>
        <w:t>میرے فلاں بندے کے پاس جاؤ اور اس پر خوب مصیبت ڈالو"۔ فرشتے اس کے پاس آتے ہیں اور اس پر مصیبت ڈالتے ہیں، تو وہ بندہ الحمدللہ کہتا ہے۔</w:t>
      </w:r>
    </w:p>
    <w:p>
      <w:r>
        <w:rPr>
          <w:b/>
        </w:rPr>
        <w:t xml:space="preserve">[02:29] </w:t>
      </w:r>
      <w:r>
        <w:t>farishtay laut kar jaate hain aur kehte hain: "ae hamare r</w:t>
      </w:r>
    </w:p>
    <w:p>
      <w:pPr>
        <w:jc w:val="right"/>
      </w:pPr>
      <w:r>
        <w:t>فرشتے لوٹ کر جاتے ہیں اور کہتے ہیں: "اے ہمارے ر</w:t>
      </w:r>
    </w:p>
    <w:p>
      <w:r>
        <w:rPr>
          <w:b/>
        </w:rPr>
        <w:t xml:space="preserve">[02:33] </w:t>
      </w:r>
      <w:r>
        <w:t>ab! hum ne is par khoob museebat dali jaisa tu ne hukum diya". allah kehta hai: "laut jao, kyunke mein pasand karta hoon ke mein is ki awaz ko sunoon".</w:t>
      </w:r>
    </w:p>
    <w:p>
      <w:pPr>
        <w:jc w:val="right"/>
      </w:pPr>
      <w:r>
        <w:t>ب! ہم نے اس پر خوب مصیبت ڈالی جیسا تو نے حکم دیا"۔ اللہ کہتا ہے: "لوٹ جاؤ، کیونکہ میں پسند کرتا ہوں کہ میں اس کی آواز کو سنوں"۔</w:t>
      </w:r>
    </w:p>
    <w:p>
      <w:r>
        <w:rPr>
          <w:b/>
        </w:rPr>
        <w:t xml:space="preserve">[02:46] </w:t>
      </w:r>
      <w:r>
        <w:t>al mu'jam al kabeer lit tabarani, hadith number 7697.</w:t>
      </w:r>
    </w:p>
    <w:p>
      <w:pPr>
        <w:jc w:val="right"/>
      </w:pPr>
      <w:r>
        <w:t>المعجم الکبیر للطبرانی، حدیث نمبر 7697۔</w:t>
      </w:r>
    </w:p>
    <w:p>
      <w:r>
        <w:rPr>
          <w:b/>
        </w:rPr>
        <w:t xml:space="preserve">[02:54] </w:t>
      </w:r>
      <w:r>
        <w:t>dekhiye, hadithon ko samajhne ke liye aik buniyadi baat yeh zehn mein rakhiye ke</w:t>
      </w:r>
    </w:p>
    <w:p>
      <w:pPr>
        <w:jc w:val="right"/>
      </w:pPr>
      <w:r>
        <w:t>دیکھیے، حدیثوں کو سمجھنے کے لیے ایک بنیادی بات یہ ذہن میں رکھیے کہ</w:t>
      </w:r>
    </w:p>
    <w:p>
      <w:r>
        <w:rPr>
          <w:b/>
        </w:rPr>
        <w:t xml:space="preserve">[03:08] </w:t>
      </w:r>
      <w:r>
        <w:t>is ka asal matlab lafzon mein nahi hota,</w:t>
      </w:r>
    </w:p>
    <w:p>
      <w:pPr>
        <w:jc w:val="right"/>
      </w:pPr>
      <w:r>
        <w:t>اس کا اصل مطلب لفظوں میں نہیں ہوتا،</w:t>
      </w:r>
    </w:p>
    <w:p>
      <w:r>
        <w:rPr>
          <w:b/>
        </w:rPr>
        <w:t xml:space="preserve">[03:16] </w:t>
      </w:r>
      <w:r>
        <w:t>ghor karne mein hota hai. yani tarjuma kar ke aap is ko nahi samajh sakte, soch kar ke samajh sakte hain.</w:t>
      </w:r>
    </w:p>
    <w:p>
      <w:pPr>
        <w:jc w:val="right"/>
      </w:pPr>
      <w:r>
        <w:t>غور کرنے میں ہوتا ہے۔ یعنی ترجمہ کر کے آپ اس کو نہیں سمجھ سکتے، سوچ کر کے سمجھ سکتے ہیں۔</w:t>
      </w:r>
    </w:p>
    <w:p>
      <w:r>
        <w:rPr>
          <w:b/>
        </w:rPr>
        <w:t xml:space="preserve">[03:28] </w:t>
      </w:r>
      <w:r>
        <w:t>to dekhiye, is hadith mein kaha gaya hai ke allah farishton se kehta hai ke mere falan bande ke paas jao aur is par museebatein dalo.</w:t>
      </w:r>
    </w:p>
    <w:p>
      <w:pPr>
        <w:jc w:val="right"/>
      </w:pPr>
      <w:r>
        <w:t>تو دیکھیے، اس حدیث میں کہا گیا ہے کہ اللہ فرشتوں سے کہتا ہے کہ میرے فلاں بندے کے پاس جاؤ اور اس پر مصیبتیں ڈالو۔</w:t>
      </w:r>
    </w:p>
    <w:p>
      <w:r>
        <w:rPr>
          <w:b/>
        </w:rPr>
        <w:t xml:space="preserve">[03:45] </w:t>
      </w:r>
      <w:r>
        <w:t>to farishtay aisa karte hain. to bande ka response kya hota hai? banda response yeh hota hai ke woh museebaton mein parh kar Alhamdulillah kehta hai aur kehta rehta hai.</w:t>
      </w:r>
    </w:p>
    <w:p>
      <w:pPr>
        <w:jc w:val="right"/>
      </w:pPr>
      <w:r>
        <w:t>تو فرشتے ایسا کرتے ہیں۔ تو بندے کا رسپانس کیا ہوتا ہے؟ بندہ رسپانس یہ ہوتا ہے کہ وہ مصیبتوں میں پڑھ کر الحمدللہ کہتا ہے اور کہتا رہتا ہے۔</w:t>
      </w:r>
    </w:p>
    <w:p>
      <w:r>
        <w:rPr>
          <w:b/>
        </w:rPr>
        <w:t xml:space="preserve">[04:12] </w:t>
      </w:r>
      <w:r>
        <w:t>yahan Alhamdulillah ka matlab kya hai, yeh samajhna hai. aur doosri baat yeh ke allah farishton, farishtay jab batate hain aa kar ke ke hum ne is par museebat dali to</w:t>
      </w:r>
    </w:p>
    <w:p>
      <w:pPr>
        <w:jc w:val="right"/>
      </w:pPr>
      <w:r>
        <w:t>یہاں الحمدللہ کا مطلب کیا ہے، یہ سمجھنا ہے۔ اور دوسری بات یہ کہ اللہ فرشتوں، فرشتے جب بتاتے ہیں آ کر کے کہ ہم نے اس پر مصیبت ڈالی تو</w:t>
      </w:r>
    </w:p>
    <w:p>
      <w:r>
        <w:rPr>
          <w:b/>
        </w:rPr>
        <w:t xml:space="preserve">[04:28] </w:t>
      </w:r>
      <w:r>
        <w:t>bande ne Alhamdulillah kaha</w:t>
      </w:r>
    </w:p>
    <w:p>
      <w:pPr>
        <w:jc w:val="right"/>
      </w:pPr>
      <w:r>
        <w:t>بندے نے الحمدللہ کہا</w:t>
      </w:r>
    </w:p>
    <w:p>
      <w:r>
        <w:rPr>
          <w:b/>
        </w:rPr>
        <w:t xml:space="preserve">[04:33] </w:t>
      </w:r>
      <w:r>
        <w:t>to khuda kehta hai ke aur is par museebat dalte raho, jaldi mat karo is ki hajat ko poora karne mein.</w:t>
      </w:r>
    </w:p>
    <w:p>
      <w:pPr>
        <w:jc w:val="right"/>
      </w:pPr>
      <w:r>
        <w:t>تو خدا کہتا ہے کہ اور اس پر مصیبت ڈالتے رہو، جلدی مت کرو اس کی حاجت کو پورا کرنے میں۔</w:t>
      </w:r>
    </w:p>
    <w:p>
      <w:r>
        <w:rPr>
          <w:b/>
        </w:rPr>
        <w:t xml:space="preserve">[04:46] </w:t>
      </w:r>
      <w:r>
        <w:t>to yeh bhi sochne ki baat hai ke is ka matlab kya hai. to dekhiye, museebat par Alhamdulillah kehna woh nahi jaise aaj kal musalman bar bar Alhamdulillah Alhamdulillah karte hain,</w:t>
      </w:r>
    </w:p>
    <w:p>
      <w:pPr>
        <w:jc w:val="right"/>
      </w:pPr>
      <w:r>
        <w:t>تو یہ بھی سوچنے کی بات ہے کہ اس کا مطلب کیا ہے۔ تو دیکھیے، مصیبت پر الحمدللہ کہنا وہ نہیں جیسے آج کل مسلمان بار بار الحمدللہ الحمدللہ کرتے ہیں،</w:t>
      </w:r>
    </w:p>
    <w:p>
      <w:r>
        <w:rPr>
          <w:b/>
        </w:rPr>
        <w:t xml:space="preserve">[05:05] </w:t>
      </w:r>
      <w:r>
        <w:t>woh kuch nahi, nothing hai. nahi, Alhamdulillah ka matlab hai positive response dena.</w:t>
      </w:r>
    </w:p>
    <w:p>
      <w:pPr>
        <w:jc w:val="right"/>
      </w:pPr>
      <w:r>
        <w:t>وہ کچھ نہیں، نتھنگ ہے۔ نہیں، الحمدللہ کا مطلب ہے پازیٹیو رسپانس دینا۔</w:t>
      </w:r>
    </w:p>
    <w:p>
      <w:r>
        <w:rPr>
          <w:b/>
        </w:rPr>
        <w:t xml:space="preserve">[05:17] </w:t>
      </w:r>
      <w:r>
        <w:t>positive response dena. positive response kya hai? is mein jo hikmat hai, is museebat mein jo hikmat hai, is mein jo wisdom hai,</w:t>
      </w:r>
    </w:p>
    <w:p>
      <w:pPr>
        <w:jc w:val="right"/>
      </w:pPr>
      <w:r>
        <w:t>پازیٹیو رسپانس دینا۔ پازیٹیو رسپانس کیا ہے؟ اس میں جو حکمت ہے، اس مصیبت میں جو حکمت ہے، اس میں جو وزڈم ہے،</w:t>
      </w:r>
    </w:p>
    <w:p>
      <w:r>
        <w:rPr>
          <w:b/>
        </w:rPr>
        <w:t xml:space="preserve">[05:34] </w:t>
      </w:r>
      <w:r>
        <w:t>is ko discover karna.</w:t>
      </w:r>
    </w:p>
    <w:p>
      <w:pPr>
        <w:jc w:val="right"/>
      </w:pPr>
      <w:r>
        <w:t>اس کو ڈسکور کرنا۔</w:t>
      </w:r>
    </w:p>
    <w:p>
      <w:r>
        <w:rPr>
          <w:b/>
        </w:rPr>
        <w:t xml:space="preserve">[05:39] </w:t>
      </w:r>
      <w:r>
        <w:t>aur der karne ka matlab kya hai?</w:t>
      </w:r>
    </w:p>
    <w:p>
      <w:pPr>
        <w:jc w:val="right"/>
      </w:pPr>
      <w:r>
        <w:t>اور دیر کرنے کا مطلب کیا ہے؟</w:t>
      </w:r>
    </w:p>
    <w:p>
      <w:r>
        <w:rPr>
          <w:b/>
        </w:rPr>
        <w:t xml:space="preserve">[05:44] </w:t>
      </w:r>
      <w:r>
        <w:t>der karne ka matlab kya hai ke jab tak banda wisdom ko discover karta rehta hai, kyunke wisdom ek nahi hoti, wisdom to bohat hoti hai.</w:t>
      </w:r>
    </w:p>
    <w:p>
      <w:pPr>
        <w:jc w:val="right"/>
      </w:pPr>
      <w:r>
        <w:t>دیر کرنے کا مطلب کیا ہے کہ جب تک بندہ وزڈم کو ڈسکور کرتا رہتا ہے، کیونکہ وزڈم ایک نہیں ہوتی، وزڈم تو بہت ہوتی ہے۔</w:t>
      </w:r>
    </w:p>
    <w:p>
      <w:r>
        <w:rPr>
          <w:b/>
        </w:rPr>
        <w:t xml:space="preserve">[05:58] </w:t>
      </w:r>
      <w:r>
        <w:t>to banda jab tak</w:t>
      </w:r>
    </w:p>
    <w:p>
      <w:pPr>
        <w:jc w:val="right"/>
      </w:pPr>
      <w:r>
        <w:t>تو بندہ جب تک</w:t>
      </w:r>
    </w:p>
    <w:p>
      <w:r>
        <w:rPr>
          <w:b/>
        </w:rPr>
        <w:t xml:space="preserve">[06:04] </w:t>
      </w:r>
      <w:r>
        <w:t>is ka saboot deta hai ke us ki discovery of wisdom abhi jaari hai, abhi jaari hai, abhi jaari hai, naya aspect, naya aspect woh discover kar raha hai,</w:t>
      </w:r>
    </w:p>
    <w:p>
      <w:pPr>
        <w:jc w:val="right"/>
      </w:pPr>
      <w:r>
        <w:t>اس کا ثبوت دیتا ہے کہ اس کی ڈسکوری آف وزڈم ابھی جاری ہے، ابھی جاری ہے، ابھی جاری ہے، نیا اسپیکٹ، نیا اسپیکٹ وہ ڈسکور کر رہا ہے،</w:t>
      </w:r>
    </w:p>
    <w:p>
      <w:r>
        <w:rPr>
          <w:b/>
        </w:rPr>
        <w:t xml:space="preserve">[06:19] </w:t>
      </w:r>
      <w:r>
        <w:t>to us ki museebat khatam nahi jaati.</w:t>
      </w:r>
    </w:p>
    <w:p>
      <w:pPr>
        <w:jc w:val="right"/>
      </w:pPr>
      <w:r>
        <w:t>تو اس کی مصیبت ختم نہیں جاتی۔</w:t>
      </w:r>
    </w:p>
    <w:p>
      <w:r>
        <w:rPr>
          <w:b/>
        </w:rPr>
        <w:t xml:space="preserve">[06:26] </w:t>
      </w:r>
      <w:r>
        <w:t>is ka matlab yeh hai ke Allah ke haan dekha jaata hai sach, jis ko kehte hain saturation point.</w:t>
      </w:r>
    </w:p>
    <w:p>
      <w:pPr>
        <w:jc w:val="right"/>
      </w:pPr>
      <w:r>
        <w:t>اس کا مطلب یہ ہے کہ اللہ کے ہاں دیکھا جاتا ہے سچ، جس کو کہتے ہیں سیچوریشن پوائنٹ۔</w:t>
      </w:r>
    </w:p>
    <w:p>
      <w:r>
        <w:rPr>
          <w:b/>
        </w:rPr>
        <w:t xml:space="preserve">[06:37] </w:t>
      </w:r>
      <w:r>
        <w:t>saturation point. Yaani bande par jo museebat pari aur us se us ne positive response diya to dekha jaata hai ke kab us ke response ka saturation point aa gaya.</w:t>
      </w:r>
    </w:p>
    <w:p>
      <w:pPr>
        <w:jc w:val="right"/>
      </w:pPr>
      <w:r>
        <w:t>سیچوریشن پوائنٹ۔ یعنی بندے پر جو مصیبت پڑی اور اس سے اس نے پازیٹیو رسپانس دیا تو دیکھا جاتا ہے کہ کب اس کے رسپانس کا سیچوریشن پوائنٹ آ گیا۔</w:t>
      </w:r>
    </w:p>
    <w:p>
      <w:r>
        <w:rPr>
          <w:b/>
        </w:rPr>
        <w:t xml:space="preserve">[06:59] </w:t>
      </w:r>
      <w:r>
        <w:t>saturation point aa gaya, tab us ko khatam kiya jaata hai. Agar saturation point na aaye, na aaye, jaari rahe, jaari rahe to yaad rakhiye,</w:t>
      </w:r>
    </w:p>
    <w:p>
      <w:pPr>
        <w:jc w:val="right"/>
      </w:pPr>
      <w:r>
        <w:t>سیچوریشن پوائنٹ آ گیا، تب اس کو ختم کیا جاتا ہے۔ اگر سیچوریشن پوائنٹ نہ آئے، نہ آئے، جاری رہے، جاری رہے تو یاد رکھیے،</w:t>
      </w:r>
    </w:p>
    <w:p>
      <w:r>
        <w:rPr>
          <w:b/>
        </w:rPr>
        <w:t xml:space="preserve">[07:14] </w:t>
      </w:r>
      <w:r>
        <w:t>aakhir waqt tak museebat baqi rahegi, museebat khatam hi nahi hogi.</w:t>
      </w:r>
    </w:p>
    <w:p>
      <w:pPr>
        <w:jc w:val="right"/>
      </w:pPr>
      <w:r>
        <w:t>آخر وقت تک مصیبت باقی رہے گی، مصیبت ختم ہی نہیں ہوگی۔</w:t>
      </w:r>
    </w:p>
    <w:p>
      <w:r>
        <w:rPr>
          <w:b/>
        </w:rPr>
        <w:t xml:space="preserve">[07:24] </w:t>
      </w:r>
      <w:r>
        <w:t>agar saturation point aa gaya, tab to museebat khatam. Agar saturation point nahi aaya to museebat jaari rahegi taake bande ka jo personality development hai,</w:t>
      </w:r>
    </w:p>
    <w:p>
      <w:pPr>
        <w:jc w:val="right"/>
      </w:pPr>
      <w:r>
        <w:t>اگر سیچوریشن پوائنٹ آ گیا، تب تو مصیبت ختم۔ اگر سیچوریشن پوائنٹ نہیں آیا تو مصیبت جاری رہے گی تاکہ بندے کا جو پرسنیلٹی ڈیویلپمنٹ ہے،</w:t>
      </w:r>
    </w:p>
    <w:p>
      <w:r>
        <w:rPr>
          <w:b/>
        </w:rPr>
        <w:t xml:space="preserve">[07:40] </w:t>
      </w:r>
      <w:r>
        <w:t>woh aur aur zyada ho, aur zyada ho.</w:t>
      </w:r>
    </w:p>
    <w:p>
      <w:pPr>
        <w:jc w:val="right"/>
      </w:pPr>
      <w:r>
        <w:t>وہ اور اور زیادہ ہو، اور زیادہ ہو۔</w:t>
      </w:r>
    </w:p>
    <w:p>
      <w:r>
        <w:rPr>
          <w:b/>
        </w:rPr>
        <w:t xml:space="preserve">[07:46] </w:t>
      </w:r>
      <w:r>
        <w:t>yeh bohat anokha maamla hai.</w:t>
      </w:r>
    </w:p>
    <w:p>
      <w:pPr>
        <w:jc w:val="right"/>
      </w:pPr>
      <w:r>
        <w:t>یہ بہت انوکھا معاملہ ہے۔</w:t>
      </w:r>
    </w:p>
    <w:p>
      <w:r>
        <w:rPr>
          <w:b/>
        </w:rPr>
        <w:t xml:space="preserve">[07:53] </w:t>
      </w:r>
      <w:r>
        <w:t>to dekhiye, asal cheez kya hai? Asal cheez ke yeh learning jo hai, learning of wisdom, is ki koi had nahi hai.</w:t>
      </w:r>
    </w:p>
    <w:p>
      <w:pPr>
        <w:jc w:val="right"/>
      </w:pPr>
      <w:r>
        <w:t>تو دیکھیے، اصل چیز کیا ہے؟ اصل چیز کہ یہ لرننگ جو ہے، لرننگ آف وزڈم، اس کی کوئی حد نہیں ہے۔</w:t>
      </w:r>
    </w:p>
    <w:p>
      <w:r>
        <w:rPr>
          <w:b/>
        </w:rPr>
        <w:t xml:space="preserve">[08:10] </w:t>
      </w:r>
      <w:r>
        <w:t>sky is the limit.</w:t>
      </w:r>
    </w:p>
    <w:p>
      <w:pPr>
        <w:jc w:val="right"/>
      </w:pPr>
      <w:r>
        <w:t>اسکائی از دا لیمٹ۔</w:t>
      </w:r>
    </w:p>
    <w:p>
      <w:r>
        <w:rPr>
          <w:b/>
        </w:rPr>
        <w:t xml:space="preserve">[08:15] </w:t>
      </w:r>
      <w:r>
        <w:t>learning ki koi had nahi hai.</w:t>
      </w:r>
    </w:p>
    <w:p>
      <w:pPr>
        <w:jc w:val="right"/>
      </w:pPr>
      <w:r>
        <w:t>لرننگ کی کوئی حد نہیں ہے۔</w:t>
      </w:r>
    </w:p>
    <w:p>
      <w:r>
        <w:rPr>
          <w:b/>
        </w:rPr>
        <w:t xml:space="preserve">[08:20] </w:t>
      </w:r>
      <w:r>
        <w:t>to yeh bhi aap jaante hain ke death par khatam ho jaati hai learning. Death aayi to learning khatam.</w:t>
      </w:r>
    </w:p>
    <w:p>
      <w:pPr>
        <w:jc w:val="right"/>
      </w:pPr>
      <w:r>
        <w:t>تو یہ بھی آپ جانتے ہیں کہ ڈیتھ پر ختم ہو جاتی ہے لرننگ۔ ڈیتھ آئی تو لرننگ ختم۔</w:t>
      </w:r>
    </w:p>
    <w:p>
      <w:r>
        <w:rPr>
          <w:b/>
        </w:rPr>
        <w:t xml:space="preserve">[08:36] </w:t>
      </w:r>
      <w:r>
        <w:t>to aisa nahi ho sakta ke kisi ki learning jaari hai, us ka personality development continue hai, phir bhi us ko mauqa khatam kar diya jaaye, kyunke museebat to mauqa hai,</w:t>
      </w:r>
    </w:p>
    <w:p>
      <w:pPr>
        <w:jc w:val="right"/>
      </w:pPr>
      <w:r>
        <w:t>تو ایسا نہیں ہو سکتا کہ کسی کی لرننگ جاری ہے، اس کا پرسنیلٹی ڈیویلپمنٹ کنٹینیو ہے، پھر بھی اس کو موقع ختم کر دیا جائے، کیونکہ مصیبت تو موقع ہے،</w:t>
      </w:r>
    </w:p>
    <w:p>
      <w:r>
        <w:rPr>
          <w:b/>
        </w:rPr>
        <w:t xml:space="preserve">[08:57] </w:t>
      </w:r>
      <w:r>
        <w:t>opportunity hai.</w:t>
      </w:r>
    </w:p>
    <w:p>
      <w:pPr>
        <w:jc w:val="right"/>
      </w:pPr>
      <w:r>
        <w:t>اپرچونیٹی ہے۔</w:t>
      </w:r>
    </w:p>
    <w:p>
      <w:r>
        <w:rPr>
          <w:b/>
        </w:rPr>
        <w:t xml:space="preserve">[09:01] </w:t>
      </w:r>
      <w:r>
        <w:t>to</w:t>
      </w:r>
    </w:p>
    <w:p>
      <w:pPr>
        <w:jc w:val="right"/>
      </w:pPr>
      <w:r>
        <w:t>تو</w:t>
      </w:r>
    </w:p>
    <w:p>
      <w:r>
        <w:rPr>
          <w:b/>
        </w:rPr>
        <w:t xml:space="preserve">[09:05] </w:t>
      </w:r>
      <w:r>
        <w:t>is hadees mein ek bohat bada message hai, woh yeh hai ke agar koi banda, us ki niyat achi hai, woh saleh hai,</w:t>
      </w:r>
    </w:p>
    <w:p>
      <w:pPr>
        <w:jc w:val="right"/>
      </w:pPr>
      <w:r>
        <w:t>اس حدیث میں ایک بہت بڑا میسج ہے، وہ یہ ہے کہ اگر کوئی بندہ، اس کی نیت اچھی ہے، وہ صالح ہے،</w:t>
      </w:r>
    </w:p>
    <w:p>
      <w:r>
        <w:rPr>
          <w:b/>
        </w:rPr>
        <w:t xml:space="preserve">[09:24] </w:t>
      </w:r>
      <w:r>
        <w:t>pious hai, lekin woh dua kar raha hai, lekin us ki museebat khatam nahi ho rahi hai, to yeh bande ko chahiye ke woh positive way mein soche.</w:t>
      </w:r>
    </w:p>
    <w:p>
      <w:pPr>
        <w:jc w:val="right"/>
      </w:pPr>
      <w:r>
        <w:t>پائس ہے، لیکن وہ دعا کر رہا ہے، لیکن اس کی مصیبت ختم نہیں ہو رہی ہے، تو یہ بندے کو چاہیے کہ وہ پازیٹیو وے میں سوچے۔</w:t>
      </w:r>
    </w:p>
    <w:p>
      <w:r>
        <w:rPr>
          <w:b/>
        </w:rPr>
        <w:t xml:space="preserve">[09:46] </w:t>
      </w:r>
      <w:r>
        <w:t>yaani woh yeh soche ke shayad abhi kuch aur wisdom baqi hai jo Allah Rabbul Aalameen chahta hai ke main is wisdom tak bhi pahunch jaaun.</w:t>
      </w:r>
    </w:p>
    <w:p>
      <w:pPr>
        <w:jc w:val="right"/>
      </w:pPr>
      <w:r>
        <w:t>یعنی وہ یہ سوچے کہ شاید ابھی کچھ اور وزڈم باقی ہے جو اللہ رب العالمین چاہتا ہے کہ میں اس وزڈم تک بھی پہنچ جاؤں۔</w:t>
      </w:r>
    </w:p>
    <w:p>
      <w:r>
        <w:rPr>
          <w:b/>
        </w:rPr>
        <w:t xml:space="preserve">[10:04] </w:t>
      </w:r>
      <w:r>
        <w:t>yaani kuch wisdom to main ne le li hai, koi learning to main ne le li hai, lekin abhi kuch aur learning abhi baqi hai, baqi hai.</w:t>
      </w:r>
    </w:p>
    <w:p>
      <w:pPr>
        <w:jc w:val="right"/>
      </w:pPr>
      <w:r>
        <w:t>یعنی کچھ وزڈم تو میں نے لے لی ہے، کوئی لرننگ تو میں نے لے لی ہے، لیکن ابھی کچھ اور لرننگ ابھی باقی ہے، باقی ہے۔</w:t>
      </w:r>
    </w:p>
    <w:p>
      <w:r>
        <w:rPr>
          <w:b/>
        </w:rPr>
        <w:t xml:space="preserve">[10:20] </w:t>
      </w:r>
      <w:r>
        <w:t>to bande ko yeh kehna chahiye ke Khuda hamein sabr ki tofeeq de.</w:t>
      </w:r>
    </w:p>
    <w:p>
      <w:pPr>
        <w:jc w:val="right"/>
      </w:pPr>
      <w:r>
        <w:t>تو بندے کو یہ کہنا چاہیے کہ خدا ہمیں صبر کی توفیق دے۔</w:t>
      </w:r>
    </w:p>
    <w:p>
      <w:r>
        <w:rPr>
          <w:b/>
        </w:rPr>
        <w:t xml:space="preserve">[10:30] </w:t>
      </w:r>
      <w:r>
        <w:t>yani mayusi mein nahi padna chahiye,</w:t>
      </w:r>
    </w:p>
    <w:p>
      <w:pPr>
        <w:jc w:val="right"/>
      </w:pPr>
      <w:r>
        <w:t>یعنی مایوسی میں نہیں پڑنا چاہیے،</w:t>
      </w:r>
    </w:p>
    <w:p>
      <w:r>
        <w:rPr>
          <w:b/>
        </w:rPr>
        <w:t xml:space="preserve">[10:37] </w:t>
      </w:r>
      <w:r>
        <w:t>frustration mein nahi padna chahiye.</w:t>
      </w:r>
    </w:p>
    <w:p>
      <w:pPr>
        <w:jc w:val="right"/>
      </w:pPr>
      <w:r>
        <w:t>فرسٹریشن میں نہیں پڑنا چاہیے۔</w:t>
      </w:r>
    </w:p>
    <w:p>
      <w:r>
        <w:rPr>
          <w:b/>
        </w:rPr>
        <w:t xml:space="preserve">[10:43] </w:t>
      </w:r>
      <w:r>
        <w:t>dekhiye, ek ayat hai ghaliban surah yusuf mein, yani peghambar aur un ke sathi dono par musibat pesh aa rahi hai, woh dua kar rahe hain, dua kar rahe hain, dua kar rahe hain.</w:t>
      </w:r>
    </w:p>
    <w:p>
      <w:pPr>
        <w:jc w:val="right"/>
      </w:pPr>
      <w:r>
        <w:t>دیکھیے، ایک آیت ہے غالباً سورہ یوسف میں، یعنی پیغمبر اور ان کے ساتھی دونوں پر مصیبت پیش آ رہی ہے، وہ دعا کر رہے ہیں، دعا کر رہے ہیں، دعا کر رہے ہیں۔</w:t>
      </w:r>
    </w:p>
    <w:p>
      <w:r>
        <w:rPr>
          <w:b/>
        </w:rPr>
        <w:t xml:space="preserve">[11:01] </w:t>
      </w:r>
      <w:r>
        <w:t>to ayat hai ke hatta hazrat rasool jab rasool mayus ho gaye, yeh bari ajib baat thi.</w:t>
      </w:r>
    </w:p>
    <w:p>
      <w:pPr>
        <w:jc w:val="right"/>
      </w:pPr>
      <w:r>
        <w:t>تو آیت ہے کہ حتیٰ حضرت رسول جب رسول مایوس ہو گئے، یہ بڑی عجیب بات تھی۔</w:t>
      </w:r>
    </w:p>
    <w:p>
      <w:r>
        <w:rPr>
          <w:b/>
        </w:rPr>
        <w:t xml:space="preserve">[11:12] </w:t>
      </w:r>
      <w:r>
        <w:t>padhiye, ek ayat padhiye.</w:t>
      </w:r>
    </w:p>
    <w:p>
      <w:pPr>
        <w:jc w:val="right"/>
      </w:pPr>
      <w:r>
        <w:t>پڑھیے، ایک آیت پڑھیے۔</w:t>
      </w:r>
    </w:p>
    <w:p>
      <w:r>
        <w:rPr>
          <w:b/>
        </w:rPr>
        <w:t xml:space="preserve">[11:15] </w:t>
      </w:r>
      <w:r>
        <w:t>bismillah rahman rahim. hatta rasool innahum qad kazab jan nasruna. dekhiye, is ka tarjuma yeh hai ke yahan tak ke peghambar aur un ke sathi mayus ho gaye,</w:t>
      </w:r>
    </w:p>
    <w:p>
      <w:pPr>
        <w:jc w:val="right"/>
      </w:pPr>
      <w:r>
        <w:t>بسم اللہ الرحمن الرحیم۔ حتیٰ رسول انہم قد کذب جا نصرنا۔ دیکھیے، اس کا ترجمہ یہ ہے کہ یہاں تک کہ پیغمبر اور ان کے ساتھی مایوس ہو گئے،</w:t>
      </w:r>
    </w:p>
    <w:p>
      <w:r>
        <w:rPr>
          <w:b/>
        </w:rPr>
        <w:t xml:space="preserve">[11:35] </w:t>
      </w:r>
      <w:r>
        <w:t>peghambar aur un ke sathi mayus ho gaye to madad aa gayi. dekhiye, hamare mufassireen ko bohat is mein ishkal hua hai ke peghambar aur un ke sathi mayus ho gaye.</w:t>
      </w:r>
    </w:p>
    <w:p>
      <w:pPr>
        <w:jc w:val="right"/>
      </w:pPr>
      <w:r>
        <w:t>پیغمبر اور ان کے ساتھی مایوس ہو گئے تو مدد آ گئی۔ دیکھیے، ہمارے مفسرین کو بہت اس میں اشکال ہوا ہے کہ پیغمبر اور ان کے ساتھی مایوس ہو گئے۔</w:t>
      </w:r>
    </w:p>
    <w:p>
      <w:r>
        <w:rPr>
          <w:b/>
        </w:rPr>
        <w:t xml:space="preserve">[11:49] </w:t>
      </w:r>
      <w:r>
        <w:t>yeh bilkul it is but natural, natural</w:t>
      </w:r>
    </w:p>
    <w:p>
      <w:pPr>
        <w:jc w:val="right"/>
      </w:pPr>
      <w:r>
        <w:t>یہ بالکل اٹ از بٹ نیچرل، نیچرل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