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Darkness at Noon May 11, 2008 Maulana Wahiduddin Khan</w:t>
      </w:r>
    </w:p>
    <w:p>
      <w:r>
        <w:t>https://www.youtube.com/watch?v=dHDBJ60V6J8</w:t>
      </w:r>
    </w:p>
    <w:p>
      <w:r>
        <w:rPr>
          <w:b/>
        </w:rPr>
        <w:t xml:space="preserve">[00:13]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[00:28] </w:t>
      </w:r>
      <w:r>
        <w:t>aaj ki baat ka jo title hai woh hai</w:t>
      </w:r>
    </w:p>
    <w:p>
      <w:pPr>
        <w:jc w:val="right"/>
      </w:pPr>
      <w:r>
        <w:t>آج کی بات کا جو ٹائٹل ہے وہ ہے</w:t>
      </w:r>
    </w:p>
    <w:p>
      <w:r>
        <w:rPr>
          <w:b/>
        </w:rPr>
        <w:t xml:space="preserve">[00:39] </w:t>
      </w:r>
      <w:r>
        <w:t>"Darkness at Noon".</w:t>
      </w:r>
    </w:p>
    <w:p>
      <w:pPr>
        <w:jc w:val="right"/>
      </w:pPr>
      <w:r>
        <w:t>"Darkness at Noon"۔</w:t>
      </w:r>
    </w:p>
    <w:p>
      <w:r>
        <w:rPr>
          <w:b/>
        </w:rPr>
        <w:t xml:space="preserve">[00:50] </w:t>
      </w:r>
      <w:r>
        <w:t>dopahar ki roshni mein tareeki. yeh title maine liya hai ek kitab se.</w:t>
      </w:r>
    </w:p>
    <w:p>
      <w:pPr>
        <w:jc w:val="right"/>
      </w:pPr>
      <w:r>
        <w:t>دوپہر کی روشنی میں تاریکی۔ یہ ٹائٹل میں نے لیا ہے ایک کتاب سے۔</w:t>
      </w:r>
    </w:p>
    <w:p>
      <w:r>
        <w:rPr>
          <w:b/>
        </w:rPr>
        <w:t xml:space="preserve">[01:03] </w:t>
      </w:r>
      <w:r>
        <w:t>Arthur Koestler ek British writer tha jis ki death 1983 mein hui, jab ke woh 77 saal ka tha.</w:t>
      </w:r>
    </w:p>
    <w:p>
      <w:pPr>
        <w:jc w:val="right"/>
      </w:pPr>
      <w:r>
        <w:t>آرتھر کوئسٹر ایک برٹش رائٹر تھا جس کی ڈیتھ 1983 میں ہوئی، جب کہ وہ 77 سال کا تھا۔</w:t>
      </w:r>
    </w:p>
    <w:p>
      <w:r>
        <w:rPr>
          <w:b/>
        </w:rPr>
        <w:t xml:space="preserve">[01:20] </w:t>
      </w:r>
      <w:r>
        <w:t>to is ki yeh kitab hai "Darkness at Noon". yeh haqeeqat mein novel ke style mein hai.</w:t>
      </w:r>
    </w:p>
    <w:p>
      <w:pPr>
        <w:jc w:val="right"/>
      </w:pPr>
      <w:r>
        <w:t>تو اس کی یہ کتاب ہے "Darkness at Noon"۔ یہ حقیقت میں ناول کے اسٹائل میں ہے۔</w:t>
      </w:r>
    </w:p>
    <w:p>
      <w:r>
        <w:rPr>
          <w:b/>
        </w:rPr>
        <w:t xml:space="preserve">[01:31] </w:t>
      </w:r>
      <w:r>
        <w:t>to woh aisa tha ke woh bohat strange communist tha, Arthur Koestler. is ka jo author hai, Arthur Koestler, K-O-E-S-T-L-E-R.</w:t>
      </w:r>
    </w:p>
    <w:p>
      <w:pPr>
        <w:jc w:val="right"/>
      </w:pPr>
      <w:r>
        <w:t>تو وہ ایسا تھا کہ وہ بہت سٹانج کمیونسٹ تھا، آرتھر کوئسٹر۔ اس کا جو آتھر ہے، آرتھر کوئسٹر، K-O-E-S-T-L-E-R۔</w:t>
      </w:r>
    </w:p>
    <w:p>
      <w:r>
        <w:rPr>
          <w:b/>
        </w:rPr>
        <w:t xml:space="preserve">[01:48] </w:t>
      </w:r>
      <w:r>
        <w:t>woh bohat strange type ka communist tha. phir jo wahan par Stalin ke zamane mein jo purge hua, jis mein milne se milne insan maar dale gaye,</w:t>
      </w:r>
    </w:p>
    <w:p>
      <w:pPr>
        <w:jc w:val="right"/>
      </w:pPr>
      <w:r>
        <w:t>وہ بہت سٹانج ٹائپ کا کمیونسٹ تھا۔ پھر جو وہاں پر اسٹالن کے زمانے میں جو پرج ہوا، جس میں ملنے سے ملنے انسان مار ڈالے گئے،</w:t>
      </w:r>
    </w:p>
    <w:p>
      <w:r>
        <w:rPr>
          <w:b/>
        </w:rPr>
        <w:t xml:space="preserve">[02:04] </w:t>
      </w:r>
      <w:r>
        <w:t>sirf property un ki chheen ne ke liye. bas koi unhon ne crime nahi kiya tha. to communist state banane ke liye bohat ziyada merciless operation wahan kiya gaya,</w:t>
      </w:r>
    </w:p>
    <w:p>
      <w:pPr>
        <w:jc w:val="right"/>
      </w:pPr>
      <w:r>
        <w:t>صرف پراپرٹی ان کی چھیننے کے لیے۔ بس کوئی انہوں نے کرائم نہیں کیا تھا۔ تو کمیونسٹ اسٹیٹ بنانے کے لیے بہت زیادہ مرسیلس آپریشن وہاں کیا گیا،</w:t>
      </w:r>
    </w:p>
    <w:p>
      <w:r>
        <w:rPr>
          <w:b/>
        </w:rPr>
        <w:t xml:space="preserve">[02:24] </w:t>
      </w:r>
      <w:r>
        <w:t>jis ko purge kehte hain, P U R G purge. to is ne jab yeh dekha, yeh sab baatein, to phir woh bohat ziyada anti communist ho gaya, bohat ziyada.</w:t>
      </w:r>
    </w:p>
    <w:p>
      <w:pPr>
        <w:jc w:val="right"/>
      </w:pPr>
      <w:r>
        <w:t>جس کو پرج کہتے ہیں، پی یو آر جی پرج۔ تو اس نے جب یہ دیکھا، یہ سب باتیں، تو پھر وہ بہت زیادہ اینٹی کمیونسٹ ہو گیا، بہت زیادہ۔</w:t>
      </w:r>
    </w:p>
    <w:p>
      <w:r>
        <w:rPr>
          <w:b/>
        </w:rPr>
        <w:t xml:space="preserve">[02:37] </w:t>
      </w:r>
      <w:r>
        <w:t>us waqt is ne yeh kitab likhi thi "Darkness at Noon". yani bataya gaya tha hum ko yeh ke communist Russia mein ujala hai, wahan par khushi hai,</w:t>
      </w:r>
    </w:p>
    <w:p>
      <w:pPr>
        <w:jc w:val="right"/>
      </w:pPr>
      <w:r>
        <w:t>اس وقت اس نے یہ کتاب لکھی تھی "Darkness at Noon"۔ یعنی بتایا گیا تھا ہم کو یہ کہ کمیونسٹ روس میں اجالا ہے، وہاں پر خوشی ہے،</w:t>
      </w:r>
    </w:p>
    <w:p>
      <w:r>
        <w:rPr>
          <w:b/>
        </w:rPr>
        <w:t xml:space="preserve">[02:55] </w:t>
      </w:r>
      <w:r>
        <w:t>wahan par sari cheezein hain. lekin wahan tha kya? wahan bhook thi, qatl tha, goliyan thin, jail khane the.</w:t>
      </w:r>
    </w:p>
    <w:p>
      <w:pPr>
        <w:jc w:val="right"/>
      </w:pPr>
      <w:r>
        <w:t>وہاں پر ساری چیزیں ہیں۔ لیکن وہاں تھا کیا؟ وہاں بھوک تھی، قتل تھا، گولیاں تھیں، جیل خانے تھے۔</w:t>
      </w:r>
    </w:p>
    <w:p>
      <w:r>
        <w:rPr>
          <w:b/>
        </w:rPr>
        <w:t xml:space="preserve">[03:08] </w:t>
      </w:r>
      <w:r>
        <w:t>to isi ko is ne likha "Darkness at Noon". main is ko jis sense mein le raha hoon woh ek aur sense hai ke is duniya mein aadmi ko Khuda ne paida kiya aur yahan par is ne har qism ke saman rakhe ke insan sachai ko jaan sake,</w:t>
      </w:r>
    </w:p>
    <w:p>
      <w:pPr>
        <w:jc w:val="right"/>
      </w:pPr>
      <w:r>
        <w:t>تو اسی کو اس نے لکھا "Darkness at Noon"۔ میں اس کو جس سینس میں لے رہا ہوں وہ ایک اور سینس ہے کہ اس دنیا میں آدمی کو خدا نے پیدا کیا اور یہاں پر اس نے ہر قسم کے سامان رکھے کہ انسان سچائی کو جان سکے،</w:t>
      </w:r>
    </w:p>
    <w:p>
      <w:r>
        <w:rPr>
          <w:b/>
        </w:rPr>
        <w:t xml:space="preserve">[03:34] </w:t>
      </w:r>
      <w:r>
        <w:t>jis ko main kehta hoon "Creation Plan of God". to Khuda ke takhleeqi naqshe ko samajh sake.</w:t>
      </w:r>
    </w:p>
    <w:p>
      <w:pPr>
        <w:jc w:val="right"/>
      </w:pPr>
      <w:r>
        <w:t>جس کو میں کہتا ہوں "Creation Plan of God"۔ تو خدا کے تخلیقی نقشے کو سمجھ سکے۔</w:t>
      </w:r>
    </w:p>
    <w:p>
      <w:r>
        <w:rPr>
          <w:b/>
        </w:rPr>
        <w:t xml:space="preserve">[03:45] </w:t>
      </w:r>
      <w:r>
        <w:t>aadmi ko aql di, phir nature mein har qism ke signs rakh diye, aur phir peghambar bheje.</w:t>
      </w:r>
    </w:p>
    <w:p>
      <w:pPr>
        <w:jc w:val="right"/>
      </w:pPr>
      <w:r>
        <w:t>آدمی کو عقل دی، پھر نیچر میں ہر قسم کے سائنز رکھ دیے، اور پھر پیغمبر بھیجے۔</w:t>
      </w:r>
    </w:p>
    <w:p>
      <w:r>
        <w:rPr>
          <w:b/>
        </w:rPr>
        <w:t xml:space="preserve">[04:01] </w:t>
      </w:r>
      <w:r>
        <w:t>itne sare saman kiye ke aadmi jaane ke "What is life</w:t>
      </w:r>
    </w:p>
    <w:p>
      <w:pPr>
        <w:jc w:val="right"/>
      </w:pPr>
      <w:r>
        <w:t>اتنے سارے سامان کیے کہ آدمی جانے کہ "What is life</w:t>
      </w:r>
    </w:p>
    <w:p>
      <w:r>
        <w:rPr>
          <w:b/>
        </w:rPr>
        <w:t xml:space="preserve">[04:07] </w:t>
      </w:r>
      <w:r>
        <w:t>"? What is the purpose of life? Success kis cheez ka naam hai?" lekin insan mehroom raha, mehroom raha, mehroom raha.</w:t>
      </w:r>
    </w:p>
    <w:p>
      <w:pPr>
        <w:jc w:val="right"/>
      </w:pPr>
      <w:r>
        <w:t>? What is the purpose of life? Success کس چیز کا نام ہے؟" لیکن انسان محروم رہا، محروم رہا، محروم رہا۔</w:t>
      </w:r>
    </w:p>
    <w:p>
      <w:r>
        <w:rPr>
          <w:b/>
        </w:rPr>
        <w:t xml:space="preserve">[04:18] </w:t>
      </w:r>
      <w:r>
        <w:t>to gaya ke din ke ujale mein insan andhere mein bhatakta raha.</w:t>
      </w:r>
    </w:p>
    <w:p>
      <w:pPr>
        <w:jc w:val="right"/>
      </w:pPr>
      <w:r>
        <w:t>تو گیا کہ دن کے اجالے میں انسان اندھیرے میں بھٹکتا رہا۔</w:t>
      </w:r>
    </w:p>
    <w:p>
      <w:r>
        <w:rPr>
          <w:b/>
        </w:rPr>
        <w:t xml:space="preserve">[04:26] </w:t>
      </w:r>
      <w:r>
        <w:t>is dunya mein poori poori history aap dekhiye, "wa al-asr inna li-l-insana lafi khusr". poori poori history batati hai ke insan andhere mein bhatak raha hai.</w:t>
      </w:r>
    </w:p>
    <w:p>
      <w:pPr>
        <w:jc w:val="right"/>
      </w:pPr>
      <w:r>
        <w:t>اس دنیا میں پوری پوری ہسٹری آپ دیکھیے، "وَالْعَصْرِ إِنَّا لِلْإِنْسَانَ لَفِي خُسْرٍ"۔ پوری پوری ہسٹری بتاتی ہے کہ انسان اندھیرے میں بھٹک رہا ہے۔</w:t>
      </w:r>
    </w:p>
    <w:p>
      <w:r>
        <w:rPr>
          <w:b/>
        </w:rPr>
        <w:t xml:space="preserve">[04:40] </w:t>
      </w:r>
      <w:r>
        <w:t>to yahi hai "Darkness at Noon". to is ka ek misaal khud Arthur Koestler hai.</w:t>
      </w:r>
    </w:p>
    <w:p>
      <w:pPr>
        <w:jc w:val="right"/>
      </w:pPr>
      <w:r>
        <w:t>تو یہی ہے "Darkness at Noon"۔ تو اس کا ایک مثال خود آرتھر کوئسٹر ہے۔</w:t>
      </w:r>
    </w:p>
    <w:p>
      <w:r>
        <w:rPr>
          <w:b/>
        </w:rPr>
        <w:t xml:space="preserve">[04:51] </w:t>
      </w:r>
      <w:r>
        <w:t>Arthur Koestler bohat hi zehen aadmi tha</w:t>
      </w:r>
    </w:p>
    <w:p>
      <w:pPr>
        <w:jc w:val="right"/>
      </w:pPr>
      <w:r>
        <w:t>آرتھر کوئسٹر بہت ہی ذہین آدمی تھا</w:t>
      </w:r>
    </w:p>
    <w:p>
      <w:r>
        <w:rPr>
          <w:b/>
        </w:rPr>
        <w:t xml:space="preserve">[04:57] </w:t>
      </w:r>
      <w:r>
        <w:t>aur us ke paas daulat bhi kaafi thi, sab kuch tha us ke paas. lekin us ka dekhiye,</w:t>
      </w:r>
    </w:p>
    <w:p>
      <w:pPr>
        <w:jc w:val="right"/>
      </w:pPr>
      <w:r>
        <w:t>اور اس کے پاس دولت بھی کافی تھی، سب کچھ تھا اس کے پاس۔ لیکن اس کا دیکھیے،</w:t>
      </w:r>
    </w:p>
    <w:p>
      <w:r>
        <w:rPr>
          <w:b/>
        </w:rPr>
        <w:t xml:space="preserve">[05:08] </w:t>
      </w:r>
      <w:r>
        <w:t>bohat hi afsosnak anjaam us ka hua.</w:t>
      </w:r>
    </w:p>
    <w:p>
      <w:pPr>
        <w:jc w:val="right"/>
      </w:pPr>
      <w:r>
        <w:t>بہت ہی افسوسناک انجام اس کا ہوا۔</w:t>
      </w:r>
    </w:p>
    <w:p>
      <w:r>
        <w:rPr>
          <w:b/>
        </w:rPr>
        <w:t xml:space="preserve">[05:14] </w:t>
      </w:r>
      <w:r>
        <w:t>77 saal ka ho kar mar gaya woh. to aakhir zamanay mein us ko blood cancer ho gaya, blood cancer.</w:t>
      </w:r>
    </w:p>
    <w:p>
      <w:pPr>
        <w:jc w:val="right"/>
      </w:pPr>
      <w:r>
        <w:t>77 سال کا ہو کر مر گیا وہ۔ تو آخر زمانے میں اس کو بلڈ کینسر ہو گیا، بلڈ کینسر۔</w:t>
      </w:r>
    </w:p>
    <w:p>
      <w:r>
        <w:rPr>
          <w:b/>
        </w:rPr>
        <w:t xml:space="preserve">[05:26] </w:t>
      </w:r>
      <w:r>
        <w:t>to woh kaafi us ne ilaaj kiye magar acha nahi hua. to kya hua?</w:t>
      </w:r>
    </w:p>
    <w:p>
      <w:pPr>
        <w:jc w:val="right"/>
      </w:pPr>
      <w:r>
        <w:t>تو وہ کافی اس نے علاج کیے مگر اچھا نہیں ہوا۔ تو کیا ہوا؟</w:t>
      </w:r>
    </w:p>
    <w:p>
      <w:r>
        <w:rPr>
          <w:b/>
        </w:rPr>
        <w:t xml:space="preserve">[05:34] </w:t>
      </w:r>
      <w:r>
        <w:t>us ne apni teesri biwi ke saath khudkushi kar li, us ne bhi, us ki biwi dono ne</w:t>
      </w:r>
    </w:p>
    <w:p>
      <w:pPr>
        <w:jc w:val="right"/>
      </w:pPr>
      <w:r>
        <w:t>اس نے اپنی تیسری بیوی کے ساتھ خودکشی کر لی، اس نے بھی، اس کی بیوی دونوں نے</w:t>
      </w:r>
    </w:p>
    <w:p>
      <w:r>
        <w:rPr>
          <w:b/>
        </w:rPr>
        <w:t xml:space="preserve">[05:44] </w:t>
      </w:r>
      <w:r>
        <w:t>khudkushi kar li, mar gaya. us ne likha hai apne aakhri zamanay ki soch jo thi us ki.</w:t>
      </w:r>
    </w:p>
    <w:p>
      <w:pPr>
        <w:jc w:val="right"/>
      </w:pPr>
      <w:r>
        <w:t>خودکشی کر لی، مر گیا۔ اس نے لکھا ہے اپنے آخری زمانے کے سوچ جو تھی اس کی۔</w:t>
      </w:r>
    </w:p>
    <w:p>
      <w:r>
        <w:rPr>
          <w:b/>
        </w:rPr>
        <w:t xml:space="preserve">[05:57] </w:t>
      </w:r>
      <w:r>
        <w:t>to woh likhta hai ke kyun aisa hai ke insan insan ko marta hai, jaisa ke us ne Soviet Rus mein dekha aur bhi idhar udhar dekha us ne.</w:t>
      </w:r>
    </w:p>
    <w:p>
      <w:pPr>
        <w:jc w:val="right"/>
      </w:pPr>
      <w:r>
        <w:t>تو وہ لکھتا ہے کہ کیوں ایسا ہے کہ انسان انسان کو مارتا ہے، جیسا کہ اس نے سوویت روس میں دیکھا اور بھی ادھر ادھر دیکھا اس نے۔</w:t>
      </w:r>
    </w:p>
    <w:p>
      <w:r>
        <w:rPr>
          <w:b/>
        </w:rPr>
        <w:t xml:space="preserve">[06:10] </w:t>
      </w:r>
      <w:r>
        <w:t>to woh kehta hai ke koi janwar, koi anwaa' apni hi anwaa' ko nahi marti.</w:t>
      </w:r>
    </w:p>
    <w:p>
      <w:pPr>
        <w:jc w:val="right"/>
      </w:pPr>
      <w:r>
        <w:t>تو وہ کہتا ہے کہ کوئی جانور، کوئی انواع اپنی ہی انواع کو نہیں مارتی۔</w:t>
      </w:r>
    </w:p>
    <w:p>
      <w:r>
        <w:rPr>
          <w:b/>
        </w:rPr>
        <w:t xml:space="preserve">[06:19] </w:t>
      </w:r>
      <w:r>
        <w:t>aur insan insan ko marta hai.</w:t>
      </w:r>
    </w:p>
    <w:p>
      <w:pPr>
        <w:jc w:val="right"/>
      </w:pPr>
      <w:r>
        <w:t>اور انسان انسان کو مارتا ہے۔</w:t>
      </w:r>
    </w:p>
    <w:p>
      <w:r>
        <w:rPr>
          <w:b/>
        </w:rPr>
        <w:t xml:space="preserve">[06:25] </w:t>
      </w:r>
      <w:r>
        <w:t>aisa kyun hai? to is ka woh kya jawab deta hai? woh irtiqaai nazariye ko istemaal karta hai.</w:t>
      </w:r>
    </w:p>
    <w:p>
      <w:pPr>
        <w:jc w:val="right"/>
      </w:pPr>
      <w:r>
        <w:t>ایسا کیوں ہے؟ تو اس کا وہ کیا جواب دیتا ہے؟ وہ ارتقائی نظریے کو استعمال کرتا ہے۔</w:t>
      </w:r>
    </w:p>
    <w:p>
      <w:r>
        <w:rPr>
          <w:b/>
        </w:rPr>
        <w:t xml:space="preserve">[06:38] </w:t>
      </w:r>
      <w:r>
        <w:t>woh kehta hai ke irtiqaai jo amal chala us mein aisa hua ke insan ka zehen</w:t>
      </w:r>
    </w:p>
    <w:p>
      <w:pPr>
        <w:jc w:val="right"/>
      </w:pPr>
      <w:r>
        <w:t>وہ کہتا ہے کہ ارتقائی جو عمل چلا اس میں ایسا ہوا کہ انسان کا ذہن</w:t>
      </w:r>
    </w:p>
    <w:p>
      <w:r>
        <w:rPr>
          <w:b/>
        </w:rPr>
        <w:t xml:space="preserve">[06:54] </w:t>
      </w:r>
      <w:r>
        <w:t>kisi</w:t>
      </w:r>
    </w:p>
    <w:p>
      <w:pPr>
        <w:jc w:val="right"/>
      </w:pPr>
      <w:r>
        <w:t>کسی</w:t>
      </w:r>
    </w:p>
    <w:p>
      <w:r>
        <w:rPr>
          <w:b/>
        </w:rPr>
        <w:t xml:space="preserve">[06:58] </w:t>
      </w:r>
      <w:r>
        <w:t>irtiqaai amal mein kisi kharabi ki wajah se us ka zehen jo hai us mein tawaazun nahi aa saka, adam tawaazun aa gaya.</w:t>
      </w:r>
    </w:p>
    <w:p>
      <w:pPr>
        <w:jc w:val="right"/>
      </w:pPr>
      <w:r>
        <w:t>ارتقائی عمل میں کسی خرابی کی وجہ سے اس کا ذہن جو ہے اس میں توازن نہیں آ سکا، عدم توازن آ گیا۔</w:t>
      </w:r>
    </w:p>
    <w:p>
      <w:r>
        <w:rPr>
          <w:b/>
        </w:rPr>
        <w:t xml:space="preserve">[07:12] </w:t>
      </w:r>
      <w:r>
        <w:t>adam tawaazun aanay ki wajah se aadmi aise kaam karta hai.</w:t>
      </w:r>
    </w:p>
    <w:p>
      <w:pPr>
        <w:jc w:val="right"/>
      </w:pPr>
      <w:r>
        <w:t>عدم توازن آنے کی وجہ سے آدمی ایسے کام کرتا ہے۔</w:t>
      </w:r>
    </w:p>
    <w:p>
      <w:r>
        <w:rPr>
          <w:b/>
        </w:rPr>
        <w:t xml:space="preserve">[07:19] </w:t>
      </w:r>
      <w:r>
        <w:t>to ab us ne socha ke main adam tawaazun ko khatam to kar nahi sakta. irtiqaai amal us ke nazdeek laakhon laakhon saalon se chalta hai.</w:t>
      </w:r>
    </w:p>
    <w:p>
      <w:pPr>
        <w:jc w:val="right"/>
      </w:pPr>
      <w:r>
        <w:t>تو اب اس نے سوچا کہ میں عدم توازن کو ختم تو کر نہیں سکتا۔ ارتقائی عمل اس کے نزدیک لاکھوں لاکھوں سالوں سے چلتا ہے۔</w:t>
      </w:r>
    </w:p>
    <w:p>
      <w:r>
        <w:rPr>
          <w:b/>
        </w:rPr>
        <w:t xml:space="preserve">[07:30] </w:t>
      </w:r>
      <w:r>
        <w:t>to woh kehta hai ke "During the evolutionary process there occurred a kind of imbalance in the human brain".</w:t>
      </w:r>
    </w:p>
    <w:p>
      <w:pPr>
        <w:jc w:val="right"/>
      </w:pPr>
      <w:r>
        <w:t>تو وہ کہتا ہے کہ "During the evolutionary process there occurred a kind of imbalance in the human brain"۔</w:t>
      </w:r>
    </w:p>
    <w:p>
      <w:r>
        <w:rPr>
          <w:b/>
        </w:rPr>
        <w:t xml:space="preserve">[07:40] </w:t>
      </w:r>
      <w:r>
        <w:t>to hum to is ko kuch kar nahi sakte to ab. ab kya hai? jis ko kehte hain "Euthanasia" yaani apne ko maar lena.</w:t>
      </w:r>
    </w:p>
    <w:p>
      <w:pPr>
        <w:jc w:val="right"/>
      </w:pPr>
      <w:r>
        <w:t>تو ہم تو اس کو کچھ کر نہیں سکتے تو اب۔ اب کیا ہے؟ جس کو کہتے ہیں "Euthanasia" یعنی اپنے کو مار لینا۔</w:t>
      </w:r>
    </w:p>
    <w:p>
      <w:r>
        <w:rPr>
          <w:b/>
        </w:rPr>
        <w:t xml:space="preserve">[07:51] </w:t>
      </w:r>
      <w:r>
        <w:t>yeh log kehte hain ke agar zindagi mein tum sukh na pa sako to khushi ki maut tumhare ikhtiyaar mein hai ke apne ko maar lo.</w:t>
      </w:r>
    </w:p>
    <w:p>
      <w:pPr>
        <w:jc w:val="right"/>
      </w:pPr>
      <w:r>
        <w:t>یہ لوگ کہتے ہیں کہ اگر زندگی میں تم سکھ نہ پا سکو تو خوشی کی موت تمہارے اختیار میں ہے کہ اپنے کو مار لو۔</w:t>
      </w:r>
    </w:p>
    <w:p>
      <w:r>
        <w:rPr>
          <w:b/>
        </w:rPr>
        <w:t xml:space="preserve">[08:01] </w:t>
      </w:r>
      <w:r>
        <w:t>maar kar ke samajhte hain ke woh khushi mil gayi hai un ko. to "Euthanasia" ka jo tasawwur hai us ko istemaal karte hue us ne aur us ki biwi ne dono ne khudkushi kar li.</w:t>
      </w:r>
    </w:p>
    <w:p>
      <w:pPr>
        <w:jc w:val="right"/>
      </w:pPr>
      <w:r>
        <w:t>مار کر کے سمجھتے ہیں کہ وہ خوشی مل گئی ہے ان کو۔ تو "Euthanasia" کا جو تصور ہے اس کو استعمال کرتے ہوئے اس نے اور اس کی بیوی نے دونوں نے خودکشی کر لی۔</w:t>
      </w:r>
    </w:p>
    <w:p>
      <w:r>
        <w:rPr>
          <w:b/>
        </w:rPr>
        <w:t xml:space="preserve">[08:14] </w:t>
      </w:r>
      <w:r>
        <w:t>ab dekhiye ke yeh jo hai us ke paas is soorat-e-haal ko samjhanay ke liye kuch nahi tha siwaye irtiqa ke.</w:t>
      </w:r>
    </w:p>
    <w:p>
      <w:pPr>
        <w:jc w:val="right"/>
      </w:pPr>
      <w:r>
        <w:t>اب دیکھیے کہ یہ جو ہے اس کے پاس اس صورتحال کو سمجھانے کے لیے کچھ نہیں تھا سوائے ارتقاء کے۔</w:t>
      </w:r>
    </w:p>
    <w:p>
      <w:r>
        <w:rPr>
          <w:b/>
        </w:rPr>
        <w:t xml:space="preserve">[08:25] </w:t>
      </w:r>
      <w:r>
        <w:t>yeh dekha us ne ke insan mein corruption hai, insan mein maar dhaar hai, insan mein zulm o sitam hai waghera.</w:t>
      </w:r>
    </w:p>
    <w:p>
      <w:pPr>
        <w:jc w:val="right"/>
      </w:pPr>
      <w:r>
        <w:t>یہ دیکھا اس نے کہ انسان میں کرپشن ہے، انسان میں مار دھاڑ ہے، انسان میں ظلم و ستم ہے وغیرہ۔</w:t>
      </w:r>
    </w:p>
    <w:p>
      <w:r>
        <w:rPr>
          <w:b/>
        </w:rPr>
        <w:t xml:space="preserve">[08:37] </w:t>
      </w:r>
      <w:r>
        <w:t>to us ko us ko samjhana tha. kyunke aap jante hain ke "Man is an explanation-seeking animal".</w:t>
      </w:r>
    </w:p>
    <w:p>
      <w:pPr>
        <w:jc w:val="right"/>
      </w:pPr>
      <w:r>
        <w:t>تو اس کو اس کو سمجھانا تھا۔ کیونکہ آپ جانتے ہیں کہ "Man is an explanation-seeking animal"۔</w:t>
      </w:r>
    </w:p>
    <w:p>
      <w:r>
        <w:rPr>
          <w:b/>
        </w:rPr>
        <w:t xml:space="preserve">[08:48] </w:t>
      </w:r>
      <w:r>
        <w:t>to is tarah is ne samjhaya. to is wazahat mein us ko koi umeed dikhai nahi di ke ab hum kya kar sakte hain siwaye is ke ke apne ko maar dalen.</w:t>
      </w:r>
    </w:p>
    <w:p>
      <w:pPr>
        <w:jc w:val="right"/>
      </w:pPr>
      <w:r>
        <w:t>تو اس طرح اس نے سمجھایا۔ تو اس وضاحت میں اس کو کوئی امید دکھائی نہیں دی کہ اب ہم کیا کر سکتے ہیں سوائے اس کے کہ اپنے کو مار ڈالیں۔</w:t>
      </w:r>
    </w:p>
    <w:p>
      <w:r>
        <w:rPr>
          <w:b/>
        </w:rPr>
        <w:t xml:space="preserve">[08:59] </w:t>
      </w:r>
      <w:r>
        <w:t>to is ne "Euthanasia" ka sahara liya.</w:t>
      </w:r>
    </w:p>
    <w:p>
      <w:pPr>
        <w:jc w:val="right"/>
      </w:pPr>
      <w:r>
        <w:t>تو اس نے "Euthanasia" کا سہارا لیا۔</w:t>
      </w:r>
    </w:p>
    <w:p>
      <w:r>
        <w:rPr>
          <w:b/>
        </w:rPr>
        <w:t xml:space="preserve">[09:06] </w:t>
      </w:r>
      <w:r>
        <w:t>to</w:t>
      </w:r>
    </w:p>
    <w:p>
      <w:pPr>
        <w:jc w:val="right"/>
      </w:pPr>
      <w:r>
        <w:t>تو</w:t>
      </w:r>
    </w:p>
    <w:p>
      <w:r>
        <w:rPr>
          <w:b/>
        </w:rPr>
        <w:t xml:space="preserve">[09:10] </w:t>
      </w:r>
      <w:r>
        <w:t>"Euthanasia" jo hai ek tasawwur hai frasi mein, us ko aap dekh sakte hain.</w:t>
      </w:r>
    </w:p>
    <w:p>
      <w:pPr>
        <w:jc w:val="right"/>
      </w:pPr>
      <w:r>
        <w:t>"Euthanasia" جو ہے ایک تصور ہے فراسی میں، اس کو آپ دیکھ سکتے ہیں۔</w:t>
      </w:r>
    </w:p>
    <w:p>
      <w:r>
        <w:rPr>
          <w:b/>
        </w:rPr>
        <w:t xml:space="preserve">[09:21] </w:t>
      </w:r>
      <w:r>
        <w:t>yani khushi ki maut. to us ko agar quister ko agar "Creation Plan of God" ka pata hota to wo zyada behtar tareeqe se is sooratehal ko samjha sakta tha.</w:t>
      </w:r>
    </w:p>
    <w:p>
      <w:pPr>
        <w:jc w:val="right"/>
      </w:pPr>
      <w:r>
        <w:t>یعنی خوشی کی موت۔ تو اس کو اگر کوئسٹر کو اگر "Creation Plan of God" کا پتہ ہوتا تو وہ زیادہ بہتر طریقے سے اس صورتحال کو سمجھا سکتا تھا۔</w:t>
      </w:r>
    </w:p>
    <w:p>
      <w:r>
        <w:rPr>
          <w:b/>
        </w:rPr>
        <w:t xml:space="preserve">[09:39] </w:t>
      </w:r>
      <w:r>
        <w:t>wo kya? ye kisi adam tawazun ki waja se nahi hai, ye hai azadi ko galat istemal karne ki waja se hai.</w:t>
      </w:r>
    </w:p>
    <w:p>
      <w:pPr>
        <w:jc w:val="right"/>
      </w:pPr>
      <w:r>
        <w:t>وہ کیا؟ یہ کسی عدم توازن کی وجہ سے نہیں ہے، یہ ہے آزادی کو غلط استعمال کرنے کی وجہ سے ہے۔</w:t>
      </w:r>
    </w:p>
    <w:p>
      <w:r>
        <w:rPr>
          <w:b/>
        </w:rPr>
        <w:t xml:space="preserve">[09:52] </w:t>
      </w:r>
      <w:r>
        <w:t>insan ke andar jo is ne burai dekhi, jo shar dekha, jo corruption dekha, us ko samjhana chaha is ne irtiqai amal se.</w:t>
      </w:r>
    </w:p>
    <w:p>
      <w:pPr>
        <w:jc w:val="right"/>
      </w:pPr>
      <w:r>
        <w:t>انسان کے اندر جو اس نے برائی دیکھی، جو شر دیکھا، جو کرپشن دیکھا، اس کو سمجھانا چاہا اس نے ارتقائی عمل سے۔</w:t>
      </w:r>
    </w:p>
    <w:p>
      <w:r>
        <w:rPr>
          <w:b/>
        </w:rPr>
        <w:t xml:space="preserve">[10:05] </w:t>
      </w:r>
      <w:r>
        <w:t>to wahan par koi umeed nahi thi is ke liye. is wazahat mein koi umeed nahi thi.</w:t>
      </w:r>
    </w:p>
    <w:p>
      <w:pPr>
        <w:jc w:val="right"/>
      </w:pPr>
      <w:r>
        <w:t>تو وہاں پر کوئی امید نہیں تھی اس کے لیے۔ اس وضاحت میں کوئی امید نہیں تھی۔</w:t>
      </w:r>
    </w:p>
    <w:p>
      <w:r>
        <w:rPr>
          <w:b/>
        </w:rPr>
        <w:t xml:space="preserve">[10:14] </w:t>
      </w:r>
      <w:r>
        <w:t>kyunke wo to ek andhi amal hai. wo to ek andhi amal hai, is mein kuch milna nahi hai.</w:t>
      </w:r>
    </w:p>
    <w:p>
      <w:pPr>
        <w:jc w:val="right"/>
      </w:pPr>
      <w:r>
        <w:t>کیونکہ وہ تو ایک اندھی عمل ہے۔ وہ تو ایک اندھی عمل ہے، اس میں کچھ ملنا نہیں ہے۔</w:t>
      </w:r>
    </w:p>
    <w:p>
      <w:r>
        <w:rPr>
          <w:b/>
        </w:rPr>
        <w:t xml:space="preserve">[10:26] </w:t>
      </w:r>
      <w:r>
        <w:t>lekin agar us ko sahi maano mein pata hota, sahi maano mein "Creation Plan of God" ka to yahan umeed thi is ke liye.</w:t>
      </w:r>
    </w:p>
    <w:p>
      <w:pPr>
        <w:jc w:val="right"/>
      </w:pPr>
      <w:r>
        <w:t>لیکن اگر اس کو صحیح معنوں میں پتہ ہوتا، صحیح معنوں میں "Creation Plan of God" کا تو یہاں امید تھی اس کے لیے۔</w:t>
      </w:r>
    </w:p>
    <w:p>
      <w:r>
        <w:rPr>
          <w:b/>
        </w:rPr>
        <w:t xml:space="preserve">[10:34] </w:t>
      </w:r>
      <w:r>
        <w:t>wo umeed kya hai? wo ye hai ke</w:t>
      </w:r>
    </w:p>
    <w:p>
      <w:pPr>
        <w:jc w:val="right"/>
      </w:pPr>
      <w:r>
        <w:t>وہ امید کیا ہے؟ وہ یہ ہے کہ</w:t>
      </w:r>
    </w:p>
    <w:p>
      <w:r>
        <w:rPr>
          <w:b/>
        </w:rPr>
        <w:t xml:space="preserve">[10:44] </w:t>
      </w:r>
      <w:r>
        <w:t>insan ko Khuda ne banaya hai kis liye? is liye banaya hai ke wo jannat mein rahe, abadi khushi ke liye.</w:t>
      </w:r>
    </w:p>
    <w:p>
      <w:pPr>
        <w:jc w:val="right"/>
      </w:pPr>
      <w:r>
        <w:t>انسان کو خدا نے بنایا ہے کس لیے؟ اس لیے بنایا ہے کہ وہ جنت میں رہے، ابدی خوشی کے لیے۔</w:t>
      </w:r>
    </w:p>
    <w:p>
      <w:r>
        <w:rPr>
          <w:b/>
        </w:rPr>
        <w:t xml:space="preserve">[10:57] </w:t>
      </w:r>
      <w:r>
        <w:t>insan chahta hai hamesha ki sehat, hamesha ki khushi.</w:t>
      </w:r>
    </w:p>
    <w:p>
      <w:pPr>
        <w:jc w:val="right"/>
      </w:pPr>
      <w:r>
        <w:t>انسان چاہتا ہے ہمیشہ کی صحت، ہمیشہ کی خوشی۔</w:t>
      </w:r>
    </w:p>
    <w:p>
      <w:r>
        <w:rPr>
          <w:b/>
        </w:rPr>
        <w:t xml:space="preserve">[11:06] </w:t>
      </w:r>
      <w:r>
        <w:t>abadi tor par wo chahta hai ke achi zindagi guzare.</w:t>
      </w:r>
    </w:p>
    <w:p>
      <w:pPr>
        <w:jc w:val="right"/>
      </w:pPr>
      <w:r>
        <w:t>ابدی طور پر وہ چاہتا ہے کہ اچھی زندگی گزارے۔</w:t>
      </w:r>
    </w:p>
    <w:p>
      <w:r>
        <w:rPr>
          <w:b/>
        </w:rPr>
        <w:t xml:space="preserve">[11:12] </w:t>
      </w:r>
      <w:r>
        <w:t>is ke liye Khuda ne jannat banai. lekin jannat kaise milegi kisi ko? muft mein to milegi nahi.</w:t>
      </w:r>
    </w:p>
    <w:p>
      <w:pPr>
        <w:jc w:val="right"/>
      </w:pPr>
      <w:r>
        <w:t>اس کے لیے خدا نے جنت بنائی۔ لیکن جنت کیسے ملے گی کسی کو؟ مفت میں تو ملے گی نہیں۔</w:t>
      </w:r>
    </w:p>
    <w:p>
      <w:r>
        <w:rPr>
          <w:b/>
        </w:rPr>
        <w:t xml:space="preserve">[11:22] </w:t>
      </w:r>
      <w:r>
        <w:t>muft mein koi cheez nahi milti, har cheez ki ek qeemat hoti hai. to jannat ki qeemat kya hai? is dunya mein aap jo 50, 60, 70 saal zindagi guzarte hain, is zindagi ko aap sahi tareeqe se.</w:t>
      </w:r>
    </w:p>
    <w:p>
      <w:pPr>
        <w:jc w:val="right"/>
      </w:pPr>
      <w:r>
        <w:t>مفت میں کوئی چیز نہیں ملتی، ہر چیز کی ایک قیمت ہوتی ہے۔ تو جنت کی قیمت کیا ہے؟ اس دنیا میں آپ جو 50، 60، 70 سال زندگی گزارتے ہیں، اس زندگی کو آپ صحیح طریقے سے۔</w:t>
      </w:r>
    </w:p>
    <w:p>
      <w:r>
        <w:rPr>
          <w:b/>
        </w:rPr>
        <w:t xml:space="preserve">[11:39] </w:t>
      </w:r>
      <w:r>
        <w:t>wahan par chalen, galat istemal na karen azadi ka. yani yahan par jo test tha wo sirf ek tha ke Khuda ne jo diya hai insan ko azadi, us azadi ko galat istemal na karna.</w:t>
      </w:r>
    </w:p>
    <w:p>
      <w:pPr>
        <w:jc w:val="right"/>
      </w:pPr>
      <w:r>
        <w:t>وہاں پر چلیں، غلط استعمال نہ کریں آزادی کا۔ یعنی یہاں پر جو ٹیسٹ تھا وہ صرف ایک تھا کہ خدا نے جو دیا ہے انسان کو آزادی، اس آزادی کو غلط استعمال نہ کرنا۔</w:t>
      </w:r>
    </w:p>
    <w:p>
      <w:r>
        <w:rPr>
          <w:b/>
        </w:rPr>
        <w:t xml:space="preserve">[11:55] </w:t>
      </w:r>
      <w:r>
        <w:t>bas. jo aadmi galat istemal na kare aur Khuda ke bataye hue rastay par chale to wo ahel kya is ne?</w:t>
      </w:r>
    </w:p>
    <w:p>
      <w:pPr>
        <w:jc w:val="right"/>
      </w:pPr>
      <w:r>
        <w:t>بس۔ جو آدمی غلط استعمال نہ کرے اور خدا کے بتائے ہوئے راستے پر چلے تو وہ اہل کیا اس نے؟</w:t>
      </w:r>
    </w:p>
    <w:p>
      <w:r>
        <w:rPr>
          <w:b/>
        </w:rPr>
        <w:t xml:space="preserve">[12:08] </w:t>
      </w:r>
      <w:r>
        <w:t>wo ek ahel</w:t>
      </w:r>
    </w:p>
    <w:p>
      <w:pPr>
        <w:jc w:val="right"/>
      </w:pPr>
      <w:r>
        <w:t>وہ ایک اہل</w:t>
      </w:r>
    </w:p>
    <w:p>
      <w:r>
        <w:rPr>
          <w:b/>
        </w:rPr>
        <w:t xml:space="preserve">[12:19] </w:t>
      </w:r>
      <w:r>
        <w:t>ummidwar mana jayega jannat ka. aur maut ke baad farishte us ko wasool karenge aur us ko mubarakbad denge.</w:t>
      </w:r>
    </w:p>
    <w:p>
      <w:pPr>
        <w:jc w:val="right"/>
      </w:pPr>
      <w:r>
        <w:t>امیدوار مانا جائے گا جنت کا۔ اور موت کے بعد فرشتے اس کو وصول کریں گے اور اس کو مبارکباد دیں گے۔</w:t>
      </w:r>
    </w:p>
    <w:p>
      <w:r>
        <w:rPr>
          <w:b/>
        </w:rPr>
        <w:t xml:space="preserve">[12:30] </w:t>
      </w:r>
      <w:r>
        <w:t>agar us ko pata hota ke ye dunya to test ke liye hai. test ka matlab kya hai?</w:t>
      </w:r>
    </w:p>
    <w:p>
      <w:pPr>
        <w:jc w:val="right"/>
      </w:pPr>
      <w:r>
        <w:t>اگر اس کو پتہ ہوتا کہ یہ دنیا تو ٹیسٹ کے لیے ہے۔ ٹیسٹ کا مطلب کیا ہے؟</w:t>
      </w:r>
    </w:p>
    <w:p>
      <w:r>
        <w:rPr>
          <w:b/>
        </w:rPr>
        <w:t xml:space="preserve">[12:41] </w:t>
      </w:r>
      <w:r>
        <w:t>ke is dunya mein Khuda hum ko azadi di hai Khuda ne. Khuda dekh raha hai ke hum apni azadi ko kaise istemal karte hain.</w:t>
      </w:r>
    </w:p>
    <w:p>
      <w:pPr>
        <w:jc w:val="right"/>
      </w:pPr>
      <w:r>
        <w:t>کہ اس دنیا میں خدا ہم کو آزادی دی ہے خدا نے۔ خدا دیکھ رہا ہے کہ ہم اپنی آزادی کو کیسے استعمال کرتے ہیں۔</w:t>
      </w:r>
    </w:p>
    <w:p>
      <w:r>
        <w:rPr>
          <w:b/>
        </w:rPr>
        <w:t xml:space="preserve">[12:52] </w:t>
      </w:r>
      <w:r>
        <w:t>yahi test hai. to azadana tor par Khuda ke aage surrender kar dena, azadana tor par usooli ravaiyya ikhtiyar karna, azadana tor par sachay insan ki tarah dunya mein rehna,</w:t>
      </w:r>
    </w:p>
    <w:p>
      <w:pPr>
        <w:jc w:val="right"/>
      </w:pPr>
      <w:r>
        <w:t>یہی ٹیسٹ ہے۔ تو آزادانہ طور پر خدا کے آگے سرنڈر کر دینا، آزادانہ طور پر اصولی رویہ اختیار کرنا، آزادانہ طور پر سچے انسان کی طرح دنیا میں رہنا،</w:t>
      </w:r>
    </w:p>
    <w:p>
      <w:r>
        <w:rPr>
          <w:b/>
        </w:rPr>
        <w:t xml:space="preserve">[13:10] </w:t>
      </w:r>
      <w:r>
        <w:t>yahi hai ahel karna. Quran mein hai ke jannat ke baray mein "fi maqtin sidqin inda malikin muqtadir".</w:t>
      </w:r>
    </w:p>
    <w:p>
      <w:pPr>
        <w:jc w:val="right"/>
      </w:pPr>
      <w:r>
        <w:t>یہی ہے اہل کرنا۔ قرآن میں ہے کہ جنت کے بارے میں "فی مقت صدق عند الملک مقتدر"۔</w:t>
      </w:r>
    </w:p>
    <w:p>
      <w:r>
        <w:rPr>
          <w:b/>
        </w:rPr>
        <w:t xml:space="preserve">[13:22] </w:t>
      </w:r>
      <w:r>
        <w:t>yeh jannat ka aik dilchasp tareef hai. "fi muqt sadq عند al-malik muqtadir". ke jannat kya hai? jannat sachai ki nishast hai.</w:t>
      </w:r>
    </w:p>
    <w:p>
      <w:pPr>
        <w:jc w:val="right"/>
      </w:pPr>
      <w:r>
        <w:t>یہ جنت کا ایک دلچسپ تعریف ہے۔ "فی مقت صدق عند الملک مقتدر"۔ کہ جنت کیا ہے؟ جنت سچائی کی نشست ہے۔</w:t>
      </w:r>
    </w:p>
    <w:p>
      <w:r>
        <w:rPr>
          <w:b/>
        </w:rPr>
        <w:t xml:space="preserve">[13:35] </w:t>
      </w:r>
      <w:r>
        <w:t>sachay logon ko wahan sachai ki nishast milegi. khuda ke paros mein, khuda qadir mutlaq ke paros mein.</w:t>
      </w:r>
    </w:p>
    <w:p>
      <w:pPr>
        <w:jc w:val="right"/>
      </w:pPr>
      <w:r>
        <w:t>سچے لوگوں کو وہاں سچائی کی نشست ملے گی۔ خدا کے پڑوس میں، خدا قادر مطلق کے پڑوس میں۔</w:t>
      </w:r>
    </w:p>
    <w:p>
      <w:r>
        <w:rPr>
          <w:b/>
        </w:rPr>
        <w:t xml:space="preserve">[13:45] </w:t>
      </w:r>
      <w:r>
        <w:t>to jannat jo hai woh sachai ki nishast hai jo sachay logon ko milegi. lekin sachay se murad kya hai?</w:t>
      </w:r>
    </w:p>
    <w:p>
      <w:pPr>
        <w:jc w:val="right"/>
      </w:pPr>
      <w:r>
        <w:t>تو جنت جو ہے وہ سچائی کی نشست ہے جو سچے لوگوں کو ملے گی۔ لیکن سچے سے مراد کیا ہے؟</w:t>
      </w:r>
    </w:p>
    <w:p>
      <w:r>
        <w:rPr>
          <w:b/>
        </w:rPr>
        <w:t xml:space="preserve">[13:54] </w:t>
      </w:r>
      <w:r>
        <w:t>farishtay bhi sachay hain, farishtay bhi sachay hain, lekin jannat farishton ke liye nahi banai gai hai.</w:t>
      </w:r>
    </w:p>
    <w:p>
      <w:pPr>
        <w:jc w:val="right"/>
      </w:pPr>
      <w:r>
        <w:t>فرشتے بھی سچے ہیں، فرشتے بھی سچے ہیں، لیکن جنت فرشتوں کے لیے نہیں بنائی گئی ہے۔</w:t>
      </w:r>
    </w:p>
    <w:p>
      <w:r>
        <w:rPr>
          <w:b/>
        </w:rPr>
        <w:t xml:space="preserve">[14:06] </w:t>
      </w:r>
      <w:r>
        <w:t>woh to taht majboori sachi zindagi guzartay hain. jannat banai gai hai is insaan ke liye jo baghair majboori sachi zindagi guzare, sacha ban kar rahe.</w:t>
      </w:r>
    </w:p>
    <w:p>
      <w:pPr>
        <w:jc w:val="right"/>
      </w:pPr>
      <w:r>
        <w:t>وہ تو تحت مجبوری سچی زندگی گزارتے ہیں۔ جنت بنائی گئی ہے اس انسان کے لیے جو بغیر مجبوری سچی زندگی گزارے، سچا بن کر رہے۔</w:t>
      </w:r>
    </w:p>
    <w:p>
      <w:r>
        <w:rPr>
          <w:b/>
        </w:rPr>
        <w:t xml:space="preserve">[14:26] </w:t>
      </w:r>
      <w:r>
        <w:t>sacha ka mani yeh nahi ke banawati baatein kare. aaj kal ke zamanay mein aik sahab ne mujh se kaha ke aaj kal to sab sachay hain. main ne kaha sab sachay, sab banawati baatein karte hain.</w:t>
      </w:r>
    </w:p>
    <w:p>
      <w:pPr>
        <w:jc w:val="right"/>
      </w:pPr>
      <w:r>
        <w:t>سچا کا معنی یہ نہیں کہ بناوٹی باتیں کرے۔ آج کل کے زمانے میں ایک صاحب نے مجھ سے کہا کہ آج کل تو سب سچے ہیں۔ میں نے کہا سب سچے، سب بناوٹی باتیں کرتے ہیں۔</w:t>
      </w:r>
    </w:p>
    <w:p>
      <w:r>
        <w:rPr>
          <w:b/>
        </w:rPr>
        <w:t xml:space="preserve">[14:40] </w:t>
      </w:r>
      <w:r>
        <w:t>yeh jo aik sahab ne kaha ke aap kehte hain ke sachai ki zindagi guzare jo woh jannat mein jayega, to hum sab log sachay tareeqay se rehtay hain?</w:t>
      </w:r>
    </w:p>
    <w:p>
      <w:pPr>
        <w:jc w:val="right"/>
      </w:pPr>
      <w:r>
        <w:t>یہ جو ایک صاحب نے کہا کہ آپ کہتے ہیں کہ سچائی کی زندگی گزارے جو وہ جنت میں جائے گا، تو ہم سب لوگ سچے طریقے سے رہتے ہیں؟</w:t>
      </w:r>
    </w:p>
    <w:p>
      <w:r>
        <w:rPr>
          <w:b/>
        </w:rPr>
        <w:t xml:space="preserve">[14:50] </w:t>
      </w:r>
      <w:r>
        <w:t>main ne kaha nahi, aap banawati baatein kar ke samajhtay hain ke aap sachay hain.</w:t>
      </w:r>
    </w:p>
    <w:p>
      <w:pPr>
        <w:jc w:val="right"/>
      </w:pPr>
      <w:r>
        <w:t>میں نے کہا نہیں، آپ بناوٹی باتیں کر کے سمجھتے ہیں کہ آپ سچے ہیں۔</w:t>
      </w:r>
    </w:p>
    <w:p>
      <w:r>
        <w:rPr>
          <w:b/>
        </w:rPr>
        <w:t xml:space="preserve">[14:57] </w:t>
      </w:r>
      <w:r>
        <w:t>sach mach sachai par jo zindagi guzare, sachai par jo zindagi guzarega us ke andar imandari hogi, imandari, imandar rawaiyya hoga, khuloos hoga,</w:t>
      </w:r>
    </w:p>
    <w:p>
      <w:pPr>
        <w:jc w:val="right"/>
      </w:pPr>
      <w:r>
        <w:t>سچ مچ سچائی پر جو زندگی گزارے، سچائی پر جو زندگی گزارے گا اس کے اندر ایمانداری ہوگی، ایمانداری، ایماندار رویہ ہوگا، خلوص ہوگا،</w:t>
      </w:r>
    </w:p>
    <w:p>
      <w:r>
        <w:rPr>
          <w:b/>
        </w:rPr>
        <w:t xml:space="preserve">[15:10] </w:t>
      </w:r>
      <w:r>
        <w:t>iqrar karna janega woh. to banawati baaton ka naam sachai nahi hai. to jannat ki dekhiye yeh tareef di gai hai ke "fi muqt sadq عند al-malik muqtadir".</w:t>
      </w:r>
    </w:p>
    <w:p>
      <w:pPr>
        <w:jc w:val="right"/>
      </w:pPr>
      <w:r>
        <w:t>اقرار کرنا جانے گا وہ۔ تو بناوٹی باتوں کا نام سچائی نہیں ہے۔ تو جنت کی دیکھیے یہ تعریف دی گئی ہے کہ "فی مقت صدق عند الملک مقتدر"۔</w:t>
      </w:r>
    </w:p>
    <w:p>
      <w:r>
        <w:rPr>
          <w:b/>
        </w:rPr>
        <w:t xml:space="preserve">[15:26] </w:t>
      </w:r>
      <w:r>
        <w:t>ke khuda qadir mutlaq ke paros mein sachai ki nishaston par honge woh.</w:t>
      </w:r>
    </w:p>
    <w:p>
      <w:pPr>
        <w:jc w:val="right"/>
      </w:pPr>
      <w:r>
        <w:t>کہ خدا قادر مطلق کے پڑوس میں سچائی کی نشستوں پر ہوں گے وہ۔</w:t>
      </w:r>
    </w:p>
    <w:p>
      <w:r>
        <w:rPr>
          <w:b/>
        </w:rPr>
        <w:t xml:space="preserve">[15:34] </w:t>
      </w:r>
      <w:r>
        <w:t>sachay gharon mein, sachay mahol mein. to wahan ke liye ahel kaun karega? jo is dunya mein azadi ke mahol mein sachai ko follow kare.</w:t>
      </w:r>
    </w:p>
    <w:p>
      <w:pPr>
        <w:jc w:val="right"/>
      </w:pPr>
      <w:r>
        <w:t>سچے گھروں میں، سچے ماحول میں۔ تو وہاں کے لیے اہل کون کرے گا؟ جو اس دنیا میں آزادی کے ماحول میں سچائی کو فالو کرے۔</w:t>
      </w:r>
    </w:p>
    <w:p>
      <w:r>
        <w:rPr>
          <w:b/>
        </w:rPr>
        <w:t xml:space="preserve">[15:48] </w:t>
      </w:r>
      <w:r>
        <w:t>to agar yeh janta koi quistr to woh kehta hai yeh to bohat acha hai, 50, 60 saal aaj sachay ban kar raho aur is ke baad jannat mein chale jao.</w:t>
      </w:r>
    </w:p>
    <w:p>
      <w:pPr>
        <w:jc w:val="right"/>
      </w:pPr>
      <w:r>
        <w:t>تو اگر یہ جانتا کوئسٹر تو وہ کہتا ہے یہ تو بہت اچھا ہے، 50، 60 سال آج سچے بن کر رہو اور اس کے بعد جنت میں چلے جاؤ۔</w:t>
      </w:r>
    </w:p>
    <w:p>
      <w:r>
        <w:rPr>
          <w:b/>
        </w:rPr>
        <w:t xml:space="preserve">[16:02] </w:t>
      </w:r>
      <w:r>
        <w:t>to yeh aik wazahat na leta woh jis ko liya us ne, us ki wajah se woh aik afsosnak halat mein mara. to main yeh baat jo keh raha hoon,</w:t>
      </w:r>
    </w:p>
    <w:p>
      <w:pPr>
        <w:jc w:val="right"/>
      </w:pPr>
      <w:r>
        <w:t>تو یہ ایک وضاحت نہ لیتا وہ جس کو لیا اس نے، اس کی وجہ سے وہ ایک افسوسناک حالت میں مرا۔ تو میں یہ بات جو کہہ رہا ہوں،</w:t>
      </w:r>
    </w:p>
    <w:p>
      <w:r>
        <w:rPr>
          <w:b/>
        </w:rPr>
        <w:t xml:space="preserve">[16:19] </w:t>
      </w:r>
      <w:r>
        <w:t>aaj hi ke paper mein main ne dekha</w:t>
      </w:r>
    </w:p>
    <w:p>
      <w:pPr>
        <w:jc w:val="right"/>
      </w:pPr>
      <w:r>
        <w:t>آج ہی کے پیپر میں میں نے دیکھا</w:t>
      </w:r>
    </w:p>
    <w:p>
      <w:r>
        <w:rPr>
          <w:b/>
        </w:rPr>
        <w:t xml:space="preserve">[16:25] </w:t>
      </w:r>
      <w:r>
        <w:t>charlie chaplin ka aik aik kaha, aik kaha tha. charlie chaplin aap jantay hain ke aik angrez tha aur woh film star tha woh.</w:t>
      </w:r>
    </w:p>
    <w:p>
      <w:pPr>
        <w:jc w:val="right"/>
      </w:pPr>
      <w:r>
        <w:t>چارلی چیپلن کا ایک ایک کہا، ایک کہا تھا۔ چارلی چیپلن آپ جانتے ہیں کہ ایک انگریز تھا اور وہ فلم اسٹار تھا وہ۔</w:t>
      </w:r>
    </w:p>
    <w:p>
      <w:r>
        <w:rPr>
          <w:b/>
        </w:rPr>
        <w:t xml:space="preserve">[16:41] </w:t>
      </w:r>
      <w:r>
        <w:t>aur uska bohat hi muzahiyya aadmi tha woh, hansata tha logon ko. lekin andar se woh rota tha.</w:t>
      </w:r>
    </w:p>
    <w:p>
      <w:pPr>
        <w:jc w:val="right"/>
      </w:pPr>
      <w:r>
        <w:t>اور اس کا بہت ہی مزاحیہ آدمی تھا وہ، ہنساتا تھا لوگوں کو۔ لیکن اندر سے وہ روتا تھا۔</w:t>
      </w:r>
    </w:p>
    <w:p>
      <w:r>
        <w:rPr>
          <w:b/>
        </w:rPr>
        <w:t xml:space="preserve">[16:51] </w:t>
      </w:r>
      <w:r>
        <w:t>main ne aap ko aik qissa bataya tha is se pehle aik bar ke aik jo yeh hotay hain mahireen nafsiyat, yani nafsiyati muallij, to aik aadmi us ke paas aata hai.</w:t>
      </w:r>
    </w:p>
    <w:p>
      <w:pPr>
        <w:jc w:val="right"/>
      </w:pPr>
      <w:r>
        <w:t>میں نے آپ کو ایک قصہ بتایا تھا اس سے پہلے ایک بار کہ ایک جو یہ ہوتے ہیں ماہرین نفسیات، یعنی نفسیاتی معالج، تو ایک آدمی اس کے پاس آتا ہے۔</w:t>
      </w:r>
    </w:p>
    <w:p>
      <w:r>
        <w:rPr>
          <w:b/>
        </w:rPr>
        <w:t xml:space="preserve">[17:07] </w:t>
      </w:r>
      <w:r>
        <w:t>woh kehta hai ke main bohat afsos mein rehta hoon. to mujhe koi batao ke main kaise khushi ki zindagi guzaron?</w:t>
      </w:r>
    </w:p>
    <w:p>
      <w:pPr>
        <w:jc w:val="right"/>
      </w:pPr>
      <w:r>
        <w:t>وہ کہتا ہے کہ میں بہت افسوس میں رہتا ہوں۔ تو مجھے کوئی بتاؤ کہ میں کیسے خوشی کی زندگی گزاروں؟</w:t>
      </w:r>
    </w:p>
    <w:p>
      <w:r>
        <w:rPr>
          <w:b/>
        </w:rPr>
        <w:t xml:space="preserve">[17:19] </w:t>
      </w:r>
      <w:r>
        <w:t>to us mahir nafsiyat ne kaha ke tum charlie chaplin ke show dekha karo. kyunke woh khoob muzahiyya baatein karta tha, bohat hi hansata tha logon ko.</w:t>
      </w:r>
    </w:p>
    <w:p>
      <w:pPr>
        <w:jc w:val="right"/>
      </w:pPr>
      <w:r>
        <w:t>تو اس ماہر نفسیات نے کہا کہ تم چارلی چیپلن کے شو دیکھا کرو۔ کیونکہ وہ خوب مزاحیہ باتیں کرتا تھا، بہت ہی ہنساتا تھا لوگوں کو۔</w:t>
      </w:r>
    </w:p>
    <w:p>
      <w:r>
        <w:rPr>
          <w:b/>
        </w:rPr>
        <w:t xml:space="preserve">[17:32] </w:t>
      </w:r>
      <w:r>
        <w:t>to us ne kaha main hi to charlie chaplin hoon?</w:t>
      </w:r>
    </w:p>
    <w:p>
      <w:pPr>
        <w:jc w:val="right"/>
      </w:pPr>
      <w:r>
        <w:t>تو اس نے کہا میں ہی تو چارلی چیپلن ہوں؟</w:t>
      </w:r>
    </w:p>
    <w:p>
      <w:r>
        <w:rPr>
          <w:b/>
        </w:rPr>
        <w:t xml:space="preserve">[17:37] </w:t>
      </w:r>
      <w:r>
        <w:t>yeh charlie chaplin khud andar se afsos mein rehta tha, doosron ko hansata tha. to aaj main ne dekha paper mein us ki aik aik qaul us mein naqal hua tha ke "I always like to walk in the rain".</w:t>
      </w:r>
    </w:p>
    <w:p>
      <w:pPr>
        <w:jc w:val="right"/>
      </w:pPr>
      <w:r>
        <w:t>یہ چارلی چیپلن خود اندر سے افسوس میں رہتا تھا، دوسروں کو ہنساتا تھا۔ تو آج میں نے دیکھا پیپر میں اس کی ایک ایک قول اس میں نقل ہوا تھا کہ "I always like to walk in the rain"۔</w:t>
      </w:r>
    </w:p>
    <w:p>
      <w:r>
        <w:rPr>
          <w:b/>
        </w:rPr>
        <w:t xml:space="preserve">[18:01] </w:t>
      </w:r>
      <w:r>
        <w:t>"I always like to walk in the rain". so ke</w:t>
      </w:r>
    </w:p>
    <w:p>
      <w:pPr>
        <w:jc w:val="right"/>
      </w:pPr>
      <w:r>
        <w:t>"I always like to walk in the rain"۔ سو کہ</w:t>
      </w:r>
    </w:p>
    <w:p>
      <w:r>
        <w:rPr>
          <w:b/>
        </w:rPr>
        <w:t xml:space="preserve">[18:10] </w:t>
      </w:r>
      <w:r>
        <w:t>zara ghor kijiye ke woh barish mein kuch chalna chahta hai woh.</w:t>
      </w:r>
    </w:p>
    <w:p>
      <w:pPr>
        <w:jc w:val="right"/>
      </w:pPr>
      <w:r>
        <w:t>ذرا غور کیجیے کہ وہ بارش میں کچھ چلنا چاہتا ہے وہ۔</w:t>
      </w:r>
    </w:p>
    <w:p>
      <w:r>
        <w:rPr>
          <w:b/>
        </w:rPr>
        <w:t xml:space="preserve">[18:18] </w:t>
      </w:r>
      <w:r>
        <w:t>"So that no one can see me crying". barish mein chalega, pani bahega idhar udhar se.</w:t>
      </w:r>
    </w:p>
    <w:p>
      <w:pPr>
        <w:jc w:val="right"/>
      </w:pPr>
      <w:r>
        <w:t>"So that no one can see me crying"۔ بارش میں چلے گا، پانی بہے گا ادھر ادھر سے۔</w:t>
      </w:r>
    </w:p>
    <w:p>
      <w:r>
        <w:rPr>
          <w:b/>
        </w:rPr>
        <w:t xml:space="preserve">[18:29] </w:t>
      </w:r>
      <w:r>
        <w:t>to woh kehta hai ke main hamesha mein chahta hoon ke barish mein bhi chaloon. jab chaloon ga to barish mein bhi chaloon ga. taake mujhe koi rote hue na dekhe.</w:t>
      </w:r>
    </w:p>
    <w:p>
      <w:pPr>
        <w:jc w:val="right"/>
      </w:pPr>
      <w:r>
        <w:t>تو وہ کہتا ہے کہ میں ہمیشہ میں چاہتا ہوں کہ بارش میں بھی چلوں۔ جب چلوں گا تو بارش میں بھی چلوں گا۔ تاکہ مجھے کوئی روتے ہوئے نہ دیکھے۔</w:t>
      </w:r>
    </w:p>
    <w:p>
      <w:r>
        <w:rPr>
          <w:b/>
        </w:rPr>
        <w:t xml:space="preserve">[18:40] </w:t>
      </w:r>
      <w:r>
        <w:t>woh insaan jo sab ko hansata tha woh khud andar se rota tha. kyun? is ko pata nahi tha "Creation Plan of God" ka.</w:t>
      </w:r>
    </w:p>
    <w:p>
      <w:pPr>
        <w:jc w:val="right"/>
      </w:pPr>
      <w:r>
        <w:t>وہ انسان جو سب کو ہنساتا تھا وہ خود اندر سے روتا تھا۔ کیوں؟ اس کو پتہ نہیں تھا "Creation Plan of God" کا۔</w:t>
      </w:r>
    </w:p>
    <w:p>
      <w:r>
        <w:rPr>
          <w:b/>
        </w:rPr>
        <w:t xml:space="preserve">[18:56] </w:t>
      </w:r>
      <w:r>
        <w:t>chaarli chaplin ko 88 saal ki umar mili, 88 saal. quester to 77 saal mein mar gaya tha, 77 mein.</w:t>
      </w:r>
    </w:p>
    <w:p>
      <w:pPr>
        <w:jc w:val="right"/>
      </w:pPr>
      <w:r>
        <w:t>چارلی چیپلن کو 88 سال کی عمر ملی، 88 سال۔ کوئسٹر تو 77 سال میں مر گیا تھا، 77 میں۔</w:t>
      </w:r>
    </w:p>
    <w:p>
      <w:r>
        <w:rPr>
          <w:b/>
        </w:rPr>
        <w:t xml:space="preserve">[19:06] </w:t>
      </w:r>
      <w:r>
        <w:t>chaarli chaplin ko 88 saal tak zindagi mili. lekin aap jante hain aakhir mein kya haal tha is ka? aakhir mein is ka haal yeh tha ke barson tak woh wheel chair par rehta tha.</w:t>
      </w:r>
    </w:p>
    <w:p>
      <w:pPr>
        <w:jc w:val="right"/>
      </w:pPr>
      <w:r>
        <w:t>چارلی چیپلن کو 88 سال تک زندگی ملی۔ لیکن آپ جانتے ہیں آخر میں کیا حال تھا اس کا؟ آخر میں اس کا حال یہ تھا کہ برسوں تک وہ وہیل چیئر پر رہتا تھا۔</w:t>
      </w:r>
    </w:p>
    <w:p>
      <w:r>
        <w:rPr>
          <w:b/>
        </w:rPr>
        <w:t xml:space="preserve">[19:23] </w:t>
      </w:r>
      <w:r>
        <w:t>wheel chair par.</w:t>
      </w:r>
    </w:p>
    <w:p>
      <w:pPr>
        <w:jc w:val="right"/>
      </w:pPr>
      <w:r>
        <w:t>وہیل چیئر پر۔</w:t>
      </w:r>
    </w:p>
    <w:p>
      <w:r>
        <w:rPr>
          <w:b/>
        </w:rPr>
        <w:t xml:space="preserve">[19:27] </w:t>
      </w:r>
      <w:r>
        <w:t>bol nahi pata tha. is ko theek se dikhai nahi deta tha. hazmay ka nizaam kaam nahi kar raha tha.</w:t>
      </w:r>
    </w:p>
    <w:p>
      <w:pPr>
        <w:jc w:val="right"/>
      </w:pPr>
      <w:r>
        <w:t>بول نہیں پاتا تھا۔ اس کو ٹھیک سے دکھائی نہیں دیتا تھا۔ ہاضمے کا نظام کام نہیں کر رہا تھا۔</w:t>
      </w:r>
    </w:p>
    <w:p>
      <w:r>
        <w:rPr>
          <w:b/>
        </w:rPr>
        <w:t xml:space="preserve">[19:38] </w:t>
      </w:r>
      <w:r>
        <w:t>halankay us waqt us ke paas bohat hi bara ghar tha. bohat ziyada daulat abhi bhi us ke bankon mein thi. aurtain, har cheez us ke paas thi us waqt bhi.</w:t>
      </w:r>
    </w:p>
    <w:p>
      <w:pPr>
        <w:jc w:val="right"/>
      </w:pPr>
      <w:r>
        <w:t>حالانکہ اس وقت اس کے پاس بہت ہی بڑا گھر تھا۔ بہت زیادہ دولت ابھی بھی اس کے بینکوں میں تھی۔ عورتیں، ہر چیز اس کے پاس تھی اس وقت بھی۔</w:t>
      </w:r>
    </w:p>
    <w:p>
      <w:r>
        <w:rPr>
          <w:b/>
        </w:rPr>
        <w:t xml:space="preserve">[19:53] </w:t>
      </w:r>
      <w:r>
        <w:t>ab woh sochta tha ke maine itna paisa kamaya, shohrat kamai, itni sari aurtain mere aas paas rehti hain.</w:t>
      </w:r>
    </w:p>
    <w:p>
      <w:pPr>
        <w:jc w:val="right"/>
      </w:pPr>
      <w:r>
        <w:t>اب وہ سوچتا تھا کہ میں نے اتنا پیسہ کمایا، شہرت کمائی، اتنی ساری عورتیں میرے آس پاس رہتی ہیں۔</w:t>
      </w:r>
    </w:p>
    <w:p>
      <w:r>
        <w:rPr>
          <w:b/>
        </w:rPr>
        <w:t xml:space="preserve">[20:05] </w:t>
      </w:r>
      <w:r>
        <w:t>lekin main khushi nahi pa saka. to kya hai yeh zindagi? kya hai zindagi? woh zindagi ko samjha nahi kar saka aur andar se afsos mein rehta tha, isi mein mar gaya woh.</w:t>
      </w:r>
    </w:p>
    <w:p>
      <w:pPr>
        <w:jc w:val="right"/>
      </w:pPr>
      <w:r>
        <w:t>لیکن میں خوشی نہیں پا سکا۔ تو کیا ہے یہ زندگی؟ کیا ہے زندگی؟ وہ زندگی کو سمجھا نہیں کر سکا اور اندر سے افسوس میں رہتا تھا، اسی میں مر گیا وہ۔</w:t>
      </w:r>
    </w:p>
    <w:p>
      <w:r>
        <w:rPr>
          <w:b/>
        </w:rPr>
        <w:t xml:space="preserve">[20:19] </w:t>
      </w:r>
      <w:r>
        <w:t>88 saal mein. to yeh saare log jo hain is baat ko samajh nahi pa rahe hain ke is dunya mein jo shar hai woh galat istemaal azaadi ka hai.</w:t>
      </w:r>
    </w:p>
    <w:p>
      <w:pPr>
        <w:jc w:val="right"/>
      </w:pPr>
      <w:r>
        <w:t>88 سال میں۔ تو یہ سارے لوگ جو ہیں اس بات کو سمجھ نہیں پا رہے ہیں کہ اس دنیا میں جو شر ہے وہ غلط استعمال آزادی کا ہے۔</w:t>
      </w:r>
    </w:p>
    <w:p>
      <w:r>
        <w:rPr>
          <w:b/>
        </w:rPr>
        <w:t xml:space="preserve">[20:36] </w:t>
      </w:r>
      <w:r>
        <w:t>saare log isi mein phanse hue hain jo kehte hain masla shar hai. dunya mein shar kyun hai? dunya mein shar kyun hai? shar aik hi wajah hai shar ka.</w:t>
      </w:r>
    </w:p>
    <w:p>
      <w:pPr>
        <w:jc w:val="right"/>
      </w:pPr>
      <w:r>
        <w:t>سارے لوگ اسی میں پھنسے ہوئے ہیں جو کہتے ہیں مسئلہ شر ہے۔ دنیا میں شر کیوں ہے؟ دنیا میں شر کیوں ہے؟ شر ایک ہی وجہ ہے شر کا۔</w:t>
      </w:r>
    </w:p>
    <w:p>
      <w:r>
        <w:rPr>
          <w:b/>
        </w:rPr>
        <w:t xml:space="preserve">[20:51] </w:t>
      </w:r>
      <w:r>
        <w:t>"All these evils are due to misuse of freedom".</w:t>
      </w:r>
    </w:p>
    <w:p>
      <w:pPr>
        <w:jc w:val="right"/>
      </w:pPr>
      <w:r>
        <w:t>"All these evils are due to misuse of freedom"۔</w:t>
      </w:r>
    </w:p>
    <w:p>
      <w:r>
        <w:rPr>
          <w:b/>
        </w:rPr>
        <w:t xml:space="preserve">[20:59] </w:t>
      </w:r>
      <w:r>
        <w:t>to aap theek tareeqay se istemaal kijiye azaadi ka. to jo log is dunya mein azaadi ko galat istemaal kar rahe hain woh apne aap ko "they are liable to punishment".</w:t>
      </w:r>
    </w:p>
    <w:p>
      <w:pPr>
        <w:jc w:val="right"/>
      </w:pPr>
      <w:r>
        <w:t>تو آپ ٹھیک طریقے سے استعمال کیجیے آزادی کا۔ تو جو لوگ اس دنیا میں آزادی کو غلط استعمال کر رہے ہیں وہ اپنے آپ کو "they are liable to punishment"۔</w:t>
      </w:r>
    </w:p>
    <w:p>
      <w:r>
        <w:rPr>
          <w:b/>
        </w:rPr>
        <w:t xml:space="preserve">[21:14] </w:t>
      </w:r>
      <w:r>
        <w:t>unhein jahannum mein jana hai. ab aap yeh kijiye jo log kehte hain ke "Why all these evils".</w:t>
      </w:r>
    </w:p>
    <w:p>
      <w:pPr>
        <w:jc w:val="right"/>
      </w:pPr>
      <w:r>
        <w:t>انہیں جہنم میں جانا ہے۔ اب آپ یہ کیجیے جو لوگ کہتے ہیں کہ "Why all these evils"۔</w:t>
      </w:r>
    </w:p>
    <w:p>
      <w:r>
        <w:rPr>
          <w:b/>
        </w:rPr>
        <w:t xml:space="preserve">[21:24] </w:t>
      </w:r>
      <w:r>
        <w:t>to woh unhein apni azaadi ko achi tarah istemaal karna chahiye. sachay ban kar rehna chahiye.</w:t>
      </w:r>
    </w:p>
    <w:p>
      <w:pPr>
        <w:jc w:val="right"/>
      </w:pPr>
      <w:r>
        <w:t>تو وہ انہیں اپنی آزادی کو اچھی طرح استعمال کرنا چاہیے۔ سچے بن کر رہنا چاہیے۔</w:t>
      </w:r>
    </w:p>
    <w:p>
      <w:r>
        <w:rPr>
          <w:b/>
        </w:rPr>
        <w:t xml:space="preserve">[21:34] </w:t>
      </w:r>
      <w:r>
        <w:t>sachay sachay maani mein. aaj kal jo sachai hai woh to banawati sachai hai. har aadmi sacha bana hua hai. banawati baatein kar ke dikhata hai ke main sacha insaan hoon.</w:t>
      </w:r>
    </w:p>
    <w:p>
      <w:pPr>
        <w:jc w:val="right"/>
      </w:pPr>
      <w:r>
        <w:t>سچے سچے معنی میں۔ آج کل جو سچائی ہے وہ تو بناوٹی سچائی ہے۔ ہر آدمی سچا بنا ہوا ہے۔ بناوٹی باتیں کر کے دکھاتا ہے کہ میں سچا انسان ہوں۔</w:t>
      </w:r>
    </w:p>
    <w:p>
      <w:r>
        <w:rPr>
          <w:b/>
        </w:rPr>
        <w:t xml:space="preserve">[21:47] </w:t>
      </w:r>
      <w:r>
        <w:t>banawati baatein kisi ko sacha nahi karti hain.</w:t>
      </w:r>
    </w:p>
    <w:p>
      <w:pPr>
        <w:jc w:val="right"/>
      </w:pPr>
      <w:r>
        <w:t>بناوٹی باتیں کسی کو سچا نہیں کرتی ہیں۔</w:t>
      </w:r>
    </w:p>
    <w:p>
      <w:r>
        <w:rPr>
          <w:b/>
        </w:rPr>
        <w:t xml:space="preserve">[21:53] </w:t>
      </w:r>
      <w:r>
        <w:t>to yeh maine do misaal aap ko dein, yeh do misaal jo hain samajhne ke liye. maine saare insanon ka yahi haal hai. ab hamara jo mission hai hamein kya karna hai?</w:t>
      </w:r>
    </w:p>
    <w:p>
      <w:pPr>
        <w:jc w:val="right"/>
      </w:pPr>
      <w:r>
        <w:t>تو یہ میں نے دو مثال آپ کو دیں، یہ دو مثال جو ہیں سمجھنے کے لیے۔ میں نے سارے انسانوں کا یہی حال ہے۔ اب ہمارا جو مشن ہے ہمیں کیا کرنا ہے؟</w:t>
      </w:r>
    </w:p>
    <w:p>
      <w:r>
        <w:rPr>
          <w:b/>
        </w:rPr>
        <w:t xml:space="preserve">[22:07] </w:t>
      </w:r>
      <w:r>
        <w:t>hamein yeh karna hai ke hum</w:t>
      </w:r>
    </w:p>
    <w:p>
      <w:pPr>
        <w:jc w:val="right"/>
      </w:pPr>
      <w:r>
        <w:t>ہمیں یہ کرنا ہے کہ ہم</w:t>
      </w:r>
    </w:p>
    <w:p>
      <w:r>
        <w:rPr>
          <w:b/>
        </w:rPr>
        <w:t xml:space="preserve">[22:12] </w:t>
      </w:r>
      <w:r>
        <w:t>logon ko batain.</w:t>
      </w:r>
    </w:p>
    <w:p>
      <w:pPr>
        <w:jc w:val="right"/>
      </w:pPr>
      <w:r>
        <w:t>لوگوں کو بتائیں۔</w:t>
      </w:r>
    </w:p>
    <w:p>
      <w:r>
        <w:rPr>
          <w:b/>
        </w:rPr>
        <w:t xml:space="preserve">[22:16] </w:t>
      </w:r>
      <w:r>
        <w:t>ke "Creation Plan of God" jo hai is se logon ko agah karein.</w:t>
      </w:r>
    </w:p>
    <w:p>
      <w:pPr>
        <w:jc w:val="right"/>
      </w:pPr>
      <w:r>
        <w:t>کہ "Creation Plan of God" جو ہے اس سے لوگوں کو آگاہ کریں۔</w:t>
      </w:r>
    </w:p>
    <w:p>
      <w:r>
        <w:rPr>
          <w:b/>
        </w:rPr>
        <w:t xml:space="preserve">[22:27] </w:t>
      </w:r>
      <w:r>
        <w:t>ke "Creation Plan" jo hai Khuda ka is ko batain logon ko. yahi kaam karna hai aur koi doosra kaam hi nahi karna hai.</w:t>
      </w:r>
    </w:p>
    <w:p>
      <w:pPr>
        <w:jc w:val="right"/>
      </w:pPr>
      <w:r>
        <w:t>کہ "Creation Plan" جو ہے خدا کا اس کو بتائیں لوگوں کو۔ یہی کام کرنا ہے اور کوئی دوسرا کام ہی نہیں کرنا ہے۔</w:t>
      </w:r>
    </w:p>
    <w:p>
      <w:r>
        <w:rPr>
          <w:b/>
        </w:rPr>
        <w:t xml:space="preserve">[22:40] </w:t>
      </w:r>
      <w:r>
        <w:t>is zamanay mein aap jante hain ke printing press hai, communication hai. is ko quran mein kaha gaya hai ke daabah.</w:t>
      </w:r>
    </w:p>
    <w:p>
      <w:pPr>
        <w:jc w:val="right"/>
      </w:pPr>
      <w:r>
        <w:t>اس زمانے میں آپ جانتے ہیں کہ پرنٹنگ پریس ہے، کمیونیکیشن ہے۔ اس کو قرآن میں کہا گیا ہے کہ دابہ۔</w:t>
      </w:r>
    </w:p>
    <w:p>
      <w:r>
        <w:rPr>
          <w:b/>
        </w:rPr>
        <w:t xml:space="preserve">[22:51] </w:t>
      </w:r>
      <w:r>
        <w:t>ke jab qayamat qareeb aaye gi to aik daabah nikle ga. aik daabah nikle ga. daabah koi ism nahi hai.</w:t>
      </w:r>
    </w:p>
    <w:p>
      <w:pPr>
        <w:jc w:val="right"/>
      </w:pPr>
      <w:r>
        <w:t>کہ جب قیامت قریب آئے گی تو ایک دابہ نکلے گا۔ ایک دابہ نکلے گا۔ دابہ کوئی اسم نہیں ہے۔</w:t>
      </w:r>
    </w:p>
    <w:p>
      <w:r>
        <w:rPr>
          <w:b/>
        </w:rPr>
        <w:t xml:space="preserve">[23:05] </w:t>
      </w:r>
      <w:r>
        <w:t>daabah ka matlab hota hai rengnay wala.</w:t>
      </w:r>
    </w:p>
    <w:p>
      <w:pPr>
        <w:jc w:val="right"/>
      </w:pPr>
      <w:r>
        <w:t>دابہ کا مطلب ہوتا ہے رینگنے والا۔</w:t>
      </w:r>
    </w:p>
    <w:p>
      <w:r>
        <w:rPr>
          <w:b/>
        </w:rPr>
        <w:t xml:space="preserve">[23:10] </w:t>
      </w:r>
      <w:r>
        <w:t>rengne wala. yani qareeb par. reng kar pohnchne wala. to pehle zamane mein dekhiye jo aadmi apni baat ko kehna chahta tha to us ki baat reng kar nahi pohnchti thi kahen.</w:t>
      </w:r>
    </w:p>
    <w:p>
      <w:pPr>
        <w:jc w:val="right"/>
      </w:pPr>
      <w:r>
        <w:t>رینگنے والا۔ یعنی قریب پر۔ رینگ کر پہنچنے والا۔ تو پہلے زمانے میں دیکھیے جو آدمی اپنی بات کو کہنا چاہتا تھا تو اس کی بات رینگ کر نہیں پہنچتی تھی کہیں۔</w:t>
      </w:r>
    </w:p>
    <w:p>
      <w:r>
        <w:rPr>
          <w:b/>
        </w:rPr>
        <w:t xml:space="preserve">[23:29] </w:t>
      </w:r>
      <w:r>
        <w:t>mein bola aap ne sun liya. yani aas paas ke log hi us ko sun paate the. bas.</w:t>
      </w:r>
    </w:p>
    <w:p>
      <w:pPr>
        <w:jc w:val="right"/>
      </w:pPr>
      <w:r>
        <w:t>میں بولا آپ نے سن لیا۔ یعنی آس پاس کے لوگ ہی اس کو سن پاتے تھے۔ بس۔</w:t>
      </w:r>
    </w:p>
    <w:p>
      <w:r>
        <w:rPr>
          <w:b/>
        </w:rPr>
        <w:t xml:space="preserve">[23:39] </w:t>
      </w:r>
      <w:r>
        <w:t>is zamane mein kya hua? aap ne kitab chhapi aur woh hawa jahaz par aap ne us ko</w:t>
      </w:r>
    </w:p>
    <w:p>
      <w:pPr>
        <w:jc w:val="right"/>
      </w:pPr>
      <w:r>
        <w:t>اس زمانے میں کیا ہوا؟ آپ نے کتاب چھاپی اور وہ ہوا جہاز پر آپ نے اس کو</w:t>
      </w:r>
    </w:p>
    <w:p>
      <w:r>
        <w:rPr>
          <w:b/>
        </w:rPr>
        <w:t xml:space="preserve">[23:50] </w:t>
      </w:r>
      <w:r>
        <w:t>yani jo jo nizam is zamane mein hai us par aap ne dala. to hawa jahazon par woh chal kar ke pohnch gayi door door.</w:t>
      </w:r>
    </w:p>
    <w:p>
      <w:pPr>
        <w:jc w:val="right"/>
      </w:pPr>
      <w:r>
        <w:t>یعنی جو جو نظام اس زمانے میں ہے اس پر آپ نے ڈالا۔ تو ہوا جہازوں پر وہ چل کر کے پہنچ گئی دور دور۔</w:t>
      </w:r>
    </w:p>
    <w:p>
      <w:r>
        <w:rPr>
          <w:b/>
        </w:rPr>
        <w:t xml:space="preserve">[24:03] </w:t>
      </w:r>
      <w:r>
        <w:t>yani kitab chhapi aap ne dilli mein aur us ko post office bhi de diya aap ne. aur post office ne us ko kiya kiya ke train se, hawa jahaz se bhej diya har jagah dunya mein, jagah jagah.</w:t>
      </w:r>
    </w:p>
    <w:p>
      <w:pPr>
        <w:jc w:val="right"/>
      </w:pPr>
      <w:r>
        <w:t>یعنی کتاب چھاپی آپ نے دہلی میں اور اس کو پوسٹ آفس بھی دے دیا آپ نے۔ اور پوسٹ آفس نے اس کو کیا کیا کہ ٹرین سے، ہوا جہاز سے بھیج دیا ہر جگہ دنیا میں، جگہ جگہ۔</w:t>
      </w:r>
    </w:p>
    <w:p>
      <w:r>
        <w:rPr>
          <w:b/>
        </w:rPr>
        <w:t xml:space="preserve">[24:16] </w:t>
      </w:r>
      <w:r>
        <w:t>to kitab bhi reng rahi hai. pehle zamane mein jab paper tha, yani kitab chhappti thi. to munh se bola aap ne kuch woh doosre ne sun liya.</w:t>
      </w:r>
    </w:p>
    <w:p>
      <w:pPr>
        <w:jc w:val="right"/>
      </w:pPr>
      <w:r>
        <w:t>تو کتاب بھی رینگ رہی ہے۔ پہلے زمانے میں جب پیپر تھا، یعنی کتاب چھپتی تھی۔ تو منہ سے بولا آپ نے کچھ وہ دوسرے نے سن لیا۔</w:t>
      </w:r>
    </w:p>
    <w:p>
      <w:r>
        <w:rPr>
          <w:b/>
        </w:rPr>
        <w:t xml:space="preserve">[24:30] </w:t>
      </w:r>
      <w:r>
        <w:t>ek paper par likha aap ne woh kisi ne padh liya. ab to chhappti hain cheezein, million nahi billion copies. woh chhap kar ke train se, car se, hawa jahaz se, yahan se wahan pohnchti hain, jahaz se.</w:t>
      </w:r>
    </w:p>
    <w:p>
      <w:pPr>
        <w:jc w:val="right"/>
      </w:pPr>
      <w:r>
        <w:t>ایک پیپر پر لکھا آپ نے وہ کسی نے پڑھ لیا۔ اب تو چھپتی ہیں چیزیں، ملین نہیں بلین کاپیز۔ وہ چھپ کر کے ٹرین سے، کار سے، ہوا جہاز سے، یہاں سے وہاں پہنچتی ہیں، جہاز سے۔</w:t>
      </w:r>
    </w:p>
    <w:p>
      <w:r>
        <w:rPr>
          <w:b/>
        </w:rPr>
        <w:t xml:space="preserve">[24:46] </w:t>
      </w:r>
      <w:r>
        <w:t>yani kitab bhi reng rahi hai. pehle kahan rengti thi kitab?</w:t>
      </w:r>
    </w:p>
    <w:p>
      <w:pPr>
        <w:jc w:val="right"/>
      </w:pPr>
      <w:r>
        <w:t>یعنی کتاب بھی رینگ رہی ہے۔ پہلے کہاں رینگتی تھی کتاب؟</w:t>
      </w:r>
    </w:p>
    <w:p>
      <w:r>
        <w:rPr>
          <w:b/>
        </w:rPr>
        <w:t xml:space="preserve">[24:53] </w:t>
      </w:r>
      <w:r>
        <w:t>is tarah se jo hum bolte hain woh jante hain aap ke woh bhi radio ke zariye, TV ke zariye, internet ke zariye woh bhi reng kar pohnch rahi hai.</w:t>
      </w:r>
    </w:p>
    <w:p>
      <w:pPr>
        <w:jc w:val="right"/>
      </w:pPr>
      <w:r>
        <w:t>اس طرح سے جو ہم بولتے ہیں وہ جانتے ہیں آپ کہ وہ بھی ریڈیو کے ذریعے، ٹی وی کے ذریعے، انٹرنیٹ کے ذریعے وہ بھی رینگ کر پہنچ رہی ہے۔</w:t>
      </w:r>
    </w:p>
    <w:p>
      <w:r>
        <w:rPr>
          <w:b/>
        </w:rPr>
        <w:t xml:space="preserve">[25:07] </w:t>
      </w:r>
      <w:r>
        <w:t>pohnch rahi hai har jagah, har jagah. to paigham jo hain woh reng kar pohncha karenge. yeh hai bataya gaya quran mein ke dabba ka zamana aayega.</w:t>
      </w:r>
    </w:p>
    <w:p>
      <w:pPr>
        <w:jc w:val="right"/>
      </w:pPr>
      <w:r>
        <w:t>پہنچ رہی ہے ہر جگہ، ہر جگہ۔ تو پیغامات جو ہیں وہ رینگ کر پہنچا کریں گے۔ یہ ہے بتایا گیا قرآن میں کہ دابہ کا زمانہ آئے گا۔</w:t>
      </w:r>
    </w:p>
    <w:p>
      <w:r>
        <w:rPr>
          <w:b/>
        </w:rPr>
        <w:t xml:space="preserve">[25:20] </w:t>
      </w:r>
      <w:r>
        <w:t>door dabba, door dabba. hum is zamane mein hain. to hamein karna yeh hai ke hum dabba ka istemal karein.</w:t>
      </w:r>
    </w:p>
    <w:p>
      <w:pPr>
        <w:jc w:val="right"/>
      </w:pPr>
      <w:r>
        <w:t>دور دابہ، دور دابہ۔ ہم اس زمانے میں ہیں۔ تو ہمیں کرنا یہ ہے کہ ہم دابہ کا استعمال کریں۔</w:t>
      </w:r>
    </w:p>
    <w:p>
      <w:r>
        <w:rPr>
          <w:b/>
        </w:rPr>
        <w:t xml:space="preserve">[25:29] </w:t>
      </w:r>
      <w:r>
        <w:t>dabba matlab technique. dabba technique ko hum istemal karein. dabba kisi janwar ka naam nahi hai.</w:t>
      </w:r>
    </w:p>
    <w:p>
      <w:pPr>
        <w:jc w:val="right"/>
      </w:pPr>
      <w:r>
        <w:t>دابہ مطلب تکنیک۔ دابہ تکنیک کو ہم استعمال کریں۔ دابہ کسی جانور کا نام نہیں ہے۔</w:t>
      </w:r>
    </w:p>
    <w:p>
      <w:r>
        <w:rPr>
          <w:b/>
        </w:rPr>
        <w:t xml:space="preserve">[25:40] </w:t>
      </w:r>
      <w:r>
        <w:t>dabba kisi janwar ka naam nahi hai. dabba ek tareeqa kar ka naam hai, ek technique ka naam hai. us ko hamein istemal karna hai.</w:t>
      </w:r>
    </w:p>
    <w:p>
      <w:pPr>
        <w:jc w:val="right"/>
      </w:pPr>
      <w:r>
        <w:t>دابہ کسی جانور کا نام نہیں ہے۔ دابہ ایک طریقہ کار کا نام ہے، ایک تکنیک کا نام ہے۔ اس کو ہمیں استعمال کرنا ہے۔</w:t>
      </w:r>
    </w:p>
    <w:p>
      <w:r>
        <w:rPr>
          <w:b/>
        </w:rPr>
        <w:t xml:space="preserve">[25:52] </w:t>
      </w:r>
      <w:r>
        <w:t>to ab khuda ke fazal se hamare mission mein itni sari kitabein chhapp chuki hain. internet par sari baatein aa rahi hain.</w:t>
      </w:r>
    </w:p>
    <w:p>
      <w:pPr>
        <w:jc w:val="right"/>
      </w:pPr>
      <w:r>
        <w:t>تو اب خدا کے فضل سے ہمارے مشن میں اتنی ساری کتابیں چھپ چکی ہیں۔ انٹرنیٹ پر ساری باتیں آ رہی ہیں۔</w:t>
      </w:r>
    </w:p>
    <w:p>
      <w:r>
        <w:rPr>
          <w:b/>
        </w:rPr>
        <w:t xml:space="preserve">[26:01] </w:t>
      </w:r>
      <w:r>
        <w:t>to aap ko isi mein lagna hai. aaj mein soch raha tha subah ko to ek baat samajh mein aayi ke aap jante hain ke hamare haan se bahut sare brochure chhappe gaye hain.</w:t>
      </w:r>
    </w:p>
    <w:p>
      <w:pPr>
        <w:jc w:val="right"/>
      </w:pPr>
      <w:r>
        <w:t>تو آپ کو اسی میں لگنا ہے۔ آج میں سوچ رہا تھا صبح کو تو ایک بات سمجھ میں آئی کہ آپ جانتے ہیں کہ ہمارے ہاں سے بہت سارے بروشر چھاپے گئے ہیں۔</w:t>
      </w:r>
    </w:p>
    <w:p>
      <w:r>
        <w:rPr>
          <w:b/>
        </w:rPr>
        <w:t xml:space="preserve">[26:18] </w:t>
      </w:r>
      <w:r>
        <w:t>chhote chhote brochure. pamphlet. jo aap apni jeb mein rakhein aur kahin bhi koi mile to us ko de dein aap.</w:t>
      </w:r>
    </w:p>
    <w:p>
      <w:pPr>
        <w:jc w:val="right"/>
      </w:pPr>
      <w:r>
        <w:t>چھوٹے چھوٹے بروشر۔ پمفلٹ۔ جو آپ اپنی جیب میں رکھیں اور کہیں بھی کوئی ملے تو اس کو دے دیں آپ۔</w:t>
      </w:r>
    </w:p>
    <w:p>
      <w:r>
        <w:rPr>
          <w:b/>
        </w:rPr>
        <w:t xml:space="preserve">[26:29] </w:t>
      </w:r>
      <w:r>
        <w:t>yeh zamana aap jante hain ke interaction ka zamana hai. har waqt log doosron se milte hain. pehle zamane mein itna interaction nahi hota tha.</w:t>
      </w:r>
    </w:p>
    <w:p>
      <w:pPr>
        <w:jc w:val="right"/>
      </w:pPr>
      <w:r>
        <w:t>یہ زمانہ آپ جانتے ہیں کہ انٹرایکشن کا زمانہ ہے۔ ہر وقت لوگ دوسروں سے ملتے ہیں۔ پہلے زمانے میں اتنا انٹرایکشن نہیں ہوتا تھا۔</w:t>
      </w:r>
    </w:p>
    <w:p>
      <w:r>
        <w:rPr>
          <w:b/>
        </w:rPr>
        <w:t xml:space="preserve">[26:39] </w:t>
      </w:r>
      <w:r>
        <w:t>yeh interaction bhi ek jadeed phenomena hai. jadeed daur ka phenomena hai interaction. hamare bachpan mein hum gaon mein rehte the to log apna hooka peete the aur baithe rehte the bas kuch kaam hi nahi hai.</w:t>
      </w:r>
    </w:p>
    <w:p>
      <w:pPr>
        <w:jc w:val="right"/>
      </w:pPr>
      <w:r>
        <w:t>یہ انٹرایکشن بھی ایک جدید فیناومینا ہے۔ جدید دور کا فیناومینا ہے انٹرایکشن۔ ہمارے بچپن میں ہم گاؤں میں رہتے تھے تو لوگ اپنا ہوکا پیتے تھے اور بیٹھے رہتے تھے بس کچھ کام ہی نہیں ہے۔</w:t>
      </w:r>
    </w:p>
    <w:p>
      <w:r>
        <w:rPr>
          <w:b/>
        </w:rPr>
        <w:t xml:space="preserve">[26:57] </w:t>
      </w:r>
      <w:r>
        <w:t>koi interaction nahi hota tha. ab to subah se sham tak, sham se subah tak interaction ho raha hai. to aap mein se har shakhs yeh kare ke apni jeb mein, apne purse mein, apne bag mein brochure rakhe.</w:t>
      </w:r>
    </w:p>
    <w:p>
      <w:pPr>
        <w:jc w:val="right"/>
      </w:pPr>
      <w:r>
        <w:t>کوئی انٹرایکشن نہیں ہوتا تھا۔ اب تو صبح سے شام تک، شام سے صبح تک انٹرایکشن ہو رہا ہے۔ تو آپ میں سے ہر شخص یہ کرے کہ اپنی جیب میں، اپنے پرس میں، اپنے بیگ میں بروشر رکھے۔</w:t>
      </w:r>
    </w:p>
    <w:p>
      <w:r>
        <w:rPr>
          <w:b/>
        </w:rPr>
        <w:t xml:space="preserve">[27:17] </w:t>
      </w:r>
      <w:r>
        <w:t>jahan koi mile us ko de de.</w:t>
      </w:r>
    </w:p>
    <w:p>
      <w:pPr>
        <w:jc w:val="right"/>
      </w:pPr>
      <w:r>
        <w:t>جہاں کوئی ملے اس کو دے دے۔</w:t>
      </w:r>
    </w:p>
    <w:p>
      <w:r>
        <w:rPr>
          <w:b/>
        </w:rPr>
        <w:t xml:space="preserve">[27:21] </w:t>
      </w:r>
      <w:r>
        <w:t>to aaj ek badi anokhi baat meri samajh mein aayi.</w:t>
      </w:r>
    </w:p>
    <w:p>
      <w:pPr>
        <w:jc w:val="right"/>
      </w:pPr>
      <w:r>
        <w:t>تو آج ایک بڑی انوکھی بات میری سمجھ میں آئی۔</w:t>
      </w:r>
    </w:p>
    <w:p>
      <w:r>
        <w:rPr>
          <w:b/>
        </w:rPr>
        <w:t xml:space="preserve">[27:26] </w:t>
      </w:r>
      <w:r>
        <w:t>woh yeh ke quran mein ek ayat hai surah zalzal jo teesre paare par hai.</w:t>
      </w:r>
    </w:p>
    <w:p>
      <w:pPr>
        <w:jc w:val="right"/>
      </w:pPr>
      <w:r>
        <w:t>وہ یہ کہ قرآن میں ایک آیت ہے سورہ زلزال جو تیسرے پارے پر ہے۔</w:t>
      </w:r>
    </w:p>
    <w:p>
      <w:r>
        <w:rPr>
          <w:b/>
        </w:rPr>
        <w:t xml:space="preserve">[27:39] </w:t>
      </w:r>
      <w:r>
        <w:t>surah zalzal. us mein yeh hai ke "faman ya'mal mithqal zarratin khairayrah".</w:t>
      </w:r>
    </w:p>
    <w:p>
      <w:pPr>
        <w:jc w:val="right"/>
      </w:pPr>
      <w:r>
        <w:t>سورہ زلزال۔ اس میں یہ ہے کہ "فمن یعمل مثقال ذرة خیریرہ"۔</w:t>
      </w:r>
    </w:p>
    <w:p>
      <w:r>
        <w:rPr>
          <w:b/>
        </w:rPr>
        <w:t xml:space="preserve">[27:50] </w:t>
      </w:r>
      <w:r>
        <w:t>"faman ya'mal mithqal zarratin khairayrah".</w:t>
      </w:r>
    </w:p>
    <w:p>
      <w:pPr>
        <w:jc w:val="right"/>
      </w:pPr>
      <w:r>
        <w:t>"فمن یعمل مثقال ذرة خیریرہ"۔</w:t>
      </w:r>
    </w:p>
    <w:p>
      <w:r>
        <w:rPr>
          <w:b/>
        </w:rPr>
        <w:t xml:space="preserve">[27:58] </w:t>
      </w:r>
      <w:r>
        <w:t>"and whoever has done the smallest particle of good".</w:t>
      </w:r>
    </w:p>
    <w:p>
      <w:pPr>
        <w:jc w:val="right"/>
      </w:pPr>
      <w:r>
        <w:t>"این ہوور ہیز ڈن دی اسمالسٹ پارٹیکل آف گڈ"۔</w:t>
      </w:r>
    </w:p>
    <w:p>
      <w:r>
        <w:rPr>
          <w:b/>
        </w:rPr>
        <w:t xml:space="preserve">[28:10] </w:t>
      </w:r>
      <w:r>
        <w:t>"hai will set". koi aadmi jo aik zarray ke barabar bhi achai karega to woh qayamat, dunya ke baad mein us ko pa le ga.</w:t>
      </w:r>
    </w:p>
    <w:p>
      <w:pPr>
        <w:jc w:val="right"/>
      </w:pPr>
      <w:r>
        <w:t>"ہی ویل سیٹ"۔ کوئی آدمی جو ایک ذرے کے برابر بھی اچھائی کرے گا تو وہ قیامت، دنیا کے بعد میں اس کو پا لے گا۔</w:t>
      </w:r>
    </w:p>
    <w:p>
      <w:r>
        <w:rPr>
          <w:b/>
        </w:rPr>
        <w:t xml:space="preserve">[28:29] </w:t>
      </w:r>
      <w:r>
        <w:t>is achai ko, woh mil jayegi us ko. kyun ke Khuda ka recording nizam hai. har waqt farishtay hamare sath hain jo record kar rahe hain hamari baat ko.</w:t>
      </w:r>
    </w:p>
    <w:p>
      <w:pPr>
        <w:jc w:val="right"/>
      </w:pPr>
      <w:r>
        <w:t>اس اچھائی کو، وہ مل جائے گی اس کو۔ کیوں کہ خدا کا ریکارڈنگ نظام ہے۔ ہر وقت فرشتے ہمارے ساتھ ہیں جو ریکارڈ کر رہے ہیں ہماری بات کو۔</w:t>
      </w:r>
    </w:p>
    <w:p>
      <w:r>
        <w:rPr>
          <w:b/>
        </w:rPr>
        <w:t xml:space="preserve">[28:41] </w:t>
      </w:r>
      <w:r>
        <w:t>hum bolen, kuch karen. jaise ke aap ne brochure diya kisi ko woh record ho gaya.</w:t>
      </w:r>
    </w:p>
    <w:p>
      <w:pPr>
        <w:jc w:val="right"/>
      </w:pPr>
      <w:r>
        <w:t>ہم بولیں، کچھ کریں۔ جیسے کہ آپ نے بروشر دیا کسی کو وہ ریکارڈ ہو گیا۔</w:t>
      </w:r>
    </w:p>
    <w:p>
      <w:r>
        <w:rPr>
          <w:b/>
        </w:rPr>
        <w:t xml:space="preserve">[28:52] </w:t>
      </w:r>
      <w:r>
        <w:t>farishton ne is ka record record kar liya. jaise hamare sath hi koi aik aadmi mila to unhon ne apni jeib se aik brochure nikala.</w:t>
      </w:r>
    </w:p>
    <w:p>
      <w:pPr>
        <w:jc w:val="right"/>
      </w:pPr>
      <w:r>
        <w:t>فرشتوں نے اس کا ریکارڈ ریکارڈ کر لیا۔ جیسے ہمارے ساتھ ہی کوئی ایک آدمی ملا تو انہوں نے اپنی جیب سے ایک بروشر نکالا۔</w:t>
      </w:r>
    </w:p>
    <w:p>
      <w:r>
        <w:rPr>
          <w:b/>
        </w:rPr>
        <w:t xml:space="preserve">[29:05] </w:t>
      </w:r>
      <w:r>
        <w:t>"Creation Plan of God". aur us ko kaha ke "sir yeh aap ke liye hai". yeh record ho gaya. yeh yeh jo unhon ne kiya ke jeib se nikala unhon ne aik brochure us par likha tha "Creation Plan of God" aur doosre ko unhon ne pesh kiya.</w:t>
      </w:r>
    </w:p>
    <w:p>
      <w:pPr>
        <w:jc w:val="right"/>
      </w:pPr>
      <w:r>
        <w:t>"Creation Plan of God"۔ اور اس کو کہا کہ "سر یہ آپ کے لیے ہے"۔ یہ ریکارڈ ہو گیا۔ یہ یہ جو انہوں نے کیا کہ جیب سے نکالا انہوں نے ایک بروشر اس پر لکھا تھا "Creation Plan of God" اور دوسرے کو انہوں نے پیش کیا۔</w:t>
      </w:r>
    </w:p>
    <w:p>
      <w:r>
        <w:rPr>
          <w:b/>
        </w:rPr>
        <w:t xml:space="preserve">[29:26] </w:t>
      </w:r>
      <w:r>
        <w:t>kaha ke "sir yeh aap ke liye hai". yeh sab video recording ho gayi is ki. to aaj mere zehn mein aik baat aayi ke aap jante hain ke aaj kal shopping mein aik cheez hai woh kehte hain woh "reward point system".</w:t>
      </w:r>
    </w:p>
    <w:p>
      <w:pPr>
        <w:jc w:val="right"/>
      </w:pPr>
      <w:r>
        <w:t>کہا کہ "سر یہ آپ کے لیے ہے"۔ یہ سب ویڈیو ریکارڈنگ ہو گئی اس کی۔ تو آج میرے ذہن میں ایک بات آئی کہ آپ جانتے ہیں کہ آج کل شاپنگ میں ایک چیز ہے وہ کہتے ہیں وہ "ریوارڈ پوائنٹ سسٹم"۔</w:t>
      </w:r>
    </w:p>
    <w:p>
      <w:r>
        <w:rPr>
          <w:b/>
        </w:rPr>
        <w:t xml:space="preserve">[29:47] </w:t>
      </w:r>
      <w:r>
        <w:t>aap sab log jante hain is ko. main to yeh sab kaam karta nahin, main shopping karta nahin main. yeh aap sab log jante hain is ko. ke "What is reward point system".</w:t>
      </w:r>
    </w:p>
    <w:p>
      <w:pPr>
        <w:jc w:val="right"/>
      </w:pPr>
      <w:r>
        <w:t>آپ سب لوگ جانتے ہیں اس کو۔ میں تو یہ سب کام کرتا نہیں، میں شاپنگ کرتا نہیں میں۔ یہ آپ سب لوگ جانتے ہیں اس کو۔ کہ "What is reward point system"۔</w:t>
      </w:r>
    </w:p>
    <w:p>
      <w:r>
        <w:rPr>
          <w:b/>
        </w:rPr>
        <w:t xml:space="preserve">[30:01] </w:t>
      </w:r>
      <w:r>
        <w:t>aap gaye koi cheez aap ko kharidna hai to wahan par aap ko aik card dikhate hain. aik chota sa card.</w:t>
      </w:r>
    </w:p>
    <w:p>
      <w:pPr>
        <w:jc w:val="right"/>
      </w:pPr>
      <w:r>
        <w:t>آپ گئے کوئی چیز آپ کو خریدنا ہے تو وہاں پر آپ کو ایک کارڈ دکھاتے ہیں۔ ایک چھوٹا سا کارڈ۔</w:t>
      </w:r>
    </w:p>
    <w:p>
      <w:r>
        <w:rPr>
          <w:b/>
        </w:rPr>
        <w:t xml:space="preserve">[30:13] </w:t>
      </w:r>
      <w:r>
        <w:t>is qism ka card. to jab aap aap ne cheez is dukan se li to yeh card farosh jo hai woh aapse lega aur computer mein daal dega woh.</w:t>
      </w:r>
    </w:p>
    <w:p>
      <w:pPr>
        <w:jc w:val="right"/>
      </w:pPr>
      <w:r>
        <w:t>اس قسم کا کارڈ۔ تو جب آپ آپ نے چیز اس دکان سے لی تو یہ کارڈ فروش جو ہے وہ آپ سے لے گا اور کمپیوٹر میں ڈال دے گا وہ۔</w:t>
      </w:r>
    </w:p>
    <w:p>
      <w:r>
        <w:rPr>
          <w:b/>
        </w:rPr>
        <w:t xml:space="preserve">[30:31] </w:t>
      </w:r>
      <w:r>
        <w:t>ke aap ne itna saman kharida, aik hazar ka saman kharida. to is mein aap ka reward point aa gaya.</w:t>
      </w:r>
    </w:p>
    <w:p>
      <w:pPr>
        <w:jc w:val="right"/>
      </w:pPr>
      <w:r>
        <w:t>کہ آپ نے اتنا سامان خریدا، ایک ہزار کا سامان خریدا۔ تو اس میں آپ کا ریوارڈ پوائنٹ آگیا۔</w:t>
      </w:r>
    </w:p>
    <w:p>
      <w:r>
        <w:rPr>
          <w:b/>
        </w:rPr>
        <w:t xml:space="preserve">[30:41] </w:t>
      </w:r>
      <w:r>
        <w:t>computer mein. reward point aa gaya. yani farz ki jiye ke aik hazar par un ko aik so ka reward hai.</w:t>
      </w:r>
    </w:p>
    <w:p>
      <w:pPr>
        <w:jc w:val="right"/>
      </w:pPr>
      <w:r>
        <w:t>کمپیوٹر میں۔ ریوارڈ پوائنٹ آگیا۔ یعنی فرض کیجیے کہ ایک ہزار پر ان کو ایک سو کا ریوارڈ ہے۔</w:t>
      </w:r>
    </w:p>
    <w:p>
      <w:r>
        <w:rPr>
          <w:b/>
        </w:rPr>
        <w:t xml:space="preserve">[30:57] </w:t>
      </w:r>
      <w:r>
        <w:t>to aap ki taraf se aik so is mein computer mein likh gaya. ke aap ne aik aik hazar rupay ka saman kharida aur plus yeh hua ke likh gaya computer mein aap ki taraf se yani so rupiya.</w:t>
      </w:r>
    </w:p>
    <w:p>
      <w:pPr>
        <w:jc w:val="right"/>
      </w:pPr>
      <w:r>
        <w:t>تو آپ کی طرف سے ایک سو اس میں کمپیوٹر میں لکھ گیا۔ کہ آپ نے ایک ایک ہزار روپے کا سامان خریدا اور پلس یہ ہوا کہ لکھ گیا کمپیوٹر میں آپ کی طرف سے یعنی سو روپیہ۔</w:t>
      </w:r>
    </w:p>
    <w:p>
      <w:r>
        <w:rPr>
          <w:b/>
        </w:rPr>
        <w:t xml:space="preserve">[31:13] </w:t>
      </w:r>
      <w:r>
        <w:t>ab woh so rupiya ikatha ho raha hai. phir kharida, phir kharida, phir kharida. to bohat se point ikatha ho gaye. reward point.</w:t>
      </w:r>
    </w:p>
    <w:p>
      <w:pPr>
        <w:jc w:val="right"/>
      </w:pPr>
      <w:r>
        <w:t>اب وہ سو روپیہ اکٹھا ہو رہا ہے۔ پھر خریدا، پھر خریدا، پھر خریدا۔ تو بہت سے پوائنٹ اکٹھا ہو گئے۔ ریوارڈ پوائنٹ۔</w:t>
      </w:r>
    </w:p>
    <w:p>
      <w:r>
        <w:rPr>
          <w:b/>
        </w:rPr>
        <w:t xml:space="preserve">[31:23] </w:t>
      </w:r>
      <w:r>
        <w:t>yeh reward point kisi waqt aap ko jab jate hain us ke haan to woh batata hai ke dekhen aap ka reward point itna hai. mislan aik hazar ho chuka hai, panch so ho chuka hai.</w:t>
      </w:r>
    </w:p>
    <w:p>
      <w:pPr>
        <w:jc w:val="right"/>
      </w:pPr>
      <w:r>
        <w:t>یہ ریوارڈ پوائنٹ کسی وقت آپ کو جب جاتے ہیں اس کے ہاں تو وہ بتاتا ہے کہ دیکھیں آپ کا ریوارڈ پوائنٹ اتنا ہے۔ مثلاً ایک ہزار ہو چکا ہے، پانچ سو ہو چکا ہے۔</w:t>
      </w:r>
    </w:p>
    <w:p>
      <w:r>
        <w:rPr>
          <w:b/>
        </w:rPr>
        <w:t xml:space="preserve">[31:34] </w:t>
      </w:r>
      <w:r>
        <w:t>woh aap istemal kar sakte hain. yani muft shopping kar sakte hain aap. woh jo aap ka jo hamare pas hai woh woh hum us ko ada kar denge.</w:t>
      </w:r>
    </w:p>
    <w:p>
      <w:pPr>
        <w:jc w:val="right"/>
      </w:pPr>
      <w:r>
        <w:t>وہ آپ استعمال کر سکتے ہیں۔ یعنی مفت شاپنگ کر سکتے ہیں آپ۔ وہ جو آپ کا جو ہمارے پاس ہے وہ وہ ہم اس کو ادا کر دیں گے۔</w:t>
      </w:r>
    </w:p>
    <w:p>
      <w:r>
        <w:rPr>
          <w:b/>
        </w:rPr>
        <w:t xml:space="preserve">[31:47] </w:t>
      </w:r>
      <w:r>
        <w:t>to reward point us ko kehte hain. to meri samajh mein aaya ke yeh reward point jo hai yahi baat farishtay kar rahe hain.</w:t>
      </w:r>
    </w:p>
    <w:p>
      <w:pPr>
        <w:jc w:val="right"/>
      </w:pPr>
      <w:r>
        <w:t>تو ریوارڈ پوائنٹ اس کو کہتے ہیں۔ تو میری سمجھ میں آیا کہ یہ ریوارڈ پوائنٹ جو ہے یہی بات فرشتے کر رہے ہیں۔</w:t>
      </w:r>
    </w:p>
    <w:p>
      <w:r>
        <w:rPr>
          <w:b/>
        </w:rPr>
        <w:t xml:space="preserve">[31:58] </w:t>
      </w:r>
      <w:r>
        <w:t>yani jab bhi aap koi acha kaam kiya aap ne</w:t>
      </w:r>
    </w:p>
    <w:p>
      <w:pPr>
        <w:jc w:val="right"/>
      </w:pPr>
      <w:r>
        <w:t>یعنی جب بھی آپ کوئی اچھا کام کیا آپ نے</w:t>
      </w:r>
    </w:p>
    <w:p>
      <w:r>
        <w:rPr>
          <w:b/>
        </w:rPr>
        <w:t xml:space="preserve">[32:03] </w:t>
      </w:r>
      <w:r>
        <w:t>to woh farishton ke computer mein is ki entry ho gayi. reward point ke tor par.</w:t>
      </w:r>
    </w:p>
    <w:p>
      <w:pPr>
        <w:jc w:val="right"/>
      </w:pPr>
      <w:r>
        <w:t>تو وہ فرشتوں کے کمپیوٹر میں اس کی انٹری ہو گئی۔ ریوارڈ پوائنٹ کے طور پر۔</w:t>
      </w:r>
    </w:p>
    <w:p>
      <w:r>
        <w:rPr>
          <w:b/>
        </w:rPr>
        <w:t xml:space="preserve">[32:13] </w:t>
      </w:r>
      <w:r>
        <w:t>ho rahi hai, ho rahi hai, ho rahi hai. to main yeh baat mein is liye keh raha hoon ke hum mein se kai log yeh sochte hain ke bhai is ko den to pata nahin padega ya nahin padega.</w:t>
      </w:r>
    </w:p>
    <w:p>
      <w:pPr>
        <w:jc w:val="right"/>
      </w:pPr>
      <w:r>
        <w:t>ہو رہی ہے، ہو رہی ہے، ہو رہی ہے۔ تو میں یہ بات میں اس لیے کہہ رہا ہوں کہ ہم میں سے کئی لوگ یہ سوچتے ہیں کہ بھئی اس کو دیں تو پتہ نہیں پڑے گا یا نہیں پڑے گا۔</w:t>
      </w:r>
    </w:p>
    <w:p>
      <w:r>
        <w:rPr>
          <w:b/>
        </w:rPr>
        <w:t xml:space="preserve">[32:26] </w:t>
      </w:r>
      <w:r>
        <w:t>us par kuch yeh to bohat ziyada yani is qism ka aadmi hai "right here right now" is ka falsafa hai. pata nahin kuch us par asar hoga ya nahin hoga.</w:t>
      </w:r>
    </w:p>
    <w:p>
      <w:pPr>
        <w:jc w:val="right"/>
      </w:pPr>
      <w:r>
        <w:t>اس پر کچھ یہ تو بہت زیادہ یعنی اس قسم کا آدمی ہے "right hereright now" اس کا فلسفہ ہے۔ پتہ نہیں کچھ اس پر اثر ہوگا یا نہیں ہوگا۔</w:t>
      </w:r>
    </w:p>
    <w:p>
      <w:r>
        <w:rPr>
          <w:b/>
        </w:rPr>
        <w:t xml:space="preserve">[32:36] </w:t>
      </w:r>
      <w:r>
        <w:t>aap yeh kyun sochte hain? "Wa ma alaina illal balagh". hamare upar zimmedari hai pohnchanay ki. hamein sirf pohncha dena hai.</w:t>
      </w:r>
    </w:p>
    <w:p>
      <w:pPr>
        <w:jc w:val="right"/>
      </w:pPr>
      <w:r>
        <w:t>آپ یہ کیوں سوچتے ہیں؟ "وما علینا الا البلاغ"۔ ہمارے اوپر ذمہ داری ہے پہنچانے کی۔ ہمیں صرف پہنچا دینا ہے۔</w:t>
      </w:r>
    </w:p>
    <w:p>
      <w:r>
        <w:rPr>
          <w:b/>
        </w:rPr>
        <w:t xml:space="preserve">[32:48] </w:t>
      </w:r>
      <w:r>
        <w:t>to aap ka yeh socha jaye ke hamara reward point to wahan par aa gaya farishton ke computer mein. ke unhon ne aik aadmi ko yani dawah pamphlet diya.</w:t>
      </w:r>
    </w:p>
    <w:p>
      <w:pPr>
        <w:jc w:val="right"/>
      </w:pPr>
      <w:r>
        <w:t>تو آپ کا یہ سوچا جائے کہ ہمارا ریوارڈ پوائنٹ تو وہاں پر آگیا فرشتوں کے کمپیوٹر میں۔ کہ انہوں نے ایک آدمی کو یعنی دعویٰ پمفلٹ دیا۔</w:t>
      </w:r>
    </w:p>
    <w:p>
      <w:r>
        <w:rPr>
          <w:b/>
        </w:rPr>
        <w:t xml:space="preserve">[33:01] </w:t>
      </w:r>
      <w:r>
        <w:t>do aadmi ko dawah pamphlet diya. char aadmi ko dawah brochure diya. jaise hi aap yeh dete hain waise hi woh farishton ke ke computer mein record hoga woh.</w:t>
      </w:r>
    </w:p>
    <w:p>
      <w:pPr>
        <w:jc w:val="right"/>
      </w:pPr>
      <w:r>
        <w:t>دو آدمی کو دعویٰ پمفلٹ دیا۔ چار آدمی کو دعویٰ بروشر دیا۔ جیسے ہی آپ یہ دیتے ہیں ویسے ہی وہ فرشتوں کے کے کمپیوٹر میں ریکارڈ ہوگا وہ۔</w:t>
      </w:r>
    </w:p>
    <w:p>
      <w:r>
        <w:rPr>
          <w:b/>
        </w:rPr>
        <w:t xml:space="preserve">[33:17] </w:t>
      </w:r>
      <w:r>
        <w:t>"as a reward point". ab point ikatha ho rahe hain, ikatha ho rahe hain, ikatha ho rahe hain. aik hazar point, million point ho sakta hai woh sab ikatha ho raha hai.</w:t>
      </w:r>
    </w:p>
    <w:p>
      <w:pPr>
        <w:jc w:val="right"/>
      </w:pPr>
      <w:r>
        <w:t>"as a reward point"۔ اب پوائنٹ اکٹھا ہو رہے ہیں، اکٹھا ہو رہے ہیں، اکٹھا ہو رہے ہیں۔ ایک ہزار پوائنٹ، ملین پوائنٹ ہو سکتا ہے وہ سب اکٹھا ہو رہا ہے۔</w:t>
      </w:r>
    </w:p>
    <w:p>
      <w:r>
        <w:rPr>
          <w:b/>
        </w:rPr>
        <w:t xml:space="preserve">[33:29] </w:t>
      </w:r>
      <w:r>
        <w:t>aur jab aap</w:t>
      </w:r>
    </w:p>
    <w:p>
      <w:pPr>
        <w:jc w:val="right"/>
      </w:pPr>
      <w:r>
        <w:t>اور جب آپ</w:t>
      </w:r>
    </w:p>
    <w:p>
      <w:r>
        <w:rPr>
          <w:b/>
        </w:rPr>
        <w:t xml:space="preserve">[33:33] </w:t>
      </w:r>
      <w:r>
        <w:t>yani maut ke baad ke arsay mein pahunchenge khuda ke samne woh sara aap ko mil jayega. ke dekho yeh sare point tumhare hain. kaisi ajib yeh baat hai, kitna is ke andar kitna umeed hai.</w:t>
      </w:r>
    </w:p>
    <w:p>
      <w:pPr>
        <w:jc w:val="right"/>
      </w:pPr>
      <w:r>
        <w:t>یعنی موت کے بعد کے عرصے میں پہنچیں گے خدا کے سامنے وہ سارا آپ کو مل جائے گا۔ کہ دیکھو یہ سارے پوائنٹ تمہارے ہیں۔ کیسی عجیب یہ بات ہے، کتنا اس کے اندر کتنا امید ہے۔</w:t>
      </w:r>
    </w:p>
    <w:p>
      <w:r>
        <w:rPr>
          <w:b/>
        </w:rPr>
        <w:t xml:space="preserve">[33:50] </w:t>
      </w:r>
      <w:r>
        <w:t>yani woh admi aap yeh na sochein ke woh admi kya asar lega. dekhein dawah kaam mein do admi shamil hote hain.</w:t>
      </w:r>
    </w:p>
    <w:p>
      <w:pPr>
        <w:jc w:val="right"/>
      </w:pPr>
      <w:r>
        <w:t>یعنی وہ آدمی آپ یہ نہ سوچیں کہ وہ آدمی کیا اثر لے گا۔ دیکھیں دعویٰ کام میں دو آدمی شامل ہوتے ہیں۔</w:t>
      </w:r>
    </w:p>
    <w:p>
      <w:r>
        <w:rPr>
          <w:b/>
        </w:rPr>
        <w:t xml:space="preserve">[34:00] </w:t>
      </w:r>
      <w:r>
        <w:t>ek dawah karne wala aur ek madu. jis par dawah kiya gaya hai. to yeh madu ki zimmedari hai ke woh is ko yani manfi mani mein leta hai ya musbat mani mein leta hai.</w:t>
      </w:r>
    </w:p>
    <w:p>
      <w:pPr>
        <w:jc w:val="right"/>
      </w:pPr>
      <w:r>
        <w:t>ایک دعویٰ کرنے والا اور ایک مدعو۔ جس پر دعویٰ کیا گیا ہے۔ تو یہ مدعو کی ذمہ داری ہے کہ وہ اس کو یعنی منفی معنی میں لیتا ہے یا مثبت معنی میں لیتا ہے۔</w:t>
      </w:r>
    </w:p>
    <w:p>
      <w:r>
        <w:rPr>
          <w:b/>
        </w:rPr>
        <w:t xml:space="preserve">[34:16] </w:t>
      </w:r>
      <w:r>
        <w:t>yeh yeh is ka mamla hai. lekin aap ne jab baat pahuncha diya to aap ka naam farishton ke record mein aa gaya.</w:t>
      </w:r>
    </w:p>
    <w:p>
      <w:pPr>
        <w:jc w:val="right"/>
      </w:pPr>
      <w:r>
        <w:t>یہ یہ اس کا معاملہ ہے۔ لیکن آپ نے جب بات پہنچا دیا تو آپ کا نام فرشتوں کے ریکارڈ میں آگیا۔</w:t>
      </w:r>
    </w:p>
    <w:p>
      <w:r>
        <w:rPr>
          <w:b/>
        </w:rPr>
        <w:t xml:space="preserve">[34:29] </w:t>
      </w:r>
      <w:r>
        <w:t>reward point aap ko ban gaya.</w:t>
      </w:r>
    </w:p>
    <w:p>
      <w:pPr>
        <w:jc w:val="right"/>
      </w:pPr>
      <w:r>
        <w:t>ریوارڈ پوائنٹ آپ کو بن گیا۔</w:t>
      </w:r>
    </w:p>
    <w:p>
      <w:r>
        <w:rPr>
          <w:b/>
        </w:rPr>
        <w:t xml:space="preserve">[34:33] </w:t>
      </w:r>
      <w:r>
        <w:t>to mein samajhta hoon ke is soch ke sath hamein dawah kaam karna hai. is soch ke sath. is soch ke sath aap ko dawah adab ko phailana hai.</w:t>
      </w:r>
    </w:p>
    <w:p>
      <w:pPr>
        <w:jc w:val="right"/>
      </w:pPr>
      <w:r>
        <w:t>تو میں سمجھتا ہوں کہ اس سوچ کے ساتھ ہمیں دعویٰ کام کرنا ہے۔ اس سوچ کے ساتھ۔ اس سوچ کے ساتھ آپ کو دعویٰ ادب کو پھیلانا ہے۔</w:t>
      </w:r>
    </w:p>
    <w:p>
      <w:r>
        <w:rPr>
          <w:b/>
        </w:rPr>
        <w:t xml:space="preserve">[34:47] </w:t>
      </w:r>
      <w:r>
        <w:t>har har har admi jo aap ko dikhai de, aurat ya mard. to is ko aap ek mauqa ke taur par lein. mauqa.</w:t>
      </w:r>
    </w:p>
    <w:p>
      <w:pPr>
        <w:jc w:val="right"/>
      </w:pPr>
      <w:r>
        <w:t>ہر ہر ہر آدمی جو آپ کو دکھائی دے، عورت یا مرد۔ تو اس کو آپ ایک موقع کے طور پر لیں۔ موقع۔</w:t>
      </w:r>
    </w:p>
    <w:p>
      <w:r>
        <w:rPr>
          <w:b/>
        </w:rPr>
        <w:t xml:space="preserve">[35:00] </w:t>
      </w:r>
      <w:r>
        <w:t>jaise mujhe ek sahab ne bataya ke woh hawa jahaz mein ja rahe the yahan se bombay. charhe jahaz mein. to wahan par samne ki seat par ek sahab baithe hue the.</w:t>
      </w:r>
    </w:p>
    <w:p>
      <w:pPr>
        <w:jc w:val="right"/>
      </w:pPr>
      <w:r>
        <w:t>جیسے مجھے ایک صاحب نے بتایا کہ وہ ہوا جہاز میں جا رہے تھے یہاں سے بمبئی۔ چڑھے جہاز میں۔ تو وہاں پر سامنے کی سیٹ پر ایک صاحب بیٹھے ہوئے تھے۔</w:t>
      </w:r>
    </w:p>
    <w:p>
      <w:r>
        <w:rPr>
          <w:b/>
        </w:rPr>
        <w:t xml:space="preserve">[35:13] </w:t>
      </w:r>
      <w:r>
        <w:t>unhone pehchan liya ke to wazir sahab hain. to age badh gaye. phir achank khayal aaya ke yeh to phir kahan wazir milenge hum ko?</w:t>
      </w:r>
    </w:p>
    <w:p>
      <w:pPr>
        <w:jc w:val="right"/>
      </w:pPr>
      <w:r>
        <w:t>انہوں نے پہچان لیا کہ تو وزیر صاحب ہیں۔ تو آگے بڑھ گئے۔ پھر اچانک خیال آیا کہ یہ تو پھر کہاں وزیر ملیں گے ہم کو؟</w:t>
      </w:r>
    </w:p>
    <w:p>
      <w:r>
        <w:rPr>
          <w:b/>
        </w:rPr>
        <w:t xml:space="preserve">[35:23] </w:t>
      </w:r>
      <w:r>
        <w:t>phir kahan milenge? to palte woh aur loot kar unhone un ko wahi diya. ek ek chota sa pamphlet ya brochure.</w:t>
      </w:r>
    </w:p>
    <w:p>
      <w:pPr>
        <w:jc w:val="right"/>
      </w:pPr>
      <w:r>
        <w:t>پھر کہاں ملیں گے؟ تو پلٹے وہ اور لوٹ کر انہوں نے ان کو وہی دیا۔ ایک ایک چھوٹا سا پمفلٹ یا بروشر۔</w:t>
      </w:r>
    </w:p>
    <w:p>
      <w:r>
        <w:rPr>
          <w:b/>
        </w:rPr>
        <w:t xml:space="preserve">[35:36] </w:t>
      </w:r>
      <w:r>
        <w:t>aur kaha ke "sir yeh aap ke liye hai". "in flight reading". bade shauq se le liya us ne.</w:t>
      </w:r>
    </w:p>
    <w:p>
      <w:pPr>
        <w:jc w:val="right"/>
      </w:pPr>
      <w:r>
        <w:t>اور کہا کہ "سر یہ آپ کے لیے ہے"۔ "in flight reading"۔ بڑے شوق سے لے لیا اس نے۔</w:t>
      </w:r>
    </w:p>
    <w:p>
      <w:r>
        <w:rPr>
          <w:b/>
        </w:rPr>
        <w:t xml:space="preserve">[35:45] </w:t>
      </w:r>
      <w:r>
        <w:t>is tarah se hamein is ko lena chahiye bator mauqa ke. jahan koi admi aap ko mil gaya aap ko chalte phirte, uthte baithte, safar mein, watan mein, kahin bhi.</w:t>
      </w:r>
    </w:p>
    <w:p>
      <w:pPr>
        <w:jc w:val="right"/>
      </w:pPr>
      <w:r>
        <w:t>اس طرح سے ہمیں اس کو لینا چاہیے بطور موقع کے۔ جہاں کوئی آدمی آپ کو مل گیا آپ کو چلتے پھرتے، اٹھتے بیٹھتے، سفر میں، وطن میں، کہیں بھی۔</w:t>
      </w:r>
    </w:p>
    <w:p>
      <w:r>
        <w:rPr>
          <w:b/>
        </w:rPr>
        <w:t xml:space="preserve">[35:59] </w:t>
      </w:r>
      <w:r>
        <w:t>"there is a golden opportunity for you".</w:t>
      </w:r>
    </w:p>
    <w:p>
      <w:pPr>
        <w:jc w:val="right"/>
      </w:pPr>
      <w:r>
        <w:t>تو "there is a golden opportunity for you"۔</w:t>
      </w:r>
    </w:p>
    <w:p>
      <w:r>
        <w:rPr>
          <w:b/>
        </w:rPr>
        <w:t xml:space="preserve">[36:04] </w:t>
      </w:r>
      <w:r>
        <w:t>is soch ke sath hamein dawah kaam karna hai.</w:t>
      </w:r>
    </w:p>
    <w:p>
      <w:pPr>
        <w:jc w:val="right"/>
      </w:pPr>
      <w:r>
        <w:t>اس سوچ کے ساتھ ہمیں دعویٰ کام کرنا ہے۔</w:t>
      </w:r>
    </w:p>
    <w:p>
      <w:r>
        <w:rPr>
          <w:b/>
        </w:rPr>
        <w:t xml:space="preserve">[36:10] </w:t>
      </w:r>
      <w:r>
        <w:t>dawah kaam jo hai hamein is soch ke sath karna hai ke har insan jo jis se aap ka jis se aap ko milne ka mauqa hota hai kahin bhi to woh aap ke liye dawah mauqa hai.</w:t>
      </w:r>
    </w:p>
    <w:p>
      <w:pPr>
        <w:jc w:val="right"/>
      </w:pPr>
      <w:r>
        <w:t>دعویٰ کام جو ہے ہمیں اس سوچ کے ساتھ کرنا ہے کہ ہر انسان جو جس سے آپ کا جس سے آپ کو ملنے کا موقع ہوتا ہے کہیں بھی تو وہ آپ کے لیے دعویٰ موقع ہے۔</w:t>
      </w:r>
    </w:p>
    <w:p>
      <w:r>
        <w:rPr>
          <w:b/>
        </w:rPr>
        <w:t xml:space="preserve">[36:28] </w:t>
      </w:r>
      <w:r>
        <w:t>dawah ke mani kya hain? yani aap ka ek reward point banane ka mauqa hai woh. is ko aap dijiye ek reward point aap ka farishton ke record mein, un ke farishton ke computer mein aa gaya.</w:t>
      </w:r>
    </w:p>
    <w:p>
      <w:pPr>
        <w:jc w:val="right"/>
      </w:pPr>
      <w:r>
        <w:t>دعویٰ کے معنی کیا ہیں؟ یعنی آپ کا ایک ریوارڈ پوائنٹ بنانے کا موقع ہے وہ۔ اس کو آپ دیجیے ایک ریوارڈ پوائنٹ آپ کا فرشتوں کے ریکارڈ میں، ان کے فرشتوں کے کمپیوٹر میں آگیا۔</w:t>
      </w:r>
    </w:p>
    <w:p>
      <w:r>
        <w:rPr>
          <w:b/>
        </w:rPr>
        <w:t xml:space="preserve">[36:43] </w:t>
      </w:r>
      <w:r>
        <w:t>jo ke aap ko yani qayamat ke din, faisle ke din aap ko milega is ka return.</w:t>
      </w:r>
    </w:p>
    <w:p>
      <w:pPr>
        <w:jc w:val="right"/>
      </w:pPr>
      <w:r>
        <w:t>جو کہ آپ کو یعنی قیامت کے دن، فیصلے کے دن آپ کو ملے گا اس کا ریٹرن۔</w:t>
      </w:r>
    </w:p>
    <w:p>
      <w:r>
        <w:rPr>
          <w:b/>
        </w:rPr>
        <w:t xml:space="preserve">[36:55] </w:t>
      </w:r>
      <w:r>
        <w:t>to mein samajhta hoon ke jab tak hamare andar is qism ka hausla nahi aayega tab tak kaam zyada nahi hoga.</w:t>
      </w:r>
    </w:p>
    <w:p>
      <w:pPr>
        <w:jc w:val="right"/>
      </w:pPr>
      <w:r>
        <w:t>تو میں سمجھتا ہوں کہ جب تک ہمارے اندر اس قسم کا حوصلہ نہیں آئے گا تب تک کام زیادہ نہیں ہوگا۔</w:t>
      </w:r>
    </w:p>
    <w:p>
      <w:r>
        <w:rPr>
          <w:b/>
        </w:rPr>
        <w:t xml:space="preserve">[37:06] </w:t>
      </w:r>
      <w:r>
        <w:t>tab tak kaam zyada nahi hoga. jab yeh aayega hamare andar targhib ke yeh insan to mere liye mauqa hai, daud kar do is ko.</w:t>
      </w:r>
    </w:p>
    <w:p>
      <w:pPr>
        <w:jc w:val="right"/>
      </w:pPr>
      <w:r>
        <w:t>تب تک کام زیادہ نہیں ہوگا۔ جب یہ آئے گا ہمارے اندر ترغیب کہ یہ انسان تو میرے لیے موقع ہے، دوڑ کر دو اس کو۔</w:t>
      </w:r>
    </w:p>
    <w:p>
      <w:r>
        <w:rPr>
          <w:b/>
        </w:rPr>
        <w:t xml:space="preserve">[37:19] </w:t>
      </w:r>
      <w:r>
        <w:t>aur ek apna reward point banao. kyunke reward point aap ko kahin bekar banega nahi. insan chahiye is ke liye.</w:t>
      </w:r>
    </w:p>
    <w:p>
      <w:pPr>
        <w:jc w:val="right"/>
      </w:pPr>
      <w:r>
        <w:t>اور ایک اپنا ریوارڈ پوائنٹ بناؤ۔ کیونکہ ریوارڈ پوائنٹ آپ کو کہیں بے کار بنے گا نہیں۔ انسان چاہیے اس کے لیے۔</w:t>
      </w:r>
    </w:p>
    <w:p>
      <w:r>
        <w:rPr>
          <w:b/>
        </w:rPr>
        <w:t xml:space="preserve">[37:31] </w:t>
      </w:r>
      <w:r>
        <w:t>dawah kaam jo hai woh to insan chahiye is ke liye. to jab bhi aap kisi insan ko aap ne dekha to aap daurein.</w:t>
      </w:r>
    </w:p>
    <w:p>
      <w:pPr>
        <w:jc w:val="right"/>
      </w:pPr>
      <w:r>
        <w:t>دعویٰ کام جو ہے وہ تو انسان چاہیے اس کے لیے۔ تو جب بھی آپ کسی انسان کو آپ نے دیکھا تو آپ دوڑے۔</w:t>
      </w:r>
    </w:p>
    <w:p>
      <w:r>
        <w:rPr>
          <w:b/>
        </w:rPr>
        <w:t xml:space="preserve">[37:43] </w:t>
      </w:r>
      <w:r>
        <w:t>kyunke woh to bada ek reward point banane wala hai mamla hai yeh. to har insan ko aap ek mauqa ke taur par dekhiye.</w:t>
      </w:r>
    </w:p>
    <w:p>
      <w:pPr>
        <w:jc w:val="right"/>
      </w:pPr>
      <w:r>
        <w:t>کیونکہ وہ تو بڑا ایک ریوارڈ پوائنٹ بنانے والا ہے معاملہ ہے یہ۔ تو ہر انسان کو آپ ایک موقع کے طور پر دیکھیے۔</w:t>
      </w:r>
    </w:p>
    <w:p>
      <w:r>
        <w:rPr>
          <w:b/>
        </w:rPr>
        <w:t xml:space="preserve">[37:54] </w:t>
      </w:r>
      <w:r>
        <w:t>is tarah ke saaye dunya mein phaila diye adab ko. mein samajhta hoon ke is waqt hamare mission mein jo adab tayyar hua hai woh munfarid hai.</w:t>
      </w:r>
    </w:p>
    <w:p>
      <w:pPr>
        <w:jc w:val="right"/>
      </w:pPr>
      <w:r>
        <w:t>اس طرح کے سائے دنیا میں پھیلا دیئے ادب کو۔ میں سمجھتا ہوں کہ اس وقت ہمارے مشن میں جو ادب تیار ہوا ہے وہ منفرد ہے۔</w:t>
      </w:r>
    </w:p>
    <w:p>
      <w:r>
        <w:rPr>
          <w:b/>
        </w:rPr>
        <w:t xml:space="preserve">[38:04] </w:t>
      </w:r>
      <w:r>
        <w:t>dunya mein kahin bhi is tarah ka dawah adab maujood nahi. kahin bhi nahi.</w:t>
      </w:r>
    </w:p>
    <w:p>
      <w:pPr>
        <w:jc w:val="right"/>
      </w:pPr>
      <w:r>
        <w:t>دنیا میں کہیں بھی اس طرح کا دعویٰ ادب موجود نہیں۔ کہیں بھی نہیں۔</w:t>
      </w:r>
    </w:p>
    <w:p>
      <w:r>
        <w:rPr>
          <w:b/>
        </w:rPr>
        <w:t xml:space="preserve">[38:13] </w:t>
      </w:r>
      <w:r>
        <w:t>kahin bhi nahi. abhi kal mere pas ek sahab ko telephone aaya tha. woh pakistan mein paida hue, phir woh london gaye. to unhone kaha ke maine bahut padha, bahut padha, bahut padha.</w:t>
      </w:r>
    </w:p>
    <w:p>
      <w:pPr>
        <w:jc w:val="right"/>
      </w:pPr>
      <w:r>
        <w:t>کہیں بھی نہیں۔ ابھی کل میرے پاس ایک صاحب کو ٹیلی فون آیا تھا۔ وہ پاکستان میں پیدا ہوئے، پھر وہ لندن گئے۔ تو انہوں نے کہا کہ میں نے بہت پڑھا، بہت پڑھا، بہت پڑھا۔</w:t>
      </w:r>
    </w:p>
    <w:p>
      <w:r>
        <w:rPr>
          <w:b/>
        </w:rPr>
        <w:t xml:space="preserve">[38:24] </w:t>
      </w:r>
      <w:r>
        <w:t>lekin jis tareeqay say aap kay haan kitabein chhapi hain us mein jis tareeqay say sachai ko bataya gaya hai us tarah say, itnay wazeh tareeqay say, baghair kisi uljhan kay keh yeh milta hi nahi hum ko.</w:t>
      </w:r>
    </w:p>
    <w:p>
      <w:pPr>
        <w:jc w:val="right"/>
      </w:pPr>
      <w:r>
        <w:t>لیکن جس طریقے سے آپ کے ہاں کتابیں چھپی ہیں اس میں جس طریقے سے سچائی کو بتایا گیا ہے اس طرح سے، اتنے واضح طریقے سے، بغیر کسی الجھن کے کہ یہ ملتا ہی نہیں ہم کو۔</w:t>
      </w:r>
    </w:p>
    <w:p>
      <w:r>
        <w:rPr>
          <w:b/>
        </w:rPr>
        <w:t xml:space="preserve">[38:41] </w:t>
      </w:r>
      <w:r>
        <w:t>to kitna bara aap ko yeh mila hai moqa keh aap is adab ko phailayein aur apna reward point banayein.</w:t>
      </w:r>
    </w:p>
    <w:p>
      <w:pPr>
        <w:jc w:val="right"/>
      </w:pPr>
      <w:r>
        <w:t>تو کتنا بڑا آپ کو یہ ملا ہے موقع کہ آپ اس ادب کو پھیلائیں اور اپنا ریوارڈ پوائنٹ بنائیں۔</w:t>
      </w:r>
    </w:p>
    <w:p>
      <w:r>
        <w:rPr>
          <w:b/>
        </w:rPr>
        <w:t xml:space="preserve">[38:55] </w:t>
      </w:r>
      <w:r>
        <w:t>reward point aap ka lamahdood ho sakta hai. aik hazar, million, billion, trillion kitna bhi ho sakta hai. Khuda kay haan to koi kami nahi hai.</w:t>
      </w:r>
    </w:p>
    <w:p>
      <w:pPr>
        <w:jc w:val="right"/>
      </w:pPr>
      <w:r>
        <w:t>ریوارڈ پوائنٹ آپ کا لامحدود ہو سکتا ہے۔ ایک ہزار، ملین، بلین، ٹریلین کتنا بھی ہو سکتا ہے۔ خدا کے ہاں تو کوئی کمی نہیں ہے۔</w:t>
      </w:r>
    </w:p>
    <w:p>
      <w:r>
        <w:rPr>
          <w:b/>
        </w:rPr>
        <w:t xml:space="preserve">[39:09] </w:t>
      </w:r>
      <w:r>
        <w:t>to yeh kaam aap ko karna hai.</w:t>
      </w:r>
    </w:p>
    <w:p>
      <w:pPr>
        <w:jc w:val="right"/>
      </w:pPr>
      <w:r>
        <w:t>تو یہ کام آپ کو کرنا ہے۔</w:t>
      </w:r>
    </w:p>
    <w:p>
      <w:r>
        <w:rPr>
          <w:b/>
        </w:rPr>
        <w:t xml:space="preserve">[39:14] </w:t>
      </w:r>
      <w:r>
        <w:t>doosri cheez jo mein kehna chahta hoon woh yeh hai keh abhi kisi nay mujh say poocha keh Quran mein jahan zikr aata hai to zikr kaseer aata hai.</w:t>
      </w:r>
    </w:p>
    <w:p>
      <w:pPr>
        <w:jc w:val="right"/>
      </w:pPr>
      <w:r>
        <w:t>دوسری چیز جو میں کہنا چاہتا ہوں وہ یہ ہے کہ ابھی کسی نے مجھ سے پوچھا کہ قرآن میں جہاں ذکر آتا ہے تو ذکر کثیر آتا ہے۔</w:t>
      </w:r>
    </w:p>
    <w:p>
      <w:r>
        <w:rPr>
          <w:b/>
        </w:rPr>
        <w:t xml:space="preserve">[39:30] </w:t>
      </w:r>
      <w:r>
        <w:t>"azkur Allah zikran kaseeran".</w:t>
      </w:r>
    </w:p>
    <w:p>
      <w:pPr>
        <w:jc w:val="right"/>
      </w:pPr>
      <w:r>
        <w:t>"اذکر اللہ ذکراً کثیراً"۔</w:t>
      </w:r>
    </w:p>
    <w:p>
      <w:r>
        <w:rPr>
          <w:b/>
        </w:rPr>
        <w:t xml:space="preserve">[39:36] </w:t>
      </w:r>
      <w:r>
        <w:t>yani "remember God every moment". har jagah yahi aata hai zikr kaseer, zikr kaseer.</w:t>
      </w:r>
    </w:p>
    <w:p>
      <w:pPr>
        <w:jc w:val="right"/>
      </w:pPr>
      <w:r>
        <w:t>یعنی "remember God every moment"۔ ہر جگہ یہی آتا ہے ذکر کثیر، ذکر کثیر۔</w:t>
      </w:r>
    </w:p>
    <w:p>
      <w:r>
        <w:rPr>
          <w:b/>
        </w:rPr>
        <w:t xml:space="preserve">[39:45] </w:t>
      </w:r>
      <w:r>
        <w:t>"wa dhakirinnallaha katheeran wadh zakirāt". to Khuda ka bohat ziyada zikr karo. zikr ka matlab kya hai?</w:t>
      </w:r>
    </w:p>
    <w:p>
      <w:pPr>
        <w:jc w:val="right"/>
      </w:pPr>
      <w:r>
        <w:t>"وَذَّاكِرِّنَّ اللَّهَ كَثِيراً وَالذَّاكِرَاتِ"۔ تو خدا کا بہت زیادہ ذکر کرو۔ ذکر کا مطلب کیا ہے؟</w:t>
      </w:r>
    </w:p>
    <w:p>
      <w:r>
        <w:rPr>
          <w:b/>
        </w:rPr>
        <w:t xml:space="preserve">[39:54] </w:t>
      </w:r>
      <w:r>
        <w:t>zikr kay maani hain yaad karna. yani "remember God at every moment".</w:t>
      </w:r>
    </w:p>
    <w:p>
      <w:pPr>
        <w:jc w:val="right"/>
      </w:pPr>
      <w:r>
        <w:t>ذکر کے معنی ہیں یاد کرنا۔ یعنی "remember God at every moment"۔</w:t>
      </w:r>
    </w:p>
    <w:p>
      <w:r>
        <w:rPr>
          <w:b/>
        </w:rPr>
        <w:t xml:space="preserve">[40:05] </w:t>
      </w:r>
      <w:r>
        <w:t>is ka matlab kya hai? is ka matlab kya hai? dekhiye is ka matlab jo hai</w:t>
      </w:r>
    </w:p>
    <w:p>
      <w:pPr>
        <w:jc w:val="right"/>
      </w:pPr>
      <w:r>
        <w:t>اس کا مطلب کیا ہے؟ اس کا مطلب کیا ہے؟ دیکھیے اس کا مطلب جو ہے</w:t>
      </w:r>
    </w:p>
    <w:p>
      <w:r>
        <w:rPr>
          <w:b/>
        </w:rPr>
        <w:t xml:space="preserve">[40:17] </w:t>
      </w:r>
      <w:r>
        <w:t>bohat say log yeh samajhtay hain keh har waqt tasbeeh parhtay raho. yani is har waqt kay Allah taala ki har waqt yaad ko woh kam tar shakal mein le kar kay us ki ginti bana diya unhon nay.</w:t>
      </w:r>
    </w:p>
    <w:p>
      <w:pPr>
        <w:jc w:val="right"/>
      </w:pPr>
      <w:r>
        <w:t>بہت سے لوگ یہ سمجھتے ہیں کہ ہر وقت تسبیح پڑھتے رہو۔ یعنی اس ہر وقت کے اللہ تعالیٰ کی ہر وقت یاد کو وہ کم تر شکل میں لے کر کے اس کی گنتی بنا دیا انہوں نے۔</w:t>
      </w:r>
    </w:p>
    <w:p>
      <w:r>
        <w:rPr>
          <w:b/>
        </w:rPr>
        <w:t xml:space="preserve">[40:33] </w:t>
      </w:r>
      <w:r>
        <w:t>is ko ginti banana yani miqdar mein lena us ko kam tar shakal mein lena hai. keh ginti kartay raho.</w:t>
      </w:r>
    </w:p>
    <w:p>
      <w:pPr>
        <w:jc w:val="right"/>
      </w:pPr>
      <w:r>
        <w:t>اس کو گنتی بنانا یعنی مقدار میں لینا اس کو کم تر شکل میں لینا ہے۔ کہ گنتی کرتے رہو۔</w:t>
      </w:r>
    </w:p>
    <w:p>
      <w:r>
        <w:rPr>
          <w:b/>
        </w:rPr>
        <w:t xml:space="preserve">[40:43] </w:t>
      </w:r>
      <w:r>
        <w:t>sau baar, hazar baar, lakh baar. to chunancha aik sahib ko mein nay dekha keh woh unhon nay aik sawal kiya keh is ka nisaab kya hai?</w:t>
      </w:r>
    </w:p>
    <w:p>
      <w:pPr>
        <w:jc w:val="right"/>
      </w:pPr>
      <w:r>
        <w:t>سو بار، ہزار بار، لاکھ بار۔ تو چنانچہ ایک صاحب کو میں نے دیکھا کہ وہ انہوں نے ایک سوال کیا کہ اس کا نصاب کیا ہے؟</w:t>
      </w:r>
    </w:p>
    <w:p>
      <w:r>
        <w:rPr>
          <w:b/>
        </w:rPr>
        <w:t xml:space="preserve">[40:58] </w:t>
      </w:r>
      <w:r>
        <w:t>zikr kaseer ka nisaab kya hai? yani kitni baar hum kahein to woh zikr kaseer banay ga? hazar baar keh das hazar baar keh pachas hazar baar keh lakh baar kahein to zikr kaseer banay ga?</w:t>
      </w:r>
    </w:p>
    <w:p>
      <w:pPr>
        <w:jc w:val="right"/>
      </w:pPr>
      <w:r>
        <w:t>ذکر کثیر کا نصاب کیا ہے؟ یعنی کتنی بار ہم کہیں تو وہ ذکر کثیر بنے گا؟ ہزار بار کہ دس ہزار بار کہ پچاس ہزار بار کہ لاکھ بار کہیں تو ذکر کثیر بنے گا؟</w:t>
      </w:r>
    </w:p>
    <w:p>
      <w:r>
        <w:rPr>
          <w:b/>
        </w:rPr>
        <w:t xml:space="preserve">[41:12] </w:t>
      </w:r>
      <w:r>
        <w:t>mein nay kaha astaghfirullah yeh to aap yani kam tar samajh rahay hain zikr ko. zikr ka matlab yaad karna. acha zikr yani yaad karnay ka matlab kya hai?</w:t>
      </w:r>
    </w:p>
    <w:p>
      <w:pPr>
        <w:jc w:val="right"/>
      </w:pPr>
      <w:r>
        <w:t>میں نے کہا استغفراللہ یہ تو آپ یعنی کم تر سمجھ رہے ہیں ذکر کو۔ ذکر کا مطلب یاد کرنا۔ اچھا ذکر یعنی یاد کرنے کا مطلب کیا ہے؟</w:t>
      </w:r>
    </w:p>
    <w:p>
      <w:r>
        <w:rPr>
          <w:b/>
        </w:rPr>
        <w:t xml:space="preserve">[41:29] </w:t>
      </w:r>
      <w:r>
        <w:t>dekhiye mein nay abhi aap ko yeh bataya keh daawa kaam karna aap. daawa kaam karnay ki taqat kahan say aye gi? jab aap Khuda ka zikr karein gay. yani ziyada zikr ziyada daawa kaam.</w:t>
      </w:r>
    </w:p>
    <w:p>
      <w:pPr>
        <w:jc w:val="right"/>
      </w:pPr>
      <w:r>
        <w:t>دیکھیے میں نے ابھی آپ کو یہ بتایا کہ دعویٰ کام کرنا آپ۔ دعویٰ کام کرنے کی طاقت کہاں سے آئے گی؟ جب آپ خدا کا ذکر کریں گے۔ یعنی زیادہ ذکر زیادہ دعویٰ کام۔</w:t>
      </w:r>
    </w:p>
    <w:p>
      <w:r>
        <w:rPr>
          <w:b/>
        </w:rPr>
        <w:t xml:space="preserve">[41:42] </w:t>
      </w:r>
      <w:r>
        <w:t>yaad rakhiye yeh hai formula. ziyada zikr ziyada daawa kaam. yani Khuda ko ziyada yaad karna to is ka kya hoga?</w:t>
      </w:r>
    </w:p>
    <w:p>
      <w:pPr>
        <w:jc w:val="right"/>
      </w:pPr>
      <w:r>
        <w:t>یاد رکھیے یہ ہے فارمولا۔ زیادہ ذکر زیادہ دعویٰ کام۔ یعنی خدا کو زیادہ یاد کرنا تو اس کا کیا ہوگا؟</w:t>
      </w:r>
    </w:p>
    <w:p>
      <w:r>
        <w:rPr>
          <w:b/>
        </w:rPr>
        <w:t xml:space="preserve">[41:54] </w:t>
      </w:r>
      <w:r>
        <w:t>keh aap ziyada daawa kaam karein gay.</w:t>
      </w:r>
    </w:p>
    <w:p>
      <w:pPr>
        <w:jc w:val="right"/>
      </w:pPr>
      <w:r>
        <w:t>کہ آپ زیادہ دعویٰ کام کریں گے۔</w:t>
      </w:r>
    </w:p>
    <w:p>
      <w:r>
        <w:rPr>
          <w:b/>
        </w:rPr>
        <w:t xml:space="preserve">[41:59] </w:t>
      </w:r>
      <w:r>
        <w:t>hamaray baap kaha kartay thay keh Khuda ko munh dikhana hai. Khuda ko munh dikhana hai. to matlab jab aap Khuda ko ziyada yaad karein gay to yeh yeh yeh aap kay zehn mein aye ga keh Khuda kay samnay humain khara hona hai.</w:t>
      </w:r>
    </w:p>
    <w:p>
      <w:pPr>
        <w:jc w:val="right"/>
      </w:pPr>
      <w:r>
        <w:t>ہمارے باپ کہا کرتے تھے کہ خدا کو منہ دکھانا ہے۔ خدا کو منہ دکھانا ہے۔ تو مطلب جب آپ خدا کو زیادہ یاد کریں گے تو یہ یہ یہ آپ کے ذہن میں آئے گا کہ خدا کے سامنے ہمیں کھڑا ہونا ہے۔</w:t>
      </w:r>
    </w:p>
    <w:p>
      <w:r>
        <w:rPr>
          <w:b/>
        </w:rPr>
        <w:t xml:space="preserve">[42:12] </w:t>
      </w:r>
      <w:r>
        <w:t>to kuch lay kar chalna chahiye. to daawa kaam karo jo wahan kaam aaye. to zikr kaseer aur daawa kaseer dono jurey huay hain aik doosray say.</w:t>
      </w:r>
    </w:p>
    <w:p>
      <w:pPr>
        <w:jc w:val="right"/>
      </w:pPr>
      <w:r>
        <w:t>تو کچھ لے کر چلنا چاہیے۔ تو دعویٰ کام کرو جو وہاں کام آئے۔ تو ذکر کثیر اور دعویٰ کثیر دونوں جڑے ہوئے ہیں ایک دوسرے سے۔</w:t>
      </w:r>
    </w:p>
    <w:p>
      <w:r>
        <w:rPr>
          <w:b/>
        </w:rPr>
        <w:t xml:space="preserve">[42:23] </w:t>
      </w:r>
      <w:r>
        <w:t>jab ziyada aap Khuda ko yaad karein gay tab hi aap ziyada daawa kaam bhi kar payein gay. jo Khuda ko bhoola rahay ga to woh daawa kaam bhi nahi karay ga.</w:t>
      </w:r>
    </w:p>
    <w:p>
      <w:pPr>
        <w:jc w:val="right"/>
      </w:pPr>
      <w:r>
        <w:t>جب زیادہ آپ خدا کو یاد کریں گے تب ہی آپ زیادہ دعویٰ کام بھی کر پائیں گے۔ جو خدا کو بھولا رہے گا تو وہ دعویٰ کام بھی نہیں کرے گا۔</w:t>
      </w:r>
    </w:p>
    <w:p>
      <w:r>
        <w:rPr>
          <w:b/>
        </w:rPr>
        <w:t xml:space="preserve">[42:33] </w:t>
      </w:r>
      <w:r>
        <w:t>yaad rakhiye yeh namumkin hai keh aap Khuda ko bhulay huay hon. Khuda ko yaad na karte hon.</w:t>
      </w:r>
    </w:p>
    <w:p>
      <w:pPr>
        <w:jc w:val="right"/>
      </w:pPr>
      <w:r>
        <w:t>یاد رکھیے یہ ناممکن ہے کہ آپ خدا کو بھولے ہوئے ہوں۔ خدا کو یاد نہ کرتے ہوں۔</w:t>
      </w:r>
    </w:p>
    <w:p>
      <w:r>
        <w:rPr>
          <w:b/>
        </w:rPr>
        <w:t xml:space="preserve">[42:43] </w:t>
      </w:r>
      <w:r>
        <w:t>aur phir bhi aap khoob daawa kaam karein. yeh namumkin hai. is waqt mein chahta hoon keh mein is baray mein kuch arz karoon keh zikr kya hai?</w:t>
      </w:r>
    </w:p>
    <w:p>
      <w:pPr>
        <w:jc w:val="right"/>
      </w:pPr>
      <w:r>
        <w:t>اور پھر بھی آپ خوب دعویٰ کام کریں۔ یہ ناممکن ہے۔ اس وقت میں چاہتا ہوں کہ میں اس بارے میں کچھ عرض کروں کہ ذکر کیا ہے؟</w:t>
      </w:r>
    </w:p>
    <w:p>
      <w:r>
        <w:rPr>
          <w:b/>
        </w:rPr>
        <w:t xml:space="preserve">[42:55] </w:t>
      </w:r>
      <w:r>
        <w:t>zikr kya hai? dekhiye zikr kay lafzi maani hain yaad karna. "to remember".</w:t>
      </w:r>
    </w:p>
    <w:p>
      <w:pPr>
        <w:jc w:val="right"/>
      </w:pPr>
      <w:r>
        <w:t>ذکر کیا ہے؟ دیکھیے ذکر کے لفظی معنی ہیں یاد کرنا۔ "to remember"۔</w:t>
      </w:r>
    </w:p>
    <w:p>
      <w:r>
        <w:rPr>
          <w:b/>
        </w:rPr>
        <w:t xml:space="preserve">[43:04] </w:t>
      </w:r>
      <w:r>
        <w:t>to yaad karna kya hai? yaad karnay kay maani yeh hain keh har cheez jo mujh par guzray, har tajurba, har har baat, har waqia woh meray liye nuqta-e-hawala ban jaye Khuda ki yaad ka.</w:t>
      </w:r>
    </w:p>
    <w:p>
      <w:pPr>
        <w:jc w:val="right"/>
      </w:pPr>
      <w:r>
        <w:t>تو یاد کرنا کیا ہے؟ یاد کرنے کے معنی یہ ہیں کہ ہر چیز جو مجھ پر گزرے، ہر تجربہ، ہر ہر بات، ہر واقعہ وہ میرے لیے نقطۂ حوالہ بن جائے خدا کی یاد کا۔</w:t>
      </w:r>
    </w:p>
    <w:p>
      <w:r>
        <w:rPr>
          <w:b/>
        </w:rPr>
        <w:t xml:space="preserve">[43:25] </w:t>
      </w:r>
      <w:r>
        <w:t>yani is ka matlab yeh hai ke aap zikr zyada karo. Is ka matlab yeh hai ke har maamle ko, har waqe'ay ko Khuda ki yaad ke liye nuqtah-e-hawala bana do.</w:t>
      </w:r>
    </w:p>
    <w:p>
      <w:pPr>
        <w:jc w:val="right"/>
      </w:pPr>
      <w:r>
        <w:t>یعنی اس کا مطلب یہ ہے کہ آپ ذکر زیادہ کرو۔ اس کا مطلب یہ ہے کہ ہر معاملے کو، ہر واقعے کو خدا کی یاد کے لیے نقطۂ حوالہ بنا دو۔</w:t>
      </w:r>
    </w:p>
    <w:p>
      <w:r>
        <w:rPr>
          <w:b/>
        </w:rPr>
        <w:t xml:space="preserve">[43:38] </w:t>
      </w:r>
      <w:r>
        <w:t>yani "make every experience</w:t>
      </w:r>
    </w:p>
    <w:p>
      <w:pPr>
        <w:jc w:val="right"/>
      </w:pPr>
      <w:r>
        <w:t>یعنی "make every experience</w:t>
      </w:r>
    </w:p>
    <w:p>
      <w:r>
        <w:rPr>
          <w:b/>
        </w:rPr>
        <w:t xml:space="preserve">[43:48] </w:t>
      </w:r>
      <w:r>
        <w:t>a point of reference for the remembrance of God". Yeh hai matlab is ka.</w:t>
      </w:r>
    </w:p>
    <w:p>
      <w:pPr>
        <w:jc w:val="right"/>
      </w:pPr>
      <w:r>
        <w:t>a point of reference for the remembrance of God"۔ یہ ہے مطلب اس کا۔</w:t>
      </w:r>
    </w:p>
    <w:p>
      <w:r>
        <w:rPr>
          <w:b/>
        </w:rPr>
        <w:t xml:space="preserve">[43:59] </w:t>
      </w:r>
      <w:r>
        <w:t>"make every experience a point of reference for the remembrance of God".</w:t>
      </w:r>
    </w:p>
    <w:p>
      <w:pPr>
        <w:jc w:val="right"/>
      </w:pPr>
      <w:r>
        <w:t>"make every experience a point of reference for the remembrance of God"۔</w:t>
      </w:r>
    </w:p>
    <w:p>
      <w:r>
        <w:rPr>
          <w:b/>
        </w:rPr>
        <w:t xml:space="preserve">[44:09] </w:t>
      </w:r>
      <w:r>
        <w:t>Yeh matlab hai. To har subah, har waqt hamein har waqt koi na koi baat pesh aati hai. Jaise farz ki jiye ke mujhe is waqt mera halaq sookh raha hai.</w:t>
      </w:r>
    </w:p>
    <w:p>
      <w:pPr>
        <w:jc w:val="right"/>
      </w:pPr>
      <w:r>
        <w:t>یہ مطلب ہے۔ تو ہر صبح، ہر وقت ہمیں ہر وقت کوئی نہ کوئی بات پیش آتی ہے۔ جیسے فرض کیجیے کہ مجھے اس وقت میرا حلق سوکھ رہا ہے۔</w:t>
      </w:r>
    </w:p>
    <w:p>
      <w:r>
        <w:rPr>
          <w:b/>
        </w:rPr>
        <w:t xml:space="preserve">[44:22] </w:t>
      </w:r>
      <w:r>
        <w:t>Pyaas lag rahi hai. Ab maine paani ka glass uthaya. Aur yeh maine paani piya. Yeh hai nuqtah-e-hawala. Ke agar mujhe paani ki zaroorat thi,</w:t>
      </w:r>
    </w:p>
    <w:p>
      <w:pPr>
        <w:jc w:val="right"/>
      </w:pPr>
      <w:r>
        <w:t>پیاس لگ رہی ہے۔ اب میں نے پانی کا گلاس اٹھایا۔ اور یہ میں نے پانی پیا۔ یہ ہے نقطۂ حوالہ۔ کہ اگر مجھے پانی کی ضرورت تھی،</w:t>
      </w:r>
    </w:p>
    <w:p>
      <w:r>
        <w:rPr>
          <w:b/>
        </w:rPr>
        <w:t xml:space="preserve">[44:36] </w:t>
      </w:r>
      <w:r>
        <w:t>mera gala sookh raha tha to Khuda ne paani pehle se bana rakha tha duniya mein. To kitna zyada Khuda yani kitna zyada meherban Khuda hai ke meri zaroorat ko jaan kar ke us ne paani paida kar diya.</w:t>
      </w:r>
    </w:p>
    <w:p>
      <w:pPr>
        <w:jc w:val="right"/>
      </w:pPr>
      <w:r>
        <w:t>میرا گلا سوکھ رہا تھا تو خدا نے پانی پہلے سے بنا رکھا تھا دنیا میں۔ تو کتنا زیادہ خدا یعنی کتنا زیادہ مہربان خدا ہے کہ میری ضرورت کو جان کر کے اس نے پانی پیدا کر دیا۔</w:t>
      </w:r>
    </w:p>
    <w:p>
      <w:r>
        <w:rPr>
          <w:b/>
        </w:rPr>
        <w:t xml:space="preserve">[44:58] </w:t>
      </w:r>
      <w:r>
        <w:t>Phir paani kaise bana? Aap is waqt sochein kis tarah do gases aapas mein milein to paani jaisi cheez ban gayi.</w:t>
      </w:r>
    </w:p>
    <w:p>
      <w:pPr>
        <w:jc w:val="right"/>
      </w:pPr>
      <w:r>
        <w:t>پھر پانی کیسے بنا؟ آپ اس وقت سوچیں کس طرح دو گیسز آپس میں ملیں تو پانی جیسی چیز بن گئی۔</w:t>
      </w:r>
    </w:p>
    <w:p>
      <w:r>
        <w:rPr>
          <w:b/>
        </w:rPr>
        <w:t xml:space="preserve">[45:10] </w:t>
      </w:r>
      <w:r>
        <w:t>Itna wasee miqdaar mein shayad har taraf phaila hua hai paani. Yani hamare globe ka do tihai jo hai woh woh paani paani hai.</w:t>
      </w:r>
    </w:p>
    <w:p>
      <w:pPr>
        <w:jc w:val="right"/>
      </w:pPr>
      <w:r>
        <w:t>اتنا وسیع مقدار میں شاید ہر طرف پھیلا ہوا ہے پانی۔ یعنی ہمارے گلوب کا دو تہائی جو ہے وہ وہ پانی پانی ہے۔</w:t>
      </w:r>
    </w:p>
    <w:p>
      <w:r>
        <w:rPr>
          <w:b/>
        </w:rPr>
        <w:t xml:space="preserve">[45:24] </w:t>
      </w:r>
      <w:r>
        <w:t>To koi bhi cheez, koi bhi cheez, koi bhi cheez hamare liye ek nuqtah-e-hawala hai. Jaise pichle itwaar ko main yahan jab aaya tha to ek saahab ne bataya ke woh apne bachay ko le kar ek doctor ke haan gaye.</w:t>
      </w:r>
    </w:p>
    <w:p>
      <w:pPr>
        <w:jc w:val="right"/>
      </w:pPr>
      <w:r>
        <w:t>تو کوئی بھی چیز، کوئی بھی چیز، کوئی بھی چیز ہمارے لیے ایک نقطۂ حوالہ ہے۔ جیسے پچھلے اتوار کو میں یہاں جب آیا تھا تو ایک صاحب نے بتایا کہ وہ اپنے بچے کو لے کر ایک ڈاکٹر کے ہاں گئے۔</w:t>
      </w:r>
    </w:p>
    <w:p>
      <w:r>
        <w:rPr>
          <w:b/>
        </w:rPr>
        <w:t xml:space="preserve">[45:43] </w:t>
      </w:r>
      <w:r>
        <w:t>Us ke kaan mein kuch masla tha. To doctor ne kaan ko dekha. To kaan ko dekhte rehte doctor kehta hai</w:t>
      </w:r>
    </w:p>
    <w:p>
      <w:pPr>
        <w:jc w:val="right"/>
      </w:pPr>
      <w:r>
        <w:t>اس کے کان میں کچھ مسئلہ تھا۔ تو ڈاکٹر نے کان کو دیکھا۔ تو کان کو دیکھتے رہتے ڈاکٹر کہتا ہے</w:t>
      </w:r>
    </w:p>
    <w:p>
      <w:r>
        <w:rPr>
          <w:b/>
        </w:rPr>
        <w:t xml:space="preserve">[45:55] </w:t>
      </w:r>
      <w:r>
        <w:t>"you know it is a great bracelet". Yeh kaan jo hai yeh Khuda ka ek bohat bara bracelet hai. "it is a great bracelet of God".</w:t>
      </w:r>
    </w:p>
    <w:p>
      <w:pPr>
        <w:jc w:val="right"/>
      </w:pPr>
      <w:r>
        <w:t>"you know it is a great bracelet"۔ یہ کان جو ہے یہ خدا کا ایک بہت بڑا bracelet ہے۔ "it is a great bracelet of God"۔</w:t>
      </w:r>
    </w:p>
    <w:p>
      <w:r>
        <w:rPr>
          <w:b/>
        </w:rPr>
        <w:t xml:space="preserve">[46:06] </w:t>
      </w:r>
      <w:r>
        <w:t>Ke kaise kaan bana? Kaise kaan sunta hai?</w:t>
      </w:r>
    </w:p>
    <w:p>
      <w:pPr>
        <w:jc w:val="right"/>
      </w:pPr>
      <w:r>
        <w:t>کہ کیسے کان بنا؟ کیسے کان سنتا ہے؟</w:t>
      </w:r>
    </w:p>
    <w:p>
      <w:r>
        <w:rPr>
          <w:b/>
        </w:rPr>
        <w:t xml:space="preserve">[46:12] </w:t>
      </w:r>
      <w:r>
        <w:t>To gaye thay woh doctor ke haan us ka kaan dikhane ke liye, kuch ilaaj ke liye. Lekin jab woh us ka dekh raha tha to us ki zabaan se nikla doctor ki zabaan se.</w:t>
      </w:r>
    </w:p>
    <w:p>
      <w:pPr>
        <w:jc w:val="right"/>
      </w:pPr>
      <w:r>
        <w:t>تو گئے تھے وہ ڈاکٹر کے ہاں اس کا کان دکھانے کے لیے، کچھ علاج کے لیے۔ لیکن جب وہ اس کا دیکھ رہا تھا تو اس کی زبان سے نکلا ڈاکٹر کی زبان سے۔</w:t>
      </w:r>
    </w:p>
    <w:p>
      <w:r>
        <w:rPr>
          <w:b/>
        </w:rPr>
        <w:t xml:space="preserve">[46:24] </w:t>
      </w:r>
      <w:r>
        <w:t>"it is a great bracelet of God". Ab woh nuqtah-e-hawala ban gaya Khuda ko yaad karne ka. Jab aap ne kaan ko dekha aur socha ke kaan kaise ban gaya?</w:t>
      </w:r>
    </w:p>
    <w:p>
      <w:pPr>
        <w:jc w:val="right"/>
      </w:pPr>
      <w:r>
        <w:t>"it is a great bracelet of God"۔ اب وہ نقطۂ حوالہ بن گیا خدا کو یاد کرنے کا۔ جب آپ نے کان کو دیکھا اور سوچا کہ کان کیسے بن گیا؟</w:t>
      </w:r>
    </w:p>
    <w:p>
      <w:r>
        <w:rPr>
          <w:b/>
        </w:rPr>
        <w:t xml:space="preserve">[46:36] </w:t>
      </w:r>
      <w:r>
        <w:t>Kaise sunta hai? Kya is ka tareeqa-kaar hai? To aap ko Khuda yani Khaliq yaad aa gaya.</w:t>
      </w:r>
    </w:p>
    <w:p>
      <w:pPr>
        <w:jc w:val="right"/>
      </w:pPr>
      <w:r>
        <w:t>کیسے سنتا ہے؟ کیا اس کا طریقہ کار ہے؟ تو آپ کو خدا یعنی خالق یاد آگیا۔</w:t>
      </w:r>
    </w:p>
    <w:p>
      <w:r>
        <w:rPr>
          <w:b/>
        </w:rPr>
        <w:t xml:space="preserve">[46:48] </w:t>
      </w:r>
      <w:r>
        <w:t>To yeh ek nuqtah-e-hawala ban gaya aap ke liye. To jo kuch bhi aap karte hain is duniya mein har waqt subah se shaam tak woh nuqtah-e-hawala hai.</w:t>
      </w:r>
    </w:p>
    <w:p>
      <w:pPr>
        <w:jc w:val="right"/>
      </w:pPr>
      <w:r>
        <w:t>تو یہ ایک نقطۂ حوالہ بن گیا آپ کے لیے۔ تو جو کچھ بھی آپ کرتے ہیں اس دنیا میں ہر وقت صبح سے شام تک وہ نقطۂ حوالہ ہے۔</w:t>
      </w:r>
    </w:p>
    <w:p>
      <w:r>
        <w:rPr>
          <w:b/>
        </w:rPr>
        <w:t xml:space="preserve">[47:02] </w:t>
      </w:r>
      <w:r>
        <w:t>To har waqe'ay ko, har tajrubay ko Khuda ki yaad ke liye nuqtah-e-hawala bana dena yeh hai zikr-e-kaseer.</w:t>
      </w:r>
    </w:p>
    <w:p>
      <w:pPr>
        <w:jc w:val="right"/>
      </w:pPr>
      <w:r>
        <w:t>تو ہر واقعے کو، ہر تجربے کو خدا کی یاد کے لیے نقطۂ حوالہ بنا دینا یہ ہے ذکر کثیر۔</w:t>
      </w:r>
    </w:p>
    <w:p>
      <w:r>
        <w:rPr>
          <w:b/>
        </w:rPr>
        <w:t xml:space="preserve">[47:14] </w:t>
      </w:r>
      <w:r>
        <w:t>Yani ginti karein, ginti karein, ginti karein aap.</w:t>
      </w:r>
    </w:p>
    <w:p>
      <w:pPr>
        <w:jc w:val="right"/>
      </w:pPr>
      <w:r>
        <w:t>یعنی گنتی کریں، گنتی کریں، گنتی کریں آپ۔</w:t>
      </w:r>
    </w:p>
    <w:p>
      <w:r>
        <w:rPr>
          <w:b/>
        </w:rPr>
        <w:t xml:space="preserve">[47:23] </w:t>
      </w:r>
      <w:r>
        <w:t>Kuch alfaaz le kar ke, kuch shabd le kar ke ke Alhamdulillah, Subhan Allah, Allahu Akbar. Ab is ko aap gin rahe hain, gin rahe hain, gin rahe hain. Sau baar, hazar baar.</w:t>
      </w:r>
    </w:p>
    <w:p>
      <w:pPr>
        <w:jc w:val="right"/>
      </w:pPr>
      <w:r>
        <w:t>کچھ الفاظ لے کر کے، کچھ शब्द لے کر کے کہ الحمدللہ، سبحان اللہ، اللہ اکبر۔ اب اس کو آپ گن رہے ہیں، گن رہے ہیں، گن رہے ہیں۔ سو بار، ہزار بار۔</w:t>
      </w:r>
    </w:p>
    <w:p>
      <w:r>
        <w:rPr>
          <w:b/>
        </w:rPr>
        <w:t xml:space="preserve">[47:33] </w:t>
      </w:r>
      <w:r>
        <w:t>Yeh nahi, yeh zikr nahi hai.</w:t>
      </w:r>
    </w:p>
    <w:p>
      <w:pPr>
        <w:jc w:val="right"/>
      </w:pPr>
      <w:r>
        <w:t>یہ نہیں، یہ ذکر نہیں ہے۔</w:t>
      </w:r>
    </w:p>
    <w:p>
      <w:r>
        <w:rPr>
          <w:b/>
        </w:rPr>
        <w:t xml:space="preserve">[47:38] </w:t>
      </w:r>
      <w:r>
        <w:t>Ek waqe'a maine parha, ek kitaab hai "Izalat al-Khufa" Shah Waliullah Sahib ki. Is mein likha hai unhone ke ke Rasool Allah ki fawwat ke baad wahan par bohat se Sahaba hua karte thay Madinah mein.</w:t>
      </w:r>
    </w:p>
    <w:p>
      <w:pPr>
        <w:jc w:val="right"/>
      </w:pPr>
      <w:r>
        <w:t>ایک واقعہ میں نے پڑھا، ایک کتاب ہے "ازالت الخفاء" شاہ اللہ صاحب کی۔ اس میں لکھا ہے انہوں نے کہ کہ رسول اللہ کی وفات کے بعد وہاں پر بہت سے صحابہ ہوا کرتے تھے مدینہ میں۔</w:t>
      </w:r>
    </w:p>
    <w:p>
      <w:r>
        <w:rPr>
          <w:b/>
        </w:rPr>
        <w:t xml:space="preserve">[47:56] </w:t>
      </w:r>
      <w:r>
        <w:t>To ek Sahabi thay Abdullah Ibn Masood. Woh bohat aala ke maane jatay thay Quran ke mufassir.</w:t>
      </w:r>
    </w:p>
    <w:p>
      <w:pPr>
        <w:jc w:val="right"/>
      </w:pPr>
      <w:r>
        <w:t>تو ایک صحابی تھے عبداللہ ابن مسعود۔ وہ بہت اعلیٰ کے مانے جاتے تھے قرآن کے مبصر۔</w:t>
      </w:r>
    </w:p>
    <w:p>
      <w:r>
        <w:rPr>
          <w:b/>
        </w:rPr>
        <w:t xml:space="preserve">[48:08] </w:t>
      </w:r>
      <w:r>
        <w:t>Ek aur Sahabi thay, un ka naam tha Abu Musa Ash'ari. To ek din Abu Musa Ash'ari gaye ek masjid mein to ek manzar dekha unhone.</w:t>
      </w:r>
    </w:p>
    <w:p>
      <w:pPr>
        <w:jc w:val="right"/>
      </w:pPr>
      <w:r>
        <w:t>ایک اور صحابی تھے، ان کا نام تھا ابو موسیٰ اشعری۔ تو ایک دن ابو موسیٰ اشعری گئے ایک مسجد میں تو ایک منظر دیکھا انہوں نے۔</w:t>
      </w:r>
    </w:p>
    <w:p>
      <w:r>
        <w:rPr>
          <w:b/>
        </w:rPr>
        <w:t xml:space="preserve">[48:19] </w:t>
      </w:r>
      <w:r>
        <w:t>To dauday huay gaye Abdullah Ibn Masood ke paas. Aur kehte hain ke maine dekha ke wahan log ek kaam kar rahe hain jo dekhnay mein theek lagta hai lekin woh naya hai.</w:t>
      </w:r>
    </w:p>
    <w:p>
      <w:pPr>
        <w:jc w:val="right"/>
      </w:pPr>
      <w:r>
        <w:t>تو دوڑے ہوئے گئے عبداللہ ابن مسعود کے پاس۔ اور کہتے ہیں کہ میں نے دیکھا کہ وہاں لوگ ایک کام کر رہے ہیں جو دیکھنے میں ٹھیک لگتا ہے لیکن وہ نیا ہے۔</w:t>
      </w:r>
    </w:p>
    <w:p>
      <w:r>
        <w:rPr>
          <w:b/>
        </w:rPr>
        <w:t xml:space="preserve">[48:33] </w:t>
      </w:r>
      <w:r>
        <w:t>rasool Allah ke zamane mein aisa nahi hota tha. ke ek aadmi ne bohat si kankriyan ikatha ki hui hain. aur logon ko deta hai ke is par gino.</w:t>
      </w:r>
    </w:p>
    <w:p>
      <w:pPr>
        <w:jc w:val="right"/>
      </w:pPr>
      <w:r>
        <w:t>رسول اللہ کے زمانے میں ایسا نہیں ہوتا تھا۔ کہ ایک آدمی نے بہت سی کنکریاں اکٹھا کی ہوئی ہیں۔ اور لوگوں کو دیتا ہے کہ اس پر گنو۔</w:t>
      </w:r>
    </w:p>
    <w:p>
      <w:r>
        <w:rPr>
          <w:b/>
        </w:rPr>
        <w:t xml:space="preserve">[48:43] </w:t>
      </w:r>
      <w:r>
        <w:t>ke sau baar Alhamdulillah kaho, sau baar Allah Akbar kaho. is tarah se karwa raha hai woh. yaani kankriyon ke zariye se Khuda ke naam ko yaad karna.</w:t>
      </w:r>
    </w:p>
    <w:p>
      <w:pPr>
        <w:jc w:val="right"/>
      </w:pPr>
      <w:r>
        <w:t>کہ سو بار الحمدللہ کہو، سو بار اللہ اکبر کہو۔ اس طرح سے کروا رہا ہے وہ۔ یعنی کنکریوں کے ذریعے سے خدا کے نام کو یاد کرنا۔</w:t>
      </w:r>
    </w:p>
    <w:p>
      <w:r>
        <w:rPr>
          <w:b/>
        </w:rPr>
        <w:t xml:space="preserve">[48:59] </w:t>
      </w:r>
      <w:r>
        <w:t>to Abu Musa Ash'ari kehte hain un se ke aisa maine dekha aur yeh bazahir to acha hi lagta tha woh. ke Khuda ke naam ko woh kankriyon par ginvata hai.</w:t>
      </w:r>
    </w:p>
    <w:p>
      <w:pPr>
        <w:jc w:val="right"/>
      </w:pPr>
      <w:r>
        <w:t>تو ابو موسیٰ اشعری کہتے ہیں ان سے کہ ایسا میں نے دیکھا اور یہ بظاہر تو اچھا ہی لگتا تھا وہ۔ کہ خدا کے نام کو وہ کنکریوں پر گنوا رہا ہے۔</w:t>
      </w:r>
    </w:p>
    <w:p>
      <w:r>
        <w:rPr>
          <w:b/>
        </w:rPr>
        <w:t xml:space="preserve">[49:12] </w:t>
      </w:r>
      <w:r>
        <w:t>lekin woh nai cheez hai rasool Allah ke zamane mein to hum ne kabhi dekha nahi tha aisa.</w:t>
      </w:r>
    </w:p>
    <w:p>
      <w:pPr>
        <w:jc w:val="right"/>
      </w:pPr>
      <w:r>
        <w:t>لیکن وہ نئی چیز ہے رسول اللہ کے زمانے میں تو ہم نے کبھی دیکھا نہیں تھا ایسا۔</w:t>
      </w:r>
    </w:p>
    <w:p>
      <w:r>
        <w:rPr>
          <w:b/>
        </w:rPr>
        <w:t xml:space="preserve">[49:20] </w:t>
      </w:r>
      <w:r>
        <w:t>to Abdullah Ibn Masood bohat aala ke bare mein aata hai, woh Hبر الامہ ka aaya tha. Hبر الامہ yaani ummat Muslimah ka aalim, scholar.</w:t>
      </w:r>
    </w:p>
    <w:p>
      <w:pPr>
        <w:jc w:val="right"/>
      </w:pPr>
      <w:r>
        <w:t>تو عبداللہ ابن مسعود بہت اعلیٰ کے بارے میں آتا ہے، وہ حبر الامہ کا آیا تھا۔ حبر الامہ یعنی امت مسلمہ کا عالم، scholar۔</w:t>
      </w:r>
    </w:p>
    <w:p>
      <w:r>
        <w:rPr>
          <w:b/>
        </w:rPr>
        <w:t xml:space="preserve">[49:34] </w:t>
      </w:r>
      <w:r>
        <w:t>to unhon ne kaha ke is waqt un ki aankh jo hai, is waqt woh aankh se ma'zoor ho gaye the. to mujhe le chalo wahan masjid mein.</w:t>
      </w:r>
    </w:p>
    <w:p>
      <w:pPr>
        <w:jc w:val="right"/>
      </w:pPr>
      <w:r>
        <w:t>تو انہوں نے کہا کہ اس وقت ان کی آنکھ جو ہے، اس وقت وہ آنکھ سے معذور ہو گئے تھے۔ تو مجھے لے چلو وہاں مسجد میں۔</w:t>
      </w:r>
    </w:p>
    <w:p>
      <w:r>
        <w:rPr>
          <w:b/>
        </w:rPr>
        <w:t xml:space="preserve">[49:47] </w:t>
      </w:r>
      <w:r>
        <w:t>to yeh gaye, boorhe ho chuke the woh. wahan ja kar khare hue. to unhon ne kaha</w:t>
      </w:r>
    </w:p>
    <w:p>
      <w:pPr>
        <w:jc w:val="right"/>
      </w:pPr>
      <w:r>
        <w:t>تو یہ گئے، بوڑھے ہو چکے تھے وہ۔ وہاں جا کر کھڑے ہوئے۔ تو انہوں نے کہا</w:t>
      </w:r>
    </w:p>
    <w:p>
      <w:r>
        <w:rPr>
          <w:b/>
        </w:rPr>
        <w:t xml:space="preserve">[49:59] </w:t>
      </w:r>
      <w:r>
        <w:t>ke tum mein se jo shakhs mujh ko janta hai woh janta hai. aur jo shakhs mujh ko nahi janta to main Abdullah Ibn Masood hoon.</w:t>
      </w:r>
    </w:p>
    <w:p>
      <w:pPr>
        <w:jc w:val="right"/>
      </w:pPr>
      <w:r>
        <w:t>کہ تم میں سے جو شخص مجھ کو جانتا ہے وہ جانتا ہے۔ اور جو شخص مجھ کو نہیں جانتا تو میں عبداللہ ابن مسعود ہوں۔</w:t>
      </w:r>
    </w:p>
    <w:p>
      <w:r>
        <w:rPr>
          <w:b/>
        </w:rPr>
        <w:t xml:space="preserve">[50:11] </w:t>
      </w:r>
      <w:r>
        <w:t>rasool Allah ka sahabi. senior sahabi. is ke baad unhon ne kaha ke agar tum ko ginna hai to apne gunahon ko gino.</w:t>
      </w:r>
    </w:p>
    <w:p>
      <w:pPr>
        <w:jc w:val="right"/>
      </w:pPr>
      <w:r>
        <w:t>رسول اللہ کا صحابی۔ سینئر صحابی۔ اس کے بعد انہوں نے کہا کہ اگر تم کو گننا ہے تو اپنے گناہوں کو گنو۔</w:t>
      </w:r>
    </w:p>
    <w:p>
      <w:r>
        <w:rPr>
          <w:b/>
        </w:rPr>
        <w:t xml:space="preserve">[50:22] </w:t>
      </w:r>
      <w:r>
        <w:t>kankriyan kyun ginn rahe ho?</w:t>
      </w:r>
    </w:p>
    <w:p>
      <w:pPr>
        <w:jc w:val="right"/>
      </w:pPr>
      <w:r>
        <w:t>کنکریاں کیوں گن رہے ہو؟</w:t>
      </w:r>
    </w:p>
    <w:p>
      <w:r>
        <w:rPr>
          <w:b/>
        </w:rPr>
        <w:t xml:space="preserve">[50:27] </w:t>
      </w:r>
      <w:r>
        <w:t>zara dekhiye yeh log, yeh jo Sahaba log the kitna un ka yaani un ka idraak kitna ooncha tha. un ki ma'rifat kitni oonchi thi.</w:t>
      </w:r>
    </w:p>
    <w:p>
      <w:pPr>
        <w:jc w:val="right"/>
      </w:pPr>
      <w:r>
        <w:t>ذرا دیکھیے یہ لوگ، یہ جو صحابہ لوگ تھے کتنا ان کا یعنی ان کا ادراک کتنا اونچا تھا۔ ان کی معرفت کتنی اونچی تھی۔</w:t>
      </w:r>
    </w:p>
    <w:p>
      <w:r>
        <w:rPr>
          <w:b/>
        </w:rPr>
        <w:t xml:space="preserve">[50:39] </w:t>
      </w:r>
      <w:r>
        <w:t>unhon ne kaha ke tum ko agar ginna hai to apne gunahon ko gino. kankriyan kis liye ginn rahe ho?</w:t>
      </w:r>
    </w:p>
    <w:p>
      <w:pPr>
        <w:jc w:val="right"/>
      </w:pPr>
      <w:r>
        <w:t>انہوں نے کہا کہ تم کو اگر گننا ہے تو اپنے گناہوں کو گنو۔ کنکریاں کس لیے گن رہے ہو؟</w:t>
      </w:r>
    </w:p>
    <w:p>
      <w:r>
        <w:rPr>
          <w:b/>
        </w:rPr>
        <w:t xml:space="preserve">[50:51] </w:t>
      </w:r>
      <w:r>
        <w:t>to woh jo aadmi ginvata tha us ne kaha ke hum hum to yahi chahte the ke log Khuda ko yaad karen. hum ne us ko acha samajh ke kiya tha.</w:t>
      </w:r>
    </w:p>
    <w:p>
      <w:pPr>
        <w:jc w:val="right"/>
      </w:pPr>
      <w:r>
        <w:t>تو وہ جو آدمی گنوا رہا تھا اس نے کہا کہ ہم ہم تو یہی چاہتے تھے کہ لوگ خدا کو یاد کریں۔ ہم نے اس کو اچھا سمجھ کے کیا تھا۔</w:t>
      </w:r>
    </w:p>
    <w:p>
      <w:r>
        <w:rPr>
          <w:b/>
        </w:rPr>
        <w:t xml:space="preserve">[51:00] </w:t>
      </w:r>
      <w:r>
        <w:t>to jante hain kya kaha unhon ne? bohat se log kisi kaam ko acha samajh ke karte hain halan ke woh acha kaam nahi hota hai woh.</w:t>
      </w:r>
    </w:p>
    <w:p>
      <w:pPr>
        <w:jc w:val="right"/>
      </w:pPr>
      <w:r>
        <w:t>تو جانتے ہیں کیا کہا انہوں نے؟ بہت سے لوگ کسی کام کو اچھا سمجھ کے کرتے ہیں حالانکہ وہ اچھا کام نہیں ہوتا ہے وہ۔</w:t>
      </w:r>
    </w:p>
    <w:p>
      <w:r>
        <w:rPr>
          <w:b/>
        </w:rPr>
        <w:t xml:space="preserve">[51:10] </w:t>
      </w:r>
      <w:r>
        <w:t>yaad rakho. acha kaam woh hai jis ko Khuda ne acha kaha ho. acha kaam woh hai jis ko rasool Allah ne acha kaha ho.</w:t>
      </w:r>
    </w:p>
    <w:p>
      <w:pPr>
        <w:jc w:val="right"/>
      </w:pPr>
      <w:r>
        <w:t>یاد رکھو۔ اچھا کام وہ ہے جس کو خدا نے اچھا کہا ہو۔ اچھا کام وہ ہے جس کو رسول اللہ نے اچھا کہا ہو۔</w:t>
      </w:r>
    </w:p>
    <w:p>
      <w:r>
        <w:rPr>
          <w:b/>
        </w:rPr>
        <w:t xml:space="preserve">[51:20] </w:t>
      </w:r>
      <w:r>
        <w:t>dua mein zehan se koi kaam acha nahi ho jata.</w:t>
      </w:r>
    </w:p>
    <w:p>
      <w:pPr>
        <w:jc w:val="right"/>
      </w:pPr>
      <w:r>
        <w:t>دعا میں ذہن سے کوئی کام اچھا نہیں ہو جاتا۔</w:t>
      </w:r>
    </w:p>
    <w:p>
      <w:r>
        <w:rPr>
          <w:b/>
        </w:rPr>
        <w:t xml:space="preserve">[51:27] </w:t>
      </w:r>
      <w:r>
        <w:t>to yeh kaha unhon ne ke tum ginna hai to apne gunahon ko gino. to dekhiye zikr jo hai, zikr yeh naam hi ek zikr hai hi nahi yeh ke tasbeeh le kar aap us par gir rahe hain.</w:t>
      </w:r>
    </w:p>
    <w:p>
      <w:pPr>
        <w:jc w:val="right"/>
      </w:pPr>
      <w:r>
        <w:t>تو یہ کہا انہوں نے کہ تم گننا ہے تو اپنے گناہوں کو گنو۔ تو دیکھیے ذکر جو ہے، ذکر یہ نامی ایک ذکر ہے ہی نہیں یہ کہ تسبیح لے کر آپ اس پر گر رہے ہیں۔</w:t>
      </w:r>
    </w:p>
    <w:p>
      <w:r>
        <w:rPr>
          <w:b/>
        </w:rPr>
        <w:t xml:space="preserve">[51:43] </w:t>
      </w:r>
      <w:r>
        <w:t>main ek baar gaya yahan park jo hamare paas hai park mein. to ek sahab ko maine dekha ke woh</w:t>
      </w:r>
    </w:p>
    <w:p>
      <w:pPr>
        <w:jc w:val="right"/>
      </w:pPr>
      <w:r>
        <w:t>میں ایک بار گیا یہاں پارک جو ہمارے پاس ہے پارک میں۔ تو ایک صاحب کو میں نے دیکھا کہ وہ</w:t>
      </w:r>
    </w:p>
    <w:p>
      <w:r>
        <w:rPr>
          <w:b/>
        </w:rPr>
        <w:t xml:space="preserve">[51:52] </w:t>
      </w:r>
      <w:r>
        <w:t>un ke haath mein tasbeeh hai. to unhon ne bataya ke rozana woh yahan aate hain to un ka ek yeh hai ke pata nahi kitne hazar baar unhein ginna hota tha.</w:t>
      </w:r>
    </w:p>
    <w:p>
      <w:pPr>
        <w:jc w:val="right"/>
      </w:pPr>
      <w:r>
        <w:t>ان کے ہاتھ میں تسبیح ہے۔ تو انہوں نے بتایا کہ روزانہ وہ یہاں آتے ہیں تو ان کا ایک یہ ہے کہ پتہ نہیں کتنے ہزار بار انہیں گننا ہوتا تھا۔</w:t>
      </w:r>
    </w:p>
    <w:p>
      <w:r>
        <w:rPr>
          <w:b/>
        </w:rPr>
        <w:t xml:space="preserve">[52:02] </w:t>
      </w:r>
      <w:r>
        <w:t>to woh ard gird ghoomte hote hain, woh jab ginn lete hain poora tab woh chale aate hain. to har din itni baar woh unhein ginna hai tasbeeh ke oopar Khuda ka naam.</w:t>
      </w:r>
    </w:p>
    <w:p>
      <w:pPr>
        <w:jc w:val="right"/>
      </w:pPr>
      <w:r>
        <w:t>تو وہ اردگرد گھومتے ہوتے ہیں، وہ جب گن لیتے ہیں پورا تب وہ چلے آتے ہیں۔ تو ہر دن اتنی بار وہ انہیں گننا ہے تسبیح کے اوپر خدا کا نام۔</w:t>
      </w:r>
    </w:p>
    <w:p>
      <w:r>
        <w:rPr>
          <w:b/>
        </w:rPr>
        <w:t xml:space="preserve">[52:12] </w:t>
      </w:r>
      <w:r>
        <w:t>Allah Allah Allah Allah Allah kuch bhi ginna hai ise. yeh aaj ke zamane mein yeh sab hua hai. ke rasool Allah ke zamane mein aisa nahi tha. to rasool Allah ke zamane mein jo zikr tha woh zikr yeh tha ke pesh aane wali cheezon mein Khuda ka jalwa dekhna.</w:t>
      </w:r>
    </w:p>
    <w:p>
      <w:pPr>
        <w:jc w:val="right"/>
      </w:pPr>
      <w:r>
        <w:t>اللہ اللہ اللہ اللہ اللہ کچھ بھی گننا ہے اسے۔ یہ آج کے زمانے میں یہ سب ہوا ہے۔ کہ رسول اللہ کے زمانے میں ایسا نہیں تھا۔ تو رسول اللہ کے زمانے میں جو ذکر تھا وہ ذکر یہ تھا کہ پیش آنے والی چیزوں میں خدا کا جلوہ دیکھنا۔</w:t>
      </w:r>
    </w:p>
    <w:p>
      <w:r>
        <w:rPr>
          <w:b/>
        </w:rPr>
        <w:t xml:space="preserve">[52:33] </w:t>
      </w:r>
      <w:r>
        <w:t>har cheez ko nuqta-e-hawala bana dena Khuda ki yaad ke liye.</w:t>
      </w:r>
    </w:p>
    <w:p>
      <w:pPr>
        <w:jc w:val="right"/>
      </w:pPr>
      <w:r>
        <w:t>ہر چیز کو نقطۂ حوالہ بنا دینا خدا کی یاد کے لیے۔</w:t>
      </w:r>
    </w:p>
    <w:p>
      <w:r>
        <w:rPr>
          <w:b/>
        </w:rPr>
        <w:t xml:space="preserve">[52:41] </w:t>
      </w:r>
      <w:r>
        <w:t>jaise main ek misaal doon aap ko. ek Sahabi the un ka naam tha Abu Darda. to Abu Darda jo the</w:t>
      </w:r>
    </w:p>
    <w:p>
      <w:pPr>
        <w:jc w:val="right"/>
      </w:pPr>
      <w:r>
        <w:t>جیسے میں ایک مثال دوں آپ کو۔ ایک صحابی تھے ان کا نام تھا ابو دردہ۔ تو ابو دردہ جو تھے</w:t>
      </w:r>
    </w:p>
    <w:p>
      <w:r>
        <w:rPr>
          <w:b/>
        </w:rPr>
        <w:t xml:space="preserve">[52:56] </w:t>
      </w:r>
      <w:r>
        <w:t>ek din apne ghar ke samne baithe hue the. to ek bulk card guzri yaani bail gaadi. to do jaanwar us par joote hue the.</w:t>
      </w:r>
    </w:p>
    <w:p>
      <w:pPr>
        <w:jc w:val="right"/>
      </w:pPr>
      <w:r>
        <w:t>ایک دن اپنے گھر کے سامنے بیٹھے ہوئے تھے۔ تو ایک بلک کارڈ گزری یعنی بیل گاڑی۔ تو دو جانور اس پر جوتے ہوئے تھے۔</w:t>
      </w:r>
    </w:p>
    <w:p>
      <w:r>
        <w:rPr>
          <w:b/>
        </w:rPr>
        <w:t xml:space="preserve">[53:08] </w:t>
      </w:r>
      <w:r>
        <w:t>phir kya hua ke ek jaanwar baith gaya, ek jaanwar khara raha. to jo cart man tha, jo gaadi ko chala raha tha us ne baithne wale ko mara.</w:t>
      </w:r>
    </w:p>
    <w:p>
      <w:pPr>
        <w:jc w:val="right"/>
      </w:pPr>
      <w:r>
        <w:t>پھر کیا ہوا کہ ایک جانور بیٹھ گیا، ایک جانور کھڑا رہا۔ تو جو کارٹ مین تھا، جو گاڑی کو چلا رہا تھا اس نے بیٹھنے والے کو مارا۔</w:t>
      </w:r>
    </w:p>
    <w:p>
      <w:r>
        <w:rPr>
          <w:b/>
        </w:rPr>
        <w:t xml:space="preserve">[53:20] </w:t>
      </w:r>
      <w:r>
        <w:t>to woh khara ho gaya, phir gaari chalne lagi. to unhon ne kaha ke "in fi hadha lamawtabar". is mein bhi aik sabak hai.</w:t>
      </w:r>
    </w:p>
    <w:p>
      <w:pPr>
        <w:jc w:val="right"/>
      </w:pPr>
      <w:r>
        <w:t>تو وہ کھڑا ہو گیا، پھر گاڑی چلنے لگی۔ تو انہوں نے کہا کہ "إن في هذا لَمَوْتَبَرٌ"۔ اس میں بھی ایک سبق ہے۔</w:t>
      </w:r>
    </w:p>
    <w:p>
      <w:r>
        <w:rPr>
          <w:b/>
        </w:rPr>
        <w:t xml:space="preserve">[53:31] </w:t>
      </w:r>
      <w:r>
        <w:t>sabak yeh hai ke jo duty poori karega woh bach jaye ga. aur jo duty poori nahi karega us ko saza milegi.</w:t>
      </w:r>
    </w:p>
    <w:p>
      <w:pPr>
        <w:jc w:val="right"/>
      </w:pPr>
      <w:r>
        <w:t>سبق یہ ہے کہ جو ڈیوٹی پوری کرے گا وہ بچ جائے گا۔ اور جو ڈیوٹی پوری نہیں کرے گا اس کو سزا ملے گی۔</w:t>
      </w:r>
    </w:p>
    <w:p>
      <w:r>
        <w:rPr>
          <w:b/>
        </w:rPr>
        <w:t xml:space="preserve">[53:41] </w:t>
      </w:r>
      <w:r>
        <w:t>ab dekhiye is bulk card ko unhon ne nuqtah hawalay bana diya Khuda ki baat ke liye. ke Khuda ke haan bhi yeh hone wala hai.</w:t>
      </w:r>
    </w:p>
    <w:p>
      <w:pPr>
        <w:jc w:val="right"/>
      </w:pPr>
      <w:r>
        <w:t>اب دیکھیے اس بلک کارڈ کو انہوں نے نقطۂ حوالہ بنا دیا خدا کی بات کے لیے۔ کہ خدا کے ہاں بھی یہ ہونے والا ہے۔</w:t>
      </w:r>
    </w:p>
    <w:p>
      <w:r>
        <w:rPr>
          <w:b/>
        </w:rPr>
        <w:t xml:space="preserve">[53:51] </w:t>
      </w:r>
      <w:r>
        <w:t>log jayen ge, un ka record pesh hoga. har aik ka, farishtay sab ka record pesh karen ge. aur Quran mein hai ke jab record pesh kiya jaye ga to log kahen ge ke "malihatha alkitab la yughadir saghiratan wala kabiratan illa ahsahaa".</w:t>
      </w:r>
    </w:p>
    <w:p>
      <w:pPr>
        <w:jc w:val="right"/>
      </w:pPr>
      <w:r>
        <w:t>لوگ جائیں گے، ان کا ریکارڈ پیش ہوگا۔ ہر ایک کا، فرشتے سب کا ریکارڈ پیش کریں گے۔ اور قرآن میں ہے کہ جب ریکارڈ پیش کیا جائے گا تو لوگ کہیں گے کہ "ما لہذا الکتاب لا یغادر صغیرۃ ولا کبیرۃ الا اعصاها"۔</w:t>
      </w:r>
    </w:p>
    <w:p>
      <w:r>
        <w:rPr>
          <w:b/>
        </w:rPr>
        <w:t xml:space="preserve">[54:13] </w:t>
      </w:r>
      <w:r>
        <w:t>kisi ajeeb baat hai. "malihatha alkitab la yughadir saghiratan wala kabiratan illa ahsahaa".</w:t>
      </w:r>
    </w:p>
    <w:p>
      <w:pPr>
        <w:jc w:val="right"/>
      </w:pPr>
      <w:r>
        <w:t>کیسی عجیب بات ہے۔ "ما لہذا الکتاب لا یغادر صغیرۃ ولا کبیرۃ الا اعصاها"۔</w:t>
      </w:r>
    </w:p>
    <w:p>
      <w:r>
        <w:rPr>
          <w:b/>
        </w:rPr>
        <w:t xml:space="preserve">[54:22] </w:t>
      </w:r>
      <w:r>
        <w:t>ke yeh kaisa register hai. har choti aur bari cheez meri is par likhi hui hai. chahe maine awami tor par bhi kiya ho ya niji tor par bhi kiya ho.</w:t>
      </w:r>
    </w:p>
    <w:p>
      <w:pPr>
        <w:jc w:val="right"/>
      </w:pPr>
      <w:r>
        <w:t>کہ یہ کیسا رجسٹر ہے۔ ہر چھوٹی اور بڑی چیز میری اس پر لکھی ہوئی ہے۔ چاہے میں نے عوامی طور پر بھی کیا ہو یا نجی طور پر بھی کیا ہو۔</w:t>
      </w:r>
    </w:p>
    <w:p>
      <w:r>
        <w:rPr>
          <w:b/>
        </w:rPr>
        <w:t xml:space="preserve">[54:34] </w:t>
      </w:r>
      <w:r>
        <w:t>raat mein kya ho, din mein kya ho, sab is par likha hua hai.</w:t>
      </w:r>
    </w:p>
    <w:p>
      <w:pPr>
        <w:jc w:val="right"/>
      </w:pPr>
      <w:r>
        <w:t>رات میں کیا ہو، دن میں کیا ہو، سب اس پر لکھا ہوا ہے۔</w:t>
      </w:r>
    </w:p>
    <w:p>
      <w:r>
        <w:rPr>
          <w:b/>
        </w:rPr>
        <w:t xml:space="preserve">[54:40] </w:t>
      </w:r>
      <w:r>
        <w:t>to kaha ke woh jo bulk card ka qissa tha woh is un ke liye nuqtah hawalay ban gaya is baat ke liye ke aik din aisa hone wala hai hum sab Khuda ke samne pesh honge.</w:t>
      </w:r>
    </w:p>
    <w:p>
      <w:pPr>
        <w:jc w:val="right"/>
      </w:pPr>
      <w:r>
        <w:t>تو کہا کہ وہ جو بلک کارڈ کا قصہ تھا وہ اس ان کے لیے نقطۂ حوالہ بن گیا اس بات کے لیے کہ ایک دن ایسا ہونے والا ہے ہم سب خدا کے سامنے پیش ہوں گے۔</w:t>
      </w:r>
    </w:p>
    <w:p>
      <w:r>
        <w:rPr>
          <w:b/>
        </w:rPr>
        <w:t xml:space="preserve">[54:54] </w:t>
      </w:r>
      <w:r>
        <w:t>aur phir jis ne duty poori ki hogi woh to bach jaye ga. aur jis ne duty nahi poori ki hai us ko saza milegi. yeh hai zikr.</w:t>
      </w:r>
    </w:p>
    <w:p>
      <w:pPr>
        <w:jc w:val="right"/>
      </w:pPr>
      <w:r>
        <w:t>اور پھر جس نے ڈیوٹی پوری کی ہوگی وہ تو بچ جائے گا۔ اور جس نے ڈیوٹی نہیں پوری کی ہے اس کو سزا ملے گی۔ یہ ہے ذکر۔</w:t>
      </w:r>
    </w:p>
    <w:p>
      <w:r>
        <w:rPr>
          <w:b/>
        </w:rPr>
        <w:t xml:space="preserve">[55:07] </w:t>
      </w:r>
      <w:r>
        <w:t>to jo subah se sham tak har din hamare paas hum jo baatein hoti hain</w:t>
      </w:r>
    </w:p>
    <w:p>
      <w:pPr>
        <w:jc w:val="right"/>
      </w:pPr>
      <w:r>
        <w:t>تو جو صبح سے شام تک ہر دن ہمارے پاس ہم جو باتیں ہوتی ہیں</w:t>
      </w:r>
    </w:p>
    <w:p>
      <w:r>
        <w:rPr>
          <w:b/>
        </w:rPr>
        <w:t xml:space="preserve">[55:18] </w:t>
      </w:r>
      <w:r>
        <w:t>inhi ko nuqtah hawalay karna. yani nuqtah hawalay bana dena Khuda ki yaad ke liye. yeh hai zikr.</w:t>
      </w:r>
    </w:p>
    <w:p>
      <w:pPr>
        <w:jc w:val="right"/>
      </w:pPr>
      <w:r>
        <w:t>انہی کو نقطۂ حوالہ کرنا۔ یعنی نقطۂ حوالہ بنا دینا خدا کی یاد کے لیے۔ یہ ہے ذکر۔</w:t>
      </w:r>
    </w:p>
    <w:p>
      <w:r>
        <w:rPr>
          <w:b/>
        </w:rPr>
        <w:t xml:space="preserve">[55:28] </w:t>
      </w:r>
      <w:r>
        <w:t>dekhiye</w:t>
      </w:r>
    </w:p>
    <w:p>
      <w:pPr>
        <w:jc w:val="right"/>
      </w:pPr>
      <w:r>
        <w:t>دیکھیے</w:t>
      </w:r>
    </w:p>
    <w:p>
      <w:r>
        <w:rPr>
          <w:b/>
        </w:rPr>
        <w:t xml:space="preserve">[55:32] </w:t>
      </w:r>
      <w:r>
        <w:t>zikr is a creative process. takrar nahi hai.</w:t>
      </w:r>
    </w:p>
    <w:p>
      <w:pPr>
        <w:jc w:val="right"/>
      </w:pPr>
      <w:r>
        <w:t>ذکر is a creative process۔ تکرار نہیں ہے۔</w:t>
      </w:r>
    </w:p>
    <w:p>
      <w:r>
        <w:rPr>
          <w:b/>
        </w:rPr>
        <w:t xml:space="preserve">[55:39] </w:t>
      </w:r>
      <w:r>
        <w:t>people take zikr as a repetition but it is wrong. zikr is a creative process. zikr is an intellectual work.</w:t>
      </w:r>
    </w:p>
    <w:p>
      <w:pPr>
        <w:jc w:val="right"/>
      </w:pPr>
      <w:r>
        <w:t>People take ذکر as a repetition but it is wrong۔ ذکر is a creative process۔ ذکر is an intellectual work۔</w:t>
      </w:r>
    </w:p>
    <w:p>
      <w:r>
        <w:rPr>
          <w:b/>
        </w:rPr>
        <w:t xml:space="preserve">[55:53] </w:t>
      </w:r>
      <w:r>
        <w:t>ungliyon se zikr nahi hota hai.</w:t>
      </w:r>
    </w:p>
    <w:p>
      <w:pPr>
        <w:jc w:val="right"/>
      </w:pPr>
      <w:r>
        <w:t>انگلیوں سے ذکر نہیں ہوتا ہے۔</w:t>
      </w:r>
    </w:p>
    <w:p>
      <w:r>
        <w:rPr>
          <w:b/>
        </w:rPr>
        <w:t xml:space="preserve">[55:59] </w:t>
      </w:r>
      <w:r>
        <w:t>zikr hota hai zehn se, sochne se.</w:t>
      </w:r>
    </w:p>
    <w:p>
      <w:pPr>
        <w:jc w:val="right"/>
      </w:pPr>
      <w:r>
        <w:t>ذکر ہوتا ہے ذہن سے، سوچنے سے۔</w:t>
      </w:r>
    </w:p>
    <w:p>
      <w:r>
        <w:rPr>
          <w:b/>
        </w:rPr>
        <w:t xml:space="preserve">[56:05] </w:t>
      </w:r>
      <w:r>
        <w:t>yeh aik bohat hi bara creative amal hai. ke dekha unhon ne bulk card ko. convert kar diya is ko kis mein?</w:t>
      </w:r>
    </w:p>
    <w:p>
      <w:pPr>
        <w:jc w:val="right"/>
      </w:pPr>
      <w:r>
        <w:t>یہ ایک بہت ہی بڑا creative عمل ہے۔ کہ دیکھا انہوں نے بلک کارڈ کو۔ Convert کر دیا اس کو کس میں؟</w:t>
      </w:r>
    </w:p>
    <w:p>
      <w:r>
        <w:rPr>
          <w:b/>
        </w:rPr>
        <w:t xml:space="preserve">[56:13] </w:t>
      </w:r>
      <w:r>
        <w:t>adalat-e-faisla ke maamle mein.</w:t>
      </w:r>
    </w:p>
    <w:p>
      <w:pPr>
        <w:jc w:val="right"/>
      </w:pPr>
      <w:r>
        <w:t>عدالتِ فیصلہ کے معاملے میں۔</w:t>
      </w:r>
    </w:p>
    <w:p>
      <w:r>
        <w:rPr>
          <w:b/>
        </w:rPr>
        <w:t xml:space="preserve">[56:18] </w:t>
      </w:r>
      <w:r>
        <w:t>isi ko mein creative keh raha hoon. that was a creative act.</w:t>
      </w:r>
    </w:p>
    <w:p>
      <w:pPr>
        <w:jc w:val="right"/>
      </w:pPr>
      <w:r>
        <w:t>اسی کو میں creative کہہ رہا ہوں۔ That was a creative act۔</w:t>
      </w:r>
    </w:p>
    <w:p>
      <w:r>
        <w:rPr>
          <w:b/>
        </w:rPr>
        <w:t xml:space="preserve">[56:29] </w:t>
      </w:r>
      <w:r>
        <w:t>to is mein mein yeh bhi kahoon ga aap ko ke aap ko apni study barhana hai. jitna study barhayen ge utna hi aap ziyada zikr kar sakenge.</w:t>
      </w:r>
    </w:p>
    <w:p>
      <w:pPr>
        <w:jc w:val="right"/>
      </w:pPr>
      <w:r>
        <w:t>تو اس میں میں یہ بھی کہوں گا آپ کو کہ آپ کو اپنی study بڑھانا ہے۔ جتنا study بڑھائیں گے اتنا ہی آپ زیادہ ذکر کر سکیں گے۔</w:t>
      </w:r>
    </w:p>
    <w:p>
      <w:r>
        <w:rPr>
          <w:b/>
        </w:rPr>
        <w:t xml:space="preserve">[56:42] </w:t>
      </w:r>
      <w:r>
        <w:t>jaise ke mein aik misaal doon. aik Urdu shair ka she'r hai ke "saans se ashjaar ke nikle nagar khalis hawa baagh-e-umar-e-aadmi ka khushk ho nakhl-e-abrad".</w:t>
      </w:r>
    </w:p>
    <w:p>
      <w:pPr>
        <w:jc w:val="right"/>
      </w:pPr>
      <w:r>
        <w:t>جیسے کہ میں ایک مثال دوں۔ ایک اردو شاعر کا شعر ہے کہ "سانس سے اشجار کے نکلے نگر خالص ہوا باغِ عمرِ آدمی کا خشک ہو نخلِ ابراد"۔</w:t>
      </w:r>
    </w:p>
    <w:p>
      <w:r>
        <w:rPr>
          <w:b/>
        </w:rPr>
        <w:t xml:space="preserve">[57:02] </w:t>
      </w:r>
      <w:r>
        <w:t>yani agar drakht saans lete hain to hawa hamare paas aati hai. hum hawa mein saans lete hain. to drakht se hawa aati hai, hum ne saans liya is se hum jeete hain.</w:t>
      </w:r>
    </w:p>
    <w:p>
      <w:pPr>
        <w:jc w:val="right"/>
      </w:pPr>
      <w:r>
        <w:t>یعنی اگر درخت سانس لیتے ہیں تو ہوا ہمارے پاس آتی ہے۔ ہم ہوا میں سانس لیتے ہیں۔ تو درخت سے ہوا آتی ہے، ہم نے سانس لیا اس سے ہم جیتے ہیں۔</w:t>
      </w:r>
    </w:p>
    <w:p>
      <w:r>
        <w:rPr>
          <w:b/>
        </w:rPr>
        <w:t xml:space="preserve">[57:17] </w:t>
      </w:r>
      <w:r>
        <w:t>agar aisa na ho to hum mar jayen. lekin agar aap study karte hain tab pata chalta hai ke yeh to aik bohat bara process hai.</w:t>
      </w:r>
    </w:p>
    <w:p>
      <w:pPr>
        <w:jc w:val="right"/>
      </w:pPr>
      <w:r>
        <w:t>اگر ایسا نہ ہو تو ہم مر جائیں۔ لیکن اگر آپ study کرتے ہیں تب پتہ چلتا ہے کہ یہ تو ایک بہت بڑا process ہے۔</w:t>
      </w:r>
    </w:p>
    <w:p>
      <w:r>
        <w:rPr>
          <w:b/>
        </w:rPr>
        <w:t xml:space="preserve">[57:28] </w:t>
      </w:r>
      <w:r>
        <w:t>yani hamare aur drakht ke beech mein aik bohat bara len den hota hai. hum nikalte hain carbon dioxide aur drakht is ko le leta hai.</w:t>
      </w:r>
    </w:p>
    <w:p>
      <w:pPr>
        <w:jc w:val="right"/>
      </w:pPr>
      <w:r>
        <w:t>یعنی ہمارے اور درخت کے بیچ میں ایک بہت بڑا لین دین ہوتا ہے۔ ہم نکالتے ہیں کاربن ڈائی آکسائیڈ اور درخت اس کو لے لیتا ہے۔</w:t>
      </w:r>
    </w:p>
    <w:p>
      <w:r>
        <w:rPr>
          <w:b/>
        </w:rPr>
        <w:t xml:space="preserve">[57:44] </w:t>
      </w:r>
      <w:r>
        <w:t>is ke badle woh humein oxygen supply karta hai.</w:t>
      </w:r>
    </w:p>
    <w:p>
      <w:pPr>
        <w:jc w:val="right"/>
      </w:pPr>
      <w:r>
        <w:t>اس کے بدلے وہ ہمیں آکسیجن supply کرتا ہے۔</w:t>
      </w:r>
    </w:p>
    <w:p>
      <w:r>
        <w:rPr>
          <w:b/>
        </w:rPr>
        <w:t xml:space="preserve">[57:49] </w:t>
      </w:r>
      <w:r>
        <w:t>is ko aap janen ge to aap bohat bara, yani nuqtah hawalay bohat bara ho jayega aap ka. tab shukr bohat bara nikle ga aap ki zuban se.</w:t>
      </w:r>
    </w:p>
    <w:p>
      <w:pPr>
        <w:jc w:val="right"/>
      </w:pPr>
      <w:r>
        <w:t>اس کو آپ جانیں گے تو آپ بہت بڑا، یعنی نقطۂ حوالہ بہت بڑا ہو جائے گا آپ کا۔ تب شکر بہت بڑا نکلے گا آپ کی زبان سے۔</w:t>
      </w:r>
    </w:p>
    <w:p>
      <w:r>
        <w:rPr>
          <w:b/>
        </w:rPr>
        <w:t xml:space="preserve">[58:01] </w:t>
      </w:r>
      <w:r>
        <w:t>to main kahun ga ke do batain. ek to apni study ko barhaiye. taake jis ko main keh raha hun nuqtah hawalay woh aap ko har cheez mein milay.</w:t>
      </w:r>
    </w:p>
    <w:p>
      <w:pPr>
        <w:jc w:val="right"/>
      </w:pPr>
      <w:r>
        <w:t>تو میں کہوں گا کہ دو باتیں۔ ایک تو اپنی study کو بڑھائیے۔ تاکہ جس کو میں کہہ رہا ہوں نقطۂ حوالہ وہ آپ کو ہر چیز میں ملے۔</w:t>
      </w:r>
    </w:p>
    <w:p>
      <w:r>
        <w:rPr>
          <w:b/>
        </w:rPr>
        <w:t xml:space="preserve">[58:14] </w:t>
      </w:r>
      <w:r>
        <w:t>jitna aap ki jankari barhe gi utne ziyada aap ke pas nuqtah hawalay hoga Khuda ko yaad karne ke liye. aur doosri cheez yeh hai ke yeh jo adab hai is ko aap apni zindagi ka ek integral part bana lijiye.</w:t>
      </w:r>
    </w:p>
    <w:p>
      <w:pPr>
        <w:jc w:val="right"/>
      </w:pPr>
      <w:r>
        <w:t>جتنا آپ کی جانکاری بڑھے گی اتنے زیادہ آپ کے پاس نقطۂ حوالہ ہوگا خدا کو یاد کرنے کے لیے۔ اور دوسری چیز یہ ہے کہ یہ جو ادب ہے اس کو آپ اپنی زندگی کا ایک integral part بنا لیجیے۔</w:t>
      </w:r>
    </w:p>
    <w:p>
      <w:r>
        <w:rPr>
          <w:b/>
        </w:rPr>
        <w:t xml:space="preserve">[58:32] </w:t>
      </w:r>
      <w:r>
        <w:t>chobis ghante mein kabhi aap is se khali na hon. kyunke yeh choti si kitab hai, aap jeeb mein rakh sakte hain. jeeb mein, purse mein, bag mein. kyun?</w:t>
      </w:r>
    </w:p>
    <w:p>
      <w:pPr>
        <w:jc w:val="right"/>
      </w:pPr>
      <w:r>
        <w:t>چوبیس گھنٹے میں کبھی آپ اس سے خالی نہ ہوں۔ کیونکہ یہ چھوٹی سی کتاب ہے، آپ جیب میں رکھ سکتے ہیں۔ جیب میں، پرس میں، بیگ میں۔ کیوں؟</w:t>
      </w:r>
    </w:p>
    <w:p>
      <w:r>
        <w:rPr>
          <w:b/>
        </w:rPr>
        <w:t xml:space="preserve">[58:42] </w:t>
      </w:r>
      <w:r>
        <w:t>taake jab bhi koi aadmi milay aap ko to us ko aap you have to take it as an opportunity.</w:t>
      </w:r>
    </w:p>
    <w:p>
      <w:pPr>
        <w:jc w:val="right"/>
      </w:pPr>
      <w:r>
        <w:t>تاکہ جب بھی کوئی آدمی ملے آپ کو تو اس کو آپ you have to take it as an opportunity۔</w:t>
      </w:r>
    </w:p>
    <w:p>
      <w:r>
        <w:rPr>
          <w:b/>
        </w:rPr>
        <w:t xml:space="preserve">[58:52] </w:t>
      </w:r>
      <w:r>
        <w:t>ke dekho is ko agar main ne pahuncha diya ek to phir ek reward point ban gaya.</w:t>
      </w:r>
    </w:p>
    <w:p>
      <w:pPr>
        <w:jc w:val="right"/>
      </w:pPr>
      <w:r>
        <w:t>کہ دیکھو اس کو اگر میں نے پہنچا دیا ایک تو پھر ایک reward point بن گیا۔</w:t>
      </w:r>
    </w:p>
    <w:p>
      <w:r>
        <w:rPr>
          <w:b/>
        </w:rPr>
        <w:t xml:space="preserve">[59:00] </w:t>
      </w:r>
      <w:r>
        <w:t>to apne reward point ko barhane ke liye, barhane ke liye aap ke pas har waqt hona chahiye. har waqt hona chahiye.</w:t>
      </w:r>
    </w:p>
    <w:p>
      <w:pPr>
        <w:jc w:val="right"/>
      </w:pPr>
      <w:r>
        <w:t>تو اپنے reward point کو بڑھانے کے لیے، بڑھانے کے لیے آپ کے پاس ہر وقت ہونا چاہیے۔ ہر وقت ہونا چاہیے۔</w:t>
      </w:r>
    </w:p>
    <w:p>
      <w:r>
        <w:rPr>
          <w:b/>
        </w:rPr>
        <w:t xml:space="preserve">[59:13] </w:t>
      </w:r>
      <w:r>
        <w:t>yeh do batain main aap se keh raha hun. is par sochiye. apni study barhaiye. aur kabhi aisa na ho ke aap ke pas yeh brochure ya pamphlet jo dawat ke upar tayyar kiya gaya woh na ho.</w:t>
      </w:r>
    </w:p>
    <w:p>
      <w:pPr>
        <w:jc w:val="right"/>
      </w:pPr>
      <w:r>
        <w:t>یہ دو باتیں میں آپ سے کہہ رہا ہوں۔ اس پر سوچیے۔ اپنی study بڑھائیے۔ اور کبھی ایسا نہ ہو کہ آپ کے پاس یہ بروشر یا پمفلٹ جو دعوت کے اوپر تیار کیا گیا وہ نہ ہو۔</w:t>
      </w:r>
    </w:p>
    <w:p>
      <w:r>
        <w:rPr>
          <w:b/>
        </w:rPr>
        <w:t xml:space="preserve">[59:28] </w:t>
      </w:r>
      <w:r>
        <w:t>har waqt, chobis ghante rehna chahiye. kya maloom kis waqt koi mil jaye. aur us ko aap de kar ke apne reward point ko Khuda ke haan barha saken.</w:t>
      </w:r>
    </w:p>
    <w:p>
      <w:pPr>
        <w:jc w:val="right"/>
      </w:pPr>
      <w:r>
        <w:t>ہر وقت، چوبیس گھنٹے رہنا چاہیے۔ کیا معلوم کس وقت کوئی مل جائے۔ اور اس کو آپ دے کر کے اپنے reward point کو خدا کے ہاں بڑھا سکیں۔</w:t>
      </w:r>
    </w:p>
    <w:p>
      <w:r>
        <w:rPr>
          <w:b/>
        </w:rPr>
        <w:t xml:space="preserve">[59:41] </w:t>
      </w:r>
      <w:r>
        <w:t>yeh sab baat jo hai woh sochne ki hai. aur hum mein se har shakhs ko Khuda ke samne khara hona hai.</w:t>
      </w:r>
    </w:p>
    <w:p>
      <w:pPr>
        <w:jc w:val="right"/>
      </w:pPr>
      <w:r>
        <w:t>یہ سب بات جو ہے وہ سوچنے کی ہے۔ اور ہم میں سے ہر شخص کو خدا کے سامنے کھڑا ہونا ہے۔</w:t>
      </w:r>
    </w:p>
    <w:p>
      <w:r>
        <w:rPr>
          <w:b/>
        </w:rPr>
        <w:t xml:space="preserve">[59:53] </w:t>
      </w:r>
      <w:r>
        <w:t>is se pehle ke hum Khuda ke samne khara kiye jayen hamein apne aap ko achi tarah se tayyar kar lena chahiye.</w:t>
      </w:r>
    </w:p>
    <w:p>
      <w:pPr>
        <w:jc w:val="right"/>
      </w:pPr>
      <w:r>
        <w:t>اس سے پہلے کہ ہم خدا کے سامنے کھڑے کیے جائیں ہمیں اپنے آپ کو اچھی طرح سے تیار کر لینا چاہیے۔</w:t>
      </w:r>
    </w:p>
    <w:p>
      <w:r>
        <w:rPr>
          <w:b/>
        </w:rPr>
        <w:t xml:space="preserve">[1:00:04] </w:t>
      </w:r>
      <w:r>
        <w:t>aqool qooli hazaa wa astaghfirullaha li wa lakum ajmaeen.</w:t>
      </w:r>
    </w:p>
    <w:p>
      <w:pPr>
        <w:jc w:val="right"/>
      </w:pPr>
      <w:r>
        <w:t>أقول قولي هذا وأستغفر الله لي ولكم أجمعين.</w:t>
      </w:r>
    </w:p>
    <w:p>
      <w:r>
        <w:rPr>
          <w:b/>
        </w:rPr>
        <w:t xml:space="preserve">[1:00:21] </w:t>
      </w:r>
      <w:r>
        <w:t>This question is from Mr. A. V. Nair. I very often hear people saying, "Be God-fearing." God is all-loving.</w:t>
      </w:r>
    </w:p>
    <w:p>
      <w:pPr>
        <w:jc w:val="right"/>
      </w:pPr>
      <w:r>
        <w:t>This question is from Mr. A. V. Nair. I very often hear people saying, "Be God-fearing." God is all-loving.</w:t>
      </w:r>
    </w:p>
    <w:p>
      <w:r>
        <w:rPr>
          <w:b/>
        </w:rPr>
        <w:t xml:space="preserve">[1:00:31] </w:t>
      </w:r>
      <w:r>
        <w:t>Why one should fear God</w:t>
      </w:r>
    </w:p>
    <w:p>
      <w:pPr>
        <w:jc w:val="right"/>
      </w:pPr>
      <w:r>
        <w:t>Why one should fear God</w:t>
      </w:r>
    </w:p>
    <w:p>
      <w:r>
        <w:rPr>
          <w:b/>
        </w:rPr>
        <w:t xml:space="preserve">[1:00:34] </w:t>
      </w:r>
      <w:r>
        <w:t>? Is it not better to say God-living? God is all-loving only. Kindly comment.</w:t>
      </w:r>
    </w:p>
    <w:p>
      <w:pPr>
        <w:jc w:val="right"/>
      </w:pPr>
      <w:r>
        <w:t>? Is it not better to say God-living? God is all-loving only. Kindly comment.</w:t>
      </w:r>
    </w:p>
    <w:p>
      <w:r>
        <w:rPr>
          <w:b/>
        </w:rPr>
        <w:t xml:space="preserve">[1:00:47] </w:t>
      </w:r>
      <w:r>
        <w:t>dekhen baat to aap ki theek hai ke source of love hai God, us mein koi shakk nahin. lekin dekhiye isi ke sath Khuda jo hai woh justice bhi karta hai.</w:t>
      </w:r>
    </w:p>
    <w:p>
      <w:pPr>
        <w:jc w:val="right"/>
      </w:pPr>
      <w:r>
        <w:t>دیکھیں بات تو آپ کی ٹھیک ہے کہ source of love ہے God، اس میں کوئی شک نہیں۔ لیکن دیکھیے اسی کے ساتھ خدا جو ہے وہ justice بھی کرتا ہے۔</w:t>
      </w:r>
    </w:p>
    <w:p>
      <w:r>
        <w:rPr>
          <w:b/>
        </w:rPr>
        <w:t xml:space="preserve">[1:01:06] </w:t>
      </w:r>
      <w:r>
        <w:t>justice. agar aap yeh na manen ke Khuda ek taraf merciful hai use of justice bhi karta hai to aap kaise explain karenge ke duniya mein aap dekhiye bohat se log honest ban kar rehte hain aur safar karte hain.</w:t>
      </w:r>
    </w:p>
    <w:p>
      <w:pPr>
        <w:jc w:val="right"/>
      </w:pPr>
      <w:r>
        <w:t>Justice۔ اگر آپ یہ نہ مانیں کہ خدا ایک طرف merciful ہے use of justice بھی کرتا ہے تو آپ کیسے explain کریں گے کہ دنیا میں آپ دیکھیے بہت سے لوگ honest بن کر رہتے ہیں اور سفر کرتے ہیں۔</w:t>
      </w:r>
    </w:p>
    <w:p>
      <w:r>
        <w:rPr>
          <w:b/>
        </w:rPr>
        <w:t xml:space="preserve">[1:01:26] </w:t>
      </w:r>
      <w:r>
        <w:t>sachay ban kar rehte hain aur unhein koi reward nahin milta. aur doosri taraf woh log jo corrupt hain aur murder karte hain.</w:t>
      </w:r>
    </w:p>
    <w:p>
      <w:pPr>
        <w:jc w:val="right"/>
      </w:pPr>
      <w:r>
        <w:t>سچے بن کر رہتے ہیں اور انہیں کوئی reward نہیں ملتا۔ اور دوسری طرف وہ لوگ جو corrupt ہیں اور murder کرتے ہیں۔</w:t>
      </w:r>
    </w:p>
    <w:p>
      <w:r>
        <w:rPr>
          <w:b/>
        </w:rPr>
        <w:t xml:space="preserve">[1:01:37] </w:t>
      </w:r>
      <w:r>
        <w:t>lootte hain aur woh isi tarike se duniya se chale aate hain, kuch hota nahin hai un ka. to agar aap yeh na manen to is mani mein ke Khuda jo hai woh bohat hi yani</w:t>
      </w:r>
    </w:p>
    <w:p>
      <w:pPr>
        <w:jc w:val="right"/>
      </w:pPr>
      <w:r>
        <w:t>لوٹتے ہیں اور وہ اسی طریقے سے دنیا سے چلے آتے ہیں، کچھ ہوتا نہیں ہے ان کا۔ تو اگر آپ یہ نہ مانیں تو اس معنی میں کہ خدا جو ہے وہ بہت ہی یعنی</w:t>
      </w:r>
    </w:p>
    <w:p>
      <w:r>
        <w:rPr>
          <w:b/>
        </w:rPr>
        <w:t xml:space="preserve">[1:01:52] </w:t>
      </w:r>
      <w:r>
        <w:t>complete Khuda nahin hai. to jab tak aap dono baat na manen, justice ko bhi shamil na karen tab tak aap is is duniya ko explain nahin kar sakte.</w:t>
      </w:r>
    </w:p>
    <w:p>
      <w:pPr>
        <w:jc w:val="right"/>
      </w:pPr>
      <w:r>
        <w:t>complete خدا نہیں ہے۔ تو جب تک آپ دونوں بات نہ مانیں، justice کو بھی شامل نہ کریں تب تک آپ اس اس دنیا کو explain نہیں کر سکتے۔</w:t>
      </w:r>
    </w:p>
    <w:p>
      <w:r>
        <w:rPr>
          <w:b/>
        </w:rPr>
        <w:t xml:space="preserve">[1:02:08] </w:t>
      </w:r>
      <w:r>
        <w:t>jaise abhi main ne aap se kaha ke Arthur Koester jo tha woh</w:t>
      </w:r>
    </w:p>
    <w:p>
      <w:pPr>
        <w:jc w:val="right"/>
      </w:pPr>
      <w:r>
        <w:t>جیسے ابھی میں نے آپ سے کہا کہ Arthur Koester جو تھا وہ</w:t>
      </w:r>
    </w:p>
    <w:p>
      <w:r>
        <w:rPr>
          <w:b/>
        </w:rPr>
        <w:t xml:space="preserve">[1:02:15] </w:t>
      </w:r>
      <w:r>
        <w:t>bohat pakka communist tha. phir jab Stalin ke zamane mein wahan purge hua aur twenty five million insan mar dale gaye.</w:t>
      </w:r>
    </w:p>
    <w:p>
      <w:pPr>
        <w:jc w:val="right"/>
      </w:pPr>
      <w:r>
        <w:t>بہت پکا communist تھا۔ پھر جب اسٹالن کے زمانے میں وہاں پرج ہوا اور twenty five million انسان مار ڈالے گئے۔</w:t>
      </w:r>
    </w:p>
    <w:p>
      <w:r>
        <w:rPr>
          <w:b/>
        </w:rPr>
        <w:t xml:space="preserve">[1:02:25] </w:t>
      </w:r>
      <w:r>
        <w:t>ghor kijiye kis liye mar dale gaye? kyunke communiston ka nazariya yeh tha ke property jo hai private nahin honi chahiye. property state ko dena chahiye.</w:t>
      </w:r>
    </w:p>
    <w:p>
      <w:pPr>
        <w:jc w:val="right"/>
      </w:pPr>
      <w:r>
        <w:t>غور کیجیے کس لیے مار ڈالے گئے؟ کیونکہ communistوں کا نظریہ یہ تھا کہ property جو ہے private نہیں ہونی چاہیے۔ Property state کو دینا چاہیے۔</w:t>
      </w:r>
    </w:p>
    <w:p>
      <w:r>
        <w:rPr>
          <w:b/>
        </w:rPr>
        <w:t xml:space="preserve">[1:02:39] </w:t>
      </w:r>
      <w:r>
        <w:t>to state ownership qaim karne ke liye logon ki property chheni gayi. aur us zamane mein agriculture hi ek hi source tha. koi land hi ek source tha aur koi source to tha nahin.</w:t>
      </w:r>
    </w:p>
    <w:p>
      <w:pPr>
        <w:jc w:val="right"/>
      </w:pPr>
      <w:r>
        <w:t>تو state ownership قائم کرنے کے لیے لوگوں کی property چھینی گئی۔ اور اس زمانے میں agriculture ہی ایک ہی source تھا۔ کوئی land ہی ایک source تھا اور کوئی source تو تھا نہیں۔</w:t>
      </w:r>
    </w:p>
    <w:p>
      <w:r>
        <w:rPr>
          <w:b/>
        </w:rPr>
        <w:t xml:space="preserve">[1:02:50] </w:t>
      </w:r>
      <w:r>
        <w:t>to logon ne resist kiya ke bhai hum kaise de den? hum kya karenge? to resist jab kiya to pachis million insanon ko mar dala. ab sochiye aap ke kya Khuda ke haan justice nahin hai?</w:t>
      </w:r>
    </w:p>
    <w:p>
      <w:pPr>
        <w:jc w:val="right"/>
      </w:pPr>
      <w:r>
        <w:t>تو لوگوں نے resist کیا کہ بھئی ہم کیسے دے دیں؟ ہم کیا کریں گے؟ تو resist جب کیا تو پچیس million انسانوں کو مار ڈالا۔ اب سوچیے آپ کہ کیا خدا کے ہاں justice نہیں ہے؟</w:t>
      </w:r>
    </w:p>
    <w:p>
      <w:r>
        <w:rPr>
          <w:b/>
        </w:rPr>
        <w:t xml:space="preserve">[1:03:04] </w:t>
      </w:r>
      <w:r>
        <w:t>aise logon ko khuda pakdega nahin? aur yeh baat sirf stalin ki nahin hai, aas paas aap dekhiye. hum mein se har shakhs kahin na kahin safar kar raha hai, kisi na kisi aadmi ne is ko pareshan kar rakha hai.</w:t>
      </w:r>
    </w:p>
    <w:p>
      <w:pPr>
        <w:jc w:val="right"/>
      </w:pPr>
      <w:r>
        <w:t>ایسے لوگوں کو خدا پکڑے گا نہیں؟ اور یہ بات صرف اسٹالن کی نہیں ہے، آس پاس آپ دیکھیے۔ ہم میں سے ہر شخص کہیں نہ کہیں سفر کر رہا ہے، کسی نہ کسی آدمی نے اس کو پریشان کر رکھا ہے۔</w:t>
      </w:r>
    </w:p>
    <w:p>
      <w:r>
        <w:rPr>
          <w:b/>
        </w:rPr>
        <w:t xml:space="preserve">[1:03:17] </w:t>
      </w:r>
      <w:r>
        <w:t>to hum hum apne ko be bas paate hain. jaise mein radio mein program sun raha tha to ghaliban saade teen crore cases hamari court mein hain india mein.</w:t>
      </w:r>
    </w:p>
    <w:p>
      <w:pPr>
        <w:jc w:val="right"/>
      </w:pPr>
      <w:r>
        <w:t>تو ہم ہم اپنے کو بے بس پاتے ہیں۔ جیسے میں radio میں program سن رہا تھا تو غالباً ساڑھے تین کروڑ cases ہماری court میں ہیں انڈیا میں۔</w:t>
      </w:r>
    </w:p>
    <w:p>
      <w:r>
        <w:rPr>
          <w:b/>
        </w:rPr>
        <w:t xml:space="preserve">[1:03:31] </w:t>
      </w:r>
      <w:r>
        <w:t>saade teen crore cases. aur mein apna experience jo mujhe hua hai ke kisi ko wahan par justice nahin milta. mein khud, mein ne safar kiya hai.</w:t>
      </w:r>
    </w:p>
    <w:p>
      <w:pPr>
        <w:jc w:val="right"/>
      </w:pPr>
      <w:r>
        <w:t>ساڑھے تین کروڑ cases۔ اور میں اپنا experience جو مجھے ہوا ہے کہ کسی کو وہاں پر justice نہیں ملتا۔ میں خود، میں نے سفر کیا ہے۔</w:t>
      </w:r>
    </w:p>
    <w:p>
      <w:r>
        <w:rPr>
          <w:b/>
        </w:rPr>
        <w:t xml:space="preserve">[1:03:43] </w:t>
      </w:r>
      <w:r>
        <w:t>kyon? to is liye ke itne law bane hue the, act bane hue hain. itne act bane hue hain ke jo cheez chahen act mein nikaal lijiyey.</w:t>
      </w:r>
    </w:p>
    <w:p>
      <w:pPr>
        <w:jc w:val="right"/>
      </w:pPr>
      <w:r>
        <w:t>کیوں؟ تو اس لیے کہ اتنے law بنے ہوئے تھے، act بنے ہوئے ہیں۔ اتنے act بنے ہوئے ہیں کہ جو چیز چاہیں act میں نکال لیجیے۔</w:t>
      </w:r>
    </w:p>
    <w:p>
      <w:r>
        <w:rPr>
          <w:b/>
        </w:rPr>
        <w:t xml:space="preserve">[1:03:59] </w:t>
      </w:r>
      <w:r>
        <w:t>yeh baat mein nahin keh raha balkeh nani palki wala ne kahi thi yeh baat ke act ki bharmar kar rakhi hai. us ne kaha ke britishz ne do so saal rule kiya india mein aur sirf five hundred act banaye, five hundred bas.</w:t>
      </w:r>
    </w:p>
    <w:p>
      <w:pPr>
        <w:jc w:val="right"/>
      </w:pPr>
      <w:r>
        <w:t>یہ بات میں نہیں کہہ رہا بلکہ نانی پالکی والا نے کہی تھی یہ بات کہ act کی بھرمار کر رکھی ہے۔ اس نے کہا کہ برٹشز نے دو سو سال rule کیا انڈیا میں اور صرف five hundred act بنائے، five hundred بس۔</w:t>
      </w:r>
    </w:p>
    <w:p>
      <w:r>
        <w:rPr>
          <w:b/>
        </w:rPr>
        <w:t xml:space="preserve">[1:04:14] </w:t>
      </w:r>
      <w:r>
        <w:t>aur hamari government ne pachas baras mein paanch hazar se bhi zyada act bana dale. to us ne likha tha ke kisi ko pata hi nahin ke act mein kya kya likha hua hai.</w:t>
      </w:r>
    </w:p>
    <w:p>
      <w:pPr>
        <w:jc w:val="right"/>
      </w:pPr>
      <w:r>
        <w:t>اور ہماری government نے پچاس برس میں پانچ ہزار سے بھی زیادہ act بنا ڈالے۔ تو اس نے لکھا تھا کہ کسی کو پتہ ہی نہیں کہ act میں کیا کیا لکھا ہوا ہے۔</w:t>
      </w:r>
    </w:p>
    <w:p>
      <w:r>
        <w:rPr>
          <w:b/>
        </w:rPr>
        <w:t xml:space="preserve">[1:04:25] </w:t>
      </w:r>
      <w:r>
        <w:t>to ab jo professionals hain, yaani jo lawyer hain, professional lawyers woh is ko padhte hain aur ek ek nikaalte hain ek point.</w:t>
      </w:r>
    </w:p>
    <w:p>
      <w:pPr>
        <w:jc w:val="right"/>
      </w:pPr>
      <w:r>
        <w:t>تو اب جو professionals ہیں، یعنی جو lawyer ہیں، professional lawyers وہ اس کو پڑھتے ہیں اور ایک ایک نکالتے ہیں ایک point۔</w:t>
      </w:r>
    </w:p>
    <w:p>
      <w:r>
        <w:rPr>
          <w:b/>
        </w:rPr>
        <w:t xml:space="preserve">[1:04:34] </w:t>
      </w:r>
      <w:r>
        <w:t>technical point nikaalte rehte hain. to judges ko yeh log bilkul helpless bana dete hain. mein ne khud dekha hai court mein ja kar ke ke jo professional lawyers hain woh dhoond dhoond kahan kahan se laate hain aur judges bechare helpless ho kar wohi wohi judgment de dete hain jo jo lawyer dilwana chahta hai.</w:t>
      </w:r>
    </w:p>
    <w:p>
      <w:pPr>
        <w:jc w:val="right"/>
      </w:pPr>
      <w:r>
        <w:t>Technical point نکالتے رہتے ہیں۔ تو judges کو یہ لوگ بالکل helpless بنا دیتے ہیں۔ میں نے خود دیکھا ہے court میں جا کر کے کہ جو professional lawyers ہیں وہ ڈھونڈ ڈھونڈ کہاں کہاں سے لاتے ہیں اور judges بیچارے helpless ہو کر وہی وہی judgment دے دیتے ہیں جو جو lawyer دلوانا چاہتا ہے۔</w:t>
      </w:r>
    </w:p>
    <w:p>
      <w:r>
        <w:rPr>
          <w:b/>
        </w:rPr>
        <w:t xml:space="preserve">[1:04:57] </w:t>
      </w:r>
      <w:r>
        <w:t>to kya aap samajhte hain ke is se dunya khatam ho jaye? aur is ka kuch pakad dhakad, kuch punishment na ho? to bilashuba khuda sab se bara yaani love ka sab bara source hai khuda.</w:t>
      </w:r>
    </w:p>
    <w:p>
      <w:pPr>
        <w:jc w:val="right"/>
      </w:pPr>
      <w:r>
        <w:t>تو کیا آپ سمجھتے ہیں کہ اس سے دنیا ختم ہو جائے؟ اور اس کا کچھ پکڑ دھکڑ، کوئی punishment نہ ہو؟ تو بلاشبہ خدا سب سے بڑا یعنی love کا سب بڑا source ہے خدا۔</w:t>
      </w:r>
    </w:p>
    <w:p>
      <w:r>
        <w:rPr>
          <w:b/>
        </w:rPr>
        <w:t xml:space="preserve">[1:05:14] </w:t>
      </w:r>
      <w:r>
        <w:t>lekin saath saath khuda justice ka bhi source hai. jab tak dono baatein aap na manen to baat poori nahin hogi.</w:t>
      </w:r>
    </w:p>
    <w:p>
      <w:pPr>
        <w:jc w:val="right"/>
      </w:pPr>
      <w:r>
        <w:t>لیکن ساتھ ساتھ خدا justice کا بھی source ہے۔ جب تک دونوں باتیں آپ نہ مانیں تو بات پوری نہیں ہوگی۔</w:t>
      </w:r>
    </w:p>
    <w:p>
      <w:r>
        <w:rPr>
          <w:b/>
        </w:rPr>
        <w:t xml:space="preserve">[1:05:27] </w:t>
      </w:r>
      <w:r>
        <w:t>This question is from Idris</w:t>
      </w:r>
    </w:p>
    <w:p>
      <w:pPr>
        <w:jc w:val="right"/>
      </w:pPr>
      <w:r>
        <w:t>This question is from Idris</w:t>
      </w:r>
    </w:p>
    <w:p>
      <w:r>
        <w:rPr>
          <w:b/>
        </w:rPr>
        <w:t xml:space="preserve">[1:05:31] </w:t>
      </w:r>
      <w:r>
        <w:t>. What is your view on tasbeeh fatima?</w:t>
      </w:r>
    </w:p>
    <w:p>
      <w:pPr>
        <w:jc w:val="right"/>
      </w:pPr>
      <w:r>
        <w:t>. What is your view on تسبیح فاطمہ؟</w:t>
      </w:r>
    </w:p>
    <w:p>
      <w:r>
        <w:rPr>
          <w:b/>
        </w:rPr>
        <w:t xml:space="preserve">[1:05:38] </w:t>
      </w:r>
      <w:r>
        <w:t>tasbeeh fatima jo aaj kal hai to mein yeh kahunga ke ek aadmi bhi tasbeeh fatima nahin padhta. dikhane ke liye sab padhte hain.</w:t>
      </w:r>
    </w:p>
    <w:p>
      <w:pPr>
        <w:jc w:val="right"/>
      </w:pPr>
      <w:r>
        <w:t>تسبیح فاطمہ جو آج کل ہے تو میں یہ کہوں گا کہ ایک آدمی بھی تسبیح فاطمہ نہیں پڑھتا۔ دکھانے کے لیے سب پڑھتے ہیں۔</w:t>
      </w:r>
    </w:p>
    <w:p>
      <w:r>
        <w:rPr>
          <w:b/>
        </w:rPr>
        <w:t xml:space="preserve">[1:05:48] </w:t>
      </w:r>
      <w:r>
        <w:t>dikhane ke liye sab padhte hain lekin padhta koi bhi nahin. kyon? hazrat fatima rasool allah ki beti theen. to un ko kaam karne ke liye chahiye tha ek servant.</w:t>
      </w:r>
    </w:p>
    <w:p>
      <w:pPr>
        <w:jc w:val="right"/>
      </w:pPr>
      <w:r>
        <w:t>دکھانے کے لیے سب پڑھتے ہیں لیکن پڑھتا کوئی بھی نہیں۔ کیوں؟ حضرت فاطمہ رسول اللہ کی بیٹی تھیں۔ تو ان کو کام کرنے کے لیے چاہیے تھا ایک servant۔</w:t>
      </w:r>
    </w:p>
    <w:p>
      <w:r>
        <w:rPr>
          <w:b/>
        </w:rPr>
        <w:t xml:space="preserve">[1:06:03] </w:t>
      </w:r>
      <w:r>
        <w:t>kaam karte karte un ke haath bichale pad gaye the. chakki peesna padta tha, bohat se kaam, bohat hi rough qism ke.</w:t>
      </w:r>
    </w:p>
    <w:p>
      <w:pPr>
        <w:jc w:val="right"/>
      </w:pPr>
      <w:r>
        <w:t>کام کرتے کرتے ان کے ہاتھ بچھالے پڑ گئے تھے۔ چکی پیسنا پڑتا تھا، بہت سے کام، بہت ہی rough قسم کے۔</w:t>
      </w:r>
    </w:p>
    <w:p>
      <w:r>
        <w:rPr>
          <w:b/>
        </w:rPr>
        <w:t xml:space="preserve">[1:06:13] </w:t>
      </w:r>
      <w:r>
        <w:t>rasool allah ke paas gayeen ke mujhe ek servant de dijiyey. domestic help manga unhon ne. to rasool allah alehissalam ne kya farmaya?</w:t>
      </w:r>
    </w:p>
    <w:p>
      <w:pPr>
        <w:jc w:val="right"/>
      </w:pPr>
      <w:r>
        <w:t>رسول اللہ کے پاس گئیں کہ مجھے ایک servant دے دیجیے۔ Domestic help مانگا انہوں نے۔ تو رسول اللہ علیہ السلام نے کیا فرمایا؟</w:t>
      </w:r>
    </w:p>
    <w:p>
      <w:r>
        <w:rPr>
          <w:b/>
        </w:rPr>
        <w:t xml:space="preserve">[1:06:23] </w:t>
      </w:r>
      <w:r>
        <w:t>attaq allah ya fatima. aye fatima allah se daro.</w:t>
      </w:r>
    </w:p>
    <w:p>
      <w:pPr>
        <w:jc w:val="right"/>
      </w:pPr>
      <w:r>
        <w:t>اتق اللہ یا فاطمہ۔ اے فاطمہ اللہ سے ڈرو۔</w:t>
      </w:r>
    </w:p>
    <w:p>
      <w:r>
        <w:rPr>
          <w:b/>
        </w:rPr>
        <w:t xml:space="preserve">[1:06:31] </w:t>
      </w:r>
      <w:r>
        <w:t>aur aap ne kaha ke kya mein tujh ko domestic help se achi cheez na de doon?</w:t>
      </w:r>
    </w:p>
    <w:p>
      <w:pPr>
        <w:jc w:val="right"/>
      </w:pPr>
      <w:r>
        <w:t>اور آپ نے کہا کہ کیا میں تجھ کو domestic help سے اچھی چیز نہ دے دوں؟</w:t>
      </w:r>
    </w:p>
    <w:p>
      <w:r>
        <w:rPr>
          <w:b/>
        </w:rPr>
        <w:t xml:space="preserve">[1:06:39] </w:t>
      </w:r>
      <w:r>
        <w:t>to aap ne kaha ke zaroor. to aap ne kaha ke yeh padh liya karo.</w:t>
      </w:r>
    </w:p>
    <w:p>
      <w:pPr>
        <w:jc w:val="right"/>
      </w:pPr>
      <w:r>
        <w:t>تو آپ نے کہا کہ ضرور۔ تو آپ نے کہا کہ یہ پڑھ لیا کرو۔</w:t>
      </w:r>
    </w:p>
    <w:p>
      <w:r>
        <w:rPr>
          <w:b/>
        </w:rPr>
        <w:t xml:space="preserve">[1:06:46] </w:t>
      </w:r>
      <w:r>
        <w:t>jis cheez ko aap tasbeeh fatima kehte hain us tareeqe se di thi rasool allah ne fatima ko. dunya mein kaun baap hai apni beti ko is tareeqe se deta hai tasbeeh fatima?</w:t>
      </w:r>
    </w:p>
    <w:p>
      <w:pPr>
        <w:jc w:val="right"/>
      </w:pPr>
      <w:r>
        <w:t>جس چیز کو آپ تسبیح فاطمہ کہتے ہیں اس طریقے سے دی تھی رسول اللہ نے فاطمہ کو۔ دنیا میں کون باپ ہے اپنی بیٹی کو اس طریقے سے دیتا ہے تسبیح فاطمہ؟</w:t>
      </w:r>
    </w:p>
    <w:p>
      <w:r>
        <w:rPr>
          <w:b/>
        </w:rPr>
        <w:t xml:space="preserve">[1:06:55] </w:t>
      </w:r>
      <w:r>
        <w:t>mujhe bataiyey. aur kaun aadmi hai jo is tarah se padh raha hai tasbeeh fatima? har aadmi paisa kama raha hai, ghar bana raha hai aur carain khareed raha hai dhoom se aur phir tasbeeh fatima hi padhta hai.</w:t>
      </w:r>
    </w:p>
    <w:p>
      <w:pPr>
        <w:jc w:val="right"/>
      </w:pPr>
      <w:r>
        <w:t>مجھے بتائیے۔ اور کون آدمی ہے جو اس طرح سے پڑھ رہا ہے تسبیح فاطمہ؟ ہر آدمی پیسہ کما رہا ہے، گھر بنا رہا ہے اور کاریں خرید رہا ہے دھوم سے اور پھر تسبیح فاطمہ ہی پڑھتا ہے۔</w:t>
      </w:r>
    </w:p>
    <w:p>
      <w:r>
        <w:rPr>
          <w:b/>
        </w:rPr>
        <w:t xml:space="preserve">[1:07:07] </w:t>
      </w:r>
      <w:r>
        <w:t>yakeen kijiyey ke sab to khuda ke haan pakde jayenge aise log ke tu ne tasbeeh fatima ke naam par ek bana liya liya tha woh padhte the tum.</w:t>
      </w:r>
    </w:p>
    <w:p>
      <w:pPr>
        <w:jc w:val="right"/>
      </w:pPr>
      <w:r>
        <w:t>یقین کیجیے کہ سب تو خدا کے ہاں پکڑے جائیں گے ایسے لوگ کہ تو نے تسبیح فاطمہ کے نام پر ایک بنا لیا لیا تھا وہ پڑھتے تھے تم۔</w:t>
      </w:r>
    </w:p>
    <w:p>
      <w:r>
        <w:rPr>
          <w:b/>
        </w:rPr>
        <w:t xml:space="preserve">[1:07:16] </w:t>
      </w:r>
      <w:r>
        <w:t>jo rasool allah ne diya tha woh to tum ne kiya nahin? tasbeeh fatima ki spirit yeh hai ke aap materialist na banen. apni mehnat kar ke zindagi guzaren aur jo mushkil payen to khuda se mangen.</w:t>
      </w:r>
    </w:p>
    <w:p>
      <w:pPr>
        <w:jc w:val="right"/>
      </w:pPr>
      <w:r>
        <w:t>جو رسول اللہ نے دیا تھا وہ تو تم نے کیا نہیں؟ تسبیح فاطمہ کی spirit یہ ہے کہ آپ materialist نہ بنیں۔ اپنی محنت کر کے زندگی گزاریں اور جو مشکل پائیں تو خدا سے مانگیں۔</w:t>
      </w:r>
    </w:p>
    <w:p>
      <w:r>
        <w:rPr>
          <w:b/>
        </w:rPr>
        <w:t xml:space="preserve">[1:07:35] </w:t>
      </w:r>
      <w:r>
        <w:t>yaani domestic help ki bajaye aap khuda se dua karen. ke khuda yeh meri mushkilat ko hal kar de. ab ab kya aisa koi karta hai?</w:t>
      </w:r>
    </w:p>
    <w:p>
      <w:pPr>
        <w:jc w:val="right"/>
      </w:pPr>
      <w:r>
        <w:t>یعنی domestic help کی بجائے آپ خدا سے دعا کریں۔ کہ خدا یہ میری مشکلات کو حل کر دے۔ اب اب کیا ایسا کوئی کرتا ہے؟</w:t>
      </w:r>
    </w:p>
    <w:p>
      <w:r>
        <w:rPr>
          <w:b/>
        </w:rPr>
        <w:t xml:space="preserve">[1:07:45] </w:t>
      </w:r>
      <w:r>
        <w:t>yeh sab log jo hain apni banai hui tasbeeh padh rahe hain. yeh rasool allah ki di hui tasbeeh nahin hai yeh. yeh tasbeeh fatima nahin hai yeh.</w:t>
      </w:r>
    </w:p>
    <w:p>
      <w:pPr>
        <w:jc w:val="right"/>
      </w:pPr>
      <w:r>
        <w:t>یہ سب لوگ جو ہیں اپنی بنائی ہوئی تسبیح پڑھ رہے ہیں۔ یہ رسول اللہ کی دی ہوئی تسبیح نہیں ہے یہ۔ یہ تسبیح فاطمہ نہیں ہے یہ۔</w:t>
      </w:r>
    </w:p>
    <w:p>
      <w:r>
        <w:rPr>
          <w:b/>
        </w:rPr>
        <w:t xml:space="preserve">[1:07:56] </w:t>
      </w:r>
      <w:r>
        <w:t>mein sakht, bohat bari sakht rai is ke bare mein hai ke yeh bilkul aik banawati tasbeeh parhte hain aur kehte hain yeh tasbeeh Fatima hai.</w:t>
      </w:r>
    </w:p>
    <w:p>
      <w:pPr>
        <w:jc w:val="right"/>
      </w:pPr>
      <w:r>
        <w:t>میں سخت، بہت بڑی سخت رائے اس کے بارے میں ہے کہ یہ بالکل ایک بناوٹی تسبیح پڑھتے ہیں اور کہتے ہیں یہ تسبیح فاطمہ ہے۔</w:t>
      </w:r>
    </w:p>
    <w:p>
      <w:r>
        <w:rPr>
          <w:b/>
        </w:rPr>
        <w:t xml:space="preserve">[1:08:09] </w:t>
      </w:r>
      <w:r>
        <w:t>This question is from Razia. Often people are of the opinion that theright time to indulge in spirituality and God is after one has attained a certain status in life and reached a particular age.</w:t>
      </w:r>
    </w:p>
    <w:p>
      <w:pPr>
        <w:jc w:val="right"/>
      </w:pPr>
      <w:r>
        <w:t>This question is from Razia. Often people are of the opinion that theright time to indulge in spirituality and God is after one has attained a certain status in life and reached a particular age.</w:t>
      </w:r>
    </w:p>
    <w:p>
      <w:r>
        <w:rPr>
          <w:b/>
        </w:rPr>
        <w:t xml:space="preserve">[1:08:28] </w:t>
      </w:r>
      <w:r>
        <w:t>Kindly comment.</w:t>
      </w:r>
    </w:p>
    <w:p>
      <w:pPr>
        <w:jc w:val="right"/>
      </w:pPr>
      <w:r>
        <w:t>Kindly comment.</w:t>
      </w:r>
    </w:p>
    <w:p>
      <w:r>
        <w:rPr>
          <w:b/>
        </w:rPr>
        <w:t xml:space="preserve">[1:08:30] </w:t>
      </w:r>
      <w:r>
        <w:t>yeh to aik bilkul joke hai mein to mein sochta hoon. yeh to aisi hai jo koi kahe ke bhai aik dinner aur woh lunch aur dinner abhi hone do jab pachis saal zyada ho jayenge tab dinner lunch liya karenge abhi to chalne do aise hi.</w:t>
      </w:r>
    </w:p>
    <w:p>
      <w:pPr>
        <w:jc w:val="right"/>
      </w:pPr>
      <w:r>
        <w:t>یہ تو ایک بالکل joke ہے میں تو میں سوچتا ہوں۔ یہ تو ایسی ہے جو کوئی کہے کہ بھئی ایک dinner اور وہ lunch اور dinner ابھی ہونے دو جب پچیس سال زیادہ ہو جائیں گے تب dinner lunch لیا کریں گے ابھی تو چلنے دو ایسے ہی۔</w:t>
      </w:r>
    </w:p>
    <w:p>
      <w:r>
        <w:rPr>
          <w:b/>
        </w:rPr>
        <w:t xml:space="preserve">[1:08:52] </w:t>
      </w:r>
      <w:r>
        <w:t>pani pi kar ke. koi aisa karega aisa? yani koi khana chhod dega pachis saal ke liye? Spirituality jo hai physical spiritual food hai woh.</w:t>
      </w:r>
    </w:p>
    <w:p>
      <w:pPr>
        <w:jc w:val="right"/>
      </w:pPr>
      <w:r>
        <w:t>پانی پی کر کے۔ کوئی ایسا کرے گا ایسا؟ یعنی کوئی کھانا چھوڑ دے گا پچیس سال کے لیے؟ Spirituality جو ہے physical spiritual food ہے وہ۔</w:t>
      </w:r>
    </w:p>
    <w:p>
      <w:r>
        <w:rPr>
          <w:b/>
        </w:rPr>
        <w:t xml:space="preserve">[1:09:05] </w:t>
      </w:r>
      <w:r>
        <w:t>baghair food ke aap zinda nahi reh sakte. to jis tarah se yeh khana peena jo hai yeh physical food hai woh bhi spiritual food hai.</w:t>
      </w:r>
    </w:p>
    <w:p>
      <w:pPr>
        <w:jc w:val="right"/>
      </w:pPr>
      <w:r>
        <w:t>بغیر food کے آپ زندہ نہیں رہ سکتے۔ تو جس طرح سے یہ کھانا پینا جو ہے یہ physical food ہے وہ بھی spiritual food ہے۔</w:t>
      </w:r>
    </w:p>
    <w:p>
      <w:r>
        <w:rPr>
          <w:b/>
        </w:rPr>
        <w:t xml:space="preserve">[1:09:14] </w:t>
      </w:r>
      <w:r>
        <w:t>Intellectual food hai. aur mein apna personal experience bata sakta hoon aap ko ke jitne log aisi baatein karte hain na itne stupid hote hain.</w:t>
      </w:r>
    </w:p>
    <w:p>
      <w:pPr>
        <w:jc w:val="right"/>
      </w:pPr>
      <w:r>
        <w:t>Intellectual food ہے۔ اور میں اپنا personal experience بتا سکتا ہوں آپ کو کہ جتنے لوگ ایسی باتیں کرتے ہیں نا اتنے stupid ہوتے ہیں۔</w:t>
      </w:r>
    </w:p>
    <w:p>
      <w:r>
        <w:rPr>
          <w:b/>
        </w:rPr>
        <w:t xml:space="preserve">[1:09:24] </w:t>
      </w:r>
      <w:r>
        <w:t>kisi subject par baat karne ke liye un ke paas kuch nahi hota. khali hua karte hain hua. bas. kuch nahi jante. mein ne khud bar bar dekha hai aise logon ko hua karne ke liye to bohat tez dikhai denge.</w:t>
      </w:r>
    </w:p>
    <w:p>
      <w:pPr>
        <w:jc w:val="right"/>
      </w:pPr>
      <w:r>
        <w:t>کسی subject پر بات کرنے کے لیے ان کے پاس کچھ نہیں ہوتا۔ خالی ہوا کرتے ہیں ہوا۔ بس۔ کچھ نہیں جانتے۔ میں نے خود بار بار دیکھا ہے ایسے لوگوں کو ہوا کرنے کے لیے تو بہت تیز دکھائی دیں گے۔</w:t>
      </w:r>
    </w:p>
    <w:p>
      <w:r>
        <w:rPr>
          <w:b/>
        </w:rPr>
        <w:t xml:space="preserve">[1:09:39] </w:t>
      </w:r>
      <w:r>
        <w:t>lekin koi bhi serious subject par baat karne ke upar kuch nahi hota. na information hoti na kuch samajh hoti na wisdom hota. to spirituality ke baghair to aap stupid ban jayenge.</w:t>
      </w:r>
    </w:p>
    <w:p>
      <w:pPr>
        <w:jc w:val="right"/>
      </w:pPr>
      <w:r>
        <w:t>لیکن کوئی بھی serious subject پر بات کرنے کے اوپر کچھ نہیں ہوتا۔ نہ information ہوتی نہ کچھ سمجھ ہوتی نہ wisdom ہوتا۔ تو spirituality کے بغیر تو آپ stupid بن جائیں گے۔</w:t>
      </w:r>
    </w:p>
    <w:p>
      <w:r>
        <w:rPr>
          <w:b/>
        </w:rPr>
        <w:t xml:space="preserve">[1:09:55] </w:t>
      </w:r>
      <w:r>
        <w:t>Spirituality jo hai woh to intellectual food hai. waqai aik spirituality ka matlab kuch aur le le le rakha unhone to woh ho jana hai.</w:t>
      </w:r>
    </w:p>
    <w:p>
      <w:pPr>
        <w:jc w:val="right"/>
      </w:pPr>
      <w:r>
        <w:t>Spirituality جو ہے وہ تو intellectual food ہے۔ واقعی ایک spirituality کا مطلب کچھ اور لے لے لے رکھا انہوں نے تو وہ ہو جانا ہے۔</w:t>
      </w:r>
    </w:p>
    <w:p>
      <w:r>
        <w:rPr>
          <w:b/>
        </w:rPr>
        <w:t xml:space="preserve">[1:10:05] </w:t>
      </w:r>
      <w:r>
        <w:t>mein jo matlab leta hoon woh to intellectual development ke sense mein leta hoon mein. Medic spirituality jo hai naam hai intellectual development ka.</w:t>
      </w:r>
    </w:p>
    <w:p>
      <w:pPr>
        <w:jc w:val="right"/>
      </w:pPr>
      <w:r>
        <w:t>میں جو مطلب لیتا ہوں وہ تو intellectual development کے sense میں لیتا ہوں میں۔ Medic spirituality جو ہے نام ہے intellectual development کا۔</w:t>
      </w:r>
    </w:p>
    <w:p>
      <w:r>
        <w:rPr>
          <w:b/>
        </w:rPr>
        <w:t xml:space="preserve">[1:10:15] </w:t>
      </w:r>
      <w:r>
        <w:t>aur koi kahein caron mein baith kar ke chup chap kuch dhyan ka gyan karne ko mein spirituality nahi samajhta. woh to aik alag hi cheez hai woh.</w:t>
      </w:r>
    </w:p>
    <w:p>
      <w:pPr>
        <w:jc w:val="right"/>
      </w:pPr>
      <w:r>
        <w:t>اور کوئی کہیں کاروں میں بیٹھ کر کے چپ چاپ کچھ دھیان کا گیان کرنے کو میں spirituality نہیں سمجھتا۔ وہ تو ایک الگ ہی چیز ہے وہ۔</w:t>
      </w:r>
    </w:p>
    <w:p>
      <w:r>
        <w:rPr>
          <w:b/>
        </w:rPr>
        <w:t xml:space="preserve">[1:10:25] </w:t>
      </w:r>
      <w:r>
        <w:t>Medic spirituality jo hai woh intellectual activity ka naam hai. isi se intellectual development hota hai. to mera manna to yeh hai.</w:t>
      </w:r>
    </w:p>
    <w:p>
      <w:pPr>
        <w:jc w:val="right"/>
      </w:pPr>
      <w:r>
        <w:t>Medic spirituality جو ہے وہ intellectual activity کا نام ہے۔ اسی سے intellectual development ہوتا ہے۔ تو میرا ماننا تو یہ ہے۔</w:t>
      </w:r>
    </w:p>
    <w:p>
      <w:r>
        <w:rPr>
          <w:b/>
        </w:rPr>
        <w:t xml:space="preserve">[1:10:40] </w:t>
      </w:r>
      <w:r>
        <w:t>This question is from Idris</w:t>
      </w:r>
    </w:p>
    <w:p>
      <w:pPr>
        <w:jc w:val="right"/>
      </w:pPr>
      <w:r>
        <w:t>This question is from Idris</w:t>
      </w:r>
    </w:p>
    <w:p>
      <w:r>
        <w:rPr>
          <w:b/>
        </w:rPr>
        <w:t xml:space="preserve">[1:10:43] </w:t>
      </w:r>
      <w:r>
        <w:t>. He is outlining two approaches Maulana for dawa work. Approach number one: making the message reach to the masses.</w:t>
      </w:r>
    </w:p>
    <w:p>
      <w:pPr>
        <w:jc w:val="right"/>
      </w:pPr>
      <w:r>
        <w:t>. He is outlining two approaches مولانا for دعویٰ work. Approach number one: making the message reach to the masses.</w:t>
      </w:r>
    </w:p>
    <w:p>
      <w:r>
        <w:rPr>
          <w:b/>
        </w:rPr>
        <w:t xml:space="preserve">[1:10:53] </w:t>
      </w:r>
      <w:r>
        <w:t>Approach number two: focus on individuals and put long and continuous efforts. He wants to know which of these two approaches is better in today's scenario.</w:t>
      </w:r>
    </w:p>
    <w:p>
      <w:pPr>
        <w:jc w:val="right"/>
      </w:pPr>
      <w:r>
        <w:t>Approach number two: focus on individuals and put long and continuous efforts. He wants to know which of these two approaches is better in today's scenario.</w:t>
      </w:r>
    </w:p>
    <w:p>
      <w:r>
        <w:rPr>
          <w:b/>
        </w:rPr>
        <w:t xml:space="preserve">[1:11:06] </w:t>
      </w:r>
      <w:r>
        <w:t>Either one of the two or both</w:t>
      </w:r>
    </w:p>
    <w:p>
      <w:pPr>
        <w:jc w:val="right"/>
      </w:pPr>
      <w:r>
        <w:t>Either one of the two or both</w:t>
      </w:r>
    </w:p>
    <w:p>
      <w:r>
        <w:rPr>
          <w:b/>
        </w:rPr>
        <w:t xml:space="preserve">[1:11:11] </w:t>
      </w:r>
      <w:r>
        <w:t>. bhai mein samjha nahi aik do kya hai yeh? Maulana he is giving two approaches by which you know one can do dawa work.</w:t>
      </w:r>
    </w:p>
    <w:p>
      <w:pPr>
        <w:jc w:val="right"/>
      </w:pPr>
      <w:r>
        <w:t>. بھائی میں سمجھا نہیں ایک دو کیا ہے یہ؟ مولانا he is giving two approaches by which you know one can do دعویٰ work.</w:t>
      </w:r>
    </w:p>
    <w:p>
      <w:r>
        <w:rPr>
          <w:b/>
        </w:rPr>
        <w:t xml:space="preserve">[1:11:20] </w:t>
      </w:r>
      <w:r>
        <w:t>In one approach he is mentioning that one should make the message reach to the masses. And he says that the second approach could be to only focus on individuals.</w:t>
      </w:r>
    </w:p>
    <w:p>
      <w:pPr>
        <w:jc w:val="right"/>
      </w:pPr>
      <w:r>
        <w:t>In one approach he is mentioning that one should make the message reach to the masses. And he says that the second approach could be to only focus on individuals.</w:t>
      </w:r>
    </w:p>
    <w:p>
      <w:r>
        <w:rPr>
          <w:b/>
        </w:rPr>
        <w:t xml:space="preserve">[1:11:31] </w:t>
      </w:r>
      <w:r>
        <w:t>And by focusing on individuals it would require long and continuous effort</w:t>
      </w:r>
    </w:p>
    <w:p>
      <w:pPr>
        <w:jc w:val="right"/>
      </w:pPr>
      <w:r>
        <w:t>And by focusing on individuals it would require long and continuous effort</w:t>
      </w:r>
    </w:p>
    <w:p>
      <w:r>
        <w:rPr>
          <w:b/>
        </w:rPr>
        <w:t xml:space="preserve">[1:11:35] </w:t>
      </w:r>
      <w:r>
        <w:t>. So he wants to know of these two which one should be adopted or both should be adopted. bhai yeh jaisa yani jaisi situation ho waisa aap ko karna hai.</w:t>
      </w:r>
    </w:p>
    <w:p>
      <w:pPr>
        <w:jc w:val="right"/>
      </w:pPr>
      <w:r>
        <w:t>. So he wants to know of these two which one should be adopted or both should be adopted. بھائی یہ جیسا یعنی جیسی situation ہو ویسا آپ کو کرنا ہے۔</w:t>
      </w:r>
    </w:p>
    <w:p>
      <w:r>
        <w:rPr>
          <w:b/>
        </w:rPr>
        <w:t xml:space="preserve">[1:11:51] </w:t>
      </w:r>
      <w:r>
        <w:t>agar aap kahein aik farz kiye kahein aap ko mauqa mil raha hai aik seminar ho raha hai wahan kuch log hain to aap chhod ke ja ke bhai nahi nahi mujhe address nahi karna hai mein to kisi aik aadmi se ja ke baat karunga.</w:t>
      </w:r>
    </w:p>
    <w:p>
      <w:pPr>
        <w:jc w:val="right"/>
      </w:pPr>
      <w:r>
        <w:t>اگر آپ کہیں ایک فرض کیے کہیں آپ کو موقع مل رہا ہے ایک سیمینار ہو رہا ہے وہاں کچھ لوگ ہیں تو آپ چھوڑ کے جا کے بھئی نہیں نہیں مجھے address نہیں کرنا ہے میں تو کسی ایک آدمی سے جا کے بات کروں گا۔</w:t>
      </w:r>
    </w:p>
    <w:p>
      <w:r>
        <w:rPr>
          <w:b/>
        </w:rPr>
        <w:t xml:space="preserve">[1:12:03] </w:t>
      </w:r>
      <w:r>
        <w:t>woh bhi karna hai woh bhi karna hai.</w:t>
      </w:r>
    </w:p>
    <w:p>
      <w:pPr>
        <w:jc w:val="right"/>
      </w:pPr>
      <w:r>
        <w:t>وہ بھی کرنا ہے وہ بھی کرنا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