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63-71 April 15, 2018</w:t>
      </w:r>
    </w:p>
    <w:p>
      <w:r>
        <w:t>https://www.youtube.com/watch?v=4QSHnsRshnI</w:t>
      </w:r>
    </w:p>
    <w:p>
      <w:r>
        <w:rPr>
          <w:b/>
        </w:rPr>
        <w:t xml:space="preserve">[00:10] </w:t>
      </w:r>
      <w:r>
        <w:t>shuru karen bismillah rahman rahim,</w:t>
      </w:r>
    </w:p>
    <w:p>
      <w:pPr>
        <w:jc w:val="right"/>
      </w:pPr>
      <w:r>
        <w:t>شروع کریں۔ بسم اللہ الرحمن الرحیم،</w:t>
      </w:r>
    </w:p>
    <w:p>
      <w:r>
        <w:rPr>
          <w:b/>
        </w:rPr>
        <w:t xml:space="preserve">[00:15] </w:t>
      </w:r>
      <w:r>
        <w:t>wasalli Allahu ala nabiyyil karim.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[00:31] </w:t>
      </w:r>
      <w:r>
        <w:t>15 april 2018.</w:t>
      </w:r>
    </w:p>
    <w:p>
      <w:pPr>
        <w:jc w:val="right"/>
      </w:pPr>
      <w:r>
        <w:t>15 اپریل 2018۔</w:t>
      </w:r>
    </w:p>
    <w:p>
      <w:r>
        <w:rPr>
          <w:b/>
        </w:rPr>
        <w:t xml:space="preserve">[00:40] </w:t>
      </w:r>
      <w:r>
        <w:t>hsb ma'mool aaj bhi quran ke qisse ka dars hoga.</w:t>
      </w:r>
    </w:p>
    <w:p>
      <w:pPr>
        <w:jc w:val="right"/>
      </w:pPr>
      <w:r>
        <w:t>حسب معمول آج بھی قرآن کے قصے کا درس ہوگا۔</w:t>
      </w:r>
    </w:p>
    <w:p>
      <w:r>
        <w:rPr>
          <w:b/>
        </w:rPr>
        <w:t xml:space="preserve">[00:50] </w:t>
      </w:r>
      <w:r>
        <w:t>pehlay ayatain parhi jayengi, is ke baad mein</w:t>
      </w:r>
    </w:p>
    <w:p>
      <w:pPr>
        <w:jc w:val="right"/>
      </w:pPr>
      <w:r>
        <w:t>پہلے آیتیں پڑھی جائیں گی، اس کے بعد میں</w:t>
      </w:r>
    </w:p>
    <w:p>
      <w:r>
        <w:rPr>
          <w:b/>
        </w:rPr>
        <w:t xml:space="preserve">[00:57] </w:t>
      </w:r>
      <w:r>
        <w:t>kuch guzarish karunga.</w:t>
      </w:r>
    </w:p>
    <w:p>
      <w:pPr>
        <w:jc w:val="right"/>
      </w:pPr>
      <w:r>
        <w:t>کچھ گزارش کروں گا۔</w:t>
      </w:r>
    </w:p>
    <w:p>
      <w:r>
        <w:rPr>
          <w:b/>
        </w:rPr>
        <w:t xml:space="preserve">[01:00] </w:t>
      </w:r>
      <w:r>
        <w:t>bismillah ir rehman ir rahim. wa iz akhazna mithaqakum wa rafa'na fawqakum ut tur, khuzuma atainakum bi quwwatin wazkuru ma fihi la'allakum tattaqun.</w:t>
      </w:r>
    </w:p>
    <w:p>
      <w:pPr>
        <w:jc w:val="right"/>
      </w:pPr>
      <w:r>
        <w:t>بسم اللہ الرحمن الرحیم۔ واذ اخذنا میثاقکم ورفعنا فوقکم الطور، خذوما اتیناکم بقوۃ واذکرو ما فیہ لعلكم تتقون۔</w:t>
      </w:r>
    </w:p>
    <w:p>
      <w:r>
        <w:rPr>
          <w:b/>
        </w:rPr>
        <w:t xml:space="preserve">[01:16] </w:t>
      </w:r>
      <w:r>
        <w:t>thumma tawallaytum min ba'di dhalik, falawla fadlullahi 'alaikum wa rahmatuhu lakuntum min al-khasirin. wa laqad 'alimtum alladhina 'tadaw minkum fi as-sabt, faqulna lahum kunu qiradatan khasi'in.</w:t>
      </w:r>
    </w:p>
    <w:p>
      <w:pPr>
        <w:jc w:val="right"/>
      </w:pPr>
      <w:r>
        <w:t>ثم تولیتم من بعد ذالک، فلولا فضل اللہ علیکم ورحمتہ لکنتم من الخاسرین۔ ولقد علمتم الذین اعتدوا منکم فی السبت، فقلنا لہم کونوا قردۃ خاسئین۔</w:t>
      </w:r>
    </w:p>
    <w:p>
      <w:r>
        <w:rPr>
          <w:b/>
        </w:rPr>
        <w:t xml:space="preserve">[01:31] </w:t>
      </w:r>
      <w:r>
        <w:t>faja'alnaha nakalan lima bayna yadayhi wa ma khalfaha, wa maw'izatan lil muttaqin. wa iz qala musa liqawmihi: innallaha ya'murukum an tazbahu baqarah, qaloo: attakhizuna huzuwan?</w:t>
      </w:r>
    </w:p>
    <w:p>
      <w:pPr>
        <w:jc w:val="right"/>
      </w:pPr>
      <w:r>
        <w:t>فجعلناها نکالا لما بینیدیہ وما خلفہ، ومعجزۃ للمتقین۔ واذ قال موسی لقومہ: ان اللہ یامرکم ان تذبحو بقرہ، قالوا: اتتخذنا غزوا؟</w:t>
      </w:r>
    </w:p>
    <w:p>
      <w:r>
        <w:rPr>
          <w:b/>
        </w:rPr>
        <w:t xml:space="preserve">[01:47] </w:t>
      </w:r>
      <w:r>
        <w:t>qala: a'udhu billahi an akuna min al-jahilin. qaloo: ad'u lana rabbaka yubayyin lana ma hiya? qala: innahu yaqulu innaha baqaratun la faridun wa la bikr,</w:t>
      </w:r>
    </w:p>
    <w:p>
      <w:pPr>
        <w:jc w:val="right"/>
      </w:pPr>
      <w:r>
        <w:t>قال: اعوذ باللہ ان اكون من الجاہلین۔ قالوا: دع لنا ربک یبین لنا ما ہے؟ قال: انہ یقول انہا بقرۃ لا فارض ولا بکر،</w:t>
      </w:r>
    </w:p>
    <w:p>
      <w:r>
        <w:rPr>
          <w:b/>
        </w:rPr>
        <w:t xml:space="preserve">[02:01] </w:t>
      </w:r>
      <w:r>
        <w:t>awanuun bayna dhalik, faf'aloo ma tu'marun. qaloo: ad'u lana rabbaka yubayyin lana ma lawnuha? qala: innahu yaqulu innaha baqaratun safra'u, faw'aqu lawnuha tasurrun nazirin.</w:t>
      </w:r>
    </w:p>
    <w:p>
      <w:pPr>
        <w:jc w:val="right"/>
      </w:pPr>
      <w:r>
        <w:t>عوان بین ذالک، فافعلوا ما تؤمرون۔ قالوا: دع لنا ربک یبین لنا ما لونہا؟ قال: انہ یقول انہا بقرۃ صفراء، فاقع لونہا تسر الناظرین۔</w:t>
      </w:r>
    </w:p>
    <w:p>
      <w:r>
        <w:rPr>
          <w:b/>
        </w:rPr>
        <w:t xml:space="preserve">[02:16] </w:t>
      </w:r>
      <w:r>
        <w:t>qaloo: ad'u lana rabbaka yubayyin lana ma hiya? innal baqarata shabah 'alayna, wa innaa in sha'allahu lamuhtadun. qala: innahu yaqulu innaha baqaratun la dzululun tuthirul arda wa la tasqil harth,</w:t>
      </w:r>
    </w:p>
    <w:p>
      <w:pPr>
        <w:jc w:val="right"/>
      </w:pPr>
      <w:r>
        <w:t>قالوا: دع لنا ربک یبین لنا ما ہے؟ ان البقرۃ شابہ علینا، وانا انشاء اللہ لمہتدون۔ قال: انہ یقول انہا بقرۃ لا ذلول تثیر الارض ولا تسقی الحرث،</w:t>
      </w:r>
    </w:p>
    <w:p>
      <w:r>
        <w:rPr>
          <w:b/>
        </w:rPr>
        <w:t xml:space="preserve">[02:31] </w:t>
      </w:r>
      <w:r>
        <w:t>musallamatun la shiyata fiha. qaloo: al'ana ji'ta bil haqq, fadza bahu wa ma kadoo yaf'alun. surah al-baqarah, chapter number 2, verse number 63 to 61.</w:t>
      </w:r>
    </w:p>
    <w:p>
      <w:pPr>
        <w:jc w:val="right"/>
      </w:pPr>
      <w:r>
        <w:t>مسلمۃ لا شیۃ فیہا۔ قالوا: الان جئت بالحق، فذبحوہا وما کادو یفعلون۔ سورہ البقرہ، چیپٹر نمبر ٹو، ورس نمبر 63 ٹو 61۔</w:t>
      </w:r>
    </w:p>
    <w:p>
      <w:r>
        <w:rPr>
          <w:b/>
        </w:rPr>
        <w:t xml:space="preserve">[02:47] </w:t>
      </w:r>
      <w:r>
        <w:t>aur jab hum ne tumhare tum se tumhara ahad liya aur toor pahad ko tumhare oopar uthaya, pakdo us cheez ko jo hum ne tum ko di hai mazbooti ke sath, aur jo kuch us mein hai us ko yaad rakho ta ke tum bacho.</w:t>
      </w:r>
    </w:p>
    <w:p>
      <w:pPr>
        <w:jc w:val="right"/>
      </w:pPr>
      <w:r>
        <w:t>اور جب ہم نے تمہارے تم سے تمہارا عہد لیا اور طور پہاڑ کو تمہارے اوپر اٹھایا، پکڑو اس چیز کو جو ہم نے تم کو دی ہے مضبوطی کے ساتھ، اور جو کچھ اس میں ہے اس کو یاد رکھو تاکہ تم بچو۔</w:t>
      </w:r>
    </w:p>
    <w:p>
      <w:r>
        <w:rPr>
          <w:b/>
        </w:rPr>
        <w:t xml:space="preserve">[03:04] </w:t>
      </w:r>
      <w:r>
        <w:t>is ke baad tum is se phir gaye. agar Allah ka fazl aur us ki rehmat tum par na hoti to zaroor tum halak ho jatay. aur un logon ka haal tum jantay ho jo sabat sanichar ke muamle mein Allah ke hukum se nikal gaye.</w:t>
      </w:r>
    </w:p>
    <w:p>
      <w:pPr>
        <w:jc w:val="right"/>
      </w:pPr>
      <w:r>
        <w:t>اس کے بعد تم اس سے پھر گئے۔ اگر اللہ کا فضل اور اس کی رحمت تم پر نہ ہوتی تو ضرور تم ہلاک ہو جاتے۔ اور ان لوگوں کا حال تم جانتے ہو جو سبت سنیجر کے معاملے میں اللہ کے حکم سے نکل گئے۔</w:t>
      </w:r>
    </w:p>
    <w:p>
      <w:r>
        <w:rPr>
          <w:b/>
        </w:rPr>
        <w:t xml:space="preserve">[03:21] </w:t>
      </w:r>
      <w:r>
        <w:t>to hum ne un se kaha ke tum log zaleel bandar ban jao. phir hum ne us koibrat bana diya un logon ke liye jo us ke rubaru thay, aur un logon ke liye jo us ke baad aaye.</w:t>
      </w:r>
    </w:p>
    <w:p>
      <w:pPr>
        <w:jc w:val="right"/>
      </w:pPr>
      <w:r>
        <w:t>تو ہم نے ان سے کہا کہ تم لوگ ذلیل بندر بن جاؤ۔ پھر ہم نے اس کو عبرت بنا دیا ان لوگوں کے لیے جو اس کے روبرو تھے، اور ان لوگوں کے لیے جو اس کے بعد آئے۔</w:t>
      </w:r>
    </w:p>
    <w:p>
      <w:r>
        <w:rPr>
          <w:b/>
        </w:rPr>
        <w:t xml:space="preserve">[03:33] </w:t>
      </w:r>
      <w:r>
        <w:t>aur us mein hum ne naseehat rakh di dar walon ke liye. aur jab musa ne apni qom se kaha ke Allah tum ko hukum deta hai ke tum aik baqra zabah karo, unhon ne kaha: kya tum hum se hansi kar rahay ho?</w:t>
      </w:r>
    </w:p>
    <w:p>
      <w:pPr>
        <w:jc w:val="right"/>
      </w:pPr>
      <w:r>
        <w:t>اور اس میں ہم نے نصیحت رکھ دی ڈر والوں کے لیے۔ اور جب موسی نے اپنی قوم سے کہا کہ اللہ تم کو حکم دیتا ہے کہ تم ایک بقرہ ذبح کرو، انہوں نے کہا: کیا تم ہم سے ہنسی کر رہے ہو؟</w:t>
      </w:r>
    </w:p>
    <w:p>
      <w:r>
        <w:rPr>
          <w:b/>
        </w:rPr>
        <w:t xml:space="preserve">[03:47] </w:t>
      </w:r>
      <w:r>
        <w:t>musa ne kaha: main Allah ki panah mangta hoon ke main aisa nadan banu. unhon ne kaha: apne rab se darkhwast karo ke wo hum se bayan kare ke wo baqra kaisi ho?</w:t>
      </w:r>
    </w:p>
    <w:p>
      <w:pPr>
        <w:jc w:val="right"/>
      </w:pPr>
      <w:r>
        <w:t>موسی نے کہا: میں اللہ کی پناہ مانگتا ہوں کہ میں ایسا نادان بنوں۔ انہوں نے کہا: اپنے رب سے درخواست کرو کہ وہ ہم سے بیان کرے کہ وہ بقرہ کیسی ہو؟</w:t>
      </w:r>
    </w:p>
    <w:p>
      <w:r>
        <w:rPr>
          <w:b/>
        </w:rPr>
        <w:t xml:space="preserve">[04:00] </w:t>
      </w:r>
      <w:r>
        <w:t>musa ne kaha: Allah fermata hai ke wo baqra na boodhi ho na bachcha, us ke beech ki ho. ab kar dalo jo hukum tum ko mila hai.</w:t>
      </w:r>
    </w:p>
    <w:p>
      <w:pPr>
        <w:jc w:val="right"/>
      </w:pPr>
      <w:r>
        <w:t>موسی نے کہا: اللہ فرماتا ہے کہ وہ بقرہ نہ بوڑھی ہو نہ بچہ، اس کے بیچ کی ہو۔ اب کر ڈالو جو حکم تم کو ملا ہے۔</w:t>
      </w:r>
    </w:p>
    <w:p>
      <w:r>
        <w:rPr>
          <w:b/>
        </w:rPr>
        <w:t xml:space="preserve">[04:10] </w:t>
      </w:r>
      <w:r>
        <w:t>unhon ne kaha: apne rab se darkhwast karo ke wo bayan kare ke us ka rang kya ho? musa ne kaha: Allah fermata hai ke wo gehre gehre zard rang ki ho, dekhnay walon ko achhi maloom hoti ho.</w:t>
      </w:r>
    </w:p>
    <w:p>
      <w:pPr>
        <w:jc w:val="right"/>
      </w:pPr>
      <w:r>
        <w:t>انہوں نے کہا: اپنے رب سے درخواست کرو کہ وہ بیان کرے کہ اس کا رنگ کیا ہو؟ موسی نے کہا: اللہ فرماتا ہے کہ وہ گہرے گہرے زرد رنگ کی ہو، دیکھنے والوں کو اچھی معلوم ہوتی ہو۔</w:t>
      </w:r>
    </w:p>
    <w:p>
      <w:r>
        <w:rPr>
          <w:b/>
        </w:rPr>
        <w:t xml:space="preserve">[04:24] </w:t>
      </w:r>
      <w:r>
        <w:t>unhon ne kaha: apne rab se darkhwast karo ke wo hum se bayan kar de ke wo kaisi ho, kyun ke baqra mein hum ko shubah par gaya hai, aur Allah ne chaha to hum rah pa len gay.</w:t>
      </w:r>
    </w:p>
    <w:p>
      <w:pPr>
        <w:jc w:val="right"/>
      </w:pPr>
      <w:r>
        <w:t>انہوں نے کہا: اپنے رب سے درخواست کرو کہ وہ ہم سے بیان کر دے کہ وہ کیسی ہو، کیونکہ بقرہ میں ہم کو شبہ پڑ گیا ہے، اور اللہ نے چاہا تو ہم راہ پا لیں گے۔</w:t>
      </w:r>
    </w:p>
    <w:p>
      <w:r>
        <w:rPr>
          <w:b/>
        </w:rPr>
        <w:t xml:space="preserve">[04:36] </w:t>
      </w:r>
      <w:r>
        <w:t>musa ne kaha: Allah fermata hai ke wo aisi baqra ho ke mehnat karne wali na ho, zameen ko jotnay wali aur khayton ko pani denay wali na ho.</w:t>
      </w:r>
    </w:p>
    <w:p>
      <w:pPr>
        <w:jc w:val="right"/>
      </w:pPr>
      <w:r>
        <w:t>موسی نے کہا: اللہ فرماتا ہے کہ وہ ایسی بقرہ ہو کہ محنت کرنے والی نہ ہو، زمین کو جوتنے والی اور کھیتوں کو پانی دینے والی نہ ہو۔</w:t>
      </w:r>
    </w:p>
    <w:p>
      <w:r>
        <w:rPr>
          <w:b/>
        </w:rPr>
        <w:t xml:space="preserve">[04:44] </w:t>
      </w:r>
      <w:r>
        <w:t>wo sahih salim ho, us mein koi daagh na ho. unhon ne kaha ke ab tum wazeh baat laye. phir unhon ne us ko zabah kiya, aur wo zabah karte nazar na atay thay.</w:t>
      </w:r>
    </w:p>
    <w:p>
      <w:pPr>
        <w:jc w:val="right"/>
      </w:pPr>
      <w:r>
        <w:t>وہ صحیح سالم ہو، اس میں کوئی داغ نہ ہو۔ انہوں نے کہا کہ اب تم واضح بات لائے۔ پھر انہوں نے اس کو ذبح کیا، اور وہ ذبح کرتے نظر نہ آتے تھے۔</w:t>
      </w:r>
    </w:p>
    <w:p>
      <w:r>
        <w:rPr>
          <w:b/>
        </w:rPr>
        <w:t xml:space="preserve">[05:01] </w:t>
      </w:r>
      <w:r>
        <w:t>dekhen, yeh surah al-baqarah ki ayatain hain. in ayat ko main ne kai bar parha. is par ghor karte hue mujhe samajh aaya ke is mein</w:t>
      </w:r>
    </w:p>
    <w:p>
      <w:pPr>
        <w:jc w:val="right"/>
      </w:pPr>
      <w:r>
        <w:t>دیکھیں، یہ سورہ البقرہ کی آیتیں ہیں۔ ان آیتوں کو میں نے کئی بار پڑھا۔ اس پر غور کرتے ہوئے مجھے سمجھ آیا کہ اس میں</w:t>
      </w:r>
    </w:p>
    <w:p>
      <w:r>
        <w:rPr>
          <w:b/>
        </w:rPr>
        <w:t xml:space="preserve">[05:18] </w:t>
      </w:r>
      <w:r>
        <w:t>bazaahir pichli qomon ki sarguzisht bayan ki gayi hai, lekin haqeeqat mein is mein</w:t>
      </w:r>
    </w:p>
    <w:p>
      <w:pPr>
        <w:jc w:val="right"/>
      </w:pPr>
      <w:r>
        <w:t>بظاہر پچھلی قوموں کی سرگزشت بیان کی گئی ہے، لیکن حقیقت میں اس میں</w:t>
      </w:r>
    </w:p>
    <w:p>
      <w:r>
        <w:rPr>
          <w:b/>
        </w:rPr>
        <w:t xml:space="preserve">[05:35] </w:t>
      </w:r>
      <w:r>
        <w:t>aik naya mansooba ilahi bayan hua hai. dekhen, is par ghor kijiye. is se maloom hota hai ke Allah ne nabiyon ke zariye hidayat bheji,</w:t>
      </w:r>
    </w:p>
    <w:p>
      <w:pPr>
        <w:jc w:val="right"/>
      </w:pPr>
      <w:r>
        <w:t>ایک نیا منصوبہ الہی بیان ہوا ہے۔ دیکھیں، اس پر غور کیجئے۔ اس سے معلوم ہوتا ہے کہ اللہ نے نبیوں کے ذریعے ہدایت بھیجی،</w:t>
      </w:r>
    </w:p>
    <w:p>
      <w:r>
        <w:rPr>
          <w:b/>
        </w:rPr>
        <w:t xml:space="preserve">[05:53] </w:t>
      </w:r>
      <w:r>
        <w:t>hazrat ibrahim ke zariye, hazrat musa ke zariye, aur hazrat muhammad ke zariye. ayat ko samajhne ke liye hamesha un ke gehrai mein jo mani hai, us ko us ko lijiye, tab baat samajh mein ayegi.</w:t>
      </w:r>
    </w:p>
    <w:p>
      <w:pPr>
        <w:jc w:val="right"/>
      </w:pPr>
      <w:r>
        <w:t>حضرت ابراہیم کے ذریعے، حضرت موسی کے ذریعے، اور حضرت محمد کے ذریعے۔ آیتوں کو سمجھنے کے لیے ہمیشہ ان کے گہرائی میں جو معنی ہے، اس کو اس کو لیجئے، تب بات سمجھ میں آئے گی۔</w:t>
      </w:r>
    </w:p>
    <w:p>
      <w:r>
        <w:rPr>
          <w:b/>
        </w:rPr>
        <w:t xml:space="preserve">[06:12] </w:t>
      </w:r>
      <w:r>
        <w:t>lufzi tor par nahin. to Allah ne, aap dekhen, is ko aap wahan tak shuru ki jiye. Allah ne Hazrat Adam ko paida kiya, un ko peghambar banaya.</w:t>
      </w:r>
    </w:p>
    <w:p>
      <w:pPr>
        <w:jc w:val="right"/>
      </w:pPr>
      <w:r>
        <w:t>لفظی طور پر نہیں۔ تو اللہ نے، آپ دیکھیں، اس کو آپ وہاں تک شروع کیجئے۔ اللہ نے حضرت آدم کو پیدا کیا، ان کو پیغمبر بنایا۔</w:t>
      </w:r>
    </w:p>
    <w:p>
      <w:r>
        <w:rPr>
          <w:b/>
        </w:rPr>
        <w:t xml:space="preserve">[06:29] </w:t>
      </w:r>
      <w:r>
        <w:t>phir ek nasal chali.</w:t>
      </w:r>
    </w:p>
    <w:p>
      <w:pPr>
        <w:jc w:val="right"/>
      </w:pPr>
      <w:r>
        <w:t>پھر ایک نسل چلی۔</w:t>
      </w:r>
    </w:p>
    <w:p>
      <w:r>
        <w:rPr>
          <w:b/>
        </w:rPr>
        <w:t xml:space="preserve">[06:34] </w:t>
      </w:r>
      <w:r>
        <w:t>phir Hazrat Adam ke bete phailay. phir woh daur aaya ke Hazrat Nuh aaye, Hazrat Ibrahim aaye, Hazrat Musa aaye, Hazrat Muhammad aaye.</w:t>
      </w:r>
    </w:p>
    <w:p>
      <w:pPr>
        <w:jc w:val="right"/>
      </w:pPr>
      <w:r>
        <w:t>پھر حضرت آدم کے بیٹے پھیلے۔ پھر وہ دور آیا کہ حضرت نوح آئے، حضرت ابراہیم آئے، حضرت موسی آئے، حضرت محمد آئے۔</w:t>
      </w:r>
    </w:p>
    <w:p>
      <w:r>
        <w:rPr>
          <w:b/>
        </w:rPr>
        <w:t xml:space="preserve">[06:52] </w:t>
      </w:r>
      <w:r>
        <w:t>to yeh daur anbiya hai. mukhtalif nabiyon ke zariye Allah taala ne insaan ko hidayat bheji.</w:t>
      </w:r>
    </w:p>
    <w:p>
      <w:pPr>
        <w:jc w:val="right"/>
      </w:pPr>
      <w:r>
        <w:t>تو یہ دور انبیاء ہے۔ مختلف نبیوں کے ذریعے اللہ تعالی نے انسان کو ہدایت بھیجی۔</w:t>
      </w:r>
    </w:p>
    <w:p>
      <w:r>
        <w:rPr>
          <w:b/>
        </w:rPr>
        <w:t xml:space="preserve">[07:05] </w:t>
      </w:r>
      <w:r>
        <w:t>lekin tareekh batati hai ke pichli qaumon mein ek ek burai aayi.</w:t>
      </w:r>
    </w:p>
    <w:p>
      <w:pPr>
        <w:jc w:val="right"/>
      </w:pPr>
      <w:r>
        <w:t>لیکن تاریخ بتاتی ہے کہ پچھلی قوموں میں ایک ایک برائی آئی۔</w:t>
      </w:r>
    </w:p>
    <w:p>
      <w:r>
        <w:rPr>
          <w:b/>
        </w:rPr>
        <w:t xml:space="preserve">[07:15] </w:t>
      </w:r>
      <w:r>
        <w:t>woh burai hai, is ko kehte hain nature worship. har qaum mein. yaani nature worship kya hai?</w:t>
      </w:r>
    </w:p>
    <w:p>
      <w:pPr>
        <w:jc w:val="right"/>
      </w:pPr>
      <w:r>
        <w:t>وہ برائی ہے، اس کو کہتے ہیں نیچر ورشپ۔ ہر قوم میں۔ یعنی نیچر ورشپ کیا ہے؟</w:t>
      </w:r>
    </w:p>
    <w:p>
      <w:r>
        <w:rPr>
          <w:b/>
        </w:rPr>
        <w:t xml:space="preserve">[07:28] </w:t>
      </w:r>
      <w:r>
        <w:t>sitaron ko dekha to is ko samajh liya ke yeh bari cheez hai, un ko poojne lagay. chand ko dekha to samjha ke bari cheez hai, un ko poojne lagay.</w:t>
      </w:r>
    </w:p>
    <w:p>
      <w:pPr>
        <w:jc w:val="right"/>
      </w:pPr>
      <w:r>
        <w:t>ستاروں کو دیکھا تو اس کو سمجھ لیا کہ یہ بڑی چیز ہے، ان کو پوجنے لگے۔ چاند کو دیکھا تو سمجھا کہ بڑی چیز ہے، ان کو پوجنے لگے۔</w:t>
      </w:r>
    </w:p>
    <w:p>
      <w:r>
        <w:rPr>
          <w:b/>
        </w:rPr>
        <w:t xml:space="preserve">[07:39] </w:t>
      </w:r>
      <w:r>
        <w:t>sooraj ko dekha to samjha ke bari cheez hai, un ko poojne lagay. to pichli tamam qaumen isi ka shikar huin.</w:t>
      </w:r>
    </w:p>
    <w:p>
      <w:pPr>
        <w:jc w:val="right"/>
      </w:pPr>
      <w:r>
        <w:t>سورج کو دیکھا تو سمجھا کہ بڑی چیز ہے، ان کو پوجنے لگے۔ تو پچھلی تمام قومیں اسی کا شکار ہوئیں۔</w:t>
      </w:r>
    </w:p>
    <w:p>
      <w:r>
        <w:rPr>
          <w:b/>
        </w:rPr>
        <w:t xml:space="preserve">[07:50] </w:t>
      </w:r>
      <w:r>
        <w:t>nature worship ka. tamam qaumen. yaani Hazrat Adam ki qaum, Hazrat Ibrahim ki qaum, Hazrat Musa ki qaum.</w:t>
      </w:r>
    </w:p>
    <w:p>
      <w:pPr>
        <w:jc w:val="right"/>
      </w:pPr>
      <w:r>
        <w:t>نیچر ورشپ کا۔ تمام قومیں۔ یعنی حضرت آدم کی قوم، حضرت ابراہیم کی قوم، حضرت موسی کی قوم۔</w:t>
      </w:r>
    </w:p>
    <w:p>
      <w:r>
        <w:rPr>
          <w:b/>
        </w:rPr>
        <w:t xml:space="preserve">[08:01] </w:t>
      </w:r>
      <w:r>
        <w:t>ab Hazrat Muhammad ki qaum jo hai, is ka zamana hai. lekin ghor kijiye to Hazrat Muhammad ki qaum bhi kamyab nahin hui.</w:t>
      </w:r>
    </w:p>
    <w:p>
      <w:pPr>
        <w:jc w:val="right"/>
      </w:pPr>
      <w:r>
        <w:t>اب حضرت محمد کی قوم جو ہے، اس کا زمانہ ہے۔ لیکن غور کیجئے تو حضرت محمد کی قوم بھی کامیاب نہیں ہوئی۔</w:t>
      </w:r>
    </w:p>
    <w:p>
      <w:r>
        <w:rPr>
          <w:b/>
        </w:rPr>
        <w:t xml:space="preserve">[08:14] </w:t>
      </w:r>
      <w:r>
        <w:t>kyun ke kaam to yeh tha ke uthaye, mazahir se uthaye, nature se uthaye, aur Allah Rab ul Alameen ki ibadat ka paigham duniya ko pohanchaye.</w:t>
      </w:r>
    </w:p>
    <w:p>
      <w:pPr>
        <w:jc w:val="right"/>
      </w:pPr>
      <w:r>
        <w:t>کیونکہ کام تو یہ تھا کہ اٹھائے، مظاہر سے اٹھائے، نیچر سے اٹھائے، اور اللہ رب العالمین کی عبادت کا پیغام دنیا کو پہنچائے۔</w:t>
      </w:r>
    </w:p>
    <w:p>
      <w:r>
        <w:rPr>
          <w:b/>
        </w:rPr>
        <w:t xml:space="preserve">[08:25] </w:t>
      </w:r>
      <w:r>
        <w:t>kyun ke Allah ne insaan ko paida kiya hai ibadat ke liye. wa ma khalaqtul jinna wal insa illa li ya'budun. to log Allah ke siwa kisi aur ko poojne lagay, is ke ibadat guzar ban gay.</w:t>
      </w:r>
    </w:p>
    <w:p>
      <w:pPr>
        <w:jc w:val="right"/>
      </w:pPr>
      <w:r>
        <w:t>کیونکہ اللہ نے انسان کو پیدا کیا ہے عبادت کے لیے۔ وما خلقت الجن والإنس إلا ليعبدون۔ تو لوگ اللہ کے سوا کسی اور کو پوجنے لگے، اس کے عبادت گزار بن گئے۔</w:t>
      </w:r>
    </w:p>
    <w:p>
      <w:r>
        <w:rPr>
          <w:b/>
        </w:rPr>
        <w:t xml:space="preserve">[08:42] </w:t>
      </w:r>
      <w:r>
        <w:t>yeh poori history hai. to main samajhta hoon ke is ke baad Allah ne insaan ke sath ek naya mansooba banaya.</w:t>
      </w:r>
    </w:p>
    <w:p>
      <w:pPr>
        <w:jc w:val="right"/>
      </w:pPr>
      <w:r>
        <w:t>یہ پوری ہسٹری ہے۔ تو میں سمجھتا ہوں کہ اس کے بعد اللہ نے انسان کے ساتھ ایک نیا منصوبہ بنایا۔</w:t>
      </w:r>
    </w:p>
    <w:p>
      <w:r>
        <w:rPr>
          <w:b/>
        </w:rPr>
        <w:t xml:space="preserve">[08:53] </w:t>
      </w:r>
      <w:r>
        <w:t>woh mansooba kya tha? woh mansooba yeh tha ke in in in in mazahir ko ek expose kar dena. sooraj ko, chand ko, sitaron ko, nature ko, mazahir fitrat ko expose kar dena.</w:t>
      </w:r>
    </w:p>
    <w:p>
      <w:pPr>
        <w:jc w:val="right"/>
      </w:pPr>
      <w:r>
        <w:t>وہ منصوبہ کیا تھا؟ وہ منصوبہ یہ تھا کہ ان ان ان ان مظاہر کو ایک ایکسپوز کر دینا۔ سورج کو، چاند کو، ستاروں کو، نیچر کو، مظاہر فطرت کو ایکسپوز کر دینا۔</w:t>
      </w:r>
    </w:p>
    <w:p>
      <w:r>
        <w:rPr>
          <w:b/>
        </w:rPr>
        <w:t xml:space="preserve">[09:08] </w:t>
      </w:r>
      <w:r>
        <w:t>yeh to kuch bhi nahin hai. yeh to bazahir khadim hain.</w:t>
      </w:r>
    </w:p>
    <w:p>
      <w:pPr>
        <w:jc w:val="right"/>
      </w:pPr>
      <w:r>
        <w:t>یہ تو کچھ بھی نہیں ہے۔ یہ تو بظاہر خادم ہیں۔</w:t>
      </w:r>
    </w:p>
    <w:p>
      <w:r>
        <w:rPr>
          <w:b/>
        </w:rPr>
        <w:t xml:space="preserve">[09:15] </w:t>
      </w:r>
      <w:r>
        <w:t>technology kya hai? telescope ka kya hai?</w:t>
      </w:r>
    </w:p>
    <w:p>
      <w:pPr>
        <w:jc w:val="right"/>
      </w:pPr>
      <w:r>
        <w:t>ٹیکنالوجی کیا ہے؟ ٹیلیسکوپ کا کیا ہے؟</w:t>
      </w:r>
    </w:p>
    <w:p>
      <w:r>
        <w:rPr>
          <w:b/>
        </w:rPr>
        <w:t xml:space="preserve">[09:23] </w:t>
      </w:r>
      <w:r>
        <w:t>microscope ka kya hai? yeh sab nature ko expose karne wali cheezen hain.</w:t>
      </w:r>
    </w:p>
    <w:p>
      <w:pPr>
        <w:jc w:val="right"/>
      </w:pPr>
      <w:r>
        <w:t>مائیکروسکوپ کا کیا ہے؟ یہ سب نیچر کو ایکسپوز کرنے والی چیزیں ہیں۔</w:t>
      </w:r>
    </w:p>
    <w:p>
      <w:r>
        <w:rPr>
          <w:b/>
        </w:rPr>
        <w:t xml:space="preserve">[09:31] </w:t>
      </w:r>
      <w:r>
        <w:t>jin cheezon ko to bara samajhte thay, samajhte thay ke yeh log to Khuda hain, un sab ko expose kar diya.</w:t>
      </w:r>
    </w:p>
    <w:p>
      <w:pPr>
        <w:jc w:val="right"/>
      </w:pPr>
      <w:r>
        <w:t>جن چیزوں کو تو بڑا سمجھتے تھے، سمجھتے تھے کہ یہ لوگ تو خدا ہیں، ان سب کو ایکسپوز کر دیا۔</w:t>
      </w:r>
    </w:p>
    <w:p>
      <w:r>
        <w:rPr>
          <w:b/>
        </w:rPr>
        <w:t xml:space="preserve">[09:43] </w:t>
      </w:r>
      <w:r>
        <w:t>bohat ajeeb baat hai yeh.</w:t>
      </w:r>
    </w:p>
    <w:p>
      <w:pPr>
        <w:jc w:val="right"/>
      </w:pPr>
      <w:r>
        <w:t>بہت عجیب بات ہے یہ۔</w:t>
      </w:r>
    </w:p>
    <w:p>
      <w:r>
        <w:rPr>
          <w:b/>
        </w:rPr>
        <w:t xml:space="preserve">[09:48] </w:t>
      </w:r>
      <w:r>
        <w:t>expose kiya kis ke zariye se? science danon ke zariye se. to jo hadith mein aata hai ke Allah taeed karega ghair ahal e Islam ke zariye se,</w:t>
      </w:r>
    </w:p>
    <w:p>
      <w:pPr>
        <w:jc w:val="right"/>
      </w:pPr>
      <w:r>
        <w:t>ایکسپوز کیا کس کے ذریعے سے؟ سائنس دانوں کے ذریعے سے۔ تو جو حدیث میں آتا ہے کہ اللہ تائید کرے گا غیر اہل اسلام کے ذریعے سے،</w:t>
      </w:r>
    </w:p>
    <w:p>
      <w:r>
        <w:rPr>
          <w:b/>
        </w:rPr>
        <w:t xml:space="preserve">[10:04] </w:t>
      </w:r>
      <w:r>
        <w:t>hata ke ahal e fajr ke zariye se deen ki taeed. to yahi to hai deen ki taeed. ke un ke zariye se expose kar dega sare nature ko.</w:t>
      </w:r>
    </w:p>
    <w:p>
      <w:pPr>
        <w:jc w:val="right"/>
      </w:pPr>
      <w:r>
        <w:t>حتی کہ اہل فجر کے ذریعے سے دین کی تائید۔ تو یہی تو ہے دین کی تائید۔ کہ ان کے ذریعے سے ایکسپوز کر دے گا سارے نیچر کو۔</w:t>
      </w:r>
    </w:p>
    <w:p>
      <w:r>
        <w:rPr>
          <w:b/>
        </w:rPr>
        <w:t xml:space="preserve">[10:22] </w:t>
      </w:r>
      <w:r>
        <w:t>is ke baad sooraj ki divinity khatam ho jayegi. chand ki divinity khatam ho jayegi. shaitanon ki divinity khatam ho jayegi.</w:t>
      </w:r>
    </w:p>
    <w:p>
      <w:pPr>
        <w:jc w:val="right"/>
      </w:pPr>
      <w:r>
        <w:t>اس کے بعد سورج کی ڈیوینیٹی ختم ہو جائے گی۔ چاند کی ڈیوینیٹی ختم ہو جائے گی۔ شیطانوں کی ڈیوینیٹی ختم ہو جائے گی۔</w:t>
      </w:r>
    </w:p>
    <w:p>
      <w:r>
        <w:rPr>
          <w:b/>
        </w:rPr>
        <w:t xml:space="preserve">[10:33] </w:t>
      </w:r>
      <w:r>
        <w:t>har cheez makhlooq ban kar reh jayegi. to yeh kaam jin logon ne kiya, woh zyada tar balkeh shayad tamam tar ahal e maghrib ne kiya.</w:t>
      </w:r>
    </w:p>
    <w:p>
      <w:pPr>
        <w:jc w:val="right"/>
      </w:pPr>
      <w:r>
        <w:t>ہر چیز مخلوق بن کر رہ جائے گی۔ تو یہ کام جن لوگوں نے کیا، وہ زیادہ تر بلکہ شاید تمام تر اہل مغرب نے کیا۔</w:t>
      </w:r>
    </w:p>
    <w:p>
      <w:r>
        <w:rPr>
          <w:b/>
        </w:rPr>
        <w:t xml:space="preserve">[10:48] </w:t>
      </w:r>
      <w:r>
        <w:t>yaani unhon ne astronomy ko develop kiya, unhon ne physics ko develop kiya, unhon ne chemistry ko develop kiya.</w:t>
      </w:r>
    </w:p>
    <w:p>
      <w:pPr>
        <w:jc w:val="right"/>
      </w:pPr>
      <w:r>
        <w:t>یعنی انہوں نے ایسٹرانومی کو ڈیولپ کیا، انہوں نے فزکس کو ڈیولپ کیا، انہوں نے کیمسٹری کو ڈیولپ کیا۔</w:t>
      </w:r>
    </w:p>
    <w:p>
      <w:r>
        <w:rPr>
          <w:b/>
        </w:rPr>
        <w:t xml:space="preserve">[10:58] </w:t>
      </w:r>
      <w:r>
        <w:t>yeh jo sciences hain, in ko unhon ne develop kiya. aur is in sciences ka yeh logon ko pata hai ke unhon ne awaz banaye, motor car banaye,</w:t>
      </w:r>
    </w:p>
    <w:p>
      <w:pPr>
        <w:jc w:val="right"/>
      </w:pPr>
      <w:r>
        <w:t>یہ جو سائنسز ہیں، ان کو انہوں نے ڈیولپ کیا۔ اور اس ان سائنسز کا یہ لوگوں کو پتہ ہے کہ انہوں نے آواز بنائے، موٹر کار بنائے،</w:t>
      </w:r>
    </w:p>
    <w:p>
      <w:r>
        <w:rPr>
          <w:b/>
        </w:rPr>
        <w:t xml:space="preserve">[11:13] </w:t>
      </w:r>
      <w:r>
        <w:t>imainities paida keen waghera. lekin zyada bara karname jo kiya hai science ne, science ne zyada bara kaam kiya jo kiya woh yeh ke tamam nature ko expose kar diya.</w:t>
      </w:r>
    </w:p>
    <w:p>
      <w:pPr>
        <w:jc w:val="right"/>
      </w:pPr>
      <w:r>
        <w:t>ایمینیٹیز پیدا کیں وغیرہ۔ لیکن زیادہ بڑا کارنامہ جو کیا ہے سائنس نے، سائنس نے زیادہ بڑا کام کیا جو کیا وہ یہ کہ تمام نیچر کو ایکسپوز کر دیا۔</w:t>
      </w:r>
    </w:p>
    <w:p>
      <w:r>
        <w:rPr>
          <w:b/>
        </w:rPr>
        <w:t xml:space="preserve">[11:31] </w:t>
      </w:r>
      <w:r>
        <w:t>hazrat ibrahim ne kaha tha: rabbana kathira.</w:t>
      </w:r>
    </w:p>
    <w:p>
      <w:pPr>
        <w:jc w:val="right"/>
      </w:pPr>
      <w:r>
        <w:t>حضرت ابراہیم نے کہا تھا: ربنا کثیرا۔</w:t>
      </w:r>
    </w:p>
    <w:p>
      <w:r>
        <w:rPr>
          <w:b/>
        </w:rPr>
        <w:t xml:space="preserve">[11:37] </w:t>
      </w:r>
      <w:r>
        <w:t>hazrat ibrahim ne dekha suraj ko, chand ko, sitaron ko to kaha ke rabbana kathira. yeh roshan jo ajram hain, roshan suraj, roshan chand, roshan sitare, yeh logon ko bohat zyada yani dhoke mein dale hue hain.</w:t>
      </w:r>
    </w:p>
    <w:p>
      <w:pPr>
        <w:jc w:val="right"/>
      </w:pPr>
      <w:r>
        <w:t>حضرت ابراہیم نے دیکھا سورج کو، چاند کو، ستاروں کو تو کہا کہ ربنا کثیرا۔ یہ روشن جو اجرام ہیں، روشن سورج، روشن چاند، روشن ستارے، یہ لوگوں کو بہت زیادہ یعنی دھوکے میں ڈالے ہوئے ہیں۔</w:t>
      </w:r>
    </w:p>
    <w:p>
      <w:r>
        <w:rPr>
          <w:b/>
        </w:rPr>
        <w:t xml:space="preserve">[12:01] </w:t>
      </w:r>
      <w:r>
        <w:t>to mein samajhta hoon ke hazrat ibrahim ke ka yeh jo alfaaz hain, yeh Allah ke planning ko batate hain ke ek daur woh tha jab ke nature logon ko dhoke mein dali hui rehti thi.</w:t>
      </w:r>
    </w:p>
    <w:p>
      <w:pPr>
        <w:jc w:val="right"/>
      </w:pPr>
      <w:r>
        <w:t>تو میں سمجھتا ہوں کہ حضرت ابراہیم کے کا یہ جو الفاظ ہیں، یہ اللہ کے پلاننگ کو بتاتے ہیں کہ ایک دور وہ تھا جب کہ نیچر لوگوں کو دھوکے میں ڈالی ہوئی رہتی تھی۔</w:t>
      </w:r>
    </w:p>
    <w:p>
      <w:r>
        <w:rPr>
          <w:b/>
        </w:rPr>
        <w:t xml:space="preserve">[12:20] </w:t>
      </w:r>
      <w:r>
        <w:t>nature ki azmat, nature ki glory, is mein chand, suraj, sitare waghera. to rabbana kathira.</w:t>
      </w:r>
    </w:p>
    <w:p>
      <w:pPr>
        <w:jc w:val="right"/>
      </w:pPr>
      <w:r>
        <w:t>نیچر کی عظمت، نیچر کی گلوری، اس میں چاند، سورج، ستارے وغیرہ۔ تو ربنا کثیرا۔</w:t>
      </w:r>
    </w:p>
    <w:p>
      <w:r>
        <w:rPr>
          <w:b/>
        </w:rPr>
        <w:t xml:space="preserve">[12:35] </w:t>
      </w:r>
      <w:r>
        <w:t>to Khuda ne chaha ke in ko expose kar diya jaye taake woh insaan ko dhoke mein na dalen. baat ko</w:t>
      </w:r>
    </w:p>
    <w:p>
      <w:pPr>
        <w:jc w:val="right"/>
      </w:pPr>
      <w:r>
        <w:t>تو خدا نے چاہا کہ ان کو ایکسپوز کر دیا جائے تاکہ وہ انسان کو دھوکے میں نہ ڈالیں۔ بات کو</w:t>
      </w:r>
    </w:p>
    <w:p>
      <w:r>
        <w:rPr>
          <w:b/>
        </w:rPr>
        <w:t xml:space="preserve">[12:48] </w:t>
      </w:r>
      <w:r>
        <w:t>chunanche dekhiye, pehla waqea jo hua,</w:t>
      </w:r>
    </w:p>
    <w:p>
      <w:pPr>
        <w:jc w:val="right"/>
      </w:pPr>
      <w:r>
        <w:t>چنانچہ دیکھیے، پہلا واقعہ جو ہوا،</w:t>
      </w:r>
    </w:p>
    <w:p>
      <w:r>
        <w:rPr>
          <w:b/>
        </w:rPr>
        <w:t xml:space="preserve">[12:53] </w:t>
      </w:r>
      <w:r>
        <w:t>woh chaar sau saal pehle galileo ne</w:t>
      </w:r>
    </w:p>
    <w:p>
      <w:pPr>
        <w:jc w:val="right"/>
      </w:pPr>
      <w:r>
        <w:t>وہ چار سو سال پہلے گلیلیو نے</w:t>
      </w:r>
    </w:p>
    <w:p>
      <w:r>
        <w:rPr>
          <w:b/>
        </w:rPr>
        <w:t xml:space="preserve">[13:03] </w:t>
      </w:r>
      <w:r>
        <w:t>telescope istemal ki pehli baar history mein aur dekha suraj system ko. to galileo ne ailaan kiya ke suraj zameen ke gird nahi ghoom raha hai balkeh zameen khud suraj ke gird ghoom rahi hai.</w:t>
      </w:r>
    </w:p>
    <w:p>
      <w:pPr>
        <w:jc w:val="right"/>
      </w:pPr>
      <w:r>
        <w:t>ٹیلیسکوپ استعمال کی پہلی بار ہسٹری میں اور دیکھا سورج سسٹم کو۔ تو گلیلیو نے اعلان کیا کہ سورج زمین کے گرد نہیں گھوم رہا ہے بلکہ زمین خود سورج کے گرد گھوم رہی ہے۔</w:t>
      </w:r>
    </w:p>
    <w:p>
      <w:r>
        <w:rPr>
          <w:b/>
        </w:rPr>
        <w:t xml:space="preserve">[13:24] </w:t>
      </w:r>
      <w:r>
        <w:t>yeh ek bohat hi zalzala khaiz ailaan tha.</w:t>
      </w:r>
    </w:p>
    <w:p>
      <w:pPr>
        <w:jc w:val="right"/>
      </w:pPr>
      <w:r>
        <w:t>یہ ایک بہت ہی زلزلہ خیز اعلان تھا۔</w:t>
      </w:r>
    </w:p>
    <w:p>
      <w:r>
        <w:rPr>
          <w:b/>
        </w:rPr>
        <w:t xml:space="preserve">[13:31] </w:t>
      </w:r>
      <w:r>
        <w:t>kyunke saari history mein insaan yeh samajhta tha ke yeh zameen markaz hai aur saare is ke gird ghoomte hain.</w:t>
      </w:r>
    </w:p>
    <w:p>
      <w:pPr>
        <w:jc w:val="right"/>
      </w:pPr>
      <w:r>
        <w:t>کیونکہ ساری تاریخ میں انسان یہ سمجھتا تھا کہ یہ زمین مرکز ہے اور سارے اس کے گرد گھومتے ہیں۔</w:t>
      </w:r>
    </w:p>
    <w:p>
      <w:r>
        <w:rPr>
          <w:b/>
        </w:rPr>
        <w:t xml:space="preserve">[13:40] </w:t>
      </w:r>
      <w:r>
        <w:t>to maloom hua ke zameen markaz nahi hai.</w:t>
      </w:r>
    </w:p>
    <w:p>
      <w:pPr>
        <w:jc w:val="right"/>
      </w:pPr>
      <w:r>
        <w:t>تو معلوم ہوا کہ زمین مرکز نہیں ہے۔</w:t>
      </w:r>
    </w:p>
    <w:p>
      <w:r>
        <w:rPr>
          <w:b/>
        </w:rPr>
        <w:t xml:space="preserve">[13:45] </w:t>
      </w:r>
      <w:r>
        <w:t>markaz to suraj hai.</w:t>
      </w:r>
    </w:p>
    <w:p>
      <w:pPr>
        <w:jc w:val="right"/>
      </w:pPr>
      <w:r>
        <w:t>مرکز تو سورج ہے۔</w:t>
      </w:r>
    </w:p>
    <w:p>
      <w:r>
        <w:rPr>
          <w:b/>
        </w:rPr>
        <w:t xml:space="preserve">[13:51] </w:t>
      </w:r>
      <w:r>
        <w:t>to chand, sitare, saare ajram samavi</w:t>
      </w:r>
    </w:p>
    <w:p>
      <w:pPr>
        <w:jc w:val="right"/>
      </w:pPr>
      <w:r>
        <w:t>تو چاند، ستارے، سارے اجرام سماوی</w:t>
      </w:r>
    </w:p>
    <w:p>
      <w:r>
        <w:rPr>
          <w:b/>
        </w:rPr>
        <w:t xml:space="preserve">[14:00] </w:t>
      </w:r>
      <w:r>
        <w:t>ki hesiyat kya ho gayi? ab abdiyat ki ho gayi.</w:t>
      </w:r>
    </w:p>
    <w:p>
      <w:pPr>
        <w:jc w:val="right"/>
      </w:pPr>
      <w:r>
        <w:t>کی حیثیت کیا ہو گئی؟ اب عبدیت کی ہو گئی۔</w:t>
      </w:r>
    </w:p>
    <w:p>
      <w:r>
        <w:rPr>
          <w:b/>
        </w:rPr>
        <w:t xml:space="preserve">[14:09] </w:t>
      </w:r>
      <w:r>
        <w:t>to is tarah se som cheezein expose huien. mein samajhta hoon ke</w:t>
      </w:r>
    </w:p>
    <w:p>
      <w:pPr>
        <w:jc w:val="right"/>
      </w:pPr>
      <w:r>
        <w:t>تو اس طرح سے سوم چیزیں ایکسپوز ہوئیں۔ میں سمجھتا ہوں کہ</w:t>
      </w:r>
    </w:p>
    <w:p>
      <w:r>
        <w:rPr>
          <w:b/>
        </w:rPr>
        <w:t xml:space="preserve">[14:19] </w:t>
      </w:r>
      <w:r>
        <w:t>hazrat hazrat ibrahim ki dua ke baad Allah ne jo faisla kiya tha,</w:t>
      </w:r>
    </w:p>
    <w:p>
      <w:pPr>
        <w:jc w:val="right"/>
      </w:pPr>
      <w:r>
        <w:t>حضرت حضرت ابراہیم کی دعا کے بعد اللہ نے جو فیصلہ کیا تھا،</w:t>
      </w:r>
    </w:p>
    <w:p>
      <w:r>
        <w:rPr>
          <w:b/>
        </w:rPr>
        <w:t xml:space="preserve">[14:31] </w:t>
      </w:r>
      <w:r>
        <w:t>us faisle ka izhaar hua ahl-e-science ke zariye se.</w:t>
      </w:r>
    </w:p>
    <w:p>
      <w:pPr>
        <w:jc w:val="right"/>
      </w:pPr>
      <w:r>
        <w:t>اس فیصلے کا اظہار ہوا اہل سائنس کے ذریعے سے۔</w:t>
      </w:r>
    </w:p>
    <w:p>
      <w:r>
        <w:rPr>
          <w:b/>
        </w:rPr>
        <w:t xml:space="preserve">[14:43] </w:t>
      </w:r>
      <w:r>
        <w:t>ahl-e-science ne nature ko expose kar diya. to phir yahan se chali insaan ki ek nayi history.</w:t>
      </w:r>
    </w:p>
    <w:p>
      <w:pPr>
        <w:jc w:val="right"/>
      </w:pPr>
      <w:r>
        <w:t>اہل سائنس نے نیچر کو ایکسپوز کر دیا۔ تو پھر یہاں سے چلی انسان کی ایک نئی ہسٹری۔</w:t>
      </w:r>
    </w:p>
    <w:p>
      <w:r>
        <w:rPr>
          <w:b/>
        </w:rPr>
        <w:t xml:space="preserve">[14:54] </w:t>
      </w:r>
      <w:r>
        <w:t>jabke insaan ne yeh jaana ke sab ke sab</w:t>
      </w:r>
    </w:p>
    <w:p>
      <w:pPr>
        <w:jc w:val="right"/>
      </w:pPr>
      <w:r>
        <w:t>جبکہ انسان نے یہ جانا کہ سب کے سب</w:t>
      </w:r>
    </w:p>
    <w:p>
      <w:r>
        <w:rPr>
          <w:b/>
        </w:rPr>
        <w:t xml:space="preserve">[15:02] </w:t>
      </w:r>
      <w:r>
        <w:t>abd hain. suraj bhi abd hai, zameen bhi abd hai, chand bhi abd hai, sitare bhi abd hain, insaan bhi abd hai.</w:t>
      </w:r>
    </w:p>
    <w:p>
      <w:pPr>
        <w:jc w:val="right"/>
      </w:pPr>
      <w:r>
        <w:t>عبد ہیں۔ سورج بھی عبد ہے، زمین بھی عبد ہے، چاند بھی عبد ہے، ستارے بھی عبد ہیں، انسان بھی عبد ہے۔</w:t>
      </w:r>
    </w:p>
    <w:p>
      <w:r>
        <w:rPr>
          <w:b/>
        </w:rPr>
        <w:t xml:space="preserve">[15:13] </w:t>
      </w:r>
      <w:r>
        <w:t>to maboodiyat-e-Ilah aur abdiyat-e-makhlooqat, is ka daur shuru hua science ke zariye se.</w:t>
      </w:r>
    </w:p>
    <w:p>
      <w:pPr>
        <w:jc w:val="right"/>
      </w:pPr>
      <w:r>
        <w:t>تو معبودیت الہ اور عبدیت مخلوقات، اس کا دور شروع ہوا سائنس کے ذریعے سے۔</w:t>
      </w:r>
    </w:p>
    <w:p>
      <w:r>
        <w:rPr>
          <w:b/>
        </w:rPr>
        <w:t xml:space="preserve">[15:23] </w:t>
      </w:r>
      <w:r>
        <w:t>kyunke is se pehle dekhiye, anbiya jo the, woh moajza moajza dikhate the.</w:t>
      </w:r>
    </w:p>
    <w:p>
      <w:pPr>
        <w:jc w:val="right"/>
      </w:pPr>
      <w:r>
        <w:t>کیونکہ اس سے پہلے دیکھیے، انبیاء جو تھے، وہ معجزہ معجزہ دکھاتے تھے۔</w:t>
      </w:r>
    </w:p>
    <w:p>
      <w:r>
        <w:rPr>
          <w:b/>
        </w:rPr>
        <w:t xml:space="preserve">[15:33] </w:t>
      </w:r>
      <w:r>
        <w:t>to moajza se insaan ka sochne ka rukh badla nahi.</w:t>
      </w:r>
    </w:p>
    <w:p>
      <w:pPr>
        <w:jc w:val="right"/>
      </w:pPr>
      <w:r>
        <w:t>تو معجزہ سے انسان کا سوچنے کا رخ بدلا نہیں۔</w:t>
      </w:r>
    </w:p>
    <w:p>
      <w:r>
        <w:rPr>
          <w:b/>
        </w:rPr>
        <w:t xml:space="preserve">[15:42] </w:t>
      </w:r>
      <w:r>
        <w:t>sochne ki rai nahi badli nahi. phir bhi yani woh nature hi ko</w:t>
      </w:r>
    </w:p>
    <w:p>
      <w:pPr>
        <w:jc w:val="right"/>
      </w:pPr>
      <w:r>
        <w:t>سوچنے کی رائے نہیں بدلی نہیں۔ پھر بھی یعنی وہ نیچر ہی کو</w:t>
      </w:r>
    </w:p>
    <w:p>
      <w:r>
        <w:rPr>
          <w:b/>
        </w:rPr>
        <w:t xml:space="preserve">[15:51] </w:t>
      </w:r>
      <w:r>
        <w:t>maabood banaye raha. wahi baqi raha dour. rabana kathira.</w:t>
      </w:r>
    </w:p>
    <w:p>
      <w:pPr>
        <w:jc w:val="right"/>
      </w:pPr>
      <w:r>
        <w:t>معبود بنائے رہا۔ وہی باقی رہا دور۔ ربنا کثیرا۔</w:t>
      </w:r>
    </w:p>
    <w:p>
      <w:r>
        <w:rPr>
          <w:b/>
        </w:rPr>
        <w:t xml:space="preserve">[16:02] </w:t>
      </w:r>
      <w:r>
        <w:t>to science ne ka sabab karknama yeh nahi hai ke is ne aap ko awaz diya, aap ko car diya, aap ko suraj diya.</w:t>
      </w:r>
    </w:p>
    <w:p>
      <w:pPr>
        <w:jc w:val="right"/>
      </w:pPr>
      <w:r>
        <w:t>تو سائنس نے کا سبب کارنامہ یہ نہیں ہے کہ اس نے آپ کو آواز دیا، آپ کو کار دیا، آپ کو سورج دیا۔</w:t>
      </w:r>
    </w:p>
    <w:p>
      <w:r>
        <w:rPr>
          <w:b/>
        </w:rPr>
        <w:t xml:space="preserve">[16:16] </w:t>
      </w:r>
      <w:r>
        <w:t>nahi, science ka sabab karknama yeh hai ke is ne nature ko expose kar diya.</w:t>
      </w:r>
    </w:p>
    <w:p>
      <w:pPr>
        <w:jc w:val="right"/>
      </w:pPr>
      <w:r>
        <w:t>نہیں، سائنس کا سبب کارنامہ یہ ہے کہ اس نے نیچر کو ایکسپوز کر دیا۔</w:t>
      </w:r>
    </w:p>
    <w:p>
      <w:r>
        <w:rPr>
          <w:b/>
        </w:rPr>
        <w:t xml:space="preserve">[16:25] </w:t>
      </w:r>
      <w:r>
        <w:t>nature ko</w:t>
      </w:r>
    </w:p>
    <w:p>
      <w:pPr>
        <w:jc w:val="right"/>
      </w:pPr>
      <w:r>
        <w:t>نیچر کو</w:t>
      </w:r>
    </w:p>
    <w:p>
      <w:r>
        <w:rPr>
          <w:b/>
        </w:rPr>
        <w:t xml:space="preserve">[16:29] </w:t>
      </w:r>
      <w:r>
        <w:t>divinity ke maqam se hata diya.</w:t>
      </w:r>
    </w:p>
    <w:p>
      <w:pPr>
        <w:jc w:val="right"/>
      </w:pPr>
      <w:r>
        <w:t>ڈیوینیٹی کے مقام سے ہٹا دیا۔</w:t>
      </w:r>
    </w:p>
    <w:p>
      <w:r>
        <w:rPr>
          <w:b/>
        </w:rPr>
        <w:t xml:space="preserve">[16:35] </w:t>
      </w:r>
      <w:r>
        <w:t>ab ab ab ab doosra dour tha, doosra kaam tha. yeh baat khatam nahi hoti. jo science ne jo expose kiya, yahan baat khatam nahi hoti.</w:t>
      </w:r>
    </w:p>
    <w:p>
      <w:pPr>
        <w:jc w:val="right"/>
      </w:pPr>
      <w:r>
        <w:t>اب اب اب اب دوسرا دور تھا، دوسرا کام تھا۔ یہ بات ختم نہیں ہوتی۔ جو سائنس نے جو ایکسپوز کیا، یہاں بات ختم نہیں ہوتی۔</w:t>
      </w:r>
    </w:p>
    <w:p>
      <w:r>
        <w:rPr>
          <w:b/>
        </w:rPr>
        <w:t xml:space="preserve">[16:47] </w:t>
      </w:r>
      <w:r>
        <w:t>ab tha ke is ko istemal karna. ek opportunity thi. yeh ek opportunity thi ke is ko zaroorat thi ke is ko istemal kiya jaye.</w:t>
      </w:r>
    </w:p>
    <w:p>
      <w:pPr>
        <w:jc w:val="right"/>
      </w:pPr>
      <w:r>
        <w:t>اب تھا کہ اس کو استعمال کرنا۔ ایک اپرچونیٹی تھی۔ یہ ایک اپرچونیٹی تھی کہ اس کو ضرورت تھی کہ اس کو استعمال کیا جائے۔</w:t>
      </w:r>
    </w:p>
    <w:p>
      <w:r>
        <w:rPr>
          <w:b/>
        </w:rPr>
        <w:t xml:space="preserve">[17:02] </w:t>
      </w:r>
      <w:r>
        <w:t>yeh ji Allah ki maaboodiyat ka ailan aur tamam nature ko abdiat ke maqam par le jana.</w:t>
      </w:r>
    </w:p>
    <w:p>
      <w:pPr>
        <w:jc w:val="right"/>
      </w:pPr>
      <w:r>
        <w:t>یہ جی اللہ کی معبودیت کا اعلان اور تمام نیچر کو عبدیت کے مقام پر لے جانا۔</w:t>
      </w:r>
    </w:p>
    <w:p>
      <w:r>
        <w:rPr>
          <w:b/>
        </w:rPr>
        <w:t xml:space="preserve">[17:17] </w:t>
      </w:r>
      <w:r>
        <w:t>ek lafz mein tauheed ka ailan. yani science ke baad jo doosra kaam tha, woh tauheed ka ailan ka tha.</w:t>
      </w:r>
    </w:p>
    <w:p>
      <w:pPr>
        <w:jc w:val="right"/>
      </w:pPr>
      <w:r>
        <w:t>ایک لفظ میں توحید کا اعلان۔ یعنی سائنس کے بعد جو دوسرا کام تھا، وہ توحید کا اعلان کا تھا۔</w:t>
      </w:r>
    </w:p>
    <w:p>
      <w:r>
        <w:rPr>
          <w:b/>
        </w:rPr>
        <w:t xml:space="preserve">[17:27] </w:t>
      </w:r>
      <w:r>
        <w:t>science ke baad jo to doosra kaam tha, woh tauheed ka ailan tha. yani science ne nature ko divinity ke maqam se hataya, is ko expose kar ke.</w:t>
      </w:r>
    </w:p>
    <w:p>
      <w:pPr>
        <w:jc w:val="right"/>
      </w:pPr>
      <w:r>
        <w:t>سائنس کے بعد جو تو دوسرا کام تھا، وہ توحید کا اعلان تھا۔ یعنی سائنس نے نیچر کو ڈیوینیٹی کے مقام سے ہٹایا، اس کو ایکسپوز کر کے۔</w:t>
      </w:r>
    </w:p>
    <w:p>
      <w:r>
        <w:rPr>
          <w:b/>
        </w:rPr>
        <w:t xml:space="preserve">[17:40] </w:t>
      </w:r>
      <w:r>
        <w:t>lekin doosra kaam to baqi tha abhi.</w:t>
      </w:r>
    </w:p>
    <w:p>
      <w:pPr>
        <w:jc w:val="right"/>
      </w:pPr>
      <w:r>
        <w:t>لیکن دوسرا کام تو باقی تھا ابھی۔</w:t>
      </w:r>
    </w:p>
    <w:p>
      <w:r>
        <w:rPr>
          <w:b/>
        </w:rPr>
        <w:t xml:space="preserve">[17:46] </w:t>
      </w:r>
      <w:r>
        <w:t>woh tha tauheed ka ailan. dalail ke zariye se tauheed ka ailan to pehle bhi karte thay anbiya. ab ek naya dour aya science ke baad jab ke tauheed ka ailan dalail se ke zariye kiya jaye.</w:t>
      </w:r>
    </w:p>
    <w:p>
      <w:pPr>
        <w:jc w:val="right"/>
      </w:pPr>
      <w:r>
        <w:t>وہ تھا توحید کا اعلان۔ دلائل کے ذریعے سے توحید کا اعلان تو پہلے بھی کرتے تھے انبیاء۔ اب ایک نیا دور آیا سائنس کے بعد جب کہ توحید کا اعلان دلائل سے کے ذریعے کیا جائے۔</w:t>
      </w:r>
    </w:p>
    <w:p>
      <w:r>
        <w:rPr>
          <w:b/>
        </w:rPr>
        <w:t xml:space="preserve">[18:06] </w:t>
      </w:r>
      <w:r>
        <w:t>dalail ka matlab kya hai? dalail ka matlab kya hai? dalail ka matlab hai insan ke musallamat ki buniyad par</w:t>
      </w:r>
    </w:p>
    <w:p>
      <w:pPr>
        <w:jc w:val="right"/>
      </w:pPr>
      <w:r>
        <w:t>دلائل کا مطلب کیا ہے؟ دلائل کا مطلب کیا ہے؟ دلائل کا مطلب ہے انسان کے مسلمات کی بنیاد پر</w:t>
      </w:r>
    </w:p>
    <w:p>
      <w:r>
        <w:rPr>
          <w:b/>
        </w:rPr>
        <w:t xml:space="preserve">[18:21] </w:t>
      </w:r>
      <w:r>
        <w:t>ailan. to moajza jo hota tha, woh musallama nahi hota tha. woh to ek ajooba hota tha.</w:t>
      </w:r>
    </w:p>
    <w:p>
      <w:pPr>
        <w:jc w:val="right"/>
      </w:pPr>
      <w:r>
        <w:t>اعلان۔ تو معجزہ جو ہوتا تھا، وہ مسلمہ نہیں ہوتا تھا۔ وہ تو ایک عجوبہ ہوتا تھا۔</w:t>
      </w:r>
    </w:p>
    <w:p>
      <w:r>
        <w:rPr>
          <w:b/>
        </w:rPr>
        <w:t xml:space="preserve">[18:30] </w:t>
      </w:r>
      <w:r>
        <w:t>ek ek insan par qabar ki kaifiyat tari ho jati thi.</w:t>
      </w:r>
    </w:p>
    <w:p>
      <w:pPr>
        <w:jc w:val="right"/>
      </w:pPr>
      <w:r>
        <w:t>ایک ایک انسان پر قبر کی کیفیت طاری ہو جاتی تھی۔</w:t>
      </w:r>
    </w:p>
    <w:p>
      <w:r>
        <w:rPr>
          <w:b/>
        </w:rPr>
        <w:t xml:space="preserve">[18:41] </w:t>
      </w:r>
      <w:r>
        <w:t>ab jo hai insan ka jo</w:t>
      </w:r>
    </w:p>
    <w:p>
      <w:pPr>
        <w:jc w:val="right"/>
      </w:pPr>
      <w:r>
        <w:t>اب جو ہے انسان کا جو</w:t>
      </w:r>
    </w:p>
    <w:p>
      <w:r>
        <w:rPr>
          <w:b/>
        </w:rPr>
        <w:t xml:space="preserve">[18:47] </w:t>
      </w:r>
      <w:r>
        <w:t>musallama tha sainsi daryafton ke mutabiq, us ki buniyad par tauheed ka ailan.</w:t>
      </w:r>
    </w:p>
    <w:p>
      <w:pPr>
        <w:jc w:val="right"/>
      </w:pPr>
      <w:r>
        <w:t>مسلمہ تھا سائنسی دریافتوں کے مطابق، اس کی بنیاد پر توحید کا اعلان۔</w:t>
      </w:r>
    </w:p>
    <w:p>
      <w:r>
        <w:rPr>
          <w:b/>
        </w:rPr>
        <w:t xml:space="preserve">[18:56] </w:t>
      </w:r>
      <w:r>
        <w:t>to yahan par kya tha? dekhiye, tamam qaumein tauheed ka tasawwur kho chuki theen.</w:t>
      </w:r>
    </w:p>
    <w:p>
      <w:pPr>
        <w:jc w:val="right"/>
      </w:pPr>
      <w:r>
        <w:t>تو یہاں پر کیا تھا؟ دیکھیے، تمام قومیں توحید کا تصور کھو چکی تھیں۔</w:t>
      </w:r>
    </w:p>
    <w:p>
      <w:r>
        <w:rPr>
          <w:b/>
        </w:rPr>
        <w:t xml:space="preserve">[19:07] </w:t>
      </w:r>
      <w:r>
        <w:t>tamam qaumein tauheed ka, yani khalis tauheed ka tasawwur kho chuki theen. ab sirf ummat e muhammadi thi jis ke paas Quran ki soorat mein tauheed ka tasawwur maujood tha.</w:t>
      </w:r>
    </w:p>
    <w:p>
      <w:pPr>
        <w:jc w:val="right"/>
      </w:pPr>
      <w:r>
        <w:t>تمام قومیں توحید کا، یعنی خالص توحید کا تصور کھو چکی تھیں۔ اب صرف امت محمدی تھی جس کے پاس قرآن کی صورت میں توحید کا تصور موجود تھا۔</w:t>
      </w:r>
    </w:p>
    <w:p>
      <w:r>
        <w:rPr>
          <w:b/>
        </w:rPr>
        <w:t xml:space="preserve">[19:27] </w:t>
      </w:r>
      <w:r>
        <w:t>yahan khara hona tha ummat e muhammadi ko.</w:t>
      </w:r>
    </w:p>
    <w:p>
      <w:pPr>
        <w:jc w:val="right"/>
      </w:pPr>
      <w:r>
        <w:t>یہاں کھڑا ہونا تھا امت محمدی کو۔</w:t>
      </w:r>
    </w:p>
    <w:p>
      <w:r>
        <w:rPr>
          <w:b/>
        </w:rPr>
        <w:t xml:space="preserve">[19:33] </w:t>
      </w:r>
      <w:r>
        <w:t>yani pehla dour jo tha nature ki parastish ka dour, woh khatam hua. woh science ke zariye is ko expose kiya gaya.</w:t>
      </w:r>
    </w:p>
    <w:p>
      <w:pPr>
        <w:jc w:val="right"/>
      </w:pPr>
      <w:r>
        <w:t>یعنی پہلا دور جو تھا نیچر کی پرستش کا دور، وہ ختم ہوا۔ وہ سائنس کے ذریعے اس کو ایکسپوز کیا گیا۔</w:t>
      </w:r>
    </w:p>
    <w:p>
      <w:r>
        <w:rPr>
          <w:b/>
        </w:rPr>
        <w:t xml:space="preserve">[19:48] </w:t>
      </w:r>
      <w:r>
        <w:t>lekin baat to yeh khatam nahi hui. ab to yeh hai ke naye</w:t>
      </w:r>
    </w:p>
    <w:p>
      <w:pPr>
        <w:jc w:val="right"/>
      </w:pPr>
      <w:r>
        <w:t>لیکن بات تو یہ ختم نہیں ہوئی۔ اب تو یہ ہے کہ نئے</w:t>
      </w:r>
    </w:p>
    <w:p>
      <w:r>
        <w:rPr>
          <w:b/>
        </w:rPr>
        <w:t xml:space="preserve">[19:57] </w:t>
      </w:r>
      <w:r>
        <w:t>naye daraz ke zariye, nai</w:t>
      </w:r>
    </w:p>
    <w:p>
      <w:pPr>
        <w:jc w:val="right"/>
      </w:pPr>
      <w:r>
        <w:t>نئے دراز کے ذریعے، نئی</w:t>
      </w:r>
    </w:p>
    <w:p>
      <w:r>
        <w:rPr>
          <w:b/>
        </w:rPr>
        <w:t xml:space="preserve">[20:03] </w:t>
      </w:r>
      <w:r>
        <w:t>haqiqaton ke zariye se tauheed ka ailan kiya jaye. sirf ailan kaafi nahi tha.</w:t>
      </w:r>
    </w:p>
    <w:p>
      <w:pPr>
        <w:jc w:val="right"/>
      </w:pPr>
      <w:r>
        <w:t>حقیقتوں کے ذریعے سے توحید کا اعلان کیا جائے۔ صرف اعلان کافی نہیں تھا۔</w:t>
      </w:r>
    </w:p>
    <w:p>
      <w:r>
        <w:rPr>
          <w:b/>
        </w:rPr>
        <w:t xml:space="preserve">[20:12] </w:t>
      </w:r>
      <w:r>
        <w:t>tauheed ko is tarah bayan kiya jaye jo dilon ko address karne wala ho.</w:t>
      </w:r>
    </w:p>
    <w:p>
      <w:pPr>
        <w:jc w:val="right"/>
      </w:pPr>
      <w:r>
        <w:t>توحید کو اس طرح بیان کیا جائے جو دلوں کو ایڈریس کرنے والا ہو۔</w:t>
      </w:r>
    </w:p>
    <w:p>
      <w:r>
        <w:rPr>
          <w:b/>
        </w:rPr>
        <w:t xml:space="preserve">[20:20] </w:t>
      </w:r>
      <w:r>
        <w:t>kal log pi enf es em qalam baligha. yani toheed ki baat is tareeqay say batao, dalail kay zariye say keh woh logon kay mind ko address karay.</w:t>
      </w:r>
    </w:p>
    <w:p>
      <w:pPr>
        <w:jc w:val="right"/>
      </w:pPr>
      <w:r>
        <w:t>کل لوگ پی این ایف ایس ایم قالم بلیغہ۔ یعنی توحید کی بات اس طریقے سے بتاؤ، دلائل کے ذریعے سے کہ وہ لوگوں کے مائنڈ کو ایڈریس کرے۔</w:t>
      </w:r>
    </w:p>
    <w:p>
      <w:r>
        <w:rPr>
          <w:b/>
        </w:rPr>
        <w:t xml:space="preserve">[20:35] </w:t>
      </w:r>
      <w:r>
        <w:t>yeh nahi, yeh nahi hua. is ki wajah kia thi? is ki wajah yeh hui keh aik coincidence pesh aya.</w:t>
      </w:r>
    </w:p>
    <w:p>
      <w:pPr>
        <w:jc w:val="right"/>
      </w:pPr>
      <w:r>
        <w:t>یہ نہیں، یہ نہیں ہوا۔ اس کی وجہ کیا تھی؟ اس کی وجہ یہ ہوئی کہ ایک کوئنزنس پیش آیا۔</w:t>
      </w:r>
    </w:p>
    <w:p>
      <w:r>
        <w:rPr>
          <w:b/>
        </w:rPr>
        <w:t xml:space="preserve">[20:45] </w:t>
      </w:r>
      <w:r>
        <w:t>coincidence. yani jin logon nay is haqeeqat ko daryaft kiya tha, woh log jinhon nay science ko develop kiya tha, woh log</w:t>
      </w:r>
    </w:p>
    <w:p>
      <w:pPr>
        <w:jc w:val="right"/>
      </w:pPr>
      <w:r>
        <w:t>کوئنزنس۔ یعنی جن لوگوں نے اس حقیقت کو دریافت کیا تھا، وہ لوگ جنہوں نے سائنس کو ڈیولپ کیا تھا، وہ لوگ</w:t>
      </w:r>
    </w:p>
    <w:p>
      <w:r>
        <w:rPr>
          <w:b/>
        </w:rPr>
        <w:t xml:space="preserve">[21:05] </w:t>
      </w:r>
      <w:r>
        <w:t>ahl-e-maghrib kay log thay. aur aaye isi waqt inhi inhi ki qom. yani yeh to scientists nay kiya, lekin inhi ki qom kay doosray log, un kay siyasi leader jin ko hum colonial powers kehtay hain,</w:t>
      </w:r>
    </w:p>
    <w:p>
      <w:pPr>
        <w:jc w:val="right"/>
      </w:pPr>
      <w:r>
        <w:t>اہل مغرب کے لوگ تھے۔ اور آئے اسی وقت انہی انہی کی قوم۔ یعنی یہ تو سائنس دانوں نے کیا، لیکن انہی کی قوم کے دوسرے لوگ، ان کے سیاسی لیڈر جن کو ہم کوریل پاورز کہتے ہیں،</w:t>
      </w:r>
    </w:p>
    <w:p>
      <w:r>
        <w:rPr>
          <w:b/>
        </w:rPr>
        <w:t xml:space="preserve">[21:23] </w:t>
      </w:r>
      <w:r>
        <w:t>woh saath saath ubhray. yani scientists mein say koi koi political mission nahi tha. Galileo ka ya Newton ka koi political mission nahi tha.</w:t>
      </w:r>
    </w:p>
    <w:p>
      <w:pPr>
        <w:jc w:val="right"/>
      </w:pPr>
      <w:r>
        <w:t>وہ ساتھ ساتھ ابھرے۔ یعنی سائنس دانوں میں سے کوئی کوئی پولیٹیکل مشن نہیں تھا۔ گلیلیو کا یا نیوٹن کا کوئی پولیٹیکل مشن نہیں تھا۔</w:t>
      </w:r>
    </w:p>
    <w:p>
      <w:r>
        <w:rPr>
          <w:b/>
        </w:rPr>
        <w:t xml:space="preserve">[21:39] </w:t>
      </w:r>
      <w:r>
        <w:t>lekin un ki qom isi zamanay mein ubhri jis ka political mission tha, jis ko hum kehtay hain yani colonial powers.</w:t>
      </w:r>
    </w:p>
    <w:p>
      <w:pPr>
        <w:jc w:val="right"/>
      </w:pPr>
      <w:r>
        <w:t>لیکن ان کی قوم اسی زمانے میں ابھری جس کا پولیٹیکل مشن تھا، جس کو ہم کہتے ہیں یعنی کوریل پاورز۔</w:t>
      </w:r>
    </w:p>
    <w:p>
      <w:r>
        <w:rPr>
          <w:b/>
        </w:rPr>
        <w:t xml:space="preserve">[21:51] </w:t>
      </w:r>
      <w:r>
        <w:t>to logon nay kia kiya? musalmanon nay keh is kay dushman ban gaye. yani sirf colonial powers kay dushman nahi banay, poori ahl-e-maghrib kay dushman ban gaye.</w:t>
      </w:r>
    </w:p>
    <w:p>
      <w:pPr>
        <w:jc w:val="right"/>
      </w:pPr>
      <w:r>
        <w:t>تو لوگوں نے کیا کیا؟ مسلمانوں نے کہ اس کے دشمن بن گئے۔ یعنی صرف کوریل پاورز کے دشمن نہیں بنے، پوری اہل مغرب کے دشمن بن گئے۔</w:t>
      </w:r>
    </w:p>
    <w:p>
      <w:r>
        <w:rPr>
          <w:b/>
        </w:rPr>
        <w:t xml:space="preserve">[22:06] </w:t>
      </w:r>
      <w:r>
        <w:t>yahan tak keh aik term banaya unhon nay, Islamophobia. yeh yeh term hi bilkul fake term hai. fake term hai.</w:t>
      </w:r>
    </w:p>
    <w:p>
      <w:pPr>
        <w:jc w:val="right"/>
      </w:pPr>
      <w:r>
        <w:t>یہاں تک کہ ایک ٹرم بنایا انہوں نے، اسلامو فوبیا۔ یہ یہ ٹرم ہی بالکل فیک ٹرم ہے۔ ایف اے کے ای فیک ٹرم ہے۔</w:t>
      </w:r>
    </w:p>
    <w:p>
      <w:r>
        <w:rPr>
          <w:b/>
        </w:rPr>
        <w:t xml:space="preserve">[22:17] </w:t>
      </w:r>
      <w:r>
        <w:t>koi Islamophobia bhi nahi.</w:t>
      </w:r>
    </w:p>
    <w:p>
      <w:pPr>
        <w:jc w:val="right"/>
      </w:pPr>
      <w:r>
        <w:t>کوئی اسلامو فوبی بھی نہیں۔</w:t>
      </w:r>
    </w:p>
    <w:p>
      <w:r>
        <w:rPr>
          <w:b/>
        </w:rPr>
        <w:t xml:space="preserve">[22:23] </w:t>
      </w:r>
      <w:r>
        <w:t>to nateeja kia hua? keh ain isi waqt mein to samajhta hoon keh yeh yeh shaitan ki ki sazish thi. musalman aam tor par baat kartay hain maghrib ki sazish ki, America ki sazish ki, Israel ki sazish ki.</w:t>
      </w:r>
    </w:p>
    <w:p>
      <w:pPr>
        <w:jc w:val="right"/>
      </w:pPr>
      <w:r>
        <w:t>تو نتیجہ کیا ہوا؟ کہ عین اسی وقت میں تو سمجھتا ہوں کہ یہ یہ شیطان کی کی سازش تھی۔ مسلمان عام طور پر بات کرتے ہیں مغرب کی سازش کی، امریکہ کی سازش کی، اسرائیل کی سازش کی۔</w:t>
      </w:r>
    </w:p>
    <w:p>
      <w:r>
        <w:rPr>
          <w:b/>
        </w:rPr>
        <w:t xml:space="preserve">[22:41] </w:t>
      </w:r>
      <w:r>
        <w:t>asal yeh hai keh shaitan ki sazish ka shikar ho gaye khud musalman.</w:t>
      </w:r>
    </w:p>
    <w:p>
      <w:pPr>
        <w:jc w:val="right"/>
      </w:pPr>
      <w:r>
        <w:t>اصل یہ ہے کہ شیطان کی سازش کا شکار ہو گئے خود مسلمان۔</w:t>
      </w:r>
    </w:p>
    <w:p>
      <w:r>
        <w:rPr>
          <w:b/>
        </w:rPr>
        <w:t xml:space="preserve">[22:49] </w:t>
      </w:r>
      <w:r>
        <w:t>aap bohat suntay hon gay keh keh keh America ki sazish aur ahl-e-maghrib ki sazish aur Israel ki sazish.</w:t>
      </w:r>
    </w:p>
    <w:p>
      <w:pPr>
        <w:jc w:val="right"/>
      </w:pPr>
      <w:r>
        <w:t>آپ بہت چھوتے ہوں گے کہ کہ کہ امریکہ کی سازش اور اہل مغرب کی سازش اور اسرائیل کی سازش۔</w:t>
      </w:r>
    </w:p>
    <w:p>
      <w:r>
        <w:rPr>
          <w:b/>
        </w:rPr>
        <w:t xml:space="preserve">[23:01] </w:t>
      </w:r>
      <w:r>
        <w:t>bohat suntay hon gay aap. mein samajhta hoon keh yeh sab kuch nahi hai. asal sazish to shaitan ki hai</w:t>
      </w:r>
    </w:p>
    <w:p>
      <w:pPr>
        <w:jc w:val="right"/>
      </w:pPr>
      <w:r>
        <w:t>بہت سنتے ہوں گے آپ۔ میں سمجھتا ہوں کہ یہ سب کچھ نہیں ہے۔ اصل سازش تو شیطان کی ہے</w:t>
      </w:r>
    </w:p>
    <w:p>
      <w:r>
        <w:rPr>
          <w:b/>
        </w:rPr>
        <w:t xml:space="preserve">[23:11] </w:t>
      </w:r>
      <w:r>
        <w:t>keh shaitan nay yeh kiya keh jab ummat-e-Muhammadi ko yeh kaam karna tha keh scientific community mein mutafiq kar kay nature ko expose kar diya tha,</w:t>
      </w:r>
    </w:p>
    <w:p>
      <w:pPr>
        <w:jc w:val="right"/>
      </w:pPr>
      <w:r>
        <w:t>کہ شیطان نے یہ کیا کہ جب امت محمدی کو یہ کام کرنا تھا کہ سائنٹیفک کمیونٹی میں نتفق کر کے نیچر کو ایکسپوز کر دیا تھا،</w:t>
      </w:r>
    </w:p>
    <w:p>
      <w:r>
        <w:rPr>
          <w:b/>
        </w:rPr>
        <w:t xml:space="preserve">[23:27] </w:t>
      </w:r>
      <w:r>
        <w:t>nature ki divinity ko khatam kar diya tha. ab kia hai? ab zaroorat thi keh Rab-ul-Alameen ki divinity ko lay kay uthay musalman.</w:t>
      </w:r>
    </w:p>
    <w:p>
      <w:pPr>
        <w:jc w:val="right"/>
      </w:pPr>
      <w:r>
        <w:t>نیچر کی ڈیوینیٹی کو ختم کر دیا تھا۔ اب کیا ہے؟ اب ضرورت تھی کہ رب العالمین کی ڈیوینیٹی کو لے کے اٹھے مسلمان۔</w:t>
      </w:r>
    </w:p>
    <w:p>
      <w:r>
        <w:rPr>
          <w:b/>
        </w:rPr>
        <w:t xml:space="preserve">[23:40] </w:t>
      </w:r>
      <w:r>
        <w:t>aur koi yani rukawat nahi. ain isi waqt shaitan kood pada aur us nay nafrat, tashaddud yani jihad kay naam par takhreeb kari, society bombing,</w:t>
      </w:r>
    </w:p>
    <w:p>
      <w:pPr>
        <w:jc w:val="right"/>
      </w:pPr>
      <w:r>
        <w:t>اور کوئی یعنی رکاوٹ نہیں۔ عین اس وقت شیطان کود پڑا اور اس نے نفرت، تشدد یعنی جہاد کے نام پر تخریب کاری، سوسائٹی بمبنگ،</w:t>
      </w:r>
    </w:p>
    <w:p>
      <w:r>
        <w:rPr>
          <w:b/>
        </w:rPr>
        <w:t xml:space="preserve">[24:03] </w:t>
      </w:r>
      <w:r>
        <w:t>us waqt musalmanon ko is rastay par daal diya.</w:t>
      </w:r>
    </w:p>
    <w:p>
      <w:pPr>
        <w:jc w:val="right"/>
      </w:pPr>
      <w:r>
        <w:t>اس وقت مسلمانوں کو اس راستے پر ڈال دیا۔</w:t>
      </w:r>
    </w:p>
    <w:p>
      <w:r>
        <w:rPr>
          <w:b/>
        </w:rPr>
        <w:t xml:space="preserve">[24:08] </w:t>
      </w:r>
      <w:r>
        <w:t>to here is the problem. asal problem yahan hai keh Allah Ta'ala kay hazaron saal kay aik aik mansooba tha.</w:t>
      </w:r>
    </w:p>
    <w:p>
      <w:pPr>
        <w:jc w:val="right"/>
      </w:pPr>
      <w:r>
        <w:t>تو ہیر از دا پرابلم۔ اصل پرابلم یہاں ہے کہ اللہ تعالی کی ہزاروں سال کے ایک ایک منصوبہ تھا۔</w:t>
      </w:r>
    </w:p>
    <w:p>
      <w:r>
        <w:rPr>
          <w:b/>
        </w:rPr>
        <w:t xml:space="preserve">[24:22] </w:t>
      </w:r>
      <w:r>
        <w:t>us woh is woh woh mansooba jo apnay takmeel par tha, takmeel par</w:t>
      </w:r>
    </w:p>
    <w:p>
      <w:pPr>
        <w:jc w:val="right"/>
      </w:pPr>
      <w:r>
        <w:t>اس وہ اس وہ وہ منصوبہ جو اپنے تکمیل پر تھا، تکمیل پر</w:t>
      </w:r>
    </w:p>
    <w:p>
      <w:r>
        <w:rPr>
          <w:b/>
        </w:rPr>
        <w:t xml:space="preserve">[24:29] </w:t>
      </w:r>
      <w:r>
        <w:t>wohin shaitan kood pada. jaisay aik misaal deta hoon mein keh</w:t>
      </w:r>
    </w:p>
    <w:p>
      <w:pPr>
        <w:jc w:val="right"/>
      </w:pPr>
      <w:r>
        <w:t>وہیں شیطان کود پڑا۔ جیسے ایک مثال دیتا ہوں میں کہ</w:t>
      </w:r>
    </w:p>
    <w:p>
      <w:r>
        <w:rPr>
          <w:b/>
        </w:rPr>
        <w:t xml:space="preserve">[24:39] </w:t>
      </w:r>
      <w:r>
        <w:t>qadeem zamanay mein jo philosophers thay, philosophers, aur unhon nay aik aik nazariya bana rakha tha keh yeh jo kainat hai, jo material world hai,</w:t>
      </w:r>
    </w:p>
    <w:p>
      <w:pPr>
        <w:jc w:val="right"/>
      </w:pPr>
      <w:r>
        <w:t>قدیم زمانے میں جو فلاسفر تھے، فلاسفرز، اور انہوں نے ایک ایک نظریہ بنا رکھا تھا کہ یہ جو کائنات ہے، جو مٹیریل ورلڈ ہے،</w:t>
      </w:r>
    </w:p>
    <w:p>
      <w:r>
        <w:rPr>
          <w:b/>
        </w:rPr>
        <w:t xml:space="preserve">[24:58] </w:t>
      </w:r>
      <w:r>
        <w:t>is yeh yeh kainat kay baray mein, madi madi kainat kay baray mein yeh nazariya bana rakha tha keh maada qadeem hai.</w:t>
      </w:r>
    </w:p>
    <w:p>
      <w:pPr>
        <w:jc w:val="right"/>
      </w:pPr>
      <w:r>
        <w:t>اس یہ یہ کائنات کے بارے میں، مادی مادی کائنات کے بارے میں یہ نظریہ بنا رکھا تھا کہ مادہ قدیم ہے۔</w:t>
      </w:r>
    </w:p>
    <w:p>
      <w:r>
        <w:rPr>
          <w:b/>
        </w:rPr>
        <w:t xml:space="preserve">[25:10] </w:t>
      </w:r>
      <w:r>
        <w:t>pichlay philosophers nay maada qadeem hai ka matlab yeh hua keh jo yeh dunya hai, woh khud apnay aap hi chali aa rahi hai hamesha say.</w:t>
      </w:r>
    </w:p>
    <w:p>
      <w:pPr>
        <w:jc w:val="right"/>
      </w:pPr>
      <w:r>
        <w:t>پچھلے فلاسفرز نے مادہ قدیم ہے کا مطلب یہ ہوا کہ جو یہ دنیا ہے، وہ خود اپنے آپ ہی چلی آ رہی ہے ہمیشہ سے۔</w:t>
      </w:r>
    </w:p>
    <w:p>
      <w:r>
        <w:rPr>
          <w:b/>
        </w:rPr>
        <w:t xml:space="preserve">[25:20] </w:t>
      </w:r>
      <w:r>
        <w:t>to humain Khuda ki zaroorat kia hai? jab maada hi qadeem hai to kisi aisay Khuda ki zaroorat nahi hai jo chala aa raha ho, chala aa raha ho, chala aa raha ho azal azal say.</w:t>
      </w:r>
    </w:p>
    <w:p>
      <w:pPr>
        <w:jc w:val="right"/>
      </w:pPr>
      <w:r>
        <w:t>تو ہمیں خدا کی ضرورت کیا ہے؟ جب مادہ ہی قدیم ہے تو کسی ایسے خدا کی ضرورت نہیں ہے جو چلا آ رہا ہو، چلا آ رہا ہو، چلا آ رہا ہو ازل ازل سے۔</w:t>
      </w:r>
    </w:p>
    <w:p>
      <w:r>
        <w:rPr>
          <w:b/>
        </w:rPr>
        <w:t xml:space="preserve">[25:35] </w:t>
      </w:r>
      <w:r>
        <w:t>to maada qadeem hai ka jo nazariya chhaya hua tha pichlay zamanon mein, woh sab bari rukawat tha yeh samajhnay mein keh koi Khuda hai.</w:t>
      </w:r>
    </w:p>
    <w:p>
      <w:pPr>
        <w:jc w:val="right"/>
      </w:pPr>
      <w:r>
        <w:t>تو مادہ قدیم ہے کا جو نظریہ چھایا ہوا تھا پچھلے زمانوں میں، وہ سب بڑی رکاوٹ تھا یہ سمجھنے میں کہ کوئی خدا ہے۔</w:t>
      </w:r>
    </w:p>
    <w:p>
      <w:r>
        <w:rPr>
          <w:b/>
        </w:rPr>
        <w:t xml:space="preserve">[25:51] </w:t>
      </w:r>
      <w:r>
        <w:t>to allah ta'ala ne pichhle chaar sau saal ke andar is ko tod diya, is tasawwur ko tod diya. ab big bang se jinhon ne yeh kaam kiya hai.</w:t>
      </w:r>
    </w:p>
    <w:p>
      <w:pPr>
        <w:jc w:val="right"/>
      </w:pPr>
      <w:r>
        <w:t>تو اللہ تعالی نے پچھلے چار سو سال کے اندر اس کو توڑ دیا، اس تصور کو توڑ دیا۔ اب بگ بینگ سے جنہوں نے یہ کام کیا ہے۔</w:t>
      </w:r>
    </w:p>
    <w:p>
      <w:r>
        <w:rPr>
          <w:b/>
        </w:rPr>
        <w:t xml:space="preserve">[26:06] </w:t>
      </w:r>
      <w:r>
        <w:t>ab awwaluz zaina kafro innallazi innas samawati wal arz kahan tha?</w:t>
      </w:r>
    </w:p>
    <w:p>
      <w:pPr>
        <w:jc w:val="right"/>
      </w:pPr>
      <w:r>
        <w:t>اب اول الذین کفرو ان الذی ان السماوات والارض کہاں تھا؟</w:t>
      </w:r>
    </w:p>
    <w:p>
      <w:r>
        <w:rPr>
          <w:b/>
        </w:rPr>
        <w:t xml:space="preserve">[26:16] </w:t>
      </w:r>
      <w:r>
        <w:t>rataq</w:t>
      </w:r>
    </w:p>
    <w:p>
      <w:pPr>
        <w:jc w:val="right"/>
      </w:pPr>
      <w:r>
        <w:t>رتقا</w:t>
      </w:r>
    </w:p>
    <w:p>
      <w:r>
        <w:rPr>
          <w:b/>
        </w:rPr>
        <w:t xml:space="preserve">[26:22] </w:t>
      </w:r>
      <w:r>
        <w:t>dekhen, rataq kehte hain muzammil ajza, fath kehte hain un ka khul khul jana.</w:t>
      </w:r>
    </w:p>
    <w:p>
      <w:pPr>
        <w:jc w:val="right"/>
      </w:pPr>
      <w:r>
        <w:t>دیکھیں، رتق کہتے ہیں مزمل اجزاء، فتح کہتے ہیں ان کا کھل کھل جانا۔</w:t>
      </w:r>
    </w:p>
    <w:p>
      <w:r>
        <w:rPr>
          <w:b/>
        </w:rPr>
        <w:t xml:space="preserve">[26:31] </w:t>
      </w:r>
      <w:r>
        <w:t>to main ne ek baar battery rail mein dekha tha, shayad amreeka mein yeh manzar.</w:t>
      </w:r>
    </w:p>
    <w:p>
      <w:pPr>
        <w:jc w:val="right"/>
      </w:pPr>
      <w:r>
        <w:t>تو میں نے ایک بار بیٹری ریل میں دیکھا تھا، شاید امریکہ میں یہ منظر۔</w:t>
      </w:r>
    </w:p>
    <w:p>
      <w:r>
        <w:rPr>
          <w:b/>
        </w:rPr>
        <w:t xml:space="preserve">[26:42] </w:t>
      </w:r>
      <w:r>
        <w:t>unhon ne poora cosmology ko dikhate hain, woh planetarium mein cosmology ko. to sab log ikhatta hue ek hall ke andar aur baithe wahan par apni seaton par.</w:t>
      </w:r>
    </w:p>
    <w:p>
      <w:pPr>
        <w:jc w:val="right"/>
      </w:pPr>
      <w:r>
        <w:t>انہوں نے پورا کاسمولوجی کو دکھاتے ہیں، وہ پلینٹریم میں کاسمولوجی کو۔ تو سب لوگ اکٹھا ہوئے ایک ہال کے اندر اور بیٹھے وہاں پر اپنی سیٹوں پر۔</w:t>
      </w:r>
    </w:p>
    <w:p>
      <w:r>
        <w:rPr>
          <w:b/>
        </w:rPr>
        <w:t xml:space="preserve">[26:57] </w:t>
      </w:r>
      <w:r>
        <w:t>phir hall mein andhera kar diya gaya, bilkul andhera. phir ek gola space mein ek gola zahir hua, ek cosmic bomb keh sakte hain aap is ko.</w:t>
      </w:r>
    </w:p>
    <w:p>
      <w:pPr>
        <w:jc w:val="right"/>
      </w:pPr>
      <w:r>
        <w:t>پھر ہال میں اندھیرا کر دیا گیا، بالکل اندھیرا۔ پھر ایک گولا اسپیس میں ایک گولا ظاہر ہوا، ایک کاسمک بم کہہ سکتے ہیں آپ اس کو۔</w:t>
      </w:r>
    </w:p>
    <w:p>
      <w:r>
        <w:rPr>
          <w:b/>
        </w:rPr>
        <w:t xml:space="preserve">[27:13] </w:t>
      </w:r>
      <w:r>
        <w:t>woh aisi gardish karne laga. to is woh jo cosmic bomb jo tha, is mein saare particle the poori universe ke, bohat hi compact halat mein.</w:t>
      </w:r>
    </w:p>
    <w:p>
      <w:pPr>
        <w:jc w:val="right"/>
      </w:pPr>
      <w:r>
        <w:t>وہ ایسی گردش کرنے لگا۔ تو اس وہ جو کاسمک بم جو تھا، اس میں سارے پارٹیکل تھے پوری یونیورس کے، بہت ہی کمپیکٹ حالت میں۔</w:t>
      </w:r>
    </w:p>
    <w:p>
      <w:r>
        <w:rPr>
          <w:b/>
        </w:rPr>
        <w:t xml:space="preserve">[27:29] </w:t>
      </w:r>
      <w:r>
        <w:t>to uss waqt sirf space thi, khala tha. is mein woh cosmic bomb jo tha, woh zahir hua jis mein saare particles poori universe ke thay.</w:t>
      </w:r>
    </w:p>
    <w:p>
      <w:pPr>
        <w:jc w:val="right"/>
      </w:pPr>
      <w:r>
        <w:t>تو اس وقت صرف اسپیس تھی، خلا تھا۔ اس میں وہ کاسمک بم جو تھا، وہ ظاہر ہوا جس میں سارے پارٹیکلز پوری یونیورس کے تھے۔</w:t>
      </w:r>
    </w:p>
    <w:p>
      <w:r>
        <w:rPr>
          <w:b/>
        </w:rPr>
        <w:t xml:space="preserve">[27:42] </w:t>
      </w:r>
      <w:r>
        <w:t>phir is mein phir woh phata, explosion hua. isi ko kehte hain big bang yaani bada infijar.</w:t>
      </w:r>
    </w:p>
    <w:p>
      <w:pPr>
        <w:jc w:val="right"/>
      </w:pPr>
      <w:r>
        <w:t>پھر اس میں پھر وہ پھٹا، ایکسپلوژن ہوا۔ اسی کو کہتے ہیں بگ بینگ یعنی بڑا انفجار۔</w:t>
      </w:r>
    </w:p>
    <w:p>
      <w:r>
        <w:rPr>
          <w:b/>
        </w:rPr>
        <w:t xml:space="preserve">[27:56] </w:t>
      </w:r>
      <w:r>
        <w:t>to science ne daryaft kiya ke kainat ka aaghaz jo hai, big bang se hua.</w:t>
      </w:r>
    </w:p>
    <w:p>
      <w:pPr>
        <w:jc w:val="right"/>
      </w:pPr>
      <w:r>
        <w:t>تو سائنس نے دریافت کیا کہ کائنات کا آغاز جو ہے، بگ بینگ سے ہوا۔</w:t>
      </w:r>
    </w:p>
    <w:p>
      <w:r>
        <w:rPr>
          <w:b/>
        </w:rPr>
        <w:t xml:space="preserve">[28:05] </w:t>
      </w:r>
      <w:r>
        <w:t>ek bada infijar hua, is se saare particle jo thay, woh bikhar gaye. phir woh samte aur phir saari kainat bani, solar system bana, zameen bani, sab kuch.</w:t>
      </w:r>
    </w:p>
    <w:p>
      <w:pPr>
        <w:jc w:val="right"/>
      </w:pPr>
      <w:r>
        <w:t>ایک بڑا انفجار ہوا، اس سے سارے پارٹیکل جو تھے، وہ بکھر گئے۔ پھر وہ سمٹے اور پھر ساری کائنات بنی، سولر سسٹم بنا، زمین بنی، سب کچھ۔</w:t>
      </w:r>
    </w:p>
    <w:p>
      <w:r>
        <w:rPr>
          <w:b/>
        </w:rPr>
        <w:t xml:space="preserve">[28:22] </w:t>
      </w:r>
      <w:r>
        <w:t>jis zamane ki kainat ka aaghaz jo hai, big bang se hua.</w:t>
      </w:r>
    </w:p>
    <w:p>
      <w:pPr>
        <w:jc w:val="right"/>
      </w:pPr>
      <w:r>
        <w:t>جس زمانے کی کائنات کا آغاز جو ہے، بگ بینگ سے ہوا۔</w:t>
      </w:r>
    </w:p>
    <w:p>
      <w:r>
        <w:rPr>
          <w:b/>
        </w:rPr>
        <w:t xml:space="preserve">[28:29] </w:t>
      </w:r>
      <w:r>
        <w:t>maadah qadeem agar tasawwur jo khatm ho gaya</w:t>
      </w:r>
    </w:p>
    <w:p>
      <w:pPr>
        <w:jc w:val="right"/>
      </w:pPr>
      <w:r>
        <w:t>مادہ قدیم اگر تصور جو ختم ہو گیا</w:t>
      </w:r>
    </w:p>
    <w:p>
      <w:r>
        <w:rPr>
          <w:b/>
        </w:rPr>
        <w:t xml:space="preserve">[28:36] </w:t>
      </w:r>
      <w:r>
        <w:t>to is tareeqe se yeh saabit ho gaya ke maadah adli nahi hai balkeh khuda adli hai.</w:t>
      </w:r>
    </w:p>
    <w:p>
      <w:pPr>
        <w:jc w:val="right"/>
      </w:pPr>
      <w:r>
        <w:t>تو اس طریقے سے یہ ثابت ہو گیا کہ مادہ عدلی نہیں ہے بلکہ خدا عدلی ہے۔</w:t>
      </w:r>
    </w:p>
    <w:p>
      <w:r>
        <w:rPr>
          <w:b/>
        </w:rPr>
        <w:t xml:space="preserve">[28:51] </w:t>
      </w:r>
      <w:r>
        <w:t>big bang ne saabit kar diya ke maadah matter matter adli nahi hai, ab abadi nahi hai</w:t>
      </w:r>
    </w:p>
    <w:p>
      <w:pPr>
        <w:jc w:val="right"/>
      </w:pPr>
      <w:r>
        <w:t>بگ بینگ نے ثابت کر دیا کہ مادہ میٹر میٹر عدلی نہیں ہے، اب ابدی نہیں ہے</w:t>
      </w:r>
    </w:p>
    <w:p>
      <w:r>
        <w:rPr>
          <w:b/>
        </w:rPr>
        <w:t xml:space="preserve">[29:04] </w:t>
      </w:r>
      <w:r>
        <w:t>balkeh creator jo hai, woh woh abadi hai. to aap ghore kijiye ke itna bada waqea hua ke toheed ko pehli baar tareekh mein insaan ke ilmi maslak,</w:t>
      </w:r>
    </w:p>
    <w:p>
      <w:pPr>
        <w:jc w:val="right"/>
      </w:pPr>
      <w:r>
        <w:t>بلکہ کریٹر جو ہے، وہ وہ ابدی ہے۔ تو آپ غور کیجئے کہ اتنا بڑا واقعہ ہوا کہ توحید کو پہلی بار تاریخ میں انسان کے علمی مسلک،</w:t>
      </w:r>
    </w:p>
    <w:p>
      <w:r>
        <w:rPr>
          <w:b/>
        </w:rPr>
        <w:t xml:space="preserve">[29:25] </w:t>
      </w:r>
      <w:r>
        <w:t>ilmi musallama ki taeed mil gayi. khud insaan ke apne</w:t>
      </w:r>
    </w:p>
    <w:p>
      <w:pPr>
        <w:jc w:val="right"/>
      </w:pPr>
      <w:r>
        <w:t>علمی مسلمہ کی تائید مل گئی۔ خود انسان کے اپنے</w:t>
      </w:r>
    </w:p>
    <w:p>
      <w:r>
        <w:rPr>
          <w:b/>
        </w:rPr>
        <w:t xml:space="preserve">[29:33] </w:t>
      </w:r>
      <w:r>
        <w:t>yeh waqea pesh aaya. lekin isi waqt shaitan kood pada aur to kaha yeh to dushman dushman hain, yeh to kis wajah se karte hain?</w:t>
      </w:r>
    </w:p>
    <w:p>
      <w:pPr>
        <w:jc w:val="right"/>
      </w:pPr>
      <w:r>
        <w:t>یہ واقعہ پیش آیا۔ لیکن اسی وقت شیطان کود پڑا اور تو کہا یہ تو دشمن دشمن ہیں، یہ تو کس وجہ سے کرتے ہیں؟</w:t>
      </w:r>
    </w:p>
    <w:p>
      <w:r>
        <w:rPr>
          <w:b/>
        </w:rPr>
        <w:t xml:space="preserve">[29:43] </w:t>
      </w:r>
      <w:r>
        <w:t>yeh islam ko pathana chahte hain, yeh to islamophobia ka maamla hai. ab saare musalman isi mein phanse hue hain, yahan tak ke suicide bombing karte hain, jihad ki baatein karte hain.</w:t>
      </w:r>
    </w:p>
    <w:p>
      <w:pPr>
        <w:jc w:val="right"/>
      </w:pPr>
      <w:r>
        <w:t>یہ اسلام کو پٹھانا چاہتے ہیں، یہ تو اسلامو فوبیا کا معاملہ ہے۔ اب سارے مسلمان اسی میں پھنسے ہوئے ہیں، یہاں تک کہ سوسائٹی بمبنگ کرتے ہیں، جہاد کی باتیں کرتے ہیں۔</w:t>
      </w:r>
    </w:p>
    <w:p>
      <w:r>
        <w:rPr>
          <w:b/>
        </w:rPr>
        <w:t xml:space="preserve">[29:59] </w:t>
      </w:r>
      <w:r>
        <w:t>to yahan par ruka hua hai allah ka jo mansooba tha, woh yahan par ruka hua hai. ab jo kaam karna hai, woh yahi hai ke musalman samjhen ke kya waqea woh pesh aaya hai.</w:t>
      </w:r>
    </w:p>
    <w:p>
      <w:pPr>
        <w:jc w:val="right"/>
      </w:pPr>
      <w:r>
        <w:t>تو یہاں پر رکا ہوا ہے اللہ کا جو منصوبہ تھا، وہ یہاں پر رکا ہوا ہے۔ اب جو کام کرنا ہے، وہ یہی ہے کہ مسلمان سمجھیں کہ کیا واقعہ وہ پیش آیا ہے۔</w:t>
      </w:r>
    </w:p>
    <w:p>
      <w:r>
        <w:rPr>
          <w:b/>
        </w:rPr>
        <w:t xml:space="preserve">[30:18] </w:t>
      </w:r>
      <w:r>
        <w:t>jo waqea pesh aaya hai, woh kya waqea hai? aur phir is ko bataen duniya ko.</w:t>
      </w:r>
    </w:p>
    <w:p>
      <w:pPr>
        <w:jc w:val="right"/>
      </w:pPr>
      <w:r>
        <w:t>جو واقعہ پیش آیا ہے، وہ کیا واقعہ ہے؟ اور پھر اس کو بتائیں دنیا کو۔</w:t>
      </w:r>
    </w:p>
    <w:p>
      <w:r>
        <w:rPr>
          <w:b/>
        </w:rPr>
        <w:t xml:space="preserve">[30:29] </w:t>
      </w:r>
      <w:r>
        <w:t>to is ke maani hain ke jo allah ta'ala ke mansoobe mein jo chal raha tha,</w:t>
      </w:r>
    </w:p>
    <w:p>
      <w:pPr>
        <w:jc w:val="right"/>
      </w:pPr>
      <w:r>
        <w:t>تو اس کے معنی ہیں کہ جو اللہ تعالی کے منصوبے میں جو چل رہا تھا،</w:t>
      </w:r>
    </w:p>
    <w:p>
      <w:r>
        <w:rPr>
          <w:b/>
        </w:rPr>
        <w:t xml:space="preserve">[30:38] </w:t>
      </w:r>
      <w:r>
        <w:t>dawat ka kaam, woh had Hazrat Adam ke zamane mein bana saka.</w:t>
      </w:r>
    </w:p>
    <w:p>
      <w:pPr>
        <w:jc w:val="right"/>
      </w:pPr>
      <w:r>
        <w:t>دعوت کا کام، وہ حد حضرت آدم کے زمانے میں بنا سکا۔</w:t>
      </w:r>
    </w:p>
    <w:p>
      <w:r>
        <w:rPr>
          <w:b/>
        </w:rPr>
        <w:t xml:space="preserve">[30:50] </w:t>
      </w:r>
      <w:r>
        <w:t>phir Hazrat Ibrahim ke zamane mein bana saka. Hazrat Nuh ke zamane mein bana saka. Hazrat Musa ke zamane mein bana saka. woh ahl science ne anjaam diya.</w:t>
      </w:r>
    </w:p>
    <w:p>
      <w:pPr>
        <w:jc w:val="right"/>
      </w:pPr>
      <w:r>
        <w:t>پھر حضرت ابراہیم کے زمانے میں بنا سکا۔ حضرت نوح کے زمانے میں بنا سکا۔ حضرت موسی کے زمانے میں بنا سکا۔ وہ اہل سائنس نے انجام دیا۔</w:t>
      </w:r>
    </w:p>
    <w:p>
      <w:r>
        <w:rPr>
          <w:b/>
        </w:rPr>
        <w:t xml:space="preserve">[31:04] </w:t>
      </w:r>
      <w:r>
        <w:t>aur yeh bukhari mein aur tamam hadith ki kitab maujood hai ke woh koi taayidi groh uthe ga. inna la yuhyi-d-dina.</w:t>
      </w:r>
    </w:p>
    <w:p>
      <w:pPr>
        <w:jc w:val="right"/>
      </w:pPr>
      <w:r>
        <w:t>اور یہ بخاری میں اور تمام حدیث کی کتاب موجود ہے کہ وہ کوئی تائیدی گروہ اٹھے گا۔ ان اللہ لا یحییۃ الدین۔</w:t>
      </w:r>
    </w:p>
    <w:p>
      <w:r>
        <w:rPr>
          <w:b/>
        </w:rPr>
        <w:t xml:space="preserve">[31:17] </w:t>
      </w:r>
      <w:r>
        <w:t>Allah is is deen ke liye aik supporter khara kare ga. to yeh to hai supporter. ab saare log ko shaitan ne negative bana diya.</w:t>
      </w:r>
    </w:p>
    <w:p>
      <w:pPr>
        <w:jc w:val="right"/>
      </w:pPr>
      <w:r>
        <w:t>اللہ اس اس دین کے لیے ایک سپورٹر کھڑا کرے گا۔ تو یہ تو ہے سپورٹر۔ اب سارے لوگ کو شیطان نے نیگیٹیو بنا دیا۔</w:t>
      </w:r>
    </w:p>
    <w:p>
      <w:r>
        <w:rPr>
          <w:b/>
        </w:rPr>
        <w:t xml:space="preserve">[31:32] </w:t>
      </w:r>
      <w:r>
        <w:t>negative maro, jihad karo, society bombing karo. to dekhiye, is waqt jo kaam karna hai, woh hai replanning.</w:t>
      </w:r>
    </w:p>
    <w:p>
      <w:pPr>
        <w:jc w:val="right"/>
      </w:pPr>
      <w:r>
        <w:t>نیگیٹیو مارو، جہاد کرو، سوسائٹی بمبنگ کرو۔ تو دیکھیے، اس وقت جو کام کرنا ہے، وہ ہے ری پلاننگ۔</w:t>
      </w:r>
    </w:p>
    <w:p>
      <w:r>
        <w:rPr>
          <w:b/>
        </w:rPr>
        <w:t xml:space="preserve">[31:49] </w:t>
      </w:r>
      <w:r>
        <w:t>replanning. replanning mein dekhiye kya hai ke negative thinking ko khatam karna, science ki daryafton ko jaanna,</w:t>
      </w:r>
    </w:p>
    <w:p>
      <w:pPr>
        <w:jc w:val="right"/>
      </w:pPr>
      <w:r>
        <w:t>ری پلاننگ۔ ری پلاننگ میں دیکھیے کیا ہے کہ نیگیٹیو تھنکنگ کو ختم کرنا، سائنس کی دریافتوں کو جاننا،</w:t>
      </w:r>
    </w:p>
    <w:p>
      <w:r>
        <w:rPr>
          <w:b/>
        </w:rPr>
        <w:t xml:space="preserve">[32:03] </w:t>
      </w:r>
      <w:r>
        <w:t>aur un ko dunya ke samne tauheed ki roshni mein pesh karna.</w:t>
      </w:r>
    </w:p>
    <w:p>
      <w:pPr>
        <w:jc w:val="right"/>
      </w:pPr>
      <w:r>
        <w:t>اور ان کو دنیا کے سامنے توحید کی روشنی میں پیش کرنا۔</w:t>
      </w:r>
    </w:p>
    <w:p>
      <w:r>
        <w:rPr>
          <w:b/>
        </w:rPr>
        <w:t xml:space="preserve">[32:12] </w:t>
      </w:r>
      <w:r>
        <w:t>insan ke insan ka khair khwah ban kar uthna.</w:t>
      </w:r>
    </w:p>
    <w:p>
      <w:pPr>
        <w:jc w:val="right"/>
      </w:pPr>
      <w:r>
        <w:t>انسان کے انسان کا خیر خواہ بن کر اٹھنا۔</w:t>
      </w:r>
    </w:p>
    <w:p>
      <w:r>
        <w:rPr>
          <w:b/>
        </w:rPr>
        <w:t xml:space="preserve">[32:20] </w:t>
      </w:r>
      <w:r>
        <w:t>abhi musalman jo hain, insan ke khair khwah nahi hain. woh sochte hain ke Islam aur dushman hain. Islamophobia ka culture chala rakha hai.</w:t>
      </w:r>
    </w:p>
    <w:p>
      <w:pPr>
        <w:jc w:val="right"/>
      </w:pPr>
      <w:r>
        <w:t>ابھی مسلمان جو ہیں، انسان کے خیر خواہ نہیں ہیں۔ وہ سوچتے ہیں کہ اسلام اور دشمن ہیں۔ اسلامو فوبیا کا کلچر چلا رکھا ہے۔</w:t>
      </w:r>
    </w:p>
    <w:p>
      <w:r>
        <w:rPr>
          <w:b/>
        </w:rPr>
        <w:t xml:space="preserve">[32:32] </w:t>
      </w:r>
      <w:r>
        <w:t>ab aap ko nai planning karni hai, insan ka dost ban kar ke.</w:t>
      </w:r>
    </w:p>
    <w:p>
      <w:pPr>
        <w:jc w:val="right"/>
      </w:pPr>
      <w:r>
        <w:t>اب آپ کو نئی پلاننگ کرنی ہے، انسان کا دوست بن کر کے۔</w:t>
      </w:r>
    </w:p>
    <w:p>
      <w:r>
        <w:rPr>
          <w:b/>
        </w:rPr>
        <w:t xml:space="preserve">[32:40] </w:t>
      </w:r>
      <w:r>
        <w:t>yani insan friendly behaviour.</w:t>
      </w:r>
    </w:p>
    <w:p>
      <w:pPr>
        <w:jc w:val="right"/>
      </w:pPr>
      <w:r>
        <w:t>یعنی انسان فرینڈلی بیہیویئر۔</w:t>
      </w:r>
    </w:p>
    <w:p>
      <w:r>
        <w:rPr>
          <w:b/>
        </w:rPr>
        <w:t xml:space="preserve">[32:46] </w:t>
      </w:r>
      <w:r>
        <w:t>yahan se beginning hogi. insan friendly behaviour se beginning hogi.</w:t>
      </w:r>
    </w:p>
    <w:p>
      <w:pPr>
        <w:jc w:val="right"/>
      </w:pPr>
      <w:r>
        <w:t>یہاں سے بگننگ ہوگی۔ انسان فرینڈلی بیہیویئر سے بگننگ ہوگی۔</w:t>
      </w:r>
    </w:p>
    <w:p>
      <w:r>
        <w:rPr>
          <w:b/>
        </w:rPr>
        <w:t xml:space="preserve">[32:55] </w:t>
      </w:r>
      <w:r>
        <w:t>to yeh jo aayatein aap ke samne parhi ja rahi hain, surah al-baqarah ki, yeh tareekh ko batati hain. tareekh ko bata di ke kis tarah se nabiyon ko bheja Allah taala ne.</w:t>
      </w:r>
    </w:p>
    <w:p>
      <w:pPr>
        <w:jc w:val="right"/>
      </w:pPr>
      <w:r>
        <w:t>تو یہ جو آیتیں آپ کے سامنے پڑھی جا رہی ہیں، سورہ البقرہ کی، یہ تاریخ کو بتاتی ہیں۔ تاریخ کو بتا دی کہ کس طرح سے نبیوں کو بھیجا اللہ تعالی نے۔</w:t>
      </w:r>
    </w:p>
    <w:p>
      <w:r>
        <w:rPr>
          <w:b/>
        </w:rPr>
        <w:t xml:space="preserve">[33:10] </w:t>
      </w:r>
      <w:r>
        <w:t>lekin nabiyon ka mission ailan mein kis had tak raha? woh inqilab ke had tak nahi pahuncha. ailan, ailan, ailan.</w:t>
      </w:r>
    </w:p>
    <w:p>
      <w:pPr>
        <w:jc w:val="right"/>
      </w:pPr>
      <w:r>
        <w:t>لیکن نبیوں کا مشن اعلان میں کس حد تک رہا؟ وہ انقلاب کے حد تک نہیں پہنچا۔ اعلان، اعلان، اعلان۔</w:t>
      </w:r>
    </w:p>
    <w:p>
      <w:r>
        <w:rPr>
          <w:b/>
        </w:rPr>
        <w:t xml:space="preserve">[33:20] </w:t>
      </w:r>
      <w:r>
        <w:t>to Allah taala ne yeh kiya ke science ka daur paida kiya. yani science ka daur ke mani hain ke insani musallamat ka daur.</w:t>
      </w:r>
    </w:p>
    <w:p>
      <w:pPr>
        <w:jc w:val="right"/>
      </w:pPr>
      <w:r>
        <w:t>تو اللہ تعالی نے یہ کیا کہ سائنس کا دور پیدا کیا۔ یعنی سائنس کا دور کے معنی ہیں کہ انسانی مسلمات کا دور۔</w:t>
      </w:r>
    </w:p>
    <w:p>
      <w:r>
        <w:rPr>
          <w:b/>
        </w:rPr>
        <w:t xml:space="preserve">[33:32] </w:t>
      </w:r>
      <w:r>
        <w:t>aisa ilm samne aaya jis ilm ko sab log mante the. yani musallamat musallamat ka daur aaya.</w:t>
      </w:r>
    </w:p>
    <w:p>
      <w:pPr>
        <w:jc w:val="right"/>
      </w:pPr>
      <w:r>
        <w:t>ایسا علم سامنے آیا جس علم کو سب لوگ مانتے تھے۔ یعنی مسلمات مسلمات کا دور آیا۔</w:t>
      </w:r>
    </w:p>
    <w:p>
      <w:r>
        <w:rPr>
          <w:b/>
        </w:rPr>
        <w:t xml:space="preserve">[33:43] </w:t>
      </w:r>
      <w:r>
        <w:t>pehle daur tha</w:t>
      </w:r>
    </w:p>
    <w:p>
      <w:pPr>
        <w:jc w:val="right"/>
      </w:pPr>
      <w:r>
        <w:t>پہلے دور تھا</w:t>
      </w:r>
    </w:p>
    <w:p>
      <w:r>
        <w:rPr>
          <w:b/>
        </w:rPr>
        <w:t xml:space="preserve">[33:46] </w:t>
      </w:r>
      <w:r>
        <w:t>yani is ka</w:t>
      </w:r>
    </w:p>
    <w:p>
      <w:pPr>
        <w:jc w:val="right"/>
      </w:pPr>
      <w:r>
        <w:t>یعنی اس کا</w:t>
      </w:r>
    </w:p>
    <w:p>
      <w:r>
        <w:rPr>
          <w:b/>
        </w:rPr>
        <w:t xml:space="preserve">[33:50] </w:t>
      </w:r>
      <w:r>
        <w:t>toham parasti ka. is superstition ka daur khatam ho kar ke musallamat ka daur aaya.</w:t>
      </w:r>
    </w:p>
    <w:p>
      <w:pPr>
        <w:jc w:val="right"/>
      </w:pPr>
      <w:r>
        <w:t>توہم پرستی کا۔ اس سپریسٹیشن کا دور ختم ہو کر کے مسلمات کا دور آیا۔</w:t>
      </w:r>
    </w:p>
    <w:p>
      <w:r>
        <w:rPr>
          <w:b/>
        </w:rPr>
        <w:t xml:space="preserve">[34:03] </w:t>
      </w:r>
      <w:r>
        <w:t>lekin is ke is ki is ki pehla kaam hai ke is ka hamein khabar ho, hamein jaanen, yeh hum jaanen ke aik bohat bara kaam Allah taala ne ahl-e-maghrib ke zariye taayid-ud-deen kar diya.</w:t>
      </w:r>
    </w:p>
    <w:p>
      <w:pPr>
        <w:jc w:val="right"/>
      </w:pPr>
      <w:r>
        <w:t>لیکن اس کے اس کی اس کی پہلا کام ہے کہ اس کا ہمیں خبر ہو، ہمیں جانیں، یہ ہم جانیں کہ ایک بہت بڑا کام اللہ تعالی نے اہل مغرب کے ذریعے تائید الدین کر دیا۔</w:t>
      </w:r>
    </w:p>
    <w:p>
      <w:r>
        <w:rPr>
          <w:b/>
        </w:rPr>
        <w:t xml:space="preserve">[34:23] </w:t>
      </w:r>
      <w:r>
        <w:t>inna la yuhyi-d-dina.</w:t>
      </w:r>
    </w:p>
    <w:p>
      <w:pPr>
        <w:jc w:val="right"/>
      </w:pPr>
      <w:r>
        <w:t>ان اللہ لا یحییۃ الدین۔</w:t>
      </w:r>
    </w:p>
    <w:p>
      <w:r>
        <w:rPr>
          <w:b/>
        </w:rPr>
        <w:t xml:space="preserve">[34:30] </w:t>
      </w:r>
      <w:r>
        <w:t>Allah is ko uthaye ga jo deen ki liye moajid ban jayen ge. moajid.</w:t>
      </w:r>
    </w:p>
    <w:p>
      <w:pPr>
        <w:jc w:val="right"/>
      </w:pPr>
      <w:r>
        <w:t>اللہ اس کو اٹھائے گا جو دین کی لیے موجد بن جائیں گے۔ موجد۔</w:t>
      </w:r>
    </w:p>
    <w:p>
      <w:r>
        <w:rPr>
          <w:b/>
        </w:rPr>
        <w:t xml:space="preserve">[34:45] </w:t>
      </w:r>
      <w:r>
        <w:t>to mein sochta hoon ke yeh hai kaam. sari qaum jo hai nafrat, dushmani, sazish inhi se phansi hui hai.</w:t>
      </w:r>
    </w:p>
    <w:p>
      <w:pPr>
        <w:jc w:val="right"/>
      </w:pPr>
      <w:r>
        <w:t>تو میں سوچتا ہوں کہ یہ ہے کام۔ ساری قوم جو ہے نفرت، دشمنی، سازش انہی سے پھنسی ہوئی ہے۔</w:t>
      </w:r>
    </w:p>
    <w:p>
      <w:r>
        <w:rPr>
          <w:b/>
        </w:rPr>
        <w:t xml:space="preserve">[34:57] </w:t>
      </w:r>
      <w:r>
        <w:t>yani jo kaam karna tha, woh is se be khabar.</w:t>
      </w:r>
    </w:p>
    <w:p>
      <w:pPr>
        <w:jc w:val="right"/>
      </w:pPr>
      <w:r>
        <w:t>یعنی جو کام کرنا تھا، وہ اس سے بے خبر۔</w:t>
      </w:r>
    </w:p>
    <w:p>
      <w:r>
        <w:rPr>
          <w:b/>
        </w:rPr>
        <w:t xml:space="preserve">[35:05] </w:t>
      </w:r>
      <w:r>
        <w:t>jo kaam karna tha, is se be khabar.</w:t>
      </w:r>
    </w:p>
    <w:p>
      <w:pPr>
        <w:jc w:val="right"/>
      </w:pPr>
      <w:r>
        <w:t>جو کام کرنا تھا، اس سے بے خبر۔</w:t>
      </w:r>
    </w:p>
    <w:p>
      <w:r>
        <w:rPr>
          <w:b/>
        </w:rPr>
        <w:t xml:space="preserve">[35:10] </w:t>
      </w:r>
      <w:r>
        <w:t>to ab bohat waqt guzar chuka. itne bare bare toofan jo aa rahe hain, woh toofan kya hain?</w:t>
      </w:r>
    </w:p>
    <w:p>
      <w:pPr>
        <w:jc w:val="right"/>
      </w:pPr>
      <w:r>
        <w:t>تو اب بہت وقت گزر چکا۔ اتنے بڑے بڑے طوفان جو آ رہے ہیں، وہ طوفان کیا ہیں؟</w:t>
      </w:r>
    </w:p>
    <w:p>
      <w:r>
        <w:rPr>
          <w:b/>
        </w:rPr>
        <w:t xml:space="preserve">[35:20] </w:t>
      </w:r>
      <w:r>
        <w:t>woh</w:t>
      </w:r>
    </w:p>
    <w:p>
      <w:pPr>
        <w:jc w:val="right"/>
      </w:pPr>
      <w:r>
        <w:t>وہ</w:t>
      </w:r>
    </w:p>
    <w:p>
      <w:r>
        <w:rPr>
          <w:b/>
        </w:rPr>
        <w:t xml:space="preserve">[35:24] </w:t>
      </w:r>
      <w:r>
        <w:t>mein yeh kaha karta hoon ke newton ke sir par jo shape gira tha, that was apple shock.</w:t>
      </w:r>
    </w:p>
    <w:p>
      <w:pPr>
        <w:jc w:val="right"/>
      </w:pPr>
      <w:r>
        <w:t>میں یہ کہا کرتا ہوں کہ نیوٹن کے سر پر جو شیپ گرا تھا، دیٹ واز ایپل شاک۔</w:t>
      </w:r>
    </w:p>
    <w:p>
      <w:r>
        <w:rPr>
          <w:b/>
        </w:rPr>
        <w:t xml:space="preserve">[35:35] </w:t>
      </w:r>
      <w:r>
        <w:t>hadon ki qom par jo toofan aaya tha, that was fresh shock. to tarah tarah ke shock aate rahe hain insan ko jagane ke liye.</w:t>
      </w:r>
    </w:p>
    <w:p>
      <w:pPr>
        <w:jc w:val="right"/>
      </w:pPr>
      <w:r>
        <w:t>حدوں کی قوم پر جو طوفان آیا تھا، دیٹ واز فریش شاک۔ تو طرح طرح کے شاک آتے رہے ہیں انسان کو جگانے کے لیے۔</w:t>
      </w:r>
    </w:p>
    <w:p>
      <w:r>
        <w:rPr>
          <w:b/>
        </w:rPr>
        <w:t xml:space="preserve">[35:46] </w:t>
      </w:r>
      <w:r>
        <w:t>insan ko jagane ke liye.</w:t>
      </w:r>
    </w:p>
    <w:p>
      <w:pPr>
        <w:jc w:val="right"/>
      </w:pPr>
      <w:r>
        <w:t>انسان کو جگانے کے لیے۔</w:t>
      </w:r>
    </w:p>
    <w:p>
      <w:r>
        <w:rPr>
          <w:b/>
        </w:rPr>
        <w:t xml:space="preserve">[35:53] </w:t>
      </w:r>
      <w:r>
        <w:t>is zamane mein bhi shock pesh aa rahe hain taake hum jaagein. haan, hum samjhein.</w:t>
      </w:r>
    </w:p>
    <w:p>
      <w:pPr>
        <w:jc w:val="right"/>
      </w:pPr>
      <w:r>
        <w:t>اس زمانے میں بھی شاک پیش آ رہے ہیں تاکہ ہم جاگیں۔ ہاں، ہم سمجھیں۔</w:t>
      </w:r>
    </w:p>
    <w:p>
      <w:r>
        <w:rPr>
          <w:b/>
        </w:rPr>
        <w:t xml:space="preserve">[36:08] </w:t>
      </w:r>
      <w:r>
        <w:t>to mein samajhta hoon ke is surah mein jo pichhli sarkash batai gayi hai, pichhle ahwal, woh isi liye hain ke hum rethink karein.</w:t>
      </w:r>
    </w:p>
    <w:p>
      <w:pPr>
        <w:jc w:val="right"/>
      </w:pPr>
      <w:r>
        <w:t>تو میں سمجھتا ہوں کہ اس سورہ میں جو پچھلی سرکش بتائی گئی ہے، پچھلے احوال، وہ اسی لیے ہیں کہ ہم ری تھنک کریں۔</w:t>
      </w:r>
    </w:p>
    <w:p>
      <w:r>
        <w:rPr>
          <w:b/>
        </w:rPr>
        <w:t xml:space="preserve">[36:23] </w:t>
      </w:r>
      <w:r>
        <w:t>rethinking ke liye ke Allah taala ne is se pehle jo intezam kiya tha, ailan-e-tauheed ka, woh ailan saagar nahi badh saka.</w:t>
      </w:r>
    </w:p>
    <w:p>
      <w:pPr>
        <w:jc w:val="right"/>
      </w:pPr>
      <w:r>
        <w:t>ری تھنکنگ کے لیے کہ اللہ تعالی نے اس سے پہلے جو انتظام کیا تھا، اعلان توحید کا، وہ اعلان ساگر نہیں بڑھ سکا۔</w:t>
      </w:r>
    </w:p>
    <w:p>
      <w:r>
        <w:rPr>
          <w:b/>
        </w:rPr>
        <w:t xml:space="preserve">[36:39] </w:t>
      </w:r>
      <w:r>
        <w:t>phir Allah taala ne mujideen ka ek groh uthaya jinhone dalail ke zariye is ko ek naya nayi base faraham kar di.</w:t>
      </w:r>
    </w:p>
    <w:p>
      <w:pPr>
        <w:jc w:val="right"/>
      </w:pPr>
      <w:r>
        <w:t>پھر اللہ تعالی نے موجدین کا ایک گروہ اٹھایا جنہوں نے دلائل کے ذریعے اس کو ایک نیا نئی بیس فراہم کر دی۔</w:t>
      </w:r>
    </w:p>
    <w:p>
      <w:r>
        <w:rPr>
          <w:b/>
        </w:rPr>
        <w:t xml:space="preserve">[36:53] </w:t>
      </w:r>
      <w:r>
        <w:t>nayi base.</w:t>
      </w:r>
    </w:p>
    <w:p>
      <w:pPr>
        <w:jc w:val="right"/>
      </w:pPr>
      <w:r>
        <w:t>نئی بیس۔</w:t>
      </w:r>
    </w:p>
    <w:p>
      <w:r>
        <w:rPr>
          <w:b/>
        </w:rPr>
        <w:t xml:space="preserve">[36:58] </w:t>
      </w:r>
      <w:r>
        <w:t>yaani khud insan ke musallamat ke level par baat sabit ho gayi.</w:t>
      </w:r>
    </w:p>
    <w:p>
      <w:pPr>
        <w:jc w:val="right"/>
      </w:pPr>
      <w:r>
        <w:t>یعنی خود انسان کے مسلمات کے لیول پر بات ثابت ہو گئی۔</w:t>
      </w:r>
    </w:p>
    <w:p>
      <w:r>
        <w:rPr>
          <w:b/>
        </w:rPr>
        <w:t xml:space="preserve">[37:09] </w:t>
      </w:r>
      <w:r>
        <w:t>to jab yahan tak kaam ho chuka hai, tab to mein sochta hoon ke ummat-e-muhammadi ka kaam bohat hi saal ho gaya.</w:t>
      </w:r>
    </w:p>
    <w:p>
      <w:pPr>
        <w:jc w:val="right"/>
      </w:pPr>
      <w:r>
        <w:t>تو جب یہاں تک کام ہو چکا ہے، تب تو میں سوچتا ہوں کہ امت محمدی کا کام بہت ہی سال ہو گیا۔</w:t>
      </w:r>
    </w:p>
    <w:p>
      <w:r>
        <w:rPr>
          <w:b/>
        </w:rPr>
        <w:t xml:space="preserve">[37:18] </w:t>
      </w:r>
      <w:r>
        <w:t>bohat aasan ho gaya.</w:t>
      </w:r>
    </w:p>
    <w:p>
      <w:pPr>
        <w:jc w:val="right"/>
      </w:pPr>
      <w:r>
        <w:t>بہت آسان ہو گیا۔</w:t>
      </w:r>
    </w:p>
    <w:p>
      <w:r>
        <w:rPr>
          <w:b/>
        </w:rPr>
        <w:t xml:space="preserve">[37:23] </w:t>
      </w:r>
      <w:r>
        <w:t>bohat saal ho gaya. ab ek taraf to aap ko quran ko har zaban mein tarjuma karna hai, har zaban mein taiyar karna hai, understandable language mein unki.</w:t>
      </w:r>
    </w:p>
    <w:p>
      <w:pPr>
        <w:jc w:val="right"/>
      </w:pPr>
      <w:r>
        <w:t>بہت سال ہو گیا۔ اب ایک طرف تو آپ کو قرآن کو ہر زبان میں ترجمہ کرنا ہے، ہر زبان میں تیار کرنا ہے، انڈرسٹڈیبل لینگویج میں ان کی۔</w:t>
      </w:r>
    </w:p>
    <w:p>
      <w:r>
        <w:rPr>
          <w:b/>
        </w:rPr>
        <w:t xml:space="preserve">[37:37] </w:t>
      </w:r>
      <w:r>
        <w:t>aur doosri taraf aap ko supportive literature taiyar karna hai.</w:t>
      </w:r>
    </w:p>
    <w:p>
      <w:pPr>
        <w:jc w:val="right"/>
      </w:pPr>
      <w:r>
        <w:t>اور دوسری طرف آپ کو سپورٹیو لٹریچر تیار کرنا ہے۔</w:t>
      </w:r>
    </w:p>
    <w:p>
      <w:r>
        <w:rPr>
          <w:b/>
        </w:rPr>
        <w:t xml:space="preserve">[37:44] </w:t>
      </w:r>
      <w:r>
        <w:t>supportive literature.</w:t>
      </w:r>
    </w:p>
    <w:p>
      <w:pPr>
        <w:jc w:val="right"/>
      </w:pPr>
      <w:r>
        <w:t>سپورٹیو لٹریچر۔</w:t>
      </w:r>
    </w:p>
    <w:p>
      <w:r>
        <w:rPr>
          <w:b/>
        </w:rPr>
        <w:t xml:space="preserve">[37:51] </w:t>
      </w:r>
      <w:r>
        <w:t>yeh idea jo hai, yeh idea pehli baar maine pesh kiya tha 1955 mein. us waqt mein lucknow mein ek jalsa hua tha.</w:t>
      </w:r>
    </w:p>
    <w:p>
      <w:pPr>
        <w:jc w:val="right"/>
      </w:pPr>
      <w:r>
        <w:t>یہ آئیڈیا جو ہے، یہ آئیڈیا پہلی بار میں نے پیش کیا تھا 1955 میں۔ اس وقت میں لکھنو میں ایک جلسہ ہوا تھا۔</w:t>
      </w:r>
    </w:p>
    <w:p>
      <w:r>
        <w:rPr>
          <w:b/>
        </w:rPr>
        <w:t xml:space="preserve">[38:08] </w:t>
      </w:r>
      <w:r>
        <w:t>lucknow mein amir-ud-daula park mein. to us waqt mein aksar maqale padha karta tha.</w:t>
      </w:r>
    </w:p>
    <w:p>
      <w:pPr>
        <w:jc w:val="right"/>
      </w:pPr>
      <w:r>
        <w:t>لکھنو میں عامر الدولہ پارک میں۔ تو اس وقت میں اکثر مقالے پڑھا کرتا تھا۔</w:t>
      </w:r>
    </w:p>
    <w:p>
      <w:r>
        <w:rPr>
          <w:b/>
        </w:rPr>
        <w:t xml:space="preserve">[38:22] </w:t>
      </w:r>
      <w:r>
        <w:t>us waqt mein ne ek maqala padha tha. is maqale ka unwaan tha "naye ayat ke darwaze par".</w:t>
      </w:r>
    </w:p>
    <w:p>
      <w:pPr>
        <w:jc w:val="right"/>
      </w:pPr>
      <w:r>
        <w:t>اس وقت میں نے ایک مقالہ پڑھا تھا۔ اس مقالے کا عنوان تھا "نئے آیت کے دروازے پر"۔</w:t>
      </w:r>
    </w:p>
    <w:p>
      <w:r>
        <w:rPr>
          <w:b/>
        </w:rPr>
        <w:t xml:space="preserve">[38:33] </w:t>
      </w:r>
      <w:r>
        <w:t>naye ayat ke darwaze par. baad ko yeh maqala chha pae pamphlet surat mein. to urdu mein is ka naam tha "naye ayat ke darwaze par".</w:t>
      </w:r>
    </w:p>
    <w:p>
      <w:pPr>
        <w:jc w:val="right"/>
      </w:pPr>
      <w:r>
        <w:t>نئے آیت کے دروازے پر۔ بعد کو یہ مقالہ چھپا پمفلیٹ صورت میں۔ تو اردو میں اس کا نام تھا "نئے آیت کے دروازے پر"۔</w:t>
      </w:r>
    </w:p>
    <w:p>
      <w:r>
        <w:rPr>
          <w:b/>
        </w:rPr>
        <w:t xml:space="preserve">[38:46] </w:t>
      </w:r>
      <w:r>
        <w:t>english mein is ka naam tha "on the threshold of a new". "on the threshold". "on the threshold".</w:t>
      </w:r>
    </w:p>
    <w:p>
      <w:pPr>
        <w:jc w:val="right"/>
      </w:pPr>
      <w:r>
        <w:t>انگلش میں اس کا نام تھا "ان دا تھرڈ آف آف ا نیو"۔ "ان دا تھرڈ"۔ "ان دا تھرڈ"۔</w:t>
      </w:r>
    </w:p>
    <w:p>
      <w:r>
        <w:rPr>
          <w:b/>
        </w:rPr>
        <w:t xml:space="preserve">[38:56] </w:t>
      </w:r>
      <w:r>
        <w:t>"on the threshold old of a new". hindi mein is ka naam tha "navo ke pravesh dwar par". yeh ga meri zindagi mein pehla aaghaz tha ke hum ek naye daur ke mein pahunch chuke hain.</w:t>
      </w:r>
    </w:p>
    <w:p>
      <w:pPr>
        <w:jc w:val="right"/>
      </w:pPr>
      <w:r>
        <w:t>"ان دا تھرڈ اولڈ آف ا نیو"۔ ہندی میں اس کا نام تھا "نویو کے پریوش دوار پر"۔ یہ گا میری زندگی میں پہلا آغاز تھا کہ ہم ایک نئے دور کے میں پہنچ چکے ہیں۔</w:t>
      </w:r>
    </w:p>
    <w:p>
      <w:r>
        <w:rPr>
          <w:b/>
        </w:rPr>
        <w:t xml:space="preserve">[39:14] </w:t>
      </w:r>
      <w:r>
        <w:t>dawat ka daur.</w:t>
      </w:r>
    </w:p>
    <w:p>
      <w:pPr>
        <w:jc w:val="right"/>
      </w:pPr>
      <w:r>
        <w:t>دعوت کا دور۔</w:t>
      </w:r>
    </w:p>
    <w:p>
      <w:r>
        <w:rPr>
          <w:b/>
        </w:rPr>
        <w:t xml:space="preserve">[39:18] </w:t>
      </w:r>
      <w:r>
        <w:t>naye ayat ke darwaze par maani the ke dawat ka naya daur aa gaya. naya zamana aa gaya. log abhi bhi shakhsiyaton par phanse rahe.</w:t>
      </w:r>
    </w:p>
    <w:p>
      <w:pPr>
        <w:jc w:val="right"/>
      </w:pPr>
      <w:r>
        <w:t>نئے آیت کے دروازے پر معنی تھے کہ دعوت کا نیا دور آ گیا۔ نیا زمانہ آ گیا۔ لوگ ابھی بھی شخصیتوں پر پھنسے رہے۔</w:t>
      </w:r>
    </w:p>
    <w:p>
      <w:r>
        <w:rPr>
          <w:b/>
        </w:rPr>
        <w:t xml:space="preserve">[39:29] </w:t>
      </w:r>
      <w:r>
        <w:t>falan ka daur, falan ka daur. yeh shakhsiyaton ka daur. yeh bohat ajeeb baat hai ke ummat-e-muhammadi jo hai, shakhsiyaton ke daur mein jeeti rahi.</w:t>
      </w:r>
    </w:p>
    <w:p>
      <w:pPr>
        <w:jc w:val="right"/>
      </w:pPr>
      <w:r>
        <w:t>فلاں کا دور، فلاں کا دور۔ یہ شخصیتوں کا دور۔ یہ بہت عجیب بات ہے کہ امت محمدی جو ہے، شخصیتوں کے دور میں جیتی رہی۔</w:t>
      </w:r>
    </w:p>
    <w:p>
      <w:r>
        <w:rPr>
          <w:b/>
        </w:rPr>
        <w:t xml:space="preserve">[39:40] </w:t>
      </w:r>
      <w:r>
        <w:t>jabke nazariyat ka daur aa gaya.</w:t>
      </w:r>
    </w:p>
    <w:p>
      <w:pPr>
        <w:jc w:val="right"/>
      </w:pPr>
      <w:r>
        <w:t>جبکہ نظریات کا دور آ گیا۔</w:t>
      </w:r>
    </w:p>
    <w:p>
      <w:r>
        <w:rPr>
          <w:b/>
        </w:rPr>
        <w:t xml:space="preserve">[39:48] </w:t>
      </w:r>
      <w:r>
        <w:t>yaani jis ko kehte hain personality cult.</w:t>
      </w:r>
    </w:p>
    <w:p>
      <w:pPr>
        <w:jc w:val="right"/>
      </w:pPr>
      <w:r>
        <w:t>یعنی جس کو کہتے ہیں پرسنیلٹی کلٹ۔</w:t>
      </w:r>
    </w:p>
    <w:p>
      <w:r>
        <w:rPr>
          <w:b/>
        </w:rPr>
        <w:t xml:space="preserve">[39:54] </w:t>
      </w:r>
      <w:r>
        <w:t>nazariyat ke daur mein zamana aa gaya aur musalman jeete rahe shakhsiyaton ke daur mein. yeh bohat ajeeb baat hai.</w:t>
      </w:r>
    </w:p>
    <w:p>
      <w:pPr>
        <w:jc w:val="right"/>
      </w:pPr>
      <w:r>
        <w:t>نظریات کے دور میں زمانہ آ گیا اور مسلمان جیتے رہے شخصیتوں کے دور میں۔ یہ بہت عجیب بات ہے۔</w:t>
      </w:r>
    </w:p>
    <w:p>
      <w:r>
        <w:rPr>
          <w:b/>
        </w:rPr>
        <w:t xml:space="preserve">[40:07] </w:t>
      </w:r>
      <w:r>
        <w:t>to ab se zaroorat hai ke log jaane jaagien. aur jaane ke Allah taala ne un ko kis daur mein pahunchaya hai.</w:t>
      </w:r>
    </w:p>
    <w:p>
      <w:pPr>
        <w:jc w:val="right"/>
      </w:pPr>
      <w:r>
        <w:t>تو اب سے ضرورت ہے کہ لوگ جانے جاگیں۔ اور جانے کہ اللہ تعالی نے ان کو کس دور میں پہنچایا ہے۔</w:t>
      </w:r>
    </w:p>
    <w:p>
      <w:r>
        <w:rPr>
          <w:b/>
        </w:rPr>
        <w:t xml:space="preserve">[40:18] </w:t>
      </w:r>
      <w:r>
        <w:t>to main ne woh maqala padha tha wahan</w:t>
      </w:r>
    </w:p>
    <w:p>
      <w:pPr>
        <w:jc w:val="right"/>
      </w:pPr>
      <w:r>
        <w:t>تو میں نے وہ مقالہ پڑھا تھا وہاں</w:t>
      </w:r>
    </w:p>
    <w:p>
      <w:r>
        <w:rPr>
          <w:b/>
        </w:rPr>
        <w:t xml:space="preserve">[40:23] </w:t>
      </w:r>
      <w:r>
        <w:t>february 1956 mein. february 1956 mein.</w:t>
      </w:r>
    </w:p>
    <w:p>
      <w:pPr>
        <w:jc w:val="right"/>
      </w:pPr>
      <w:r>
        <w:t>فروری 1956 میں۔ فروری 1956 میں۔</w:t>
      </w:r>
    </w:p>
    <w:p>
      <w:r>
        <w:rPr>
          <w:b/>
        </w:rPr>
        <w:t xml:space="preserve">[40:34] </w:t>
      </w:r>
      <w:r>
        <w:t>is ke baad se mera mission yahi hai. ban gaya.</w:t>
      </w:r>
    </w:p>
    <w:p>
      <w:pPr>
        <w:jc w:val="right"/>
      </w:pPr>
      <w:r>
        <w:t>اس کے بعد سے میرا مشن یہی ہے۔ بن گیا۔</w:t>
      </w:r>
    </w:p>
    <w:p>
      <w:r>
        <w:rPr>
          <w:b/>
        </w:rPr>
        <w:t xml:space="preserve">[40:41] </w:t>
      </w:r>
      <w:r>
        <w:t>main mission yahi ban gaya.</w:t>
      </w:r>
    </w:p>
    <w:p>
      <w:pPr>
        <w:jc w:val="right"/>
      </w:pPr>
      <w:r>
        <w:t>میں مشن یہی بن گیا۔</w:t>
      </w:r>
    </w:p>
    <w:p>
      <w:r>
        <w:rPr>
          <w:b/>
        </w:rPr>
        <w:t xml:space="preserve">[40:46] </w:t>
      </w:r>
      <w:r>
        <w:t>aur main ne jo jo is ke baad bohat sari kitaben likhin, un sab ka jo mushtarik title tha, mushtarik woh tha "asli usloob mein islami literature".</w:t>
      </w:r>
    </w:p>
    <w:p>
      <w:pPr>
        <w:jc w:val="right"/>
      </w:pPr>
      <w:r>
        <w:t>اور میں نے جو جو اس کے بعد بہت ساری کتابیں لکھیں، ان سب کا جو مشترک ٹائٹل تھا، مشترک وہ تھا "اصلی اسلوب میں اسلامی لٹریچر"۔</w:t>
      </w:r>
    </w:p>
    <w:p>
      <w:r>
        <w:rPr>
          <w:b/>
        </w:rPr>
        <w:t xml:space="preserve">[41:08] </w:t>
      </w:r>
      <w:r>
        <w:t>chunaanche hamare haan jo fees chhapti hai kitabon ki, is ka unwaan hi hota hai "asli usloob mein islami literature".</w:t>
      </w:r>
    </w:p>
    <w:p>
      <w:pPr>
        <w:jc w:val="right"/>
      </w:pPr>
      <w:r>
        <w:t>چنانچہ ہمارے ہاں جو فیس چھپتی ہے کتابوں کی، اس کا عنوان ہی ہوتا ہے "اصلی اسلوب میں اسلامی لٹریچر"۔</w:t>
      </w:r>
    </w:p>
    <w:p>
      <w:r>
        <w:rPr>
          <w:b/>
        </w:rPr>
        <w:t xml:space="preserve">[41:20] </w:t>
      </w:r>
      <w:r>
        <w:t>to asal kaam hi yahi hai. asal kaam yahi hai ke jo asli usloob hai, jo zabani haqiqaten hain,</w:t>
      </w:r>
    </w:p>
    <w:p>
      <w:pPr>
        <w:jc w:val="right"/>
      </w:pPr>
      <w:r>
        <w:t>تو اصل کام ہی یہی ہے۔ اصل کام یہی ہے کہ جو اصلی اسلوب ہے، جو زبانی حقیقتیں ہیں،</w:t>
      </w:r>
    </w:p>
    <w:p>
      <w:r>
        <w:rPr>
          <w:b/>
        </w:rPr>
        <w:t xml:space="preserve">[41:33] </w:t>
      </w:r>
      <w:r>
        <w:t>scientific tehqeeqat ne jo taeed ki jo base banai hai hamare liye, us ko jaanna aur un ko istemal karna.</w:t>
      </w:r>
    </w:p>
    <w:p>
      <w:pPr>
        <w:jc w:val="right"/>
      </w:pPr>
      <w:r>
        <w:t>سائنسی تحقیقات نے جو تائید کی جو بیس بنائی ہے ہمارے لیے، اس کو جاننا اور ان کو استعمال کرنا۔</w:t>
      </w:r>
    </w:p>
    <w:p>
      <w:r>
        <w:rPr>
          <w:b/>
        </w:rPr>
        <w:t xml:space="preserve">[41:52] </w:t>
      </w:r>
      <w:r>
        <w:t>hamare saathi mashallah yahi kaam kar rahe hain.</w:t>
      </w:r>
    </w:p>
    <w:p>
      <w:pPr>
        <w:jc w:val="right"/>
      </w:pPr>
      <w:r>
        <w:t>ہمارے ساتھی ماشاءاللہ یہی کام کر رہے ہیں۔</w:t>
      </w:r>
    </w:p>
    <w:p>
      <w:r>
        <w:rPr>
          <w:b/>
        </w:rPr>
        <w:t xml:space="preserve">[42:00] </w:t>
      </w:r>
      <w:r>
        <w:t>is mein mazeed jo main kehna chahoonga ke ab ikhtilaf haram ho chuka hai. nafrat haram ho chuki hai.</w:t>
      </w:r>
    </w:p>
    <w:p>
      <w:pPr>
        <w:jc w:val="right"/>
      </w:pPr>
      <w:r>
        <w:t>اس میں مزید جو میں کہنا چاہوں گا کہ اب اختلاف حرام ہو چکا ہے۔ نفرت حرام ہو چکی ہے۔</w:t>
      </w:r>
    </w:p>
    <w:p>
      <w:r>
        <w:rPr>
          <w:b/>
        </w:rPr>
        <w:t xml:space="preserve">[42:15] </w:t>
      </w:r>
      <w:r>
        <w:t>ab to nafrat ko chhodna hua hai. ikhtilaf ko chhodna hoga.</w:t>
      </w:r>
    </w:p>
    <w:p>
      <w:pPr>
        <w:jc w:val="right"/>
      </w:pPr>
      <w:r>
        <w:t>اب تو نفرت کو چھوڑنا ہوا ہے۔ اختلاف کو چھوڑنا ہوگا۔</w:t>
      </w:r>
    </w:p>
    <w:p>
      <w:r>
        <w:rPr>
          <w:b/>
        </w:rPr>
        <w:t xml:space="preserve">[42:22] </w:t>
      </w:r>
      <w:r>
        <w:t>doori jo bana rakhi hai hum ne, us ko chhodna hoga. hum mil kar kaam karna hoga.</w:t>
      </w:r>
    </w:p>
    <w:p>
      <w:pPr>
        <w:jc w:val="right"/>
      </w:pPr>
      <w:r>
        <w:t>دوری جو بنا رکھی ہے ہم نے، اس کو چھوڑنا ہوگا۔ ہم مل کر کام کرنا ہوگا۔</w:t>
      </w:r>
    </w:p>
    <w:p>
      <w:r>
        <w:rPr>
          <w:b/>
        </w:rPr>
        <w:t xml:space="preserve">[42:33] </w:t>
      </w:r>
      <w:r>
        <w:t>taake yeh jo mawaqe khule hain, yeh jo opportunities khuli hain, un ko bharpoor taur par istemal kiya jaye. bharpoor taur par.</w:t>
      </w:r>
    </w:p>
    <w:p>
      <w:pPr>
        <w:jc w:val="right"/>
      </w:pPr>
      <w:r>
        <w:t>تاکہ یہ جو مواقع کھلے ہیں، یہ جو اپرچونیٹیز کھلی ہیں، ان کو بھرپور طور پر استعمال کیا جائے۔ بھرپور طور پر۔</w:t>
      </w:r>
    </w:p>
    <w:p>
      <w:r>
        <w:rPr>
          <w:b/>
        </w:rPr>
        <w:t xml:space="preserve">[42:47] </w:t>
      </w:r>
      <w:r>
        <w:t>mujhe yaad hai ke jab amritdar park lucknow mein main ne woh maqala padha tha to us ke baad elaan kiya gaya ke yeh maqala chapa hua ya maujood hai.</w:t>
      </w:r>
    </w:p>
    <w:p>
      <w:pPr>
        <w:jc w:val="right"/>
      </w:pPr>
      <w:r>
        <w:t>مجھے یاد ہے کہ جب امرتدر پارک لکھنو میں میں نے وہ مقالہ پڑھا تھا تو اس کے بعد اعلان کیا گیا کہ یہ مقالہ چھپا ہوا یا موجود ہے۔</w:t>
      </w:r>
    </w:p>
    <w:p>
      <w:r>
        <w:rPr>
          <w:b/>
        </w:rPr>
        <w:t xml:space="preserve">[43:02] </w:t>
      </w:r>
      <w:r>
        <w:t>yeh maqala chapa hua ya maujood hai, aap is ko le sakte hain. yaani qeemat ada kar ke.</w:t>
      </w:r>
    </w:p>
    <w:p>
      <w:pPr>
        <w:jc w:val="right"/>
      </w:pPr>
      <w:r>
        <w:t>یہ مقالہ چھپا ہوا یا موجود ہے، آپ اس کو لے سکتے ہیں۔ یعنی قیمت ادا کر کے۔</w:t>
      </w:r>
    </w:p>
    <w:p>
      <w:r>
        <w:rPr>
          <w:b/>
        </w:rPr>
        <w:t xml:space="preserve">[43:12] </w:t>
      </w:r>
      <w:r>
        <w:t>to log toot pade. yaani bilkul hot cake ki tarah woh bika. hot cake ki tarah. aur thodi der mein khatm ho gaya.</w:t>
      </w:r>
    </w:p>
    <w:p>
      <w:pPr>
        <w:jc w:val="right"/>
      </w:pPr>
      <w:r>
        <w:t>تو لوگ ٹوٹ پڑے۔ یعنی بالکل ہاٹ کیک کی طرح وہ بکا۔ ہاٹ کیک کی طرح۔ اور تھوڑی دیر میں ختم ہو گیا۔</w:t>
      </w:r>
    </w:p>
    <w:p>
      <w:r>
        <w:rPr>
          <w:b/>
        </w:rPr>
        <w:t xml:space="preserve">[43:24] </w:t>
      </w:r>
      <w:r>
        <w:t>to is se andaza hota hai ke insaan ki jo rooh hai, woh isi tarah ki cheez ki talib hai. woh</w:t>
      </w:r>
    </w:p>
    <w:p>
      <w:pPr>
        <w:jc w:val="right"/>
      </w:pPr>
      <w:r>
        <w:t>تو اس سے اندازہ ہوتا ہے کہ انسان کی جو روح ہے، وہ اسی طرح کی چیز کی طالب ہے۔ وہ</w:t>
      </w:r>
    </w:p>
    <w:p>
      <w:r>
        <w:rPr>
          <w:b/>
        </w:rPr>
        <w:t xml:space="preserve">[43:33] </w:t>
      </w:r>
      <w:r>
        <w:t>insaan ki rooh jo hai, isi tarah ki literature hai, isi tarah ke kaam ki talib hai. aur doosri baat hai jo mukhtalif stage se ki ja rahi hain,</w:t>
      </w:r>
    </w:p>
    <w:p>
      <w:pPr>
        <w:jc w:val="right"/>
      </w:pPr>
      <w:r>
        <w:t>انسان کی روح جو ہے، اسی طرح کی لٹریچر ہے، اسی طرح کے کام کی طالب ہے۔ اور دوسری بات ہے جو مختلف اسٹیج سے کی جا رہی ہیں،</w:t>
      </w:r>
    </w:p>
    <w:p>
      <w:r>
        <w:rPr>
          <w:b/>
        </w:rPr>
        <w:t xml:space="preserve">[43:46] </w:t>
      </w:r>
      <w:r>
        <w:t>woh waqt se pukaar nahi hai. woh insaan ki rooh, us us ki talib nahi hai. is se insaan ka address nahi hota.</w:t>
      </w:r>
    </w:p>
    <w:p>
      <w:pPr>
        <w:jc w:val="right"/>
      </w:pPr>
      <w:r>
        <w:t>وہ وقت سے پکار نہیں ہے۔ وہ انسان کی روح، اس اس کی طالب نہیں ہے۔ اس سے انسان کا ایڈریس نہیں ہوتا۔</w:t>
      </w:r>
    </w:p>
    <w:p>
      <w:r>
        <w:rPr>
          <w:b/>
        </w:rPr>
        <w:t xml:space="preserve">[43:57] </w:t>
      </w:r>
      <w:r>
        <w:t>insaan ka mind address nahi hota.</w:t>
      </w:r>
    </w:p>
    <w:p>
      <w:pPr>
        <w:jc w:val="right"/>
      </w:pPr>
      <w:r>
        <w:t>انسان کا مائنڈ ایڈریس نہیں ہوتا۔</w:t>
      </w:r>
    </w:p>
    <w:p>
      <w:r>
        <w:rPr>
          <w:b/>
        </w:rPr>
        <w:t xml:space="preserve">[44:07] </w:t>
      </w:r>
      <w:r>
        <w:t>is ke baad hum ne bohat si kitaben chhapi. urdu mein nikalta hai "al risala". english mein nikalta hai "spirit of islam".</w:t>
      </w:r>
    </w:p>
    <w:p>
      <w:pPr>
        <w:jc w:val="right"/>
      </w:pPr>
      <w:r>
        <w:t>اس کے بعد ہم نے بہت سی کتابیں چھاپی۔ اردو میں نکلتا ہے "الرسالہ"۔ انگلش میں نکلتا ہے "اسپیٹ آف اسلام"۔</w:t>
      </w:r>
    </w:p>
    <w:p>
      <w:r>
        <w:rPr>
          <w:b/>
        </w:rPr>
        <w:t xml:space="preserve">[44:20] </w:t>
      </w:r>
      <w:r>
        <w:t>yeh sab baatin logon ko maloom hain. main yaad dilata, sirf yaad dila raha hoon ke is kaam mein aap ko lagna hai ikhtilafat ko khatm kar ke, nafrat ko khatm kar ke, aur negative thinking ko khatm kar ke.</w:t>
      </w:r>
    </w:p>
    <w:p>
      <w:pPr>
        <w:jc w:val="right"/>
      </w:pPr>
      <w:r>
        <w:t>یہ سب باطن لوگوں کو معلوم ہے۔ میں یاد دلاتا، صرف یاد دلا رہا ہوں کہ اس کام میں آپ کو لگنا ہے اختلافات کو ختم کر کے، نفرت کو ختم کر کے، اور نیگیٹیو تھنکنگ کو ختم کر کے۔</w:t>
      </w:r>
    </w:p>
    <w:p>
      <w:r>
        <w:rPr>
          <w:b/>
        </w:rPr>
        <w:t xml:space="preserve">[44:38] </w:t>
      </w:r>
      <w:r>
        <w:t>taake zyada effective andaaz mein kaam ho sake. to main dua karta hoon ke Allah taala mujh ko aur aap ko tofeeq de ke hum waqt istiqade ko samjhein,</w:t>
      </w:r>
    </w:p>
    <w:p>
      <w:pPr>
        <w:jc w:val="right"/>
      </w:pPr>
      <w:r>
        <w:t>تاکہ زیادہ ایفیکٹیو انداز میں کام ہو سکے۔ تو میں دعا کرتا ہوں کہ اللہ تعالی مجھ کو اور آپ کو توفیق دے کہ ہم وقت استقادے کو سمجھیں،</w:t>
      </w:r>
    </w:p>
    <w:p>
      <w:r>
        <w:rPr>
          <w:b/>
        </w:rPr>
        <w:t xml:space="preserve">[44:53] </w:t>
      </w:r>
      <w:r>
        <w:t>is ko aweil karen. assalam o alaikum wa rehmatullah.</w:t>
      </w:r>
    </w:p>
    <w:p>
      <w:pPr>
        <w:jc w:val="right"/>
      </w:pPr>
      <w:r>
        <w:t>اس کو اویل کریں۔ السلام علیکم ورحمۃ اللہ۔</w:t>
      </w:r>
    </w:p>
    <w:p>
      <w:r>
        <w:rPr>
          <w:b/>
        </w:rPr>
        <w:t xml:space="preserve">[45:07] </w:t>
      </w:r>
      <w:r>
        <w:t>okay, before we start with the question answer session, there is an announcement. as you all know, that Maulana, just like he mentioned in today's talk, has been emphasizing on spreading the word of God globally.</w:t>
      </w:r>
    </w:p>
    <w:p>
      <w:pPr>
        <w:jc w:val="right"/>
      </w:pPr>
      <w:r>
        <w:t>اوکے، بیفور وی سٹارٹ ود دی کوئسچن انسر سیشن، دیر از این اناؤنسمنٹ۔ ایز یو ال نو، دیٹ مولانا، جسٹ لائک ہی مینشن ان ٹوڈے ٹاک، ہیز بین ایمفسائزنگ ان سپریڈنگ دی ورڈ آف گاڈ گلوبلی۔</w:t>
      </w:r>
    </w:p>
    <w:p>
      <w:r>
        <w:rPr>
          <w:b/>
        </w:rPr>
        <w:t xml:space="preserve">[45:23] </w:t>
      </w:r>
      <w:r>
        <w:t>so, taking this guidance as the top most priority, CPS Bangalore team has taken a mammoth project to develop websites in different languages to spread the word of God.</w:t>
      </w:r>
    </w:p>
    <w:p>
      <w:pPr>
        <w:jc w:val="right"/>
      </w:pPr>
      <w:r>
        <w:t>سو، ٹیکنگ دس گائیڈنس ایز دی ٹاپ موسٹ پرائرٹی، سی پی ایس بینگلور ٹیم ہیز ٹیکن ا میموتھ پروجیکٹ ٹو ڈویلپ ویب سائٹس ان ڈفرنٹ لینگویجز ٹو سپریڈ دی ورڈ آف گاڈ۔</w:t>
      </w:r>
    </w:p>
    <w:p>
      <w:r>
        <w:rPr>
          <w:b/>
        </w:rPr>
        <w:t xml:space="preserve">[45:37] </w:t>
      </w:r>
      <w:r>
        <w:t>on an early occasion, Maulana sahib has launched a couple of those websites. we are pleased to share with all the viewers that today there will be launch of two websites in Malayalam and in Marathi.</w:t>
      </w:r>
    </w:p>
    <w:p>
      <w:pPr>
        <w:jc w:val="right"/>
      </w:pPr>
      <w:r>
        <w:t>ان ارلی اوکیژن، مولانا صاحب ہیز لانچڈ کپل آف دوز ویب سائٹس۔ وی آر پلیز ٹو شیئر ود آل دی ویورز دیٹ ٹوڈے دیر ول بی لانچ آف ٹو ویب سائٹس ان ملیالم اینڈ ان مراٹھی۔</w:t>
      </w:r>
    </w:p>
    <w:p>
      <w:r>
        <w:rPr>
          <w:b/>
        </w:rPr>
        <w:t xml:space="preserve">[45:52] </w:t>
      </w:r>
      <w:r>
        <w:t>so, I would request Maulana sahib to first launch the Malayalam website.</w:t>
      </w:r>
    </w:p>
    <w:p>
      <w:pPr>
        <w:jc w:val="right"/>
      </w:pPr>
      <w:r>
        <w:t>سو، آئی وڈ ریکویسٹ مولانا صاحب ٹو فرسٹ لانچ دی ملیالم ویب سائٹ۔</w:t>
      </w:r>
    </w:p>
    <w:p>
      <w:r>
        <w:rPr>
          <w:b/>
        </w:rPr>
        <w:t xml:space="preserve">[46:05] </w:t>
      </w:r>
      <w:r>
        <w:t>main dua karta hoon ke Allah taala is koshish ko kamyab kare aur is area mein hamara mission Islam ka, masjid Quran ka, masjid ko phaile.</w:t>
      </w:r>
    </w:p>
    <w:p>
      <w:pPr>
        <w:jc w:val="right"/>
      </w:pPr>
      <w:r>
        <w:t>میں دعا کرتا ہوں کہ اللہ تعالی اس کوشش کو کامیاب کرے اور اس ایریا میں ہمارا مشن اسلام کا، مسجد قرآن کا، مسجد کو پھیلے۔</w:t>
      </w:r>
    </w:p>
    <w:p>
      <w:r>
        <w:rPr>
          <w:b/>
        </w:rPr>
        <w:t xml:space="preserve">[46:24] </w:t>
      </w:r>
      <w:r>
        <w:t>Allah taala hamein hamari dua ko qabool farmaye. jo log is kaam mein lage hue hain, un sab ke liye main Allah taala se taeed ki aur rehmat ki dua karta hoon.</w:t>
      </w:r>
    </w:p>
    <w:p>
      <w:pPr>
        <w:jc w:val="right"/>
      </w:pPr>
      <w:r>
        <w:t>اللہ تعالی ہمیں ہماری دعا کو قبول فرمائے۔ جو لوگ اس کام میں لگے ہوئے ہیں، ان سب کے لیے میں اللہ تعالی سے تائید کی اور رحمت کی دعا کرتا ہوں۔</w:t>
      </w:r>
    </w:p>
    <w:p>
      <w:r>
        <w:rPr>
          <w:b/>
        </w:rPr>
        <w:t xml:space="preserve">[46:40] </w:t>
      </w:r>
      <w:r>
        <w:t>bade hi sahi. main okay, I would now request Maulana sahib to launch the Marathi website.</w:t>
      </w:r>
    </w:p>
    <w:p>
      <w:pPr>
        <w:jc w:val="right"/>
      </w:pPr>
      <w:r>
        <w:t>بڑے ہی صحیح۔ میں اوکے، آئی وڈ ناو ریکویسٹ مولانا صاحب ٹو لانچ دی مراٹھی ویب سائٹ۔</w:t>
      </w:r>
    </w:p>
    <w:p>
      <w:r>
        <w:rPr>
          <w:b/>
        </w:rPr>
        <w:t xml:space="preserve">[46:51] </w:t>
      </w:r>
      <w:r>
        <w:t>masha Allah, masha Allah, masha Allah. main in logon ke liye bhi bohat zyada dua karta hoon jo Marathi zuban mein phaila rahe hain is mission ko.</w:t>
      </w:r>
    </w:p>
    <w:p>
      <w:pPr>
        <w:jc w:val="right"/>
      </w:pPr>
      <w:r>
        <w:t>ماشاءاللہ، ماشاءاللہ، ماشاءاللہ۔ میں ان لوگوں کے لیے بھی بہت زیادہ دعا کرتا ہوں جو مراٹھی زبان میں پھیلا رہے ہیں اس مشن کو۔</w:t>
      </w:r>
    </w:p>
    <w:p>
      <w:r>
        <w:rPr>
          <w:b/>
        </w:rPr>
        <w:t xml:space="preserve">[47:06] </w:t>
      </w:r>
      <w:r>
        <w:t>is ki aik taaza koshish ab aap ke samne hai. main in sab ke liye dua karta hoon. Allah taala un ki koshishon ko khoob khoob kamyabi ata farmaye.</w:t>
      </w:r>
    </w:p>
    <w:p>
      <w:pPr>
        <w:jc w:val="right"/>
      </w:pPr>
      <w:r>
        <w:t>اس کی ایک تازہ کوشش اب آپ کے سامنے ہے۔ میں ان سب کے لیے دعا کرتا ہوں۔ اللہ تعالی ان کی کوششوں کو خوب خوب کامیابی عطا فرمائے۔</w:t>
      </w:r>
    </w:p>
    <w:p>
      <w:r>
        <w:rPr>
          <w:b/>
        </w:rPr>
        <w:t xml:space="preserve">[47:22] </w:t>
      </w:r>
      <w:r>
        <w:t>okay, so the website addresses for both these websites are for Marathi website. the website address is www peace and spirituality marathi dot com.</w:t>
      </w:r>
    </w:p>
    <w:p>
      <w:pPr>
        <w:jc w:val="right"/>
      </w:pPr>
      <w:r>
        <w:t>اوکے، سو دی ویب سائٹ ایڈریسز فار بوتھ دیز ویب سائٹس آر فار مراٹھی ویب سائٹ۔ دی ویب سائٹ ایڈریس از ڈبلیو ڈبلیو ڈبلیو پیس اینڈ سپرچویلٹی مراٹھی ڈاٹ کام۔</w:t>
      </w:r>
    </w:p>
    <w:p>
      <w:r>
        <w:rPr>
          <w:b/>
        </w:rPr>
        <w:t xml:space="preserve">[47:38] </w:t>
      </w:r>
      <w:r>
        <w:t>and this website will be managed by CPS member Mr. Mohammed Usman from the Malegaon team Maharashtra.</w:t>
      </w:r>
    </w:p>
    <w:p>
      <w:pPr>
        <w:jc w:val="right"/>
      </w:pPr>
      <w:r>
        <w:t>اینڈ دس ویب سائٹ ول بی مینج بائے سی پی ایس ممبر مسٹر محمد عثمان فرام دی مالے گاؤں ٹیم مہاراشٹر۔</w:t>
      </w:r>
    </w:p>
    <w:p>
      <w:r>
        <w:rPr>
          <w:b/>
        </w:rPr>
        <w:t xml:space="preserve">[47:48] </w:t>
      </w:r>
      <w:r>
        <w:t>the Malayalam website address is www peace and spirituality malayalam dot com. and this website will be managed by Mr. Shabir K from the Kerala CPS team.</w:t>
      </w:r>
    </w:p>
    <w:p>
      <w:pPr>
        <w:jc w:val="right"/>
      </w:pPr>
      <w:r>
        <w:t>دا ملیالم ویب سائٹ ایڈریس از ڈبلیو ڈبلیو ڈبلیو پیس اینڈ سپرچویلٹی ملیالم ڈاٹ کام۔ اینڈ دس ویب سائٹ ول بی مینج بائے مسٹر شبیر کے فرام دا کیرلا سی پی ایس ٹیم۔</w:t>
      </w:r>
    </w:p>
    <w:p>
      <w:r>
        <w:rPr>
          <w:b/>
        </w:rPr>
        <w:t xml:space="preserve">[48:03] </w:t>
      </w:r>
      <w:r>
        <w:t>we would also like to tell all the CPS members that it's always more effective if they show these websites on their phone or on their handsets to people in their circle.</w:t>
      </w:r>
    </w:p>
    <w:p>
      <w:pPr>
        <w:jc w:val="right"/>
      </w:pPr>
      <w:r>
        <w:t>وی وڈ السو لائک ٹو ٹیل آل دی سی پی ایس ممبرز دیٹ اٹس الویز مور ایفیکٹیو اف دے شو دیز ویب سائٹس ان دیر فون اور ان دیر ہینڈ سیٹس ٹو پیپل ان دیر سرکل۔</w:t>
      </w:r>
    </w:p>
    <w:p>
      <w:r>
        <w:rPr>
          <w:b/>
        </w:rPr>
        <w:t xml:space="preserve">[48:17] </w:t>
      </w:r>
      <w:r>
        <w:t>sharing websites is important, but it is far more effective if you show it on your handset to all the people. so, with this, we start with now the question answer session.</w:t>
      </w:r>
    </w:p>
    <w:p>
      <w:pPr>
        <w:jc w:val="right"/>
      </w:pPr>
      <w:r>
        <w:t>شیئرنگ ویب سائٹس از امپورٹنٹ، بٹ اٹ از فار مور ایفیکٹیو اف یو شو اٹ ان یور ہینڈ سیٹ ٹو آل دا پیپل۔ سو، ود دس، وی سٹارٹ ود ناو دی کوئسچن انسر سیشن۔</w:t>
      </w:r>
    </w:p>
    <w:p>
      <w:r>
        <w:rPr>
          <w:b/>
        </w:rPr>
        <w:t xml:space="preserve">[48:29] </w:t>
      </w:r>
      <w:r>
        <w:t>I will first take the comments.</w:t>
      </w:r>
    </w:p>
    <w:p>
      <w:pPr>
        <w:jc w:val="right"/>
      </w:pPr>
      <w:r>
        <w:t>آئی ویل فرسٹ ٹیک دی کمنٹس۔</w:t>
      </w:r>
    </w:p>
    <w:p>
      <w:r>
        <w:rPr>
          <w:b/>
        </w:rPr>
        <w:t xml:space="preserve">[48:34] </w:t>
      </w:r>
      <w:r>
        <w:t>Maulana, Maulana, ek comment aaya hai Kashmir se Riyaz Bhat sahib ka. unhon ne likha hai: "Maulana sahib, if I have rightly understood, not the matter, but the creator is the divinity.</w:t>
      </w:r>
    </w:p>
    <w:p>
      <w:pPr>
        <w:jc w:val="right"/>
      </w:pPr>
      <w:r>
        <w:t>مولانا، مولانا، ایک کمنٹ آیا ہے کشمیر سے ریاض بھٹ صاحب کا۔ انہوں نے لکھا ہے: "مولانا صاحب، اف آئی ہیو رائٹلی انڈرسٹوڈ، ناٹ دا میٹر، بٹ دا کریٹر از دی ڈیوینیٹی۔</w:t>
      </w:r>
    </w:p>
    <w:p>
      <w:r>
        <w:rPr>
          <w:b/>
        </w:rPr>
        <w:t xml:space="preserve">[48:51] </w:t>
      </w:r>
      <w:r>
        <w:t>further more, it is requested that people... further more, we request you to make dua for our Quran distribution campaign in Kashmir to be successful, as our Chinese and Japanese guests hesitate to accept our spiritual gift pack.</w:t>
      </w:r>
    </w:p>
    <w:p>
      <w:pPr>
        <w:jc w:val="right"/>
      </w:pPr>
      <w:r>
        <w:t>فردر مور، اٹ از ریکویسٹڈ دیٹ پیپل... فردر مور، وی ریکویسٹ یو ٹو میک دعا فار اور قرآن ڈسٹریبیوشن کیمپین ان کشمیر ٹو بی سکسیس فل، ایز اور چائنیز اینڈ جاپنیز گیسٹ ہیسیٹیٹ ٹو ایکسیپٹ اور سپرچول گفٹ پیک۔</w:t>
      </w:r>
    </w:p>
    <w:p>
      <w:r>
        <w:rPr>
          <w:b/>
        </w:rPr>
        <w:t xml:space="preserve">[49:11] </w:t>
      </w:r>
      <w:r>
        <w:t>please make dua for our campaign." insha Allah, insha Allah. Maulana Iqbal Umri ne Chennai se likha hai: "Quran mein tabeen haq ka jo lafz aaya hai,</w:t>
      </w:r>
    </w:p>
    <w:p>
      <w:pPr>
        <w:jc w:val="right"/>
      </w:pPr>
      <w:r>
        <w:t>پلیز میک دعا فار اور کیمپین۔" انشاءاللہ، انشاءاللہ۔ مولانا اقبال عمری نے چنئی سے لکھا ہے: "قرآن میں تبیین حق کا جو لفظ آیا ہے،</w:t>
      </w:r>
    </w:p>
    <w:p>
      <w:r>
        <w:rPr>
          <w:b/>
        </w:rPr>
        <w:t xml:space="preserve">[49:25] </w:t>
      </w:r>
      <w:r>
        <w:t>woh nature ko wazeh karta hai. aaj samajh mein aaya. jazak Allah Maulana." Dr. Naghma Siddiqui ne Delhi se likha hai: "I realize today that while it was God's plan to establish Tawhid at an argument level through science, but Muslims under satanic influence jeopardized it through their negative actions.</w:t>
      </w:r>
    </w:p>
    <w:p>
      <w:pPr>
        <w:jc w:val="right"/>
      </w:pPr>
      <w:r>
        <w:t>وہ نیچر کو واضح کرتا ہے۔ آج سمجھ میں آیا۔ جزاک اللہ مولانا۔" ڈاکٹر نغمہ صدیقی نے دلی سے لکھا ہے: "آئی ریلائز ٹوڈے دیٹ وائل اٹ واز گاڈز پلان ٹو اسٹیبلش توحید ایٹ این ارگیومنٹ لیول تھرو سائنس، بٹ مسلمز انڈر سیٹنک انفلوئنس جیوپڈائزڈ اٹ تھرو دیر نیگیٹیو ایکشنز۔</w:t>
      </w:r>
    </w:p>
    <w:p>
      <w:r>
        <w:rPr>
          <w:b/>
        </w:rPr>
        <w:t xml:space="preserve">[49:50] </w:t>
      </w:r>
      <w:r>
        <w:t>I also understood that it is our job to replan to overcome the negative influence and present God's Tawhid to the world through well wishing." Mohammed Irfan Rasheedi sahib ne Kampi Naka Nagpur se likha hai:</w:t>
      </w:r>
    </w:p>
    <w:p>
      <w:pPr>
        <w:jc w:val="right"/>
      </w:pPr>
      <w:r>
        <w:t>آئی السو انڈرسٹوڈ دیٹ اٹ از اور جاب ٹو ری پلان ٹو اوورکم دا نیگیٹیو انفلوئنس اینڈ پریزنٹ گاڈز توحید ٹو دا ورلڈ تھرو ویل وشنگ۔" محمد عرفان رشیدی صاحب نے کیمپٹی ناکپور سے لکھا ہے:</w:t>
      </w:r>
    </w:p>
    <w:p>
      <w:r>
        <w:rPr>
          <w:b/>
        </w:rPr>
        <w:t xml:space="preserve">[50:09] </w:t>
      </w:r>
      <w:r>
        <w:t>"science ki tehqiqat ne nature ko, nature ko maabood ke maqam se hata kar abd ke maqam par khara kar diya hai.</w:t>
      </w:r>
    </w:p>
    <w:p>
      <w:pPr>
        <w:jc w:val="right"/>
      </w:pPr>
      <w:r>
        <w:t>"سائنس کی تحقیقات نے نیچر کو، نیچر کو معبود کے مقام سے ہٹا کر عبد کے مقام پر کھڑا کر دیا ہے۔</w:t>
      </w:r>
    </w:p>
    <w:p>
      <w:r>
        <w:rPr>
          <w:b/>
        </w:rPr>
        <w:t xml:space="preserve">[50:18] </w:t>
      </w:r>
      <w:r>
        <w:t>aaj Tawhid ki dawat ko haqaiq aur daleel ke buniyad par dena asan ho gaya hai. science ka yeh sab se bara role hai jo Allah ke mansoobe ke tehat hua.</w:t>
      </w:r>
    </w:p>
    <w:p>
      <w:pPr>
        <w:jc w:val="right"/>
      </w:pPr>
      <w:r>
        <w:t>آج توحید کی دعوت کو حقائق اور دلیل کے بنیاد پر دینا آسان ہو گیا ہے۔ سائنس کا یہ سب سے بڑا رول ہے جو اللہ کے منصوبے کے تحت ہوا۔</w:t>
      </w:r>
    </w:p>
    <w:p>
      <w:r>
        <w:rPr>
          <w:b/>
        </w:rPr>
        <w:t xml:space="preserve">[50:31] </w:t>
      </w:r>
      <w:r>
        <w:t>jazak Allah Maulana sahib." Mohammed Rafiq sahib ne Rani Ben Noor Kannartika se likha hai: "maghribi qaum ka shukr guzar hona chahiye.</w:t>
      </w:r>
    </w:p>
    <w:p>
      <w:pPr>
        <w:jc w:val="right"/>
      </w:pPr>
      <w:r>
        <w:t>جزاک اللہ مولانا صاحب۔" محمد رفیق صاحب نے رانی بن نور کنارٹیکا سے لکھا ہے: "مغربی قوم کا شکر گزار ہونا چاہیے۔</w:t>
      </w:r>
    </w:p>
    <w:p>
      <w:r>
        <w:rPr>
          <w:b/>
        </w:rPr>
        <w:t xml:space="preserve">[50:42] </w:t>
      </w:r>
      <w:r>
        <w:t>unhon ne Islam ko pesh karne ka mawaqe diya, mawaqe diye." Maulana, agla sawal.</w:t>
      </w:r>
    </w:p>
    <w:p>
      <w:pPr>
        <w:jc w:val="right"/>
      </w:pPr>
      <w:r>
        <w:t>انہوں نے اسلام کو پیش کرنے کا مواقع دیا، مواقع دیے۔" مولانا، اگلا سوال۔</w:t>
      </w:r>
    </w:p>
    <w:p>
      <w:r>
        <w:rPr>
          <w:b/>
        </w:rPr>
        <w:t xml:space="preserve">[50:50] </w:t>
      </w:r>
      <w:r>
        <w:t>maulana, agla sawal ahmad abad se hai. muntazir sahib ne bheja hai. unhon ne ap se poocha hai ke: "maulana, how can an individual develop scientific temperament like you have?</w:t>
      </w:r>
    </w:p>
    <w:p>
      <w:pPr>
        <w:jc w:val="right"/>
      </w:pPr>
      <w:r>
        <w:t>مولانا، اگلا سوال احمد آباد سے ہے۔ منتصر صاحب نے بھیجا ہے۔ انہوں نے آپ سے پوچھا ہے کہ: "مولانا، ہاؤ کین اینڈ انڈیویجول ڈویلپ سائنٹیفک ٹیمپرمنٹ لائک یو ہیو؟</w:t>
      </w:r>
    </w:p>
    <w:p>
      <w:r>
        <w:rPr>
          <w:b/>
        </w:rPr>
        <w:t xml:space="preserve">[51:04] </w:t>
      </w:r>
      <w:r>
        <w:t>what is your advice?" dekhen, bohat pehle, bohat pehle maine jo aur naalo kitaab parhi thi, "discovery of india", bohat pehle ki baat hai</w:t>
      </w:r>
    </w:p>
    <w:p>
      <w:pPr>
        <w:jc w:val="right"/>
      </w:pPr>
      <w:r>
        <w:t>واٹ از یور ایڈوائس؟" دیکھیں، بہت پہلے، بہت پہلے میں نے جو اور نالو کتاب پڑھی تھی، "ڈسکوری آف انڈیا"، بہت پہلے کی بات ہے</w:t>
      </w:r>
    </w:p>
    <w:p>
      <w:r>
        <w:rPr>
          <w:b/>
        </w:rPr>
        <w:t xml:space="preserve">[51:22] </w:t>
      </w:r>
      <w:r>
        <w:t>kyunke yeh kitaab chapi thi jab british rule kaam par india mein tha. to</w:t>
      </w:r>
    </w:p>
    <w:p>
      <w:pPr>
        <w:jc w:val="right"/>
      </w:pPr>
      <w:r>
        <w:t>کیونکہ یہ کتاب چھپی تھی جب برٹش رول کام پر انڈیا میں تھی۔ تو</w:t>
      </w:r>
    </w:p>
    <w:p>
      <w:r>
        <w:rPr>
          <w:b/>
        </w:rPr>
        <w:t xml:space="preserve">[51:33] </w:t>
      </w:r>
      <w:r>
        <w:t>is mein unhon ne kaha tha aur nehru ne ke india mein sab se zyada kami jis cheez ki hai, india ke logon mein sab se zyada jis ki kami hai, woh hai scientific temper.</w:t>
      </w:r>
    </w:p>
    <w:p>
      <w:pPr>
        <w:jc w:val="right"/>
      </w:pPr>
      <w:r>
        <w:t>اس میں انہوں نے کہا تھا اور نہرو نے کہ انڈیا میں سب سے زیادہ کمی جس چیز کی ہے، انڈیا کے لوگوں میں سب سے زیادہ جس کی کمی ہے، وہ ہے سائنٹیفک ٹیمپر۔</w:t>
      </w:r>
    </w:p>
    <w:p>
      <w:r>
        <w:rPr>
          <w:b/>
        </w:rPr>
        <w:t xml:space="preserve">[51:50] </w:t>
      </w:r>
      <w:r>
        <w:t>tab se yeh lafz mere maan par chhaya raha ke scientific temper paida karna hai kyunke scientific temper se kya hota hai?</w:t>
      </w:r>
    </w:p>
    <w:p>
      <w:pPr>
        <w:jc w:val="right"/>
      </w:pPr>
      <w:r>
        <w:t>تب سے یہ لفظ میرے مان پر چھایا رہا کہ سائنٹیفک ٹیمپر پیدا کرنا ہے کیونکہ سائنٹیفک ٹیمپر سے کیا ہوتا ہے؟</w:t>
      </w:r>
    </w:p>
    <w:p>
      <w:r>
        <w:rPr>
          <w:b/>
        </w:rPr>
        <w:t xml:space="preserve">[52:02] </w:t>
      </w:r>
      <w:r>
        <w:t>realistic approach aata hai.</w:t>
      </w:r>
    </w:p>
    <w:p>
      <w:pPr>
        <w:jc w:val="right"/>
      </w:pPr>
      <w:r>
        <w:t>ریلسٹک اپروچ آتا ہے۔</w:t>
      </w:r>
    </w:p>
    <w:p>
      <w:r>
        <w:rPr>
          <w:b/>
        </w:rPr>
        <w:t xml:space="preserve">[52:06] </w:t>
      </w:r>
      <w:r>
        <w:t>realistic approach to tamam jo tareeqe hain, woh realistic approach ke baad hi insan ko milti hain.</w:t>
      </w:r>
    </w:p>
    <w:p>
      <w:pPr>
        <w:jc w:val="right"/>
      </w:pPr>
      <w:r>
        <w:t>ریلسٹک اپروچ تو تمام جو طریقہ ہیں، وہ ریلسٹک اپروچ کے بعد ہی انسان کو ملتی ہیں۔</w:t>
      </w:r>
    </w:p>
    <w:p>
      <w:r>
        <w:rPr>
          <w:b/>
        </w:rPr>
        <w:t xml:space="preserve">[52:20] </w:t>
      </w:r>
      <w:r>
        <w:t>tab se main is ko samajhne ke liye parhta raha, is ko adopt karne ki koshish karta raha. scientific temper kya cheez hai?</w:t>
      </w:r>
    </w:p>
    <w:p>
      <w:pPr>
        <w:jc w:val="right"/>
      </w:pPr>
      <w:r>
        <w:t>تب سے میں اس کو سمجھنے کے لیے پڑھتا رہا، اس کو اڈاپٹ کرنے کی کوشش کرتا رہا۔ سائنٹیفک ٹیمپر کیا چیز ہے؟</w:t>
      </w:r>
    </w:p>
    <w:p>
      <w:r>
        <w:rPr>
          <w:b/>
        </w:rPr>
        <w:t xml:space="preserve">[52:33] </w:t>
      </w:r>
      <w:r>
        <w:t>to yeh main bataoon ke koi kuch bhi mushkil kaam nahi hai. har aadmi is ko adopt kar sakta hai</w:t>
      </w:r>
    </w:p>
    <w:p>
      <w:pPr>
        <w:jc w:val="right"/>
      </w:pPr>
      <w:r>
        <w:t>تو یہ میں بتاؤں کہ کوئی کچھ بھی مشکل کام نہیں ہے۔ ہر آدمی اس کو اڈاپٹ کر سکتا ہے</w:t>
      </w:r>
    </w:p>
    <w:p>
      <w:r>
        <w:rPr>
          <w:b/>
        </w:rPr>
        <w:t xml:space="preserve">[52:46] </w:t>
      </w:r>
      <w:r>
        <w:t>kyunke is mein sirf aap ke nature ko jagana parta hai. nature, aap nature par aa jayen to aap ko kehte hain scientific temper pe aa gaya.</w:t>
      </w:r>
    </w:p>
    <w:p>
      <w:pPr>
        <w:jc w:val="right"/>
      </w:pPr>
      <w:r>
        <w:t>کیونکہ اس میں صرف آپ کے نیچر کو جگانا پڑتا ہے۔ نیچر، آپ نیچر پر آ جائیں تو آپ کو کہتے ہیں سائنٹیفک ٹیمپر پہ آ گیا۔</w:t>
      </w:r>
    </w:p>
    <w:p>
      <w:r>
        <w:rPr>
          <w:b/>
        </w:rPr>
        <w:t xml:space="preserve">[52:59] </w:t>
      </w:r>
      <w:r>
        <w:t>to yeh kaam to aadmi khud hi kar sakta hai. har aadmi apne nature ko mehfooz rakhiye, nature ko broot na hone dijiye, aur phir apna aap aap ke andar scientific temper aa jayega.</w:t>
      </w:r>
    </w:p>
    <w:p>
      <w:pPr>
        <w:jc w:val="right"/>
      </w:pPr>
      <w:r>
        <w:t>تو یہ کام تو آدمی خود ہی کر سکتا ہے۔ ہر آدمی اپنے نیچر کو محفوظ رکھیے، نیچر کو بروٹ نہ ہونے دیجئے، اور پھر اپنا آپ آپ کے اندر سائنٹیفک ٹیمپر آ جائے گا۔</w:t>
      </w:r>
    </w:p>
    <w:p>
      <w:r>
        <w:rPr>
          <w:b/>
        </w:rPr>
        <w:t xml:space="preserve">[53:18] </w:t>
      </w:r>
      <w:r>
        <w:t>maulana, agla sawal pakistan se miss shabana ansari ne bheja hai. unhon ne likha hai: "maulana sahib, my question is about saturday talk which you gave yesterday.</w:t>
      </w:r>
    </w:p>
    <w:p>
      <w:pPr>
        <w:jc w:val="right"/>
      </w:pPr>
      <w:r>
        <w:t>مولانا، اگلا سوال پاکستان سے مس شبانہ انصاری نے بھیجا ہے۔ انہوں نے لکھا ہے: "مولانا صاحب، مائی کوئسچن از اباؤٹ سیٹرڈے ٹاک وچ یو گیو یسٹرڈے۔</w:t>
      </w:r>
    </w:p>
    <w:p>
      <w:r>
        <w:rPr>
          <w:b/>
        </w:rPr>
        <w:t xml:space="preserve">[53:31] </w:t>
      </w:r>
      <w:r>
        <w:t>i want to know that can we say that modesty is the extract of ibadah?"</w:t>
      </w:r>
    </w:p>
    <w:p>
      <w:pPr>
        <w:jc w:val="right"/>
      </w:pPr>
      <w:r>
        <w:t>آئی وانٹ ٹو نو دیٹ کین وی سے دیٹ ماڈیسٹی از دی ایکسٹریکٹ آف عبادہ؟"</w:t>
      </w:r>
    </w:p>
    <w:p>
      <w:r>
        <w:rPr>
          <w:b/>
        </w:rPr>
        <w:t xml:space="preserve">[53:41] </w:t>
      </w:r>
      <w:r>
        <w:t>haan, sahi baat hai. yeh sajda jab aap karte hain to woh modesty,</w:t>
      </w:r>
    </w:p>
    <w:p>
      <w:pPr>
        <w:jc w:val="right"/>
      </w:pPr>
      <w:r>
        <w:t>ہاں، صحیح بات ہے۔ یہ سجدہ جب آپ کرتے ہیں تو وہ ماڈیسٹی،</w:t>
      </w:r>
    </w:p>
    <w:p>
      <w:r>
        <w:rPr>
          <w:b/>
        </w:rPr>
        <w:t xml:space="preserve">[53:51] </w:t>
      </w:r>
      <w:r>
        <w:t>modesty to hai. woh</w:t>
      </w:r>
    </w:p>
    <w:p>
      <w:pPr>
        <w:jc w:val="right"/>
      </w:pPr>
      <w:r>
        <w:t>ماڈیسٹی تو ہے۔ وہ</w:t>
      </w:r>
    </w:p>
    <w:p>
      <w:r>
        <w:rPr>
          <w:b/>
        </w:rPr>
        <w:t xml:space="preserve">[53:57] </w:t>
      </w:r>
      <w:r>
        <w:t>to baghair modesty ke, baghair tawazu ke, aadmi sacha sajda nahi kar sakta. to main sochta hoon ke aap theek keh rahe hain.</w:t>
      </w:r>
    </w:p>
    <w:p>
      <w:pPr>
        <w:jc w:val="right"/>
      </w:pPr>
      <w:r>
        <w:t>تو بغیر ماڈیسٹی کے، بغیر تواضع کے، آدمی سچا سجدہ نہیں کر سکتا۔ تو میں سوچتا ہوں کہ آپ ٹھیک کہہ رہے ہیں۔</w:t>
      </w:r>
    </w:p>
    <w:p>
      <w:r>
        <w:rPr>
          <w:b/>
        </w:rPr>
        <w:t xml:space="preserve">[54:07] </w:t>
      </w:r>
      <w:r>
        <w:t>aap</w:t>
      </w:r>
    </w:p>
    <w:p>
      <w:pPr>
        <w:jc w:val="right"/>
      </w:pPr>
      <w:r>
        <w:t>آپ</w:t>
      </w:r>
    </w:p>
    <w:p>
      <w:r>
        <w:rPr>
          <w:b/>
        </w:rPr>
        <w:t xml:space="preserve">[54:11] </w:t>
      </w:r>
      <w:r>
        <w:t>maulana, agla sawal lete hain jo bareilly se bheja hai sultan khan sahib ne. unhon ne likha hai: "maulana sahib, looking at such high corruption that is globally prevalent,</w:t>
      </w:r>
    </w:p>
    <w:p>
      <w:pPr>
        <w:jc w:val="right"/>
      </w:pPr>
      <w:r>
        <w:t>مولانا، اگلا سوال لیتے ہیں جو بریلی سے بھیجا ہے سلطان خان صاحب نے۔ انہوں نے لکھا ہے: "مولانا صاحب، لوکنگ ایٹ سچ ہائی کرپشن دیٹ از گلوبلی پریولنٹ،</w:t>
      </w:r>
    </w:p>
    <w:p>
      <w:r>
        <w:rPr>
          <w:b/>
        </w:rPr>
        <w:t xml:space="preserve">[54:24] </w:t>
      </w:r>
      <w:r>
        <w:t>violence being done in the name of god, all kinds of evil increasing by the day. so, can we say that doomsday is very near?</w:t>
      </w:r>
    </w:p>
    <w:p>
      <w:pPr>
        <w:jc w:val="right"/>
      </w:pPr>
      <w:r>
        <w:t>وائلنس بینگ ڈن ان دا نیم آف گاڈ، ال کائنڈز آف ایول انکریزنگ بائی دا ڈے۔ سو، کین وی سے دیٹ ڈومز ڈے از ویری نیئر؟</w:t>
      </w:r>
    </w:p>
    <w:p>
      <w:r>
        <w:rPr>
          <w:b/>
        </w:rPr>
        <w:t xml:space="preserve">[54:36] </w:t>
      </w:r>
      <w:r>
        <w:t>if yes, what should muslims make that top most priority right now?"</w:t>
      </w:r>
    </w:p>
    <w:p>
      <w:pPr>
        <w:jc w:val="right"/>
      </w:pPr>
      <w:r>
        <w:t>اف یس، واٹ شوڈ مسلمز میک دیٹ ٹاپ موسٹ پرائرٹی رائٹ ناو؟"</w:t>
      </w:r>
    </w:p>
    <w:p>
      <w:r>
        <w:rPr>
          <w:b/>
        </w:rPr>
        <w:t xml:space="preserve">[54:45] </w:t>
      </w:r>
      <w:r>
        <w:t>dekhen, kisi ko yeh kehne ka haq nahi hai ke doomsday is very near, is liye ke quran mein saaf saaf elaan hai: "la tatikum illa baghtah".</w:t>
      </w:r>
    </w:p>
    <w:p>
      <w:pPr>
        <w:jc w:val="right"/>
      </w:pPr>
      <w:r>
        <w:t>دیکھیں، کسی کو یہ کہنے کا حق نہیں ہے کہ ڈومز ڈے از ویری نیئر، اس لیے کہ قرآن میں صاف صاف اعلان ہے: "لا تاتیکم الا بختہ"۔</w:t>
      </w:r>
    </w:p>
    <w:p>
      <w:r>
        <w:rPr>
          <w:b/>
        </w:rPr>
        <w:t xml:space="preserve">[55:02] </w:t>
      </w:r>
      <w:r>
        <w:t>yeh saatvi sadi, isi ke first quarter mein quran utra tha. us waqt elaan kiya gaya: "la tatikum illa baghtah".</w:t>
      </w:r>
    </w:p>
    <w:p>
      <w:pPr>
        <w:jc w:val="right"/>
      </w:pPr>
      <w:r>
        <w:t>یہ ساتویں صدی، اسی کے فرسٹ کوارٹر میں قرآن اترا تھا۔ اس وقت اعلان کیا گیا: "لا تاتیکم الا بختہ"۔</w:t>
      </w:r>
    </w:p>
    <w:p>
      <w:r>
        <w:rPr>
          <w:b/>
        </w:rPr>
        <w:t xml:space="preserve">[55:13] </w:t>
      </w:r>
      <w:r>
        <w:t>qayamat aaye gi achaanak hi, suddenly. to kisi ko haq nahi hai kehne ka. jab yaani chaudah sau saal ho gaye, abhi qayamat nahi aayi.</w:t>
      </w:r>
    </w:p>
    <w:p>
      <w:pPr>
        <w:jc w:val="right"/>
      </w:pPr>
      <w:r>
        <w:t>قیامت آئے گی اچانک ہی، سڈنلی۔ تو کسی کو حق نہیں ہے کہنے کا۔ جب یعنی چودہ سو سال ہو گئے، ابھی قیامت نہیں آئی۔</w:t>
      </w:r>
    </w:p>
    <w:p>
      <w:r>
        <w:rPr>
          <w:b/>
        </w:rPr>
        <w:t xml:space="preserve">[55:30] </w:t>
      </w:r>
      <w:r>
        <w:t>agarche quran mein tha ke bohat aaye gi, to abhi qayamat kab tak na aaye? kab tak allah taala ko manzoor ho ke is ko roka jaye?</w:t>
      </w:r>
    </w:p>
    <w:p>
      <w:pPr>
        <w:jc w:val="right"/>
      </w:pPr>
      <w:r>
        <w:t>اگرچہ قرآن میں تھا کہ بہت آئے گی، تو ابھی قیامت کب تک نہ آئے؟ کب تک اللہ تعالی کو منظور ہو کہ اس کو روکا جائے؟</w:t>
      </w:r>
    </w:p>
    <w:p>
      <w:r>
        <w:rPr>
          <w:b/>
        </w:rPr>
        <w:t xml:space="preserve">[55:41] </w:t>
      </w:r>
      <w:r>
        <w:t>to yeh kisi ko kehne ka haq nahi hai.</w:t>
      </w:r>
    </w:p>
    <w:p>
      <w:pPr>
        <w:jc w:val="right"/>
      </w:pPr>
      <w:r>
        <w:t>تو یہ کسی کو کہنے کا حق نہیں ہے۔</w:t>
      </w:r>
    </w:p>
    <w:p>
      <w:r>
        <w:rPr>
          <w:b/>
        </w:rPr>
        <w:t xml:space="preserve">[55:47] </w:t>
      </w:r>
      <w:r>
        <w:t>aur maulana, abhi musalmanon ko top most priority kya lena chahiye? is ke bare mein aap ki kya guidance hogi? sirf dawat, aur dawat ka mani hai nafrat chhodna,</w:t>
      </w:r>
    </w:p>
    <w:p>
      <w:pPr>
        <w:jc w:val="right"/>
      </w:pPr>
      <w:r>
        <w:t>اور مولانا، ابھی مسلمانوں کو ٹاپ موسٹ پرائرٹی کیا لینا چاہیے؟ اس کے بارے میں آپ کی کیا گائیڈنس ہوگی؟ صرف دعوت، اور دعوت کا معنی ہے نفرت چھوڑنا،</w:t>
      </w:r>
    </w:p>
    <w:p>
      <w:r>
        <w:rPr>
          <w:b/>
        </w:rPr>
        <w:t xml:space="preserve">[56:01] </w:t>
      </w:r>
      <w:r>
        <w:t>tashaddud chhodna, society babing chhodna, pathar marna nahi chhodna, qaumon ko apna dost samajhna, insan friendly behaviour apnana,</w:t>
      </w:r>
    </w:p>
    <w:p>
      <w:pPr>
        <w:jc w:val="right"/>
      </w:pPr>
      <w:r>
        <w:t>تشدد چھوڑنا، سوسائٹی بابنگ چھوڑنا، پتھر مارنا نہیں چھوڑنا، قوموں کو اپنا دوست سمجھنا، انسان فرینڈلی بیہیویئر اپنانا،</w:t>
      </w:r>
    </w:p>
    <w:p>
      <w:r>
        <w:rPr>
          <w:b/>
        </w:rPr>
        <w:t xml:space="preserve">[56:15] </w:t>
      </w:r>
      <w:r>
        <w:t>aur quran ko phailana. bas.</w:t>
      </w:r>
    </w:p>
    <w:p>
      <w:pPr>
        <w:jc w:val="right"/>
      </w:pPr>
      <w:r>
        <w:t>اور قرآن کو پھیلانا۔ بس۔</w:t>
      </w:r>
    </w:p>
    <w:p>
      <w:r>
        <w:rPr>
          <w:b/>
        </w:rPr>
        <w:t xml:space="preserve">[56:21] </w:t>
      </w:r>
      <w:r>
        <w:t>Maulana, agla sawal lene se pehle do comment padhna chahenge. Kashmir se Aamir Mori sahab ne comment likha hai: "My learning from today's lecture is that our thought process about Islam has become the biggest interruption in making others understand the creation plan of God.</w:t>
      </w:r>
    </w:p>
    <w:p>
      <w:pPr>
        <w:jc w:val="right"/>
      </w:pPr>
      <w:r>
        <w:t>مولانا، اگلا سوال لینے سے پہلے دو کمنٹ پڑھنا چاہیں گے۔ کشمیر سے عامر موری صاحب نے کمنٹ لکھا ہے: "مائی لرننگ فرام ٹوڈے لیکچر از دیٹ اور تھاٹ پروسیس اباؤٹ اسلام ہیز بیکم دا بگسٹ انٹرپشن ان میکنگ ادر انڈرسٹینڈ دا کریشن پلان آف گاڈ۔</w:t>
      </w:r>
    </w:p>
    <w:p>
      <w:r>
        <w:rPr>
          <w:b/>
        </w:rPr>
        <w:t xml:space="preserve">[56:42] </w:t>
      </w:r>
      <w:r>
        <w:t>you rightly said maulana that we need to introspect and replan our course of action. thanks for such a thrilling lecture." azhar mubarak sahab ne bhagalpur se likha hai: "you have rightly said that science exposes the divinity of nature.</w:t>
      </w:r>
    </w:p>
    <w:p>
      <w:pPr>
        <w:jc w:val="right"/>
      </w:pPr>
      <w:r>
        <w:t>یو رائٹلی سیڈ مولانا دیٹ وی نیڈ ٹو انٹروسپیکٹ اینڈ ری پلان اور کورس آف ایکشن۔ تھینکس فار سچ ا تھرلنگ لیکچر۔" اظہر مبارک صاحب نے بھاگلپور سے لکھا ہے: "یو ہیو رائٹلی سیڈ دیٹ سائنس ایکسپوز دا ڈیوینیٹی آف نیچر۔</w:t>
      </w:r>
    </w:p>
    <w:p>
      <w:r>
        <w:rPr>
          <w:b/>
        </w:rPr>
        <w:t xml:space="preserve">[57:03] </w:t>
      </w:r>
      <w:r>
        <w:t>what a discovery!</w:t>
      </w:r>
    </w:p>
    <w:p>
      <w:pPr>
        <w:jc w:val="right"/>
      </w:pPr>
      <w:r>
        <w:t>واٹ ا ڈسکوری!</w:t>
      </w:r>
    </w:p>
    <w:p>
      <w:r>
        <w:rPr>
          <w:b/>
        </w:rPr>
        <w:t xml:space="preserve">[57:05] </w:t>
      </w:r>
      <w:r>
        <w:t>I have been thinking madly till today about what is science and what is its role in the context of truth.</w:t>
      </w:r>
    </w:p>
    <w:p>
      <w:pPr>
        <w:jc w:val="right"/>
      </w:pPr>
      <w:r>
        <w:t>آئی ہیو بین تھنکنگ میڈلی ٹل ٹوڈے اباؤٹ واٹ از سائنس اینڈ واٹ از اٹس رول ان دی کانٹیکسٹ آف ٹروتھ۔</w:t>
      </w:r>
    </w:p>
    <w:p>
      <w:r>
        <w:rPr>
          <w:b/>
        </w:rPr>
        <w:t xml:space="preserve">[57:14] </w:t>
      </w:r>
      <w:r>
        <w:t>but its only your thought that gives me intellectual relaxation. now science itself gives us a non human understanding framework to establish monotheism." maulana, agla sawal farooq sahab ne bheja hai dubai se.</w:t>
      </w:r>
    </w:p>
    <w:p>
      <w:pPr>
        <w:jc w:val="right"/>
      </w:pPr>
      <w:r>
        <w:t>بٹ اٹس اونلی یور تھاٹ دیٹ گیوز می انٹلیکچول ریلیکسیشن۔ ناؤ سائنس اٹ سیلف گیوز اس ا نون ہیومن انڈرسٹینڈنگ فریم ورک ٹو اسٹیبلش مونوتھیزم۔" مولانا، اگلا سوال فاروق صاحب نے بھیجا ہے دبئی سے۔</w:t>
      </w:r>
    </w:p>
    <w:p>
      <w:r>
        <w:rPr>
          <w:b/>
        </w:rPr>
        <w:t xml:space="preserve">[57:31] </w:t>
      </w:r>
      <w:r>
        <w:t>unhone likha hai: "maulana, you he</w:t>
      </w:r>
    </w:p>
    <w:p>
      <w:pPr>
        <w:jc w:val="right"/>
      </w:pPr>
      <w:r>
        <w:t>انہوں نے لکھا ہے: "مولانا، یو ہی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