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Importance of Positive Attitude | November 01, 2007</w:t>
      </w:r>
    </w:p>
    <w:p>
      <w:r>
        <w:t>https://www.youtube.com/watch?v=r4zLbCBxPyc</w:t>
      </w:r>
    </w:p>
    <w:p>
      <w:r>
        <w:rPr>
          <w:b/>
        </w:rPr>
        <w:t xml:space="preserve">[00:13] </w:t>
      </w:r>
      <w:r>
        <w:t>bismillah rahman rahim, wa salallahu ala nabiyil karim.</w:t>
      </w:r>
    </w:p>
    <w:p>
      <w:pPr>
        <w:jc w:val="right"/>
      </w:pPr>
      <w:r>
        <w:t>بسم اللہ الرحمن الرحیم، وصلی اللہ علی النبی الکریم۔</w:t>
      </w:r>
    </w:p>
    <w:p>
      <w:r>
        <w:rPr>
          <w:b/>
        </w:rPr>
        <w:t xml:space="preserve">[00:23] </w:t>
      </w:r>
      <w:r>
        <w:t>rab ishrah li sadri, wa yassir li amri, wahul uqdatan min lisani, yafqahu qawli.</w:t>
      </w:r>
    </w:p>
    <w:p>
      <w:pPr>
        <w:jc w:val="right"/>
      </w:pPr>
      <w:r>
        <w:t>رب اشرح لی صدری، ویسر لی امری، واحل العقدۃ من لسانی، یفقہ قولی۔</w:t>
      </w:r>
    </w:p>
    <w:p>
      <w:r>
        <w:rPr>
          <w:b/>
        </w:rPr>
        <w:t xml:space="preserve">[00:33] </w:t>
      </w:r>
      <w:r>
        <w:t>aaj ki baat ka topic hai "The Imp</w:t>
      </w:r>
    </w:p>
    <w:p>
      <w:pPr>
        <w:jc w:val="right"/>
      </w:pPr>
      <w:r>
        <w:t>آج کی بات کا ٹاپک ہے "The Imp</w:t>
      </w:r>
    </w:p>
    <w:p>
      <w:r>
        <w:rPr>
          <w:b/>
        </w:rPr>
        <w:t xml:space="preserve">[00:43] </w:t>
      </w:r>
      <w:r>
        <w:t>"Importance of Positive Attitude" yani musbat tarz-e fikr ki ahmiyat.</w:t>
      </w:r>
    </w:p>
    <w:p>
      <w:pPr>
        <w:jc w:val="right"/>
      </w:pPr>
      <w:r>
        <w:t>ortance of Positive Attitude" یعنی مثبت طرز فکر کی اہمیت۔</w:t>
      </w:r>
    </w:p>
    <w:p>
      <w:r>
        <w:rPr>
          <w:b/>
        </w:rPr>
        <w:t xml:space="preserve">[00:53] </w:t>
      </w:r>
      <w:r>
        <w:t>مثبت طرز فکر یا Positive Attitude زندگی میں سب سے زیادہ important چیز ہے۔</w:t>
      </w:r>
    </w:p>
    <w:p>
      <w:pPr>
        <w:jc w:val="right"/>
      </w:pPr>
      <w:r>
        <w:t>مثبت طرز فکر یا Positive Attitude زندگی میں سب سے زیادہ Important چیز ہے۔</w:t>
      </w:r>
    </w:p>
    <w:p>
      <w:r>
        <w:rPr>
          <w:b/>
        </w:rPr>
        <w:t xml:space="preserve">[01:03] </w:t>
      </w:r>
      <w:r>
        <w:t>mein samajhta hoon ke sari doosri jo achhi baatein hain</w:t>
      </w:r>
    </w:p>
    <w:p>
      <w:pPr>
        <w:jc w:val="right"/>
      </w:pPr>
      <w:r>
        <w:t>میں سمجھتا ہوں کہ ساری دوسری جو اچھی باتیں ہیں</w:t>
      </w:r>
    </w:p>
    <w:p>
      <w:r>
        <w:rPr>
          <w:b/>
        </w:rPr>
        <w:t xml:space="preserve">[01:13] </w:t>
      </w:r>
      <w:r>
        <w:t>woh sab isi se nikalti hain.</w:t>
      </w:r>
    </w:p>
    <w:p>
      <w:pPr>
        <w:jc w:val="right"/>
      </w:pPr>
      <w:r>
        <w:t>وہ سب اسی سے نکلتی ہیں۔</w:t>
      </w:r>
    </w:p>
    <w:p>
      <w:r>
        <w:rPr>
          <w:b/>
        </w:rPr>
        <w:t xml:space="preserve">[01:19] </w:t>
      </w:r>
      <w:r>
        <w:t>yani positive attitude nahi to koi doosri achhai bhi nahi.</w:t>
      </w:r>
    </w:p>
    <w:p>
      <w:pPr>
        <w:jc w:val="right"/>
      </w:pPr>
      <w:r>
        <w:t>یعنی Positive Attitude نہیں تو کوئی دوسری اچھائی بھی نہیں۔</w:t>
      </w:r>
    </w:p>
    <w:p>
      <w:r>
        <w:rPr>
          <w:b/>
        </w:rPr>
        <w:t xml:space="preserve">[01:25] </w:t>
      </w:r>
      <w:r>
        <w:t>aadmi dunya mein bhi fail hai aur akhirat mein bhi fail hai.</w:t>
      </w:r>
    </w:p>
    <w:p>
      <w:pPr>
        <w:jc w:val="right"/>
      </w:pPr>
      <w:r>
        <w:t>آدمی دنیا میں بھی Fail ہے اور آخرت میں بھی Fail ہے۔</w:t>
      </w:r>
    </w:p>
    <w:p>
      <w:r>
        <w:rPr>
          <w:b/>
        </w:rPr>
        <w:t xml:space="preserve">[01:31] </w:t>
      </w:r>
      <w:r>
        <w:t>mein samajhta hoon ke yeh koi do formula nahi hai.</w:t>
      </w:r>
    </w:p>
    <w:p>
      <w:pPr>
        <w:jc w:val="right"/>
      </w:pPr>
      <w:r>
        <w:t>میں سمجھتا ہوں کہ یہ کوئی دو فارمولا نہیں ہے۔</w:t>
      </w:r>
    </w:p>
    <w:p>
      <w:r>
        <w:rPr>
          <w:b/>
        </w:rPr>
        <w:t xml:space="preserve">[01:37] </w:t>
      </w:r>
      <w:r>
        <w:t>yani zindagi jo hai khuda ne baanti hai do period mein: pre-death</w:t>
      </w:r>
    </w:p>
    <w:p>
      <w:pPr>
        <w:jc w:val="right"/>
      </w:pPr>
      <w:r>
        <w:t>یعنی زندگی جو ہے خدا نے بانٹی ہے دو Period میں: Pre-Death</w:t>
      </w:r>
    </w:p>
    <w:p>
      <w:r>
        <w:rPr>
          <w:b/>
        </w:rPr>
        <w:t xml:space="preserve">[01:43] </w:t>
      </w:r>
      <w:r>
        <w:t>period aur post-death period.</w:t>
      </w:r>
    </w:p>
    <w:p>
      <w:pPr>
        <w:jc w:val="right"/>
      </w:pPr>
      <w:r>
        <w:t>Period اور Post-Death Period۔</w:t>
      </w:r>
    </w:p>
    <w:p>
      <w:r>
        <w:rPr>
          <w:b/>
        </w:rPr>
        <w:t xml:space="preserve">[01:49] </w:t>
      </w:r>
      <w:r>
        <w:t>to jahan tak mein samajhta hoon ke dono hi period ka jo formula hai kamyabi ka woh ek hai.</w:t>
      </w:r>
    </w:p>
    <w:p>
      <w:pPr>
        <w:jc w:val="right"/>
      </w:pPr>
      <w:r>
        <w:t>تو جہاں تک میں سمجھتا ہوں کہ دونوں ہی Period کا جو فارمولا ہے کامیابی کا وہ ایک ہے۔</w:t>
      </w:r>
    </w:p>
    <w:p>
      <w:r>
        <w:rPr>
          <w:b/>
        </w:rPr>
        <w:t xml:space="preserve">[01:55] </w:t>
      </w:r>
      <w:r>
        <w:t>woh hai Positive Attitude ya musbat tarz-e-fikr.</w:t>
      </w:r>
    </w:p>
    <w:p>
      <w:pPr>
        <w:jc w:val="right"/>
      </w:pPr>
      <w:r>
        <w:t>وہ ہے Positive Attitude یا مثبت طرز فکر۔</w:t>
      </w:r>
    </w:p>
    <w:p>
      <w:r>
        <w:rPr>
          <w:b/>
        </w:rPr>
        <w:t xml:space="preserve">[02:01] </w:t>
      </w:r>
      <w:r>
        <w:t>ab dekhen ke Positive Attitude kya hai.</w:t>
      </w:r>
    </w:p>
    <w:p>
      <w:pPr>
        <w:jc w:val="right"/>
      </w:pPr>
      <w:r>
        <w:t>اب دیکھیں کہ Positive Attitude کیا ہے۔</w:t>
      </w:r>
    </w:p>
    <w:p>
      <w:r>
        <w:rPr>
          <w:b/>
        </w:rPr>
        <w:t xml:space="preserve">[02:07] </w:t>
      </w:r>
      <w:r>
        <w:t>main ne is par bohat ghor kiya.</w:t>
      </w:r>
    </w:p>
    <w:p>
      <w:pPr>
        <w:jc w:val="right"/>
      </w:pPr>
      <w:r>
        <w:t>میں نے اس پر بہت غور کیا۔</w:t>
      </w:r>
    </w:p>
    <w:p>
      <w:r>
        <w:rPr>
          <w:b/>
        </w:rPr>
        <w:t xml:space="preserve">[02:14] </w:t>
      </w:r>
      <w:r>
        <w:t>to meri samajh mein aaya ke positive attitude sach poochhen to naam hai "attitude of" yani avoidance ka. attitude of avoidance, avoid karna. is ko quran mein aaraaz kaha gaya hai. aaraaz. aaraaz ka matlab hai avoid kar</w:t>
      </w:r>
    </w:p>
    <w:p>
      <w:pPr>
        <w:jc w:val="right"/>
      </w:pPr>
      <w:r>
        <w:t>تو میری سمجھ میں آیا کہ Positive Attitude سچ پوچھیں تو نام ہے "Attitude of" یعنی Avoidance کا۔ Attitude of Avoidance، Avoid کرنا۔ اس کو قرآن میں اعراض کہا گیا ہے۔ اعراض۔ اعراض کا مطلب ہے Avoid کر</w:t>
      </w:r>
    </w:p>
    <w:p>
      <w:r>
        <w:rPr>
          <w:b/>
        </w:rPr>
        <w:t xml:space="preserve">[02:44] </w:t>
      </w:r>
      <w:r>
        <w:t>na, nazar andaaz karna.</w:t>
      </w:r>
    </w:p>
    <w:p>
      <w:pPr>
        <w:jc w:val="right"/>
      </w:pPr>
      <w:r>
        <w:t>نا، نظر انداز کرنا۔</w:t>
      </w:r>
    </w:p>
    <w:p>
      <w:r>
        <w:rPr>
          <w:b/>
        </w:rPr>
        <w:t xml:space="preserve">[02:49] </w:t>
      </w:r>
      <w:r>
        <w:t>to Positive Attitude ka matlab hai "Attitude of Avoidance".</w:t>
      </w:r>
    </w:p>
    <w:p>
      <w:pPr>
        <w:jc w:val="right"/>
      </w:pPr>
      <w:r>
        <w:t>تو Positive Attitude کا مطلب ہے "Attitude of Avoidance"۔</w:t>
      </w:r>
    </w:p>
    <w:p>
      <w:r>
        <w:rPr>
          <w:b/>
        </w:rPr>
        <w:t xml:space="preserve">[02:54] </w:t>
      </w:r>
      <w:r>
        <w:t>yeh bohat hi zyada Important cheez hai.</w:t>
      </w:r>
    </w:p>
    <w:p>
      <w:pPr>
        <w:jc w:val="right"/>
      </w:pPr>
      <w:r>
        <w:t>یہ بہت ہی زیادہ Important چیز ہے۔</w:t>
      </w:r>
    </w:p>
    <w:p>
      <w:r>
        <w:rPr>
          <w:b/>
        </w:rPr>
        <w:t xml:space="preserve">[02:59] </w:t>
      </w:r>
      <w:r>
        <w:t>kyun? is liye ke Khuda ne hum ko jis dunya mein banaya hai woh aisi dunya hai jahan</w:t>
      </w:r>
    </w:p>
    <w:p>
      <w:pPr>
        <w:jc w:val="right"/>
      </w:pPr>
      <w:r>
        <w:t>کیوں؟ اس لیے کہ خدا نے ہم کو جس دنیا میں بنایا ہے وہ ایسی دنیا ہے جہاں</w:t>
      </w:r>
    </w:p>
    <w:p>
      <w:r>
        <w:rPr>
          <w:b/>
        </w:rPr>
        <w:t xml:space="preserve">[03:04] </w:t>
      </w:r>
      <w:r>
        <w:t>har insaan ko Freedom diya gaya hai.</w:t>
      </w:r>
    </w:p>
    <w:p>
      <w:pPr>
        <w:jc w:val="right"/>
      </w:pPr>
      <w:r>
        <w:t>ہر انسان کو Freedom دیا گیا ہے۔</w:t>
      </w:r>
    </w:p>
    <w:p>
      <w:r>
        <w:rPr>
          <w:b/>
        </w:rPr>
        <w:t xml:space="preserve">[03:09] </w:t>
      </w:r>
      <w:r>
        <w:t>Freedom, har insaan ko.</w:t>
      </w:r>
    </w:p>
    <w:p>
      <w:pPr>
        <w:jc w:val="right"/>
      </w:pPr>
      <w:r>
        <w:t>Freedom، ہر انسان کو۔</w:t>
      </w:r>
    </w:p>
    <w:p>
      <w:r>
        <w:rPr>
          <w:b/>
        </w:rPr>
        <w:t xml:space="preserve">[03:14] </w:t>
      </w:r>
      <w:r>
        <w:t>jab aap Freedom dete hain insaan ko to zahir hai ke woh jaise chahega waise istemal karega.</w:t>
      </w:r>
    </w:p>
    <w:p>
      <w:pPr>
        <w:jc w:val="right"/>
      </w:pPr>
      <w:r>
        <w:t>جب آپ Freedom دیتے ہیں انسان کو تو ظاہر ہے کہ وہ جیسے چاہے گا ویسے استعمال کرے گا۔</w:t>
      </w:r>
    </w:p>
    <w:p>
      <w:r>
        <w:rPr>
          <w:b/>
        </w:rPr>
        <w:t xml:space="preserve">[03:20] </w:t>
      </w:r>
      <w:r>
        <w:t>hum se poochne to aaye ga nahi woh.</w:t>
      </w:r>
    </w:p>
    <w:p>
      <w:pPr>
        <w:jc w:val="right"/>
      </w:pPr>
      <w:r>
        <w:t>ہم سے پوچھنے تو آئے گا نہیں وہ۔</w:t>
      </w:r>
    </w:p>
    <w:p>
      <w:r>
        <w:rPr>
          <w:b/>
        </w:rPr>
        <w:t xml:space="preserve">[03:26] </w:t>
      </w:r>
      <w:r>
        <w:t>to isi ka yeh nateeja hai ke tareekh mein aur har samaj mein hamesha yeh hua hai ke</w:t>
      </w:r>
    </w:p>
    <w:p>
      <w:pPr>
        <w:jc w:val="right"/>
      </w:pPr>
      <w:r>
        <w:t>تو اسی کا یہ نتیجہ ہے کہ تاریخ میں اور ہر سماج میں ہمیشہ یہ ہوا ہے کہ</w:t>
      </w:r>
    </w:p>
    <w:p>
      <w:r>
        <w:rPr>
          <w:b/>
        </w:rPr>
        <w:t xml:space="preserve">[03:32] </w:t>
      </w:r>
      <w:r>
        <w:t>logon ke liye hamesha bohat si cheezen aisi hoti hain jis ko woh pasand nahi karte.</w:t>
      </w:r>
    </w:p>
    <w:p>
      <w:pPr>
        <w:jc w:val="right"/>
      </w:pPr>
      <w:r>
        <w:t>لوگوں کے لیے ہمیشہ بہت سی چیزیں ایسی ہوتی ہیں جس کو وہ پسند نہیں کرتے۔</w:t>
      </w:r>
    </w:p>
    <w:p>
      <w:r>
        <w:rPr>
          <w:b/>
        </w:rPr>
        <w:t xml:space="preserve">[03:38] </w:t>
      </w:r>
      <w:r>
        <w:t>yaani Unpleasant Situation.</w:t>
      </w:r>
    </w:p>
    <w:p>
      <w:pPr>
        <w:jc w:val="right"/>
      </w:pPr>
      <w:r>
        <w:t>یعنی Unpleasant Situation۔</w:t>
      </w:r>
    </w:p>
    <w:p>
      <w:r>
        <w:rPr>
          <w:b/>
        </w:rPr>
        <w:t xml:space="preserve">[03:44] </w:t>
      </w:r>
      <w:r>
        <w:t>koi bhi dunya mein aisa insaan nahi guzra, na woh King ho, chahe aam aadmi ho, Poor ho</w:t>
      </w:r>
    </w:p>
    <w:p>
      <w:pPr>
        <w:jc w:val="right"/>
      </w:pPr>
      <w:r>
        <w:t>کوئی بھی دنیا میں ایسا انسان نہیں گزرا، نہ وہ King ہو، چاہے عام آدمی ہو، Poor ہو</w:t>
      </w:r>
    </w:p>
    <w:p>
      <w:r>
        <w:rPr>
          <w:b/>
        </w:rPr>
        <w:t xml:space="preserve">[03:49] </w:t>
      </w:r>
      <w:r>
        <w:t>ya Rich ho, jis ko Unpleasant Situation pesh na aati ho.</w:t>
      </w:r>
    </w:p>
    <w:p>
      <w:pPr>
        <w:jc w:val="right"/>
      </w:pPr>
      <w:r>
        <w:t>یا Rich ہو، جس کو Unpleasant Situation پیش نہ آتی ہو۔</w:t>
      </w:r>
    </w:p>
    <w:p>
      <w:r>
        <w:rPr>
          <w:b/>
        </w:rPr>
        <w:t xml:space="preserve">[03:54] </w:t>
      </w:r>
      <w:r>
        <w:t>yeh hota hi hota hai.</w:t>
      </w:r>
    </w:p>
    <w:p>
      <w:pPr>
        <w:jc w:val="right"/>
      </w:pPr>
      <w:r>
        <w:t>یہ ہوتا ہی ہوتا ہے۔</w:t>
      </w:r>
    </w:p>
    <w:p>
      <w:r>
        <w:rPr>
          <w:b/>
        </w:rPr>
        <w:t xml:space="preserve">[03:59] </w:t>
      </w:r>
      <w:r>
        <w:t>kyun ke insaan apni aazadi ko apne lihaaz se istemal karega.</w:t>
      </w:r>
    </w:p>
    <w:p>
      <w:pPr>
        <w:jc w:val="right"/>
      </w:pPr>
      <w:r>
        <w:t>کیونکہ انسان اپنی آزادی کو اپنے لحاظ سے استعمال کرے گا۔</w:t>
      </w:r>
    </w:p>
    <w:p>
      <w:r>
        <w:rPr>
          <w:b/>
        </w:rPr>
        <w:t xml:space="preserve">[04:04] </w:t>
      </w:r>
      <w:r>
        <w:t>jaise chahega waise karega.</w:t>
      </w:r>
    </w:p>
    <w:p>
      <w:pPr>
        <w:jc w:val="right"/>
      </w:pPr>
      <w:r>
        <w:t>جیسے چاہے گا ویسے کرے گا۔</w:t>
      </w:r>
    </w:p>
    <w:p>
      <w:r>
        <w:rPr>
          <w:b/>
        </w:rPr>
        <w:t xml:space="preserve">[04:09] </w:t>
      </w:r>
      <w:r>
        <w:t>to jaise chahega waise karega, woh aap ke F</w:t>
      </w:r>
    </w:p>
    <w:p>
      <w:pPr>
        <w:jc w:val="right"/>
      </w:pPr>
      <w:r>
        <w:t>تو جیسے چاہے گا ویسے کرے گا، وہ آپ کے F</w:t>
      </w:r>
    </w:p>
    <w:p>
      <w:r>
        <w:rPr>
          <w:b/>
        </w:rPr>
        <w:t xml:space="preserve">[04:14] </w:t>
      </w:r>
      <w:r>
        <w:t>avor mein nahi jaye ga.</w:t>
      </w:r>
    </w:p>
    <w:p>
      <w:pPr>
        <w:jc w:val="right"/>
      </w:pPr>
      <w:r>
        <w:t>avor میں نہیں جائے گا۔</w:t>
      </w:r>
    </w:p>
    <w:p>
      <w:r>
        <w:rPr>
          <w:b/>
        </w:rPr>
        <w:t xml:space="preserve">[04:18] </w:t>
      </w:r>
      <w:r>
        <w:t>آپ کے favor میں نہیں جائے گا تو آپ غصہ ہوں گے، آپ provoke ہوں گے۔</w:t>
      </w:r>
    </w:p>
    <w:p>
      <w:pPr>
        <w:jc w:val="right"/>
      </w:pPr>
      <w:r>
        <w:t>آپ کے Favor میں نہیں جائے گا تو آپ غصہ ہوں گے، آپ Provoke ہوں گے۔</w:t>
      </w:r>
    </w:p>
    <w:p>
      <w:r>
        <w:rPr>
          <w:b/>
        </w:rPr>
        <w:t xml:space="preserve">[04:22] </w:t>
      </w:r>
      <w:r>
        <w:t>yeh hona hi hona hai.</w:t>
      </w:r>
    </w:p>
    <w:p>
      <w:pPr>
        <w:jc w:val="right"/>
      </w:pPr>
      <w:r>
        <w:t>یہ ہونا ہی ہونا ہے۔</w:t>
      </w:r>
    </w:p>
    <w:p>
      <w:r>
        <w:rPr>
          <w:b/>
        </w:rPr>
        <w:t xml:space="preserve">[04:26] </w:t>
      </w:r>
      <w:r>
        <w:t>jis tarah se phool ke saath har Branch par kaanta hota hai, aisa hi har samaj mein hamesha</w:t>
      </w:r>
    </w:p>
    <w:p>
      <w:pPr>
        <w:jc w:val="right"/>
      </w:pPr>
      <w:r>
        <w:t>جس طرح سے پھول کے ساتھ ہر Branch پر کانٹا ہوتا ہے، ایسا ہی ہر سماج میں ہمیشہ</w:t>
      </w:r>
    </w:p>
    <w:p>
      <w:r>
        <w:rPr>
          <w:b/>
        </w:rPr>
        <w:t xml:space="preserve">[04:30] </w:t>
      </w:r>
      <w:r>
        <w:t>phool aur kaante dono maujood rehte hain.</w:t>
      </w:r>
    </w:p>
    <w:p>
      <w:pPr>
        <w:jc w:val="right"/>
      </w:pPr>
      <w:r>
        <w:t>پھول اور کانٹے دونوں موجود رہتے ہیں۔</w:t>
      </w:r>
    </w:p>
    <w:p>
      <w:r>
        <w:rPr>
          <w:b/>
        </w:rPr>
        <w:t xml:space="preserve">[04:33] </w:t>
      </w:r>
      <w:r>
        <w:t>yaani achhi baaten hain, buri baaten hain.</w:t>
      </w:r>
    </w:p>
    <w:p>
      <w:pPr>
        <w:jc w:val="right"/>
      </w:pPr>
      <w:r>
        <w:t>یعنی اچھی باتیں ہیں، بری باتیں ہیں۔</w:t>
      </w:r>
    </w:p>
    <w:p>
      <w:r>
        <w:rPr>
          <w:b/>
        </w:rPr>
        <w:t xml:space="preserve">[04:37] </w:t>
      </w:r>
      <w:r>
        <w:t>Pleasant Situation، Unpleasant Situation۔</w:t>
      </w:r>
    </w:p>
    <w:p>
      <w:pPr>
        <w:jc w:val="right"/>
      </w:pPr>
      <w:r>
        <w:t>Pleasant Situation، Unpleasant Situation۔</w:t>
      </w:r>
    </w:p>
    <w:p>
      <w:r>
        <w:rPr>
          <w:b/>
        </w:rPr>
        <w:t xml:space="preserve">[04:41] </w:t>
      </w:r>
      <w:r>
        <w:t>koi bhi insan</w:t>
      </w:r>
    </w:p>
    <w:p>
      <w:pPr>
        <w:jc w:val="right"/>
      </w:pPr>
      <w:r>
        <w:t>کوئی بھی انسان</w:t>
      </w:r>
    </w:p>
    <w:p>
      <w:r>
        <w:rPr>
          <w:b/>
        </w:rPr>
        <w:t xml:space="preserve">[04:45] </w:t>
      </w:r>
      <w:r>
        <w:t>is se apne aap ko Exempt nahi kar sakta۔</w:t>
      </w:r>
    </w:p>
    <w:p>
      <w:pPr>
        <w:jc w:val="right"/>
      </w:pPr>
      <w:r>
        <w:t>اس سے اپنے آپ کو Exempt نہیں کر سکتا۔</w:t>
      </w:r>
    </w:p>
    <w:p>
      <w:r>
        <w:rPr>
          <w:b/>
        </w:rPr>
        <w:t xml:space="preserve">[04:52] </w:t>
      </w:r>
      <w:r>
        <w:t>ab bas yeh hai ke is mein kya kya jaye؟ agar aap har burai se larein to kya</w:t>
      </w:r>
    </w:p>
    <w:p>
      <w:pPr>
        <w:jc w:val="right"/>
      </w:pPr>
      <w:r>
        <w:t>اب بس یہ ہے کہ اس میں کیا کیا جائے؟ اگر آپ ہر برائی سے لڑیں تو کیا</w:t>
      </w:r>
    </w:p>
    <w:p>
      <w:r>
        <w:rPr>
          <w:b/>
        </w:rPr>
        <w:t xml:space="preserve">[05:00] </w:t>
      </w:r>
      <w:r>
        <w:t>hoga؟ aap is ko khatam to kar nahi payenge، apna waqt Waste karenge۔</w:t>
      </w:r>
    </w:p>
    <w:p>
      <w:pPr>
        <w:jc w:val="right"/>
      </w:pPr>
      <w:r>
        <w:t>ہوگا؟ آپ اس کو ختم تو کر نہیں پائیں گے، اپنا وقت Waste کریں گے۔</w:t>
      </w:r>
    </w:p>
    <w:p>
      <w:r>
        <w:rPr>
          <w:b/>
        </w:rPr>
        <w:t xml:space="preserve">[05:07] </w:t>
      </w:r>
      <w:r>
        <w:t>buraiyon se ladna aisa hi hai jaise ke gulab ke phool se، gulab ke darakht se kaan</w:t>
      </w:r>
    </w:p>
    <w:p>
      <w:pPr>
        <w:jc w:val="right"/>
      </w:pPr>
      <w:r>
        <w:t>برائیوں سے لڑنا ایسا ہی ہے جیسے کہ گلاب کے پھول سے، گلاب کے درخت سے کان</w:t>
      </w:r>
    </w:p>
    <w:p>
      <w:r>
        <w:rPr>
          <w:b/>
        </w:rPr>
        <w:t xml:space="preserve">[05:15] </w:t>
      </w:r>
      <w:r>
        <w:t>ton ko todna. aap gulab ka phool chahte hain, kanta nahi chahte. ab aap yeh karen ke us ke saare kante toden. to dobara jo aap ped lagayenge us mein phir kante niklenge. hazar baras tak aap yahi karte rahenge. yani ek gulab ka ped phenkenge aap ke us mein kante the. aur doosra layenge to</w:t>
      </w:r>
    </w:p>
    <w:p>
      <w:pPr>
        <w:jc w:val="right"/>
      </w:pPr>
      <w:r>
        <w:t>ٹوں کو توڑنا۔ آپ گلاب کا پھول چاہتے ہیں، کانٹا نہیں چاہتے۔ اب آپ یہ کریں کہ اس کے سارے کانٹے توڑیں۔ تو دوبارہ جو آپ پیڑ لگائیں گے اس میں پھر کانٹے نکلیں گے۔ ہزار برس تک آپ یہی کرتے رہیں گے۔ یعنی ایک گلاب کا پیڑ پھینکیں گے آپ کے اس میں کانٹے تھے۔ اور دوسرا لائیں گے تو</w:t>
      </w:r>
    </w:p>
    <w:p>
      <w:r>
        <w:rPr>
          <w:b/>
        </w:rPr>
        <w:t xml:space="preserve">[05:45] </w:t>
      </w:r>
      <w:r>
        <w:t>woh bhi kaanta، woh bhi kaanta، woh bhi kaanta۔</w:t>
      </w:r>
    </w:p>
    <w:p>
      <w:pPr>
        <w:jc w:val="right"/>
      </w:pPr>
      <w:r>
        <w:t>وہ بھی کانٹا، وہ بھی کانٹا، وہ بھی کانٹا۔</w:t>
      </w:r>
    </w:p>
    <w:p>
      <w:r>
        <w:rPr>
          <w:b/>
        </w:rPr>
        <w:t xml:space="preserve">[05:49] </w:t>
      </w:r>
      <w:r>
        <w:t>to hum is par، hamein is par control nahi hai۔</w:t>
      </w:r>
    </w:p>
    <w:p>
      <w:pPr>
        <w:jc w:val="right"/>
      </w:pPr>
      <w:r>
        <w:t>تو ہم اس پر، ہمیں اس پر کنٹرول نہیں ہے۔</w:t>
      </w:r>
    </w:p>
    <w:p>
      <w:r>
        <w:rPr>
          <w:b/>
        </w:rPr>
        <w:t xml:space="preserve">[05:53] </w:t>
      </w:r>
      <w:r>
        <w:t>is Process par hamein control nahi hai۔</w:t>
      </w:r>
    </w:p>
    <w:p>
      <w:pPr>
        <w:jc w:val="right"/>
      </w:pPr>
      <w:r>
        <w:t>اس Process پر ہمیں کنٹرول نہیں ہے۔</w:t>
      </w:r>
    </w:p>
    <w:p>
      <w:r>
        <w:rPr>
          <w:b/>
        </w:rPr>
        <w:t xml:space="preserve">[05:58] </w:t>
      </w:r>
      <w:r>
        <w:t>hum yeh nahi kar sakte ke ek naye qism ka gulab Create karein jis mein phool to ho</w:t>
      </w:r>
    </w:p>
    <w:p>
      <w:pPr>
        <w:jc w:val="right"/>
      </w:pPr>
      <w:r>
        <w:t>ہم یہ نہیں کر سکتے کہ ایک نئے قسم کا گلاب Create کریں جس میں پھول تو ہو</w:t>
      </w:r>
    </w:p>
    <w:p>
      <w:r>
        <w:rPr>
          <w:b/>
        </w:rPr>
        <w:t xml:space="preserve">[06:02] </w:t>
      </w:r>
      <w:r>
        <w:t>aur kaanta na ho۔</w:t>
      </w:r>
    </w:p>
    <w:p>
      <w:pPr>
        <w:jc w:val="right"/>
      </w:pPr>
      <w:r>
        <w:t>اور کانٹا نہ ہو۔</w:t>
      </w:r>
    </w:p>
    <w:p>
      <w:r>
        <w:rPr>
          <w:b/>
        </w:rPr>
        <w:t xml:space="preserve">[06:06] </w:t>
      </w:r>
      <w:r>
        <w:t>yeh hamare liye hamare control se bahar baat hai۔</w:t>
      </w:r>
    </w:p>
    <w:p>
      <w:pPr>
        <w:jc w:val="right"/>
      </w:pPr>
      <w:r>
        <w:t>یہ ہمارے لیے ہمارے کنٹرول سے باہر بات ہے۔</w:t>
      </w:r>
    </w:p>
    <w:p>
      <w:r>
        <w:rPr>
          <w:b/>
        </w:rPr>
        <w:t xml:space="preserve">[06:10] </w:t>
      </w:r>
      <w:r>
        <w:t>theek yahi muamla dekhein insan ke samaj</w:t>
      </w:r>
    </w:p>
    <w:p>
      <w:pPr>
        <w:jc w:val="right"/>
      </w:pPr>
      <w:r>
        <w:t>ٹھیک یہی معاملہ دیکھیں انسان کے سماج</w:t>
      </w:r>
    </w:p>
    <w:p>
      <w:r>
        <w:rPr>
          <w:b/>
        </w:rPr>
        <w:t xml:space="preserve">[06:15] </w:t>
      </w:r>
      <w:r>
        <w:t>ka hai۔</w:t>
      </w:r>
    </w:p>
    <w:p>
      <w:pPr>
        <w:jc w:val="right"/>
      </w:pPr>
      <w:r>
        <w:t>کا ہے۔</w:t>
      </w:r>
    </w:p>
    <w:p>
      <w:r>
        <w:rPr>
          <w:b/>
        </w:rPr>
        <w:t xml:space="preserve">[06:19] </w:t>
      </w:r>
      <w:r>
        <w:t>insani samaj mein bhi yahi hoga ke hamesha koi aap ko Provoke karega، koi ghussa dilayega۔</w:t>
      </w:r>
    </w:p>
    <w:p>
      <w:pPr>
        <w:jc w:val="right"/>
      </w:pPr>
      <w:r>
        <w:t>انسانی سماج میں بھی یہی ہوگا کہ ہمیشہ کوئی آپ کو Provoke کرے گا، کوئی غصہ دلائے گا۔</w:t>
      </w:r>
    </w:p>
    <w:p>
      <w:r>
        <w:rPr>
          <w:b/>
        </w:rPr>
        <w:t xml:space="preserve">[06:24] </w:t>
      </w:r>
      <w:r>
        <w:t>koi Unpleasant Situation Create karega۔</w:t>
      </w:r>
    </w:p>
    <w:p>
      <w:pPr>
        <w:jc w:val="right"/>
      </w:pPr>
      <w:r>
        <w:t>کوئی Unpleasant Situation Create کرے گا۔</w:t>
      </w:r>
    </w:p>
    <w:p>
      <w:r>
        <w:rPr>
          <w:b/>
        </w:rPr>
        <w:t xml:space="preserve">[06:28] </w:t>
      </w:r>
      <w:r>
        <w:t>yeh zaroori nahi ke woh sach much hi woh cheez galat ho۔</w:t>
      </w:r>
    </w:p>
    <w:p>
      <w:pPr>
        <w:jc w:val="right"/>
      </w:pPr>
      <w:r>
        <w:t>یہ ضروری نہیں کہ وہ سچ مچ ہی وہ چیز غلط ہو۔</w:t>
      </w:r>
    </w:p>
    <w:p>
      <w:r>
        <w:rPr>
          <w:b/>
        </w:rPr>
        <w:t xml:space="preserve">[06:33] </w:t>
      </w:r>
      <w:r>
        <w:t>yeh bhi samajh lijie۔</w:t>
      </w:r>
    </w:p>
    <w:p>
      <w:pPr>
        <w:jc w:val="right"/>
      </w:pPr>
      <w:r>
        <w:t>یہ بھی سمجھ لیجیے۔</w:t>
      </w:r>
    </w:p>
    <w:p>
      <w:r>
        <w:rPr>
          <w:b/>
        </w:rPr>
        <w:t xml:space="preserve">[06:38] </w:t>
      </w:r>
      <w:r>
        <w:t>aisa nahi ke jis cheez ko aap pasand nahi kar rahe hain woh sach much hi galat hai۔</w:t>
      </w:r>
    </w:p>
    <w:p>
      <w:pPr>
        <w:jc w:val="right"/>
      </w:pPr>
      <w:r>
        <w:t>ایسا نہیں کہ جس چیز کو آپ پسند نہیں کر رہے ہیں وہ سچ مچ ہی غلط ہے۔</w:t>
      </w:r>
    </w:p>
    <w:p>
      <w:r>
        <w:rPr>
          <w:b/>
        </w:rPr>
        <w:t xml:space="preserve">[06:42] </w:t>
      </w:r>
      <w:r>
        <w:t>aap ki samajh se woh ghalati ban jati hai۔</w:t>
      </w:r>
    </w:p>
    <w:p>
      <w:pPr>
        <w:jc w:val="right"/>
      </w:pPr>
      <w:r>
        <w:t>آپ کی سمجھ سے وہ غلطی بن جاتی ہے۔</w:t>
      </w:r>
    </w:p>
    <w:p>
      <w:r>
        <w:rPr>
          <w:b/>
        </w:rPr>
        <w:t xml:space="preserve">[06:47] </w:t>
      </w:r>
      <w:r>
        <w:t>mein aap ko ek misaal deta hoon۔</w:t>
      </w:r>
    </w:p>
    <w:p>
      <w:pPr>
        <w:jc w:val="right"/>
      </w:pPr>
      <w:r>
        <w:t>میں آپ کو ایک مثال دیتا ہوں۔</w:t>
      </w:r>
    </w:p>
    <w:p>
      <w:r>
        <w:rPr>
          <w:b/>
        </w:rPr>
        <w:t xml:space="preserve">[06:53] </w:t>
      </w:r>
      <w:r>
        <w:t>Rasool Allah ne farmaya jab aap Miraj hui thi aur aap ko Jannat ka، Dozakh ka mushahida karaya</w:t>
      </w:r>
    </w:p>
    <w:p>
      <w:pPr>
        <w:jc w:val="right"/>
      </w:pPr>
      <w:r>
        <w:t>رسول اللہ نے فرمایا جب آپ معراج ہوئی تھی اور آپ کو جنت کا، دوزخ کا مشاہدہ کرایا</w:t>
      </w:r>
    </w:p>
    <w:p>
      <w:r>
        <w:rPr>
          <w:b/>
        </w:rPr>
        <w:t xml:space="preserve">[06:59] </w:t>
      </w:r>
      <w:r>
        <w:t>gya tha to aap ne farmaya ke maine dekha ke Dozakh mein zyada tar auratein hain۔</w:t>
      </w:r>
    </w:p>
    <w:p>
      <w:pPr>
        <w:jc w:val="right"/>
      </w:pPr>
      <w:r>
        <w:t>گیا تھا تو آپ نے فرمایا کہ میں نے دیکھا کہ دوزخ میں زیادہ تر عورتیں ہیں۔</w:t>
      </w:r>
    </w:p>
    <w:p>
      <w:r>
        <w:rPr>
          <w:b/>
        </w:rPr>
        <w:t xml:space="preserve">[07:05] </w:t>
      </w:r>
      <w:r>
        <w:t>ab yeh alag hi baat hai ke auratein Dozakh mein kyun hain؟ to logon ne poocha ke aisa</w:t>
      </w:r>
    </w:p>
    <w:p>
      <w:pPr>
        <w:jc w:val="right"/>
      </w:pPr>
      <w:r>
        <w:t>اب یہ الگ ہی بات ہے کہ عورتیں دوزخ میں کیوں ہیں؟ تو لوگوں نے پوچھا کہ ایسا</w:t>
      </w:r>
    </w:p>
    <w:p>
      <w:r>
        <w:rPr>
          <w:b/>
        </w:rPr>
        <w:t xml:space="preserve">[07:11] </w:t>
      </w:r>
      <w:r>
        <w:t>kyun hai؟ to aap ne wajah</w:t>
      </w:r>
    </w:p>
    <w:p>
      <w:pPr>
        <w:jc w:val="right"/>
      </w:pPr>
      <w:r>
        <w:t>کیوں ہے؟ تو آپ نے وجہ</w:t>
      </w:r>
    </w:p>
    <w:p>
      <w:r>
        <w:rPr>
          <w:b/>
        </w:rPr>
        <w:t xml:space="preserve">[07:17] </w:t>
      </w:r>
      <w:r>
        <w:t>yeh batai ke auraton ka yeh mizaj hai ke wo apne husband se keh deti hain ke tum ne mere liye kuch nahi kiya. to dekhen aap is ka tajziya kijie, is ka analysis kijie. koi husband aisa nahi hai jo apne shohar, apni biwi ke liye kuch na kare. hota kya hai? husband ne kiya aap ko ninety-five percent? ninety-five percent aap ke liye kiya. ab ek do percent wo nahi kar saka, isi ko generaliz</w:t>
      </w:r>
    </w:p>
    <w:p>
      <w:pPr>
        <w:jc w:val="right"/>
      </w:pPr>
      <w:r>
        <w:t>یہ بتائی کہ عورتوں کا یہ مزاج ہے کہ وہ اپنے Husband سے کہہ دیتی ہیں کہ تم نے میرے لیے کچھ نہیں کیا۔ تو دیکھیں آپ اس کا تجزیہ کیجیے، اس کا Analysis کیجیے۔ کوئی Husband ایسا نہیں ہے جو اپنے شوہر، اپنی بیوی کے لیے کچھ نہ کرے۔ ہوتا کیا ہے؟ Husband نے کیا آپ کو Ninety-Five Percent؟ Ninety-Five Percent آپ کے لیے کیا۔ اب ایک دو Percent وہ نہیں کر سکا، اسی کو Generaliz</w:t>
      </w:r>
    </w:p>
    <w:p>
      <w:r>
        <w:rPr>
          <w:b/>
        </w:rPr>
        <w:t xml:space="preserve">[07:47] </w:t>
      </w:r>
      <w:r>
        <w:t>e kar deti hain.</w:t>
      </w:r>
    </w:p>
    <w:p>
      <w:pPr>
        <w:jc w:val="right"/>
      </w:pPr>
      <w:r>
        <w:t>e کر دیتی ہیں۔</w:t>
      </w:r>
    </w:p>
    <w:p>
      <w:r>
        <w:rPr>
          <w:b/>
        </w:rPr>
        <w:t xml:space="preserve">[07:51] </w:t>
      </w:r>
      <w:r>
        <w:t>auraten aksar yeh karti hain, choonkeh Emotional hoti hain auraten.</w:t>
      </w:r>
    </w:p>
    <w:p>
      <w:pPr>
        <w:jc w:val="right"/>
      </w:pPr>
      <w:r>
        <w:t>عورتیں اکثر یہ کرتی ہیں، چونکہ Emotional ہوتی ہیں عورتیں۔</w:t>
      </w:r>
    </w:p>
    <w:p>
      <w:r>
        <w:rPr>
          <w:b/>
        </w:rPr>
        <w:t xml:space="preserve">[07:54] </w:t>
      </w:r>
      <w:r>
        <w:t>maan baap Pampering kar ke in ko Emotional bana dete hain aur mazeed.</w:t>
      </w:r>
    </w:p>
    <w:p>
      <w:pPr>
        <w:jc w:val="right"/>
      </w:pPr>
      <w:r>
        <w:t>ماں باپ Pampering کر کے ان کو Emotional بنا دیتے ہیں اور مزید۔</w:t>
      </w:r>
    </w:p>
    <w:p>
      <w:r>
        <w:rPr>
          <w:b/>
        </w:rPr>
        <w:t xml:space="preserve">[07:58] </w:t>
      </w:r>
      <w:r>
        <w:t>yeh ghalati maan baap se shuru hoti hai.</w:t>
      </w:r>
    </w:p>
    <w:p>
      <w:pPr>
        <w:jc w:val="right"/>
      </w:pPr>
      <w:r>
        <w:t>یہ غلطی ماں باپ سے شروع ہوتی ہے۔</w:t>
      </w:r>
    </w:p>
    <w:p>
      <w:r>
        <w:rPr>
          <w:b/>
        </w:rPr>
        <w:t xml:space="preserve">[08:02] </w:t>
      </w:r>
      <w:r>
        <w:t>maan baap se shuru hoti hai ghalati.</w:t>
      </w:r>
    </w:p>
    <w:p>
      <w:pPr>
        <w:jc w:val="right"/>
      </w:pPr>
      <w:r>
        <w:t>ماں باپ سے شروع ہوتی ہے غلطی۔</w:t>
      </w:r>
    </w:p>
    <w:p>
      <w:r>
        <w:rPr>
          <w:b/>
        </w:rPr>
        <w:t xml:space="preserve">[08:06] </w:t>
      </w:r>
      <w:r>
        <w:t>jo apnay bachon ko sikhatay nahin ke dunya mein Emotion nahin chalay ga.</w:t>
      </w:r>
    </w:p>
    <w:p>
      <w:pPr>
        <w:jc w:val="right"/>
      </w:pPr>
      <w:r>
        <w:t>جو اپنے بچوں کو سکھاتے نہیں کہ دنیا میں Emotion نہیں چلے گا۔</w:t>
      </w:r>
    </w:p>
    <w:p>
      <w:r>
        <w:rPr>
          <w:b/>
        </w:rPr>
        <w:t xml:space="preserve">[08:10] </w:t>
      </w:r>
      <w:r>
        <w:t>dunya mein jab tum dakhil ho ge to wahan Emotion nahin chalain ge wahan.</w:t>
      </w:r>
    </w:p>
    <w:p>
      <w:pPr>
        <w:jc w:val="right"/>
      </w:pPr>
      <w:r>
        <w:t>دنیا میں جب تم داخل ہو گے تو وہاں Emotion نہیں چلیں گے وہاں۔</w:t>
      </w:r>
    </w:p>
    <w:p>
      <w:r>
        <w:rPr>
          <w:b/>
        </w:rPr>
        <w:t xml:space="preserve">[08:14] </w:t>
      </w:r>
      <w:r>
        <w:t>wahan Reality chalay gi.</w:t>
      </w:r>
    </w:p>
    <w:p>
      <w:pPr>
        <w:jc w:val="right"/>
      </w:pPr>
      <w:r>
        <w:t>وہاں Reality چلے گی۔</w:t>
      </w:r>
    </w:p>
    <w:p>
      <w:r>
        <w:rPr>
          <w:b/>
        </w:rPr>
        <w:t xml:space="preserve">[08:18] </w:t>
      </w:r>
      <w:r>
        <w:t>mein samajhta hoon ghalati shuru hoti hai maan baap se.</w:t>
      </w:r>
    </w:p>
    <w:p>
      <w:pPr>
        <w:jc w:val="right"/>
      </w:pPr>
      <w:r>
        <w:t>میں سمجھتا ہوں غلطی شروع ہوتی ہے ماں باپ سے۔</w:t>
      </w:r>
    </w:p>
    <w:p>
      <w:r>
        <w:rPr>
          <w:b/>
        </w:rPr>
        <w:t xml:space="preserve">[08:21] </w:t>
      </w:r>
      <w:r>
        <w:t>Pampering karte hain, laad pyaar karte hain.</w:t>
      </w:r>
    </w:p>
    <w:p>
      <w:pPr>
        <w:jc w:val="right"/>
      </w:pPr>
      <w:r>
        <w:t>Pampering کرتے ہیں، لاڈ پیار کرتے ہیں۔</w:t>
      </w:r>
    </w:p>
    <w:p>
      <w:r>
        <w:rPr>
          <w:b/>
        </w:rPr>
        <w:t xml:space="preserve">[08:25] </w:t>
      </w:r>
      <w:r>
        <w:t>apna bachah jo kahay sab theek hai, jo karay sab theek hai.</w:t>
      </w:r>
    </w:p>
    <w:p>
      <w:pPr>
        <w:jc w:val="right"/>
      </w:pPr>
      <w:r>
        <w:t>اپنا بچہ جو کہے سب ٹھیک ہے، جو کرے سب ٹھیک ہے۔</w:t>
      </w:r>
    </w:p>
    <w:p>
      <w:r>
        <w:rPr>
          <w:b/>
        </w:rPr>
        <w:t xml:space="preserve">[08:29] </w:t>
      </w:r>
      <w:r>
        <w:t>to hotay hotay isi mein isi Conditioning ho jati hai. Conditioning.</w:t>
      </w:r>
    </w:p>
    <w:p>
      <w:pPr>
        <w:jc w:val="right"/>
      </w:pPr>
      <w:r>
        <w:t>تو ہوتے ہوتے اسی میں اسی Conditioning ہو جاتی ہے۔ Conditioning۔</w:t>
      </w:r>
    </w:p>
    <w:p>
      <w:r>
        <w:rPr>
          <w:b/>
        </w:rPr>
        <w:t xml:space="preserve">[08:33] </w:t>
      </w:r>
      <w:r>
        <w:t>aik choti bachi jo bolti hai to bara acha lagta hai.</w:t>
      </w:r>
    </w:p>
    <w:p>
      <w:pPr>
        <w:jc w:val="right"/>
      </w:pPr>
      <w:r>
        <w:t>ایک چھوٹی بچی جو بولتی ہے تو بڑا اچھا لگتا ہے۔</w:t>
      </w:r>
    </w:p>
    <w:p>
      <w:r>
        <w:rPr>
          <w:b/>
        </w:rPr>
        <w:t xml:space="preserve">[08:37] </w:t>
      </w:r>
      <w:r>
        <w:t>to maan baap khush hotay hain.</w:t>
      </w:r>
    </w:p>
    <w:p>
      <w:pPr>
        <w:jc w:val="right"/>
      </w:pPr>
      <w:r>
        <w:t>تو ماں باپ خوش ہوتے ہیں۔</w:t>
      </w:r>
    </w:p>
    <w:p>
      <w:r>
        <w:rPr>
          <w:b/>
        </w:rPr>
        <w:t xml:space="preserve">[08:41] </w:t>
      </w:r>
      <w:r>
        <w:t>is ki Pampering karte hain, is ke laad pyaar karte hain.</w:t>
      </w:r>
    </w:p>
    <w:p>
      <w:pPr>
        <w:jc w:val="right"/>
      </w:pPr>
      <w:r>
        <w:t>اس کی Pampering کرتے ہیں، اس کے لاڈ پیار کرتے ہیں۔</w:t>
      </w:r>
    </w:p>
    <w:p>
      <w:r>
        <w:rPr>
          <w:b/>
        </w:rPr>
        <w:t xml:space="preserve">[08:45] </w:t>
      </w:r>
      <w:r>
        <w:t>to hotay hotay woh Emotional ban jati hai.</w:t>
      </w:r>
    </w:p>
    <w:p>
      <w:pPr>
        <w:jc w:val="right"/>
      </w:pPr>
      <w:r>
        <w:t>تو ہوتے ہوتے وہ Emotional بن جاتی ہے۔</w:t>
      </w:r>
    </w:p>
    <w:p>
      <w:r>
        <w:rPr>
          <w:b/>
        </w:rPr>
        <w:t xml:space="preserve">[08:49] </w:t>
      </w:r>
      <w:r>
        <w:t>aisa nahin ke auraton mein Inherent koi kharabi hai.</w:t>
      </w:r>
    </w:p>
    <w:p>
      <w:pPr>
        <w:jc w:val="right"/>
      </w:pPr>
      <w:r>
        <w:t>ایسا نہیں کہ عورتوں میں Inherent کوئی خرابی ہے۔</w:t>
      </w:r>
    </w:p>
    <w:p>
      <w:r>
        <w:rPr>
          <w:b/>
        </w:rPr>
        <w:t xml:space="preserve">[08:52] </w:t>
      </w:r>
      <w:r>
        <w:t>jaisay auraten hain waisay mard hain.</w:t>
      </w:r>
    </w:p>
    <w:p>
      <w:pPr>
        <w:jc w:val="right"/>
      </w:pPr>
      <w:r>
        <w:t>جیسے عورتیں ہیں ویسے مرد ہیں۔</w:t>
      </w:r>
    </w:p>
    <w:p>
      <w:r>
        <w:rPr>
          <w:b/>
        </w:rPr>
        <w:t xml:space="preserve">[08:56] </w:t>
      </w:r>
      <w:r>
        <w:t>jaisay mard hain waisay auraten hain.</w:t>
      </w:r>
    </w:p>
    <w:p>
      <w:pPr>
        <w:jc w:val="right"/>
      </w:pPr>
      <w:r>
        <w:t>جیسے مرد ہیں ویسے عورتیں ہیں۔</w:t>
      </w:r>
    </w:p>
    <w:p>
      <w:r>
        <w:rPr>
          <w:b/>
        </w:rPr>
        <w:t xml:space="preserve">[08:59] </w:t>
      </w:r>
      <w:r>
        <w:t>koi bhi Inherent kharabi nahin hai.</w:t>
      </w:r>
    </w:p>
    <w:p>
      <w:pPr>
        <w:jc w:val="right"/>
      </w:pPr>
      <w:r>
        <w:t>کوئی بھی Inherent خرابی نہیں ہے۔</w:t>
      </w:r>
    </w:p>
    <w:p>
      <w:r>
        <w:rPr>
          <w:b/>
        </w:rPr>
        <w:t xml:space="preserve">[09:03] </w:t>
      </w:r>
      <w:r>
        <w:t>maan baap aisa karte hain.</w:t>
      </w:r>
    </w:p>
    <w:p>
      <w:pPr>
        <w:jc w:val="right"/>
      </w:pPr>
      <w:r>
        <w:t>ماں باپ ایسا کرتے ہیں۔</w:t>
      </w:r>
    </w:p>
    <w:p>
      <w:r>
        <w:rPr>
          <w:b/>
        </w:rPr>
        <w:t xml:space="preserve">[09:06] </w:t>
      </w:r>
      <w:r>
        <w:t>maan baap hi hain jo larkon ko bigarte hain aur maan baap hi hain jo larkiyon ko bigarte hain.</w:t>
      </w:r>
    </w:p>
    <w:p>
      <w:pPr>
        <w:jc w:val="right"/>
      </w:pPr>
      <w:r>
        <w:t>ماں باپ ہی ہیں جو لڑکوں کو بگاڑتے ہیں اور ماں باپ ہی ہیں جو لڑکیوں کو بگاڑتے ہیں۔</w:t>
      </w:r>
    </w:p>
    <w:p>
      <w:r>
        <w:rPr>
          <w:b/>
        </w:rPr>
        <w:t xml:space="preserve">[09:10] </w:t>
      </w:r>
      <w:r>
        <w:t>aur woh isi liye ke bachpan mein har baat achi lagti hai.</w:t>
      </w:r>
    </w:p>
    <w:p>
      <w:pPr>
        <w:jc w:val="right"/>
      </w:pPr>
      <w:r>
        <w:t>اور وہ اسی لیے کہ بچپن میں ہر بات اچھی لگتی ہے۔</w:t>
      </w:r>
    </w:p>
    <w:p>
      <w:r>
        <w:rPr>
          <w:b/>
        </w:rPr>
        <w:t xml:space="preserve">[09:13] </w:t>
      </w:r>
      <w:r>
        <w:t>har baat woh sehtay rehtay hain.</w:t>
      </w:r>
    </w:p>
    <w:p>
      <w:pPr>
        <w:jc w:val="right"/>
      </w:pPr>
      <w:r>
        <w:t>ہر بات وہ سہتے رہتے ہیں۔</w:t>
      </w:r>
    </w:p>
    <w:p>
      <w:r>
        <w:rPr>
          <w:b/>
        </w:rPr>
        <w:t xml:space="preserve">[09:17] </w:t>
      </w:r>
      <w:r>
        <w:t>balkay isi par khush hotay hain dekh dekh kar ke.</w:t>
      </w:r>
    </w:p>
    <w:p>
      <w:pPr>
        <w:jc w:val="right"/>
      </w:pPr>
      <w:r>
        <w:t>بلکہ اسی پر خوش ہوتے ہیں دیکھ دیکھ کر کے۔</w:t>
      </w:r>
    </w:p>
    <w:p>
      <w:r>
        <w:rPr>
          <w:b/>
        </w:rPr>
        <w:t xml:space="preserve">[09:21] </w:t>
      </w:r>
      <w:r>
        <w:t>larki ghussa ho kar agar chamcha maar de zor se ma ki taraf to us par bhi khush ho jati hai wo. Yeh hai pampering. Is tarah se auraten ho jati hain emotional. Ab maap ke sath jab tak thi wo tab tak unhon ne khoob khoob us ki pampering kar ke bana diya emotional. Wo kya? Har baat jo us ke munh se nikli wo poori. Har baat jo us ke munh se nikli chalo hum shopping karte hain wahan tum ko khareed dete hain</w:t>
      </w:r>
    </w:p>
    <w:p>
      <w:pPr>
        <w:jc w:val="right"/>
      </w:pPr>
      <w:r>
        <w:t>لڑکی غصہ ہو کر اگر چمچہ مار دے زور سے ماں کی طرف تو اس پر بھی خوش ہو جاتی ہے وہ۔ یہ ہے Pampering۔ اس طرح سے عورتیں ہو جاتی ہیں Emotional۔ اب ماں باپ کے ساتھ جب تک تھی وہ تب تک انہوں نے خوب خوب اس کی Pampering کر کے بنا دیا Emotional۔ وہ کیا؟ ہر بات جو اس کے منہ سے نکلی وہ پوری۔ ہر بات جو اس کے منہ سے نکلی چلو ہم Shopping کرتے ہیں وہاں تم کو خرید دیتے ہیں</w:t>
      </w:r>
    </w:p>
    <w:p>
      <w:r>
        <w:rPr>
          <w:b/>
        </w:rPr>
        <w:t xml:space="preserve">[09:51] </w:t>
      </w:r>
      <w:r>
        <w:t>jo chahti ho tum.</w:t>
      </w:r>
    </w:p>
    <w:p>
      <w:pPr>
        <w:jc w:val="right"/>
      </w:pPr>
      <w:r>
        <w:t>جو چاہتی ہو تم۔</w:t>
      </w:r>
    </w:p>
    <w:p>
      <w:r>
        <w:rPr>
          <w:b/>
        </w:rPr>
        <w:t xml:space="preserve">[09:55] </w:t>
      </w:r>
      <w:r>
        <w:t>to shadi se pehle maan baap Pampering kar ke is ko aisa bana dete hain jo main chahoon</w:t>
      </w:r>
    </w:p>
    <w:p>
      <w:pPr>
        <w:jc w:val="right"/>
      </w:pPr>
      <w:r>
        <w:t>تو شادی سے پہلے ماں باپ Pampering کر کے اس کو ایسا بنا دیتے ہیں جو میں چاہوں</w:t>
      </w:r>
    </w:p>
    <w:p>
      <w:r>
        <w:rPr>
          <w:b/>
        </w:rPr>
        <w:t xml:space="preserve">[09:59] </w:t>
      </w:r>
      <w:r>
        <w:t>woh poora ho jaye.</w:t>
      </w:r>
    </w:p>
    <w:p>
      <w:pPr>
        <w:jc w:val="right"/>
      </w:pPr>
      <w:r>
        <w:t>وہ پورا ہو جائے۔</w:t>
      </w:r>
    </w:p>
    <w:p>
      <w:r>
        <w:rPr>
          <w:b/>
        </w:rPr>
        <w:t xml:space="preserve">[10:04] </w:t>
      </w:r>
      <w:r>
        <w:t>har cheez meri khwahish ke mutabiq ho.</w:t>
      </w:r>
    </w:p>
    <w:p>
      <w:pPr>
        <w:jc w:val="right"/>
      </w:pPr>
      <w:r>
        <w:t>ہر چیز میری خواہش کے مطابق ہو۔</w:t>
      </w:r>
    </w:p>
    <w:p>
      <w:r>
        <w:rPr>
          <w:b/>
        </w:rPr>
        <w:t xml:space="preserve">[10:08] </w:t>
      </w:r>
      <w:r>
        <w:t>ab yeh mizaj, yeh mizaj le kar auratein aati hain shohar ke haan, sasural mein.</w:t>
      </w:r>
    </w:p>
    <w:p>
      <w:pPr>
        <w:jc w:val="right"/>
      </w:pPr>
      <w:r>
        <w:t>اب یہ مزاج، یہ مزاج لے کر عورتیں آتی ہیں شوہر کے ہاں، سسرال میں۔</w:t>
      </w:r>
    </w:p>
    <w:p>
      <w:r>
        <w:rPr>
          <w:b/>
        </w:rPr>
        <w:t xml:space="preserve">[10:12] </w:t>
      </w:r>
      <w:r>
        <w:t>to zahir hai ke sasural mein to woh nahi ho sakta.</w:t>
      </w:r>
    </w:p>
    <w:p>
      <w:pPr>
        <w:jc w:val="right"/>
      </w:pPr>
      <w:r>
        <w:t>تو ظاہر ہے کہ سسرال میں تو وہ نہیں ہو سکتا۔</w:t>
      </w:r>
    </w:p>
    <w:p>
      <w:r>
        <w:rPr>
          <w:b/>
        </w:rPr>
        <w:t xml:space="preserve">[10:17] </w:t>
      </w:r>
      <w:r>
        <w:t>mayke mein to</w:t>
      </w:r>
    </w:p>
    <w:p>
      <w:pPr>
        <w:jc w:val="right"/>
      </w:pPr>
      <w:r>
        <w:t>میکے میں تو</w:t>
      </w:r>
    </w:p>
    <w:p>
      <w:r>
        <w:rPr>
          <w:b/>
        </w:rPr>
        <w:t xml:space="preserve">[10:21] </w:t>
      </w:r>
      <w:r>
        <w:t>chaha kar mila tha lekin sasural mein kar ke milega. Yeh farq hai. Mayke mein auraton ko ya larkiyon ko mila tha chaha kar, jo chahen wo mil jaye. Sasural mein aisa nahi ho sakta. Wahan to kar ke milega. Yeh jo farq paida hota hai un ki zindagi mein is ko wo samajh nahi pati. Is liye emotional ban jati hain. To hadith mein aata hai ke auraten yeh karti hain ke keh det</w:t>
      </w:r>
    </w:p>
    <w:p>
      <w:pPr>
        <w:jc w:val="right"/>
      </w:pPr>
      <w:r>
        <w:t>چاہ کر ملا تھا لیکن سسرال میں کر کے ملے گا۔ یہ فرق ہے۔ میکے میں عورتوں کو یا لڑکیوں کو ملا تھا چاہ کر، جو چاہیں وہ مل جائے۔ سسرال میں ایسا نہیں ہو سکتا۔ وہاں تو کر کے ملے گا۔ یہ جو فرق پیدا ہوتا ہے ان کی زندگی میں اس کو وہ سمجھ نہیں پاتی۔ اس لیے Emotional بن جاتی ہیں۔ تو حدیث میں آتا ہے کہ عورتیں یہ کرتی ہیں کہ کہہ دیت</w:t>
      </w:r>
    </w:p>
    <w:p>
      <w:r>
        <w:rPr>
          <w:b/>
        </w:rPr>
        <w:t xml:space="preserve">[10:51] </w:t>
      </w:r>
      <w:r>
        <w:t>ye hain shohar se ke tum ne mere liye kuch nahi kiya.</w:t>
      </w:r>
    </w:p>
    <w:p>
      <w:pPr>
        <w:jc w:val="right"/>
      </w:pPr>
      <w:r>
        <w:t>ی ہیں شوہر سے کہ تم نے میرے لیے کچھ نہیں کیا۔</w:t>
      </w:r>
    </w:p>
    <w:p>
      <w:r>
        <w:rPr>
          <w:b/>
        </w:rPr>
        <w:t xml:space="preserve">[10:55] </w:t>
      </w:r>
      <w:r>
        <w:t>halankeh woh Ninety-Five Percent kya hoga us ne? Ek do Percent nahi kaha isi ko unhon ne Generalize kar diya.</w:t>
      </w:r>
    </w:p>
    <w:p>
      <w:pPr>
        <w:jc w:val="right"/>
      </w:pPr>
      <w:r>
        <w:t>حالانکہ وہ Ninety-Five Percent کیا ہوگا اس نے؟ ایک دو Percent نہیں کہا اسی کو انہوں نے Generalize کر دیا۔</w:t>
      </w:r>
    </w:p>
    <w:p>
      <w:r>
        <w:rPr>
          <w:b/>
        </w:rPr>
        <w:t xml:space="preserve">[11:00] </w:t>
      </w:r>
      <w:r>
        <w:t>ya Share Generalization.</w:t>
      </w:r>
    </w:p>
    <w:p>
      <w:pPr>
        <w:jc w:val="right"/>
      </w:pPr>
      <w:r>
        <w:t>یا Share Generalization۔</w:t>
      </w:r>
    </w:p>
    <w:p>
      <w:r>
        <w:rPr>
          <w:b/>
        </w:rPr>
        <w:t xml:space="preserve">[11:04] </w:t>
      </w:r>
      <w:r>
        <w:t>ab yeh kisi koi maan baap batata nahi.</w:t>
      </w:r>
    </w:p>
    <w:p>
      <w:pPr>
        <w:jc w:val="right"/>
      </w:pPr>
      <w:r>
        <w:t>اب یہ کسی کوئی ماں باپ بتاتا نہیں۔</w:t>
      </w:r>
    </w:p>
    <w:p>
      <w:r>
        <w:rPr>
          <w:b/>
        </w:rPr>
        <w:t xml:space="preserve">[11:08] </w:t>
      </w:r>
      <w:r>
        <w:t>main apni zindagi mein kisi ek maan baap ko nahi sunta.</w:t>
      </w:r>
    </w:p>
    <w:p>
      <w:pPr>
        <w:jc w:val="right"/>
      </w:pPr>
      <w:r>
        <w:t>میں اپنی زندگی میں کسی ایک ماں باپ کو نہیں سنتا۔</w:t>
      </w:r>
    </w:p>
    <w:p>
      <w:r>
        <w:rPr>
          <w:b/>
        </w:rPr>
        <w:t xml:space="preserve">[11:13] </w:t>
      </w:r>
      <w:r>
        <w:t>nahi suna maine ke woh apni bachi ko bataye ke dekho Generalize mat karna.</w:t>
      </w:r>
    </w:p>
    <w:p>
      <w:pPr>
        <w:jc w:val="right"/>
      </w:pPr>
      <w:r>
        <w:t>نہیں سنا میں نے کہ وہ اپنی بچی کو بتائے کہ دیکھو Generalize مت کرنا۔</w:t>
      </w:r>
    </w:p>
    <w:p>
      <w:r>
        <w:rPr>
          <w:b/>
        </w:rPr>
        <w:t xml:space="preserve">[11:17] </w:t>
      </w:r>
      <w:r>
        <w:t>Generalization woh ek Sin hai, ek gunah hai. Koi batat</w:t>
      </w:r>
    </w:p>
    <w:p>
      <w:pPr>
        <w:jc w:val="right"/>
      </w:pPr>
      <w:r>
        <w:t>Generalization وہ ایک Sin ہے، ایک گناہ ہے۔ کوئی بتات</w:t>
      </w:r>
    </w:p>
    <w:p>
      <w:r>
        <w:rPr>
          <w:b/>
        </w:rPr>
        <w:t xml:space="preserve">[11:21] </w:t>
      </w:r>
      <w:r>
        <w:t>e hi nahi.</w:t>
      </w:r>
    </w:p>
    <w:p>
      <w:pPr>
        <w:jc w:val="right"/>
      </w:pPr>
      <w:r>
        <w:t>ے ہی نہیں۔</w:t>
      </w:r>
    </w:p>
    <w:p>
      <w:r>
        <w:rPr>
          <w:b/>
        </w:rPr>
        <w:t xml:space="preserve">[11:25] </w:t>
      </w:r>
      <w:r>
        <w:t>main to kam az kam nahi suna ke kisi ne apni bachi ko yeh bataya ho ke dekho</w:t>
      </w:r>
    </w:p>
    <w:p>
      <w:pPr>
        <w:jc w:val="right"/>
      </w:pPr>
      <w:r>
        <w:t>میں تو کم از کم نہیں سنا کہ کسی نے اپنی بچی کو یہ بتایا ہو کہ دیکھو</w:t>
      </w:r>
    </w:p>
    <w:p>
      <w:r>
        <w:rPr>
          <w:b/>
        </w:rPr>
        <w:t xml:space="preserve">[11:29] </w:t>
      </w:r>
      <w:r>
        <w:t>Generalization mat karna.</w:t>
      </w:r>
    </w:p>
    <w:p>
      <w:pPr>
        <w:jc w:val="right"/>
      </w:pPr>
      <w:r>
        <w:t>Generalization مت کرنا۔</w:t>
      </w:r>
    </w:p>
    <w:p>
      <w:r>
        <w:rPr>
          <w:b/>
        </w:rPr>
        <w:t xml:space="preserve">[11:34] </w:t>
      </w:r>
      <w:r>
        <w:t>ke nauwe kaam us ne theek thaak kiya, kuch nahi theek kiya to us ko Generalize kar ke</w:t>
      </w:r>
    </w:p>
    <w:p>
      <w:pPr>
        <w:jc w:val="right"/>
      </w:pPr>
      <w:r>
        <w:t>کہ نوے کام اس نے ٹھیک ٹھاک کیا، کچھ نہیں ٹھیک کیا تو اس کو Generalize کر کے</w:t>
      </w:r>
    </w:p>
    <w:p>
      <w:r>
        <w:rPr>
          <w:b/>
        </w:rPr>
        <w:t xml:space="preserve">[11:38] </w:t>
      </w:r>
      <w:r>
        <w:t>keh do ke tum ne mere liye kuch bhi nahi kiya.</w:t>
      </w:r>
    </w:p>
    <w:p>
      <w:pPr>
        <w:jc w:val="right"/>
      </w:pPr>
      <w:r>
        <w:t>کہہ دو کہ تم نے میرے لیے کچھ بھی نہیں کیا۔</w:t>
      </w:r>
    </w:p>
    <w:p>
      <w:r>
        <w:rPr>
          <w:b/>
        </w:rPr>
        <w:t xml:space="preserve">[11:42] </w:t>
      </w:r>
      <w:r>
        <w:t>to yeh hai ke Avoid karne ki Importance us ko aap samajh sakte hain.</w:t>
      </w:r>
    </w:p>
    <w:p>
      <w:pPr>
        <w:jc w:val="right"/>
      </w:pPr>
      <w:r>
        <w:t>تو یہ ہے کہ Avoid کرنے کی Importance اس کو آپ سمجھ سکتے ہیں۔</w:t>
      </w:r>
    </w:p>
    <w:p>
      <w:r>
        <w:rPr>
          <w:b/>
        </w:rPr>
        <w:t xml:space="preserve">[11:46] </w:t>
      </w:r>
      <w:r>
        <w:t>ke agar kuch nahi kiya hai to Avoid kijiye.</w:t>
      </w:r>
    </w:p>
    <w:p>
      <w:pPr>
        <w:jc w:val="right"/>
      </w:pPr>
      <w:r>
        <w:t>کہ اگر کچھ نہیں کیا ہے تو Avoid کیجیے۔</w:t>
      </w:r>
    </w:p>
    <w:p>
      <w:r>
        <w:rPr>
          <w:b/>
        </w:rPr>
        <w:t xml:space="preserve">[11:50] </w:t>
      </w:r>
      <w:r>
        <w:t>gussa hone ki kya zaroorat hai?</w:t>
      </w:r>
    </w:p>
    <w:p>
      <w:pPr>
        <w:jc w:val="right"/>
      </w:pPr>
      <w:r>
        <w:t>غصہ ہونے کی کیا ضرورت ہے؟</w:t>
      </w:r>
    </w:p>
    <w:p>
      <w:r>
        <w:rPr>
          <w:b/>
        </w:rPr>
        <w:t xml:space="preserve">[11:54] </w:t>
      </w:r>
      <w:r>
        <w:t>isi liye ek shakhs aata hai Rasool Allah (SAW) ke paas.</w:t>
      </w:r>
    </w:p>
    <w:p>
      <w:pPr>
        <w:jc w:val="right"/>
      </w:pPr>
      <w:r>
        <w:t>اسی لیے ایک شخص آتا ہے رسول اللہ صلی اللہ علیہ وسلم کے پاس۔</w:t>
      </w:r>
    </w:p>
    <w:p>
      <w:r>
        <w:rPr>
          <w:b/>
        </w:rPr>
        <w:t xml:space="preserve">[12:00] </w:t>
      </w:r>
      <w:r>
        <w:t>yeh poochta hai ke mujhe koi bohat hi yani koi bohat hi koi Master formula de dijiye zindagi ka.</w:t>
      </w:r>
    </w:p>
    <w:p>
      <w:pPr>
        <w:jc w:val="right"/>
      </w:pPr>
      <w:r>
        <w:t>یہ پوچھتا ہے کہ مجھے کوئی بہت ہی یعنی کوئی بہت ہی کوئی Master فارمولا دے دیجیے زندگی کا۔</w:t>
      </w:r>
    </w:p>
    <w:p>
      <w:r>
        <w:rPr>
          <w:b/>
        </w:rPr>
        <w:t xml:space="preserve">[12:06] </w:t>
      </w:r>
      <w:r>
        <w:t>ya Rasool Allah ek mukhtasar formula jo sari zindagi ko Cover kar sakta ho.</w:t>
      </w:r>
    </w:p>
    <w:p>
      <w:pPr>
        <w:jc w:val="right"/>
      </w:pPr>
      <w:r>
        <w:t>یا رسول اللہ ایک مختصر فارمولا جو ساری زندگی کو Cover کر سکتا ہو۔</w:t>
      </w:r>
    </w:p>
    <w:p>
      <w:r>
        <w:rPr>
          <w:b/>
        </w:rPr>
        <w:t xml:space="preserve">[12:13] </w:t>
      </w:r>
      <w:r>
        <w:t>wo bata dijiye.</w:t>
      </w:r>
    </w:p>
    <w:p>
      <w:pPr>
        <w:jc w:val="right"/>
      </w:pPr>
      <w:r>
        <w:t>وہ بتا دیجیے۔</w:t>
      </w:r>
    </w:p>
    <w:p>
      <w:r>
        <w:rPr>
          <w:b/>
        </w:rPr>
        <w:t xml:space="preserve">[12:19] </w:t>
      </w:r>
      <w:r>
        <w:t>yani meri zaban mein mein kahunga ke ek Master</w:t>
      </w:r>
    </w:p>
    <w:p>
      <w:pPr>
        <w:jc w:val="right"/>
      </w:pPr>
      <w:r>
        <w:t>یعنی میری زبان میں میں کہوں گا کہ ایک Master</w:t>
      </w:r>
    </w:p>
    <w:p>
      <w:r>
        <w:rPr>
          <w:b/>
        </w:rPr>
        <w:t xml:space="preserve">[12:25] </w:t>
      </w:r>
      <w:r>
        <w:t>formula zindagi ka. A master formula by which I may be able to manage all the affairs of my life. To aap ne kya bataya? La taghzab, don't be angry. Yeh tha master formula. Ab dekhen to is mein sari zindagi cover ho rahi hai. Ghussa kiya cheez hai? Ghussa yahi hai ke aap avoid nahi kar paate. Avoid</w:t>
      </w:r>
    </w:p>
    <w:p>
      <w:pPr>
        <w:jc w:val="right"/>
      </w:pPr>
      <w:r>
        <w:t>فارمولا زندگی کا۔ A Master فارمولا by which I may be able to manage all the affairs of my life۔ تو آپ نے کیا بتایا؟ لا تغضب، Don't be angry۔ یہ تھا Master فارمولا۔ اب دیکھیں تو اس میں ساری زندگی Cover ہو رہی ہے۔ غصہ کیا چیز ہے؟ غصہ یہی ہے کہ آپ Avoid نہیں کر پاتے۔ Avoid</w:t>
      </w:r>
    </w:p>
    <w:p>
      <w:r>
        <w:rPr>
          <w:b/>
        </w:rPr>
        <w:t xml:space="preserve">[12:55] </w:t>
      </w:r>
      <w:r>
        <w:t>kijiye to ghussa hi na hoga.</w:t>
      </w:r>
    </w:p>
    <w:p>
      <w:pPr>
        <w:jc w:val="right"/>
      </w:pPr>
      <w:r>
        <w:t>کیجیے تو غصہ ہی نہ ہوگا۔</w:t>
      </w:r>
    </w:p>
    <w:p>
      <w:r>
        <w:rPr>
          <w:b/>
        </w:rPr>
        <w:t xml:space="preserve">[12:58] </w:t>
      </w:r>
      <w:r>
        <w:t>agar aap Avoid karna seekh lein to ghussa nahi aayega.</w:t>
      </w:r>
    </w:p>
    <w:p>
      <w:pPr>
        <w:jc w:val="right"/>
      </w:pPr>
      <w:r>
        <w:t>اگر آپ Avoid کرنا سیکھ لیں تو غصہ نہیں آئے گا۔</w:t>
      </w:r>
    </w:p>
    <w:p>
      <w:r>
        <w:rPr>
          <w:b/>
        </w:rPr>
        <w:t xml:space="preserve">[13:02] </w:t>
      </w:r>
      <w:r>
        <w:t>to sara masla yeh hai ke hum ghussa ho jate hain.</w:t>
      </w:r>
    </w:p>
    <w:p>
      <w:pPr>
        <w:jc w:val="right"/>
      </w:pPr>
      <w:r>
        <w:t>تو سارا مسئلہ یہ ہے کہ ہم غصہ ہو جاتے ہیں۔</w:t>
      </w:r>
    </w:p>
    <w:p>
      <w:r>
        <w:rPr>
          <w:b/>
        </w:rPr>
        <w:t xml:space="preserve">[13:06] </w:t>
      </w:r>
      <w:r>
        <w:t>hum jazbati ho jate hain.</w:t>
      </w:r>
    </w:p>
    <w:p>
      <w:pPr>
        <w:jc w:val="right"/>
      </w:pPr>
      <w:r>
        <w:t>ہم جذباتی ہو جاتے ہیں۔</w:t>
      </w:r>
    </w:p>
    <w:p>
      <w:r>
        <w:rPr>
          <w:b/>
        </w:rPr>
        <w:t xml:space="preserve">[13:10] </w:t>
      </w:r>
      <w:r>
        <w:t>hum Emotional ho jate hain.</w:t>
      </w:r>
    </w:p>
    <w:p>
      <w:pPr>
        <w:jc w:val="right"/>
      </w:pPr>
      <w:r>
        <w:t>ہم Emotional ہو جاتے ہیں۔</w:t>
      </w:r>
    </w:p>
    <w:p>
      <w:r>
        <w:rPr>
          <w:b/>
        </w:rPr>
        <w:t xml:space="preserve">[13:14] </w:t>
      </w:r>
      <w:r>
        <w:t>hum Avoid nahi kar paate.</w:t>
      </w:r>
    </w:p>
    <w:p>
      <w:pPr>
        <w:jc w:val="right"/>
      </w:pPr>
      <w:r>
        <w:t>ہم Avoid نہیں کر پاتے۔</w:t>
      </w:r>
    </w:p>
    <w:p>
      <w:r>
        <w:rPr>
          <w:b/>
        </w:rPr>
        <w:t xml:space="preserve">[13:17] </w:t>
      </w:r>
      <w:r>
        <w:t>to isi ko kaha jata hai Positive Attitude aur Negative Attitude.</w:t>
      </w:r>
    </w:p>
    <w:p>
      <w:pPr>
        <w:jc w:val="right"/>
      </w:pPr>
      <w:r>
        <w:t>تو اسی کو کہا جاتا ہے Positive Attitude اور Negative Attitude۔</w:t>
      </w:r>
    </w:p>
    <w:p>
      <w:r>
        <w:rPr>
          <w:b/>
        </w:rPr>
        <w:t xml:space="preserve">[13:21] </w:t>
      </w:r>
      <w:r>
        <w:t>jab aap Avoid na kar paein to isi ka naam hai Negative Attitude.</w:t>
      </w:r>
    </w:p>
    <w:p>
      <w:pPr>
        <w:jc w:val="right"/>
      </w:pPr>
      <w:r>
        <w:t>جب آپ Avoid نہ کر پائیں تو اسی کا نام ہے Negative Attitude۔</w:t>
      </w:r>
    </w:p>
    <w:p>
      <w:r>
        <w:rPr>
          <w:b/>
        </w:rPr>
        <w:t xml:space="preserve">[13:25] </w:t>
      </w:r>
      <w:r>
        <w:t>ab aap avoid karne ka dhang seekh len. Art of avoidance aap seekh len to isi ko kaha jata hai positive attitude. To mein apni zindagi mein jo mujhe tajrubaat hue us se us ki tasdeeq hoti hai. Zaati tasdeeq. Ke kitni zyada importance hai avoidance ki. Mein aap ko apni zindagi ke do qisse batata hoon. Hum ne jab mag</w:t>
      </w:r>
    </w:p>
    <w:p>
      <w:pPr>
        <w:jc w:val="right"/>
      </w:pPr>
      <w:r>
        <w:t>اب آپ Avoid کرنے کا ڈھنگ سیکھ لیں۔ Art of Avoidance آپ سیکھ لیں تو اسی کو کہا جاتا ہے Positive Attitude۔ تو میں اپنی زندگی میں جو مجھے تجربات ہوئے اس سے اس کی تصدیق ہوتی ہے۔ ذاتی تصدیق۔ کہ کتنی زیادہ Importance ہے Avoidance کی۔ میں آپ کو اپنی زندگی کے دو قصے بتاتا ہوں۔ ہم نے جب Mag</w:t>
      </w:r>
    </w:p>
    <w:p>
      <w:r>
        <w:rPr>
          <w:b/>
        </w:rPr>
        <w:t xml:space="preserve">[13:55] </w:t>
      </w:r>
      <w:r>
        <w:t>azine nikala apna, risala, Monthly Magazine to pehle hath se likha jata tha.</w:t>
      </w:r>
    </w:p>
    <w:p>
      <w:pPr>
        <w:jc w:val="right"/>
      </w:pPr>
      <w:r>
        <w:t>azine نکالا اپنا، رسالہ، Monthly Magazine تو پہلے ہاتھ سے لکھا جاتا تھا۔</w:t>
      </w:r>
    </w:p>
    <w:p>
      <w:r>
        <w:rPr>
          <w:b/>
        </w:rPr>
        <w:t xml:space="preserve">[13:59] </w:t>
      </w:r>
      <w:r>
        <w:t>yani Calligraphy hoti thi.</w:t>
      </w:r>
    </w:p>
    <w:p>
      <w:pPr>
        <w:jc w:val="right"/>
      </w:pPr>
      <w:r>
        <w:t>یعنی Calligraphy ہوتی تھی۔</w:t>
      </w:r>
    </w:p>
    <w:p>
      <w:r>
        <w:rPr>
          <w:b/>
        </w:rPr>
        <w:t xml:space="preserve">[14:03] </w:t>
      </w:r>
      <w:r>
        <w:t>aaj kal computer par type hota hai.</w:t>
      </w:r>
    </w:p>
    <w:p>
      <w:pPr>
        <w:jc w:val="right"/>
      </w:pPr>
      <w:r>
        <w:t>آج کل کمپیوٹر پر ٹائپ ہوتا ہے۔</w:t>
      </w:r>
    </w:p>
    <w:p>
      <w:r>
        <w:rPr>
          <w:b/>
        </w:rPr>
        <w:t xml:space="preserve">[14:06] </w:t>
      </w:r>
      <w:r>
        <w:t>to jab yeh Calligraphy ka zamana tha to ek katib sahb ko hum ne kuch Matter diya ke</w:t>
      </w:r>
    </w:p>
    <w:p>
      <w:pPr>
        <w:jc w:val="right"/>
      </w:pPr>
      <w:r>
        <w:t>تو جب یہ Calligraphy کا زمانہ تھا تو ایک کاتب صاحب کو ہم نے کچھ Matter دیا کہ</w:t>
      </w:r>
    </w:p>
    <w:p>
      <w:r>
        <w:rPr>
          <w:b/>
        </w:rPr>
        <w:t xml:space="preserve">[14:10] </w:t>
      </w:r>
      <w:r>
        <w:t>is ko kitabat kar ke humein dijiye.</w:t>
      </w:r>
    </w:p>
    <w:p>
      <w:pPr>
        <w:jc w:val="right"/>
      </w:pPr>
      <w:r>
        <w:t>اس کو کتابت کر کے ہمیں دیجیے۔</w:t>
      </w:r>
    </w:p>
    <w:p>
      <w:r>
        <w:rPr>
          <w:b/>
        </w:rPr>
        <w:t xml:space="preserve">[14:14] </w:t>
      </w:r>
      <w:r>
        <w:t>to unhon ne, wo Dilli mein nahi rehte the, Dilli ke bahar rehte the.</w:t>
      </w:r>
    </w:p>
    <w:p>
      <w:pPr>
        <w:jc w:val="right"/>
      </w:pPr>
      <w:r>
        <w:t>تو انہوں نے، وہ دلی میں نہیں رہتے تھے، دلی کے باہر رہتے تھے۔</w:t>
      </w:r>
    </w:p>
    <w:p>
      <w:r>
        <w:rPr>
          <w:b/>
        </w:rPr>
        <w:t xml:space="preserve">[14:18] </w:t>
      </w:r>
      <w:r>
        <w:t>kisi Dilli ke qareeb kisi Town mein.</w:t>
      </w:r>
    </w:p>
    <w:p>
      <w:pPr>
        <w:jc w:val="right"/>
      </w:pPr>
      <w:r>
        <w:t>کسی دلی کے قریب کسی Town میں۔</w:t>
      </w:r>
    </w:p>
    <w:p>
      <w:r>
        <w:rPr>
          <w:b/>
        </w:rPr>
        <w:t xml:space="preserve">[14:21] </w:t>
      </w:r>
      <w:r>
        <w:t>to unhon ne yeh wada</w:t>
      </w:r>
    </w:p>
    <w:p>
      <w:pPr>
        <w:jc w:val="right"/>
      </w:pPr>
      <w:r>
        <w:t>تو انہوں نے یہ وعدہ</w:t>
      </w:r>
    </w:p>
    <w:p>
      <w:r>
        <w:rPr>
          <w:b/>
        </w:rPr>
        <w:t xml:space="preserve">[14:25] </w:t>
      </w:r>
      <w:r>
        <w:t>kiya ke pandrah din mein is ko wo likh kar de denge.</w:t>
      </w:r>
    </w:p>
    <w:p>
      <w:pPr>
        <w:jc w:val="right"/>
      </w:pPr>
      <w:r>
        <w:t>کیا کہ پندرہ دن میں اس کو وہ لکھ کر دے دیں گے۔</w:t>
      </w:r>
    </w:p>
    <w:p>
      <w:r>
        <w:rPr>
          <w:b/>
        </w:rPr>
        <w:t xml:space="preserve">[14:29] </w:t>
      </w:r>
      <w:r>
        <w:t>pandrah din mein.</w:t>
      </w:r>
    </w:p>
    <w:p>
      <w:pPr>
        <w:jc w:val="right"/>
      </w:pPr>
      <w:r>
        <w:t>پندرہ دن میں۔</w:t>
      </w:r>
    </w:p>
    <w:p>
      <w:r>
        <w:rPr>
          <w:b/>
        </w:rPr>
        <w:t xml:space="preserve">[14:33] </w:t>
      </w:r>
      <w:r>
        <w:t>to hum ne kaha ke theek hai.</w:t>
      </w:r>
    </w:p>
    <w:p>
      <w:pPr>
        <w:jc w:val="right"/>
      </w:pPr>
      <w:r>
        <w:t>تو ہم نے کہا کہ ٹھیک ہے۔</w:t>
      </w:r>
    </w:p>
    <w:p>
      <w:r>
        <w:rPr>
          <w:b/>
        </w:rPr>
        <w:t xml:space="preserve">[14:37] </w:t>
      </w:r>
      <w:r>
        <w:t>wo le gaye.</w:t>
      </w:r>
    </w:p>
    <w:p>
      <w:pPr>
        <w:jc w:val="right"/>
      </w:pPr>
      <w:r>
        <w:t>وہ لے گئے۔</w:t>
      </w:r>
    </w:p>
    <w:p>
      <w:r>
        <w:rPr>
          <w:b/>
        </w:rPr>
        <w:t xml:space="preserve">[14:40] </w:t>
      </w:r>
      <w:r>
        <w:t>ab kya hua ke pandrah din khatm ho gaye, mahina poora ho gaya.</w:t>
      </w:r>
    </w:p>
    <w:p>
      <w:pPr>
        <w:jc w:val="right"/>
      </w:pPr>
      <w:r>
        <w:t>اب کیا ہوا کہ پندرہ دن ختم ہو گئے، مہینہ پورا ہو گیا۔</w:t>
      </w:r>
    </w:p>
    <w:p>
      <w:r>
        <w:rPr>
          <w:b/>
        </w:rPr>
        <w:t xml:space="preserve">[14:44] </w:t>
      </w:r>
      <w:r>
        <w:t>aur unhon ne la kar nahi diya.</w:t>
      </w:r>
    </w:p>
    <w:p>
      <w:pPr>
        <w:jc w:val="right"/>
      </w:pPr>
      <w:r>
        <w:t>اور انہوں نے لا کر نہیں دیا۔</w:t>
      </w:r>
    </w:p>
    <w:p>
      <w:r>
        <w:rPr>
          <w:b/>
        </w:rPr>
        <w:t xml:space="preserve">[14:48] </w:t>
      </w:r>
      <w:r>
        <w:t>ab un ko pareshani hui ke kyunke ab Monthly Magazine to har mahine nikalna hai.</w:t>
      </w:r>
    </w:p>
    <w:p>
      <w:pPr>
        <w:jc w:val="right"/>
      </w:pPr>
      <w:r>
        <w:t>اب ان کو پریشانی ہوئی کہ کیونکہ اب Monthly Magazine تو ہر مہینے نکالنا ہے۔</w:t>
      </w:r>
    </w:p>
    <w:p>
      <w:r>
        <w:rPr>
          <w:b/>
        </w:rPr>
        <w:t xml:space="preserve">[14:52] </w:t>
      </w:r>
      <w:r>
        <w:t>to hum ne ek aadmi bheja un ke paas, un ke ghar bheja.</w:t>
      </w:r>
    </w:p>
    <w:p>
      <w:pPr>
        <w:jc w:val="right"/>
      </w:pPr>
      <w:r>
        <w:t>تو ہم نے ایک آدمی بھیجا ان کے پاس، ان کے گھر بھیجا۔</w:t>
      </w:r>
    </w:p>
    <w:p>
      <w:r>
        <w:rPr>
          <w:b/>
        </w:rPr>
        <w:t xml:space="preserve">[14:55] </w:t>
      </w:r>
      <w:r>
        <w:t>to kiya maloom hua ke wo to hospital mein hain. Wo to hospital mein hain. To qissa kiya pesh aaya? Ke wo abhi kitabat poori nahi kar paye the ke ek din wo rickshaw wale se takra gaye. Ek rickshaw dohra raha tha, air road par chal rahe the aur takrahat ho gayi. Ab yeh ghussa ho gaye, lad gaye us se. Lad gaye to dono lad gaye. Yun</w:t>
      </w:r>
    </w:p>
    <w:p>
      <w:pPr>
        <w:jc w:val="right"/>
      </w:pPr>
      <w:r>
        <w:t>تو کیا معلوم ہوا کہ وہ تو Hospital میں ہیں۔ وہ تو Hospital میں ہیں۔ تو قصہ کیا پیش آیا؟ کہ وہ ابھی کتابت پوری نہیں کر پائے تھے کہ ایک دن وہ رکشے والے سے ٹکرا گئے۔ ایک رکشہ دوڑا رہا تھا، Air Road پر چل رہے تھے اور ٹکراہٹ ہو گئی۔ اب یہ غصہ ہو گئے، لڑ گئے اس سے۔ لڑ گئے تو دونوں لڑ گئے۔ یوں</w:t>
      </w:r>
    </w:p>
    <w:p>
      <w:r>
        <w:rPr>
          <w:b/>
        </w:rPr>
        <w:t xml:space="preserve">[15:25] </w:t>
      </w:r>
      <w:r>
        <w:t>lad gaye to un ka kuch haath paon bhi toot gaya.</w:t>
      </w:r>
    </w:p>
    <w:p>
      <w:pPr>
        <w:jc w:val="right"/>
      </w:pPr>
      <w:r>
        <w:t>لڑ گئے تو ان کا کچھ ہاتھ پاؤں بھی ٹوٹ گیا۔</w:t>
      </w:r>
    </w:p>
    <w:p>
      <w:r>
        <w:rPr>
          <w:b/>
        </w:rPr>
        <w:t xml:space="preserve">[15:30] </w:t>
      </w:r>
      <w:r>
        <w:t>aur pahunch gaye Hospital.</w:t>
      </w:r>
    </w:p>
    <w:p>
      <w:pPr>
        <w:jc w:val="right"/>
      </w:pPr>
      <w:r>
        <w:t>اور پہنچ گئے Hospital۔</w:t>
      </w:r>
    </w:p>
    <w:p>
      <w:r>
        <w:rPr>
          <w:b/>
        </w:rPr>
        <w:t xml:space="preserve">[15:34] </w:t>
      </w:r>
      <w:r>
        <w:t>do mahine mein phir woh Recovery un ki hui.</w:t>
      </w:r>
    </w:p>
    <w:p>
      <w:pPr>
        <w:jc w:val="right"/>
      </w:pPr>
      <w:r>
        <w:t>دو مہینے میں پھر وہ Recovery ان کی ہوئی۔</w:t>
      </w:r>
    </w:p>
    <w:p>
      <w:r>
        <w:rPr>
          <w:b/>
        </w:rPr>
        <w:t xml:space="preserve">[15:39] </w:t>
      </w:r>
      <w:r>
        <w:t>do mahine ke baad phir unhon ne likha aur likh kar ke woh le aaye.</w:t>
      </w:r>
    </w:p>
    <w:p>
      <w:pPr>
        <w:jc w:val="right"/>
      </w:pPr>
      <w:r>
        <w:t>دو مہینے کے بعد پھر انہوں نے لکھا اور لکھ کر کے وہ لے آئے۔</w:t>
      </w:r>
    </w:p>
    <w:p>
      <w:r>
        <w:rPr>
          <w:b/>
        </w:rPr>
        <w:t xml:space="preserve">[15:43] </w:t>
      </w:r>
      <w:r>
        <w:t>agar woh Avoid karte ke chalo bhai tik raahat ho gaya to kuch ghalati meri thi, kuch ghalati is</w:t>
      </w:r>
    </w:p>
    <w:p>
      <w:pPr>
        <w:jc w:val="right"/>
      </w:pPr>
      <w:r>
        <w:t>اگر وہ Avoid کرتے کہ چلو بھائی ٹکراہٹ ہو گیا تو کچھ غلطی میری تھی، کچھ غلطی اس</w:t>
      </w:r>
    </w:p>
    <w:p>
      <w:r>
        <w:rPr>
          <w:b/>
        </w:rPr>
        <w:t xml:space="preserve">[15:48] </w:t>
      </w:r>
      <w:r>
        <w:t>ki thi, chhod do.</w:t>
      </w:r>
    </w:p>
    <w:p>
      <w:pPr>
        <w:jc w:val="right"/>
      </w:pPr>
      <w:r>
        <w:t>کی تھی، چھوڑو۔</w:t>
      </w:r>
    </w:p>
    <w:p>
      <w:r>
        <w:rPr>
          <w:b/>
        </w:rPr>
        <w:t xml:space="preserve">[15:52] </w:t>
      </w:r>
      <w:r>
        <w:t>to apna waada poora kar ke woh pandrah din mein mujhe Matter de dete.</w:t>
      </w:r>
    </w:p>
    <w:p>
      <w:pPr>
        <w:jc w:val="right"/>
      </w:pPr>
      <w:r>
        <w:t>تو اپنا وعدہ پورا کر کے وہ پندرہ دن میں مجھے Matter دے دیتے۔</w:t>
      </w:r>
    </w:p>
    <w:p>
      <w:r>
        <w:rPr>
          <w:b/>
        </w:rPr>
        <w:t xml:space="preserve">[15:57] </w:t>
      </w:r>
      <w:r>
        <w:t>nahin to pahunche Hospital, paisa kharch hua, kaam bhi nahin hua, ghar wale pareshan hue. Saare Problem.</w:t>
      </w:r>
    </w:p>
    <w:p>
      <w:pPr>
        <w:jc w:val="right"/>
      </w:pPr>
      <w:r>
        <w:t>نہیں تو پہنچے Hospital، پیسہ خرچ ہوا، کام بھی نہیں ہوا، گھر والے پریشان ہوئے۔ سارے Problem۔</w:t>
      </w:r>
    </w:p>
    <w:p>
      <w:r>
        <w:rPr>
          <w:b/>
        </w:rPr>
        <w:t xml:space="preserve">[16:02] </w:t>
      </w:r>
      <w:r>
        <w:t>sirf Avoid na karne se, yaani Road par ek jo baat hui us ko Avoid na karne ki</w:t>
      </w:r>
    </w:p>
    <w:p>
      <w:pPr>
        <w:jc w:val="right"/>
      </w:pPr>
      <w:r>
        <w:t>صرف Avoid نہ کرنے سے، یعنی Road پر ایک جو بات ہوئی اس کو Avoid نہ کرنے کی</w:t>
      </w:r>
    </w:p>
    <w:p>
      <w:r>
        <w:rPr>
          <w:b/>
        </w:rPr>
        <w:t xml:space="preserve">[16:07] </w:t>
      </w:r>
      <w:r>
        <w:t>wajah se itna nuksaan un ko hua.</w:t>
      </w:r>
    </w:p>
    <w:p>
      <w:pPr>
        <w:jc w:val="right"/>
      </w:pPr>
      <w:r>
        <w:t>وجہ سے اتنا نقصان ان کو ہوا۔</w:t>
      </w:r>
    </w:p>
    <w:p>
      <w:r>
        <w:rPr>
          <w:b/>
        </w:rPr>
        <w:t xml:space="preserve">[16:12] </w:t>
      </w:r>
      <w:r>
        <w:t>ab doosra qissa suniye isi Dilli ka.</w:t>
      </w:r>
    </w:p>
    <w:p>
      <w:pPr>
        <w:jc w:val="right"/>
      </w:pPr>
      <w:r>
        <w:t>اب دوسرا قصہ سنیے اسی دلی کا۔</w:t>
      </w:r>
    </w:p>
    <w:p>
      <w:r>
        <w:rPr>
          <w:b/>
        </w:rPr>
        <w:t xml:space="preserve">[16:17] </w:t>
      </w:r>
      <w:r>
        <w:t>purane Dilli mein, pehle main purane Dilli mein rehta tha.</w:t>
      </w:r>
    </w:p>
    <w:p>
      <w:pPr>
        <w:jc w:val="right"/>
      </w:pPr>
      <w:r>
        <w:t>پرانے دلی میں، پہلے میں پرانے دلی میں رہتا تھا۔</w:t>
      </w:r>
    </w:p>
    <w:p>
      <w:r>
        <w:rPr>
          <w:b/>
        </w:rPr>
        <w:t xml:space="preserve">[16:22] </w:t>
      </w:r>
      <w:r>
        <w:t>to ek naujawan ko Bombay</w:t>
      </w:r>
    </w:p>
    <w:p>
      <w:pPr>
        <w:jc w:val="right"/>
      </w:pPr>
      <w:r>
        <w:t>تو ایک نوجوان کو بمبئی</w:t>
      </w:r>
    </w:p>
    <w:p>
      <w:r>
        <w:rPr>
          <w:b/>
        </w:rPr>
        <w:t xml:space="preserve">[16:27] </w:t>
      </w:r>
      <w:r>
        <w:t>se ek wo aya, interview letter. Us ne ek darkhwast ki thi kisi bari company mein. Us ne interview ke liye bulaya. To dilli se unhein train pakar kar ke pahonchna tha bombay, time par. To dilli se wo, purane dilli mein rickshaw chalte the. Rickshaw baithe. To un</w:t>
      </w:r>
    </w:p>
    <w:p>
      <w:pPr>
        <w:jc w:val="right"/>
      </w:pPr>
      <w:r>
        <w:t>سے ایک وہ آیا، Interview Letter۔ اس نے ایک درخواست کی تھی کسی بڑی Company میں۔ اس نے Interview کے لیے بلایا۔ تو دلی سے انہیں ٹرین پکڑ کر کے پہنچنا تھا بمبئی، Time پر۔ تو دلی سے وہ، پرانے دلی میں رکشے چلتے تھے۔ رکشے بیٹھے۔ تو ان</w:t>
      </w:r>
    </w:p>
    <w:p>
      <w:r>
        <w:rPr>
          <w:b/>
        </w:rPr>
        <w:t xml:space="preserve">[16:57] </w:t>
      </w:r>
      <w:r>
        <w:t>ka ek dost tha woh un ko pahunchane ke liye, woh bhi baith gaya.</w:t>
      </w:r>
    </w:p>
    <w:p>
      <w:pPr>
        <w:jc w:val="right"/>
      </w:pPr>
      <w:r>
        <w:t>کا ایک دوست تھا وہ ان کو پہنچانے کے لیے، وہ بھی بیٹھ گیا۔</w:t>
      </w:r>
    </w:p>
    <w:p>
      <w:r>
        <w:rPr>
          <w:b/>
        </w:rPr>
        <w:t xml:space="preserve">[17:01] </w:t>
      </w:r>
      <w:r>
        <w:t>ab dono chale Railway Station ki taraf.</w:t>
      </w:r>
    </w:p>
    <w:p>
      <w:pPr>
        <w:jc w:val="right"/>
      </w:pPr>
      <w:r>
        <w:t>اب دونوں چلے Railway Station کی طرف۔</w:t>
      </w:r>
    </w:p>
    <w:p>
      <w:r>
        <w:rPr>
          <w:b/>
        </w:rPr>
        <w:t xml:space="preserve">[17:05] </w:t>
      </w:r>
      <w:r>
        <w:t>to purane Dilli mein agar aap jaante hon to wahan par ladke bahut hote hain, woh peeche latak jaate hain.</w:t>
      </w:r>
    </w:p>
    <w:p>
      <w:pPr>
        <w:jc w:val="right"/>
      </w:pPr>
      <w:r>
        <w:t>تو پرانے دلی میں اگر آپ جانتے ہوں تو وہاں پر لڑکے بہت ہوتے ہیں، وہ پیچھے لٹک جاتے ہیں۔</w:t>
      </w:r>
    </w:p>
    <w:p>
      <w:r>
        <w:rPr>
          <w:b/>
        </w:rPr>
        <w:t xml:space="preserve">[17:10] </w:t>
      </w:r>
      <w:r>
        <w:t>rickshaw ke peeche latak jaate hain.</w:t>
      </w:r>
    </w:p>
    <w:p>
      <w:pPr>
        <w:jc w:val="right"/>
      </w:pPr>
      <w:r>
        <w:t>رکشے کے پیچھے لٹک جاتے ہیں۔</w:t>
      </w:r>
    </w:p>
    <w:p>
      <w:r>
        <w:rPr>
          <w:b/>
        </w:rPr>
        <w:t xml:space="preserve">[17:14] </w:t>
      </w:r>
      <w:r>
        <w:t>tamasha karte hain.</w:t>
      </w:r>
    </w:p>
    <w:p>
      <w:pPr>
        <w:jc w:val="right"/>
      </w:pPr>
      <w:r>
        <w:t>تماشہ کرتے ہیں۔</w:t>
      </w:r>
    </w:p>
    <w:p>
      <w:r>
        <w:rPr>
          <w:b/>
        </w:rPr>
        <w:t xml:space="preserve">[17:18] </w:t>
      </w:r>
      <w:r>
        <w:t>to ek ladka latak gaya un ke rickshaw ke peeche.</w:t>
      </w:r>
    </w:p>
    <w:p>
      <w:pPr>
        <w:jc w:val="right"/>
      </w:pPr>
      <w:r>
        <w:t>تو ایک لڑکا لٹک گیا ان کے رکشے کے پیچھے۔</w:t>
      </w:r>
    </w:p>
    <w:p>
      <w:r>
        <w:rPr>
          <w:b/>
        </w:rPr>
        <w:t xml:space="preserve">[17:22] </w:t>
      </w:r>
      <w:r>
        <w:t>ab jo dost the us se, unhon ne rickshaw roka aur utarne lage to unhon ne poocha us ke</w:t>
      </w:r>
    </w:p>
    <w:p>
      <w:pPr>
        <w:jc w:val="right"/>
      </w:pPr>
      <w:r>
        <w:t>اب جو دوست تھے اس سے، انہوں نے رکشہ روکا اور اترنے لگے تو انہوں نے پوچھا اس کے</w:t>
      </w:r>
    </w:p>
    <w:p>
      <w:r>
        <w:rPr>
          <w:b/>
        </w:rPr>
        <w:t xml:space="preserve">[17:27] </w:t>
      </w:r>
      <w:r>
        <w:t>dost ne ke bhai kyun roka tum ne? Kahan ja rahe ho? Kaha ke is larkay ko maar raha hai. Kyun latka yeh? To jo aadmi ja raha tha un interview dene ke liye us ne kaha ke humein ab time kahan hai? Itna time kahan hamare pas hai? Humein to pahonchna hai station, phir gaadi pakadna hai, phir bombay pahonchna hai, phir interview dena hai, phir service lena hai. To time kahan hai is ka ke hum larkay ko</w:t>
      </w:r>
    </w:p>
    <w:p>
      <w:pPr>
        <w:jc w:val="right"/>
      </w:pPr>
      <w:r>
        <w:t>دوست نے کہ بھئی کیوں روکا تم نے؟ کہاں جا رہے ہو؟ کہا کہ اس لڑکے کو مار رہا ہے۔ کیوں لٹکا یہ؟ تو جو آدمی جا رہا تھا ان Interview دینے کے لیے اس نے کہا کہ ہمیں اب Time کہاں ہے؟ اتنا Time کہاں ہمارے پاس ہے؟ ہمیں تو پہنچنا ہے Station، پھر گاڑی پکڑنا ہے، پھر بمبئی پہنچنا ہے، پھر Interview دینا ہے، پھر Service لینا ہے۔ تو Time کہاں ہے اس کا کہ ہم لڑکے کو</w:t>
      </w:r>
    </w:p>
    <w:p>
      <w:r>
        <w:rPr>
          <w:b/>
        </w:rPr>
        <w:t xml:space="preserve">[17:57] </w:t>
      </w:r>
      <w:r>
        <w:t>punishment den? Khinch ke us ne un ko rickshaw bithaliya aur bombay pahoncha, wahan acha interview us ka hua aur wo job mil gaya us ko. Ab do aap dekhiye. Ek aadmi jinhon ne road ke ek chote se waqeye ko ignore nahi kiya to pahonch gaye hospital. Doosra waqea wo bhi road par hua. Us ne ignore kiya to pahoncha wo bombay aur us ko service mil gayi.</w:t>
      </w:r>
    </w:p>
    <w:p>
      <w:pPr>
        <w:jc w:val="right"/>
      </w:pPr>
      <w:r>
        <w:t>Punishment دیں؟ کھینچ کے اس نے ان کو رکشہ بٹھا لیا اور بمبئی پہنچا، وہاں اچھا Interview اس کا ہوا اور وہ Job مل گیا اس کو۔ اب دو آپ دیکھیے۔ ایک آدمی جنہوں نے Road کے ایک چھوٹے سے واقعے کو Ignore نہیں کیا تو پہنچ گئے Hospital۔ دوسرا واقعہ وہ بھی Road پر ہوا۔ اس نے Ignore کیا تو پہنچا وہ بمبئی اور اس کو Service مل گئی۔</w:t>
      </w:r>
    </w:p>
    <w:p>
      <w:r>
        <w:rPr>
          <w:b/>
        </w:rPr>
        <w:t xml:space="preserve">[18:27] </w:t>
      </w:r>
      <w:r>
        <w:t>yeh hai Importance of Positive Attitude jis ko main kehta hoon ke naam hai, yaani Positive Attitude kya</w:t>
      </w:r>
    </w:p>
    <w:p>
      <w:pPr>
        <w:jc w:val="right"/>
      </w:pPr>
      <w:r>
        <w:t>یہ ہے Importance of Positive Attitude جس کو میں کہتا ہوں کہ نام ہے، یعنی Positive Attitude کیا</w:t>
      </w:r>
    </w:p>
    <w:p>
      <w:r>
        <w:rPr>
          <w:b/>
        </w:rPr>
        <w:t xml:space="preserve">[18:33] </w:t>
      </w:r>
      <w:r>
        <w:t>cheez hai? Woh hai Attitude of Avoidance.</w:t>
      </w:r>
    </w:p>
    <w:p>
      <w:pPr>
        <w:jc w:val="right"/>
      </w:pPr>
      <w:r>
        <w:t>چیز ہے؟ وہ ہے Attitude of Avoidance۔</w:t>
      </w:r>
    </w:p>
    <w:p>
      <w:r>
        <w:rPr>
          <w:b/>
        </w:rPr>
        <w:t xml:space="preserve">[18:39] </w:t>
      </w:r>
      <w:r>
        <w:t>yaani Unpleasant cheezon ko Avoid karna.</w:t>
      </w:r>
    </w:p>
    <w:p>
      <w:pPr>
        <w:jc w:val="right"/>
      </w:pPr>
      <w:r>
        <w:t>یعنی Unpleasant چیزوں کو Avoid کرنا۔</w:t>
      </w:r>
    </w:p>
    <w:p>
      <w:r>
        <w:rPr>
          <w:b/>
        </w:rPr>
        <w:t xml:space="preserve">[18:46] </w:t>
      </w:r>
      <w:r>
        <w:t>jo cheezein hum ko pasand nahin aa rahi hain us ko Avoid karna.</w:t>
      </w:r>
    </w:p>
    <w:p>
      <w:pPr>
        <w:jc w:val="right"/>
      </w:pPr>
      <w:r>
        <w:t>جو چیزیں ہم کو پسند نہیں آ رہی ہیں اس کو Avoid کرنا۔</w:t>
      </w:r>
    </w:p>
    <w:p>
      <w:r>
        <w:rPr>
          <w:b/>
        </w:rPr>
        <w:t xml:space="preserve">[18:52] </w:t>
      </w:r>
      <w:r>
        <w:t>jo cheezen hum ko buri lag jayen us ko avoid karna.</w:t>
      </w:r>
    </w:p>
    <w:p>
      <w:pPr>
        <w:jc w:val="right"/>
      </w:pPr>
      <w:r>
        <w:t>جو چیزیں ہم کو بری لگ جائیں اس کو Avoid کرنا۔</w:t>
      </w:r>
    </w:p>
    <w:p>
      <w:r>
        <w:rPr>
          <w:b/>
        </w:rPr>
        <w:t xml:space="preserve">[18:59] </w:t>
      </w:r>
      <w:r>
        <w:t>jin cheezon ko hum nahin chahte us ko avoid karna.</w:t>
      </w:r>
    </w:p>
    <w:p>
      <w:pPr>
        <w:jc w:val="right"/>
      </w:pPr>
      <w:r>
        <w:t>جن چیزوں کو ہم نہیں چاہتے اس کو Avoid کرنا۔</w:t>
      </w:r>
    </w:p>
    <w:p>
      <w:r>
        <w:rPr>
          <w:b/>
        </w:rPr>
        <w:t xml:space="preserve">[19:02] </w:t>
      </w:r>
      <w:r>
        <w:t>kyun? is liye ke dunya mein dekhiye aisa nahin ho sakta hai ke sab kuch aap ki marzi</w:t>
      </w:r>
    </w:p>
    <w:p>
      <w:pPr>
        <w:jc w:val="right"/>
      </w:pPr>
      <w:r>
        <w:t>کیوں؟ اس لیے کہ دنیا میں دیکھیے ایسا نہیں ہو سکتا ہے کہ سب کچھ آپ کی مرضی</w:t>
      </w:r>
    </w:p>
    <w:p>
      <w:r>
        <w:rPr>
          <w:b/>
        </w:rPr>
        <w:t xml:space="preserve">[19:06] </w:t>
      </w:r>
      <w:r>
        <w:t>ke mutabiq ho.</w:t>
      </w:r>
    </w:p>
    <w:p>
      <w:pPr>
        <w:jc w:val="right"/>
      </w:pPr>
      <w:r>
        <w:t>کے مطابق ہو۔</w:t>
      </w:r>
    </w:p>
    <w:p>
      <w:r>
        <w:rPr>
          <w:b/>
        </w:rPr>
        <w:t xml:space="preserve">[19:10] </w:t>
      </w:r>
      <w:r>
        <w:t>aisa nahin ho sakta hai.</w:t>
      </w:r>
    </w:p>
    <w:p>
      <w:pPr>
        <w:jc w:val="right"/>
      </w:pPr>
      <w:r>
        <w:t>ایسا نہیں ہو سکتا ہے۔</w:t>
      </w:r>
    </w:p>
    <w:p>
      <w:r>
        <w:rPr>
          <w:b/>
        </w:rPr>
        <w:t xml:space="preserve">[19:14] </w:t>
      </w:r>
      <w:r>
        <w:t>main ne do individual ke example diya aap ko.</w:t>
      </w:r>
    </w:p>
    <w:p>
      <w:pPr>
        <w:jc w:val="right"/>
      </w:pPr>
      <w:r>
        <w:t>میں نے دو Individual کے Example دیا آپ کو۔</w:t>
      </w:r>
    </w:p>
    <w:p>
      <w:r>
        <w:rPr>
          <w:b/>
        </w:rPr>
        <w:t xml:space="preserve">[19:18] </w:t>
      </w:r>
      <w:r>
        <w:t>ab main do nation ke example deta hoon. do nation.</w:t>
      </w:r>
    </w:p>
    <w:p>
      <w:pPr>
        <w:jc w:val="right"/>
      </w:pPr>
      <w:r>
        <w:t>اب میں دو Nation کے Example دیتا ہوں۔ دو Nation۔</w:t>
      </w:r>
    </w:p>
    <w:p>
      <w:r>
        <w:rPr>
          <w:b/>
        </w:rPr>
        <w:t xml:space="preserve">[19:21] </w:t>
      </w:r>
      <w:r>
        <w:t>yeh hai Pakistan aur Japan.</w:t>
      </w:r>
    </w:p>
    <w:p>
      <w:pPr>
        <w:jc w:val="right"/>
      </w:pPr>
      <w:r>
        <w:t>یہ ہے پاکستان اور جاپان۔</w:t>
      </w:r>
    </w:p>
    <w:p>
      <w:r>
        <w:rPr>
          <w:b/>
        </w:rPr>
        <w:t xml:space="preserve">[19:25] </w:t>
      </w:r>
      <w:r>
        <w:t>second world war ke baad dono ki history shuru hoti hai. nai history.</w:t>
      </w:r>
    </w:p>
    <w:p>
      <w:pPr>
        <w:jc w:val="right"/>
      </w:pPr>
      <w:r>
        <w:t>سیکنڈ ورلڈ وار کے بعد دونوں کی History شروع ہوتی ہے۔ نئی History۔</w:t>
      </w:r>
    </w:p>
    <w:p>
      <w:r>
        <w:rPr>
          <w:b/>
        </w:rPr>
        <w:t xml:space="preserve">[19:29] </w:t>
      </w:r>
      <w:r>
        <w:t>Japan ki nai history shuru hoti hai second world war ke baad.</w:t>
      </w:r>
    </w:p>
    <w:p>
      <w:pPr>
        <w:jc w:val="right"/>
      </w:pPr>
      <w:r>
        <w:t>جاپان کی نئی History شروع ہوتی ہے سیکنڈ ورلڈ وار کے بعد۔</w:t>
      </w:r>
    </w:p>
    <w:p>
      <w:r>
        <w:rPr>
          <w:b/>
        </w:rPr>
        <w:t xml:space="preserve">[19:34] </w:t>
      </w:r>
      <w:r>
        <w:t>Pakistan ki nai history shuru hoti hai second world war ke baad.</w:t>
      </w:r>
    </w:p>
    <w:p>
      <w:pPr>
        <w:jc w:val="right"/>
      </w:pPr>
      <w:r>
        <w:t>پاکستان کی نئی History شروع ہوتی ہے سیکنڈ ورلڈ وار کے بعد۔</w:t>
      </w:r>
    </w:p>
    <w:p>
      <w:r>
        <w:rPr>
          <w:b/>
        </w:rPr>
        <w:t xml:space="preserve">[19:39] </w:t>
      </w:r>
      <w:r>
        <w:t>ab aap dekhiye.</w:t>
      </w:r>
    </w:p>
    <w:p>
      <w:pPr>
        <w:jc w:val="right"/>
      </w:pPr>
      <w:r>
        <w:t>اب آپ دیکھیے۔</w:t>
      </w:r>
    </w:p>
    <w:p>
      <w:r>
        <w:rPr>
          <w:b/>
        </w:rPr>
        <w:t xml:space="preserve">[19:44] </w:t>
      </w:r>
      <w:r>
        <w:t>aaj Pakistan aik aisa mulk hai jo problem mein ghira hua hai.</w:t>
      </w:r>
    </w:p>
    <w:p>
      <w:pPr>
        <w:jc w:val="right"/>
      </w:pPr>
      <w:r>
        <w:t>آج پاکستان ایک ایسا ملک ہے جو Problem میں گھرا ہوا ہے۔</w:t>
      </w:r>
    </w:p>
    <w:p>
      <w:r>
        <w:rPr>
          <w:b/>
        </w:rPr>
        <w:t xml:space="preserve">[19:49] </w:t>
      </w:r>
      <w:r>
        <w:t>aik survey karaya gaya ke kaun sa country safest country hai, kaun sa country unsafest country hai.</w:t>
      </w:r>
    </w:p>
    <w:p>
      <w:pPr>
        <w:jc w:val="right"/>
      </w:pPr>
      <w:r>
        <w:t>ایک Survey کرایا گیا کہ کون سا Country Safest Country ہے، کون سا Country Unsafest Country ہے۔</w:t>
      </w:r>
    </w:p>
    <w:p>
      <w:r>
        <w:rPr>
          <w:b/>
        </w:rPr>
        <w:t xml:space="preserve">[19:54] </w:t>
      </w:r>
      <w:r>
        <w:t>to is mein</w:t>
      </w:r>
    </w:p>
    <w:p>
      <w:pPr>
        <w:jc w:val="right"/>
      </w:pPr>
      <w:r>
        <w:t>تو اس میں</w:t>
      </w:r>
    </w:p>
    <w:p>
      <w:r>
        <w:rPr>
          <w:b/>
        </w:rPr>
        <w:t xml:space="preserve">[19:59] </w:t>
      </w:r>
      <w:r>
        <w:t>aaya ke Singapore safest country hai.</w:t>
      </w:r>
    </w:p>
    <w:p>
      <w:pPr>
        <w:jc w:val="right"/>
      </w:pPr>
      <w:r>
        <w:t>آیا کہ سنگاپور Safest Country ہے۔</w:t>
      </w:r>
    </w:p>
    <w:p>
      <w:r>
        <w:rPr>
          <w:b/>
        </w:rPr>
        <w:t xml:space="preserve">[20:03] </w:t>
      </w:r>
      <w:r>
        <w:t>aur unsafest country jo hai woh Pakistan hai.</w:t>
      </w:r>
    </w:p>
    <w:p>
      <w:pPr>
        <w:jc w:val="right"/>
      </w:pPr>
      <w:r>
        <w:t>اور Unsafest Country جو ہے وہ پاکستان ہے۔</w:t>
      </w:r>
    </w:p>
    <w:p>
      <w:r>
        <w:rPr>
          <w:b/>
        </w:rPr>
        <w:t xml:space="preserve">[20:06] </w:t>
      </w:r>
      <w:r>
        <w:t>kyun? wahan par larai bhirhai, har waqt larai bhirhai, log gun chalate rehte hain.</w:t>
      </w:r>
    </w:p>
    <w:p>
      <w:pPr>
        <w:jc w:val="right"/>
      </w:pPr>
      <w:r>
        <w:t>کیوں؟ وہاں پر لڑائی بھڑائی، ہر وقت لڑائی بھڑائی، لوگ گن چلاتے رہتے ہیں۔</w:t>
      </w:r>
    </w:p>
    <w:p>
      <w:r>
        <w:rPr>
          <w:b/>
        </w:rPr>
        <w:t xml:space="preserve">[20:10] </w:t>
      </w:r>
      <w:r>
        <w:t>aap media mein aap daily dekhte hon ge.</w:t>
      </w:r>
    </w:p>
    <w:p>
      <w:pPr>
        <w:jc w:val="right"/>
      </w:pPr>
      <w:r>
        <w:t>آپ میڈیا میں آپ Daily دیکھتے ہوں گے۔</w:t>
      </w:r>
    </w:p>
    <w:p>
      <w:r>
        <w:rPr>
          <w:b/>
        </w:rPr>
        <w:t xml:space="preserve">[20:13] </w:t>
      </w:r>
      <w:r>
        <w:t>haan bomb phata, wahan bomb phata.</w:t>
      </w:r>
    </w:p>
    <w:p>
      <w:pPr>
        <w:jc w:val="right"/>
      </w:pPr>
      <w:r>
        <w:t>ہاں بم پھٹا، وہاں بم پھٹا۔</w:t>
      </w:r>
    </w:p>
    <w:p>
      <w:r>
        <w:rPr>
          <w:b/>
        </w:rPr>
        <w:t xml:space="preserve">[20:17] </w:t>
      </w:r>
      <w:r>
        <w:t>yahan log mare, wahan log mare.</w:t>
      </w:r>
    </w:p>
    <w:p>
      <w:pPr>
        <w:jc w:val="right"/>
      </w:pPr>
      <w:r>
        <w:t>یہاں لوگ مرے، وہاں لوگ مرے۔</w:t>
      </w:r>
    </w:p>
    <w:p>
      <w:r>
        <w:rPr>
          <w:b/>
        </w:rPr>
        <w:t xml:space="preserve">[20:20] </w:t>
      </w:r>
      <w:r>
        <w:t>barabar yeh chalta rehta hai wahan par.</w:t>
      </w:r>
    </w:p>
    <w:p>
      <w:pPr>
        <w:jc w:val="right"/>
      </w:pPr>
      <w:r>
        <w:t>برابر یہ چلتا رہتا ہے وہاں پر۔</w:t>
      </w:r>
    </w:p>
    <w:p>
      <w:r>
        <w:rPr>
          <w:b/>
        </w:rPr>
        <w:t xml:space="preserve">[20:24] </w:t>
      </w:r>
      <w:r>
        <w:t>aap dekhiye ke Japan mein aisa nahin hota.</w:t>
      </w:r>
    </w:p>
    <w:p>
      <w:pPr>
        <w:jc w:val="right"/>
      </w:pPr>
      <w:r>
        <w:t>آپ دیکھیے کہ جاپان میں ایسا نہیں ہوتا۔</w:t>
      </w:r>
    </w:p>
    <w:p>
      <w:r>
        <w:rPr>
          <w:b/>
        </w:rPr>
        <w:t xml:space="preserve">[20:27] </w:t>
      </w:r>
      <w:r>
        <w:t>Japan mein aisa nahin hota. woh kyun</w:t>
      </w:r>
    </w:p>
    <w:p>
      <w:pPr>
        <w:jc w:val="right"/>
      </w:pPr>
      <w:r>
        <w:t>جاپان میں ایسا نہیں ہوتا۔ وہ کیوں</w:t>
      </w:r>
    </w:p>
    <w:p>
      <w:r>
        <w:rPr>
          <w:b/>
        </w:rPr>
        <w:t xml:space="preserve">[20:31] </w:t>
      </w:r>
      <w:r>
        <w:t>? second world war ke baad dono aik situation se dochar hue.</w:t>
      </w:r>
    </w:p>
    <w:p>
      <w:pPr>
        <w:jc w:val="right"/>
      </w:pPr>
      <w:r>
        <w:t>؟ سیکنڈ ورلڈ وار کے بعد دونوں ایک Situation سے دوچار ہوئے۔</w:t>
      </w:r>
    </w:p>
    <w:p>
      <w:r>
        <w:rPr>
          <w:b/>
        </w:rPr>
        <w:t xml:space="preserve">[20:35] </w:t>
      </w:r>
      <w:r>
        <w:t>wo Situation kya thi? ke Pakistan ka ek, jis ko ke wo samajhte the ke hamara hissa hai.</w:t>
      </w:r>
    </w:p>
    <w:p>
      <w:pPr>
        <w:jc w:val="right"/>
      </w:pPr>
      <w:r>
        <w:t>وہ Situation کیا تھی؟ کہ پاکستان کا ایک، جس کو کہ وہ سمجھتے تھے کہ ہمارا حصہ ہے۔</w:t>
      </w:r>
    </w:p>
    <w:p>
      <w:r>
        <w:rPr>
          <w:b/>
        </w:rPr>
        <w:t xml:space="preserve">[20:39] </w:t>
      </w:r>
      <w:r>
        <w:t>mein nahi samajhta ke un ka hissa tha lekin behraal, acha wo samajhte hain. Kashmir.</w:t>
      </w:r>
    </w:p>
    <w:p>
      <w:pPr>
        <w:jc w:val="right"/>
      </w:pPr>
      <w:r>
        <w:t>میں نہیں سمجھتا کہ ان کا حصہ تھا لیکن بہرحال، اچھا وہ سمجھتے ہیں۔ کشمیر۔</w:t>
      </w:r>
    </w:p>
    <w:p>
      <w:r>
        <w:rPr>
          <w:b/>
        </w:rPr>
        <w:t xml:space="preserve">[20:43] </w:t>
      </w:r>
      <w:r>
        <w:t>Kashmir ko samajhte the ke wo hamara hissa hai.</w:t>
      </w:r>
    </w:p>
    <w:p>
      <w:pPr>
        <w:jc w:val="right"/>
      </w:pPr>
      <w:r>
        <w:t>کشمیر کو سمجھتے تھے کہ وہ ہمارا حصہ ہے۔</w:t>
      </w:r>
    </w:p>
    <w:p>
      <w:r>
        <w:rPr>
          <w:b/>
        </w:rPr>
        <w:t xml:space="preserve">[20:48] </w:t>
      </w:r>
      <w:r>
        <w:t>to samajhne se koi hissa nahi ban jayega.</w:t>
      </w:r>
    </w:p>
    <w:p>
      <w:pPr>
        <w:jc w:val="right"/>
      </w:pPr>
      <w:r>
        <w:t>تو سمجھنے سے کوئی حصہ نہیں بن جائے گا۔</w:t>
      </w:r>
    </w:p>
    <w:p>
      <w:r>
        <w:rPr>
          <w:b/>
        </w:rPr>
        <w:t xml:space="preserve">[20:52] </w:t>
      </w:r>
      <w:r>
        <w:t>Reality kya hai is ko janna padta hai.</w:t>
      </w:r>
    </w:p>
    <w:p>
      <w:pPr>
        <w:jc w:val="right"/>
      </w:pPr>
      <w:r>
        <w:t>Reality کیا ہے اس کو جاننا پڑتا ہے۔</w:t>
      </w:r>
    </w:p>
    <w:p>
      <w:r>
        <w:rPr>
          <w:b/>
        </w:rPr>
        <w:t xml:space="preserve">[20:56] </w:t>
      </w:r>
      <w:r>
        <w:t>to Pakistan ne Kashmir ke liye poori</w:t>
      </w:r>
    </w:p>
    <w:p>
      <w:pPr>
        <w:jc w:val="right"/>
      </w:pPr>
      <w:r>
        <w:t>تو پاکستان نے کشمیر کے لیے پوری</w:t>
      </w:r>
    </w:p>
    <w:p>
      <w:r>
        <w:rPr>
          <w:b/>
        </w:rPr>
        <w:t xml:space="preserve">[21:01] </w:t>
      </w:r>
      <w:r>
        <w:t>Military chala di.</w:t>
      </w:r>
    </w:p>
    <w:p>
      <w:pPr>
        <w:jc w:val="right"/>
      </w:pPr>
      <w:r>
        <w:t>Military چلا دی۔</w:t>
      </w:r>
    </w:p>
    <w:p>
      <w:r>
        <w:rPr>
          <w:b/>
        </w:rPr>
        <w:t xml:space="preserve">[21:05] </w:t>
      </w:r>
      <w:r>
        <w:t>Military chalane ke maani kya hote hain? ke aap apne logon ko ijazat de dein ke wo Arms istemal karen.</w:t>
      </w:r>
    </w:p>
    <w:p>
      <w:pPr>
        <w:jc w:val="right"/>
      </w:pPr>
      <w:r>
        <w:t>Military چلانے کے معنی کیا ہوتے ہیں؟ کہ آپ اپنے لوگوں کو اجازت دے دیں کہ وہ Arms استعمال کریں۔</w:t>
      </w:r>
    </w:p>
    <w:p>
      <w:r>
        <w:rPr>
          <w:b/>
        </w:rPr>
        <w:t xml:space="preserve">[21:09] </w:t>
      </w:r>
      <w:r>
        <w:t>wo Training Camp banayen.</w:t>
      </w:r>
    </w:p>
    <w:p>
      <w:pPr>
        <w:jc w:val="right"/>
      </w:pPr>
      <w:r>
        <w:t>وہ Training Camp بنائیں۔</w:t>
      </w:r>
    </w:p>
    <w:p>
      <w:r>
        <w:rPr>
          <w:b/>
        </w:rPr>
        <w:t xml:space="preserve">[21:14] </w:t>
      </w:r>
      <w:r>
        <w:t>madarson mein Training Camp banayen.</w:t>
      </w:r>
    </w:p>
    <w:p>
      <w:pPr>
        <w:jc w:val="right"/>
      </w:pPr>
      <w:r>
        <w:t>مدرسوں میں Training Camp بنا۔</w:t>
      </w:r>
    </w:p>
    <w:p>
      <w:r>
        <w:rPr>
          <w:b/>
        </w:rPr>
        <w:t xml:space="preserve">[21:18] </w:t>
      </w:r>
      <w:r>
        <w:t>jangalon mein banayen.</w:t>
      </w:r>
    </w:p>
    <w:p>
      <w:pPr>
        <w:jc w:val="right"/>
      </w:pPr>
      <w:r>
        <w:t>جنگلوں میں بنا۔</w:t>
      </w:r>
    </w:p>
    <w:p>
      <w:r>
        <w:rPr>
          <w:b/>
        </w:rPr>
        <w:t xml:space="preserve">[21:22] </w:t>
      </w:r>
      <w:r>
        <w:t>wohan yahan tak ke khule aam logon ko mauqa mil gaya ke wo hathiyar istemal karen, khareeden, le ke chalen.</w:t>
      </w:r>
    </w:p>
    <w:p>
      <w:pPr>
        <w:jc w:val="right"/>
      </w:pPr>
      <w:r>
        <w:t>وہاں یہاں تک کہ کھلے عام لوگوں کو موقع مل گیا کہ وہ ہتھیار استعمال کریں، خریدیں، لے کے چلیں۔</w:t>
      </w:r>
    </w:p>
    <w:p>
      <w:r>
        <w:rPr>
          <w:b/>
        </w:rPr>
        <w:t xml:space="preserve">[21:27] </w:t>
      </w:r>
      <w:r>
        <w:t>kyun? un ka nazariya yeh tha ke</w:t>
      </w:r>
    </w:p>
    <w:p>
      <w:pPr>
        <w:jc w:val="right"/>
      </w:pPr>
      <w:r>
        <w:t>کیوں؟ ان کا نظریہ یہ تھا کہ</w:t>
      </w:r>
    </w:p>
    <w:p>
      <w:r>
        <w:rPr>
          <w:b/>
        </w:rPr>
        <w:t xml:space="preserve">[21:31] </w:t>
      </w:r>
      <w:r>
        <w:t>Kashmir ko hum ne larr kar lena hai. Larr kar lena hai. Baghair larrre Kashmir nahi mile ga. Mujhe yaad hai ke is zamane mein ek Pakistan ke ek mashhoor Leader ki ek Speech chhapi thi akhbar mein. To us ki, uska bohat bari Headline thi, bohat bari surkhi thi. Kashmir ke liye hum jang tak ja sakte hain. Pakistan ke khayal ke mutabiq Kashm</w:t>
      </w:r>
    </w:p>
    <w:p>
      <w:pPr>
        <w:jc w:val="right"/>
      </w:pPr>
      <w:r>
        <w:t>کشمیر کو ہم نے لڑ کر لینا ہے۔ لڑ کر لینا ہے۔ بغیر لڑے کشمیر نہیں ملے گا۔ مجھے یاد ہے کہ اس زمانے میں ایک پاکستان کے ایک مشہور Leader کی ایک Speech چھپی تھی اخبار میں۔ تو اس کی، اس کا بہت بڑی Headline تھی، بہت بڑی سرخی تھی۔ کشمیر کے لیے ہم جنگ تک جا سکتے ہیں۔ پاکستان کے خیال کے مطابق کشم</w:t>
      </w:r>
    </w:p>
    <w:p>
      <w:r>
        <w:rPr>
          <w:b/>
        </w:rPr>
        <w:t xml:space="preserve">[22:01] </w:t>
      </w:r>
      <w:r>
        <w:t>ir is se khoya gaya tha to us ko wapas lene ke liye unhon ne Military chala di. To kya hua? Jab aap Military chalayenge to aap ghurb ko Allow karenge. Ghurb par chhoot denge. To hathiyaron ko khoob chhoot mili wahan. Hathiyar wahan to sabzi ki tarah bikne lage. Yeh halat ho gayi. Madarse mein Training Camp khula. Jangalon mein Training Camp khula. Khoob seekh rahe hain, khoob taake Kashm</w:t>
      </w:r>
    </w:p>
    <w:p>
      <w:pPr>
        <w:jc w:val="right"/>
      </w:pPr>
      <w:r>
        <w:t>یر اس سے کھویا گیا تھا تو اس کو واپس لینے کے لیے انہوں نے Military چلا دی۔ تو کیا ہوا؟ جب آپ Military چلائیں گے تو آپ غرب کو Allow کریں گے۔ غرب پر چھوٹ دیں گے۔ تو ہتھیاروں کو خوب چھوٹ ملی وہاں۔ ہتھیار وہاں تو سبزی کی طرح بکنے لگے۔ یہ حالت ہو گئی۔ مدرسے میں Training Camp کھلا۔ جنگلوں میں Training Camp کھلا۔ خوب سیکھ رہے ہیں، خوب تاکہ کشم</w:t>
      </w:r>
    </w:p>
    <w:p>
      <w:r>
        <w:rPr>
          <w:b/>
        </w:rPr>
        <w:t xml:space="preserve">[22:31] </w:t>
      </w:r>
      <w:r>
        <w:t>ir ko larr kar ke lein. Lekin aap is tarah nahi le sakte. India itna bara Country hai, is ke paas The Royal Army hai. Aise thori aap Kashmir le sakte hain. Nahi to Kashmir to nahi le paye. Albata khud Pakistan jo hai Military se bhar gaya. Pakistan aapas mein istemal karne lage log. Hathiyar. Aapas mein logon ne lage maarne. Jab ziyada se ziyada ghussa hui hai, bas hathiyar. Ziyada se ziyada ghussa hui hai, bas hathiyar</w:t>
      </w:r>
    </w:p>
    <w:p>
      <w:pPr>
        <w:jc w:val="right"/>
      </w:pPr>
      <w:r>
        <w:t>یر کو لڑ کر کے لیں۔ لیکن آپ اس طرح نہیں لے سکتے۔ انڈیا اتنا بڑا Country ہے، اس کے پاس The Royal Army ہے۔ ایسے تھوڑی آپ کشمیر لے سکتے ہیں۔ نہیں تو کشمیر تو نہیں لے پائے۔ البتہ خود پاکستان جو ہے Military سے بھر گیا۔ پاکستان آپس میں استعمال کرنے لگے لوگ۔ ہتھیار۔ آپس میں لوگوں نے لگے مارنے۔ جب زیادہ سے زیادہ غصہ ہوئی ہے، بس ہتھیار۔ زیادہ سے زیادہ غصہ ہوئی ہے، بس ہتھیار</w:t>
      </w:r>
    </w:p>
    <w:p>
      <w:r>
        <w:rPr>
          <w:b/>
        </w:rPr>
        <w:t xml:space="preserve">[23:01] </w:t>
      </w:r>
      <w:r>
        <w:t>—</w:t>
      </w:r>
    </w:p>
    <w:p>
      <w:pPr>
        <w:jc w:val="right"/>
      </w:pPr>
      <w:r>
        <w:t>۔</w:t>
      </w:r>
    </w:p>
    <w:p>
      <w:r>
        <w:rPr>
          <w:b/>
        </w:rPr>
        <w:t xml:space="preserve">[23:05] </w:t>
      </w:r>
      <w:r>
        <w:t>mein ne akhbar mein parha, Pakistani akhbar mein.</w:t>
      </w:r>
    </w:p>
    <w:p>
      <w:pPr>
        <w:jc w:val="right"/>
      </w:pPr>
      <w:r>
        <w:t>میں نے اخبار میں پڑھا، پاکستانی اخبار میں۔</w:t>
      </w:r>
    </w:p>
    <w:p>
      <w:r>
        <w:rPr>
          <w:b/>
        </w:rPr>
        <w:t xml:space="preserve">[23:09] </w:t>
      </w:r>
      <w:r>
        <w:t>aise the qisse.</w:t>
      </w:r>
    </w:p>
    <w:p>
      <w:pPr>
        <w:jc w:val="right"/>
      </w:pPr>
      <w:r>
        <w:t>ایسے تھے قصے۔</w:t>
      </w:r>
    </w:p>
    <w:p>
      <w:r>
        <w:rPr>
          <w:b/>
        </w:rPr>
        <w:t xml:space="preserve">[23:12] </w:t>
      </w:r>
      <w:r>
        <w:t>ke ek sahib the, un ke ghar mein shadi thi.</w:t>
      </w:r>
    </w:p>
    <w:p>
      <w:pPr>
        <w:jc w:val="right"/>
      </w:pPr>
      <w:r>
        <w:t>کہ ایک صاحب تھے، ان کے گھر میں شادی تھی۔</w:t>
      </w:r>
    </w:p>
    <w:p>
      <w:r>
        <w:rPr>
          <w:b/>
        </w:rPr>
        <w:t xml:space="preserve">[23:16] </w:t>
      </w:r>
      <w:r>
        <w:t>to ghar ke bahar unhon ne khana pakane ke liye deg charha di.</w:t>
      </w:r>
    </w:p>
    <w:p>
      <w:pPr>
        <w:jc w:val="right"/>
      </w:pPr>
      <w:r>
        <w:t>تو گھر کے باہر انہوں نے کھانا پکانے کے لیے دیگ چڑھا دی۔</w:t>
      </w:r>
    </w:p>
    <w:p>
      <w:r>
        <w:rPr>
          <w:b/>
        </w:rPr>
        <w:t xml:space="preserve">[23:20] </w:t>
      </w:r>
      <w:r>
        <w:t>wo lakri aur is se to dhuan phaila.</w:t>
      </w:r>
    </w:p>
    <w:p>
      <w:pPr>
        <w:jc w:val="right"/>
      </w:pPr>
      <w:r>
        <w:t>وہ لکڑی اور اس سے تو دھواں پھیلا۔</w:t>
      </w:r>
    </w:p>
    <w:p>
      <w:r>
        <w:rPr>
          <w:b/>
        </w:rPr>
        <w:t xml:space="preserve">[23:24] </w:t>
      </w:r>
      <w:r>
        <w:t>ab mila hua jo ghar jo tha us mein dhuan bhar gaya aa kar ke.</w:t>
      </w:r>
    </w:p>
    <w:p>
      <w:pPr>
        <w:jc w:val="right"/>
      </w:pPr>
      <w:r>
        <w:t>اب ملا ہوا جو گھر جو تھا اس میں دھواں بھر گیا آ کر کے۔</w:t>
      </w:r>
    </w:p>
    <w:p>
      <w:r>
        <w:rPr>
          <w:b/>
        </w:rPr>
        <w:t xml:space="preserve">[23:28] </w:t>
      </w:r>
      <w:r>
        <w:t>aur wo nikle, yeh kya hai? band karo is ko.</w:t>
      </w:r>
    </w:p>
    <w:p>
      <w:pPr>
        <w:jc w:val="right"/>
      </w:pPr>
      <w:r>
        <w:t>اور وہ نکلے، یہ کیا ہے؟ بند کرو اس کو۔</w:t>
      </w:r>
    </w:p>
    <w:p>
      <w:r>
        <w:rPr>
          <w:b/>
        </w:rPr>
        <w:t xml:space="preserve">[23:31] </w:t>
      </w:r>
      <w:r>
        <w:t>unhon ne kaha ke bhai hum to khana paka ke band kaise kar sakte hain? ghar mein wo</w:t>
      </w:r>
    </w:p>
    <w:p>
      <w:pPr>
        <w:jc w:val="right"/>
      </w:pPr>
      <w:r>
        <w:t>انہوں نے کہا کہ بھئی ہم تو کھانا پکا کے بند کیسے کر سکتے ہیں؟ گھر میں وہ</w:t>
      </w:r>
    </w:p>
    <w:p>
      <w:r>
        <w:rPr>
          <w:b/>
        </w:rPr>
        <w:t xml:space="preserve">[23:35] </w:t>
      </w:r>
      <w:r>
        <w:t>gaye, gun le kar aaye aur dhar se maar diya us ko.</w:t>
      </w:r>
    </w:p>
    <w:p>
      <w:pPr>
        <w:jc w:val="right"/>
      </w:pPr>
      <w:r>
        <w:t>گئے، گن لے کر آئے اور دھڑ سے مار دیا اس کو۔</w:t>
      </w:r>
    </w:p>
    <w:p>
      <w:r>
        <w:rPr>
          <w:b/>
        </w:rPr>
        <w:t xml:space="preserve">[23:38] </w:t>
      </w:r>
      <w:r>
        <w:t>India mein aisa nahi ho sakta hai.</w:t>
      </w:r>
    </w:p>
    <w:p>
      <w:pPr>
        <w:jc w:val="right"/>
      </w:pPr>
      <w:r>
        <w:t>انڈیا میں ایسا نہیں ہو سکتا ہے۔</w:t>
      </w:r>
    </w:p>
    <w:p>
      <w:r>
        <w:rPr>
          <w:b/>
        </w:rPr>
        <w:t xml:space="preserve">[23:42] </w:t>
      </w:r>
      <w:r>
        <w:t>kyun ke India mein is tarah se logon ke paas hathiyar hi nahi hain.</w:t>
      </w:r>
    </w:p>
    <w:p>
      <w:pPr>
        <w:jc w:val="right"/>
      </w:pPr>
      <w:r>
        <w:t>کیونکہ انڈیا میں اس طرح سے لوگوں کے پاس ہتھیار ہی نہیں ہیں۔</w:t>
      </w:r>
    </w:p>
    <w:p>
      <w:r>
        <w:rPr>
          <w:b/>
        </w:rPr>
        <w:t xml:space="preserve">[23:45] </w:t>
      </w:r>
      <w:r>
        <w:t>wahan ghar ghar hathiyar hain.</w:t>
      </w:r>
    </w:p>
    <w:p>
      <w:pPr>
        <w:jc w:val="right"/>
      </w:pPr>
      <w:r>
        <w:t>وہاں گھر گھر ہتھیار ہیں۔</w:t>
      </w:r>
    </w:p>
    <w:p>
      <w:r>
        <w:rPr>
          <w:b/>
        </w:rPr>
        <w:t xml:space="preserve">[23:48] </w:t>
      </w:r>
      <w:r>
        <w:t>to kashmir ko, yani kashmir ko hathiyaron ke zariye lene ki koshish mein unhon ne pure pakistan mein</w:t>
      </w:r>
    </w:p>
    <w:p>
      <w:pPr>
        <w:jc w:val="right"/>
      </w:pPr>
      <w:r>
        <w:t>تو کشمیر کو، یعنی کشمیر کو ہتھیاروں کے ذریعے لینے کی کوشش میں انہوں نے پورے پاکستان میں</w:t>
      </w:r>
    </w:p>
    <w:p>
      <w:r>
        <w:rPr>
          <w:b/>
        </w:rPr>
        <w:t xml:space="preserve">[23:52] </w:t>
      </w:r>
      <w:r>
        <w:t>hathiyar phailane ka ijazat de deni pari.</w:t>
      </w:r>
    </w:p>
    <w:p>
      <w:pPr>
        <w:jc w:val="right"/>
      </w:pPr>
      <w:r>
        <w:t>ہتھیار پھیلانے کا اجازت دے دینی پڑی۔</w:t>
      </w:r>
    </w:p>
    <w:p>
      <w:r>
        <w:rPr>
          <w:b/>
        </w:rPr>
        <w:t xml:space="preserve">[23:55] </w:t>
      </w:r>
      <w:r>
        <w:t>aur nateeja kya? woh saza bhugat rahe hain.</w:t>
      </w:r>
    </w:p>
    <w:p>
      <w:pPr>
        <w:jc w:val="right"/>
      </w:pPr>
      <w:r>
        <w:t>اور نتیجہ کیا؟ وہ سزا بھگت رہے ہیں۔</w:t>
      </w:r>
    </w:p>
    <w:p>
      <w:r>
        <w:rPr>
          <w:b/>
        </w:rPr>
        <w:t xml:space="preserve">[23:59] </w:t>
      </w:r>
      <w:r>
        <w:t>ek Civil War ki kaifiyat hai wahan par, lad rahe hain aapas mein.</w:t>
      </w:r>
    </w:p>
    <w:p>
      <w:pPr>
        <w:jc w:val="right"/>
      </w:pPr>
      <w:r>
        <w:t>ایک Civil War کی کیفیت ہے وہاں پر، لڑ رہے ہیں آپس میں۔</w:t>
      </w:r>
    </w:p>
    <w:p>
      <w:r>
        <w:rPr>
          <w:b/>
        </w:rPr>
        <w:t xml:space="preserve">[24:02] </w:t>
      </w:r>
      <w:r>
        <w:t>aur koi taraqqi nahin.</w:t>
      </w:r>
    </w:p>
    <w:p>
      <w:pPr>
        <w:jc w:val="right"/>
      </w:pPr>
      <w:r>
        <w:t>اور کوئی ترقی نہیں۔</w:t>
      </w:r>
    </w:p>
    <w:p>
      <w:r>
        <w:rPr>
          <w:b/>
        </w:rPr>
        <w:t xml:space="preserve">[24:05] </w:t>
      </w:r>
      <w:r>
        <w:t>aakhri khabar jo main ne parhi abhi woh yeh hai ke pakistan ko pehle america bohat Favor karta tha.</w:t>
      </w:r>
    </w:p>
    <w:p>
      <w:pPr>
        <w:jc w:val="right"/>
      </w:pPr>
      <w:r>
        <w:t>آخری خبر جو میں نے پڑھی ابھی وہ یہ ہے کہ پاکستان کو پہلے امریکہ بہت Favor کرتا تھا۔</w:t>
      </w:r>
    </w:p>
    <w:p>
      <w:r>
        <w:rPr>
          <w:b/>
        </w:rPr>
        <w:t xml:space="preserve">[24:08] </w:t>
      </w:r>
      <w:r>
        <w:t>america ka jo Policy thi woh Pro Pakistani Policy thi.</w:t>
      </w:r>
    </w:p>
    <w:p>
      <w:pPr>
        <w:jc w:val="right"/>
      </w:pPr>
      <w:r>
        <w:t>امریکہ کا جو Policy تھی وہ Pro Pakistani Policy تھی۔</w:t>
      </w:r>
    </w:p>
    <w:p>
      <w:r>
        <w:rPr>
          <w:b/>
        </w:rPr>
        <w:t xml:space="preserve">[24:11] </w:t>
      </w:r>
      <w:r>
        <w:t>ab wahan par second Thought aa gaya hai.</w:t>
      </w:r>
    </w:p>
    <w:p>
      <w:pPr>
        <w:jc w:val="right"/>
      </w:pPr>
      <w:r>
        <w:t>اب وہاں پر سیکنڈ Thought آ گیا ہے۔</w:t>
      </w:r>
    </w:p>
    <w:p>
      <w:r>
        <w:rPr>
          <w:b/>
        </w:rPr>
        <w:t xml:space="preserve">[24:14] </w:t>
      </w:r>
      <w:r>
        <w:t>ab Tilt ho raha hai.</w:t>
      </w:r>
    </w:p>
    <w:p>
      <w:pPr>
        <w:jc w:val="right"/>
      </w:pPr>
      <w:r>
        <w:t>اب Tilt ہو رہا ہے۔</w:t>
      </w:r>
    </w:p>
    <w:p>
      <w:r>
        <w:rPr>
          <w:b/>
        </w:rPr>
        <w:t xml:space="preserve">[24:17] </w:t>
      </w:r>
      <w:r>
        <w:t>ab woh Pro Indian Policy ban rahi hai in ki.</w:t>
      </w:r>
    </w:p>
    <w:p>
      <w:pPr>
        <w:jc w:val="right"/>
      </w:pPr>
      <w:r>
        <w:t>اب وہ Pro Indian Policy بن رہی ہے ان کی۔</w:t>
      </w:r>
    </w:p>
    <w:p>
      <w:r>
        <w:rPr>
          <w:b/>
        </w:rPr>
        <w:t xml:space="preserve">[24:20] </w:t>
      </w:r>
      <w:r>
        <w:t>woh dekh rahe hain ke india zyada karamad hai hamare liye.</w:t>
      </w:r>
    </w:p>
    <w:p>
      <w:pPr>
        <w:jc w:val="right"/>
      </w:pPr>
      <w:r>
        <w:t>وہ دیکھ رہے ہیں کہ انڈیا زیادہ کارآمد ہے ہمارے لیے۔</w:t>
      </w:r>
    </w:p>
    <w:p>
      <w:r>
        <w:rPr>
          <w:b/>
        </w:rPr>
        <w:t xml:space="preserve">[24:23] </w:t>
      </w:r>
      <w:r>
        <w:t>pakistan karamad nahin hai.</w:t>
      </w:r>
    </w:p>
    <w:p>
      <w:pPr>
        <w:jc w:val="right"/>
      </w:pPr>
      <w:r>
        <w:t>پاکستان کارآمد نہیں ہے۔</w:t>
      </w:r>
    </w:p>
    <w:p>
      <w:r>
        <w:rPr>
          <w:b/>
        </w:rPr>
        <w:t xml:space="preserve">[24:26] </w:t>
      </w:r>
      <w:r>
        <w:t>koi to khud hi phansa hua hai is mein.</w:t>
      </w:r>
    </w:p>
    <w:p>
      <w:pPr>
        <w:jc w:val="right"/>
      </w:pPr>
      <w:r>
        <w:t>کوئی تو خود ہی پھنسا ہوا ہے اس میں۔</w:t>
      </w:r>
    </w:p>
    <w:p>
      <w:r>
        <w:rPr>
          <w:b/>
        </w:rPr>
        <w:t xml:space="preserve">[24:29] </w:t>
      </w:r>
      <w:r>
        <w:t>ab doosri misaal lijiye.</w:t>
      </w:r>
    </w:p>
    <w:p>
      <w:pPr>
        <w:jc w:val="right"/>
      </w:pPr>
      <w:r>
        <w:t>اب دوسری مثال لیجیے۔</w:t>
      </w:r>
    </w:p>
    <w:p>
      <w:r>
        <w:rPr>
          <w:b/>
        </w:rPr>
        <w:t xml:space="preserve">[24:32] </w:t>
      </w:r>
      <w:r>
        <w:t>japan ki.</w:t>
      </w:r>
    </w:p>
    <w:p>
      <w:pPr>
        <w:jc w:val="right"/>
      </w:pPr>
      <w:r>
        <w:t>جاپان کی۔</w:t>
      </w:r>
    </w:p>
    <w:p>
      <w:r>
        <w:rPr>
          <w:b/>
        </w:rPr>
        <w:t xml:space="preserve">[24:36] </w:t>
      </w:r>
      <w:r>
        <w:t>japan mein World War, second World War ke baad america ne wahan ka ek bohat bara jazeera, kyunke</w:t>
      </w:r>
    </w:p>
    <w:p>
      <w:pPr>
        <w:jc w:val="right"/>
      </w:pPr>
      <w:r>
        <w:t>جاپان میں World War، سیکنڈ ورلڈ وار کے بعد امریکہ نے وہاں کا ایک بہت بڑا جزیرہ، کیونکہ</w:t>
      </w:r>
    </w:p>
    <w:p>
      <w:r>
        <w:rPr>
          <w:b/>
        </w:rPr>
        <w:t xml:space="preserve">[24:39] </w:t>
      </w:r>
      <w:r>
        <w:t>aap jante hain japan jo hai bohat se jazeera hain wahan.</w:t>
      </w:r>
    </w:p>
    <w:p>
      <w:pPr>
        <w:jc w:val="right"/>
      </w:pPr>
      <w:r>
        <w:t>آپ جانتے ہیں جاپان جو ہے بہت سے جزیرے ہیں وہاں۔</w:t>
      </w:r>
    </w:p>
    <w:p>
      <w:r>
        <w:rPr>
          <w:b/>
        </w:rPr>
        <w:t xml:space="preserve">[24:42] </w:t>
      </w:r>
      <w:r>
        <w:t>bohat se jazeera hain, jazeeraon hi ka mulk hai woh.</w:t>
      </w:r>
    </w:p>
    <w:p>
      <w:pPr>
        <w:jc w:val="right"/>
      </w:pPr>
      <w:r>
        <w:t>بہت سے جزیرے ہیں، جزیروں ہی کا ملک ہے وہ۔</w:t>
      </w:r>
    </w:p>
    <w:p>
      <w:r>
        <w:rPr>
          <w:b/>
        </w:rPr>
        <w:t xml:space="preserve">[24:46] </w:t>
      </w:r>
      <w:r>
        <w:t>ek jazeera is ka naam hai Okinawa.</w:t>
      </w:r>
    </w:p>
    <w:p>
      <w:pPr>
        <w:jc w:val="right"/>
      </w:pPr>
      <w:r>
        <w:t>ایک جزیرہ اس کا نام ہے اوکیناوا۔</w:t>
      </w:r>
    </w:p>
    <w:p>
      <w:r>
        <w:rPr>
          <w:b/>
        </w:rPr>
        <w:t xml:space="preserve">[24:49] </w:t>
      </w:r>
      <w:r>
        <w:t>is par qabza kar liya is ne.</w:t>
      </w:r>
    </w:p>
    <w:p>
      <w:pPr>
        <w:jc w:val="right"/>
      </w:pPr>
      <w:r>
        <w:t>اس پر قبضہ کر لیا اس نے۔</w:t>
      </w:r>
    </w:p>
    <w:p>
      <w:r>
        <w:rPr>
          <w:b/>
        </w:rPr>
        <w:t xml:space="preserve">[24:53] </w:t>
      </w:r>
      <w:r>
        <w:t>aur apna adda bana liya wahan.</w:t>
      </w:r>
    </w:p>
    <w:p>
      <w:pPr>
        <w:jc w:val="right"/>
      </w:pPr>
      <w:r>
        <w:t>اور اپنا اڈہ بنا لیا وہاں۔</w:t>
      </w:r>
    </w:p>
    <w:p>
      <w:r>
        <w:rPr>
          <w:b/>
        </w:rPr>
        <w:t xml:space="preserve">[24:56] </w:t>
      </w:r>
      <w:r>
        <w:t>yani japan ka ek jazeera, ek Island.</w:t>
      </w:r>
    </w:p>
    <w:p>
      <w:pPr>
        <w:jc w:val="right"/>
      </w:pPr>
      <w:r>
        <w:t>یعنی جاپان کا ایک جزیرہ، ایک Island۔</w:t>
      </w:r>
    </w:p>
    <w:p>
      <w:r>
        <w:rPr>
          <w:b/>
        </w:rPr>
        <w:t xml:space="preserve">[24:59] </w:t>
      </w:r>
      <w:r>
        <w:t>ek bohat bara Island</w:t>
      </w:r>
    </w:p>
    <w:p>
      <w:pPr>
        <w:jc w:val="right"/>
      </w:pPr>
      <w:r>
        <w:t>ایک بہت بڑا Island</w:t>
      </w:r>
    </w:p>
    <w:p>
      <w:r>
        <w:rPr>
          <w:b/>
        </w:rPr>
        <w:t xml:space="preserve">[25:03] </w:t>
      </w:r>
      <w:r>
        <w:t>jis ka naam hai Okinawa, is ko america ne qabza kar liya.</w:t>
      </w:r>
    </w:p>
    <w:p>
      <w:pPr>
        <w:jc w:val="right"/>
      </w:pPr>
      <w:r>
        <w:t>جس کا نام ہے اوکیناوا، اس کو امریکہ نے قبضہ کر لیا۔</w:t>
      </w:r>
    </w:p>
    <w:p>
      <w:r>
        <w:rPr>
          <w:b/>
        </w:rPr>
        <w:t xml:space="preserve">[25:07] </w:t>
      </w:r>
      <w:r>
        <w:t>abhi tak qabza hai is ka.</w:t>
      </w:r>
    </w:p>
    <w:p>
      <w:pPr>
        <w:jc w:val="right"/>
      </w:pPr>
      <w:r>
        <w:t>ابھی تک قبضہ ہے اس کا۔</w:t>
      </w:r>
    </w:p>
    <w:p>
      <w:r>
        <w:rPr>
          <w:b/>
        </w:rPr>
        <w:t xml:space="preserve">[25:10] </w:t>
      </w:r>
      <w:r>
        <w:t>lekin japan ne is okinawa ko phir se chhenne ke liye koi ladai nahi ki.</w:t>
      </w:r>
    </w:p>
    <w:p>
      <w:pPr>
        <w:jc w:val="right"/>
      </w:pPr>
      <w:r>
        <w:t>لیکن جاپان نے اس اوکیناوا کو پھر سے چھیننے کے لیے کوئی لڑائی نہیں کی۔</w:t>
      </w:r>
    </w:p>
    <w:p>
      <w:r>
        <w:rPr>
          <w:b/>
        </w:rPr>
        <w:t xml:space="preserve">[25:14] </w:t>
      </w:r>
      <w:r>
        <w:t>japan jo hai Atom Bomb ko bhula diya is ne.</w:t>
      </w:r>
    </w:p>
    <w:p>
      <w:pPr>
        <w:jc w:val="right"/>
      </w:pPr>
      <w:r>
        <w:t>جاپان جو ہے Atom Bomb کو بھلا دیا اس نے۔</w:t>
      </w:r>
    </w:p>
    <w:p>
      <w:r>
        <w:rPr>
          <w:b/>
        </w:rPr>
        <w:t xml:space="preserve">[25:18] </w:t>
      </w:r>
      <w:r>
        <w:t>america Atom Bomb chala raha tha in ke upar.</w:t>
      </w:r>
    </w:p>
    <w:p>
      <w:pPr>
        <w:jc w:val="right"/>
      </w:pPr>
      <w:r>
        <w:t>امریکہ Atom Bomb چلا رہا تھا ان کے اوپر۔</w:t>
      </w:r>
    </w:p>
    <w:p>
      <w:r>
        <w:rPr>
          <w:b/>
        </w:rPr>
        <w:t xml:space="preserve">[25:22] </w:t>
      </w:r>
      <w:r>
        <w:t>is ko bhula diya.</w:t>
      </w:r>
    </w:p>
    <w:p>
      <w:pPr>
        <w:jc w:val="right"/>
      </w:pPr>
      <w:r>
        <w:t>اس کو بھلا دیا۔</w:t>
      </w:r>
    </w:p>
    <w:p>
      <w:r>
        <w:rPr>
          <w:b/>
        </w:rPr>
        <w:t xml:space="preserve">[25:26] </w:t>
      </w:r>
      <w:r>
        <w:t>okinawa ko bhi bhula diya is ne.</w:t>
      </w:r>
    </w:p>
    <w:p>
      <w:pPr>
        <w:jc w:val="right"/>
      </w:pPr>
      <w:r>
        <w:t>اوکیناوا کو بھی بھلا دیا اس نے۔</w:t>
      </w:r>
    </w:p>
    <w:p>
      <w:r>
        <w:rPr>
          <w:b/>
        </w:rPr>
        <w:t xml:space="preserve">[25:30] </w:t>
      </w:r>
      <w:r>
        <w:t>aur is ke baad unhon ne kiya kiya? unhon ne kiya ke apne mulk ko</w:t>
      </w:r>
    </w:p>
    <w:p>
      <w:pPr>
        <w:jc w:val="right"/>
      </w:pPr>
      <w:r>
        <w:t>اور اس کے بعد انہوں نے کیا کیا؟ انہوں نے کیا کہ اپنے દેશ کو</w:t>
      </w:r>
    </w:p>
    <w:p>
      <w:r>
        <w:rPr>
          <w:b/>
        </w:rPr>
        <w:t xml:space="preserve">[25:33] </w:t>
      </w:r>
      <w:r>
        <w:t>Educate karo. Apne mulk mein Industry chalao. Apne mulk ki technology ko barhao. Sensi, Scientific Development ko barhao. Is par lag gaye woh. Yeh tha, yeh tha wahi. Yaani Ignore karne wali Policy. Avoid karne wali Policy. Yaani Policy of Avoidance chalai unhon ne. Jabke doosre mulk ne Policy of Avoidance nahi chalai. Japan ne Policy of</w:t>
      </w:r>
    </w:p>
    <w:p>
      <w:pPr>
        <w:jc w:val="right"/>
      </w:pPr>
      <w:r>
        <w:t>Educate کرو۔ اپنے દેશ میں Industry چلاؤ۔ اپنے देश کی ٹیکنالوجی کو بڑھاؤ۔ سائنسی، سائنٹیفک Development کو بڑھاؤ۔ اس پر لگ گئے وہ۔ یہ تھا، یہ تھا وہی۔ یعنی Ignore کرنے والی Policy۔ Avoid کرنے والی Policy۔ یعنی Policy of Avoidance چلائی انہوں نے۔ جبکہ دوسرے દેશ نے Policy of Avoidance نہیں چلائی۔ جاپان نے Policy of</w:t>
      </w:r>
    </w:p>
    <w:p>
      <w:r>
        <w:rPr>
          <w:b/>
        </w:rPr>
        <w:t xml:space="preserve">[26:03] </w:t>
      </w:r>
      <w:r>
        <w:t>Avoidance chalai.</w:t>
      </w:r>
    </w:p>
    <w:p>
      <w:pPr>
        <w:jc w:val="right"/>
      </w:pPr>
      <w:r>
        <w:t>Avoidance چلائی۔</w:t>
      </w:r>
    </w:p>
    <w:p>
      <w:r>
        <w:rPr>
          <w:b/>
        </w:rPr>
        <w:t xml:space="preserve">[26:10] </w:t>
      </w:r>
      <w:r>
        <w:t>aur aaj aap jante hain ke japan jo hai Economic Superpower bana hua hai.</w:t>
      </w:r>
    </w:p>
    <w:p>
      <w:pPr>
        <w:jc w:val="right"/>
      </w:pPr>
      <w:r>
        <w:t>اور آج آپ جانتے ہیں کہ جاپان جو ہے Economic Superpower بنا ہوا ہے۔</w:t>
      </w:r>
    </w:p>
    <w:p>
      <w:r>
        <w:rPr>
          <w:b/>
        </w:rPr>
        <w:t xml:space="preserve">[26:16] </w:t>
      </w:r>
      <w:r>
        <w:t>Economic Superpower bana hua hai.</w:t>
      </w:r>
    </w:p>
    <w:p>
      <w:pPr>
        <w:jc w:val="right"/>
      </w:pPr>
      <w:r>
        <w:t>Economic Superpower بنا ہوا ہے۔</w:t>
      </w:r>
    </w:p>
    <w:p>
      <w:r>
        <w:rPr>
          <w:b/>
        </w:rPr>
        <w:t xml:space="preserve">[26:22] </w:t>
      </w:r>
      <w:r>
        <w:t>Policy of Avoidance chalane ke nateejay mein.</w:t>
      </w:r>
    </w:p>
    <w:p>
      <w:pPr>
        <w:jc w:val="right"/>
      </w:pPr>
      <w:r>
        <w:t>Policy of Avoidance چلانے کے نتیجے میں۔</w:t>
      </w:r>
    </w:p>
    <w:p>
      <w:r>
        <w:rPr>
          <w:b/>
        </w:rPr>
        <w:t xml:space="preserve">[26:28] </w:t>
      </w:r>
      <w:r>
        <w:t>to main yeh keh raha hoon ke Positive Attitude jo hai woh aik Universal Principle hai.</w:t>
      </w:r>
    </w:p>
    <w:p>
      <w:pPr>
        <w:jc w:val="right"/>
      </w:pPr>
      <w:r>
        <w:t>تو میں یہ کہہ رہا ہوں کہ Positive Attitude جو ہے وہ ایک Universal Principle ہے۔</w:t>
      </w:r>
    </w:p>
    <w:p>
      <w:r>
        <w:rPr>
          <w:b/>
        </w:rPr>
        <w:t xml:space="preserve">[26:35] </w:t>
      </w:r>
      <w:r>
        <w:t>Positive Attitude jo hai woh ek Universal Principle hai. Is ki zaroorat dekhiye Family mein bhi hai. Society mein bhi hai. National Life mein bhi hai aur International Life mein bhi hai. Agar aap chahte hain ke dunya mein Peace aaye to Peace aayegi kaise? Yahi isi Policy ko lene se. Log kya samajhte hain ke Policy lane ke liye ke Problem ko khatm karo to Pol</w:t>
      </w:r>
    </w:p>
    <w:p>
      <w:pPr>
        <w:jc w:val="right"/>
      </w:pPr>
      <w:r>
        <w:t>Positive Attitude جو ہے وہ ایک Universal Principle ہے۔ اس کی ضرورت دیکھیے Family میں بھی ہے۔ Society میں بھی ہے۔ National Life میں بھی ہے اور International Life میں بھی ہے۔ اگر آپ چاہتے ہیں کہ دنیا میں Peace آئے تو Peace آئے گی کیسے؟ یہی اسی Policy کو لینے سے۔ لوگ کیا سمجھتے ہیں کہ Policy لانے کے لیے کہ Problem کو ختم کرو تو Pol</w:t>
      </w:r>
    </w:p>
    <w:p>
      <w:r>
        <w:rPr>
          <w:b/>
        </w:rPr>
        <w:t xml:space="preserve">[27:05] </w:t>
      </w:r>
      <w:r>
        <w:t>icy, Peace aa jayegi.</w:t>
      </w:r>
    </w:p>
    <w:p>
      <w:pPr>
        <w:jc w:val="right"/>
      </w:pPr>
      <w:r>
        <w:t>icy، Peace آ جائے گی۔</w:t>
      </w:r>
    </w:p>
    <w:p>
      <w:r>
        <w:rPr>
          <w:b/>
        </w:rPr>
        <w:t xml:space="preserve">[27:09] </w:t>
      </w:r>
      <w:r>
        <w:t>aam taur par logon ki soch yahi hoti hai.</w:t>
      </w:r>
    </w:p>
    <w:p>
      <w:pPr>
        <w:jc w:val="right"/>
      </w:pPr>
      <w:r>
        <w:t>عام طور پر لوگوں کی سوچ یہی ہوتی ہے۔</w:t>
      </w:r>
    </w:p>
    <w:p>
      <w:r>
        <w:rPr>
          <w:b/>
        </w:rPr>
        <w:t xml:space="preserve">[27:14] </w:t>
      </w:r>
      <w:r>
        <w:t>ke jo Problem unhein dikhai parta hai ke yeh Peace ko mein rukawat hai, Obstacle hai.</w:t>
      </w:r>
    </w:p>
    <w:p>
      <w:pPr>
        <w:jc w:val="right"/>
      </w:pPr>
      <w:r>
        <w:t>کہ جو Problem انہیں دکھائی پڑتا ہے کہ یہ Peace کو میں رکاوٹ ہے، Obstacle ہے۔</w:t>
      </w:r>
    </w:p>
    <w:p>
      <w:r>
        <w:rPr>
          <w:b/>
        </w:rPr>
        <w:t xml:space="preserve">[27:18] </w:t>
      </w:r>
      <w:r>
        <w:t>is Problem se ladne lagte hain woh.</w:t>
      </w:r>
    </w:p>
    <w:p>
      <w:pPr>
        <w:jc w:val="right"/>
      </w:pPr>
      <w:r>
        <w:t>اس Problem سے لڑنے لگتے ہیں وہ۔</w:t>
      </w:r>
    </w:p>
    <w:p>
      <w:r>
        <w:rPr>
          <w:b/>
        </w:rPr>
        <w:t xml:space="preserve">[27:23] </w:t>
      </w:r>
      <w:r>
        <w:t>to Problem to khatam nahi hote aur Peace bhi nahi aati.</w:t>
      </w:r>
    </w:p>
    <w:p>
      <w:pPr>
        <w:jc w:val="right"/>
      </w:pPr>
      <w:r>
        <w:t>تو Problem تو ختم نہیں ہوتے اور Peace بھی نہیں آتی۔</w:t>
      </w:r>
    </w:p>
    <w:p>
      <w:r>
        <w:rPr>
          <w:b/>
        </w:rPr>
        <w:t xml:space="preserve">[27:27] </w:t>
      </w:r>
      <w:r>
        <w:t>dekhiye Problem ko khatam kar ke Peace kabhi bhi nahi aayegi.</w:t>
      </w:r>
    </w:p>
    <w:p>
      <w:pPr>
        <w:jc w:val="right"/>
      </w:pPr>
      <w:r>
        <w:t>دیکھیے Problem کو ختم کر کے Peace کبھی بھی نہیں آئے گی۔</w:t>
      </w:r>
    </w:p>
    <w:p>
      <w:r>
        <w:rPr>
          <w:b/>
        </w:rPr>
        <w:t xml:space="preserve">[27:32] </w:t>
      </w:r>
      <w:r>
        <w:t>kyun? aik Problem ko khatam karen ge aap, doosra Problem aa jayega.</w:t>
      </w:r>
    </w:p>
    <w:p>
      <w:pPr>
        <w:jc w:val="right"/>
      </w:pPr>
      <w:r>
        <w:t>کیوں؟ ایک Problem کو ختم کریں گے آپ، دوسرا Problem آ جائے گا۔</w:t>
      </w:r>
    </w:p>
    <w:p>
      <w:r>
        <w:rPr>
          <w:b/>
        </w:rPr>
        <w:t xml:space="preserve">[27:36] </w:t>
      </w:r>
      <w:r>
        <w:t>aik kanta toden ge aap jhoola aap ka, doosra kanta nikal aayega.</w:t>
      </w:r>
    </w:p>
    <w:p>
      <w:pPr>
        <w:jc w:val="right"/>
      </w:pPr>
      <w:r>
        <w:t>ایک کانٹا توڑیں گے آپ جھولا آپ کا، دوسرا کانٹا نکل آئے گا۔</w:t>
      </w:r>
    </w:p>
    <w:p>
      <w:r>
        <w:rPr>
          <w:b/>
        </w:rPr>
        <w:t xml:space="preserve">[27:42] </w:t>
      </w:r>
      <w:r>
        <w:t>yeh to hone hi hona hai.</w:t>
      </w:r>
    </w:p>
    <w:p>
      <w:pPr>
        <w:jc w:val="right"/>
      </w:pPr>
      <w:r>
        <w:t>یہ تو ہونے ہی ہونا ہے۔</w:t>
      </w:r>
    </w:p>
    <w:p>
      <w:r>
        <w:rPr>
          <w:b/>
        </w:rPr>
        <w:t xml:space="preserve">[27:48] </w:t>
      </w:r>
      <w:r>
        <w:t>to aap is ko janiye ke yeh Individual ke liye bhi, Nation ke liye bhi, har har samaj</w:t>
      </w:r>
    </w:p>
    <w:p>
      <w:pPr>
        <w:jc w:val="right"/>
      </w:pPr>
      <w:r>
        <w:t>تو آپ اس کو جانیے کہ یہ Individual کے لیے بھی، Nation کے لیے بھی، ہر ہر سماج</w:t>
      </w:r>
    </w:p>
    <w:p>
      <w:r>
        <w:rPr>
          <w:b/>
        </w:rPr>
        <w:t xml:space="preserve">[27:54] </w:t>
      </w:r>
      <w:r>
        <w:t>ke liye Avoidance ki Policy jo hai Must hai, Must hai, Must hai.</w:t>
      </w:r>
    </w:p>
    <w:p>
      <w:pPr>
        <w:jc w:val="right"/>
      </w:pPr>
      <w:r>
        <w:t>کے لیے Avoidance کی Policy جو ہے Must ہے، Must ہے، Must ہے۔</w:t>
      </w:r>
    </w:p>
    <w:p>
      <w:r>
        <w:rPr>
          <w:b/>
        </w:rPr>
        <w:t xml:space="preserve">[28:01] </w:t>
      </w:r>
      <w:r>
        <w:t>koi doosri shakal nahi</w:t>
      </w:r>
    </w:p>
    <w:p>
      <w:pPr>
        <w:jc w:val="right"/>
      </w:pPr>
      <w:r>
        <w:t>کوئی دوسری شکل نہیں</w:t>
      </w:r>
    </w:p>
    <w:p>
      <w:r>
        <w:rPr>
          <w:b/>
        </w:rPr>
        <w:t xml:space="preserve">[28:07] </w:t>
      </w:r>
      <w:r>
        <w:t>hai.</w:t>
      </w:r>
    </w:p>
    <w:p>
      <w:pPr>
        <w:jc w:val="right"/>
      </w:pPr>
      <w:r>
        <w:t>ہے۔</w:t>
      </w:r>
    </w:p>
    <w:p>
      <w:r>
        <w:rPr>
          <w:b/>
        </w:rPr>
        <w:t xml:space="preserve">[28:10] </w:t>
      </w:r>
      <w:r>
        <w:t>jaise India mein dekhiye Communal Riot bohat hote thay 47 ke baad.</w:t>
      </w:r>
    </w:p>
    <w:p>
      <w:pPr>
        <w:jc w:val="right"/>
      </w:pPr>
      <w:r>
        <w:t>جیسے انڈیا میں دیکھیے Communal Riot بہت ہوتے تھے 47 کے بعد۔</w:t>
      </w:r>
    </w:p>
    <w:p>
      <w:r>
        <w:rPr>
          <w:b/>
        </w:rPr>
        <w:t xml:space="preserve">[28:13] </w:t>
      </w:r>
      <w:r>
        <w:t>to zara si koi baat hui, lar gaye.</w:t>
      </w:r>
    </w:p>
    <w:p>
      <w:pPr>
        <w:jc w:val="right"/>
      </w:pPr>
      <w:r>
        <w:t>تو ذرا سی کوئی بات ہوئی، لڑ گئے۔</w:t>
      </w:r>
    </w:p>
    <w:p>
      <w:r>
        <w:rPr>
          <w:b/>
        </w:rPr>
        <w:t xml:space="preserve">[28:16] </w:t>
      </w:r>
      <w:r>
        <w:t>to zara si koi baat hui, lar gaye.</w:t>
      </w:r>
    </w:p>
    <w:p>
      <w:pPr>
        <w:jc w:val="right"/>
      </w:pPr>
      <w:r>
        <w:t>ذرا سی کوئی بات ہوئی، لڑ گئے۔</w:t>
      </w:r>
    </w:p>
    <w:p>
      <w:r>
        <w:rPr>
          <w:b/>
        </w:rPr>
        <w:t xml:space="preserve">[28:19] </w:t>
      </w:r>
      <w:r>
        <w:t>to main India mein akela tha jis ne yeh bataya ke larne wale kya karte thay? Police ko Blame dena.</w:t>
      </w:r>
    </w:p>
    <w:p>
      <w:pPr>
        <w:jc w:val="right"/>
      </w:pPr>
      <w:r>
        <w:t>تو میں انڈیا میں اکیلا تھا جس نے یہ بتایا کہ لڑنے والے کیا کرتے تھے؟ پولیس کو Blame دینا۔</w:t>
      </w:r>
    </w:p>
    <w:p>
      <w:r>
        <w:rPr>
          <w:b/>
        </w:rPr>
        <w:t xml:space="preserve">[28:22] </w:t>
      </w:r>
      <w:r>
        <w:t>aur kattar Hinduo ko Blame dena.</w:t>
      </w:r>
    </w:p>
    <w:p>
      <w:pPr>
        <w:jc w:val="right"/>
      </w:pPr>
      <w:r>
        <w:t>اور کٹر ہندوؤں کو Blame دینا۔</w:t>
      </w:r>
    </w:p>
    <w:p>
      <w:r>
        <w:rPr>
          <w:b/>
        </w:rPr>
        <w:t xml:space="preserve">[28:25] </w:t>
      </w:r>
      <w:r>
        <w:t>main ne kaha is se kuch nahi hone wala hai.</w:t>
      </w:r>
    </w:p>
    <w:p>
      <w:pPr>
        <w:jc w:val="right"/>
      </w:pPr>
      <w:r>
        <w:t>میں نے کہا اس سے کچھ نہیں ہونے والا ہے۔</w:t>
      </w:r>
    </w:p>
    <w:p>
      <w:r>
        <w:rPr>
          <w:b/>
        </w:rPr>
        <w:t xml:space="preserve">[28:28] </w:t>
      </w:r>
      <w:r>
        <w:t>kyun ke Hindu ka jaloos to nikle ga.</w:t>
      </w:r>
    </w:p>
    <w:p>
      <w:pPr>
        <w:jc w:val="right"/>
      </w:pPr>
      <w:r>
        <w:t>کیونکہ ہندو کا جلوس تو نکلے گا۔</w:t>
      </w:r>
    </w:p>
    <w:p>
      <w:r>
        <w:rPr>
          <w:b/>
        </w:rPr>
        <w:t xml:space="preserve">[28:31] </w:t>
      </w:r>
      <w:r>
        <w:t>wo ruk nahi sakta hai.</w:t>
      </w:r>
    </w:p>
    <w:p>
      <w:pPr>
        <w:jc w:val="right"/>
      </w:pPr>
      <w:r>
        <w:t>وہ رک نہیں سکتا ہے۔</w:t>
      </w:r>
    </w:p>
    <w:p>
      <w:r>
        <w:rPr>
          <w:b/>
        </w:rPr>
        <w:t xml:space="preserve">[28:34] </w:t>
      </w:r>
      <w:r>
        <w:t>to aap, ab kahengay aap jaloos</w:t>
      </w:r>
    </w:p>
    <w:p>
      <w:pPr>
        <w:jc w:val="right"/>
      </w:pPr>
      <w:r>
        <w:t>تو آپ، اب کہیں گے آپ جلوس</w:t>
      </w:r>
    </w:p>
    <w:p>
      <w:r>
        <w:rPr>
          <w:b/>
        </w:rPr>
        <w:t xml:space="preserve">[28:37] </w:t>
      </w:r>
      <w:r>
        <w:t>kyun niklta hai? Jaloos na nikle? Slogan kyun lagate hain? Slogan na lagayein? Yeh sab hone hi hona hai.</w:t>
      </w:r>
    </w:p>
    <w:p>
      <w:pPr>
        <w:jc w:val="right"/>
      </w:pPr>
      <w:r>
        <w:t>کیوں نکلتا ہے؟ جلوس نہ نکلے؟ Slogan کیوں لگاتے ہیں؟ Slogan نہ لگائیں؟ یہ سب ہونے ہی ہونا ہے۔</w:t>
      </w:r>
    </w:p>
    <w:p>
      <w:r>
        <w:rPr>
          <w:b/>
        </w:rPr>
        <w:t xml:space="preserve">[28:42] </w:t>
      </w:r>
      <w:r>
        <w:t>aap khud yeh kijiye ke aap Ignore kijiye. Avoid kijiye.</w:t>
      </w:r>
    </w:p>
    <w:p>
      <w:pPr>
        <w:jc w:val="right"/>
      </w:pPr>
      <w:r>
        <w:t>آپ خود یہ کیجیے کہ آپ Ignore کیجیے۔ Avoid کیجیے۔</w:t>
      </w:r>
    </w:p>
    <w:p>
      <w:r>
        <w:rPr>
          <w:b/>
        </w:rPr>
        <w:t xml:space="preserve">[28:47] </w:t>
      </w:r>
      <w:r>
        <w:t>nazar andaaz kijiye.</w:t>
      </w:r>
    </w:p>
    <w:p>
      <w:pPr>
        <w:jc w:val="right"/>
      </w:pPr>
      <w:r>
        <w:t>نظر انداز کیجیے۔</w:t>
      </w:r>
    </w:p>
    <w:p>
      <w:r>
        <w:rPr>
          <w:b/>
        </w:rPr>
        <w:t xml:space="preserve">[28:52] </w:t>
      </w:r>
      <w:r>
        <w:t>to pehle logon ki samajh mein nahi aati thi.</w:t>
      </w:r>
    </w:p>
    <w:p>
      <w:pPr>
        <w:jc w:val="right"/>
      </w:pPr>
      <w:r>
        <w:t>تو پہلے لوگوں کی سمجھ میں نہیں آتی تھی۔</w:t>
      </w:r>
    </w:p>
    <w:p>
      <w:r>
        <w:rPr>
          <w:b/>
        </w:rPr>
        <w:t xml:space="preserve">[28:57] </w:t>
      </w:r>
      <w:r>
        <w:t>ab log samajh gaye hain is cheez ko.</w:t>
      </w:r>
    </w:p>
    <w:p>
      <w:pPr>
        <w:jc w:val="right"/>
      </w:pPr>
      <w:r>
        <w:t>اب لوگ سمجھ گئے ہیں اس چیز کو۔</w:t>
      </w:r>
    </w:p>
    <w:p>
      <w:r>
        <w:rPr>
          <w:b/>
        </w:rPr>
        <w:t xml:space="preserve">[29:02] </w:t>
      </w:r>
      <w:r>
        <w:t>yani chaalees saal khone ke baad yeh samjhe ke Communal Riot ka Solution kya hai? Avoid karna.</w:t>
      </w:r>
    </w:p>
    <w:p>
      <w:pPr>
        <w:jc w:val="right"/>
      </w:pPr>
      <w:r>
        <w:t>یعنی چالیس سال کھونے کے بعد یہ سمجھے کہ Communal Riot کا Solution کیا ہے؟ Avoid کرنا۔</w:t>
      </w:r>
    </w:p>
    <w:p>
      <w:r>
        <w:rPr>
          <w:b/>
        </w:rPr>
        <w:t xml:space="preserve">[29:07] </w:t>
      </w:r>
      <w:r>
        <w:t>chaalees saal tak bata diya is mein.</w:t>
      </w:r>
    </w:p>
    <w:p>
      <w:pPr>
        <w:jc w:val="right"/>
      </w:pPr>
      <w:r>
        <w:t>چالیس سال تک بتا دیا اس میں۔</w:t>
      </w:r>
    </w:p>
    <w:p>
      <w:r>
        <w:rPr>
          <w:b/>
        </w:rPr>
        <w:t xml:space="preserve">[29:10] </w:t>
      </w:r>
      <w:r>
        <w:t>yeh sari aap dekhiye agar yeh reporten jo akhbaron mein chapti thi 47 ke baad.</w:t>
      </w:r>
    </w:p>
    <w:p>
      <w:pPr>
        <w:jc w:val="right"/>
      </w:pPr>
      <w:r>
        <w:t>یہ ساری آپ دیکھیے اگر یہ رپورٹیں جو اخباروں میں چھپتی تھیں 47 کے بعد۔</w:t>
      </w:r>
    </w:p>
    <w:p>
      <w:r>
        <w:rPr>
          <w:b/>
        </w:rPr>
        <w:t xml:space="preserve">[29:14] </w:t>
      </w:r>
      <w:r>
        <w:t>to yeh sari reporten kya thi? Police ko Blame dena.</w:t>
      </w:r>
    </w:p>
    <w:p>
      <w:pPr>
        <w:jc w:val="right"/>
      </w:pPr>
      <w:r>
        <w:t>تو یہ ساری رپورٹیں کیا تھیں؟ پولیس کو Blame دینا۔</w:t>
      </w:r>
    </w:p>
    <w:p>
      <w:r>
        <w:rPr>
          <w:b/>
        </w:rPr>
        <w:t xml:space="preserve">[29:17] </w:t>
      </w:r>
      <w:r>
        <w:t>partiyon ko Blame dena.</w:t>
      </w:r>
    </w:p>
    <w:p>
      <w:pPr>
        <w:jc w:val="right"/>
      </w:pPr>
      <w:r>
        <w:t>پارٹیوں کو Blame دینا۔</w:t>
      </w:r>
    </w:p>
    <w:p>
      <w:r>
        <w:rPr>
          <w:b/>
        </w:rPr>
        <w:t xml:space="preserve">[29:20] </w:t>
      </w:r>
      <w:r>
        <w:t>Administration ko Blame dena.</w:t>
      </w:r>
    </w:p>
    <w:p>
      <w:pPr>
        <w:jc w:val="right"/>
      </w:pPr>
      <w:r>
        <w:t>Administration کو Blame دینا۔</w:t>
      </w:r>
    </w:p>
    <w:p>
      <w:r>
        <w:rPr>
          <w:b/>
        </w:rPr>
        <w:t xml:space="preserve">[29:24] </w:t>
      </w:r>
      <w:r>
        <w:t>Government ko Blame dena. Bas yahi.</w:t>
      </w:r>
    </w:p>
    <w:p>
      <w:pPr>
        <w:jc w:val="right"/>
      </w:pPr>
      <w:r>
        <w:t>Government کو Blame دینا۔ بس یہی۔</w:t>
      </w:r>
    </w:p>
    <w:p>
      <w:r>
        <w:rPr>
          <w:b/>
        </w:rPr>
        <w:t xml:space="preserve">[29:27] </w:t>
      </w:r>
      <w:r>
        <w:t>sab bhara hua rehta tha.</w:t>
      </w:r>
    </w:p>
    <w:p>
      <w:pPr>
        <w:jc w:val="right"/>
      </w:pPr>
      <w:r>
        <w:t>سب بھرا ہوا رہتا تھا۔</w:t>
      </w:r>
    </w:p>
    <w:p>
      <w:r>
        <w:rPr>
          <w:b/>
        </w:rPr>
        <w:t xml:space="preserve">[29:30] </w:t>
      </w:r>
      <w:r>
        <w:t>main ne kaha ke bilkul Absurd hain yeh baatein.</w:t>
      </w:r>
    </w:p>
    <w:p>
      <w:pPr>
        <w:jc w:val="right"/>
      </w:pPr>
      <w:r>
        <w:t>میں نے کہا کہ بالکل Absurd ہیں یہ باتیں۔</w:t>
      </w:r>
    </w:p>
    <w:p>
      <w:r>
        <w:rPr>
          <w:b/>
        </w:rPr>
        <w:t xml:space="preserve">[29:34] </w:t>
      </w:r>
      <w:r>
        <w:t>doosron ko Blame dene se Communal Riot band nahi hone wale hain. Bas aap</w:t>
      </w:r>
    </w:p>
    <w:p>
      <w:pPr>
        <w:jc w:val="right"/>
      </w:pPr>
      <w:r>
        <w:t>دوسروں کو Blame دینے سے Communal Riot بند نہیں ہونے والے ہیں۔ بس آپ</w:t>
      </w:r>
    </w:p>
    <w:p>
      <w:r>
        <w:rPr>
          <w:b/>
        </w:rPr>
        <w:t xml:space="preserve">[29:37] </w:t>
      </w:r>
      <w:r>
        <w:t>Avoid kijiye.</w:t>
      </w:r>
    </w:p>
    <w:p>
      <w:pPr>
        <w:jc w:val="right"/>
      </w:pPr>
      <w:r>
        <w:t>Avoid کیجیے۔</w:t>
      </w:r>
    </w:p>
    <w:p>
      <w:r>
        <w:rPr>
          <w:b/>
        </w:rPr>
        <w:t xml:space="preserve">[29:41] </w:t>
      </w:r>
      <w:r>
        <w:t>koi slogan lagata hai to lagane dijiye.</w:t>
      </w:r>
    </w:p>
    <w:p>
      <w:pPr>
        <w:jc w:val="right"/>
      </w:pPr>
      <w:r>
        <w:t>کوئی Slogan لگاتا ہے تو لگانے دیجیے۔</w:t>
      </w:r>
    </w:p>
    <w:p>
      <w:r>
        <w:rPr>
          <w:b/>
        </w:rPr>
        <w:t xml:space="preserve">[29:46] </w:t>
      </w:r>
      <w:r>
        <w:t>main aap ko ek qissa bataun.</w:t>
      </w:r>
    </w:p>
    <w:p>
      <w:pPr>
        <w:jc w:val="right"/>
      </w:pPr>
      <w:r>
        <w:t>میں آپ کو ایک قصہ بتاؤں۔</w:t>
      </w:r>
    </w:p>
    <w:p>
      <w:r>
        <w:rPr>
          <w:b/>
        </w:rPr>
        <w:t xml:space="preserve">[29:50] </w:t>
      </w:r>
      <w:r>
        <w:t>is se pehle bhagalpur mein bara zabardast communal riot hua tha.</w:t>
      </w:r>
    </w:p>
    <w:p>
      <w:pPr>
        <w:jc w:val="right"/>
      </w:pPr>
      <w:r>
        <w:t>اس سے پہلے بھاگل پور میں بڑا زبردست Communal Riot ہوا تھا۔</w:t>
      </w:r>
    </w:p>
    <w:p>
      <w:r>
        <w:rPr>
          <w:b/>
        </w:rPr>
        <w:t xml:space="preserve">[29:54] </w:t>
      </w:r>
      <w:r>
        <w:t>is mein kafi nuksan hua tha zyada tar musalmanon ko.</w:t>
      </w:r>
    </w:p>
    <w:p>
      <w:pPr>
        <w:jc w:val="right"/>
      </w:pPr>
      <w:r>
        <w:t>اس میں کافی نقصان ہوا تھا زیادہ تر مسلمانوں کو۔</w:t>
      </w:r>
    </w:p>
    <w:p>
      <w:r>
        <w:rPr>
          <w:b/>
        </w:rPr>
        <w:t xml:space="preserve">[29:59] </w:t>
      </w:r>
      <w:r>
        <w:t>ek sahab wahan ke ek the woh aalim, woh bhi aalim the, ek madarse ke parhe hue hain.</w:t>
      </w:r>
    </w:p>
    <w:p>
      <w:pPr>
        <w:jc w:val="right"/>
      </w:pPr>
      <w:r>
        <w:t>ایک صاحب وہاں کے ایک تھے وہ عالم، وہ بھی عالم تھے، ایک مدرسے کے پڑھے ہوئے ہیں۔</w:t>
      </w:r>
    </w:p>
    <w:p>
      <w:r>
        <w:rPr>
          <w:b/>
        </w:rPr>
        <w:t xml:space="preserve">[30:03] </w:t>
      </w:r>
      <w:r>
        <w:t>to ek moti si kitab tayyar ki unhon ne.</w:t>
      </w:r>
    </w:p>
    <w:p>
      <w:pPr>
        <w:jc w:val="right"/>
      </w:pPr>
      <w:r>
        <w:t>تو ایک موٹی سی کتاب تیار کی انہوں نے۔</w:t>
      </w:r>
    </w:p>
    <w:p>
      <w:r>
        <w:rPr>
          <w:b/>
        </w:rPr>
        <w:t xml:space="preserve">[30:07] </w:t>
      </w:r>
      <w:r>
        <w:t>bhagalpur ka fasaad.</w:t>
      </w:r>
    </w:p>
    <w:p>
      <w:pPr>
        <w:jc w:val="right"/>
      </w:pPr>
      <w:r>
        <w:t>بھاگل پور کا فساد۔</w:t>
      </w:r>
    </w:p>
    <w:p>
      <w:r>
        <w:rPr>
          <w:b/>
        </w:rPr>
        <w:t xml:space="preserve">[30:12] </w:t>
      </w:r>
      <w:r>
        <w:t>woh mere paas laye, is kitab ka ek copy mujhe diya unhon ne.</w:t>
      </w:r>
    </w:p>
    <w:p>
      <w:pPr>
        <w:jc w:val="right"/>
      </w:pPr>
      <w:r>
        <w:t>وہ میرے پاس لائے، اس کتاب کا ایک کاپی مجھے دیا انہوں نے۔</w:t>
      </w:r>
    </w:p>
    <w:p>
      <w:r>
        <w:rPr>
          <w:b/>
        </w:rPr>
        <w:t xml:space="preserve">[30:16] </w:t>
      </w:r>
      <w:r>
        <w:t>yani khud jo author the is ke, is ka bata raha hoon aap ko.</w:t>
      </w:r>
    </w:p>
    <w:p>
      <w:pPr>
        <w:jc w:val="right"/>
      </w:pPr>
      <w:r>
        <w:t>یعنی خود جو Author تھے اس کے، اس کا بتا رہا ہوں آپ کو۔</w:t>
      </w:r>
    </w:p>
    <w:p>
      <w:r>
        <w:rPr>
          <w:b/>
        </w:rPr>
        <w:t xml:space="preserve">[30:21] </w:t>
      </w:r>
      <w:r>
        <w:t>to maine is ko dekha to sara musalmanon ko nuksan bataya hua tha.</w:t>
      </w:r>
    </w:p>
    <w:p>
      <w:pPr>
        <w:jc w:val="right"/>
      </w:pPr>
      <w:r>
        <w:t>تو میں نے اس کو دیکھا تو سارا مسلمانوں کو نقصان بتایا ہوا تھا۔</w:t>
      </w:r>
    </w:p>
    <w:p>
      <w:r>
        <w:rPr>
          <w:b/>
        </w:rPr>
        <w:t xml:space="preserve">[30:25] </w:t>
      </w:r>
      <w:r>
        <w:t>itne ghar jal gaye, itne aadmi mar gaye, itni dukanein loot li gayeen.</w:t>
      </w:r>
    </w:p>
    <w:p>
      <w:pPr>
        <w:jc w:val="right"/>
      </w:pPr>
      <w:r>
        <w:t>اتنے گھر جل گئے، اتنے آدمی مر گئے، اتنی دکانیں لوٹ لی گئیں۔</w:t>
      </w:r>
    </w:p>
    <w:p>
      <w:r>
        <w:rPr>
          <w:b/>
        </w:rPr>
        <w:t xml:space="preserve">[30:30] </w:t>
      </w:r>
      <w:r>
        <w:t>sara jo tha woh yahi tha bas, bhara hua.</w:t>
      </w:r>
    </w:p>
    <w:p>
      <w:pPr>
        <w:jc w:val="right"/>
      </w:pPr>
      <w:r>
        <w:t>سارا جو تھا وہ یہی تھا بس، بھرا ہوا۔</w:t>
      </w:r>
    </w:p>
    <w:p>
      <w:r>
        <w:rPr>
          <w:b/>
        </w:rPr>
        <w:t xml:space="preserve">[30:34] </w:t>
      </w:r>
      <w:r>
        <w:t>to maine un se poocha ke yeh bataiye ke fasaad shuru kahan se hua?</w:t>
      </w:r>
    </w:p>
    <w:p>
      <w:pPr>
        <w:jc w:val="right"/>
      </w:pPr>
      <w:r>
        <w:t>تو میں نے ان سے پوچھا کہ یہ بتائیے کہ فساد شروع کہاں سے ہوا؟</w:t>
      </w:r>
    </w:p>
    <w:p>
      <w:r>
        <w:rPr>
          <w:b/>
        </w:rPr>
        <w:t xml:space="preserve">[30:39] </w:t>
      </w:r>
      <w:r>
        <w:t>to woh batate nahi the.</w:t>
      </w:r>
    </w:p>
    <w:p>
      <w:pPr>
        <w:jc w:val="right"/>
      </w:pPr>
      <w:r>
        <w:t>تو وہ بتاتے نہیں تھے۔</w:t>
      </w:r>
    </w:p>
    <w:p>
      <w:r>
        <w:rPr>
          <w:b/>
        </w:rPr>
        <w:t xml:space="preserve">[30:42] </w:t>
      </w:r>
      <w:r>
        <w:t>phir maine ulta un ke kuch pages ko to is mein likha hua tha ek jagah.</w:t>
      </w:r>
    </w:p>
    <w:p>
      <w:pPr>
        <w:jc w:val="right"/>
      </w:pPr>
      <w:r>
        <w:t>پھر میں نے الٹا ان کے کچھ Pages کو تو اس میں لکھا ہوا تھا ایک جگہ۔</w:t>
      </w:r>
    </w:p>
    <w:p>
      <w:r>
        <w:rPr>
          <w:b/>
        </w:rPr>
        <w:t xml:space="preserve">[30:46] </w:t>
      </w:r>
      <w:r>
        <w:t>ke ek waqia hua.</w:t>
      </w:r>
    </w:p>
    <w:p>
      <w:pPr>
        <w:jc w:val="right"/>
      </w:pPr>
      <w:r>
        <w:t>کہ ایک واقعہ ہوا۔</w:t>
      </w:r>
    </w:p>
    <w:p>
      <w:r>
        <w:rPr>
          <w:b/>
        </w:rPr>
        <w:t xml:space="preserve">[30:50] </w:t>
      </w:r>
      <w:r>
        <w:t>is par musalmanon ne ek step liya.</w:t>
      </w:r>
    </w:p>
    <w:p>
      <w:pPr>
        <w:jc w:val="right"/>
      </w:pPr>
      <w:r>
        <w:t>اس پر مسلمانوں نے ایک Step لیا۔</w:t>
      </w:r>
    </w:p>
    <w:p>
      <w:r>
        <w:rPr>
          <w:b/>
        </w:rPr>
        <w:t xml:space="preserve">[30:54] </w:t>
      </w:r>
      <w:r>
        <w:t>aur phir fasaad shuru ho gaya.</w:t>
      </w:r>
    </w:p>
    <w:p>
      <w:pPr>
        <w:jc w:val="right"/>
      </w:pPr>
      <w:r>
        <w:t>اور پھر فساد شروع ہو گیا۔</w:t>
      </w:r>
    </w:p>
    <w:p>
      <w:r>
        <w:rPr>
          <w:b/>
        </w:rPr>
        <w:t xml:space="preserve">[30:57] </w:t>
      </w:r>
      <w:r>
        <w:t>ab step kya tha? woh kis baat par tha? yeh nahi tha is mein.</w:t>
      </w:r>
    </w:p>
    <w:p>
      <w:pPr>
        <w:jc w:val="right"/>
      </w:pPr>
      <w:r>
        <w:t>اب Step کیا تھا؟ وہ کس بات پر تھا؟ یہ نہیں تھا اس میں۔</w:t>
      </w:r>
    </w:p>
    <w:p>
      <w:r>
        <w:rPr>
          <w:b/>
        </w:rPr>
        <w:t xml:space="preserve">[31:01] </w:t>
      </w:r>
      <w:r>
        <w:t>yani ek waqia hua.</w:t>
      </w:r>
    </w:p>
    <w:p>
      <w:pPr>
        <w:jc w:val="right"/>
      </w:pPr>
      <w:r>
        <w:t>یعنی ایک واقعہ ہوا۔</w:t>
      </w:r>
    </w:p>
    <w:p>
      <w:r>
        <w:rPr>
          <w:b/>
        </w:rPr>
        <w:t xml:space="preserve">[31:05] </w:t>
      </w:r>
      <w:r>
        <w:t>aur phir step liya unhon ne. to f</w:t>
      </w:r>
    </w:p>
    <w:p>
      <w:pPr>
        <w:jc w:val="right"/>
      </w:pPr>
      <w:r>
        <w:t>اور پھر Step لیا انہوں نے۔ تو ف</w:t>
      </w:r>
    </w:p>
    <w:p>
      <w:r>
        <w:rPr>
          <w:b/>
        </w:rPr>
        <w:t xml:space="preserve">[31:09] </w:t>
      </w:r>
      <w:r>
        <w:t>saad shuru ho gaya.</w:t>
      </w:r>
    </w:p>
    <w:p>
      <w:pPr>
        <w:jc w:val="right"/>
      </w:pPr>
      <w:r>
        <w:t>ساد شروع ہو گیا۔</w:t>
      </w:r>
    </w:p>
    <w:p>
      <w:r>
        <w:rPr>
          <w:b/>
        </w:rPr>
        <w:t xml:space="preserve">[31:13] </w:t>
      </w:r>
      <w:r>
        <w:t>woh waqia kya tha? ke jo juloos nikla tha us ne nara laga diya tha ke "jai maa</w:t>
      </w:r>
    </w:p>
    <w:p>
      <w:pPr>
        <w:jc w:val="right"/>
      </w:pPr>
      <w:r>
        <w:t>وہ واقعہ کیا تھا؟ کہ جو جلوس نکلا تھا اس نے نعرہ لگا دیا تھا کہ "جے ماں</w:t>
      </w:r>
    </w:p>
    <w:p>
      <w:r>
        <w:rPr>
          <w:b/>
        </w:rPr>
        <w:t xml:space="preserve">[31:17] </w:t>
      </w:r>
      <w:r>
        <w:t>kali bhagalpur karo khali".</w:t>
      </w:r>
    </w:p>
    <w:p>
      <w:pPr>
        <w:jc w:val="right"/>
      </w:pPr>
      <w:r>
        <w:t>کالی بھاگل پور کرو خالی"۔</w:t>
      </w:r>
    </w:p>
    <w:p>
      <w:r>
        <w:rPr>
          <w:b/>
        </w:rPr>
        <w:t xml:space="preserve">[31:22] </w:t>
      </w:r>
      <w:r>
        <w:t>bhagalpur nahi, woh is market ka naam tha, us mohalle ka naam jahan musalman rehte the.</w:t>
      </w:r>
    </w:p>
    <w:p>
      <w:pPr>
        <w:jc w:val="right"/>
      </w:pPr>
      <w:r>
        <w:t>بھاگل پور نہیں، وہ اس Market کا نام تھا، اس محلے کا نام جہاں مسلمان رہتے تھے۔</w:t>
      </w:r>
    </w:p>
    <w:p>
      <w:r>
        <w:rPr>
          <w:b/>
        </w:rPr>
        <w:t xml:space="preserve">[31:26] </w:t>
      </w:r>
      <w:r>
        <w:t>to is par musalmanon ne ek Step liya aur fasaad shuru ho gaya.</w:t>
      </w:r>
    </w:p>
    <w:p>
      <w:pPr>
        <w:jc w:val="right"/>
      </w:pPr>
      <w:r>
        <w:t>تو اس پر مسلمانوں نے ایک Step لیا اور فساد شروع ہو گیا۔</w:t>
      </w:r>
    </w:p>
    <w:p>
      <w:r>
        <w:rPr>
          <w:b/>
        </w:rPr>
        <w:t xml:space="preserve">[31:31] </w:t>
      </w:r>
      <w:r>
        <w:t>main ne kaha woh Step kya tha woh? to bohat mushkil se unhon ne bataya ke unhon ne</w:t>
      </w:r>
    </w:p>
    <w:p>
      <w:pPr>
        <w:jc w:val="right"/>
      </w:pPr>
      <w:r>
        <w:t>میں نے کہا وہ Step کیا تھا وہ؟ تو بہت مشکل سے انہوں نے بتایا کہ انہوں نے</w:t>
      </w:r>
    </w:p>
    <w:p>
      <w:r>
        <w:rPr>
          <w:b/>
        </w:rPr>
        <w:t xml:space="preserve">[31:35] </w:t>
      </w:r>
      <w:r>
        <w:t>dasti bam mara.</w:t>
      </w:r>
    </w:p>
    <w:p>
      <w:pPr>
        <w:jc w:val="right"/>
      </w:pPr>
      <w:r>
        <w:t>دستی بم مارا۔</w:t>
      </w:r>
    </w:p>
    <w:p>
      <w:r>
        <w:rPr>
          <w:b/>
        </w:rPr>
        <w:t xml:space="preserve">[31:39] </w:t>
      </w:r>
      <w:r>
        <w:t>Dasty bomb mara. To main ne kaha yeh Step liya hai? Bhai yeh to kaha hai ke fasad ko bharkaya hai ke yeh? Step kya hai yeh? Yeh Step to nahi hai yeh. Jab aap, unhon ne nara lagaya. Ke "khali karo". Aap ne bomb maar diya. To yeh Step nahi kaha jayega. Yeh fasad ko bharkana kaha jayega. Yeh aag par tel chhidakna kaha jayega.</w:t>
      </w:r>
    </w:p>
    <w:p>
      <w:pPr>
        <w:jc w:val="right"/>
      </w:pPr>
      <w:r>
        <w:t>دستی بم مارا۔ تو میں نے کہا یہ Step لیا ہے؟ بھئی یہ تو کہا ہے کہ فساد کو بھڑکایا ہے کہ یہ؟ Step کیا ہے یہ؟ یہ Step تو نہیں ہے یہ۔ جب آپ، انہوں نے نعرہ لگایا۔ کہ "خالی کرو"۔ آپ نے بم مار دیا۔ تو یہ Step نہیں کہا جائے گا۔ یہ فساد کو بھڑکانا کہا جائے گا۔ یہ آگ پر تیل چھڑکنا کہا جائے گا۔</w:t>
      </w:r>
    </w:p>
    <w:p>
      <w:r>
        <w:rPr>
          <w:b/>
        </w:rPr>
        <w:t xml:space="preserve">[32:09] </w:t>
      </w:r>
      <w:r>
        <w:t>to is tarah se main ne to unhon ne kaha ke kya karte? musalman, jab aisa naarah laga</w:t>
      </w:r>
    </w:p>
    <w:p>
      <w:pPr>
        <w:jc w:val="right"/>
      </w:pPr>
      <w:r>
        <w:t>تو اس طرح سے میں نے تو انہوں نے کہا کہ کیا کرتے؟ مسلمان، جب ایسا نعرہ لگا</w:t>
      </w:r>
    </w:p>
    <w:p>
      <w:r>
        <w:rPr>
          <w:b/>
        </w:rPr>
        <w:t xml:space="preserve">[32:14] </w:t>
      </w:r>
      <w:r>
        <w:t>rahe the woh.</w:t>
      </w:r>
    </w:p>
    <w:p>
      <w:pPr>
        <w:jc w:val="right"/>
      </w:pPr>
      <w:r>
        <w:t>رہے تھے وہ۔</w:t>
      </w:r>
    </w:p>
    <w:p>
      <w:r>
        <w:rPr>
          <w:b/>
        </w:rPr>
        <w:t xml:space="preserve">[32:18] </w:t>
      </w:r>
      <w:r>
        <w:t>ke "khali karo".</w:t>
      </w:r>
    </w:p>
    <w:p>
      <w:pPr>
        <w:jc w:val="right"/>
      </w:pPr>
      <w:r>
        <w:t>کہ "خالی کرو"۔</w:t>
      </w:r>
    </w:p>
    <w:p>
      <w:r>
        <w:rPr>
          <w:b/>
        </w:rPr>
        <w:t xml:space="preserve">[32:22] </w:t>
      </w:r>
      <w:r>
        <w:t>to hum ne kaha ke aap ne Step liya, bam mara, fasaad hua, yeh hua, woh hua.</w:t>
      </w:r>
    </w:p>
    <w:p>
      <w:pPr>
        <w:jc w:val="right"/>
      </w:pPr>
      <w:r>
        <w:t>تو ہم نے کہا کہ آپ نے Step لیا، بم مارا، فساد ہوا، یہ ہوا، وہ ہوا۔</w:t>
      </w:r>
    </w:p>
    <w:p>
      <w:r>
        <w:rPr>
          <w:b/>
        </w:rPr>
        <w:t xml:space="preserve">[32:27] </w:t>
      </w:r>
      <w:r>
        <w:t>to kya musalman wahan se bhag gaye? kaha ke nahi, musalman abhi bhi wahan par hain alhamdulillah.</w:t>
      </w:r>
    </w:p>
    <w:p>
      <w:pPr>
        <w:jc w:val="right"/>
      </w:pPr>
      <w:r>
        <w:t>تو کیا مسلمان وہاں سے بھاگ گئے؟ کہا کہ نہیں، مسلمان ابھی بھی وہاں پر ہیں الحمدللہ۔</w:t>
      </w:r>
    </w:p>
    <w:p>
      <w:r>
        <w:rPr>
          <w:b/>
        </w:rPr>
        <w:t xml:space="preserve">[32:31] </w:t>
      </w:r>
      <w:r>
        <w:t>to main ne kaha abhi bhi jab hain to aap naaray bharkane ki kya zaroorat thi? jo log</w:t>
      </w:r>
    </w:p>
    <w:p>
      <w:pPr>
        <w:jc w:val="right"/>
      </w:pPr>
      <w:r>
        <w:t>تو میں نے کہا ابھی بھی جب ہیں تو آپ نعرے بھڑکنے کی کیا ضرورت تھی؟ جو لوگ</w:t>
      </w:r>
    </w:p>
    <w:p>
      <w:r>
        <w:rPr>
          <w:b/>
        </w:rPr>
        <w:t xml:space="preserve">[32:36] </w:t>
      </w:r>
      <w:r>
        <w:t>itne kamzor hain ke</w:t>
      </w:r>
    </w:p>
    <w:p>
      <w:pPr>
        <w:jc w:val="right"/>
      </w:pPr>
      <w:r>
        <w:t>اتنے کمزور ہیں کہ</w:t>
      </w:r>
    </w:p>
    <w:p>
      <w:r>
        <w:rPr>
          <w:b/>
        </w:rPr>
        <w:t xml:space="preserve">[32:40] </w:t>
      </w:r>
      <w:r>
        <w:t>fasaad kar ke bhi, Riot kar ke bhi woh aap ko wahan se nikaal nahi saka.</w:t>
      </w:r>
    </w:p>
    <w:p>
      <w:pPr>
        <w:jc w:val="right"/>
      </w:pPr>
      <w:r>
        <w:t>فساد کر کے بھی، Riot کر کے بھی وہ آپ کو وہاں سے نکال نہیں سکے۔</w:t>
      </w:r>
    </w:p>
    <w:p>
      <w:r>
        <w:rPr>
          <w:b/>
        </w:rPr>
        <w:t xml:space="preserve">[32:44] </w:t>
      </w:r>
      <w:r>
        <w:t>to un ka naarah kaise nikaal deta? un ke Slogan kaise nikaal deta aap ko wahan se? to</w:t>
      </w:r>
    </w:p>
    <w:p>
      <w:pPr>
        <w:jc w:val="right"/>
      </w:pPr>
      <w:r>
        <w:t>تو ان کا نعرہ کیسے نکال دیتا؟ ان کے Slogan کیسے نکال دیتا آپ کو وہاں سے؟ تو</w:t>
      </w:r>
    </w:p>
    <w:p>
      <w:r>
        <w:rPr>
          <w:b/>
        </w:rPr>
        <w:t xml:space="preserve">[32:49] </w:t>
      </w:r>
      <w:r>
        <w:t>main ne bohat ziyada koshish ki ke musalman jo hain woh bharkana chhoden.</w:t>
      </w:r>
    </w:p>
    <w:p>
      <w:pPr>
        <w:jc w:val="right"/>
      </w:pPr>
      <w:r>
        <w:t>میں نے بہت زیادہ کوشش کی کہ مسلمان جو ہیں وہ بھڑکنا چھوڑیں۔</w:t>
      </w:r>
    </w:p>
    <w:p>
      <w:r>
        <w:rPr>
          <w:b/>
        </w:rPr>
        <w:t xml:space="preserve">[32:53] </w:t>
      </w:r>
      <w:r>
        <w:t>ghussa hona chhoden.</w:t>
      </w:r>
    </w:p>
    <w:p>
      <w:pPr>
        <w:jc w:val="right"/>
      </w:pPr>
      <w:r>
        <w:t>غصہ ہونا چھوڑیں۔</w:t>
      </w:r>
    </w:p>
    <w:p>
      <w:r>
        <w:rPr>
          <w:b/>
        </w:rPr>
        <w:t xml:space="preserve">[32:57] </w:t>
      </w:r>
      <w:r>
        <w:t>balkay Avoid karna seekhen.</w:t>
      </w:r>
    </w:p>
    <w:p>
      <w:pPr>
        <w:jc w:val="right"/>
      </w:pPr>
      <w:r>
        <w:t>بلکہ Avoid کرنا سیکھیں۔</w:t>
      </w:r>
    </w:p>
    <w:p>
      <w:r>
        <w:rPr>
          <w:b/>
        </w:rPr>
        <w:t xml:space="preserve">[33:01] </w:t>
      </w:r>
      <w:r>
        <w:t>Avoid karna, avoid karna, avoid karna.</w:t>
      </w:r>
    </w:p>
    <w:p>
      <w:pPr>
        <w:jc w:val="right"/>
      </w:pPr>
      <w:r>
        <w:t>Avoid کرنا، Avoid کرنا، Avoid کرنا۔</w:t>
      </w:r>
    </w:p>
    <w:p>
      <w:r>
        <w:rPr>
          <w:b/>
        </w:rPr>
        <w:t xml:space="preserve">[33:06] </w:t>
      </w:r>
      <w:r>
        <w:t>ab Avoid kar rahe hain.</w:t>
      </w:r>
    </w:p>
    <w:p>
      <w:pPr>
        <w:jc w:val="right"/>
      </w:pPr>
      <w:r>
        <w:t>اب Avoid کر رہے ہیں۔</w:t>
      </w:r>
    </w:p>
    <w:p>
      <w:r>
        <w:rPr>
          <w:b/>
        </w:rPr>
        <w:t xml:space="preserve">[33:10] </w:t>
      </w:r>
      <w:r>
        <w:t>ab aaj kal kahan fasaad ho raha hai? kahin fasaad nahi ho raha hai.</w:t>
      </w:r>
    </w:p>
    <w:p>
      <w:pPr>
        <w:jc w:val="right"/>
      </w:pPr>
      <w:r>
        <w:t>اب آج کل کہاں فساد ہو رہا ہے؟ کہیں فساد نہیں ہو رہا ہے۔</w:t>
      </w:r>
    </w:p>
    <w:p>
      <w:r>
        <w:rPr>
          <w:b/>
        </w:rPr>
        <w:t xml:space="preserve">[33:14] </w:t>
      </w:r>
      <w:r>
        <w:t>ab bhi waqeat hotay hain. ab bhi.</w:t>
      </w:r>
    </w:p>
    <w:p>
      <w:pPr>
        <w:jc w:val="right"/>
      </w:pPr>
      <w:r>
        <w:t>اب بھی واقعات ہوتے ہیں۔ اب بھی۔</w:t>
      </w:r>
    </w:p>
    <w:p>
      <w:r>
        <w:rPr>
          <w:b/>
        </w:rPr>
        <w:t xml:space="preserve">[33:18] </w:t>
      </w:r>
      <w:r>
        <w:t>abhi dekhiye tehalka walon ne ek tasveeren chhapin.</w:t>
      </w:r>
    </w:p>
    <w:p>
      <w:pPr>
        <w:jc w:val="right"/>
      </w:pPr>
      <w:r>
        <w:t>ابھی دیکھیے تہلکہ والوں نے ایک تصویریں چھاپیں۔</w:t>
      </w:r>
    </w:p>
    <w:p>
      <w:r>
        <w:rPr>
          <w:b/>
        </w:rPr>
        <w:t xml:space="preserve">[33:21] </w:t>
      </w:r>
      <w:r>
        <w:t>gujarate ka fasaad ki.</w:t>
      </w:r>
    </w:p>
    <w:p>
      <w:pPr>
        <w:jc w:val="right"/>
      </w:pPr>
      <w:r>
        <w:t>گجرات کا فساد کی۔</w:t>
      </w:r>
    </w:p>
    <w:p>
      <w:r>
        <w:rPr>
          <w:b/>
        </w:rPr>
        <w:t xml:space="preserve">[33:25] </w:t>
      </w:r>
      <w:r>
        <w:t>تو ایک صاحب کو میرے پاس ٹیلی فون آیا کہ اب تو riot ہو جائے گا، مسلمان بھڑکیں گے۔</w:t>
      </w:r>
    </w:p>
    <w:p>
      <w:pPr>
        <w:jc w:val="right"/>
      </w:pPr>
      <w:r>
        <w:t>تو ایک صاحب کو میرے پاس ٹیلی فون آیا کہ اب تو Riot ہو جائے گا، مسلمان بھڑکیں گے۔</w:t>
      </w:r>
    </w:p>
    <w:p>
      <w:r>
        <w:rPr>
          <w:b/>
        </w:rPr>
        <w:t xml:space="preserve">[33:29] </w:t>
      </w:r>
      <w:r>
        <w:t>main ne isi waqt kaha ke kabhi bhi fasaad nahi hoga.</w:t>
      </w:r>
    </w:p>
    <w:p>
      <w:pPr>
        <w:jc w:val="right"/>
      </w:pPr>
      <w:r>
        <w:t>میں نے اسی وقت کہا کہ کبھی بھی فساد نہیں ہوگا۔</w:t>
      </w:r>
    </w:p>
    <w:p>
      <w:r>
        <w:rPr>
          <w:b/>
        </w:rPr>
        <w:t xml:space="preserve">[33:33] </w:t>
      </w:r>
      <w:r>
        <w:t>woh zamanah khatam ho gaya.</w:t>
      </w:r>
    </w:p>
    <w:p>
      <w:pPr>
        <w:jc w:val="right"/>
      </w:pPr>
      <w:r>
        <w:t>وہ زمانہ ختم ہو گیا۔</w:t>
      </w:r>
    </w:p>
    <w:p>
      <w:r>
        <w:rPr>
          <w:b/>
        </w:rPr>
        <w:t xml:space="preserve">[33:36] </w:t>
      </w:r>
      <w:r>
        <w:t>ab musalmanon ne seekh liya hai ke Avoid karo aur fasaad nahi hog</w:t>
      </w:r>
    </w:p>
    <w:p>
      <w:pPr>
        <w:jc w:val="right"/>
      </w:pPr>
      <w:r>
        <w:t>اب مسلمانوں نے سیکھ لیا ہے کہ Avoid کرو اور فساد نہیں ہوگ</w:t>
      </w:r>
    </w:p>
    <w:p>
      <w:r>
        <w:rPr>
          <w:b/>
        </w:rPr>
        <w:t xml:space="preserve">[33:40] </w:t>
      </w:r>
      <w:r>
        <w:t>a woh sahib dili mein maujood hain jinho ne mujh se telephone par kaha tha ke ab to riot ho jaye ga. musalman bharkain ge is par. tahalka walon ki is tasweeron par. main ne kaha aap itminan se baithiye, koi fasad, koi danga nahi hone wala hai. aap dekhein kuch bhi nahi hua? kuch bhi nahi hua, kuch bhi nahi hua. kyun ke avoid karne ki wajah se. to dekhiye zindagi mein bohat hi bari cheez hai, balkeh sab se bari</w:t>
      </w:r>
    </w:p>
    <w:p>
      <w:pPr>
        <w:jc w:val="right"/>
      </w:pPr>
      <w:r>
        <w:t>ا۔ وہ صاحب دلی میں موجود ہیں جنہوں نے مجھ سے ٹیلی فون پر کہا تھا کہ اب تو Riot ہو جائے گا۔ مسلمان بھڑکیں گے اس پر۔ تہلکہ والوں کی اس تصویروں پر۔ میں نے کہا آپ اطمینان سے بیٹھیے، کوئی فساد، کوئی دنگا نہیں ہونے والا ہے۔ آپ دیکھیں کچھ بھی نہیں ہوا؟ کچھ بھی نہیں ہوا، کچھ بھی نہیں ہوا۔ کیونکہ Avoid کرنے کی وجہ سے۔ تو دیکھیے زندگی میں بہت ہی بڑی چیز ہے، بلکہ سب سے بڑی</w:t>
      </w:r>
    </w:p>
    <w:p>
      <w:r>
        <w:rPr>
          <w:b/>
        </w:rPr>
        <w:t xml:space="preserve">[34:10] </w:t>
      </w:r>
      <w:r>
        <w:t>cheez hai Positive Attitude.</w:t>
      </w:r>
    </w:p>
    <w:p>
      <w:pPr>
        <w:jc w:val="right"/>
      </w:pPr>
      <w:r>
        <w:t>چیز ہے Positive Attitude۔</w:t>
      </w:r>
    </w:p>
    <w:p>
      <w:r>
        <w:rPr>
          <w:b/>
        </w:rPr>
        <w:t xml:space="preserve">[34:15] </w:t>
      </w:r>
      <w:r>
        <w:t>musbat tarz fikr.</w:t>
      </w:r>
    </w:p>
    <w:p>
      <w:pPr>
        <w:jc w:val="right"/>
      </w:pPr>
      <w:r>
        <w:t>مثبت طرز فکر۔</w:t>
      </w:r>
    </w:p>
    <w:p>
      <w:r>
        <w:rPr>
          <w:b/>
        </w:rPr>
        <w:t xml:space="preserve">[34:19] </w:t>
      </w:r>
      <w:r>
        <w:t>muthbat tarz-e-fikr ka raaz kya hai? avoid karna. avoid karna.</w:t>
      </w:r>
    </w:p>
    <w:p>
      <w:pPr>
        <w:jc w:val="right"/>
      </w:pPr>
      <w:r>
        <w:t>مثبت طرز فکر کا راز کیا ہے؟ Avoid کرنا۔ Avoid کرنا۔</w:t>
      </w:r>
    </w:p>
    <w:p>
      <w:r>
        <w:rPr>
          <w:b/>
        </w:rPr>
        <w:t xml:space="preserve">[34:23] </w:t>
      </w:r>
      <w:r>
        <w:t>yani is ko main keh sakta hoon doosre shabdon mein.</w:t>
      </w:r>
    </w:p>
    <w:p>
      <w:pPr>
        <w:jc w:val="right"/>
      </w:pPr>
      <w:r>
        <w:t>یعنی اس کو میں کہہ سکتا ہوں دوسرے शब्दوں میں۔</w:t>
      </w:r>
    </w:p>
    <w:p>
      <w:r>
        <w:rPr>
          <w:b/>
        </w:rPr>
        <w:t xml:space="preserve">[34:27] </w:t>
      </w:r>
      <w:r>
        <w:t>ke positive attitude naam hai maturity ka.</w:t>
      </w:r>
    </w:p>
    <w:p>
      <w:pPr>
        <w:jc w:val="right"/>
      </w:pPr>
      <w:r>
        <w:t>کہ Positive Attitude نام ہے Maturity کا۔</w:t>
      </w:r>
    </w:p>
    <w:p>
      <w:r>
        <w:rPr>
          <w:b/>
        </w:rPr>
        <w:t xml:space="preserve">[34:32] </w:t>
      </w:r>
      <w:r>
        <w:t>maturity, kyunke kehte hain pakhtagi.</w:t>
      </w:r>
    </w:p>
    <w:p>
      <w:pPr>
        <w:jc w:val="right"/>
      </w:pPr>
      <w:r>
        <w:t>Maturity، کیونکہ کہتے ہیں پختگی۔</w:t>
      </w:r>
    </w:p>
    <w:p>
      <w:r>
        <w:rPr>
          <w:b/>
        </w:rPr>
        <w:t xml:space="preserve">[34:36] </w:t>
      </w:r>
      <w:r>
        <w:t>maturity kya hai? maturity kya hai? maturity</w:t>
      </w:r>
    </w:p>
    <w:p>
      <w:pPr>
        <w:jc w:val="right"/>
      </w:pPr>
      <w:r>
        <w:t>Maturity کیا ہے؟ Maturity کیا ہے؟ Maturity</w:t>
      </w:r>
    </w:p>
    <w:p>
      <w:r>
        <w:rPr>
          <w:b/>
        </w:rPr>
        <w:t xml:space="preserve">[34:40] </w:t>
      </w:r>
      <w:r>
        <w:t>is the ability to live with things we cannot change.</w:t>
      </w:r>
    </w:p>
    <w:p>
      <w:pPr>
        <w:jc w:val="right"/>
      </w:pPr>
      <w:r>
        <w:t>is the ability to live with things we cannot change۔</w:t>
      </w:r>
    </w:p>
    <w:p>
      <w:r>
        <w:rPr>
          <w:b/>
        </w:rPr>
        <w:t xml:space="preserve">[34:48] </w:t>
      </w:r>
      <w:r>
        <w:t>maturity yani pakhtagi jis ko kehte hain urdu mein, pakhtagi.</w:t>
      </w:r>
    </w:p>
    <w:p>
      <w:pPr>
        <w:jc w:val="right"/>
      </w:pPr>
      <w:r>
        <w:t>Maturity یعنی پختگی جس کو کہتے ہیں اردو میں، پختگی۔</w:t>
      </w:r>
    </w:p>
    <w:p>
      <w:r>
        <w:rPr>
          <w:b/>
        </w:rPr>
        <w:t xml:space="preserve">[34:55] </w:t>
      </w:r>
      <w:r>
        <w:t>maturity bohat bari cheez hai.</w:t>
      </w:r>
    </w:p>
    <w:p>
      <w:pPr>
        <w:jc w:val="right"/>
      </w:pPr>
      <w:r>
        <w:t>Maturity بہت بڑی چیز ہے۔</w:t>
      </w:r>
    </w:p>
    <w:p>
      <w:r>
        <w:rPr>
          <w:b/>
        </w:rPr>
        <w:t xml:space="preserve">[35:03] </w:t>
      </w:r>
      <w:r>
        <w:t>to is ki definition yeh hai ke maturity is the ability to live with things we cannot change. duniya</w:t>
      </w:r>
    </w:p>
    <w:p>
      <w:pPr>
        <w:jc w:val="right"/>
      </w:pPr>
      <w:r>
        <w:t>تو اس کی Definition یہ ہے کہ Maturity is the ability to live with things we cannot change۔ دنیا</w:t>
      </w:r>
    </w:p>
    <w:p>
      <w:r>
        <w:rPr>
          <w:b/>
        </w:rPr>
        <w:t xml:space="preserve">[35:11] </w:t>
      </w:r>
      <w:r>
        <w:t>mein hum har baat ko badal nahin sakte.</w:t>
      </w:r>
    </w:p>
    <w:p>
      <w:pPr>
        <w:jc w:val="right"/>
      </w:pPr>
      <w:r>
        <w:t>میں ہم ہر بات کو بدل نہیں سکتے۔</w:t>
      </w:r>
    </w:p>
    <w:p>
      <w:r>
        <w:rPr>
          <w:b/>
        </w:rPr>
        <w:t xml:space="preserve">[35:14] </w:t>
      </w:r>
      <w:r>
        <w:t>wohi maine kaha na ke har baat ko, insaan ko azaadi hai.</w:t>
      </w:r>
    </w:p>
    <w:p>
      <w:pPr>
        <w:jc w:val="right"/>
      </w:pPr>
      <w:r>
        <w:t>وہی میں نے کہا نا کہ ہر بات کو، انسان کو آزادی ہے۔</w:t>
      </w:r>
    </w:p>
    <w:p>
      <w:r>
        <w:rPr>
          <w:b/>
        </w:rPr>
        <w:t xml:space="preserve">[35:18] </w:t>
      </w:r>
      <w:r>
        <w:t>to is ki azaadi chheen kaise lenge aap? aap insaan ki azaadi ko abolish nahin kar sakte.</w:t>
      </w:r>
    </w:p>
    <w:p>
      <w:pPr>
        <w:jc w:val="right"/>
      </w:pPr>
      <w:r>
        <w:t>تو اس کی آزادی چھین کیسے لیں گے آپ؟ آپ انسان کی آزادی کو abolish نہیں کر سکتے۔</w:t>
      </w:r>
    </w:p>
    <w:p>
      <w:r>
        <w:rPr>
          <w:b/>
        </w:rPr>
        <w:t xml:space="preserve">[35:22] </w:t>
      </w:r>
      <w:r>
        <w:t>yeh aap ke ikhtiyar mein nahin hai.</w:t>
      </w:r>
    </w:p>
    <w:p>
      <w:pPr>
        <w:jc w:val="right"/>
      </w:pPr>
      <w:r>
        <w:t>یہ آپ کے اختیار میں نہیں ہے۔</w:t>
      </w:r>
    </w:p>
    <w:p>
      <w:r>
        <w:rPr>
          <w:b/>
        </w:rPr>
        <w:t xml:space="preserve">[35:26] </w:t>
      </w:r>
      <w:r>
        <w:t>isi liye maturity ki definition yahi hai.</w:t>
      </w:r>
    </w:p>
    <w:p>
      <w:pPr>
        <w:jc w:val="right"/>
      </w:pPr>
      <w:r>
        <w:t>اسی لیے Maturity کی Definition یہی ہے۔</w:t>
      </w:r>
    </w:p>
    <w:p>
      <w:r>
        <w:rPr>
          <w:b/>
        </w:rPr>
        <w:t xml:space="preserve">[35:30] </w:t>
      </w:r>
      <w:r>
        <w:t>ke maturity is the ability to live with things we cannot change.</w:t>
      </w:r>
    </w:p>
    <w:p>
      <w:pPr>
        <w:jc w:val="right"/>
      </w:pPr>
      <w:r>
        <w:t>کہ Maturity is the ability to live with things we cannot change۔</w:t>
      </w:r>
    </w:p>
    <w:p>
      <w:r>
        <w:rPr>
          <w:b/>
        </w:rPr>
        <w:t xml:space="preserve">[35:33] </w:t>
      </w:r>
      <w:r>
        <w:t>pakhtagi yeh hai.</w:t>
      </w:r>
    </w:p>
    <w:p>
      <w:pPr>
        <w:jc w:val="right"/>
      </w:pPr>
      <w:r>
        <w:t>پختگی یہ ہے۔</w:t>
      </w:r>
    </w:p>
    <w:p>
      <w:r>
        <w:rPr>
          <w:b/>
        </w:rPr>
        <w:t xml:space="preserve">[35:37] </w:t>
      </w:r>
      <w:r>
        <w:t>zehni pakhtagi yeh hai ke aap</w:t>
      </w:r>
    </w:p>
    <w:p>
      <w:pPr>
        <w:jc w:val="right"/>
      </w:pPr>
      <w:r>
        <w:t>ذہنی پختگی یہ ہے کہ آپ</w:t>
      </w:r>
    </w:p>
    <w:p>
      <w:r>
        <w:rPr>
          <w:b/>
        </w:rPr>
        <w:t xml:space="preserve">[35:41] </w:t>
      </w:r>
      <w:r>
        <w:t>in cheezon ke saath normal tareeqe se reh saken jis ko aap badal nahin sakte.</w:t>
      </w:r>
    </w:p>
    <w:p>
      <w:pPr>
        <w:jc w:val="right"/>
      </w:pPr>
      <w:r>
        <w:t>ان چیزوں کے ساتھ نارمل طریقے سے رہ سکیں جس کو آپ بدل نہیں سکتے۔</w:t>
      </w:r>
    </w:p>
    <w:p>
      <w:r>
        <w:rPr>
          <w:b/>
        </w:rPr>
        <w:t xml:space="preserve">[35:47] </w:t>
      </w:r>
      <w:r>
        <w:t>badalne ki koshish karenge, kya hoga? breakdown hoga.</w:t>
      </w:r>
    </w:p>
    <w:p>
      <w:pPr>
        <w:jc w:val="right"/>
      </w:pPr>
      <w:r>
        <w:t>بدلنے کی کوشش کریں گے، کیا ہوگا؟ Breakdown ہوگا۔</w:t>
      </w:r>
    </w:p>
    <w:p>
      <w:r>
        <w:rPr>
          <w:b/>
        </w:rPr>
        <w:t xml:space="preserve">[35:53] </w:t>
      </w:r>
      <w:r>
        <w:t>badalne ki koshish karna kya hai? breakdown.</w:t>
      </w:r>
    </w:p>
    <w:p>
      <w:pPr>
        <w:jc w:val="right"/>
      </w:pPr>
      <w:r>
        <w:t>بدلنے کی کوشش کرنا کیا ہے؟ Breakdown۔</w:t>
      </w:r>
    </w:p>
    <w:p>
      <w:r>
        <w:rPr>
          <w:b/>
        </w:rPr>
        <w:t xml:space="preserve">[35:59] </w:t>
      </w:r>
      <w:r>
        <w:t>is mein ek baat aur add kar lijiyega.</w:t>
      </w:r>
    </w:p>
    <w:p>
      <w:pPr>
        <w:jc w:val="right"/>
      </w:pPr>
      <w:r>
        <w:t>اس میں ایک بات اور add کر لیجیے۔</w:t>
      </w:r>
    </w:p>
    <w:p>
      <w:r>
        <w:rPr>
          <w:b/>
        </w:rPr>
        <w:t xml:space="preserve">[36:05] </w:t>
      </w:r>
      <w:r>
        <w:t>ke insaan jo hai, jaise auraton ke bare mein maine ek weakness batai ke woh e</w:t>
      </w:r>
    </w:p>
    <w:p>
      <w:pPr>
        <w:jc w:val="right"/>
      </w:pPr>
      <w:r>
        <w:t>کہ انسان جو ہے، جیسے عورتوں کے بارے میں میں نے ایک Weakness بتائی کہ وہ E</w:t>
      </w:r>
    </w:p>
    <w:p>
      <w:r>
        <w:rPr>
          <w:b/>
        </w:rPr>
        <w:t xml:space="preserve">[36:11] </w:t>
      </w:r>
      <w:r>
        <w:t>motional hoti hain. mardon ke andar weakness kya hai? woh super weakness hai mardon ke andar. mard aur bhi zyada aik weakness ka shikar hain. woh kahin kya? ego. ego. kisi mard ko aap ego ko touch kijiye. woh aag bagola ho jaye ga, ladne ko khara ho jaye ga. to mard ki weakness hai ego. aurat ki weakness hai ke woh emotional hoti hai.</w:t>
      </w:r>
    </w:p>
    <w:p>
      <w:pPr>
        <w:jc w:val="right"/>
      </w:pPr>
      <w:r>
        <w:t>motional ہوتی ہیں۔ مردوں کے اندر Weakness کیا ہے؟ وہ Super Weakness ہے مردوں کے اندر۔ مرد اور بھی زیادہ ایک Weakness کا شکار ہیں۔ وہ کہیں کیا؟ Ego۔ Ego۔ کسی مرد کو آپ Ego کو Touch کیجیے۔ وہ آگ بگولا ہو جائے گا، لڑنے کو کھڑا ہو جائے گا۔ تو مرد کی Weakness ہے Ego۔ عورت کی Weakness ہے کہ وہ Emotional ہوتی ہے۔</w:t>
      </w:r>
    </w:p>
    <w:p>
      <w:r>
        <w:rPr>
          <w:b/>
        </w:rPr>
        <w:t xml:space="preserve">[36:41] </w:t>
      </w:r>
      <w:r>
        <w:t>to mard ke bare mein maine ek formula banaya hai woh yeh hai.</w:t>
      </w:r>
    </w:p>
    <w:p>
      <w:pPr>
        <w:jc w:val="right"/>
      </w:pPr>
      <w:r>
        <w:t>تو مرد کے بارے میں میں نے ایک فارمولا بنایا ہے وہ یہ ہے۔</w:t>
      </w:r>
    </w:p>
    <w:p>
      <w:r>
        <w:rPr>
          <w:b/>
        </w:rPr>
        <w:t xml:space="preserve">[36:46] </w:t>
      </w:r>
      <w:r>
        <w:t>ke mard ke ego ko aap touch karte hain to isi se breakdown hota hai, isi se fasaad</w:t>
      </w:r>
    </w:p>
    <w:p>
      <w:pPr>
        <w:jc w:val="right"/>
      </w:pPr>
      <w:r>
        <w:t>کہ مرد کے Ego کو آپ Touch کرتے ہیں تو اسی سے Breakdown ہوتا ہے، اسی سے فساد</w:t>
      </w:r>
    </w:p>
    <w:p>
      <w:r>
        <w:rPr>
          <w:b/>
        </w:rPr>
        <w:t xml:space="preserve">[36:50] </w:t>
      </w:r>
      <w:r>
        <w:t>hota hai, isi se danga hota hai.</w:t>
      </w:r>
    </w:p>
    <w:p>
      <w:pPr>
        <w:jc w:val="right"/>
      </w:pPr>
      <w:r>
        <w:t>ہوتا ہے، اسی سے دنگا ہوتا ہے۔</w:t>
      </w:r>
    </w:p>
    <w:p>
      <w:r>
        <w:rPr>
          <w:b/>
        </w:rPr>
        <w:t xml:space="preserve">[36:54] </w:t>
      </w:r>
      <w:r>
        <w:t>to is ka formula yeh hai ke When one's Ego is touched it turns into Super Ego and</w:t>
      </w:r>
    </w:p>
    <w:p>
      <w:pPr>
        <w:jc w:val="right"/>
      </w:pPr>
      <w:r>
        <w:t>تو اس کا فارمولا یہ ہے کہ When one's Ego is touched it turns into Super Ego and</w:t>
      </w:r>
    </w:p>
    <w:p>
      <w:r>
        <w:rPr>
          <w:b/>
        </w:rPr>
        <w:t xml:space="preserve">[36:59] </w:t>
      </w:r>
      <w:r>
        <w:t>the result is Breakdown۔</w:t>
      </w:r>
    </w:p>
    <w:p>
      <w:pPr>
        <w:jc w:val="right"/>
      </w:pPr>
      <w:r>
        <w:t>the result is Breakdown۔</w:t>
      </w:r>
    </w:p>
    <w:p>
      <w:r>
        <w:rPr>
          <w:b/>
        </w:rPr>
        <w:t xml:space="preserve">[37:03] </w:t>
      </w:r>
      <w:r>
        <w:t>Ego ko Avoid kijiye, Ego ko Touch na kijiye aap۔</w:t>
      </w:r>
    </w:p>
    <w:p>
      <w:pPr>
        <w:jc w:val="right"/>
      </w:pPr>
      <w:r>
        <w:t>Ego کو Avoid کیجیے، Ego کو Touch نہ کیجیے آپ۔</w:t>
      </w:r>
    </w:p>
    <w:p>
      <w:r>
        <w:rPr>
          <w:b/>
        </w:rPr>
        <w:t xml:space="preserve">[37:08] </w:t>
      </w:r>
      <w:r>
        <w:t>agar aap chahte hain ke Peace baqi rahe, shanti baqi rahe, aman baqi rahe۔</w:t>
      </w:r>
    </w:p>
    <w:p>
      <w:pPr>
        <w:jc w:val="right"/>
      </w:pPr>
      <w:r>
        <w:t>اگر آپ چاہتے ہیں کہ Peace باقی رہے، شانتی باقی رہے، امن باقی رہے۔</w:t>
      </w:r>
    </w:p>
    <w:p>
      <w:r>
        <w:rPr>
          <w:b/>
        </w:rPr>
        <w:t xml:space="preserve">[37:12] </w:t>
      </w:r>
      <w:r>
        <w:t>to aap ko Avoid karna hai ke kisi ke Ego ko aap Touch karein aap۔</w:t>
      </w:r>
    </w:p>
    <w:p>
      <w:pPr>
        <w:jc w:val="right"/>
      </w:pPr>
      <w:r>
        <w:t>تو آپ کو Avoid کرنا ہے کہ کسی کے Ego کو آپ Touch کریں آپ۔</w:t>
      </w:r>
    </w:p>
    <w:p>
      <w:r>
        <w:rPr>
          <w:b/>
        </w:rPr>
        <w:t xml:space="preserve">[37:17] </w:t>
      </w:r>
      <w:r>
        <w:t>kyun? When one's Ego is touched it turns into Super Ego and the result is Breakdown۔</w:t>
      </w:r>
    </w:p>
    <w:p>
      <w:pPr>
        <w:jc w:val="right"/>
      </w:pPr>
      <w:r>
        <w:t>کیوں؟ When one's Ego is touched it turns into Super Ego and the result is Breakdown۔</w:t>
      </w:r>
    </w:p>
    <w:p>
      <w:r>
        <w:rPr>
          <w:b/>
        </w:rPr>
        <w:t xml:space="preserve">[37:21] </w:t>
      </w:r>
      <w:r>
        <w:t>Ego ko aap ne Touch kiya to woh Super Ego banega۔</w:t>
      </w:r>
    </w:p>
    <w:p>
      <w:pPr>
        <w:jc w:val="right"/>
      </w:pPr>
      <w:r>
        <w:t>Ego کو آپ نے Touch کیا تو وہ Super Ego بنے گا۔</w:t>
      </w:r>
    </w:p>
    <w:p>
      <w:r>
        <w:rPr>
          <w:b/>
        </w:rPr>
        <w:t xml:space="preserve">[37:25] </w:t>
      </w:r>
      <w:r>
        <w:t>aur phir Result kya hoga? Breakdown hoga۔</w:t>
      </w:r>
    </w:p>
    <w:p>
      <w:pPr>
        <w:jc w:val="right"/>
      </w:pPr>
      <w:r>
        <w:t>اور پھر Result کیا ہوگا؟ Breakdown ہوگا۔</w:t>
      </w:r>
    </w:p>
    <w:p>
      <w:r>
        <w:rPr>
          <w:b/>
        </w:rPr>
        <w:t xml:space="preserve">[37:29] </w:t>
      </w:r>
      <w:r>
        <w:t>to aurat ke Emotion ko Touch na kijiye۔</w:t>
      </w:r>
    </w:p>
    <w:p>
      <w:pPr>
        <w:jc w:val="right"/>
      </w:pPr>
      <w:r>
        <w:t>تو عورت کے Emotion کو Touch نہ کیجیے۔</w:t>
      </w:r>
    </w:p>
    <w:p>
      <w:r>
        <w:rPr>
          <w:b/>
        </w:rPr>
        <w:t xml:space="preserve">[37:34] </w:t>
      </w:r>
      <w:r>
        <w:t>mard ke Ego ko Touch na kijiye۔</w:t>
      </w:r>
    </w:p>
    <w:p>
      <w:pPr>
        <w:jc w:val="right"/>
      </w:pPr>
      <w:r>
        <w:t>مرد کے Ego کو Touch نہ کیجیے۔</w:t>
      </w:r>
    </w:p>
    <w:p>
      <w:r>
        <w:rPr>
          <w:b/>
        </w:rPr>
        <w:t xml:space="preserve">[37:38] </w:t>
      </w:r>
      <w:r>
        <w:t>yehi hai raaz hayat. dunya</w:t>
      </w:r>
    </w:p>
    <w:p>
      <w:pPr>
        <w:jc w:val="right"/>
      </w:pPr>
      <w:r>
        <w:t>یہی ہے راز حیات۔ دنیا</w:t>
      </w:r>
    </w:p>
    <w:p>
      <w:r>
        <w:rPr>
          <w:b/>
        </w:rPr>
        <w:t xml:space="preserve">[37:42] </w:t>
      </w:r>
      <w:r>
        <w:t>mein aadhi abadi aur aadhi Population auraton ki hai, aadhi Population mardon ki hai۔</w:t>
      </w:r>
    </w:p>
    <w:p>
      <w:pPr>
        <w:jc w:val="right"/>
      </w:pPr>
      <w:r>
        <w:t>میں آدھی آبادی اور آدھی Population عورتوں کی ہے، آدھی Population مردوں کی ہے۔</w:t>
      </w:r>
    </w:p>
    <w:p>
      <w:r>
        <w:rPr>
          <w:b/>
        </w:rPr>
        <w:t xml:space="preserve">[37:46] </w:t>
      </w:r>
      <w:r>
        <w:t>Khuda ne dono ke andar bohat hi Special Quality di hai۔</w:t>
      </w:r>
    </w:p>
    <w:p>
      <w:pPr>
        <w:jc w:val="right"/>
      </w:pPr>
      <w:r>
        <w:t>خدا نے دونوں کے اندر بہت ہی Special Quality دی ہے۔</w:t>
      </w:r>
    </w:p>
    <w:p>
      <w:r>
        <w:rPr>
          <w:b/>
        </w:rPr>
        <w:t xml:space="preserve">[37:50] </w:t>
      </w:r>
      <w:r>
        <w:t>mardon ke liye bhi Special Quality hai۔</w:t>
      </w:r>
    </w:p>
    <w:p>
      <w:pPr>
        <w:jc w:val="right"/>
      </w:pPr>
      <w:r>
        <w:t>مردوں کے لیے بھی Special Quality ہے۔</w:t>
      </w:r>
    </w:p>
    <w:p>
      <w:r>
        <w:rPr>
          <w:b/>
        </w:rPr>
        <w:t xml:space="preserve">[37:54] </w:t>
      </w:r>
      <w:r>
        <w:t>auraton ke andar bhi Special Quality hai۔</w:t>
      </w:r>
    </w:p>
    <w:p>
      <w:pPr>
        <w:jc w:val="right"/>
      </w:pPr>
      <w:r>
        <w:t>عورتوں کے اندر بھی Special Quality ہے۔</w:t>
      </w:r>
    </w:p>
    <w:p>
      <w:r>
        <w:rPr>
          <w:b/>
        </w:rPr>
        <w:t xml:space="preserve">[37:58] </w:t>
      </w:r>
      <w:r>
        <w:t>dono ke beech mein aap ko rehna hai۔</w:t>
      </w:r>
    </w:p>
    <w:p>
      <w:pPr>
        <w:jc w:val="right"/>
      </w:pPr>
      <w:r>
        <w:t>دونوں کے بیچ میں آپ کو رہنا ہے۔</w:t>
      </w:r>
    </w:p>
    <w:p>
      <w:r>
        <w:rPr>
          <w:b/>
        </w:rPr>
        <w:t xml:space="preserve">[38:01] </w:t>
      </w:r>
      <w:r>
        <w:t>aap ko dono ke beech mein rehna hai۔</w:t>
      </w:r>
    </w:p>
    <w:p>
      <w:pPr>
        <w:jc w:val="right"/>
      </w:pPr>
      <w:r>
        <w:t>آپ کو دونوں کے بیچ میں رہنا ہے۔</w:t>
      </w:r>
    </w:p>
    <w:p>
      <w:r>
        <w:rPr>
          <w:b/>
        </w:rPr>
        <w:t xml:space="preserve">[38:05] </w:t>
      </w:r>
      <w:r>
        <w:t>to is ka formula kya hai? aap yeh jaanein ke un ki Weakness kya hai aur un ki</w:t>
      </w:r>
    </w:p>
    <w:p>
      <w:pPr>
        <w:jc w:val="right"/>
      </w:pPr>
      <w:r>
        <w:t>تو اس کا فارمولا کیا ہے؟ آپ یہ جانیں کہ ان کی Weakness کیا ہے اور ان کی</w:t>
      </w:r>
    </w:p>
    <w:p>
      <w:r>
        <w:rPr>
          <w:b/>
        </w:rPr>
        <w:t xml:space="preserve">[38:09] </w:t>
      </w:r>
      <w:r>
        <w:t>Weakness kya hai۔</w:t>
      </w:r>
    </w:p>
    <w:p>
      <w:pPr>
        <w:jc w:val="right"/>
      </w:pPr>
      <w:r>
        <w:t>Weakness کیا ہے۔</w:t>
      </w:r>
    </w:p>
    <w:p>
      <w:r>
        <w:rPr>
          <w:b/>
        </w:rPr>
        <w:t xml:space="preserve">[38:13] </w:t>
      </w:r>
      <w:r>
        <w:t>aurat ki weakness hai emotions. woh emotional hoti hai. mard ki weakness hai ego. woh egoist hota hai. to bas aap yahi kijiye. ke aurat ke emotion ko touch na kijiye. woh bilkul normal rahe gi woh. mard ke ego ko touch na kijiye. woh bilkul normal rahe ga woh. jaise mashhoor waqia hai ke hazrat umar ne aik sahabi se kaha ke taqwa kya hai? yaani bach kar chalna kya hai</w:t>
      </w:r>
    </w:p>
    <w:p>
      <w:pPr>
        <w:jc w:val="right"/>
      </w:pPr>
      <w:r>
        <w:t>عورت کی Weakness ہے Emotions۔ وہ Emotional ہوتی ہے۔ مرد کی Weakness ہے Ego۔ وہ Egoist ہوتا ہے۔ تو بس آپ یہی کیجیے۔ کہ عورت کے Emotion کو Touch نہ کیجیے۔ وہ بالکل نارمل رہے گی وہ۔ مرد کے Ego کو Touch نہ کیجیے۔ وہ بالکل نارمل رہے گا وہ۔ جیسے مشہور واقعہ ہے کہ حضرت عمر نے ایک صحابی سے کہا کہ تقویٰ کیا ہے؟ یعنی بچ کر چلنا کیا ہے</w:t>
      </w:r>
    </w:p>
    <w:p>
      <w:r>
        <w:rPr>
          <w:b/>
        </w:rPr>
        <w:t xml:space="preserve">[38:43] </w:t>
      </w:r>
      <w:r>
        <w:t>؟ taqwa ka matlab hai bach kar chalna. parhezgari ke sath rehna dunya mein. to unhone kaha ke kya aap aisi jhaari se guzre hain jis mein kaantey dar pear hon? rasta hai, idhar bhi jhaari, idhar bhi jhaari. aur jhaariyon mein kaantey. to unhone kaha ke haan. to unhone kaha ke aap ne kya kiya? unhone kaha ke shimar to bachta to. main ne apne kapde samet liye aur bachta hua, bachta hua chala gaya. to unhone kaha ke yahi</w:t>
      </w:r>
    </w:p>
    <w:p>
      <w:pPr>
        <w:jc w:val="right"/>
      </w:pPr>
      <w:r>
        <w:t>؟ تقویٰ کا مطلب ہے بچ کر چلنا۔ پرہیزگاری کے ساتھ رہنا دنیا میں۔ تو انہوں نے کہا کہ کیا آپ ایسی جھاڑی سے گزرے ہیں جس میں کانٹے دار پیڑ ہوں؟ راستہ ہے، ادھر بھی جھاڑی، ادھر بھی جھاڑی۔ اور جھاڑیوں میں کانٹے۔ تو انہوں نے کہا کہ ہاں۔ تو انہوں نے کہا کہ آپ نے کیا کیا؟ انہوں نے کہا کہ شمر تو بچتا تو۔ میں اپنے کپڑے سمیٹ لیے اور بچتا ہوا، بچتا ہوا چلا گیا۔ تو انہوں نے کہا کہ یہی</w:t>
      </w:r>
    </w:p>
    <w:p>
      <w:r>
        <w:rPr>
          <w:b/>
        </w:rPr>
        <w:t xml:space="preserve">[39:13] </w:t>
      </w:r>
      <w:r>
        <w:t>taqwa hai۔</w:t>
      </w:r>
    </w:p>
    <w:p>
      <w:pPr>
        <w:jc w:val="right"/>
      </w:pPr>
      <w:r>
        <w:t>تقویٰ ہے۔</w:t>
      </w:r>
    </w:p>
    <w:p>
      <w:r>
        <w:rPr>
          <w:b/>
        </w:rPr>
        <w:t xml:space="preserve">[39:17] </w:t>
      </w:r>
      <w:r>
        <w:t>to yehi Avoidance hai۔</w:t>
      </w:r>
    </w:p>
    <w:p>
      <w:pPr>
        <w:jc w:val="right"/>
      </w:pPr>
      <w:r>
        <w:t>تو یہی Avoidance ہے۔</w:t>
      </w:r>
    </w:p>
    <w:p>
      <w:r>
        <w:rPr>
          <w:b/>
        </w:rPr>
        <w:t xml:space="preserve">[39:20] </w:t>
      </w:r>
      <w:r>
        <w:t>This is the Avoidance۔</w:t>
      </w:r>
    </w:p>
    <w:p>
      <w:pPr>
        <w:jc w:val="right"/>
      </w:pPr>
      <w:r>
        <w:t>This is the Avoidance۔</w:t>
      </w:r>
    </w:p>
    <w:p>
      <w:r>
        <w:rPr>
          <w:b/>
        </w:rPr>
        <w:t xml:space="preserve">[39:24] </w:t>
      </w:r>
      <w:r>
        <w:t>to zindagi naam hai kaante daar jhaariyon ke beech mein apne daaman ko samet kar guzar jana۔</w:t>
      </w:r>
    </w:p>
    <w:p>
      <w:pPr>
        <w:jc w:val="right"/>
      </w:pPr>
      <w:r>
        <w:t>تو زندگی نام ہے کانٹے دار جھاڑیوں کے بیچ میں اپنے دامن کو سمیٹ کر گزر جانا۔</w:t>
      </w:r>
    </w:p>
    <w:p>
      <w:r>
        <w:rPr>
          <w:b/>
        </w:rPr>
        <w:t xml:space="preserve">[39:28] </w:t>
      </w:r>
      <w:r>
        <w:t>aap kaante daar jhaariyon ko khatm nahi kar sakte۔</w:t>
      </w:r>
    </w:p>
    <w:p>
      <w:pPr>
        <w:jc w:val="right"/>
      </w:pPr>
      <w:r>
        <w:t>آپ کانٹے دار جھاڑیوں کو ختم نہیں کر سکتے۔</w:t>
      </w:r>
    </w:p>
    <w:p>
      <w:r>
        <w:rPr>
          <w:b/>
        </w:rPr>
        <w:t xml:space="preserve">[39:32] </w:t>
      </w:r>
      <w:r>
        <w:t>is liye aap ke liye Option jo hai woh aik hi hai۔</w:t>
      </w:r>
    </w:p>
    <w:p>
      <w:pPr>
        <w:jc w:val="right"/>
      </w:pPr>
      <w:r>
        <w:t>اس لیے آپ کے لیے Option جو ہے وہ ایک ہی ہے۔</w:t>
      </w:r>
    </w:p>
    <w:p>
      <w:r>
        <w:rPr>
          <w:b/>
        </w:rPr>
        <w:t xml:space="preserve">[39:36] </w:t>
      </w:r>
      <w:r>
        <w:t>yeh Option nahin hai ke aap kaanton ko khatam karen.</w:t>
      </w:r>
    </w:p>
    <w:p>
      <w:pPr>
        <w:jc w:val="right"/>
      </w:pPr>
      <w:r>
        <w:t>یہ Option نہیں ہے کہ آپ کانٹوں کو ختم کریں۔</w:t>
      </w:r>
    </w:p>
    <w:p>
      <w:r>
        <w:rPr>
          <w:b/>
        </w:rPr>
        <w:t xml:space="preserve">[39:39] </w:t>
      </w:r>
      <w:r>
        <w:t>Option kya hai? Apne</w:t>
      </w:r>
    </w:p>
    <w:p>
      <w:pPr>
        <w:jc w:val="right"/>
      </w:pPr>
      <w:r>
        <w:t>Option کیا ہے؟ اپنے</w:t>
      </w:r>
    </w:p>
    <w:p>
      <w:r>
        <w:rPr>
          <w:b/>
        </w:rPr>
        <w:t xml:space="preserve">[39:43] </w:t>
      </w:r>
      <w:r>
        <w:t>ko bachate hue guzar jayen.</w:t>
      </w:r>
    </w:p>
    <w:p>
      <w:pPr>
        <w:jc w:val="right"/>
      </w:pPr>
      <w:r>
        <w:t>کو بچاتے ہوئے گزر جائیں۔</w:t>
      </w:r>
    </w:p>
    <w:p>
      <w:r>
        <w:rPr>
          <w:b/>
        </w:rPr>
        <w:t xml:space="preserve">[39:47] </w:t>
      </w:r>
      <w:r>
        <w:t>Yahi hai Principle of Avoidance.</w:t>
      </w:r>
    </w:p>
    <w:p>
      <w:pPr>
        <w:jc w:val="right"/>
      </w:pPr>
      <w:r>
        <w:t>یہی ہے Principle of Avoidance۔</w:t>
      </w:r>
    </w:p>
    <w:p>
      <w:r>
        <w:rPr>
          <w:b/>
        </w:rPr>
        <w:t xml:space="preserve">[39:51] </w:t>
      </w:r>
      <w:r>
        <w:t>Yahi hai Positive Attitude.</w:t>
      </w:r>
    </w:p>
    <w:p>
      <w:pPr>
        <w:jc w:val="right"/>
      </w:pPr>
      <w:r>
        <w:t>یہی ہے Positive Attitude۔</w:t>
      </w:r>
    </w:p>
    <w:p>
      <w:r>
        <w:rPr>
          <w:b/>
        </w:rPr>
        <w:t xml:space="preserve">[39:54] </w:t>
      </w:r>
      <w:r>
        <w:t>Yahi hai sabr.</w:t>
      </w:r>
    </w:p>
    <w:p>
      <w:pPr>
        <w:jc w:val="right"/>
      </w:pPr>
      <w:r>
        <w:t>یہی ہے صبر۔</w:t>
      </w:r>
    </w:p>
    <w:p>
      <w:r>
        <w:rPr>
          <w:b/>
        </w:rPr>
        <w:t xml:space="preserve">[39:58] </w:t>
      </w:r>
      <w:r>
        <w:t>Qur'an mein aap dekhiye sabr ko bohat zyada, bohat zyada, bohat zyada Highlight kiya gaya hai.</w:t>
      </w:r>
    </w:p>
    <w:p>
      <w:pPr>
        <w:jc w:val="right"/>
      </w:pPr>
      <w:r>
        <w:t>قرآن میں آپ دیکھیے صبر کو بہت زیادہ، بہت زیادہ، بہت زیادہ Highlight کیا گیا ہے۔</w:t>
      </w:r>
    </w:p>
    <w:p>
      <w:r>
        <w:rPr>
          <w:b/>
        </w:rPr>
        <w:t xml:space="preserve">[40:02] </w:t>
      </w:r>
      <w:r>
        <w:t>To sabr kya hai? Sabr koi Passive Attitude ka naam nahin hai.</w:t>
      </w:r>
    </w:p>
    <w:p>
      <w:pPr>
        <w:jc w:val="right"/>
      </w:pPr>
      <w:r>
        <w:t>تو صبر کیا ہے؟ صبر کوئی Passive Attitude کا نام نہیں ہے۔</w:t>
      </w:r>
    </w:p>
    <w:p>
      <w:r>
        <w:rPr>
          <w:b/>
        </w:rPr>
        <w:t xml:space="preserve">[40:06] </w:t>
      </w:r>
      <w:r>
        <w:t>Sabr koi Cowardice nahin hai.</w:t>
      </w:r>
    </w:p>
    <w:p>
      <w:pPr>
        <w:jc w:val="right"/>
      </w:pPr>
      <w:r>
        <w:t>صبر کوئی Cowardice نہیں ہے۔</w:t>
      </w:r>
    </w:p>
    <w:p>
      <w:r>
        <w:rPr>
          <w:b/>
        </w:rPr>
        <w:t xml:space="preserve">[40:10] </w:t>
      </w:r>
      <w:r>
        <w:t>Sabr koi Inaction nahin hai.</w:t>
      </w:r>
    </w:p>
    <w:p>
      <w:pPr>
        <w:jc w:val="right"/>
      </w:pPr>
      <w:r>
        <w:t>صبر کوئی Inaction نہیں ہے۔</w:t>
      </w:r>
    </w:p>
    <w:p>
      <w:r>
        <w:rPr>
          <w:b/>
        </w:rPr>
        <w:t xml:space="preserve">[40:14] </w:t>
      </w:r>
      <w:r>
        <w:t>Aksar log yeh kehte hain arey bhai sabr.</w:t>
      </w:r>
    </w:p>
    <w:p>
      <w:pPr>
        <w:jc w:val="right"/>
      </w:pPr>
      <w:r>
        <w:t>اکثر لوگ یہ کہتے ہیں ارے بھئی صبر۔</w:t>
      </w:r>
    </w:p>
    <w:p>
      <w:r>
        <w:rPr>
          <w:b/>
        </w:rPr>
        <w:t xml:space="preserve">[40:17] </w:t>
      </w:r>
      <w:r>
        <w:t>Woh samajhte hain ke sabr koi Passive Attitude hai.</w:t>
      </w:r>
    </w:p>
    <w:p>
      <w:pPr>
        <w:jc w:val="right"/>
      </w:pPr>
      <w:r>
        <w:t>وہ سمجھتے ہیں کہ صبر کوئی Passive Attitude ہے۔</w:t>
      </w:r>
    </w:p>
    <w:p>
      <w:r>
        <w:rPr>
          <w:b/>
        </w:rPr>
        <w:t xml:space="preserve">[40:21] </w:t>
      </w:r>
      <w:r>
        <w:t>Sabr koi Inaction ka naam hai.</w:t>
      </w:r>
    </w:p>
    <w:p>
      <w:pPr>
        <w:jc w:val="right"/>
      </w:pPr>
      <w:r>
        <w:t>صبر کوئی Inaction کا نام ہے۔</w:t>
      </w:r>
    </w:p>
    <w:p>
      <w:r>
        <w:rPr>
          <w:b/>
        </w:rPr>
        <w:t xml:space="preserve">[40:25] </w:t>
      </w:r>
      <w:r>
        <w:t>Sabr koi Cowardice ka naam hai, buzdiil ka naam hai. Hargiz nahin.</w:t>
      </w:r>
    </w:p>
    <w:p>
      <w:pPr>
        <w:jc w:val="right"/>
      </w:pPr>
      <w:r>
        <w:t>صبر کوئی Cowardice کا نام ہے، بزدلی کا نام ہے۔ ہرگز نہیں۔</w:t>
      </w:r>
    </w:p>
    <w:p>
      <w:r>
        <w:rPr>
          <w:b/>
        </w:rPr>
        <w:t xml:space="preserve">[40:29] </w:t>
      </w:r>
      <w:r>
        <w:t>Sabr wahi cheez hai jis ko hum kehte hain Positive Attitude.</w:t>
      </w:r>
    </w:p>
    <w:p>
      <w:pPr>
        <w:jc w:val="right"/>
      </w:pPr>
      <w:r>
        <w:t>صبر وہی چیز ہے جس کو ہم کہتے ہیں Positive Attitude۔</w:t>
      </w:r>
    </w:p>
    <w:p>
      <w:r>
        <w:rPr>
          <w:b/>
        </w:rPr>
        <w:t xml:space="preserve">[40:33] </w:t>
      </w:r>
      <w:r>
        <w:t>Sabr theek wahi cheez hai.</w:t>
      </w:r>
    </w:p>
    <w:p>
      <w:pPr>
        <w:jc w:val="right"/>
      </w:pPr>
      <w:r>
        <w:t>صبر ٹھیک وہی چیز ہے۔</w:t>
      </w:r>
    </w:p>
    <w:p>
      <w:r>
        <w:rPr>
          <w:b/>
        </w:rPr>
        <w:t xml:space="preserve">[40:37] </w:t>
      </w:r>
      <w:r>
        <w:t>Jis ko hum kehte hain Positive Attitude.</w:t>
      </w:r>
    </w:p>
    <w:p>
      <w:pPr>
        <w:jc w:val="right"/>
      </w:pPr>
      <w:r>
        <w:t>جس کو ہم کہتے ہیں Positive Attitude۔</w:t>
      </w:r>
    </w:p>
    <w:p>
      <w:r>
        <w:rPr>
          <w:b/>
        </w:rPr>
        <w:t xml:space="preserve">[40:41] </w:t>
      </w:r>
      <w:r>
        <w:t>Yaani jo Unpleasant Situation pesh aayi.</w:t>
      </w:r>
    </w:p>
    <w:p>
      <w:pPr>
        <w:jc w:val="right"/>
      </w:pPr>
      <w:r>
        <w:t>یعنی جو Unpleasant Situation پیش آئی۔</w:t>
      </w:r>
    </w:p>
    <w:p>
      <w:r>
        <w:rPr>
          <w:b/>
        </w:rPr>
        <w:t xml:space="preserve">[40:45] </w:t>
      </w:r>
      <w:r>
        <w:t>Is ko Ignore karna, is ko Avoid karna.</w:t>
      </w:r>
    </w:p>
    <w:p>
      <w:pPr>
        <w:jc w:val="right"/>
      </w:pPr>
      <w:r>
        <w:t>اس کو Ignore کرنا، اس کو Avoid کرنا۔</w:t>
      </w:r>
    </w:p>
    <w:p>
      <w:r>
        <w:rPr>
          <w:b/>
        </w:rPr>
        <w:t xml:space="preserve">[40:48] </w:t>
      </w:r>
      <w:r>
        <w:t>Aur apne rastay par chalte rehna.</w:t>
      </w:r>
    </w:p>
    <w:p>
      <w:pPr>
        <w:jc w:val="right"/>
      </w:pPr>
      <w:r>
        <w:t>اور اپنے راستے پر چلتے رہنا۔</w:t>
      </w:r>
    </w:p>
    <w:p>
      <w:r>
        <w:rPr>
          <w:b/>
        </w:rPr>
        <w:t xml:space="preserve">[40:52] </w:t>
      </w:r>
      <w:r>
        <w:t>Yeh hai sabr.</w:t>
      </w:r>
    </w:p>
    <w:p>
      <w:pPr>
        <w:jc w:val="right"/>
      </w:pPr>
      <w:r>
        <w:t>یہ ہے صبر۔</w:t>
      </w:r>
    </w:p>
    <w:p>
      <w:r>
        <w:rPr>
          <w:b/>
        </w:rPr>
        <w:t xml:space="preserve">[40:56] </w:t>
      </w:r>
      <w:r>
        <w:t>Yeh hai sabr.</w:t>
      </w:r>
    </w:p>
    <w:p>
      <w:pPr>
        <w:jc w:val="right"/>
      </w:pPr>
      <w:r>
        <w:t>یہ ہے صبر۔</w:t>
      </w:r>
    </w:p>
    <w:p>
      <w:r>
        <w:rPr>
          <w:b/>
        </w:rPr>
        <w:t xml:space="preserve">[40:59] </w:t>
      </w:r>
      <w:r>
        <w:t>To sabr wahi hai jis ko hum kehte hain Positive Attitude.</w:t>
      </w:r>
    </w:p>
    <w:p>
      <w:pPr>
        <w:jc w:val="right"/>
      </w:pPr>
      <w:r>
        <w:t>تو صبر وہی ہے جس کو ہم کہتے ہیں Positive Attitude۔</w:t>
      </w:r>
    </w:p>
    <w:p>
      <w:r>
        <w:rPr>
          <w:b/>
        </w:rPr>
        <w:t xml:space="preserve">[41:03] </w:t>
      </w:r>
      <w:r>
        <w:t>Avoid karna wahi hai jis ko hum kehte hain Positive Attitude.</w:t>
      </w:r>
    </w:p>
    <w:p>
      <w:pPr>
        <w:jc w:val="right"/>
      </w:pPr>
      <w:r>
        <w:t>Avoid کرنا وہی ہے جس کو ہم کہتے ہیں Positive Attitude۔</w:t>
      </w:r>
    </w:p>
    <w:p>
      <w:r>
        <w:rPr>
          <w:b/>
        </w:rPr>
        <w:t xml:space="preserve">[41:06] </w:t>
      </w:r>
      <w:r>
        <w:t>Yeh sab ek hi haqeeqat ke kai naam hain.</w:t>
      </w:r>
    </w:p>
    <w:p>
      <w:pPr>
        <w:jc w:val="right"/>
      </w:pPr>
      <w:r>
        <w:t>یہ سب ایک ہی حقیقت کے کئی نام ہیں۔</w:t>
      </w:r>
    </w:p>
    <w:p>
      <w:r>
        <w:rPr>
          <w:b/>
        </w:rPr>
        <w:t xml:space="preserve">[41:10] </w:t>
      </w:r>
      <w:r>
        <w:t>yani ek hi sachai hai, ek hi reality hai.</w:t>
      </w:r>
    </w:p>
    <w:p>
      <w:pPr>
        <w:jc w:val="right"/>
      </w:pPr>
      <w:r>
        <w:t>یعنی ایک ہی سچائی ہے، ایک ہی Reality ہے۔</w:t>
      </w:r>
    </w:p>
    <w:p>
      <w:r>
        <w:rPr>
          <w:b/>
        </w:rPr>
        <w:t xml:space="preserve">[41:14] </w:t>
      </w:r>
      <w:r>
        <w:t>is ke different naam hain.</w:t>
      </w:r>
    </w:p>
    <w:p>
      <w:pPr>
        <w:jc w:val="right"/>
      </w:pPr>
      <w:r>
        <w:t>اس کے Different نام ہیں۔</w:t>
      </w:r>
    </w:p>
    <w:p>
      <w:r>
        <w:rPr>
          <w:b/>
        </w:rPr>
        <w:t xml:space="preserve">[41:17] </w:t>
      </w:r>
      <w:r>
        <w:t>aur sachai kya hai? woh yeh ke hum dunya mein hum apni marzi se nahi reh sakte. humein doosron ki marzi ka bhi lehaaz karna hai. dunya hamari akeli ki dunya nahi hai. akele rehna ho to kisi island mein chale jaiye, wahan akele rahiye. island</w:t>
      </w:r>
    </w:p>
    <w:p>
      <w:pPr>
        <w:jc w:val="right"/>
      </w:pPr>
      <w:r>
        <w:t>اور سچائی کیا ہے؟ وہ یہ کہ ہم دنیا میں ہم اپنی مرضی سے نہیں رہ سکتے۔ ہمیں دوسروں کی مرضی کا بھی لحاظ کرنا ہے۔ دنیا ہماری اکیلی کی دنیا نہیں ہے۔ اکیلے رہنا ہو تو کسی Island میں چلے جائیے، وہاں اکیلے رہیے۔ Island</w:t>
      </w:r>
    </w:p>
    <w:p>
      <w:r>
        <w:rPr>
          <w:b/>
        </w:rPr>
        <w:t xml:space="preserve">[41:47] </w:t>
      </w:r>
      <w:r>
        <w:t>main aap akele hain to jo chahen kijiye, jaise chahen waise rahiyey.</w:t>
      </w:r>
    </w:p>
    <w:p>
      <w:pPr>
        <w:jc w:val="right"/>
      </w:pPr>
      <w:r>
        <w:t>میں آپ اکیلے ہوں تو جو چاہیں کیجیے، جیسے چاہیں ویسے رہیے۔</w:t>
      </w:r>
    </w:p>
    <w:p>
      <w:r>
        <w:rPr>
          <w:b/>
        </w:rPr>
        <w:t xml:space="preserve">[41:51] </w:t>
      </w:r>
      <w:r>
        <w:t>lekin jab aap social life mein rahenge, jab society mein rahenge.</w:t>
      </w:r>
    </w:p>
    <w:p>
      <w:pPr>
        <w:jc w:val="right"/>
      </w:pPr>
      <w:r>
        <w:t>لیکن جب آپ Social Life میں رہیں گے، جب Society میں رہیں گے۔</w:t>
      </w:r>
    </w:p>
    <w:p>
      <w:r>
        <w:rPr>
          <w:b/>
        </w:rPr>
        <w:t xml:space="preserve">[41:55] </w:t>
      </w:r>
      <w:r>
        <w:t>jab aap ek ghar ke andar rahenge, ek samajh ke andar rahenge.</w:t>
      </w:r>
    </w:p>
    <w:p>
      <w:pPr>
        <w:jc w:val="right"/>
      </w:pPr>
      <w:r>
        <w:t>جب آپ ایک گھر کے اندر رہیں گے، ایک سماج کے اندر رہیں گے۔</w:t>
      </w:r>
    </w:p>
    <w:p>
      <w:r>
        <w:rPr>
          <w:b/>
        </w:rPr>
        <w:t xml:space="preserve">[41:58] </w:t>
      </w:r>
      <w:r>
        <w:t>ek nation ke andar rahenge.</w:t>
      </w:r>
    </w:p>
    <w:p>
      <w:pPr>
        <w:jc w:val="right"/>
      </w:pPr>
      <w:r>
        <w:t>ایک Nation کے اندر رہیں گے۔</w:t>
      </w:r>
    </w:p>
    <w:p>
      <w:r>
        <w:rPr>
          <w:b/>
        </w:rPr>
        <w:t xml:space="preserve">[42:02] </w:t>
      </w:r>
      <w:r>
        <w:t>to aap aisa nahi kar sakte.</w:t>
      </w:r>
    </w:p>
    <w:p>
      <w:pPr>
        <w:jc w:val="right"/>
      </w:pPr>
      <w:r>
        <w:t>تو آپ ایسا نہیں کر سکتے۔</w:t>
      </w:r>
    </w:p>
    <w:p>
      <w:r>
        <w:rPr>
          <w:b/>
        </w:rPr>
        <w:t xml:space="preserve">[42:06] </w:t>
      </w:r>
      <w:r>
        <w:t>you cannot afford to live with negative attitude.</w:t>
      </w:r>
    </w:p>
    <w:p>
      <w:pPr>
        <w:jc w:val="right"/>
      </w:pPr>
      <w:r>
        <w:t>You cannot afford to live with Negative Attitude.</w:t>
      </w:r>
    </w:p>
    <w:p>
      <w:r>
        <w:rPr>
          <w:b/>
        </w:rPr>
        <w:t xml:space="preserve">[42:10] </w:t>
      </w:r>
      <w:r>
        <w:t>you cannot afford to live with negative attitude.</w:t>
      </w:r>
    </w:p>
    <w:p>
      <w:pPr>
        <w:jc w:val="right"/>
      </w:pPr>
      <w:r>
        <w:t>You cannot afford to live with Negative Attitude.</w:t>
      </w:r>
    </w:p>
    <w:p>
      <w:r>
        <w:rPr>
          <w:b/>
        </w:rPr>
        <w:t xml:space="preserve">[42:13] </w:t>
      </w:r>
      <w:r>
        <w:t>you have to adopt</w:t>
      </w:r>
    </w:p>
    <w:p>
      <w:pPr>
        <w:jc w:val="right"/>
      </w:pPr>
      <w:r>
        <w:t>You have to adopt</w:t>
      </w:r>
    </w:p>
    <w:p>
      <w:r>
        <w:rPr>
          <w:b/>
        </w:rPr>
        <w:t xml:space="preserve">[42:17] </w:t>
      </w:r>
      <w:r>
        <w:t>positive attitude.</w:t>
      </w:r>
    </w:p>
    <w:p>
      <w:pPr>
        <w:jc w:val="right"/>
      </w:pPr>
      <w:r>
        <w:t>Positive Attitude.</w:t>
      </w:r>
    </w:p>
    <w:p>
      <w:r>
        <w:rPr>
          <w:b/>
        </w:rPr>
        <w:t xml:space="preserve">[42:20] </w:t>
      </w:r>
      <w:r>
        <w:t>there is no other option.</w:t>
      </w:r>
    </w:p>
    <w:p>
      <w:pPr>
        <w:jc w:val="right"/>
      </w:pPr>
      <w:r>
        <w:t>There is no other Option۔</w:t>
      </w:r>
    </w:p>
    <w:p>
      <w:r>
        <w:rPr>
          <w:b/>
        </w:rPr>
        <w:t xml:space="preserve">[42:24] </w:t>
      </w:r>
      <w:r>
        <w:t>koi option nahi hai.</w:t>
      </w:r>
    </w:p>
    <w:p>
      <w:pPr>
        <w:jc w:val="right"/>
      </w:pPr>
      <w:r>
        <w:t>کوئی Option نہیں ہے۔</w:t>
      </w:r>
    </w:p>
    <w:p>
      <w:r>
        <w:rPr>
          <w:b/>
        </w:rPr>
        <w:t xml:space="preserve">[42:27] </w:t>
      </w:r>
      <w:r>
        <w:t>option jo hai woh kya hai? woh breakdown hai.</w:t>
      </w:r>
    </w:p>
    <w:p>
      <w:pPr>
        <w:jc w:val="right"/>
      </w:pPr>
      <w:r>
        <w:t>Option جو ہے وہ کیا ہے؟ وہ Breakdown ہے۔</w:t>
      </w:r>
    </w:p>
    <w:p>
      <w:r>
        <w:rPr>
          <w:b/>
        </w:rPr>
        <w:t xml:space="preserve">[42:30] </w:t>
      </w:r>
      <w:r>
        <w:t>woh self killing hai.</w:t>
      </w:r>
    </w:p>
    <w:p>
      <w:pPr>
        <w:jc w:val="right"/>
      </w:pPr>
      <w:r>
        <w:t>وہ Self Killing ہے۔</w:t>
      </w:r>
    </w:p>
    <w:p>
      <w:r>
        <w:rPr>
          <w:b/>
        </w:rPr>
        <w:t xml:space="preserve">[42:33] </w:t>
      </w:r>
      <w:r>
        <w:t>woh suicide hai.</w:t>
      </w:r>
    </w:p>
    <w:p>
      <w:pPr>
        <w:jc w:val="right"/>
      </w:pPr>
      <w:r>
        <w:t>وہ Suicide ہے۔</w:t>
      </w:r>
    </w:p>
    <w:p>
      <w:r>
        <w:rPr>
          <w:b/>
        </w:rPr>
        <w:t xml:space="preserve">[42:36] </w:t>
      </w:r>
      <w:r>
        <w:t>intolerance kahan pahunchata hai aadmi ko? suicide bombing tak.</w:t>
      </w:r>
    </w:p>
    <w:p>
      <w:pPr>
        <w:jc w:val="right"/>
      </w:pPr>
      <w:r>
        <w:t>Intolerance کہاں پہنچاتا ہے آدمی کو؟ Suicide Bombing تک۔</w:t>
      </w:r>
    </w:p>
    <w:p>
      <w:r>
        <w:rPr>
          <w:b/>
        </w:rPr>
        <w:t xml:space="preserve">[42:39] </w:t>
      </w:r>
      <w:r>
        <w:t>aap dekhiye ke jo log aaj kal suicide bombing kar rahe hain woh kya hain? unhon ne intolerance</w:t>
      </w:r>
    </w:p>
    <w:p>
      <w:pPr>
        <w:jc w:val="right"/>
      </w:pPr>
      <w:r>
        <w:t>آپ دیکھیے کہ جو لوگ آج کل Suicide Bombing کر رہے ہیں وہ کیا ہیں؟ انہوں نے Intolerance</w:t>
      </w:r>
    </w:p>
    <w:p>
      <w:r>
        <w:rPr>
          <w:b/>
        </w:rPr>
        <w:t xml:space="preserve">[42:43] </w:t>
      </w:r>
      <w:r>
        <w:t>ko le rakha hai.</w:t>
      </w:r>
    </w:p>
    <w:p>
      <w:pPr>
        <w:jc w:val="right"/>
      </w:pPr>
      <w:r>
        <w:t>کو لے رکھا ہے۔</w:t>
      </w:r>
    </w:p>
    <w:p>
      <w:r>
        <w:rPr>
          <w:b/>
        </w:rPr>
        <w:t xml:space="preserve">[42:46] </w:t>
      </w:r>
      <w:r>
        <w:t>tolerance se woh be khabar hain.</w:t>
      </w:r>
    </w:p>
    <w:p>
      <w:pPr>
        <w:jc w:val="right"/>
      </w:pPr>
      <w:r>
        <w:t>Tolerance سے وہ بے خبر ہیں۔</w:t>
      </w:r>
    </w:p>
    <w:p>
      <w:r>
        <w:rPr>
          <w:b/>
        </w:rPr>
        <w:t xml:space="preserve">[42:49] </w:t>
      </w:r>
      <w:r>
        <w:t>tolerance se aap ko zindagi milti hai.</w:t>
      </w:r>
    </w:p>
    <w:p>
      <w:pPr>
        <w:jc w:val="right"/>
      </w:pPr>
      <w:r>
        <w:t>Tolerance سے آپ کو زندگی ملتی ہے۔</w:t>
      </w:r>
    </w:p>
    <w:p>
      <w:r>
        <w:rPr>
          <w:b/>
        </w:rPr>
        <w:t xml:space="preserve">[42:53] </w:t>
      </w:r>
      <w:r>
        <w:t>aur intolerance se aap ko suicide bombing tak le aati hai.</w:t>
      </w:r>
    </w:p>
    <w:p>
      <w:pPr>
        <w:jc w:val="right"/>
      </w:pPr>
      <w:r>
        <w:t>اور Intolerance سے آپ کو Suicide Bombing تک لے آتی ہے۔</w:t>
      </w:r>
    </w:p>
    <w:p>
      <w:r>
        <w:rPr>
          <w:b/>
        </w:rPr>
        <w:t xml:space="preserve">[42:58] </w:t>
      </w:r>
      <w:r>
        <w:t>jitne log hain jo suicide bombing kar rahe hain.</w:t>
      </w:r>
    </w:p>
    <w:p>
      <w:pPr>
        <w:jc w:val="right"/>
      </w:pPr>
      <w:r>
        <w:t>جتنے لوگ ہیں جو Suicide Bombing کر رہے ہیں۔</w:t>
      </w:r>
    </w:p>
    <w:p>
      <w:r>
        <w:rPr>
          <w:b/>
        </w:rPr>
        <w:t xml:space="preserve">[43:02] </w:t>
      </w:r>
      <w:r>
        <w:t>un ko aap poochhiye aap ke tumhein kyun apni jaanen de rahe ho? to kahenge dekhiye yeh</w:t>
      </w:r>
    </w:p>
    <w:p>
      <w:pPr>
        <w:jc w:val="right"/>
      </w:pPr>
      <w:r>
        <w:t>ان کو آپ پوچھیے آپ کہ تمہیں کیوں اپنی جانیں دے رہے ہو؟ تو کہیں گے دیکھیے یہ</w:t>
      </w:r>
    </w:p>
    <w:p>
      <w:r>
        <w:rPr>
          <w:b/>
        </w:rPr>
        <w:t xml:space="preserve">[43:06] </w:t>
      </w:r>
      <w:r>
        <w:t>burai hai, is ko aap kaise bardasht karen? is evil ko hum kaise bardasht karen? bhai bardasht karna</w:t>
      </w:r>
    </w:p>
    <w:p>
      <w:pPr>
        <w:jc w:val="right"/>
      </w:pPr>
      <w:r>
        <w:t>برائی ہے، اس کو آپ کیسے برداشت کریں؟ اس Evil کو ہم کیسے برداشت کریں؟ بھئی برداشت کرنا</w:t>
      </w:r>
    </w:p>
    <w:p>
      <w:r>
        <w:rPr>
          <w:b/>
        </w:rPr>
        <w:t xml:space="preserve">[43:10] </w:t>
      </w:r>
      <w:r>
        <w:t>he to hai he, isi ka naam zindagi hai.</w:t>
      </w:r>
    </w:p>
    <w:p>
      <w:pPr>
        <w:jc w:val="right"/>
      </w:pPr>
      <w:r>
        <w:t>ہی تو ہے ہی، اسی کا نام زندگی ہے۔</w:t>
      </w:r>
    </w:p>
    <w:p>
      <w:r>
        <w:rPr>
          <w:b/>
        </w:rPr>
        <w:t xml:space="preserve">[43:15] </w:t>
      </w:r>
      <w:r>
        <w:t>jis cheez ko</w:t>
      </w:r>
    </w:p>
    <w:p>
      <w:pPr>
        <w:jc w:val="right"/>
      </w:pPr>
      <w:r>
        <w:t>جس چیز کو</w:t>
      </w:r>
    </w:p>
    <w:p>
      <w:r>
        <w:rPr>
          <w:b/>
        </w:rPr>
        <w:t xml:space="preserve">[43:19] </w:t>
      </w:r>
      <w:r>
        <w:t>tum evil keh kar ke us ko mitaana chahte ho. us ke sath rehna hi ka naam to zindagi hai. jis cheez ko tum burai kehte ho, evil kehte ho, shar kehte ho. aur kehte ho ke is ko hum mitayein ge. chahe hamein suicide bombing karni pare. to bhai khuda ke qanoon ke mutabiq tum ko us ke sath rehna hai. mitana nahi hai. kyun? to mitane ka tum ko</w:t>
      </w:r>
    </w:p>
    <w:p>
      <w:pPr>
        <w:jc w:val="right"/>
      </w:pPr>
      <w:r>
        <w:t>تم Evil کہہ کر کے اس کو مٹانا چاہتے ہو۔ اس کے ساتھ رہنا ہی کا نام تو زندگی ہے۔ جس چیز کو تم برائی کہتے ہو، Evil کہتے ہو، شر کہتے ہو۔ اور کہتے ہو کہ اس کو ہم مٹائیں گے۔ چاہے ہمیں Suicide Bombing کرنی پڑے۔ تو بھئی خدا کے قانون کے مطابق تم کو اس کے ساتھ رہنا ہے۔ مٹانا نہیں ہے۔ کیوں؟ تو مٹانے کا تم کو</w:t>
      </w:r>
    </w:p>
    <w:p>
      <w:r>
        <w:rPr>
          <w:b/>
        </w:rPr>
        <w:t xml:space="preserve">[43:49] </w:t>
      </w:r>
      <w:r>
        <w:t>itna tumhare paas Powerful, itne tum Powerful nahi ho ke tum mita sako is ko.</w:t>
      </w:r>
    </w:p>
    <w:p>
      <w:pPr>
        <w:jc w:val="right"/>
      </w:pPr>
      <w:r>
        <w:t>اتنا تمہارے پاس Powerful، اتنے تم Powerful نہیں ہو کہ تم مٹا سکو اس کو۔</w:t>
      </w:r>
    </w:p>
    <w:p>
      <w:r>
        <w:rPr>
          <w:b/>
        </w:rPr>
        <w:t xml:space="preserve">[43:55] </w:t>
      </w:r>
      <w:r>
        <w:t>tum mita nahi sakte is ko.</w:t>
      </w:r>
    </w:p>
    <w:p>
      <w:pPr>
        <w:jc w:val="right"/>
      </w:pPr>
      <w:r>
        <w:t>تم مٹا نہیں سکتے اس کو۔</w:t>
      </w:r>
    </w:p>
    <w:p>
      <w:r>
        <w:rPr>
          <w:b/>
        </w:rPr>
        <w:t xml:space="preserve">[44:01] </w:t>
      </w:r>
      <w:r>
        <w:t>is ke sath rehna parega.</w:t>
      </w:r>
    </w:p>
    <w:p>
      <w:pPr>
        <w:jc w:val="right"/>
      </w:pPr>
      <w:r>
        <w:t>اس کے ساتھ رہنا پڑے گا۔</w:t>
      </w:r>
    </w:p>
    <w:p>
      <w:r>
        <w:rPr>
          <w:b/>
        </w:rPr>
        <w:t xml:space="preserve">[44:07] </w:t>
      </w:r>
      <w:r>
        <w:t>yahan mein ek aur bohat hi Important Point arz karna chahta hoon.</w:t>
      </w:r>
    </w:p>
    <w:p>
      <w:pPr>
        <w:jc w:val="right"/>
      </w:pPr>
      <w:r>
        <w:t>یہاں میں ایک اور بہت ہی Important Point عرض کرنا چاہتا ہوں۔</w:t>
      </w:r>
    </w:p>
    <w:p>
      <w:r>
        <w:rPr>
          <w:b/>
        </w:rPr>
        <w:t xml:space="preserve">[44:13] </w:t>
      </w:r>
      <w:r>
        <w:t>woh kya hai? dekhiye jis cheez ko mein keh raha hoon Positive Attitude, sabr. aur Avoidance. is Pol</w:t>
      </w:r>
    </w:p>
    <w:p>
      <w:pPr>
        <w:jc w:val="right"/>
      </w:pPr>
      <w:r>
        <w:t>وہ کیا ہے؟ دیکھیے جس چیز کو میں کہہ رہا ہوں Positive Attitude، صبر۔ اور Avoidance۔ اس Pol</w:t>
      </w:r>
    </w:p>
    <w:p>
      <w:r>
        <w:rPr>
          <w:b/>
        </w:rPr>
        <w:t xml:space="preserve">[44:19] </w:t>
      </w:r>
      <w:r>
        <w:t>icy ko na lene ka jante hain result kya hai? bohat hi bura result hai. woh hai hypocrisy. yaad rakhiye. yeh koi simple baat nahi hai yeh. aap kahein ge main to sabr nahi karoon ga. main to ignore nahi karoon ga. main to avoid nahi karoon ga. jante hain kya is ka result nikle ga? is ka result nikle ga hypocrisy. kyun? you</w:t>
      </w:r>
    </w:p>
    <w:p>
      <w:pPr>
        <w:jc w:val="right"/>
      </w:pPr>
      <w:r>
        <w:t>icy کو نہ لینے کا جانتے ہیں Result کیا ہے؟ بہت ہی برا Result ہے۔ وہ ہے Hypocrisy۔ یاد رکھیے۔ یہ کوئی Simple بات نہیں ہے یہ۔ آپ کہیں گے میں تو صبر نہیں کروں گا۔ میں تو Ignore نہیں کروں گا۔ میں تو Avoid نہیں کروں گا۔ جانتے ہیں کیا اس کا Result نکلے گا؟ اس کا Result نکلے گا Hypocrisy۔ کیوں؟ You</w:t>
      </w:r>
    </w:p>
    <w:p>
      <w:r>
        <w:rPr>
          <w:b/>
        </w:rPr>
        <w:t xml:space="preserve">[44:49] </w:t>
      </w:r>
      <w:r>
        <w:t>cannot live in a Society with this Attitude.</w:t>
      </w:r>
    </w:p>
    <w:p>
      <w:pPr>
        <w:jc w:val="right"/>
      </w:pPr>
      <w:r>
        <w:t>cannot live in a Society with this Attitude۔</w:t>
      </w:r>
    </w:p>
    <w:p>
      <w:r>
        <w:rPr>
          <w:b/>
        </w:rPr>
        <w:t xml:space="preserve">[44:54] </w:t>
      </w:r>
      <w:r>
        <w:t>aap ko yeh karna parega ke jis cheez ko as a Principle aap ne nahi apnaya. shuru mein.</w:t>
      </w:r>
    </w:p>
    <w:p>
      <w:pPr>
        <w:jc w:val="right"/>
      </w:pPr>
      <w:r>
        <w:t>آپ کو یہ کرنا پڑے گا کہ جس چیز کو as a Principle آپ نے نہیں اپنایا۔ شروع میں۔</w:t>
      </w:r>
    </w:p>
    <w:p>
      <w:r>
        <w:rPr>
          <w:b/>
        </w:rPr>
        <w:t xml:space="preserve">[44:59] </w:t>
      </w:r>
      <w:r>
        <w:t>baad ko isi cheez ko as a Hypocrisy apnana parega aap ko. yaad rakhiye.</w:t>
      </w:r>
    </w:p>
    <w:p>
      <w:pPr>
        <w:jc w:val="right"/>
      </w:pPr>
      <w:r>
        <w:t>بعد کو اسی چیز کو as a Hypocrisy اپنانا پڑے گا آپ کو۔ یاد رکھیے۔</w:t>
      </w:r>
    </w:p>
    <w:p>
      <w:r>
        <w:rPr>
          <w:b/>
        </w:rPr>
        <w:t xml:space="preserve">[45:04] </w:t>
      </w:r>
      <w:r>
        <w:t>yeh bohat hi sakht baat hai.</w:t>
      </w:r>
    </w:p>
    <w:p>
      <w:pPr>
        <w:jc w:val="right"/>
      </w:pPr>
      <w:r>
        <w:t>یہ بہت ہی سخت بات ہے۔</w:t>
      </w:r>
    </w:p>
    <w:p>
      <w:r>
        <w:rPr>
          <w:b/>
        </w:rPr>
        <w:t xml:space="preserve">[45:09] </w:t>
      </w:r>
      <w:r>
        <w:t>ke jab hum ek Society mein hain.</w:t>
      </w:r>
    </w:p>
    <w:p>
      <w:pPr>
        <w:jc w:val="right"/>
      </w:pPr>
      <w:r>
        <w:t>کہ جب ہم ایک Society میں ہیں۔</w:t>
      </w:r>
    </w:p>
    <w:p>
      <w:r>
        <w:rPr>
          <w:b/>
        </w:rPr>
        <w:t xml:space="preserve">[45:14] </w:t>
      </w:r>
      <w:r>
        <w:t>jab hum ek samaj</w:t>
      </w:r>
    </w:p>
    <w:p>
      <w:pPr>
        <w:jc w:val="right"/>
      </w:pPr>
      <w:r>
        <w:t>جب ہم ایک سماج</w:t>
      </w:r>
    </w:p>
    <w:p>
      <w:r>
        <w:rPr>
          <w:b/>
        </w:rPr>
        <w:t xml:space="preserve">[45:19] </w:t>
      </w:r>
      <w:r>
        <w:t>mein hain. insanon ke beech mein hum reh rahe hain. to agar hum ne is policy ko ikhtiyar nahi kiya. is sabr wali policy. ignore karne wali policy. ko nahi apnaya. to kya hoga? hum hypocrisy ka tareeqa ikhtiyar karein ge. is ki example dekhiye aap. ke denmark mein aik cartoon chhapa. musalmanon ne kaha ke ras</w:t>
      </w:r>
    </w:p>
    <w:p>
      <w:pPr>
        <w:jc w:val="right"/>
      </w:pPr>
      <w:r>
        <w:t>میں ہیں۔ انسانوں کے بیچ میں ہم رہ رہے ہیں۔ تو اگر ہم نے اس Policy کو اختیار نہیں کیا۔ اس صبر والی Policy۔ Ignore کرنے والی Policy۔ کو نہیں اپنایا۔ تو کیا ہوگا؟ ہم Hypocrisy کا طریقہ اختیار کریں گے۔ اس کی Example دیکھیے آپ۔ کہ ڈنمارک میں ایک کارٹون چھپا۔ مسلمانوں نے کہا کہ رس</w:t>
      </w:r>
    </w:p>
    <w:p>
      <w:r>
        <w:rPr>
          <w:b/>
        </w:rPr>
        <w:t xml:space="preserve">[45:49] </w:t>
      </w:r>
      <w:r>
        <w:t>wal Allah ke sath gustakhi hui hai.</w:t>
      </w:r>
    </w:p>
    <w:p>
      <w:pPr>
        <w:jc w:val="right"/>
      </w:pPr>
      <w:r>
        <w:t>ول اللہ کے ساتھ گستاخی ہوئی ہے۔</w:t>
      </w:r>
    </w:p>
    <w:p>
      <w:r>
        <w:rPr>
          <w:b/>
        </w:rPr>
        <w:t xml:space="preserve">[45:52] </w:t>
      </w:r>
      <w:r>
        <w:t>hum marenge, kaatenge, jalenge, phoonkenge.</w:t>
      </w:r>
    </w:p>
    <w:p>
      <w:pPr>
        <w:jc w:val="right"/>
      </w:pPr>
      <w:r>
        <w:t>ہم ماریں گے، کاٹیں گے، جالیں گے، پھونکیں گے۔</w:t>
      </w:r>
    </w:p>
    <w:p>
      <w:r>
        <w:rPr>
          <w:b/>
        </w:rPr>
        <w:t xml:space="preserve">[45:56] </w:t>
      </w:r>
      <w:r>
        <w:t>aur kuch din shor macha.</w:t>
      </w:r>
    </w:p>
    <w:p>
      <w:pPr>
        <w:jc w:val="right"/>
      </w:pPr>
      <w:r>
        <w:t>اور کچھ دن شور مچا۔</w:t>
      </w:r>
    </w:p>
    <w:p>
      <w:r>
        <w:rPr>
          <w:b/>
        </w:rPr>
        <w:t xml:space="preserve">[45:59] </w:t>
      </w:r>
      <w:r>
        <w:t>is ke baad jante hain kya hua? kuch bhi nahi.</w:t>
      </w:r>
    </w:p>
    <w:p>
      <w:pPr>
        <w:jc w:val="right"/>
      </w:pPr>
      <w:r>
        <w:t>اس کے بعد جانتے ہیں کیا ہوا؟ کچھ بھی نہیں۔</w:t>
      </w:r>
    </w:p>
    <w:p>
      <w:r>
        <w:rPr>
          <w:b/>
        </w:rPr>
        <w:t xml:space="preserve">[46:02] </w:t>
      </w:r>
      <w:r>
        <w:t>ab isi Denmark mein kyunke lakhon lakh Musalman wahan ki Milk Industries mein in ko kaam mila hua hai.</w:t>
      </w:r>
    </w:p>
    <w:p>
      <w:pPr>
        <w:jc w:val="right"/>
      </w:pPr>
      <w:r>
        <w:t>اب اسی ڈنمارک میں کیونکہ لاکھوں لاکھ مسلمان وہاں کی Milk Industries میں ان کو کام ملا ہوا ہے۔</w:t>
      </w:r>
    </w:p>
    <w:p>
      <w:r>
        <w:rPr>
          <w:b/>
        </w:rPr>
        <w:t xml:space="preserve">[46:05] </w:t>
      </w:r>
      <w:r>
        <w:t>paisa kama rahe hain.</w:t>
      </w:r>
    </w:p>
    <w:p>
      <w:pPr>
        <w:jc w:val="right"/>
      </w:pPr>
      <w:r>
        <w:t>پیسہ کما رہے ہیں۔</w:t>
      </w:r>
    </w:p>
    <w:p>
      <w:r>
        <w:rPr>
          <w:b/>
        </w:rPr>
        <w:t xml:space="preserve">[46:08] </w:t>
      </w:r>
      <w:r>
        <w:t>wahan aram se rehte hain, apne baal bachon ko paisa bhejte hain.</w:t>
      </w:r>
    </w:p>
    <w:p>
      <w:pPr>
        <w:jc w:val="right"/>
      </w:pPr>
      <w:r>
        <w:t>وہاں آرام سے رہتے ہیں، اپنے بال بچوں کو پیسہ بھیجتے ہیں۔</w:t>
      </w:r>
    </w:p>
    <w:p>
      <w:r>
        <w:rPr>
          <w:b/>
        </w:rPr>
        <w:t xml:space="preserve">[46:11] </w:t>
      </w:r>
      <w:r>
        <w:t>to sab cheekh uthe.</w:t>
      </w:r>
    </w:p>
    <w:p>
      <w:pPr>
        <w:jc w:val="right"/>
      </w:pPr>
      <w:r>
        <w:t>تو سب چیخ اٹھے۔</w:t>
      </w:r>
    </w:p>
    <w:p>
      <w:r>
        <w:rPr>
          <w:b/>
        </w:rPr>
        <w:t xml:space="preserve">[46:14] </w:t>
      </w:r>
      <w:r>
        <w:t>unki Family wale, unke ghar wale.</w:t>
      </w:r>
    </w:p>
    <w:p>
      <w:pPr>
        <w:jc w:val="right"/>
      </w:pPr>
      <w:r>
        <w:t>ان کی Family والے، ان کے گھر والے۔</w:t>
      </w:r>
    </w:p>
    <w:p>
      <w:r>
        <w:rPr>
          <w:b/>
        </w:rPr>
        <w:t xml:space="preserve">[46:17] </w:t>
      </w:r>
      <w:r>
        <w:t>ke yeh kya hai?</w:t>
      </w:r>
    </w:p>
    <w:p>
      <w:pPr>
        <w:jc w:val="right"/>
      </w:pPr>
      <w:r>
        <w:t>کہ یہ کیا ہے؟</w:t>
      </w:r>
    </w:p>
    <w:p>
      <w:r>
        <w:rPr>
          <w:b/>
        </w:rPr>
        <w:t xml:space="preserve">[46:21] </w:t>
      </w:r>
      <w:r>
        <w:t>to isi Milk Industry mein dobara woh Hypocrite ban kar ke reh rahe hain. na to wahan cartoon wale maare gaye. na wahan cartoon wale akhbar jalaye, khatm hue. kuch bhi nahi hua. in ka System wahi chal raha hai. aur hum kya karna pada? jis cheez ko as a Principle nahi apna sakte thay. jis cheez ko hum ne as a Principle nahi apnaya. us ko ab hum kya kar rahe</w:t>
      </w:r>
    </w:p>
    <w:p>
      <w:pPr>
        <w:jc w:val="right"/>
      </w:pPr>
      <w:r>
        <w:t>تو اسی Milk Industry میں دوبارہ وہ Hypocrite بن کر کے رہ رہے ہیں۔ نہ تو وہاں کارٹون والے مارے گئے۔ نہ وہاں کارٹون والے اخبار جلائے، ختم ہوئے۔ کچھ بھی نہیں ہوا۔ ان کا System وہی چل رہا ہے۔ اور ہم کیا کرنا پڑا؟ جس چیز کو as a Principle نہیں اپنا سکتے تھے۔ جس چیز کو ہم نے as a Principle نہیں اپنایا۔ اس کو اب ہم کیا کر رہے</w:t>
      </w:r>
    </w:p>
    <w:p>
      <w:r>
        <w:rPr>
          <w:b/>
        </w:rPr>
        <w:t xml:space="preserve">[46:51] </w:t>
      </w:r>
      <w:r>
        <w:t>hain? as a Hypocrisy apna rahe hain.</w:t>
      </w:r>
    </w:p>
    <w:p>
      <w:pPr>
        <w:jc w:val="right"/>
      </w:pPr>
      <w:r>
        <w:t>ہیں؟ as a Hypocrisy اپنا رہے ہیں۔</w:t>
      </w:r>
    </w:p>
    <w:p>
      <w:r>
        <w:rPr>
          <w:b/>
        </w:rPr>
        <w:t xml:space="preserve">[46:54] </w:t>
      </w:r>
      <w:r>
        <w:t>aap dekhiye Salman Rushdie ko dekh lijiye aap.</w:t>
      </w:r>
    </w:p>
    <w:p>
      <w:pPr>
        <w:jc w:val="right"/>
      </w:pPr>
      <w:r>
        <w:t>آپ دیکھیے سلمان رشدی کو دیکھ لیجیے آپ۔</w:t>
      </w:r>
    </w:p>
    <w:p>
      <w:r>
        <w:rPr>
          <w:b/>
        </w:rPr>
        <w:t xml:space="preserve">[46:57] </w:t>
      </w:r>
      <w:r>
        <w:t>itna dhoom machi thi ek zamane mein ke poori Muslim World mein mein akela tha jo maine</w:t>
      </w:r>
    </w:p>
    <w:p>
      <w:pPr>
        <w:jc w:val="right"/>
      </w:pPr>
      <w:r>
        <w:t>اتنا دھوم مچی تھی ایک زمانے میں کہ پوری مسلم World میں میں اکیلا تھا جو میں نے</w:t>
      </w:r>
    </w:p>
    <w:p>
      <w:r>
        <w:rPr>
          <w:b/>
        </w:rPr>
        <w:t xml:space="preserve">[47:00] </w:t>
      </w:r>
      <w:r>
        <w:t>kaha ke yeh fatwa galat hai.</w:t>
      </w:r>
    </w:p>
    <w:p>
      <w:pPr>
        <w:jc w:val="right"/>
      </w:pPr>
      <w:r>
        <w:t>کہا کہ یہ فتویٰ غلط ہے۔</w:t>
      </w:r>
    </w:p>
    <w:p>
      <w:r>
        <w:rPr>
          <w:b/>
        </w:rPr>
        <w:t xml:space="preserve">[47:03] </w:t>
      </w:r>
      <w:r>
        <w:t>ke usko maro.</w:t>
      </w:r>
    </w:p>
    <w:p>
      <w:pPr>
        <w:jc w:val="right"/>
      </w:pPr>
      <w:r>
        <w:t>کہ اس کو مارو۔</w:t>
      </w:r>
    </w:p>
    <w:p>
      <w:r>
        <w:rPr>
          <w:b/>
        </w:rPr>
        <w:t xml:space="preserve">[47:07] </w:t>
      </w:r>
      <w:r>
        <w:t>yeh fatwa hi galat hai.</w:t>
      </w:r>
    </w:p>
    <w:p>
      <w:pPr>
        <w:jc w:val="right"/>
      </w:pPr>
      <w:r>
        <w:t>یہ فتویٰ ہی غلط ہے۔</w:t>
      </w:r>
    </w:p>
    <w:p>
      <w:r>
        <w:rPr>
          <w:b/>
        </w:rPr>
        <w:t xml:space="preserve">[47:10] </w:t>
      </w:r>
      <w:r>
        <w:t>poori Muslim World is par ek ho gaya ke nahi maro Rushdie ko, maro Rushdie ko, maro.</w:t>
      </w:r>
    </w:p>
    <w:p>
      <w:pPr>
        <w:jc w:val="right"/>
      </w:pPr>
      <w:r>
        <w:t>پوری مسلم World اس پر ایک ہو گیا کہ نہیں مارو رشدی کو، مارو رشدی کو، مارو۔</w:t>
      </w:r>
    </w:p>
    <w:p>
      <w:r>
        <w:rPr>
          <w:b/>
        </w:rPr>
        <w:t xml:space="preserve">[47:13] </w:t>
      </w:r>
      <w:r>
        <w:t>aap dekhiye Rushdie zinda hai.</w:t>
      </w:r>
    </w:p>
    <w:p>
      <w:pPr>
        <w:jc w:val="right"/>
      </w:pPr>
      <w:r>
        <w:t>آپ دیکھیے رشدی زندہ ہے۔</w:t>
      </w:r>
    </w:p>
    <w:p>
      <w:r>
        <w:rPr>
          <w:b/>
        </w:rPr>
        <w:t xml:space="preserve">[47:16] </w:t>
      </w:r>
      <w:r>
        <w:t>Rushdie ko bade bade Award diye ja rahe hain.</w:t>
      </w:r>
    </w:p>
    <w:p>
      <w:pPr>
        <w:jc w:val="right"/>
      </w:pPr>
      <w:r>
        <w:t>رشدی کو بڑے بڑے Award دیے جا رہے ہیں۔</w:t>
      </w:r>
    </w:p>
    <w:p>
      <w:r>
        <w:rPr>
          <w:b/>
        </w:rPr>
        <w:t xml:space="preserve">[47:19] </w:t>
      </w:r>
      <w:r>
        <w:t>is ki kitaab khoob bik rahi hai.</w:t>
      </w:r>
    </w:p>
    <w:p>
      <w:pPr>
        <w:jc w:val="right"/>
      </w:pPr>
      <w:r>
        <w:t>اس کی کتاب خوب بک رہی ہے۔</w:t>
      </w:r>
    </w:p>
    <w:p>
      <w:r>
        <w:rPr>
          <w:b/>
        </w:rPr>
        <w:t xml:space="preserve">[47:23] </w:t>
      </w:r>
      <w:r>
        <w:t>kuch bhi nahi hua.</w:t>
      </w:r>
    </w:p>
    <w:p>
      <w:pPr>
        <w:jc w:val="right"/>
      </w:pPr>
      <w:r>
        <w:t>کچھ بھی نہیں ہوا۔</w:t>
      </w:r>
    </w:p>
    <w:p>
      <w:r>
        <w:rPr>
          <w:b/>
        </w:rPr>
        <w:t xml:space="preserve">[47:26] </w:t>
      </w:r>
      <w:r>
        <w:t>ab Musalman chup hain.</w:t>
      </w:r>
    </w:p>
    <w:p>
      <w:pPr>
        <w:jc w:val="right"/>
      </w:pPr>
      <w:r>
        <w:t>اب مسلمان چپ ہیں۔</w:t>
      </w:r>
    </w:p>
    <w:p>
      <w:r>
        <w:rPr>
          <w:b/>
        </w:rPr>
        <w:t xml:space="preserve">[47:30] </w:t>
      </w:r>
      <w:r>
        <w:t>ek Professor se meri mulaqat hui, woh America mein Professor thay.</w:t>
      </w:r>
    </w:p>
    <w:p>
      <w:pPr>
        <w:jc w:val="right"/>
      </w:pPr>
      <w:r>
        <w:t>ایک پروفیسر سے میری ملاقات ہوئی، وہ امریکہ میں پروفیسر تھے۔</w:t>
      </w:r>
    </w:p>
    <w:p>
      <w:r>
        <w:rPr>
          <w:b/>
        </w:rPr>
        <w:t xml:space="preserve">[47:34] </w:t>
      </w:r>
      <w:r>
        <w:t>ab ab un ka intiqal ho gaya hai.</w:t>
      </w:r>
    </w:p>
    <w:p>
      <w:pPr>
        <w:jc w:val="right"/>
      </w:pPr>
      <w:r>
        <w:t>اب اب ان کا انتقال ہو گیا ہے۔</w:t>
      </w:r>
    </w:p>
    <w:p>
      <w:r>
        <w:rPr>
          <w:b/>
        </w:rPr>
        <w:t xml:space="preserve">[47:38] </w:t>
      </w:r>
      <w:r>
        <w:t>to unhon ne kaha ke wahan par ek jalsa hua.</w:t>
      </w:r>
    </w:p>
    <w:p>
      <w:pPr>
        <w:jc w:val="right"/>
      </w:pPr>
      <w:r>
        <w:t>تو انہوں نے کہا کہ وہاں پر ایک جلسہ ہوا۔</w:t>
      </w:r>
    </w:p>
    <w:p>
      <w:r>
        <w:rPr>
          <w:b/>
        </w:rPr>
        <w:t xml:space="preserve">[47:42] </w:t>
      </w:r>
      <w:r>
        <w:t>Muslim Students ka America mein.</w:t>
      </w:r>
    </w:p>
    <w:p>
      <w:pPr>
        <w:jc w:val="right"/>
      </w:pPr>
      <w:r>
        <w:t>مسلم Students کا امریکہ میں۔</w:t>
      </w:r>
    </w:p>
    <w:p>
      <w:r>
        <w:rPr>
          <w:b/>
        </w:rPr>
        <w:t xml:space="preserve">[47:45] </w:t>
      </w:r>
      <w:r>
        <w:t>to ek ladka aaya, bas taqreer karne laga ke Rushdie ko marna chahiye, Rushdie ko Kill karna chahiye,</w:t>
      </w:r>
    </w:p>
    <w:p>
      <w:pPr>
        <w:jc w:val="right"/>
      </w:pPr>
      <w:r>
        <w:t>تو ایک لڑکا آیا، بس تقریر کرنے لگا کہ رشدی کو مارنا چاہیے، رشدی کو Kill کرنا چاہیے،</w:t>
      </w:r>
    </w:p>
    <w:p>
      <w:r>
        <w:rPr>
          <w:b/>
        </w:rPr>
        <w:t xml:space="preserve">[47:49] </w:t>
      </w:r>
      <w:r>
        <w:t>Rushdie ko khatam kar dena chahiye waghera.</w:t>
      </w:r>
    </w:p>
    <w:p>
      <w:pPr>
        <w:jc w:val="right"/>
      </w:pPr>
      <w:r>
        <w:t>رشدی کو ختم کر دینا چاہیے وغیرہ۔</w:t>
      </w:r>
    </w:p>
    <w:p>
      <w:r>
        <w:rPr>
          <w:b/>
        </w:rPr>
        <w:t xml:space="preserve">[47:53] </w:t>
      </w:r>
      <w:r>
        <w:t>to Professor sahab khare hue, unhon ne kaha ke mere, unhon ne kaha ke Sahabzade!</w:t>
      </w:r>
    </w:p>
    <w:p>
      <w:pPr>
        <w:jc w:val="right"/>
      </w:pPr>
      <w:r>
        <w:t>تو پروفیسر صاحب کھڑے ہوئے، انہوں نے کہا کہ میرے، انہوں نے کہا کہ صاحبزادے!</w:t>
      </w:r>
    </w:p>
    <w:p>
      <w:r>
        <w:rPr>
          <w:b/>
        </w:rPr>
        <w:t xml:space="preserve">[47:58] </w:t>
      </w:r>
      <w:r>
        <w:t>tum apne is kehne mein Sincere nahi ho.</w:t>
      </w:r>
    </w:p>
    <w:p>
      <w:pPr>
        <w:jc w:val="right"/>
      </w:pPr>
      <w:r>
        <w:t>تم اپنے اس کہنے میں Sincere نہیں ہو۔</w:t>
      </w:r>
    </w:p>
    <w:p>
      <w:r>
        <w:rPr>
          <w:b/>
        </w:rPr>
        <w:t xml:space="preserve">[48:03] </w:t>
      </w:r>
      <w:r>
        <w:t>agar tum samajhte ho ke Rushdie jo hai is ko maar dalna chahiye to tum America mein kyun</w:t>
      </w:r>
    </w:p>
    <w:p>
      <w:pPr>
        <w:jc w:val="right"/>
      </w:pPr>
      <w:r>
        <w:t>اگر تم سمجھتے ہو کہ رشدی جو ہے اس کو مار ڈالنا چاہیے تو تم امریکہ میں کیوں</w:t>
      </w:r>
    </w:p>
    <w:p>
      <w:r>
        <w:rPr>
          <w:b/>
        </w:rPr>
        <w:t xml:space="preserve">[48:08] </w:t>
      </w:r>
      <w:r>
        <w:t>taqreer kar rahe ho? to London kyun nahi gaye? jahan woh hai? to unhon ne kaha agar tum</w:t>
      </w:r>
    </w:p>
    <w:p>
      <w:pPr>
        <w:jc w:val="right"/>
      </w:pPr>
      <w:r>
        <w:t>تقریر کر رہے ہو؟ تو لندن کیوں نہیں گئے؟ جہاں وہ ہے؟ تو انہوں نے کہا اگر تم</w:t>
      </w:r>
    </w:p>
    <w:p>
      <w:r>
        <w:rPr>
          <w:b/>
        </w:rPr>
        <w:t xml:space="preserve">[48:14] </w:t>
      </w:r>
      <w:r>
        <w:t>Sincere hote aisa kehne mein to tum America mein taqreer na karte.</w:t>
      </w:r>
    </w:p>
    <w:p>
      <w:pPr>
        <w:jc w:val="right"/>
      </w:pPr>
      <w:r>
        <w:t>Sincere ہوتے ایسا کہنے میں تو تم امریکہ میں تقریر نہ کرتے۔</w:t>
      </w:r>
    </w:p>
    <w:p>
      <w:r>
        <w:rPr>
          <w:b/>
        </w:rPr>
        <w:t xml:space="preserve">[48:19] </w:t>
      </w:r>
      <w:r>
        <w:t>tum ticket le kar London pohanchay hotay.</w:t>
      </w:r>
    </w:p>
    <w:p>
      <w:pPr>
        <w:jc w:val="right"/>
      </w:pPr>
      <w:r>
        <w:t>تم ٹکٹ لے کر لندن پہنچے ہوتے۔</w:t>
      </w:r>
    </w:p>
    <w:p>
      <w:r>
        <w:rPr>
          <w:b/>
        </w:rPr>
        <w:t xml:space="preserve">[48:24] </w:t>
      </w:r>
      <w:r>
        <w:t>to aakhir kaar is qism ke jo hangame hote hain woh khatm ho jate hain. aur jis cheez ko dekhiye as a Principle aap nahi maan sake thay. us ko as a Hypocrisy maanna padta hai aap ko. to yeh saada baat nahi hai. aap ke liye yahi Option hai ke aap sabr kar len. yahi Option hai ke aap Avoid kar len. yahi Option hai ke aap Ignore karen. yahi Option hai ke aap chup reh jayen. kyun? aisa aap nahi kari</w:t>
      </w:r>
    </w:p>
    <w:p>
      <w:pPr>
        <w:jc w:val="right"/>
      </w:pPr>
      <w:r>
        <w:t>تو آخر کار اس قسم کے جو ہنگامے ہوتے ہیں وہ ختم ہو جاتے ہیں۔ اور جس چیز کو دیکھیے as a Principle آپ نہیں مان سکے تھے۔ اس کو as a Hypocrisy ماننا پڑتا ہے آپ کو۔ تو یہ سادہ بات نہیں ہے۔ آپ کے لیے یہی Option ہے کہ آپ صبر کر لیں۔ یہی Option ہے کہ آپ Avoid کر لیں۔ یہی Option ہے کہ آپ Ignore کریں۔ یہی Option ہے کہ آپ چپ رہ جائیں۔ کیوں؟ ایسا آپ نہیں کری</w:t>
      </w:r>
    </w:p>
    <w:p>
      <w:r>
        <w:rPr>
          <w:b/>
        </w:rPr>
        <w:t xml:space="preserve">[48:54] </w:t>
      </w:r>
      <w:r>
        <w:t>nge to kya aap sare samaj ko bomb gira denge? sare samaj ko Nuclear Bombing kar</w:t>
      </w:r>
    </w:p>
    <w:p>
      <w:pPr>
        <w:jc w:val="right"/>
      </w:pPr>
      <w:r>
        <w:t>ں گے تو کیا آپ سارے سماج کو بم گرا دیں گے؟ سارے سماج کو Nuclear Bombing کر</w:t>
      </w:r>
    </w:p>
    <w:p>
      <w:r>
        <w:rPr>
          <w:b/>
        </w:rPr>
        <w:t xml:space="preserve">[48:58] </w:t>
      </w:r>
      <w:r>
        <w:t>ke khatam kar denge? ke khushiyon mein to aap ko bhi rehna hai.</w:t>
      </w:r>
    </w:p>
    <w:p>
      <w:pPr>
        <w:jc w:val="right"/>
      </w:pPr>
      <w:r>
        <w:t>کے ختم کر دیں گے؟ کہ خوشیوں میں تو آپ کو بھی رہنا ہے۔</w:t>
      </w:r>
    </w:p>
    <w:p>
      <w:r>
        <w:rPr>
          <w:b/>
        </w:rPr>
        <w:t xml:space="preserve">[49:02] </w:t>
      </w:r>
      <w:r>
        <w:t>to samaj jo hai aap ke rastay par nahi chalne wala hai.</w:t>
      </w:r>
    </w:p>
    <w:p>
      <w:pPr>
        <w:jc w:val="right"/>
      </w:pPr>
      <w:r>
        <w:t>تو سماج جو ہے آپ کے راستے پر نہیں چلنے والا ہے۔</w:t>
      </w:r>
    </w:p>
    <w:p>
      <w:r>
        <w:rPr>
          <w:b/>
        </w:rPr>
        <w:t xml:space="preserve">[49:07] </w:t>
      </w:r>
      <w:r>
        <w:t>woh apne rastay par chalay ga.</w:t>
      </w:r>
    </w:p>
    <w:p>
      <w:pPr>
        <w:jc w:val="right"/>
      </w:pPr>
      <w:r>
        <w:t>وہ اپنے راستے پر چلے گا۔</w:t>
      </w:r>
    </w:p>
    <w:p>
      <w:r>
        <w:rPr>
          <w:b/>
        </w:rPr>
        <w:t xml:space="preserve">[49:11] </w:t>
      </w:r>
      <w:r>
        <w:t>to kiya hoga? ke samajh ko aap badal nahin paein ge.</w:t>
      </w:r>
    </w:p>
    <w:p>
      <w:pPr>
        <w:jc w:val="right"/>
      </w:pPr>
      <w:r>
        <w:t>تو کیا ہوگا؟ کہ سماج کو آپ بدل نہیں پائیں گے۔</w:t>
      </w:r>
    </w:p>
    <w:p>
      <w:r>
        <w:rPr>
          <w:b/>
        </w:rPr>
        <w:t xml:space="preserve">[49:16] </w:t>
      </w:r>
      <w:r>
        <w:t>kuch din hungama karein ge, kuch din shor karein ge, jaloos nikalain ge.</w:t>
      </w:r>
    </w:p>
    <w:p>
      <w:pPr>
        <w:jc w:val="right"/>
      </w:pPr>
      <w:r>
        <w:t>کچھ دن ہنگامہ کریں گے، کچھ دن شور کریں گے، جلوس نکالیں گے۔</w:t>
      </w:r>
    </w:p>
    <w:p>
      <w:r>
        <w:rPr>
          <w:b/>
        </w:rPr>
        <w:t xml:space="preserve">[49:20] </w:t>
      </w:r>
      <w:r>
        <w:t>aur phir samajh to badlay ga nahin.</w:t>
      </w:r>
    </w:p>
    <w:p>
      <w:pPr>
        <w:jc w:val="right"/>
      </w:pPr>
      <w:r>
        <w:t>اور پھر سماج تو بدلے گا نہیں۔</w:t>
      </w:r>
    </w:p>
    <w:p>
      <w:r>
        <w:rPr>
          <w:b/>
        </w:rPr>
        <w:t xml:space="preserve">[49:24] </w:t>
      </w:r>
      <w:r>
        <w:t>jis se aap ka Interest juda hua hai.</w:t>
      </w:r>
    </w:p>
    <w:p>
      <w:pPr>
        <w:jc w:val="right"/>
      </w:pPr>
      <w:r>
        <w:t>جس سے آپ کا Interest جڑا ہوا ہے۔</w:t>
      </w:r>
    </w:p>
    <w:p>
      <w:r>
        <w:rPr>
          <w:b/>
        </w:rPr>
        <w:t xml:space="preserve">[49:27] </w:t>
      </w:r>
      <w:r>
        <w:t>isi mein aap ko Service mili hui hai.</w:t>
      </w:r>
    </w:p>
    <w:p>
      <w:pPr>
        <w:jc w:val="right"/>
      </w:pPr>
      <w:r>
        <w:t>اسی میں آپ کو Service ملی ہوئی ہے۔</w:t>
      </w:r>
    </w:p>
    <w:p>
      <w:r>
        <w:rPr>
          <w:b/>
        </w:rPr>
        <w:t xml:space="preserve">[49:30] </w:t>
      </w:r>
      <w:r>
        <w:t>aap bete isi mein paisa kamate hain.</w:t>
      </w:r>
    </w:p>
    <w:p>
      <w:pPr>
        <w:jc w:val="right"/>
      </w:pPr>
      <w:r>
        <w:t>آپ بیٹے اسی میں پیسہ کماتے ہیں۔</w:t>
      </w:r>
    </w:p>
    <w:p>
      <w:r>
        <w:rPr>
          <w:b/>
        </w:rPr>
        <w:t xml:space="preserve">[49:32] </w:t>
      </w:r>
      <w:r>
        <w:t>isi mein aap ki Family reh rahi hai, isi samajh mein.</w:t>
      </w:r>
    </w:p>
    <w:p>
      <w:pPr>
        <w:jc w:val="right"/>
      </w:pPr>
      <w:r>
        <w:t>اسی میں آپ کی Family رہ رہی ہے، اسی سماج میں۔</w:t>
      </w:r>
    </w:p>
    <w:p>
      <w:r>
        <w:rPr>
          <w:b/>
        </w:rPr>
        <w:t xml:space="preserve">[49:35] </w:t>
      </w:r>
      <w:r>
        <w:t>to kiya karein ge aap? kiya karein ge aap? yahi karein ge ke jab aap dekhein ke mera</w:t>
      </w:r>
    </w:p>
    <w:p>
      <w:pPr>
        <w:jc w:val="right"/>
      </w:pPr>
      <w:r>
        <w:t>تو کیا کریں گے آپ؟ کیا کریں گے آپ؟ یہی کریں گے کہ جب آپ دیکھیں کہ میرا</w:t>
      </w:r>
    </w:p>
    <w:p>
      <w:r>
        <w:rPr>
          <w:b/>
        </w:rPr>
        <w:t xml:space="preserve">[49:38] </w:t>
      </w:r>
      <w:r>
        <w:t>Interest Kill ho raha hai.</w:t>
      </w:r>
    </w:p>
    <w:p>
      <w:pPr>
        <w:jc w:val="right"/>
      </w:pPr>
      <w:r>
        <w:t>Interest Kill ہو رہا ہے۔</w:t>
      </w:r>
    </w:p>
    <w:p>
      <w:r>
        <w:rPr>
          <w:b/>
        </w:rPr>
        <w:t xml:space="preserve">[49:41] </w:t>
      </w:r>
      <w:r>
        <w:t>mere bachay tabah ho rahe hain.</w:t>
      </w:r>
    </w:p>
    <w:p>
      <w:pPr>
        <w:jc w:val="right"/>
      </w:pPr>
      <w:r>
        <w:t>میرے بچے تباہ ہو رہے ہیں۔</w:t>
      </w:r>
    </w:p>
    <w:p>
      <w:r>
        <w:rPr>
          <w:b/>
        </w:rPr>
        <w:t xml:space="preserve">[49:43] </w:t>
      </w:r>
      <w:r>
        <w:t>mera ghar bigar raha hai.</w:t>
      </w:r>
    </w:p>
    <w:p>
      <w:pPr>
        <w:jc w:val="right"/>
      </w:pPr>
      <w:r>
        <w:t>میرا گھر بگڑ رہا ہے۔</w:t>
      </w:r>
    </w:p>
    <w:p>
      <w:r>
        <w:rPr>
          <w:b/>
        </w:rPr>
        <w:t xml:space="preserve">[49:46] </w:t>
      </w:r>
      <w:r>
        <w:t>meri Service ja rahi hai.</w:t>
      </w:r>
    </w:p>
    <w:p>
      <w:pPr>
        <w:jc w:val="right"/>
      </w:pPr>
      <w:r>
        <w:t>میری Service جا رہی ہے۔</w:t>
      </w:r>
    </w:p>
    <w:p>
      <w:r>
        <w:rPr>
          <w:b/>
        </w:rPr>
        <w:t xml:space="preserve">[49:49] </w:t>
      </w:r>
      <w:r>
        <w:t>mera Business kharab ho raha hai.</w:t>
      </w:r>
    </w:p>
    <w:p>
      <w:pPr>
        <w:jc w:val="right"/>
      </w:pPr>
      <w:r>
        <w:t>میرا Business خراب ہو رہا ہے۔</w:t>
      </w:r>
    </w:p>
    <w:p>
      <w:r>
        <w:rPr>
          <w:b/>
        </w:rPr>
        <w:t xml:space="preserve">[49:52] </w:t>
      </w:r>
      <w:r>
        <w:t>to phir aap chup ho jayein ge</w:t>
      </w:r>
    </w:p>
    <w:p>
      <w:pPr>
        <w:jc w:val="right"/>
      </w:pPr>
      <w:r>
        <w:t>تو پھر آپ چپ ہو جائیں گے</w:t>
      </w:r>
    </w:p>
    <w:p>
      <w:r>
        <w:rPr>
          <w:b/>
        </w:rPr>
        <w:t xml:space="preserve">[49:54] </w:t>
      </w:r>
      <w:r>
        <w:t>? yeh hua.</w:t>
      </w:r>
    </w:p>
    <w:p>
      <w:pPr>
        <w:jc w:val="right"/>
      </w:pPr>
      <w:r>
        <w:t>؟ یہ ہوا۔</w:t>
      </w:r>
    </w:p>
    <w:p>
      <w:r>
        <w:rPr>
          <w:b/>
        </w:rPr>
        <w:t xml:space="preserve">[49:59] </w:t>
      </w:r>
      <w:r>
        <w:t>yeh ho raha hai jagah jagah.</w:t>
      </w:r>
    </w:p>
    <w:p>
      <w:pPr>
        <w:jc w:val="right"/>
      </w:pPr>
      <w:r>
        <w:t>یہ ہو رہا ہے جگہ جگہ۔</w:t>
      </w:r>
    </w:p>
    <w:p>
      <w:r>
        <w:rPr>
          <w:b/>
        </w:rPr>
        <w:t xml:space="preserve">[50:05] </w:t>
      </w:r>
      <w:r>
        <w:t>to mein yeh kahoon ga ke Positive Attitude jo hai woh koi saada cheez nahin hai.</w:t>
      </w:r>
    </w:p>
    <w:p>
      <w:pPr>
        <w:jc w:val="right"/>
      </w:pPr>
      <w:r>
        <w:t>تو میں یہ کہوں گا کہ Positive Attitude جو ہے وہ کوئی سادہ چیز نہیں ہے۔</w:t>
      </w:r>
    </w:p>
    <w:p>
      <w:r>
        <w:rPr>
          <w:b/>
        </w:rPr>
        <w:t xml:space="preserve">[50:10] </w:t>
      </w:r>
      <w:r>
        <w:t>hamare liye koi doosra Option hi nahin hai.</w:t>
      </w:r>
    </w:p>
    <w:p>
      <w:pPr>
        <w:jc w:val="right"/>
      </w:pPr>
      <w:r>
        <w:t>ہمارے لیے کوئی دوسرا Option ہی نہیں ہے۔</w:t>
      </w:r>
    </w:p>
    <w:p>
      <w:r>
        <w:rPr>
          <w:b/>
        </w:rPr>
        <w:t xml:space="preserve">[50:15] </w:t>
      </w:r>
      <w:r>
        <w:t>Negative Attitude ke maani kiya hain? munafiqat. Duplicity. Hypocrisy.</w:t>
      </w:r>
    </w:p>
    <w:p>
      <w:pPr>
        <w:jc w:val="right"/>
      </w:pPr>
      <w:r>
        <w:t>Negative Attitude کے معنی کیا ہیں؟ منافقت۔ Duplicity۔ Hypocrisy۔</w:t>
      </w:r>
    </w:p>
    <w:p>
      <w:r>
        <w:rPr>
          <w:b/>
        </w:rPr>
        <w:t xml:space="preserve">[50:20] </w:t>
      </w:r>
      <w:r>
        <w:t>to kyun aap Hypocrite kyun bane hain aap? aap Hypocrite kyun bane hain?</w:t>
      </w:r>
    </w:p>
    <w:p>
      <w:pPr>
        <w:jc w:val="right"/>
      </w:pPr>
      <w:r>
        <w:t>تو کیوں آپ Hypocrite کیوں بنے ہیں آپ؟ آپ Hypocrite کیوں بنے ہیں؟</w:t>
      </w:r>
    </w:p>
    <w:p>
      <w:r>
        <w:rPr>
          <w:b/>
        </w:rPr>
        <w:t xml:space="preserve">[50:25] </w:t>
      </w:r>
      <w:r>
        <w:t>aap Hypocrite kyun bane hain? aap as a Principle is ko maan lijiyey.</w:t>
      </w:r>
    </w:p>
    <w:p>
      <w:pPr>
        <w:jc w:val="right"/>
      </w:pPr>
      <w:r>
        <w:t>آپ Hypocrite کیوں بنے ہیں؟ آپ as a Principle اس کو مان لیجیے۔</w:t>
      </w:r>
    </w:p>
    <w:p>
      <w:r>
        <w:rPr>
          <w:b/>
        </w:rPr>
        <w:t xml:space="preserve">[50:29] </w:t>
      </w:r>
      <w:r>
        <w:t>jaise mein ne kaha tha is zamanay mein.</w:t>
      </w:r>
    </w:p>
    <w:p>
      <w:pPr>
        <w:jc w:val="right"/>
      </w:pPr>
      <w:r>
        <w:t>جیسے میں نے کہا تھا اس زمانے میں۔</w:t>
      </w:r>
    </w:p>
    <w:p>
      <w:r>
        <w:rPr>
          <w:b/>
        </w:rPr>
        <w:t xml:space="preserve">[50:32] </w:t>
      </w:r>
      <w:r>
        <w:t>ke Western World jo hai woh Freedom ko Suum Bonum manta hai.</w:t>
      </w:r>
    </w:p>
    <w:p>
      <w:pPr>
        <w:jc w:val="right"/>
      </w:pPr>
      <w:r>
        <w:t>کہ Western World جو ہے وہ Freedom کو Suum Bonum مانتا ہے۔</w:t>
      </w:r>
    </w:p>
    <w:p>
      <w:r>
        <w:rPr>
          <w:b/>
        </w:rPr>
        <w:t xml:space="preserve">[50:36] </w:t>
      </w:r>
      <w:r>
        <w:t>Freedom of Expression in ke nazdeek har insaan ka haq hai.</w:t>
      </w:r>
    </w:p>
    <w:p>
      <w:pPr>
        <w:jc w:val="right"/>
      </w:pPr>
      <w:r>
        <w:t>Freedom of Expression ان کے نزدیک ہر انسان کا حق ہے۔</w:t>
      </w:r>
    </w:p>
    <w:p>
      <w:r>
        <w:rPr>
          <w:b/>
        </w:rPr>
        <w:t xml:space="preserve">[50:39] </w:t>
      </w:r>
      <w:r>
        <w:t>to is ko woh use kar rahe hain.</w:t>
      </w:r>
    </w:p>
    <w:p>
      <w:pPr>
        <w:jc w:val="right"/>
      </w:pPr>
      <w:r>
        <w:t>تو اس کو وہ Use کر رہے ہیں۔</w:t>
      </w:r>
    </w:p>
    <w:p>
      <w:r>
        <w:rPr>
          <w:b/>
        </w:rPr>
        <w:t xml:space="preserve">[50:42] </w:t>
      </w:r>
      <w:r>
        <w:t>isi ka naam hai Salman Rushdie, isi ka naam hai cartoonist.</w:t>
      </w:r>
    </w:p>
    <w:p>
      <w:pPr>
        <w:jc w:val="right"/>
      </w:pPr>
      <w:r>
        <w:t>اسی کا نام ہے سلمان رشدی، اسی کا نام ہے کارٹونسٹ۔</w:t>
      </w:r>
    </w:p>
    <w:p>
      <w:r>
        <w:rPr>
          <w:b/>
        </w:rPr>
        <w:t xml:space="preserve">[50:46] </w:t>
      </w:r>
      <w:r>
        <w:t>to aap in ka ehtram kijiye.</w:t>
      </w:r>
    </w:p>
    <w:p>
      <w:pPr>
        <w:jc w:val="right"/>
      </w:pPr>
      <w:r>
        <w:t>تو آپ ان کا احترام کیجیے۔</w:t>
      </w:r>
    </w:p>
    <w:p>
      <w:r>
        <w:rPr>
          <w:b/>
        </w:rPr>
        <w:t xml:space="preserve">[50:49] </w:t>
      </w:r>
      <w:r>
        <w:t>in ki rai ka.</w:t>
      </w:r>
    </w:p>
    <w:p>
      <w:pPr>
        <w:jc w:val="right"/>
      </w:pPr>
      <w:r>
        <w:t>ان کی رائے کا۔</w:t>
      </w:r>
    </w:p>
    <w:p>
      <w:r>
        <w:rPr>
          <w:b/>
        </w:rPr>
        <w:t xml:space="preserve">[50:53] </w:t>
      </w:r>
      <w:r>
        <w:t>kahiye ke theek hai bhai aap ki jo rai hai</w:t>
      </w:r>
    </w:p>
    <w:p>
      <w:pPr>
        <w:jc w:val="right"/>
      </w:pPr>
      <w:r>
        <w:t>کہیے کہ ٹھیک ہے بھئی آپ کی جو رائے ہے</w:t>
      </w:r>
    </w:p>
    <w:p>
      <w:r>
        <w:rPr>
          <w:b/>
        </w:rPr>
        <w:t xml:space="preserve">[50:56] </w:t>
      </w:r>
      <w:r>
        <w:t>woh theek hai. to as a Principle jaise Quran Majeed mein hai ke lakum deenukum wali deen. tumhare liye tumhara tareeqa, mere liye mera tareeqa. to aap kehte hain ke theek hai bhai. tum apni azadi sach samajhte ho to chalo isi azadi par hum daleel se tum ko qail karenge. maan gaye to maan gaye. to bajaye ek ek us ko qatl karo, us ko maaro, us ko kaato</w:t>
      </w:r>
    </w:p>
    <w:p>
      <w:pPr>
        <w:jc w:val="right"/>
      </w:pPr>
      <w:r>
        <w:t>وہ ٹھیک ہے۔ تو as a Principle جیسے قرآن مجید میں ہے کہ لکم دینکم ولیدین۔ تمہارے لیے تمہارا طریقہ، میرے لیے میرا طریقہ۔ تو آپ کہتے ہیں کہ ٹھیک ہے بھئی۔ تم اپنی آزادی سچ سمجھتے ہو تو چلو اسی آزادی پر ہم دلیل سے تم کو قائل کریں گے۔ مان گئے تو مان گئے۔ تو بجائے ایک ایک اس کو قتل کرو، اس کو مارو، اس کو کاٹو</w:t>
      </w:r>
    </w:p>
    <w:p>
      <w:r>
        <w:rPr>
          <w:b/>
        </w:rPr>
        <w:t xml:space="preserve">[51:26] </w:t>
      </w:r>
      <w:r>
        <w:t>—</w:t>
      </w:r>
    </w:p>
    <w:p>
      <w:pPr>
        <w:jc w:val="right"/>
      </w:pPr>
      <w:r>
        <w:t>۔</w:t>
      </w:r>
    </w:p>
    <w:p>
      <w:r>
        <w:rPr>
          <w:b/>
        </w:rPr>
        <w:t xml:space="preserve">[51:29] </w:t>
      </w:r>
      <w:r>
        <w:t>aap daleel pesh kijiye.</w:t>
      </w:r>
    </w:p>
    <w:p>
      <w:pPr>
        <w:jc w:val="right"/>
      </w:pPr>
      <w:r>
        <w:t>آپ دلیل پیش کیجیے۔</w:t>
      </w:r>
    </w:p>
    <w:p>
      <w:r>
        <w:rPr>
          <w:b/>
        </w:rPr>
        <w:t xml:space="preserve">[51:32] </w:t>
      </w:r>
      <w:r>
        <w:t>aap daleel pesh kijiye.</w:t>
      </w:r>
    </w:p>
    <w:p>
      <w:pPr>
        <w:jc w:val="right"/>
      </w:pPr>
      <w:r>
        <w:t>آپ دلیل پیش کیجیے۔</w:t>
      </w:r>
    </w:p>
    <w:p>
      <w:r>
        <w:rPr>
          <w:b/>
        </w:rPr>
        <w:t xml:space="preserve">[51:35] </w:t>
      </w:r>
      <w:r>
        <w:t>jis zamane mein Denmark ke cartoonist ka qissa tha to Saudi Arab ki TV ne ek bada</w:t>
      </w:r>
    </w:p>
    <w:p>
      <w:pPr>
        <w:jc w:val="right"/>
      </w:pPr>
      <w:r>
        <w:t>جس زمانے میں ڈنمارک کے کارٹونسٹ کا قصہ تھا تو سعودی عرب کی ٹی وی نے ایک بڑا</w:t>
      </w:r>
    </w:p>
    <w:p>
      <w:r>
        <w:rPr>
          <w:b/>
        </w:rPr>
        <w:t xml:space="preserve">[51:38] </w:t>
      </w:r>
      <w:r>
        <w:t>achha kaam kiya.</w:t>
      </w:r>
    </w:p>
    <w:p>
      <w:pPr>
        <w:jc w:val="right"/>
      </w:pPr>
      <w:r>
        <w:t>اچھا کام کیا۔</w:t>
      </w:r>
    </w:p>
    <w:p>
      <w:r>
        <w:rPr>
          <w:b/>
        </w:rPr>
        <w:t xml:space="preserve">[51:41] </w:t>
      </w:r>
      <w:r>
        <w:t>Saudi Arab ki TV ne wahan par ek team bheji.</w:t>
      </w:r>
    </w:p>
    <w:p>
      <w:pPr>
        <w:jc w:val="right"/>
      </w:pPr>
      <w:r>
        <w:t>سعودی عرب کی ٹی وی نے وہاں پر ایک ٹیم بھیجی۔</w:t>
      </w:r>
    </w:p>
    <w:p>
      <w:r>
        <w:rPr>
          <w:b/>
        </w:rPr>
        <w:t xml:space="preserve">[51:44] </w:t>
      </w:r>
      <w:r>
        <w:t>wahan ja ke be logon se.</w:t>
      </w:r>
    </w:p>
    <w:p>
      <w:pPr>
        <w:jc w:val="right"/>
      </w:pPr>
      <w:r>
        <w:t>وہاں جا کے بے لوگوں سے۔</w:t>
      </w:r>
    </w:p>
    <w:p>
      <w:r>
        <w:rPr>
          <w:b/>
        </w:rPr>
        <w:t xml:space="preserve">[51:47] </w:t>
      </w:r>
      <w:r>
        <w:t>to woh apne sath kitab le gaye woh.</w:t>
      </w:r>
    </w:p>
    <w:p>
      <w:pPr>
        <w:jc w:val="right"/>
      </w:pPr>
      <w:r>
        <w:t>تو وہ اپنے ساتھ کتاب لے گئے وہ۔</w:t>
      </w:r>
    </w:p>
    <w:p>
      <w:r>
        <w:rPr>
          <w:b/>
        </w:rPr>
        <w:t xml:space="preserve">[51:50] </w:t>
      </w:r>
      <w:r>
        <w:t>meri bhi kitab jo hai, jo ek kitab hai Prophet of Revolution.</w:t>
      </w:r>
    </w:p>
    <w:p>
      <w:pPr>
        <w:jc w:val="right"/>
      </w:pPr>
      <w:r>
        <w:t>میری بھی کتاب جو ہے، جو ایک کتاب ہے Prophet of Revolution۔</w:t>
      </w:r>
    </w:p>
    <w:p>
      <w:r>
        <w:rPr>
          <w:b/>
        </w:rPr>
        <w:t xml:space="preserve">[51:53] </w:t>
      </w:r>
      <w:r>
        <w:t>Rasool Allah par ek kitab</w:t>
      </w:r>
    </w:p>
    <w:p>
      <w:pPr>
        <w:jc w:val="right"/>
      </w:pPr>
      <w:r>
        <w:t>رسول اللہ پر ایک کتاب</w:t>
      </w:r>
    </w:p>
    <w:p>
      <w:r>
        <w:rPr>
          <w:b/>
        </w:rPr>
        <w:t xml:space="preserve">[51:56] </w:t>
      </w:r>
      <w:r>
        <w:t>hai Prophet of Revolution. us ki bhi woh do sau copies le gaye wahan. English Translation us ka. ab wahan unhon ne banta. yeh ek sahi kaam tha. ke unhon ne un ke samne daleel pesh ki. Reason pesh kiya, Logic pesh kiya. baqi maaro kaato, is se to kuch hota nahi. to main yeh keh raha hoon ke dekhiye. jab aap samaj mein reh rahe hain. to aap ko sabr hi karna pad</w:t>
      </w:r>
    </w:p>
    <w:p>
      <w:pPr>
        <w:jc w:val="right"/>
      </w:pPr>
      <w:r>
        <w:t>ہے Prophet of Revolution۔ اس کی بھی وہ دو سو کاپیاں لے گئے وہاں۔ انگلش Translation اس کا۔ اب وہاں انہوں نے بانٹا۔ یہ ایک صحیح کام تھا۔ کہ انہوں نے ان کے سامنے دلیل پیش کی۔ Reason پیش کیا، Logic پیش کی۔ باقی مارو کاٹو، اس سے تو کچھ ہوتا نہیں۔ تو میں یہ کہہ رہا ہوں کہ دیکھیے۔ جب آپ سماج میں رہ رہے ہیں۔ تو آپ کو صبر ہی کرنا پڑ</w:t>
      </w:r>
    </w:p>
    <w:p>
      <w:r>
        <w:rPr>
          <w:b/>
        </w:rPr>
        <w:t xml:space="preserve">[52:26] </w:t>
      </w:r>
      <w:r>
        <w:t>e ga.</w:t>
      </w:r>
    </w:p>
    <w:p>
      <w:pPr>
        <w:jc w:val="right"/>
      </w:pPr>
      <w:r>
        <w:t>ے گا۔</w:t>
      </w:r>
    </w:p>
    <w:p>
      <w:r>
        <w:rPr>
          <w:b/>
        </w:rPr>
        <w:t xml:space="preserve">[52:29] </w:t>
      </w:r>
      <w:r>
        <w:t>aap ko avoid hi karna pare ga.</w:t>
      </w:r>
    </w:p>
    <w:p>
      <w:pPr>
        <w:jc w:val="right"/>
      </w:pPr>
      <w:r>
        <w:t>آپ کو Avoid ہی کرنا پڑے گا۔</w:t>
      </w:r>
    </w:p>
    <w:p>
      <w:r>
        <w:rPr>
          <w:b/>
        </w:rPr>
        <w:t xml:space="preserve">[52:31] </w:t>
      </w:r>
      <w:r>
        <w:t>aap ko ignore hi karna pare ga.</w:t>
      </w:r>
    </w:p>
    <w:p>
      <w:pPr>
        <w:jc w:val="right"/>
      </w:pPr>
      <w:r>
        <w:t>آپ کو Ignore ہی کرنا پڑے گا۔</w:t>
      </w:r>
    </w:p>
    <w:p>
      <w:r>
        <w:rPr>
          <w:b/>
        </w:rPr>
        <w:t xml:space="preserve">[52:34] </w:t>
      </w:r>
      <w:r>
        <w:t>agar nahi karenge.</w:t>
      </w:r>
    </w:p>
    <w:p>
      <w:pPr>
        <w:jc w:val="right"/>
      </w:pPr>
      <w:r>
        <w:t>اگر نہیں کریں گے۔</w:t>
      </w:r>
    </w:p>
    <w:p>
      <w:r>
        <w:rPr>
          <w:b/>
        </w:rPr>
        <w:t xml:space="preserve">[52:36] </w:t>
      </w:r>
      <w:r>
        <w:t>یعنی ignore کرنا جو ہے ایک principle ہے۔</w:t>
      </w:r>
    </w:p>
    <w:p>
      <w:pPr>
        <w:jc w:val="right"/>
      </w:pPr>
      <w:r>
        <w:t>یعنی Ignore کرنا جو ہے ایک Principle ہے۔</w:t>
      </w:r>
    </w:p>
    <w:p>
      <w:r>
        <w:rPr>
          <w:b/>
        </w:rPr>
        <w:t xml:space="preserve">[52:39] </w:t>
      </w:r>
      <w:r>
        <w:t>sabr ek principle hai.</w:t>
      </w:r>
    </w:p>
    <w:p>
      <w:pPr>
        <w:jc w:val="right"/>
      </w:pPr>
      <w:r>
        <w:t>صبر ایک Principle ہے۔</w:t>
      </w:r>
    </w:p>
    <w:p>
      <w:r>
        <w:rPr>
          <w:b/>
        </w:rPr>
        <w:t xml:space="preserve">[52:41] </w:t>
      </w:r>
      <w:r>
        <w:t>sabr ka matlab hai ek principle.</w:t>
      </w:r>
    </w:p>
    <w:p>
      <w:pPr>
        <w:jc w:val="right"/>
      </w:pPr>
      <w:r>
        <w:t>صبر کا مطلب ہے ایک Principle۔</w:t>
      </w:r>
    </w:p>
    <w:p>
      <w:r>
        <w:rPr>
          <w:b/>
        </w:rPr>
        <w:t xml:space="preserve">[52:44] </w:t>
      </w:r>
      <w:r>
        <w:t>Avoid karne ka matlab hai ek Principle.</w:t>
      </w:r>
    </w:p>
    <w:p>
      <w:pPr>
        <w:jc w:val="right"/>
      </w:pPr>
      <w:r>
        <w:t>Avoid کرنے کا مطلب ہے ایک Principle۔</w:t>
      </w:r>
    </w:p>
    <w:p>
      <w:r>
        <w:rPr>
          <w:b/>
        </w:rPr>
        <w:t xml:space="preserve">[52:46] </w:t>
      </w:r>
      <w:r>
        <w:t>Positive Attitude jo hai woh ek Principle.</w:t>
      </w:r>
    </w:p>
    <w:p>
      <w:pPr>
        <w:jc w:val="right"/>
      </w:pPr>
      <w:r>
        <w:t>Positive Attitude جو ہے وہ ایک Principle۔</w:t>
      </w:r>
    </w:p>
    <w:p>
      <w:r>
        <w:rPr>
          <w:b/>
        </w:rPr>
        <w:t xml:space="preserve">[52:49] </w:t>
      </w:r>
      <w:r>
        <w:t>to as a principle agar aap ne maan liya.</w:t>
      </w:r>
    </w:p>
    <w:p>
      <w:pPr>
        <w:jc w:val="right"/>
      </w:pPr>
      <w:r>
        <w:t>تو as a Principle اگر آپ نے مان لیا۔</w:t>
      </w:r>
    </w:p>
    <w:p>
      <w:r>
        <w:rPr>
          <w:b/>
        </w:rPr>
        <w:t xml:space="preserve">[52:51] </w:t>
      </w:r>
      <w:r>
        <w:t>to insaniyat ke unche darja mila aap ko.</w:t>
      </w:r>
    </w:p>
    <w:p>
      <w:pPr>
        <w:jc w:val="right"/>
      </w:pPr>
      <w:r>
        <w:t>تو انسانیت کے اونچے درجہ ملا آپ کو۔</w:t>
      </w:r>
    </w:p>
    <w:p>
      <w:r>
        <w:rPr>
          <w:b/>
        </w:rPr>
        <w:t xml:space="preserve">[52:54] </w:t>
      </w:r>
      <w:r>
        <w:t>aur agar aap ne as a pr</w:t>
      </w:r>
    </w:p>
    <w:p>
      <w:pPr>
        <w:jc w:val="right"/>
      </w:pPr>
      <w:r>
        <w:t>اور اگر آپ نے as a Pr</w:t>
      </w:r>
    </w:p>
    <w:p>
      <w:r>
        <w:rPr>
          <w:b/>
        </w:rPr>
        <w:t xml:space="preserve">[52:56] </w:t>
      </w:r>
      <w:r>
        <w:t>inciple nahi maana. to samaj jo hai wohin rahega. samaj ko badal nahi payen ge aap. jis se aap ke saare Interests jure hue hain. aap ke saare Interests samajhi se to hain. aap ka bachcha isi samaj ke kisi school mein parhta hai. aap ke bete isi samaj ke kisi idare mein Service karte hain. aap khud hi samaj ke kisi Market mein apni dukaan kholay hue hain. to aap ka sara Interest isi samaj se juda hua hai. jis samaj se ladne khare ho gaye</w:t>
      </w:r>
    </w:p>
    <w:p>
      <w:pPr>
        <w:jc w:val="right"/>
      </w:pPr>
      <w:r>
        <w:t>inciple نہیں مانا۔ تو سماج جو ہے وہیں رہے گا۔ سماج کو بدل نہیں پائیں گے آپ۔ جس سے آپ کے سارے Interests جڑے ہوئے ہیں۔ آپ کے سارے Interests سماجی سے تو ہیں۔ آپ کا بچہ اسی سماج کے کسی اسکول میں پڑھتا ہے۔ آپ کے بیٹے اسی سماج کے کسی ادارے میں Service کرتے ہیں۔ آپ خود ہی سماج کے کسی Market میں اپنی دکان کھولے ہوئے ہیں۔ تو آپ کا سارا Interest اسی سماج سے جڑا ہوا ہے۔ جس سماج سے لڑنے کھڑے ہو گئے</w:t>
      </w:r>
    </w:p>
    <w:p>
      <w:r>
        <w:rPr>
          <w:b/>
        </w:rPr>
        <w:t xml:space="preserve">[53:26] </w:t>
      </w:r>
      <w:r>
        <w:t>aap.</w:t>
      </w:r>
    </w:p>
    <w:p>
      <w:pPr>
        <w:jc w:val="right"/>
      </w:pPr>
      <w:r>
        <w:t>آپ۔</w:t>
      </w:r>
    </w:p>
    <w:p>
      <w:r>
        <w:rPr>
          <w:b/>
        </w:rPr>
        <w:t xml:space="preserve">[53:30] </w:t>
      </w:r>
      <w:r>
        <w:t>aap ka sara interest, aap ke bachon ka sara interest, aap ki family ka sara interest isi samaj</w:t>
      </w:r>
    </w:p>
    <w:p>
      <w:pPr>
        <w:jc w:val="right"/>
      </w:pPr>
      <w:r>
        <w:t>آپ کا سارا Interest، آپ کے بچوں کا سارا Interest، آپ کی Family کا سارا Interest اسی سماج</w:t>
      </w:r>
    </w:p>
    <w:p>
      <w:r>
        <w:rPr>
          <w:b/>
        </w:rPr>
        <w:t xml:space="preserve">[53:35] </w:t>
      </w:r>
      <w:r>
        <w:t>se juda hua hai.</w:t>
      </w:r>
    </w:p>
    <w:p>
      <w:pPr>
        <w:jc w:val="right"/>
      </w:pPr>
      <w:r>
        <w:t>سے جڑا ہوا ہے۔</w:t>
      </w:r>
    </w:p>
    <w:p>
      <w:r>
        <w:rPr>
          <w:b/>
        </w:rPr>
        <w:t xml:space="preserve">[53:39] </w:t>
      </w:r>
      <w:r>
        <w:t>isi ke office, isi ke market, isi ki company.</w:t>
      </w:r>
    </w:p>
    <w:p>
      <w:pPr>
        <w:jc w:val="right"/>
      </w:pPr>
      <w:r>
        <w:t>اسی کے آفس، اسی کے Market، اسی کی کمپنی۔</w:t>
      </w:r>
    </w:p>
    <w:p>
      <w:r>
        <w:rPr>
          <w:b/>
        </w:rPr>
        <w:t xml:space="preserve">[53:43] </w:t>
      </w:r>
      <w:r>
        <w:t>se aap ko apna sara interest mil raha hai.</w:t>
      </w:r>
    </w:p>
    <w:p>
      <w:pPr>
        <w:jc w:val="right"/>
      </w:pPr>
      <w:r>
        <w:t>سے آپ کو اپنا سارا Interest مل رہا ہے۔</w:t>
      </w:r>
    </w:p>
    <w:p>
      <w:r>
        <w:rPr>
          <w:b/>
        </w:rPr>
        <w:t xml:space="preserve">[53:48] </w:t>
      </w:r>
      <w:r>
        <w:t>تو آپ afford نہیں کر سکتے اس چیز کو کہ آپ اسی سماج سے لڑتے رہیں۔</w:t>
      </w:r>
    </w:p>
    <w:p>
      <w:pPr>
        <w:jc w:val="right"/>
      </w:pPr>
      <w:r>
        <w:t>تو آپ Afford نہیں کر سکتے اس چیز کو کہ آپ اسی سماج سے لڑتے رہیں۔</w:t>
      </w:r>
    </w:p>
    <w:p>
      <w:r>
        <w:rPr>
          <w:b/>
        </w:rPr>
        <w:t xml:space="preserve">[53:52] </w:t>
      </w:r>
      <w:r>
        <w:t>jis samaj se aap ke sare</w:t>
      </w:r>
    </w:p>
    <w:p>
      <w:pPr>
        <w:jc w:val="right"/>
      </w:pPr>
      <w:r>
        <w:t>جس سماج سے آپ کے سارے</w:t>
      </w:r>
    </w:p>
    <w:p>
      <w:r>
        <w:rPr>
          <w:b/>
        </w:rPr>
        <w:t xml:space="preserve">[53:56] </w:t>
      </w:r>
      <w:r>
        <w:t>interests jude hue hain.</w:t>
      </w:r>
    </w:p>
    <w:p>
      <w:pPr>
        <w:jc w:val="right"/>
      </w:pPr>
      <w:r>
        <w:t>Interests جڑے ہوئے ہیں۔</w:t>
      </w:r>
    </w:p>
    <w:p>
      <w:r>
        <w:rPr>
          <w:b/>
        </w:rPr>
        <w:t xml:space="preserve">[54:00] </w:t>
      </w:r>
      <w:r>
        <w:t>to kya hoga? kuch dinon ke baad aap chup chap baith jayenge.</w:t>
      </w:r>
    </w:p>
    <w:p>
      <w:pPr>
        <w:jc w:val="right"/>
      </w:pPr>
      <w:r>
        <w:t>تو کیا ہوگا؟ کچھ دنوں کے بعد آپ چپ چاپ بیٹھ جائیں گے۔</w:t>
      </w:r>
    </w:p>
    <w:p>
      <w:r>
        <w:rPr>
          <w:b/>
        </w:rPr>
        <w:t xml:space="preserve">[54:04] </w:t>
      </w:r>
      <w:r>
        <w:t>are bhai yeh to sara hamara mamla bigad raha hai.</w:t>
      </w:r>
    </w:p>
    <w:p>
      <w:pPr>
        <w:jc w:val="right"/>
      </w:pPr>
      <w:r>
        <w:t>ارے بھائی یہ تو سارا ہمارا معاملہ بگڑ رہا ہے۔</w:t>
      </w:r>
    </w:p>
    <w:p>
      <w:r>
        <w:rPr>
          <w:b/>
        </w:rPr>
        <w:t xml:space="preserve">[54:08] </w:t>
      </w:r>
      <w:r>
        <w:t>تو بیٹھیں گے کیسے؟ as a hypocrisy.</w:t>
      </w:r>
    </w:p>
    <w:p>
      <w:pPr>
        <w:jc w:val="right"/>
      </w:pPr>
      <w:r>
        <w:t>تو بیٹھیں گے کیسے؟ as a Hypocrisy۔</w:t>
      </w:r>
    </w:p>
    <w:p>
      <w:r>
        <w:rPr>
          <w:b/>
        </w:rPr>
        <w:t xml:space="preserve">[54:11] </w:t>
      </w:r>
      <w:r>
        <w:t>to main yeh kahunga.</w:t>
      </w:r>
    </w:p>
    <w:p>
      <w:pPr>
        <w:jc w:val="right"/>
      </w:pPr>
      <w:r>
        <w:t>تو میں یہ کہوں گا۔</w:t>
      </w:r>
    </w:p>
    <w:p>
      <w:r>
        <w:rPr>
          <w:b/>
        </w:rPr>
        <w:t xml:space="preserve">[54:15] </w:t>
      </w:r>
      <w:r>
        <w:t>کہ اس سے پہلے کہ آپ کو hypocrite بن کر کے چپ ہونا پڑے۔</w:t>
      </w:r>
    </w:p>
    <w:p>
      <w:pPr>
        <w:jc w:val="right"/>
      </w:pPr>
      <w:r>
        <w:t>کہ اس سے پہلے کہ آپ کو Hypocrite بن کر کے چپ ہونا پڑے۔</w:t>
      </w:r>
    </w:p>
    <w:p>
      <w:r>
        <w:rPr>
          <w:b/>
        </w:rPr>
        <w:t xml:space="preserve">[54:19] </w:t>
      </w:r>
      <w:r>
        <w:t>aap as a principle chup ho jaiye.</w:t>
      </w:r>
    </w:p>
    <w:p>
      <w:pPr>
        <w:jc w:val="right"/>
      </w:pPr>
      <w:r>
        <w:t>آپ as a Principle چپ ہو جائیے۔</w:t>
      </w:r>
    </w:p>
    <w:p>
      <w:r>
        <w:rPr>
          <w:b/>
        </w:rPr>
        <w:t xml:space="preserve">[54:23] </w:t>
      </w:r>
      <w:r>
        <w:t>yeh baat main aaj se nahin, pachaas baras se</w:t>
      </w:r>
    </w:p>
    <w:p>
      <w:pPr>
        <w:jc w:val="right"/>
      </w:pPr>
      <w:r>
        <w:t>یہ بات میں آج سے نہیں، پچاس برس سے</w:t>
      </w:r>
    </w:p>
    <w:p>
      <w:r>
        <w:rPr>
          <w:b/>
        </w:rPr>
        <w:t xml:space="preserve">[54:26] </w:t>
      </w:r>
      <w:r>
        <w:t>keh raha hoon. pachaas baras se. ke samaj mein aap ko rehna hi hai isi usool ko le kar ke. Positive Attitude ko le kar hi rehna hai samaj mein. koi doosra Option aap ke liye nahi hai. to main aaj se nahi, pachaas baras se yeh baat keh raha hoon. ke agar ke agar aap kuch cheezen</w:t>
      </w:r>
    </w:p>
    <w:p>
      <w:pPr>
        <w:jc w:val="right"/>
      </w:pPr>
      <w:r>
        <w:t>کہہ رہا ہوں۔ پچاس برس سے۔ کہ سماج میں آپ کو رہنا ہی ہے اسی اصول کو لے کر کے۔ Positive Attitude کو لے کر ہی رہنا ہے سماج میں۔ کوئی دوسرا Option آپ کے لیے نہیں ہے۔ تو میں آج سے نہیں، پچاس برس سے یہ بات کہہ رہا ہوں۔ کہ اگر کہ اگر آپ کچھ چیزیں</w:t>
      </w:r>
    </w:p>
    <w:p>
      <w:r>
        <w:rPr>
          <w:b/>
        </w:rPr>
        <w:t xml:space="preserve">[54:56] </w:t>
      </w:r>
      <w:r>
        <w:t>aap ke khilaf hain.</w:t>
      </w:r>
    </w:p>
    <w:p>
      <w:pPr>
        <w:jc w:val="right"/>
      </w:pPr>
      <w:r>
        <w:t>آپ کے خلاف ہیں۔</w:t>
      </w:r>
    </w:p>
    <w:p>
      <w:r>
        <w:rPr>
          <w:b/>
        </w:rPr>
        <w:t xml:space="preserve">[55:01] </w:t>
      </w:r>
      <w:r>
        <w:t>aap ke liye buri lagti hain to lagne dijiye.</w:t>
      </w:r>
    </w:p>
    <w:p>
      <w:pPr>
        <w:jc w:val="right"/>
      </w:pPr>
      <w:r>
        <w:t>آپ کے لیے بری لگتی ہیں تو لگنے دیجیے۔</w:t>
      </w:r>
    </w:p>
    <w:p>
      <w:r>
        <w:rPr>
          <w:b/>
        </w:rPr>
        <w:t xml:space="preserve">[55:05] </w:t>
      </w:r>
      <w:r>
        <w:t>lagne dijiye buri. ignore kijiye.</w:t>
      </w:r>
    </w:p>
    <w:p>
      <w:pPr>
        <w:jc w:val="right"/>
      </w:pPr>
      <w:r>
        <w:t>لگنے دیجیے بری۔ Ignore کیجیے۔</w:t>
      </w:r>
    </w:p>
    <w:p>
      <w:r>
        <w:rPr>
          <w:b/>
        </w:rPr>
        <w:t xml:space="preserve">[55:09] </w:t>
      </w:r>
      <w:r>
        <w:t>apne kaam se kaam rakhiye.</w:t>
      </w:r>
    </w:p>
    <w:p>
      <w:pPr>
        <w:jc w:val="right"/>
      </w:pPr>
      <w:r>
        <w:t>اپنے کام سے کام رکھیے۔</w:t>
      </w:r>
    </w:p>
    <w:p>
      <w:r>
        <w:rPr>
          <w:b/>
        </w:rPr>
        <w:t xml:space="preserve">[55:14] </w:t>
      </w:r>
      <w:r>
        <w:t>apne kaam se kaam rakhiye bas. simple formula.</w:t>
      </w:r>
    </w:p>
    <w:p>
      <w:pPr>
        <w:jc w:val="right"/>
      </w:pPr>
      <w:r>
        <w:t>اپنے کام سے کام رکھیے بس۔ Simple فارمولا۔</w:t>
      </w:r>
    </w:p>
    <w:p>
      <w:r>
        <w:rPr>
          <w:b/>
        </w:rPr>
        <w:t xml:space="preserve">[55:18] </w:t>
      </w:r>
      <w:r>
        <w:t>simple formula hai apne kaam se kaam.</w:t>
      </w:r>
    </w:p>
    <w:p>
      <w:pPr>
        <w:jc w:val="right"/>
      </w:pPr>
      <w:r>
        <w:t>Simple فارمولا ہے اپنے کام سے کام۔</w:t>
      </w:r>
    </w:p>
    <w:p>
      <w:r>
        <w:rPr>
          <w:b/>
        </w:rPr>
        <w:t xml:space="preserve">[55:22] </w:t>
      </w:r>
      <w:r>
        <w:t>agar aap ne aisa kiya to aap goya ke as a</w:t>
      </w:r>
    </w:p>
    <w:p>
      <w:pPr>
        <w:jc w:val="right"/>
      </w:pPr>
      <w:r>
        <w:t>اگر آپ نے ایسا کیا تو آپ گویا کہ as a</w:t>
      </w:r>
    </w:p>
    <w:p>
      <w:r>
        <w:rPr>
          <w:b/>
        </w:rPr>
        <w:t xml:space="preserve">[55:26] </w:t>
      </w:r>
      <w:r>
        <w:t>principle aap ne is ko ikhtiyar kiya.</w:t>
      </w:r>
    </w:p>
    <w:p>
      <w:pPr>
        <w:jc w:val="right"/>
      </w:pPr>
      <w:r>
        <w:t>Principle آپ نے اس کو اختیار کیا۔</w:t>
      </w:r>
    </w:p>
    <w:p>
      <w:r>
        <w:rPr>
          <w:b/>
        </w:rPr>
        <w:t xml:space="preserve">[55:31] </w:t>
      </w:r>
      <w:r>
        <w:t>agar aap ne aisa nahin kiya to kya hoga? ke interests ki khatir aap ko wahi karna padega.</w:t>
      </w:r>
    </w:p>
    <w:p>
      <w:pPr>
        <w:jc w:val="right"/>
      </w:pPr>
      <w:r>
        <w:t>اگر آپ نے ایسا نہیں کیا تو کیا ہوگا؟ کہ Interests کی خاطر آپ کو وہی کرنا پڑے گا۔</w:t>
      </w:r>
    </w:p>
    <w:p>
      <w:r>
        <w:rPr>
          <w:b/>
        </w:rPr>
        <w:t xml:space="preserve">[55:35] </w:t>
      </w:r>
      <w:r>
        <w:t>aur woh duplicity hogi.</w:t>
      </w:r>
    </w:p>
    <w:p>
      <w:pPr>
        <w:jc w:val="right"/>
      </w:pPr>
      <w:r>
        <w:t>اور وہ Duplicity ہوگی۔</w:t>
      </w:r>
    </w:p>
    <w:p>
      <w:r>
        <w:rPr>
          <w:b/>
        </w:rPr>
        <w:t xml:space="preserve">[55:39] </w:t>
      </w:r>
      <w:r>
        <w:t>woh hypocrisy hogi.</w:t>
      </w:r>
    </w:p>
    <w:p>
      <w:pPr>
        <w:jc w:val="right"/>
      </w:pPr>
      <w:r>
        <w:t>وہ Hypocrisy ہوگی۔</w:t>
      </w:r>
    </w:p>
    <w:p>
      <w:r>
        <w:rPr>
          <w:b/>
        </w:rPr>
        <w:t xml:space="preserve">[55:44] </w:t>
      </w:r>
      <w:r>
        <w:t>woh munafiqat hogi.</w:t>
      </w:r>
    </w:p>
    <w:p>
      <w:pPr>
        <w:jc w:val="right"/>
      </w:pPr>
      <w:r>
        <w:t>وہ منافقت ہوگی۔</w:t>
      </w:r>
    </w:p>
    <w:p>
      <w:r>
        <w:rPr>
          <w:b/>
        </w:rPr>
        <w:t xml:space="preserve">[55:48] </w:t>
      </w:r>
      <w:r>
        <w:t>to main yeh kahunga ke chahe dunya ki zindagi mein kamyabi ka mamla ho.</w:t>
      </w:r>
    </w:p>
    <w:p>
      <w:pPr>
        <w:jc w:val="right"/>
      </w:pPr>
      <w:r>
        <w:t>تو میں یہ کہوں گا کہ چاہے دنیا کی زندگی میں کامیابی کا معاملہ ہو۔</w:t>
      </w:r>
    </w:p>
    <w:p>
      <w:r>
        <w:rPr>
          <w:b/>
        </w:rPr>
        <w:t xml:space="preserve">[55:52] </w:t>
      </w:r>
      <w:r>
        <w:t>ya akhirat ki zindagi</w:t>
      </w:r>
    </w:p>
    <w:p>
      <w:pPr>
        <w:jc w:val="right"/>
      </w:pPr>
      <w:r>
        <w:t>یا آخرت کی زندگی</w:t>
      </w:r>
    </w:p>
    <w:p>
      <w:r>
        <w:rPr>
          <w:b/>
        </w:rPr>
        <w:t xml:space="preserve">[55:57] </w:t>
      </w:r>
      <w:r>
        <w:t>mein kamyabi ka mamla ho.</w:t>
      </w:r>
    </w:p>
    <w:p>
      <w:pPr>
        <w:jc w:val="right"/>
      </w:pPr>
      <w:r>
        <w:t>میں کامیابی کا معاملہ ہو۔</w:t>
      </w:r>
    </w:p>
    <w:p>
      <w:r>
        <w:rPr>
          <w:b/>
        </w:rPr>
        <w:t xml:space="preserve">[56:02] </w:t>
      </w:r>
      <w:r>
        <w:t>donon ka inhisaar isi par hai ke aap Positive Attitude ko ikhtiyar karen.</w:t>
      </w:r>
    </w:p>
    <w:p>
      <w:pPr>
        <w:jc w:val="right"/>
      </w:pPr>
      <w:r>
        <w:t>دونوں کا انحصار اسی پر ہے کہ آپ Positive Attitude کو اختیار کریں۔</w:t>
      </w:r>
    </w:p>
    <w:p>
      <w:r>
        <w:rPr>
          <w:b/>
        </w:rPr>
        <w:t xml:space="preserve">[56:07] </w:t>
      </w:r>
      <w:r>
        <w:t>aur Negative Attitude se poori tarah se apne aap ko bachayen.</w:t>
      </w:r>
    </w:p>
    <w:p>
      <w:pPr>
        <w:jc w:val="right"/>
      </w:pPr>
      <w:r>
        <w:t>اور Negative Attitude سے پوری طرح سے اپنے آپ کو بچائیں۔</w:t>
      </w:r>
    </w:p>
    <w:p>
      <w:r>
        <w:rPr>
          <w:b/>
        </w:rPr>
        <w:t xml:space="preserve">[56:12] </w:t>
      </w:r>
      <w:r>
        <w:t>koi bhi doosra rasta kamyabi ka is dunya mein nahin hai.</w:t>
      </w:r>
    </w:p>
    <w:p>
      <w:pPr>
        <w:jc w:val="right"/>
      </w:pPr>
      <w:r>
        <w:t>کوئی بھی دوسرا راستہ کامیابی کا اس دنیا میں نہیں ہے۔</w:t>
      </w:r>
    </w:p>
    <w:p>
      <w:r>
        <w:rPr>
          <w:b/>
        </w:rPr>
        <w:t xml:space="preserve">[56:17] </w:t>
      </w:r>
      <w:r>
        <w:t>yeh wajah hai ke aap Quran ko padhen, Hadees ko padhen.</w:t>
      </w:r>
    </w:p>
    <w:p>
      <w:pPr>
        <w:jc w:val="right"/>
      </w:pPr>
      <w:r>
        <w:t>یہ وجہ ہے کہ آپ قرآن کو پڑھیں، حدیث کو پڑھیں۔</w:t>
      </w:r>
    </w:p>
    <w:p>
      <w:r>
        <w:rPr>
          <w:b/>
        </w:rPr>
        <w:t xml:space="preserve">[56:22] </w:t>
      </w:r>
      <w:r>
        <w:t>to aap dekhenge ke bohat ziyada, bohat</w:t>
      </w:r>
    </w:p>
    <w:p>
      <w:pPr>
        <w:jc w:val="right"/>
      </w:pPr>
      <w:r>
        <w:t>تو آپ دیکھیں گے کہ بہت زیادہ، بہت</w:t>
      </w:r>
    </w:p>
    <w:p>
      <w:r>
        <w:rPr>
          <w:b/>
        </w:rPr>
        <w:t xml:space="preserve">[56:27] </w:t>
      </w:r>
      <w:r>
        <w:t>ziyada sabr par zor diya gaya hai. Sabr par.</w:t>
      </w:r>
    </w:p>
    <w:p>
      <w:pPr>
        <w:jc w:val="right"/>
      </w:pPr>
      <w:r>
        <w:t>زیادہ صبر پر زور دیا گیا ہے۔ صبر پر۔</w:t>
      </w:r>
    </w:p>
    <w:p>
      <w:r>
        <w:rPr>
          <w:b/>
        </w:rPr>
        <w:t xml:space="preserve">[56:33] </w:t>
      </w:r>
      <w:r>
        <w:t>yahan tak ke sabr hi ko jannat ka ticket bataya gaya hai.</w:t>
      </w:r>
    </w:p>
    <w:p>
      <w:pPr>
        <w:jc w:val="right"/>
      </w:pPr>
      <w:r>
        <w:t>یہاں تک کہ صبر ہی کو جنت کا ٹکٹ بتایا گیا ہے۔</w:t>
      </w:r>
    </w:p>
    <w:p>
      <w:r>
        <w:rPr>
          <w:b/>
        </w:rPr>
        <w:t xml:space="preserve">[56:39] </w:t>
      </w:r>
      <w:r>
        <w:t>jo sabr karega woh jannat payega.</w:t>
      </w:r>
    </w:p>
    <w:p>
      <w:pPr>
        <w:jc w:val="right"/>
      </w:pPr>
      <w:r>
        <w:t>جو صبر کرے گا وہ جنت پائے گا۔</w:t>
      </w:r>
    </w:p>
    <w:p>
      <w:r>
        <w:rPr>
          <w:b/>
        </w:rPr>
        <w:t xml:space="preserve">[56:45] </w:t>
      </w:r>
      <w:r>
        <w:t>zhalika jaza nahum bima sabaru Quran mein hai ke hum ne jannat di un ko sabr ke badle.</w:t>
      </w:r>
    </w:p>
    <w:p>
      <w:pPr>
        <w:jc w:val="right"/>
      </w:pPr>
      <w:r>
        <w:t>ذٰلک جزاناهم بما صبروا قرآن میں ہے کہ ہم نے جنت دی ان کو صبر کے بدلے۔</w:t>
      </w:r>
    </w:p>
    <w:p>
      <w:r>
        <w:rPr>
          <w:b/>
        </w:rPr>
        <w:t xml:space="preserve">[56:51] </w:t>
      </w:r>
      <w:r>
        <w:t>zhalika jaza nahum bima sabaru jannat milegi un ko sabr ke badle. Yani</w:t>
      </w:r>
    </w:p>
    <w:p>
      <w:pPr>
        <w:jc w:val="right"/>
      </w:pPr>
      <w:r>
        <w:t>ذٰلک جزاناهم بما صبروا جنت ملے گی ان کو صبر کے بدلے۔ یعنی</w:t>
      </w:r>
    </w:p>
    <w:p>
      <w:r>
        <w:rPr>
          <w:b/>
        </w:rPr>
        <w:t xml:space="preserve">[56:57] </w:t>
      </w:r>
      <w:r>
        <w:t>is dunya mein woh sabr ke sath rahen.</w:t>
      </w:r>
    </w:p>
    <w:p>
      <w:pPr>
        <w:jc w:val="right"/>
      </w:pPr>
      <w:r>
        <w:t>اس دنیا میں وہ صبر کے ساتھ رہے۔</w:t>
      </w:r>
    </w:p>
    <w:p>
      <w:r>
        <w:rPr>
          <w:b/>
        </w:rPr>
        <w:t xml:space="preserve">[57:00] </w:t>
      </w:r>
      <w:r>
        <w:t>to sabr se rehne se kya faida un ko mila? Apne ko in nafrat se bachaya.</w:t>
      </w:r>
    </w:p>
    <w:p>
      <w:pPr>
        <w:jc w:val="right"/>
      </w:pPr>
      <w:r>
        <w:t>تو صبر سے رہنے سے کیا فائدہ ان کو ملا؟ اپنے کو ان نفرت سے بچایا۔</w:t>
      </w:r>
    </w:p>
    <w:p>
      <w:r>
        <w:rPr>
          <w:b/>
        </w:rPr>
        <w:t xml:space="preserve">[57:03] </w:t>
      </w:r>
      <w:r>
        <w:t>apne ko in Tension se bachaya.</w:t>
      </w:r>
    </w:p>
    <w:p>
      <w:pPr>
        <w:jc w:val="right"/>
      </w:pPr>
      <w:r>
        <w:t>اپنے کو ان Tension سے بچایا۔</w:t>
      </w:r>
    </w:p>
    <w:p>
      <w:r>
        <w:rPr>
          <w:b/>
        </w:rPr>
        <w:t xml:space="preserve">[57:06] </w:t>
      </w:r>
      <w:r>
        <w:t>apne ko in Stress se bachaya.</w:t>
      </w:r>
    </w:p>
    <w:p>
      <w:pPr>
        <w:jc w:val="right"/>
      </w:pPr>
      <w:r>
        <w:t>اپنے کو ان Stress سے بچایا۔</w:t>
      </w:r>
    </w:p>
    <w:p>
      <w:r>
        <w:rPr>
          <w:b/>
        </w:rPr>
        <w:t xml:space="preserve">[57:09] </w:t>
      </w:r>
      <w:r>
        <w:t>apne ko in ladai jhagde se bachaya.</w:t>
      </w:r>
    </w:p>
    <w:p>
      <w:pPr>
        <w:jc w:val="right"/>
      </w:pPr>
      <w:r>
        <w:t>اپنے کو ان لڑائی جھگڑے سے بچایا۔</w:t>
      </w:r>
    </w:p>
    <w:p>
      <w:r>
        <w:rPr>
          <w:b/>
        </w:rPr>
        <w:t xml:space="preserve">[57:12] </w:t>
      </w:r>
      <w:r>
        <w:t>apne ko Gun Culture mein jaane se bachaya.</w:t>
      </w:r>
    </w:p>
    <w:p>
      <w:pPr>
        <w:jc w:val="right"/>
      </w:pPr>
      <w:r>
        <w:t>اپنے کو Gun Culture میں جانے سے بچایا۔</w:t>
      </w:r>
    </w:p>
    <w:p>
      <w:r>
        <w:rPr>
          <w:b/>
        </w:rPr>
        <w:t xml:space="preserve">[57:15] </w:t>
      </w:r>
      <w:r>
        <w:t>apne ko Suicide Bombing se bachaya.</w:t>
      </w:r>
    </w:p>
    <w:p>
      <w:pPr>
        <w:jc w:val="right"/>
      </w:pPr>
      <w:r>
        <w:t>اپنے کو Suicide Bombing سے بچایا۔</w:t>
      </w:r>
    </w:p>
    <w:p>
      <w:r>
        <w:rPr>
          <w:b/>
        </w:rPr>
        <w:t xml:space="preserve">[57:18] </w:t>
      </w:r>
      <w:r>
        <w:t>apne aap ko Normal rakha.</w:t>
      </w:r>
    </w:p>
    <w:p>
      <w:pPr>
        <w:jc w:val="right"/>
      </w:pPr>
      <w:r>
        <w:t>اپنے آپ کو Normal رکھا۔</w:t>
      </w:r>
    </w:p>
    <w:p>
      <w:r>
        <w:rPr>
          <w:b/>
        </w:rPr>
        <w:t xml:space="preserve">[57:21] </w:t>
      </w:r>
      <w:r>
        <w:t>insan se mohabbat karte rahen woh.</w:t>
      </w:r>
    </w:p>
    <w:p>
      <w:pPr>
        <w:jc w:val="right"/>
      </w:pPr>
      <w:r>
        <w:t>انسان سے محبت کرتے رہے وہ۔</w:t>
      </w:r>
    </w:p>
    <w:p>
      <w:r>
        <w:rPr>
          <w:b/>
        </w:rPr>
        <w:t xml:space="preserve">[57:24] </w:t>
      </w:r>
      <w:r>
        <w:t>isi liye ke sabr kiya unhon</w:t>
      </w:r>
    </w:p>
    <w:p>
      <w:pPr>
        <w:jc w:val="right"/>
      </w:pPr>
      <w:r>
        <w:t>اسی لیے کہ صبر کیا انہوں</w:t>
      </w:r>
    </w:p>
    <w:p>
      <w:r>
        <w:rPr>
          <w:b/>
        </w:rPr>
        <w:t xml:space="preserve">[57:27] </w:t>
      </w:r>
      <w:r>
        <w:t>ne.</w:t>
      </w:r>
    </w:p>
    <w:p>
      <w:pPr>
        <w:jc w:val="right"/>
      </w:pPr>
      <w:r>
        <w:t>نے۔</w:t>
      </w:r>
    </w:p>
    <w:p>
      <w:r>
        <w:rPr>
          <w:b/>
        </w:rPr>
        <w:t xml:space="preserve">[57:33] </w:t>
      </w:r>
      <w:r>
        <w:t>yeh sare faayde un ko mile sabr karne ki wajah se.</w:t>
      </w:r>
    </w:p>
    <w:p>
      <w:pPr>
        <w:jc w:val="right"/>
      </w:pPr>
      <w:r>
        <w:t>یہ سارے فائدے ان کو ملے صبر کرنے کی وجہ سے۔</w:t>
      </w:r>
    </w:p>
    <w:p>
      <w:r>
        <w:rPr>
          <w:b/>
        </w:rPr>
        <w:t xml:space="preserve">[57:38] </w:t>
      </w:r>
      <w:r>
        <w:t>is se in ke andar aik Personality bani, Positive Personality.</w:t>
      </w:r>
    </w:p>
    <w:p>
      <w:pPr>
        <w:jc w:val="right"/>
      </w:pPr>
      <w:r>
        <w:t>اس سے ان کے اندر ایک Personality بنی، Positive Personality۔</w:t>
      </w:r>
    </w:p>
    <w:p>
      <w:r>
        <w:rPr>
          <w:b/>
        </w:rPr>
        <w:t xml:space="preserve">[57:43] </w:t>
      </w:r>
      <w:r>
        <w:t>Negative Personalities se bachaya unhon ne apne aap ko aur Positive Personality apne andar woh bana paye.</w:t>
      </w:r>
    </w:p>
    <w:p>
      <w:pPr>
        <w:jc w:val="right"/>
      </w:pPr>
      <w:r>
        <w:t>Negative Personalities سے بچایا انہوں نے اپنے آپ کو اور Positive Personality اپنے اندر وہ بنا پائے۔</w:t>
      </w:r>
    </w:p>
    <w:p>
      <w:r>
        <w:rPr>
          <w:b/>
        </w:rPr>
        <w:t xml:space="preserve">[57:49] </w:t>
      </w:r>
      <w:r>
        <w:t>isi liye woh jannat mein dakhle ke mustahiq qarar payenge.</w:t>
      </w:r>
    </w:p>
    <w:p>
      <w:pPr>
        <w:jc w:val="right"/>
      </w:pPr>
      <w:r>
        <w:t>اسی لیے وہ جنت میں داخلے کے مستحق قرار پائیں گے۔</w:t>
      </w:r>
    </w:p>
    <w:p>
      <w:r>
        <w:rPr>
          <w:b/>
        </w:rPr>
        <w:t xml:space="preserve">[57:54] </w:t>
      </w:r>
      <w:r>
        <w:t>mein jahan tak samjha hai quran o hadees se woh yeh hai ke</w:t>
      </w:r>
    </w:p>
    <w:p>
      <w:pPr>
        <w:jc w:val="right"/>
      </w:pPr>
      <w:r>
        <w:t>میں جہاں تک سمجھا ہے قرآن و حدیث سے وہ یہ ہے کہ</w:t>
      </w:r>
    </w:p>
    <w:p>
      <w:r>
        <w:rPr>
          <w:b/>
        </w:rPr>
        <w:t xml:space="preserve">[57:59] </w:t>
      </w:r>
      <w:r>
        <w:t>yeh kaisi Personality banai aap ne is par depend karta hai jannat aur dozakh. to Positive Personality wale jayenge jannat mein aur Negative Personality wale jayenge dozakh mein. aqool qawli haza wastaghfirullaha li walakum ajmaeen.</w:t>
      </w:r>
    </w:p>
    <w:p>
      <w:pPr>
        <w:jc w:val="right"/>
      </w:pPr>
      <w:r>
        <w:t>یہ کیسی Personality بنائی آپ نے اس پر Depend کرتا ہے جنت اور دوزخ۔ تو Positive Personality والے جائیں گے جنت میں اور Negative Personality والے جائیں گے دوزخ میں۔ أقول قولي هذا واستغفرالله لي ولكم اجمعين.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