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Quranic Guidance July 29, 2012</w:t>
      </w:r>
    </w:p>
    <w:p>
      <w:r>
        <w:t>https://youtu.be/WxpcI7qi4d0</w:t>
      </w:r>
    </w:p>
    <w:p>
      <w:r>
        <w:rPr>
          <w:b/>
        </w:rPr>
        <w:t xml:space="preserve">[00:39] </w:t>
      </w:r>
      <w:r>
        <w:t>aaj ka topic hai: ramzan and quranic guidance.</w:t>
      </w:r>
    </w:p>
    <w:p>
      <w:pPr>
        <w:jc w:val="right"/>
      </w:pPr>
      <w:r>
        <w:t>آج کا ٹاپک ہے: رمضان اینڈ قرآنک گائیڈنس۔</w:t>
      </w:r>
    </w:p>
    <w:p>
      <w:r>
        <w:rPr>
          <w:b/>
        </w:rPr>
        <w:t xml:space="preserve">[00:52] </w:t>
      </w:r>
      <w:r>
        <w:t>aap jante hain ke aaj ramzan 1433, yani 1433 ki 8 tareekh hai.</w:t>
      </w:r>
    </w:p>
    <w:p>
      <w:pPr>
        <w:jc w:val="right"/>
      </w:pPr>
      <w:r>
        <w:t>آپ جانتے ہیں کہ آج رمضان 1433، یعنی 1433 کی 8 تاریخ ہے۔</w:t>
      </w:r>
    </w:p>
    <w:p>
      <w:r>
        <w:rPr>
          <w:b/>
        </w:rPr>
        <w:t xml:space="preserve">[01:10] </w:t>
      </w:r>
      <w:r>
        <w:t>is se pehle maine arz kiya tha ke quran ke mutabiq ramzan aur quran mein bohat zyada taluq hai,</w:t>
      </w:r>
    </w:p>
    <w:p>
      <w:pPr>
        <w:jc w:val="right"/>
      </w:pPr>
      <w:r>
        <w:t>اس سے پہلے میں نے عرض کیا تھا کہ قرآن کے مطابق رمضان اور قرآن میں بہت زیادہ تعلق ہے،</w:t>
      </w:r>
    </w:p>
    <w:p>
      <w:r>
        <w:rPr>
          <w:b/>
        </w:rPr>
        <w:t xml:space="preserve">[01:24] </w:t>
      </w:r>
      <w:r>
        <w:t>aur ramzan ka mahina haqiqatan mutale'e quran ka mahina hai.</w:t>
      </w:r>
    </w:p>
    <w:p>
      <w:pPr>
        <w:jc w:val="right"/>
      </w:pPr>
      <w:r>
        <w:t>اور رمضان کا مہینہ حقیقتاً مطالعے قرآن کا مہینہ ہے۔</w:t>
      </w:r>
    </w:p>
    <w:p>
      <w:r>
        <w:rPr>
          <w:b/>
        </w:rPr>
        <w:t xml:space="preserve">[01:32] </w:t>
      </w:r>
      <w:r>
        <w:t>ramzan ka mahina ka matlab yeh hai ke apne aap ko distraction se bacha kar, bahir nesisties se bhi apne ko farigh kar ke,</w:t>
      </w:r>
    </w:p>
    <w:p>
      <w:pPr>
        <w:jc w:val="right"/>
      </w:pPr>
      <w:r>
        <w:t>رمضان کا مہینہ کا مطلب یہ ہے کہ اپنے آپ کو ڈسٹریکشن سے بچا کر، بیر نیسیسٹیز سے بھی اپنے کو فارغ کر کے،</w:t>
      </w:r>
    </w:p>
    <w:p>
      <w:r>
        <w:rPr>
          <w:b/>
        </w:rPr>
        <w:t xml:space="preserve">[01:51] </w:t>
      </w:r>
      <w:r>
        <w:t>ek dam yaksou karna aur is yaksou'i mein quran ka, quran ki study karna. yeh matlab hai.</w:t>
      </w:r>
    </w:p>
    <w:p>
      <w:pPr>
        <w:jc w:val="right"/>
      </w:pPr>
      <w:r>
        <w:t>ایک دم یکسو کرنا اور اس یکسوئی میں قرآن کا، قرآن کی اسٹڈی کرنا۔ یہ مطلب ہے۔</w:t>
      </w:r>
    </w:p>
    <w:p>
      <w:r>
        <w:rPr>
          <w:b/>
        </w:rPr>
        <w:t xml:space="preserve">[02:02] </w:t>
      </w:r>
      <w:r>
        <w:t>to is silsile mein is se pehle maine kuch baatein arz ki thi, aaj bhi kuch arz karna chahta hoon.</w:t>
      </w:r>
    </w:p>
    <w:p>
      <w:pPr>
        <w:jc w:val="right"/>
      </w:pPr>
      <w:r>
        <w:t>تو اس سلسلے میں اس سے پہلے میں نے کچھ باتیں عرض کی تھیں، آج بھی کچھ عرض کرنا چاہتا ہوں۔</w:t>
      </w:r>
    </w:p>
    <w:p>
      <w:r>
        <w:rPr>
          <w:b/>
        </w:rPr>
        <w:t xml:space="preserve">[02:15] </w:t>
      </w:r>
      <w:r>
        <w:t>chalein, sab se pehli baat yeh hai ke quran mein surah al-baqarah mein ramzan ke kuch qadr tafseeli</w:t>
      </w:r>
    </w:p>
    <w:p>
      <w:pPr>
        <w:jc w:val="right"/>
      </w:pPr>
      <w:r>
        <w:t>چلیں، سب سے پہلی بات یہ ہے کہ قرآن میں سورہ البقرہ میں رمضان کے کچھ قدر تفصیلی</w:t>
      </w:r>
    </w:p>
    <w:p>
      <w:r>
        <w:rPr>
          <w:b/>
        </w:rPr>
        <w:t xml:space="preserve">[02:28] </w:t>
      </w:r>
      <w:r>
        <w:t>ahkam aaye hain. to is mein teen lafz hain maqsad ramzan ke bare mein:</w:t>
      </w:r>
    </w:p>
    <w:p>
      <w:pPr>
        <w:jc w:val="right"/>
      </w:pPr>
      <w:r>
        <w:t>احکام آئے ہیں۔ تو اس میں تین لفظ ہیں مقصد رمضان کے بارے میں:</w:t>
      </w:r>
    </w:p>
    <w:p>
      <w:r>
        <w:rPr>
          <w:b/>
        </w:rPr>
        <w:t xml:space="preserve">[02:40] </w:t>
      </w:r>
      <w:r>
        <w:t>la'allakum tattaqun, la'allakum tashkurun, aur la'allakum yarsudun, la'allakum yarsudun.</w:t>
      </w:r>
    </w:p>
    <w:p>
      <w:pPr>
        <w:jc w:val="right"/>
      </w:pPr>
      <w:r>
        <w:t>لعلکم تتقون، لعلکم تشکرون، اور لعلکمیرشدون، لعلھمیرشدون۔</w:t>
      </w:r>
    </w:p>
    <w:p>
      <w:r>
        <w:rPr>
          <w:b/>
        </w:rPr>
        <w:t xml:space="preserve">[02:52] </w:t>
      </w:r>
      <w:r>
        <w:t>yani ramzan ke mahine mein roza rakhne ka maqsad yeh hai ke rozedar ke andar taqwa ki spirit paida ho, shukr ki spirit paida ho,</w:t>
      </w:r>
    </w:p>
    <w:p>
      <w:pPr>
        <w:jc w:val="right"/>
      </w:pPr>
      <w:r>
        <w:t>یعنی رمضان کے مہینے میں روزہ رکھنے کا مقصد یہ ہے کہ روزے دار کے اندر تقویٰ کی سپرٹ پیدا ہو، شکر کی سپرٹ پیدا ہو،</w:t>
      </w:r>
    </w:p>
    <w:p>
      <w:r>
        <w:rPr>
          <w:b/>
        </w:rPr>
        <w:t xml:space="preserve">[03:06] </w:t>
      </w:r>
      <w:r>
        <w:t>aur rushd ki spirit paida ho.</w:t>
      </w:r>
    </w:p>
    <w:p>
      <w:pPr>
        <w:jc w:val="right"/>
      </w:pPr>
      <w:r>
        <w:t>اور رشد کی سپرٹ پیدا ہو۔</w:t>
      </w:r>
    </w:p>
    <w:p>
      <w:r>
        <w:rPr>
          <w:b/>
        </w:rPr>
        <w:t xml:space="preserve">[03:12] </w:t>
      </w:r>
      <w:r>
        <w:t>to is se pehle maine taqwa aur shukr par kuch baatein arz ki thi, aaj main rushd par arz arz karna chahta hoon. la'allakum yarsudun ka matlab hai: taake woh hidayat paayein. yarsudun ka matlab yeh nahi hai ke woh hidayat ko follow karein,</w:t>
      </w:r>
    </w:p>
    <w:p>
      <w:pPr>
        <w:jc w:val="right"/>
      </w:pPr>
      <w:r>
        <w:t>تو اس سے پہلے میں نے تقویٰ اور شکر پر کچھ باتیں عرض کی تھیں، آج میں رشد پر عرض عرض کرنا چاہتا ہوں۔ لعلھمیرشدون کا مطلب ہے: تاکہ وہ ہدایت پائیں۔یرشدون کا مطلب یہ نہیں ہے کہ وہ ہدایت کو فالو کریں،</w:t>
      </w:r>
    </w:p>
    <w:p>
      <w:r>
        <w:rPr>
          <w:b/>
        </w:rPr>
        <w:t xml:space="preserve">[03:35] </w:t>
      </w:r>
      <w:r>
        <w:t>hidayat ki pairvi karein, yeh matlab nahi hai.</w:t>
      </w:r>
    </w:p>
    <w:p>
      <w:pPr>
        <w:jc w:val="right"/>
      </w:pPr>
      <w:r>
        <w:t>ہدایت کی پیروی کریں، یہ مطلب نہیں ہے۔</w:t>
      </w:r>
    </w:p>
    <w:p>
      <w:r>
        <w:rPr>
          <w:b/>
        </w:rPr>
        <w:t xml:space="preserve">[03:39] </w:t>
      </w:r>
      <w:r>
        <w:t>is ka matlab hai rushd ko paayein, rushd ko discover karein, rushd ko realize karein.</w:t>
      </w:r>
    </w:p>
    <w:p>
      <w:pPr>
        <w:jc w:val="right"/>
      </w:pPr>
      <w:r>
        <w:t>اس کا مطلب ہے رشد کو پائیں، رشد کو ڈسکور کریں، رشد کو ریلائز کریں۔</w:t>
      </w:r>
    </w:p>
    <w:p>
      <w:r>
        <w:rPr>
          <w:b/>
        </w:rPr>
        <w:t xml:space="preserve">[03:49] </w:t>
      </w:r>
      <w:r>
        <w:t>rushd ka matlab hota hai guidance, hidayat, rehnumai.</w:t>
      </w:r>
    </w:p>
    <w:p>
      <w:pPr>
        <w:jc w:val="right"/>
      </w:pPr>
      <w:r>
        <w:t>رشد کا مطلب ہوتا ہے گائیڈنس، ہدایت، رہنمائی۔</w:t>
      </w:r>
    </w:p>
    <w:p>
      <w:r>
        <w:rPr>
          <w:b/>
        </w:rPr>
        <w:t xml:space="preserve">[03:55] </w:t>
      </w:r>
      <w:r>
        <w:t>to goya ke is mahine mein quran ke mutale'e ka ek khaas maqsad yeh hai ke quran ke zariye hum hidayat ko discover karein, hidayat ko daryaft karein.</w:t>
      </w:r>
    </w:p>
    <w:p>
      <w:pPr>
        <w:jc w:val="right"/>
      </w:pPr>
      <w:r>
        <w:t>تو گویا کہ اس مہینے میں قرآن کے مطالعے کا ایک خاص مقصد یہ ہے کہ قرآن کے ذریعے ہم ہدایت کو ڈسکور کریں، ہدایت کو دریافت کریں۔</w:t>
      </w:r>
    </w:p>
    <w:p>
      <w:r>
        <w:rPr>
          <w:b/>
        </w:rPr>
        <w:t xml:space="preserve">[04:11] </w:t>
      </w:r>
      <w:r>
        <w:t>yeh khaas maqsad hai ramzan ke mahine ka.</w:t>
      </w:r>
    </w:p>
    <w:p>
      <w:pPr>
        <w:jc w:val="right"/>
      </w:pPr>
      <w:r>
        <w:t>یہ خاص مقصد ہے رمضان کے مہینے کا۔</w:t>
      </w:r>
    </w:p>
    <w:p>
      <w:r>
        <w:rPr>
          <w:b/>
        </w:rPr>
        <w:t xml:space="preserve">[04:18] </w:t>
      </w:r>
      <w:r>
        <w:t>ab is nuqta nazar se aap</w:t>
      </w:r>
    </w:p>
    <w:p>
      <w:pPr>
        <w:jc w:val="right"/>
      </w:pPr>
      <w:r>
        <w:t>اب اس نقطہ نظر سے آپ</w:t>
      </w:r>
    </w:p>
    <w:p>
      <w:r>
        <w:rPr>
          <w:b/>
        </w:rPr>
        <w:t xml:space="preserve">[04:23] </w:t>
      </w:r>
      <w:r>
        <w:t>kuch baatein main arz karna chahunga.</w:t>
      </w:r>
    </w:p>
    <w:p>
      <w:pPr>
        <w:jc w:val="right"/>
      </w:pPr>
      <w:r>
        <w:t>کچھ باتیں میں عرض کرنا چاہوں گا۔</w:t>
      </w:r>
    </w:p>
    <w:p>
      <w:r>
        <w:rPr>
          <w:b/>
        </w:rPr>
        <w:t xml:space="preserve">[04:28] </w:t>
      </w:r>
      <w:r>
        <w:t>dekhiye, pehli baat to yeh hai ke quran ko log kehte hain holy book, muqaddas kalam.</w:t>
      </w:r>
    </w:p>
    <w:p>
      <w:pPr>
        <w:jc w:val="right"/>
      </w:pPr>
      <w:r>
        <w:t>دیکھیے، پہلی بات تو یہ ہے کہ قرآن کو لوگ کہتے ہیں ہولی بک، مقدس کلام۔</w:t>
      </w:r>
    </w:p>
    <w:p>
      <w:r>
        <w:rPr>
          <w:b/>
        </w:rPr>
        <w:t xml:space="preserve">[04:37] </w:t>
      </w:r>
      <w:r>
        <w:t>yeh kahin bhi quran o hadith mein yeh alfaaz nahi aaye hain.</w:t>
      </w:r>
    </w:p>
    <w:p>
      <w:pPr>
        <w:jc w:val="right"/>
      </w:pPr>
      <w:r>
        <w:t>یہ کہیں بھی قرآن و حدیث میں یہ الفاظ نہیں آئے ہیں۔</w:t>
      </w:r>
    </w:p>
    <w:p>
      <w:r>
        <w:rPr>
          <w:b/>
        </w:rPr>
        <w:t xml:space="preserve">[04:43] </w:t>
      </w:r>
      <w:r>
        <w:t>jab aap kehte hain holy book ya muqaddas kalam to sirf jazba paida hota hai respect ka, ehtiram ka.</w:t>
      </w:r>
    </w:p>
    <w:p>
      <w:pPr>
        <w:jc w:val="right"/>
      </w:pPr>
      <w:r>
        <w:t>جب آپ کہتے ہیں ہولی بک یا مقدس کلام تو صرف جذبہ پیدا ہوتا ہے ریسپیکٹ کا، احترام کا۔</w:t>
      </w:r>
    </w:p>
    <w:p>
      <w:r>
        <w:rPr>
          <w:b/>
        </w:rPr>
        <w:t xml:space="preserve">[04:53] </w:t>
      </w:r>
      <w:r>
        <w:t>chunaanche log kapde mein lapet kar is ko oopar rakhte hain.</w:t>
      </w:r>
    </w:p>
    <w:p>
      <w:pPr>
        <w:jc w:val="right"/>
      </w:pPr>
      <w:r>
        <w:t>چنانچہ لوگ کپڑے میں لپیٹ کر اس کو اوپر رکھتے ہیں۔</w:t>
      </w:r>
    </w:p>
    <w:p>
      <w:r>
        <w:rPr>
          <w:b/>
        </w:rPr>
        <w:t xml:space="preserve">[04:58] </w:t>
      </w:r>
      <w:r>
        <w:t>to sara focus chala chala jata hai respect ya ehtiram par. aur phir hote hote log itna sensitive ho jaate hain ke zara zara si baat pe un ko lagta hai ke quran ki be be-hurmati ho gayi.</w:t>
      </w:r>
    </w:p>
    <w:p>
      <w:pPr>
        <w:jc w:val="right"/>
      </w:pPr>
      <w:r>
        <w:t>تو سارا فوکس چلا چلا جاتا ہے ریسپیکٹ یا احترام پر۔ اور پھر ہوتے ہوتے لوگ اتنا سینسٹیو ہو جاتے ہیں کہ ذرا ذرا سی بات پہ ان کو لگتا ہے کہ قرآن کی بے بے حرمتی ہو گئی۔</w:t>
      </w:r>
    </w:p>
    <w:p>
      <w:r>
        <w:rPr>
          <w:b/>
        </w:rPr>
        <w:t xml:space="preserve">[05:19] </w:t>
      </w:r>
      <w:r>
        <w:t>aur phir ghussa ho kar ladne lagte hain.</w:t>
      </w:r>
    </w:p>
    <w:p>
      <w:pPr>
        <w:jc w:val="right"/>
      </w:pPr>
      <w:r>
        <w:t>اور پھر غصہ ہو کر لڑنے لگتے ہیں۔</w:t>
      </w:r>
    </w:p>
    <w:p>
      <w:r>
        <w:rPr>
          <w:b/>
        </w:rPr>
        <w:t xml:space="preserve">[05:23] </w:t>
      </w:r>
      <w:r>
        <w:t>aap baar baar media mein aisi khabrein dekhte honge ke falan jagah musalmanon ko yeh shikayat ho gayi ke kisi ne quran ki be-hurmati kar di.</w:t>
      </w:r>
    </w:p>
    <w:p>
      <w:pPr>
        <w:jc w:val="right"/>
      </w:pPr>
      <w:r>
        <w:t>آپ بار بار میڈیا میں ایسی خبریں دیکھتے ہوں گے کہ فلاں جگہ مسلمانوں کو یہ شکایت ہو گئی کہ کسی نے قرآن کی بے حرمتی کر دی۔</w:t>
      </w:r>
    </w:p>
    <w:p>
      <w:r>
        <w:rPr>
          <w:b/>
        </w:rPr>
        <w:t xml:space="preserve">[05:37] </w:t>
      </w:r>
      <w:r>
        <w:t>ab is ke baad hungama aur ladai bhadai, yahan tak ke qatl.</w:t>
      </w:r>
    </w:p>
    <w:p>
      <w:pPr>
        <w:jc w:val="right"/>
      </w:pPr>
      <w:r>
        <w:t>اب اس کے بعد ہنگامہ اور لڑائی بھڑائی، یہاں تک کہ قتل۔</w:t>
      </w:r>
    </w:p>
    <w:p>
      <w:r>
        <w:rPr>
          <w:b/>
        </w:rPr>
        <w:t xml:space="preserve">[05:46] </w:t>
      </w:r>
      <w:r>
        <w:t>yeh sab kyun hai?</w:t>
      </w:r>
    </w:p>
    <w:p>
      <w:pPr>
        <w:jc w:val="right"/>
      </w:pPr>
      <w:r>
        <w:t>یہ سب کیوں ہے؟</w:t>
      </w:r>
    </w:p>
    <w:p>
      <w:r>
        <w:rPr>
          <w:b/>
        </w:rPr>
        <w:t xml:space="preserve">[05:48] </w:t>
      </w:r>
      <w:r>
        <w:t>saara focus chala gaya hai is par ke quran ek holy book hai, bas is ka ehtram karna bohat zaroori hai.</w:t>
      </w:r>
    </w:p>
    <w:p>
      <w:pPr>
        <w:jc w:val="right"/>
      </w:pPr>
      <w:r>
        <w:t>سارا فوکس چلا گیا ہے اس پر کہ قرآن ایک ہولی بک ہے، بس اس کا احترام کرنا بہت ضروری ہے۔</w:t>
      </w:r>
    </w:p>
    <w:p>
      <w:r>
        <w:rPr>
          <w:b/>
        </w:rPr>
        <w:t xml:space="preserve">[05:59] </w:t>
      </w:r>
      <w:r>
        <w:t>yeh bilkul galat hai, is ka koi talluq quran se, hadith se, islam se nahi hai.</w:t>
      </w:r>
    </w:p>
    <w:p>
      <w:pPr>
        <w:jc w:val="right"/>
      </w:pPr>
      <w:r>
        <w:t>یہ بالکل غلط ہے، اس کا کوئی تعلق قرآن سے، حدیث سے، اسلام سے نہیں ہے۔</w:t>
      </w:r>
    </w:p>
    <w:p>
      <w:r>
        <w:rPr>
          <w:b/>
        </w:rPr>
        <w:t xml:space="preserve">[06:08] </w:t>
      </w:r>
      <w:r>
        <w:t>quran kitaab-e-hidayaat hai, book of guidance hai,</w:t>
      </w:r>
    </w:p>
    <w:p>
      <w:pPr>
        <w:jc w:val="right"/>
      </w:pPr>
      <w:r>
        <w:t>قرآن کتاب ہدایت ہے، بک آف گائیڈنس ہے،</w:t>
      </w:r>
    </w:p>
    <w:p>
      <w:r>
        <w:rPr>
          <w:b/>
        </w:rPr>
        <w:t xml:space="preserve">[06:14] </w:t>
      </w:r>
      <w:r>
        <w:t>rushd ke liye hai. aur ramzan ke mahine mein khaas taur par yeh</w:t>
      </w:r>
    </w:p>
    <w:p>
      <w:pPr>
        <w:jc w:val="right"/>
      </w:pPr>
      <w:r>
        <w:t>رشد کے لیے ہے۔ اور رمضان کے مہینے میں خاص طور پر یہ</w:t>
      </w:r>
    </w:p>
    <w:p>
      <w:r>
        <w:rPr>
          <w:b/>
        </w:rPr>
        <w:t xml:space="preserve">[06:24] </w:t>
      </w:r>
      <w:r>
        <w:t>hukm hai ke hum poori tarah apne aap ko yakso kar ke</w:t>
      </w:r>
    </w:p>
    <w:p>
      <w:pPr>
        <w:jc w:val="right"/>
      </w:pPr>
      <w:r>
        <w:t>حکم ہے کہ ہم پوری طرح اپنے آپ کو یکسو کر کے</w:t>
      </w:r>
    </w:p>
    <w:p>
      <w:r>
        <w:rPr>
          <w:b/>
        </w:rPr>
        <w:t xml:space="preserve">[06:34] </w:t>
      </w:r>
      <w:r>
        <w:t>quran ko parhein aur is se hidayaat hasil karein. is silsile mein mein apne kuch tajrubaat arz karna chahunga.</w:t>
      </w:r>
    </w:p>
    <w:p>
      <w:pPr>
        <w:jc w:val="right"/>
      </w:pPr>
      <w:r>
        <w:t>قرآن کو پڑھیں اور اس سے ہدایت حاصل کریں۔ اس سلسلے میں میں اپنے کچھ تجربات عرض کرنا چاہوں گا۔</w:t>
      </w:r>
    </w:p>
    <w:p>
      <w:r>
        <w:rPr>
          <w:b/>
        </w:rPr>
        <w:t xml:space="preserve">[06:45] </w:t>
      </w:r>
      <w:r>
        <w:t>mein ne quran khola to sab se pehli ayat yeh saamne aayi: bismillah-e-rehman-e-reheem.</w:t>
      </w:r>
    </w:p>
    <w:p>
      <w:pPr>
        <w:jc w:val="right"/>
      </w:pPr>
      <w:r>
        <w:t>میں نے قرآن کھولا تو سب سے پہلی آیت یہ سامنے آئی: بسم اللہ الرحمن الرحیم۔</w:t>
      </w:r>
    </w:p>
    <w:p>
      <w:r>
        <w:rPr>
          <w:b/>
        </w:rPr>
        <w:t xml:space="preserve">[06:55] </w:t>
      </w:r>
      <w:r>
        <w:t>mein sochne laga ke aadmi dunya mein kuch kaam karna chahta hai, har din woh sochta hai ke mein yeh karoon, woh karoon.</w:t>
      </w:r>
    </w:p>
    <w:p>
      <w:pPr>
        <w:jc w:val="right"/>
      </w:pPr>
      <w:r>
        <w:t>میں سوچنے لگا کہ آدمی دنیا میں کچھ کام کرنا چاہتا ہے، ہر دن وہ سوچتا ہے کہ میں یہ کروں، وہ کروں۔</w:t>
      </w:r>
    </w:p>
    <w:p>
      <w:r>
        <w:rPr>
          <w:b/>
        </w:rPr>
        <w:t xml:space="preserve">[07:06] </w:t>
      </w:r>
      <w:r>
        <w:t>phir us ko andeshe satate hain ke kya maloom aisa ho jaye, kya maloom waisa ho jaye, kya maloom mera kaam bigad jaye.</w:t>
      </w:r>
    </w:p>
    <w:p>
      <w:pPr>
        <w:jc w:val="right"/>
      </w:pPr>
      <w:r>
        <w:t>پھر اس کو اندیشے ستاتے ہیں کہ کیا معلوم ایسا ہو جائے، کیا معلوم ویسا ہو جائے، کیا معلوم میرا کام بگڑ جائے۔</w:t>
      </w:r>
    </w:p>
    <w:p>
      <w:r>
        <w:rPr>
          <w:b/>
        </w:rPr>
        <w:t xml:space="preserve">[07:16] </w:t>
      </w:r>
      <w:r>
        <w:t>to hukm hai ke bismillah-e-rehman-e-reheem keh kar apne kaam ko shuru karo. hadith mein aata hai ke jo kaam bismillah-e-rehman-e-reheem keh kar shuru na kiya jaye to woh kamyab nahi hoga.</w:t>
      </w:r>
    </w:p>
    <w:p>
      <w:pPr>
        <w:jc w:val="right"/>
      </w:pPr>
      <w:r>
        <w:t>تو حکم ہے کہ بسم اللہ الرحمن الرحیم کہہ کر اپنے کام کو شروع کرو۔ حدیث میں آتا ہے کہ جو کام بسم اللہ الرحمن الرحیم کہہ کر شروع نہ کیا جائے تو وہ کامیاب نہیں ہوگا۔</w:t>
      </w:r>
    </w:p>
    <w:p>
      <w:r>
        <w:rPr>
          <w:b/>
        </w:rPr>
        <w:t xml:space="preserve">[07:35] </w:t>
      </w:r>
      <w:r>
        <w:t>kamyab na hone ka matlab kya hai? yeh koi bad dua ki baat nahi hai.</w:t>
      </w:r>
    </w:p>
    <w:p>
      <w:pPr>
        <w:jc w:val="right"/>
      </w:pPr>
      <w:r>
        <w:t>کامیاب نہ ہونے کا مطلب کیا ہے؟ یہ کوئی بد دعا کی بات نہیں ہے۔</w:t>
      </w:r>
    </w:p>
    <w:p>
      <w:r>
        <w:rPr>
          <w:b/>
        </w:rPr>
        <w:t xml:space="preserve">[07:42] </w:t>
      </w:r>
      <w:r>
        <w:t>asal yeh hai ke jab aap yeh keh kar kaam shuru karein to aap ka zehn kya banta hai? ke jis dunya mein ja raha hoon mein apna kaam karne ke liye, woh dunya hai aise khuda ki jo rehman aur raheem hai,</w:t>
      </w:r>
    </w:p>
    <w:p>
      <w:pPr>
        <w:jc w:val="right"/>
      </w:pPr>
      <w:r>
        <w:t>اصل یہ ہے کہ جب آپ یہ کہہ کر کام شروع کریں تو آپ کا ذہن کیا بنتا ہے؟ کہ جس دنیا میں جا رہا ہوں میں اپنا کام کرنے کے لیے، وہ دنیا ہے ایسے خدا کی جو رحمان اور رحیم ہے،</w:t>
      </w:r>
    </w:p>
    <w:p>
      <w:r>
        <w:rPr>
          <w:b/>
        </w:rPr>
        <w:t xml:space="preserve">[08:01] </w:t>
      </w:r>
      <w:r>
        <w:t>jo blessing wala hai, jo compassionate hai, jo apne bando par meherban hai.</w:t>
      </w:r>
    </w:p>
    <w:p>
      <w:pPr>
        <w:jc w:val="right"/>
      </w:pPr>
      <w:r>
        <w:t>جو بلیسنگ والا ہے، جو کمپیشنٹ ہے، جو اپنے بندوں پر مہربان ہے۔</w:t>
      </w:r>
    </w:p>
    <w:p>
      <w:r>
        <w:rPr>
          <w:b/>
        </w:rPr>
        <w:t xml:space="preserve">[08:13] </w:t>
      </w:r>
      <w:r>
        <w:t>aap ghor kijiye ke yeh jo aap ko soch milti hai ke is se aap ko kitna bara faida hoga, is se aap ko agar conviction aaye ga, yaqeen aaye ga,</w:t>
      </w:r>
    </w:p>
    <w:p>
      <w:pPr>
        <w:jc w:val="right"/>
      </w:pPr>
      <w:r>
        <w:t>آپ غور کیجیے کہ یہ جو آپ کو سوچ ملتی ہے کہ اس سے آپ کو کتنا بڑا فائدہ ہوگا، اس سے آپ کو اگر کنوکشن آئے گا، یقین آئے گا،</w:t>
      </w:r>
    </w:p>
    <w:p>
      <w:r>
        <w:rPr>
          <w:b/>
        </w:rPr>
        <w:t xml:space="preserve">[08:28] </w:t>
      </w:r>
      <w:r>
        <w:t>aap ko azm aaye ga, aap samjhenge ke mein zaroor kamyab hunga, aap ka hausla barhe ga, yeh sab baatein hongi.</w:t>
      </w:r>
    </w:p>
    <w:p>
      <w:pPr>
        <w:jc w:val="right"/>
      </w:pPr>
      <w:r>
        <w:t>آپ کو عزم آئے گا، آپ سمجھیں گے کہ میں ضرور کامیاب ہوں گا، آپ کا حوصلہ بڑھے گا، یہ سب باتیں ہوں گی۔</w:t>
      </w:r>
    </w:p>
    <w:p>
      <w:r>
        <w:rPr>
          <w:b/>
        </w:rPr>
        <w:t xml:space="preserve">[08:39] </w:t>
      </w:r>
      <w:r>
        <w:t>to yeh hai wisdom.</w:t>
      </w:r>
    </w:p>
    <w:p>
      <w:pPr>
        <w:jc w:val="right"/>
      </w:pPr>
      <w:r>
        <w:t>تو یہ ہے وزڈم۔</w:t>
      </w:r>
    </w:p>
    <w:p>
      <w:r>
        <w:rPr>
          <w:b/>
        </w:rPr>
        <w:t xml:space="preserve">[08:41] </w:t>
      </w:r>
      <w:r>
        <w:t>quran ke liye yeh lafz sahi nahi hai ke woh muqaddas kalam hai. sahi yeh hai ke woh book of wisdom hai. zindagi ki wisdom deta hai.</w:t>
      </w:r>
    </w:p>
    <w:p>
      <w:pPr>
        <w:jc w:val="right"/>
      </w:pPr>
      <w:r>
        <w:t>قرآن کے لیے یہ لفظ صحیح نہیں ہے کہ وہ مقدس کلام ہے۔ صحیح یہ ہے کہ وہ بک آف وزڈم ہے۔ زندگی کی وزڈم دیتا ہے۔</w:t>
      </w:r>
    </w:p>
    <w:p>
      <w:r>
        <w:rPr>
          <w:b/>
        </w:rPr>
        <w:t xml:space="preserve">[08:56] </w:t>
      </w:r>
      <w:r>
        <w:t>aise hi mein ne shuru kiya, mein ne agli jo surah hai al-fatiha: alhamdulillah-e-rabb-il-alameen.</w:t>
      </w:r>
    </w:p>
    <w:p>
      <w:pPr>
        <w:jc w:val="right"/>
      </w:pPr>
      <w:r>
        <w:t>ایسے ہی میں نے شروع کیا، میں نے اگلی جو سورہ ہے الفاتحہ: الحمدللہ رب العالمین۔</w:t>
      </w:r>
    </w:p>
    <w:p>
      <w:r>
        <w:rPr>
          <w:b/>
        </w:rPr>
        <w:t xml:space="preserve">[09:08] </w:t>
      </w:r>
      <w:r>
        <w:t>to mein ne socha ke aadmi dunya mein rehta hai tension mein, tarah tarah ki shikayatein, tarah tarah ka stress.</w:t>
      </w:r>
    </w:p>
    <w:p>
      <w:pPr>
        <w:jc w:val="right"/>
      </w:pPr>
      <w:r>
        <w:t>تو میں نے سوچا کہ آدمی دنیا میں رہتا ہے ٹینشن میں، طرح طرح کی شکایتیں، طرح طرح کا اسٹریس۔</w:t>
      </w:r>
    </w:p>
    <w:p>
      <w:r>
        <w:rPr>
          <w:b/>
        </w:rPr>
        <w:t xml:space="preserve">[09:19] </w:t>
      </w:r>
      <w:r>
        <w:t>ab yeh zehn is ka hai, yeh zehn le kar ke woh parhta hai: alhamdulillah-e-rabb-il-alameen. to kya sochega woh</w:t>
      </w:r>
    </w:p>
    <w:p>
      <w:pPr>
        <w:jc w:val="right"/>
      </w:pPr>
      <w:r>
        <w:t>اب یہ ذہن اس کا ہے، یہ ذہن لے کر کے وہ پڑھتا ہے: الحمدللہ رب العالمین۔ تو کیا سوچے گا وہ</w:t>
      </w:r>
    </w:p>
    <w:p>
      <w:r>
        <w:rPr>
          <w:b/>
        </w:rPr>
        <w:t xml:space="preserve">[09:30] </w:t>
      </w:r>
      <w:r>
        <w:t>? woh sochega ke Allah to jo malik hai is kainat ka, woh to sarapa hamd wala hai. aur us ki hamd universal hai, saare alam ko phaili hui hai.</w:t>
      </w:r>
    </w:p>
    <w:p>
      <w:pPr>
        <w:jc w:val="right"/>
      </w:pPr>
      <w:r>
        <w:t>؟ وہ سوچے گا کہ اللہ تو جو مالک ہے اس کائنات کا، وہ تو سراپہ حمد والا ہے۔ اور اس کی حمد یونیورسل ہے، سارے عالم کو پھیلی ہوئی ہے۔</w:t>
      </w:r>
    </w:p>
    <w:p>
      <w:r>
        <w:rPr>
          <w:b/>
        </w:rPr>
        <w:t xml:space="preserve">[09:44] </w:t>
      </w:r>
      <w:r>
        <w:t>to us ki apni baat aakhri had tak minimize ho jayegi.</w:t>
      </w:r>
    </w:p>
    <w:p>
      <w:pPr>
        <w:jc w:val="right"/>
      </w:pPr>
      <w:r>
        <w:t>تو اس کی اپنی بات آخری حد تک منیمائز ہو جائے گی۔</w:t>
      </w:r>
    </w:p>
    <w:p>
      <w:r>
        <w:rPr>
          <w:b/>
        </w:rPr>
        <w:t xml:space="preserve">[09:51] </w:t>
      </w:r>
      <w:r>
        <w:t>woh kahega: sach much Khuda hai, to hamd wala hai. yani saare alam mein jis ki rehmaten phaili hui hain, to mera chota sa koi problem agar hai to kya hai?</w:t>
      </w:r>
    </w:p>
    <w:p>
      <w:pPr>
        <w:jc w:val="right"/>
      </w:pPr>
      <w:r>
        <w:t>وہ کہے گا: سچ مچ خدا ہے، تو حمد والا ہے۔ یعنی سارے عالم میں جس کی رحمتیں پھیلی ہوئی ہیں، تو میرا چھوٹا سا کوئی پرابلم اگر ہے تو کیا ہے؟</w:t>
      </w:r>
    </w:p>
    <w:p>
      <w:r>
        <w:rPr>
          <w:b/>
        </w:rPr>
        <w:t xml:space="preserve">[10:00] </w:t>
      </w:r>
      <w:r>
        <w:t>woh kuch bhi nahi hai.</w:t>
      </w:r>
    </w:p>
    <w:p>
      <w:pPr>
        <w:jc w:val="right"/>
      </w:pPr>
      <w:r>
        <w:t>وہ کچھ بھی نہیں ہے۔</w:t>
      </w:r>
    </w:p>
    <w:p>
      <w:r>
        <w:rPr>
          <w:b/>
        </w:rPr>
        <w:t xml:space="preserve">[10:04] </w:t>
      </w:r>
      <w:r>
        <w:t>apni baaton ko aap bhool jayenge aur saare alam ki satah par jo Allah ki rububiyat phaili hui hai, us ko le kar aap kahenge: Alhamdulillah, Alhamdulillah.</w:t>
      </w:r>
    </w:p>
    <w:p>
      <w:pPr>
        <w:jc w:val="right"/>
      </w:pPr>
      <w:r>
        <w:t>اپنی باتوں کو آپ بھول جائیں گے اور سارے عالم کی سطح پر جو اللہ کی ربوبیت پھیلی ہوئی ہے، اس کو لے کر آپ کہیں گے: الحمدللہ، الحمدللہ۔</w:t>
      </w:r>
    </w:p>
    <w:p>
      <w:r>
        <w:rPr>
          <w:b/>
        </w:rPr>
        <w:t xml:space="preserve">[10:19] </w:t>
      </w:r>
      <w:r>
        <w:t>is se dekhiye, aap ke andar shukr paida hoga. Maine Quran ko bar bar padha hai.</w:t>
      </w:r>
    </w:p>
    <w:p>
      <w:pPr>
        <w:jc w:val="right"/>
      </w:pPr>
      <w:r>
        <w:t>اس سے دیکھیے، آپ کے اندر شکر پیدا ہوگا۔ میں نے قرآن کو بار بار پڑھا ہے۔</w:t>
      </w:r>
    </w:p>
    <w:p>
      <w:r>
        <w:rPr>
          <w:b/>
        </w:rPr>
        <w:t xml:space="preserve">[10:29] </w:t>
      </w:r>
      <w:r>
        <w:t>ek baat mein yeh keh sakta hoon ke Quran mein ek anokhi sifat yeh hai ke Quran chahta hai ke har haal mein aap positive rahen.</w:t>
      </w:r>
    </w:p>
    <w:p>
      <w:pPr>
        <w:jc w:val="right"/>
      </w:pPr>
      <w:r>
        <w:t>ایک بات میں یہ کہہ سکتا ہوں کہ قرآن میں ایک انوکھی صفت یہ ہے کہ قرآن چاہتا ہے کہ ہر حال میں آپ پازیٹیو رہیں۔</w:t>
      </w:r>
    </w:p>
    <w:p>
      <w:r>
        <w:rPr>
          <w:b/>
        </w:rPr>
        <w:t xml:space="preserve">[10:42] </w:t>
      </w:r>
      <w:r>
        <w:t>kisi haal mein aap negative na hone payen.</w:t>
      </w:r>
    </w:p>
    <w:p>
      <w:pPr>
        <w:jc w:val="right"/>
      </w:pPr>
      <w:r>
        <w:t>کسی حال میں آپ نیگیٹیو نہ ہونے پائیں۔</w:t>
      </w:r>
    </w:p>
    <w:p>
      <w:r>
        <w:rPr>
          <w:b/>
        </w:rPr>
        <w:t xml:space="preserve">[10:47] </w:t>
      </w:r>
      <w:r>
        <w:t>yeh saare Quran ka khulasa hai. Kisi haal mein aap negative na hon, har haal mein aap positive hon.</w:t>
      </w:r>
    </w:p>
    <w:p>
      <w:pPr>
        <w:jc w:val="right"/>
      </w:pPr>
      <w:r>
        <w:t>یہ سارے قرآن کا خلاصہ ہے۔ کسی حال میں آپ نیگیٹیو نہ ہوں، ہر حال میں آپ پازیٹیو ہوں۔</w:t>
      </w:r>
    </w:p>
    <w:p>
      <w:r>
        <w:rPr>
          <w:b/>
        </w:rPr>
        <w:t xml:space="preserve">[11:04] </w:t>
      </w:r>
      <w:r>
        <w:t>abhi akhbar mein ek report aayi hai, America ke ek university mein research hui hai.</w:t>
      </w:r>
    </w:p>
    <w:p>
      <w:pPr>
        <w:jc w:val="right"/>
      </w:pPr>
      <w:r>
        <w:t>ابھی اخبار میں ایک رپورٹ آئی ہے، امریکہ کے ایک یونیورسٹی میں ریسرچ ہوئی ہے۔</w:t>
      </w:r>
    </w:p>
    <w:p>
      <w:r>
        <w:rPr>
          <w:b/>
        </w:rPr>
        <w:t xml:space="preserve">[11:16] </w:t>
      </w:r>
      <w:r>
        <w:t>wo research yeh hai ke agar aadmi soch raha hai, kuch information le kar ke uska analysis kar raha hai, to agar wo aankh band kar ke ghuse to uska sochne ka yeh taqat badh jayegi.</w:t>
      </w:r>
    </w:p>
    <w:p>
      <w:pPr>
        <w:jc w:val="right"/>
      </w:pPr>
      <w:r>
        <w:t>وہ ریسرچ یہ ہے کہ اگر آدمی سوچ رہا ہے، کچھ انفارمیشن لے کر کے اس کا انالیسز کر رہا ہے، تو اگر وہ آنکھ بند کر کے گھسے تو اس کا سوچنے کا یہ طاقت بڑھ جائے گی۔</w:t>
      </w:r>
    </w:p>
    <w:p>
      <w:r>
        <w:rPr>
          <w:b/>
        </w:rPr>
        <w:t xml:space="preserve">[11:37] </w:t>
      </w:r>
      <w:r>
        <w:t>to is mein yeh likha, is ka result yeh likha tha ke "One can absorb</w:t>
      </w:r>
    </w:p>
    <w:p>
      <w:pPr>
        <w:jc w:val="right"/>
      </w:pPr>
      <w:r>
        <w:t>تو اس میں یہ لکھا، اس کا رزلٹ یہ لکھا تھا کہ "One can absorb</w:t>
      </w:r>
    </w:p>
    <w:p>
      <w:r>
        <w:rPr>
          <w:b/>
        </w:rPr>
        <w:t xml:space="preserve">[11:47] </w:t>
      </w:r>
      <w:r>
        <w:t>information better by closing eyes."</w:t>
      </w:r>
    </w:p>
    <w:p>
      <w:pPr>
        <w:jc w:val="right"/>
      </w:pPr>
      <w:r>
        <w:t>information better by closing eyes۔"</w:t>
      </w:r>
    </w:p>
    <w:p>
      <w:r>
        <w:rPr>
          <w:b/>
        </w:rPr>
        <w:t xml:space="preserve">[11:54] </w:t>
      </w:r>
      <w:r>
        <w:t>"One can absorb information better by closing eyes."</w:t>
      </w:r>
    </w:p>
    <w:p>
      <w:pPr>
        <w:jc w:val="right"/>
      </w:pPr>
      <w:r>
        <w:t>"One can absorb information better by closing eyes."</w:t>
      </w:r>
    </w:p>
    <w:p>
      <w:r>
        <w:rPr>
          <w:b/>
        </w:rPr>
        <w:t xml:space="preserve">[12:02] </w:t>
      </w:r>
      <w:r>
        <w:t>yani information jo hai, us ko zyada achhe tarike se aap mind mein absorb kar sakenge. Agar aap aankh band kar ke soch rahe hon.</w:t>
      </w:r>
    </w:p>
    <w:p>
      <w:pPr>
        <w:jc w:val="right"/>
      </w:pPr>
      <w:r>
        <w:t>یعنی انفارمیشن جو ہے، اس کو زیادہ اچھے طریقے سے آپ مائنڈ میں absorb کر سکیں گے۔ اگر آپ آنکھ بند کر کے سوچ رہے ہوں۔</w:t>
      </w:r>
    </w:p>
    <w:p>
      <w:r>
        <w:rPr>
          <w:b/>
        </w:rPr>
        <w:t xml:space="preserve">[12:14] </w:t>
      </w:r>
      <w:r>
        <w:t>to us ko le kar mujhe Quran ki ek bahut badi ayat samajh mein aayi, ek hikmat.</w:t>
      </w:r>
    </w:p>
    <w:p>
      <w:pPr>
        <w:jc w:val="right"/>
      </w:pPr>
      <w:r>
        <w:t>تو اس کو لے کر مجھے قرآن کی ایک بہت بڑی آیت سمجھ میں آئی، ایک حکمت۔</w:t>
      </w:r>
    </w:p>
    <w:p>
      <w:r>
        <w:rPr>
          <w:b/>
        </w:rPr>
        <w:t xml:space="preserve">[12:22] </w:t>
      </w:r>
      <w:r>
        <w:t>dekhiye, Surah Fajr mein aap padhiye, Surah Al-Fajr. Is mein ek bahut ajeeb baat yeh hai ke "وَأَمَّا إِذَا مَبْتَلَىٰ رَبُّهُ فَأَكْرَمَهُ فَنَغَمَهُ فَيَقُولُ رَبِّي أَكْرَمَنَا" "وَأَمَّا إِذَا مَبْتَلَىٰ فَقَدْرَىٰ عَلَيْهِ رِزْقُهُ فَيَقُولُ رَبِّي أَهَانَنَا۔" Is mein ek bahut ajeeb baat mujhe mili.</w:t>
      </w:r>
    </w:p>
    <w:p>
      <w:pPr>
        <w:jc w:val="right"/>
      </w:pPr>
      <w:r>
        <w:t>دیکھیے، سورہ فجر میں آپ پڑھیے، سورہ الفجر۔ اس میں ایک بہت عجیب بات یہ ہے کہ "وَأَمَّا إِذَا مَبْتَلَىٰ رَبُّهُ فَأَكْرَمَهُ فَنَغَمَهُ فَيَقُولُ رَبِّي أَكْرَمَنَا" "وَأَمَّا إِذَا مَبْتَلَىٰ فَقَدْرَىٰ عَلَيْهِ رِزْقُهُ فَيَقُولُ رَبِّي أَهَانَنَا۔" اس میں ایک بہت عجیب بات مجھے ملی۔</w:t>
      </w:r>
    </w:p>
    <w:p>
      <w:r>
        <w:rPr>
          <w:b/>
        </w:rPr>
        <w:t xml:space="preserve">[12:50] </w:t>
      </w:r>
      <w:r>
        <w:t>dekhiye, is mein yeh zikr hai ke Allah taala kisi ko kuch deta hai aur kisi se bazahir kuch chhin jata hai.</w:t>
      </w:r>
    </w:p>
    <w:p>
      <w:pPr>
        <w:jc w:val="right"/>
      </w:pPr>
      <w:r>
        <w:t>دیکھیے، اس میں یہ ذکر ہے کہ اللہ تعالیٰ کسی کو کچھ دیتا ہے اور کسی سے بظاہر کچھ چھن جاتا ہے۔</w:t>
      </w:r>
    </w:p>
    <w:p>
      <w:r>
        <w:rPr>
          <w:b/>
        </w:rPr>
        <w:t xml:space="preserve">[13:00] </w:t>
      </w:r>
      <w:r>
        <w:t>koi kamyab hota hai, koi bazahir kuch nakami ka tajurba hota hai us ko. To dono ko kaha gaya hai ibtila.</w:t>
      </w:r>
    </w:p>
    <w:p>
      <w:pPr>
        <w:jc w:val="right"/>
      </w:pPr>
      <w:r>
        <w:t>کوئی کامیاب ہوتا ہے، کوئی بظاہر کچھ ناکامی کا تجربہ ہوتا ہے اس کو۔ تو دونوں کو کہا گیا ہے ابتلا۔</w:t>
      </w:r>
    </w:p>
    <w:p>
      <w:r>
        <w:rPr>
          <w:b/>
        </w:rPr>
        <w:t xml:space="preserve">[13:12] </w:t>
      </w:r>
      <w:r>
        <w:t>ibtila, ibtila maani test, azmaish.</w:t>
      </w:r>
    </w:p>
    <w:p>
      <w:pPr>
        <w:jc w:val="right"/>
      </w:pPr>
      <w:r>
        <w:t>ابتلا، ابتلا معنی ٹیسٹ، آزمائش۔</w:t>
      </w:r>
    </w:p>
    <w:p>
      <w:r>
        <w:rPr>
          <w:b/>
        </w:rPr>
        <w:t xml:space="preserve">[13:17] </w:t>
      </w:r>
      <w:r>
        <w:t>yani aap kuch payen tab bhi wo ibtila hai. Kuch aap na payen tab bhi ibtila hai. Is ke maani kya hue?</w:t>
      </w:r>
    </w:p>
    <w:p>
      <w:pPr>
        <w:jc w:val="right"/>
      </w:pPr>
      <w:r>
        <w:t>یعنی آپ کچھ پائیں تب بھی وہ ابتلا ہے۔ کچھ آپ نہ پائیں تب بھی ابتلا ہے۔ اس کے معنی کیا ہوئے؟</w:t>
      </w:r>
    </w:p>
    <w:p>
      <w:r>
        <w:rPr>
          <w:b/>
        </w:rPr>
        <w:t xml:space="preserve">[13:28] </w:t>
      </w:r>
      <w:r>
        <w:t>ke dono suraton mein aap ko yeksan darje ka positive response dena chahiye. Dono suraton mein.</w:t>
      </w:r>
    </w:p>
    <w:p>
      <w:pPr>
        <w:jc w:val="right"/>
      </w:pPr>
      <w:r>
        <w:t>کہ دونوں صورتوں میں آپ کو یکساں درجے کا پازیٹیو رسپانس دینا چاہیے۔ دونوں صورتوں میں۔</w:t>
      </w:r>
    </w:p>
    <w:p>
      <w:r>
        <w:rPr>
          <w:b/>
        </w:rPr>
        <w:t xml:space="preserve">[13:37] </w:t>
      </w:r>
      <w:r>
        <w:t>is ko samjhen Khuda ki taraf, us ko bhi samjhen Khuda ki taraf.</w:t>
      </w:r>
    </w:p>
    <w:p>
      <w:pPr>
        <w:jc w:val="right"/>
      </w:pPr>
      <w:r>
        <w:t>اس کو سمجھیں خدا کی طرف، اس کو بھی سمجھیں خدا کی طرف۔</w:t>
      </w:r>
    </w:p>
    <w:p>
      <w:r>
        <w:rPr>
          <w:b/>
        </w:rPr>
        <w:t xml:space="preserve">[13:45] </w:t>
      </w:r>
      <w:r>
        <w:t>yeh kaisi ajeeb baat hai? Ke aap ko bazahir kamyabi ho tab bhi aap ke andar positive thinking hona chahiye.</w:t>
      </w:r>
    </w:p>
    <w:p>
      <w:pPr>
        <w:jc w:val="right"/>
      </w:pPr>
      <w:r>
        <w:t>یہ کیسی عجیب بات ہے؟ کہ آپ کو بظاہر کامیابی ہو تب بھی آپ کے اندر پازیٹیو تھنکنگ ہونا چاہیے۔</w:t>
      </w:r>
    </w:p>
    <w:p>
      <w:r>
        <w:rPr>
          <w:b/>
        </w:rPr>
        <w:t xml:space="preserve">[13:55] </w:t>
      </w:r>
      <w:r>
        <w:t>aur bazahir aap ko waqti taur par kuch nakami ho tab bhi aap ke andar positive thinking hona chahiye. Yani yeh sochen aap ke wo bhi ibtila tha, yeh bhi ibtila hai.</w:t>
      </w:r>
    </w:p>
    <w:p>
      <w:pPr>
        <w:jc w:val="right"/>
      </w:pPr>
      <w:r>
        <w:t>اور بظاہر آپ کو وقتی طور پر کچھ ناکامی ہو تب بھی آپ کے اندر پازیٹیو تھنکنگ ہونا چاہیے۔ یعنی یہ سوچیں آپ کہ وہ بھی ابتلا تھا، یہ بھی ابتلا ہے۔</w:t>
      </w:r>
    </w:p>
    <w:p>
      <w:r>
        <w:rPr>
          <w:b/>
        </w:rPr>
        <w:t xml:space="preserve">[14:06] </w:t>
      </w:r>
      <w:r>
        <w:t>wo bhi test tha, yeh bhi test hai.</w:t>
      </w:r>
    </w:p>
    <w:p>
      <w:pPr>
        <w:jc w:val="right"/>
      </w:pPr>
      <w:r>
        <w:t>وہ بھی ٹیسٹ تھا، یہ بھی ٹیسٹ ہے۔</w:t>
      </w:r>
    </w:p>
    <w:p>
      <w:r>
        <w:rPr>
          <w:b/>
        </w:rPr>
        <w:t xml:space="preserve">[14:10] </w:t>
      </w:r>
      <w:r>
        <w:t>yahan na koi jeet hai, na haar hai. Yahan na koi kamyabi hai, na nakami hai. Yeh to sara mamla test ka mamla hai. To is se dekhiye, aap ke andar eternal positivity aayegi.</w:t>
      </w:r>
    </w:p>
    <w:p>
      <w:pPr>
        <w:jc w:val="right"/>
      </w:pPr>
      <w:r>
        <w:t>یہاں نہ کوئی جیت ہے، نہ ہار ہے۔ یہاں نہ کوئی کامیابی ہے، نہ ناکامی ہے۔ یہ تو سارا معاملہ ٹیسٹ کا معاملہ ہے۔ تو اس سے دیکھیے، آپ کے اندر ایٹرنل پازیٹیوٹی آئے گی۔</w:t>
      </w:r>
    </w:p>
    <w:p>
      <w:r>
        <w:rPr>
          <w:b/>
        </w:rPr>
        <w:t xml:space="preserve">[14:25] </w:t>
      </w:r>
      <w:r>
        <w:t>har haal mein. Phir yeh sochte sochte mujhe ek hadith yaad aayi.</w:t>
      </w:r>
    </w:p>
    <w:p>
      <w:pPr>
        <w:jc w:val="right"/>
      </w:pPr>
      <w:r>
        <w:t>ہر حال میں۔ پھر یہ سوچتے سوچتے مجھے ایک حدیث یاد آئی۔</w:t>
      </w:r>
    </w:p>
    <w:p>
      <w:r>
        <w:rPr>
          <w:b/>
        </w:rPr>
        <w:t xml:space="preserve">[14:36] </w:t>
      </w:r>
      <w:r>
        <w:t>hadith mein hai ke "إِذَا ابْتَلَىٰ تُو عَبْدِي بِحَبِيبَتَهِ فَصَبَرَ"</w:t>
      </w:r>
    </w:p>
    <w:p>
      <w:pPr>
        <w:jc w:val="right"/>
      </w:pPr>
      <w:r>
        <w:t>حدیث میں ہے کہ "إِذَا ابْتَلَىٰ تُو عَبْدِي بِحَبِيبَتَهِ فَصَبَرَ"</w:t>
      </w:r>
    </w:p>
    <w:p>
      <w:r>
        <w:rPr>
          <w:b/>
        </w:rPr>
        <w:t xml:space="preserve">[14:46] </w:t>
      </w:r>
      <w:r>
        <w:t>allah ta'ala farmate hain ke jab mein apne bando ko ibtila mein dalta hoon is ki do aankhon ke bare mein. yaani is ki do aankhein le leta hoon.</w:t>
      </w:r>
    </w:p>
    <w:p>
      <w:pPr>
        <w:jc w:val="right"/>
      </w:pPr>
      <w:r>
        <w:t>اللہ تعالیٰ فرماتے ہیں کہ جب میں اپنے بندوں کو ابتلا میں ڈالتا ہوں اس کی دو آنکھوں کے بارے میں۔ یعنی اس کی دو آنکھیں لے لیتا ہوں۔</w:t>
      </w:r>
    </w:p>
    <w:p>
      <w:r>
        <w:rPr>
          <w:b/>
        </w:rPr>
        <w:t xml:space="preserve">[14:57] </w:t>
      </w:r>
      <w:r>
        <w:t>yaani aankhein se mahroomi, yaani nabina ban jana. yeh hai ibtila.</w:t>
      </w:r>
    </w:p>
    <w:p>
      <w:pPr>
        <w:jc w:val="right"/>
      </w:pPr>
      <w:r>
        <w:t>یعنی آنکھیں سے محرومی، یعنی نابینا بن جانا۔ یہ ہے ابتلا۔</w:t>
      </w:r>
    </w:p>
    <w:p>
      <w:r>
        <w:rPr>
          <w:b/>
        </w:rPr>
        <w:t xml:space="preserve">[15:05] </w:t>
      </w:r>
      <w:r>
        <w:t>yeh mahroomi nahi hai. yeh nahi farmaya ke jab is ko mahroom karta hoon aankhon se. yaani hadith bhi yeh nahi hai ke jab mein is ko is ki aankhon se mahroom kar deta hoon.</w:t>
      </w:r>
    </w:p>
    <w:p>
      <w:pPr>
        <w:jc w:val="right"/>
      </w:pPr>
      <w:r>
        <w:t>یہ محرومی نہیں ہے۔ یہ نہیں فرمایا کہ جب اس کو محروم کرتا ہوں آنکھوں سے۔ یعنی حدیث بھی یہ نہیں ہے کہ جب میں اس کو اس کی آنکھوں سے محروم کر دیتا ہوں۔</w:t>
      </w:r>
    </w:p>
    <w:p>
      <w:r>
        <w:rPr>
          <w:b/>
        </w:rPr>
        <w:t xml:space="preserve">[15:17] </w:t>
      </w:r>
      <w:r>
        <w:t>nahi, jab mein is ki aankhon ke bare mein is par is pe ibtila karta hoon, yaani is ko aazmaish mein dalta hoon. aur phir woh sabr kar leta hai. to is ke badle mein is ko jannat deta hoon.</w:t>
      </w:r>
    </w:p>
    <w:p>
      <w:pPr>
        <w:jc w:val="right"/>
      </w:pPr>
      <w:r>
        <w:t>نہیں، جب میں اس کی آنکھوں کے بارے میں اس پر اس پہ ابتلا کرتا ہوں، یعنی اس کو آزمائش میں ڈالتا ہوں۔ اور پھر وہ صبر کر لیتا ہے۔ تو اس کے بدلے میں اس کو جنت دیتا ہوں۔</w:t>
      </w:r>
    </w:p>
    <w:p>
      <w:r>
        <w:rPr>
          <w:b/>
        </w:rPr>
        <w:t xml:space="preserve">[15:32] </w:t>
      </w:r>
      <w:r>
        <w:t>dekhiye, jannat to akhirat ki cheez hai. lekin yeh badla isi dunya se shuru ho jata hai. is par ghor karte hue mujhe samajh aaya ke sabr ka matlab yeh hai positive thinking.</w:t>
      </w:r>
    </w:p>
    <w:p>
      <w:pPr>
        <w:jc w:val="right"/>
      </w:pPr>
      <w:r>
        <w:t>دیکھیے، جنت تو آخرت کی چیز ہے۔ لیکن یہ بدلہ اسی دنیا سے شروع ہو جاتا ہے۔ اس پر غور کرتے ہوئے مجھے سمجھ آیا کہ صبر کا مطلب یہ ہے پازیٹیو تھنکنگ۔</w:t>
      </w:r>
    </w:p>
    <w:p>
      <w:r>
        <w:rPr>
          <w:b/>
        </w:rPr>
        <w:t xml:space="preserve">[15:47] </w:t>
      </w:r>
      <w:r>
        <w:t>sabr koi negative cheez nahi, koi bozdi ki baat nahi.</w:t>
      </w:r>
    </w:p>
    <w:p>
      <w:pPr>
        <w:jc w:val="right"/>
      </w:pPr>
      <w:r>
        <w:t>صبر کوئی نیگیٹیو چیز نہیں، کوئی بزدلی کی بات نہیں۔</w:t>
      </w:r>
    </w:p>
    <w:p>
      <w:r>
        <w:rPr>
          <w:b/>
        </w:rPr>
        <w:t xml:space="preserve">[15:53] </w:t>
      </w:r>
      <w:r>
        <w:t>yaani ek aadmi ki dono aankhein chali gayeen to sabr karta hai. is ka matlab ke is ko woh positive sense mein leta hai.</w:t>
      </w:r>
    </w:p>
    <w:p>
      <w:pPr>
        <w:jc w:val="right"/>
      </w:pPr>
      <w:r>
        <w:t>یعنی ایک آدمی کی دونوں آنکھیں چلی گئیں تو صبر کرتا ہے۔ اس کا معنی کہ اس کو وہ پازیٹیو سینس میں لیتا ہے۔</w:t>
      </w:r>
    </w:p>
    <w:p>
      <w:r>
        <w:rPr>
          <w:b/>
        </w:rPr>
        <w:t xml:space="preserve">[16:04] </w:t>
      </w:r>
      <w:r>
        <w:t>positive sense mein leta hai. is ko le kar ke phir mein ne abhi jo research hui hai, is ko socha mein ne. kaha aankhein, jaisa ke research yeh hai ke aankh band kar ke jab aap sochte hain to aap zyada soch paate hain.</w:t>
      </w:r>
    </w:p>
    <w:p>
      <w:pPr>
        <w:jc w:val="right"/>
      </w:pPr>
      <w:r>
        <w:t>پازیٹیو سینس میں لیتا ہے۔ اس کو لے کر کے پھر میں نے ابھی جو ریسرچ ہوئی ہے، اس کو سوچا میں نے۔ کہا آنکھیں، جیسا کہ ریسرچ یہ ہے کہ آنکھ بند کر کے جب آپ سوچتے ہیں تو آپ زیادہ سوچ پاتے ہیں۔</w:t>
      </w:r>
    </w:p>
    <w:p>
      <w:r>
        <w:rPr>
          <w:b/>
        </w:rPr>
        <w:t xml:space="preserve">[16:21] </w:t>
      </w:r>
      <w:r>
        <w:t>is ka matlab hai ke aankh se mahroomi ka matlab yeh nahi ke aap mahroom ho gaye. aap ko khuda ne ek aur salahiyat paida kar di.</w:t>
      </w:r>
    </w:p>
    <w:p>
      <w:pPr>
        <w:jc w:val="right"/>
      </w:pPr>
      <w:r>
        <w:t>اس کا معنی ہے کہ آنکھ سے محرومی کا مطلب یہ نہیں کہ آپ محروم ہو گئے۔ آپ کو خدا نے ایک اور صلاحیت پیدا کر دی۔</w:t>
      </w:r>
    </w:p>
    <w:p>
      <w:r>
        <w:rPr>
          <w:b/>
        </w:rPr>
        <w:t xml:space="preserve">[16:34] </w:t>
      </w:r>
      <w:r>
        <w:t>aankh band hui to kuch aur salahiyatein jo hain, trigger ho gayeen.</w:t>
      </w:r>
    </w:p>
    <w:p>
      <w:pPr>
        <w:jc w:val="right"/>
      </w:pPr>
      <w:r>
        <w:t>آنکھ بند ہوئی تو کچھ اور صلاحیتیں جو ہیں، ٹریگر ہو گئیں۔</w:t>
      </w:r>
    </w:p>
    <w:p>
      <w:r>
        <w:rPr>
          <w:b/>
        </w:rPr>
        <w:t xml:space="preserve">[16:40] </w:t>
      </w:r>
      <w:r>
        <w:t>kaisi ajeeb yeh cheez hai jo quran mein di gayi thi. ke kisi mahroomi ko mahroomi na samjho. woh mahroomi ke sath sath ek ek yaft lagi hui hai.</w:t>
      </w:r>
    </w:p>
    <w:p>
      <w:pPr>
        <w:jc w:val="right"/>
      </w:pPr>
      <w:r>
        <w:t>کیسی عجیب یہ چیز ہے جو قرآن میں دی گئی تھی۔ کہ کسی محرومی کو محرومی نہ سمجھو۔ وہ محرومی کے ساتھ ساتھ ایک ایک یافت لگی ہوئی ہے۔</w:t>
      </w:r>
    </w:p>
    <w:p>
      <w:r>
        <w:rPr>
          <w:b/>
        </w:rPr>
        <w:t xml:space="preserve">[16:54] </w:t>
      </w:r>
      <w:r>
        <w:t>is ke sath sath ek paana laga hua hai.</w:t>
      </w:r>
    </w:p>
    <w:p>
      <w:pPr>
        <w:jc w:val="right"/>
      </w:pPr>
      <w:r>
        <w:t>اس کے ساتھ ساتھ ایک پانا لگا ہوا ہے۔</w:t>
      </w:r>
    </w:p>
    <w:p>
      <w:r>
        <w:rPr>
          <w:b/>
        </w:rPr>
        <w:t xml:space="preserve">[16:59] </w:t>
      </w:r>
      <w:r>
        <w:t>to is par sochte sochte mujhe samajh aaya ke yeh ek concept tha jo history mein diya tha quran ne. ke har mahroomi ke andar ek yaft hai.</w:t>
      </w:r>
    </w:p>
    <w:p>
      <w:pPr>
        <w:jc w:val="right"/>
      </w:pPr>
      <w:r>
        <w:t>تو اس پر سوچتے سوچتے مجھے سمجھ آیا کہ یہ ایک کانسیپٹ تھا جو ہسٹری میں دیا تھا قرآن نے۔ کہ ہر محرومی کے اندر ایک یافت ہے۔</w:t>
      </w:r>
    </w:p>
    <w:p>
      <w:r>
        <w:rPr>
          <w:b/>
        </w:rPr>
        <w:t xml:space="preserve">[17:11] </w:t>
      </w:r>
      <w:r>
        <w:t>har khone ke andar ek paana hai. yeh cheez develop hui aaj kal ke modern world mein. ek bohat bara is mein baat maloom ho gayi.</w:t>
      </w:r>
    </w:p>
    <w:p>
      <w:pPr>
        <w:jc w:val="right"/>
      </w:pPr>
      <w:r>
        <w:t>ہر کھونے کے اندر ایک پانا ہے۔ یہ چیز ڈویلپ ہوئی آج کل کے ماڈرن ورلڈ میں۔ ایک بہت بڑا اس میں بات معلوم ہو گئی۔</w:t>
      </w:r>
    </w:p>
    <w:p>
      <w:r>
        <w:rPr>
          <w:b/>
        </w:rPr>
        <w:t xml:space="preserve">[17:25] </w:t>
      </w:r>
      <w:r>
        <w:t>woh yeh hai ke pehle zamane mein aadmi jo hai, kya bolta tha? woh andha hai, woh behra hai, woh goonga hai.</w:t>
      </w:r>
    </w:p>
    <w:p>
      <w:pPr>
        <w:jc w:val="right"/>
      </w:pPr>
      <w:r>
        <w:t>وہ یہ ہے کہ پہلے زمانے میں آدمی جو ہے، کیا بولتا تھا؟ وہ اندھا ہے، وہ بہرا ہے، وہ گونگا ہے۔</w:t>
      </w:r>
    </w:p>
    <w:p>
      <w:r>
        <w:rPr>
          <w:b/>
        </w:rPr>
        <w:t xml:space="preserve">[17:37] </w:t>
      </w:r>
      <w:r>
        <w:t>woh blind hai, woh dump hai, woh deaf hai.</w:t>
      </w:r>
    </w:p>
    <w:p>
      <w:pPr>
        <w:jc w:val="right"/>
      </w:pPr>
      <w:r>
        <w:t>وہ بلائنڈ ہے، وہ ڈمپ ہے، وہ ڈف ہے۔</w:t>
      </w:r>
    </w:p>
    <w:p>
      <w:r>
        <w:rPr>
          <w:b/>
        </w:rPr>
        <w:t xml:space="preserve">[17:42] </w:t>
      </w:r>
      <w:r>
        <w:t>is tarah ke alfaaz. woh woh lame hai, woh langra hai.</w:t>
      </w:r>
    </w:p>
    <w:p>
      <w:pPr>
        <w:jc w:val="right"/>
      </w:pPr>
      <w:r>
        <w:t>اس طرح کے الفاظ۔ وہ وہ لیم ہے، وہ لنگڑا ہے۔</w:t>
      </w:r>
    </w:p>
    <w:p>
      <w:r>
        <w:rPr>
          <w:b/>
        </w:rPr>
        <w:t xml:space="preserve">[17:51] </w:t>
      </w:r>
      <w:r>
        <w:t>lekin is zamane mein jo nayi research hui hai, woh quran ke is nishad hi ka ya quran ka jo jo clue diya gaya tha quran mein, clue.</w:t>
      </w:r>
    </w:p>
    <w:p>
      <w:pPr>
        <w:jc w:val="right"/>
      </w:pPr>
      <w:r>
        <w:t>لیکن اس زمانے میں جو نئی ریسرچ ہوئی ہے، وہ قرآن کے اس نشاد ہی کا یا قرآن کا جو جو کلو دیا گیا تھا قرآن میں، کلو۔</w:t>
      </w:r>
    </w:p>
    <w:p>
      <w:r>
        <w:rPr>
          <w:b/>
        </w:rPr>
        <w:t xml:space="preserve">[18:00] </w:t>
      </w:r>
      <w:r>
        <w:t>isi ka agla darja hai. yaani ab aap jante hain ke ab aise logon ko pehle kaha jata tha disabled person.</w:t>
      </w:r>
    </w:p>
    <w:p>
      <w:pPr>
        <w:jc w:val="right"/>
      </w:pPr>
      <w:r>
        <w:t>اسی کا اگلا درجہ ہے۔ یعنی اب آپ جانتے ہیں کہ اب ایسے لوگوں کو پہلے کہا جاتا تھا ڈس ایبلڈ پرسن۔</w:t>
      </w:r>
    </w:p>
    <w:p>
      <w:r>
        <w:rPr>
          <w:b/>
        </w:rPr>
        <w:t xml:space="preserve">[18:13] </w:t>
      </w:r>
      <w:r>
        <w:t>disabled person. ab kya hai? aap ko kaha jata hai differently abled.</w:t>
      </w:r>
    </w:p>
    <w:p>
      <w:pPr>
        <w:jc w:val="right"/>
      </w:pPr>
      <w:r>
        <w:t>ڈس ایبلڈ پرسن۔ اب کیا ہے؟ آپ کو کہا جاتا ہے ڈفرنٹلی ایبلڈ۔</w:t>
      </w:r>
    </w:p>
    <w:p>
      <w:r>
        <w:rPr>
          <w:b/>
        </w:rPr>
        <w:t xml:space="preserve">[18:21] </w:t>
      </w:r>
      <w:r>
        <w:t>ek aur tarike se ba salahiyat hona. yeh kaisi ajeeb cheez thi jo quran ki in ayaton mein aur is hadith mein chupi hui thi.</w:t>
      </w:r>
    </w:p>
    <w:p>
      <w:pPr>
        <w:jc w:val="right"/>
      </w:pPr>
      <w:r>
        <w:t>ایک اور طریقے سے باصلاحیت ہونا۔ یہ کیسی عجیب چیز تھی جو قرآن کی ان آیتوں میں اور اس حدیث میں چھپی ہوئی تھی۔</w:t>
      </w:r>
    </w:p>
    <w:p>
      <w:r>
        <w:rPr>
          <w:b/>
        </w:rPr>
        <w:t xml:space="preserve">[18:32] </w:t>
      </w:r>
      <w:r>
        <w:t>ke kisi mahroomi ko mahroomi na samjho. is mein ek aur kamyabi ka raaz chupa hua hai.</w:t>
      </w:r>
    </w:p>
    <w:p>
      <w:pPr>
        <w:jc w:val="right"/>
      </w:pPr>
      <w:r>
        <w:t>کہ کسی محرومی کو محرومی نہ سمجھو۔ اس میں ایک اور کامیابی کا راز چھپا ہوا ہے۔</w:t>
      </w:r>
    </w:p>
    <w:p>
      <w:r>
        <w:rPr>
          <w:b/>
        </w:rPr>
        <w:t xml:space="preserve">[18:41] </w:t>
      </w:r>
      <w:r>
        <w:t>to sabr kar lo ke matlab kya yeh? ke is par shikayat mat karo. mayoosi mat pado. balkeh discover karo apni is nayi ability ko.</w:t>
      </w:r>
    </w:p>
    <w:p>
      <w:pPr>
        <w:jc w:val="right"/>
      </w:pPr>
      <w:r>
        <w:t>تو صبر کر لو کے معنی کیا یہ؟ کہ اس پر شکایت مت کرو۔ مایوسی مت پڑو۔ بلکہ ڈسکور کرو اپنی اس نئی ایبیلیٹی کو۔</w:t>
      </w:r>
    </w:p>
    <w:p>
      <w:r>
        <w:rPr>
          <w:b/>
        </w:rPr>
        <w:t xml:space="preserve">[18:55] </w:t>
      </w:r>
      <w:r>
        <w:t>to yeh idea poori history mein chalta raha. ab ja kar ke is ko zyada darja mila hai. yaani ab ek aadmi jo disabled samjha jata tha pehle, ab woh differently abled kaha jata hai.</w:t>
      </w:r>
    </w:p>
    <w:p>
      <w:pPr>
        <w:jc w:val="right"/>
      </w:pPr>
      <w:r>
        <w:t>تو یہ آئیڈیا پوری ہسٹری میں چلتا رہا۔ اب جا کر کے اس کو زیادہ درجہ ملا ہے۔ یعنی اب ایک آدمی جو ڈس ایبلڈ سمجھا جاتا تھا پہلے، اب وہ ڈفرنٹلی ایبلڈ کہا جاتا ہے۔</w:t>
      </w:r>
    </w:p>
    <w:p>
      <w:r>
        <w:rPr>
          <w:b/>
        </w:rPr>
        <w:t xml:space="preserve">[19:10] </w:t>
      </w:r>
      <w:r>
        <w:t>is ki misalein dekhiye. is ki misalein dekhiye aap. ke braille jo tha, braille ek andha aadmi tha.</w:t>
      </w:r>
    </w:p>
    <w:p>
      <w:pPr>
        <w:jc w:val="right"/>
      </w:pPr>
      <w:r>
        <w:t>اس کی مثالیں دیکھیے۔ اس کی مثالیں دیکھیے آپ۔ کہ بریل جو تھا، بریل ایک اندھا آدمی تھا۔</w:t>
      </w:r>
    </w:p>
    <w:p>
      <w:r>
        <w:rPr>
          <w:b/>
        </w:rPr>
        <w:t xml:space="preserve">[19:22] </w:t>
      </w:r>
      <w:r>
        <w:t>lekin is ke andhe pan ne is ke andar aik nai salahiyat jagai. yahan tak ke woh brel system ko ijad karne wala ban gaya. yani andhon ko aisi cheez jis se andhe parh saken.</w:t>
      </w:r>
    </w:p>
    <w:p>
      <w:pPr>
        <w:jc w:val="right"/>
      </w:pPr>
      <w:r>
        <w:t>لیکن اس کے اندھے پن نے اس کے اندر ایک نئی صلاحیت جگائی۔ یہاں تک کہ وہ بریل سسٹم کو ایجاد کرنے والا بن گیا۔ یعنی اندھوں کو ایسی چیز جس سے اندھے پڑھ سکیں۔</w:t>
      </w:r>
    </w:p>
    <w:p>
      <w:r>
        <w:rPr>
          <w:b/>
        </w:rPr>
        <w:t xml:space="preserve">[19:36] </w:t>
      </w:r>
      <w:r>
        <w:t>aik andhe ne woh system ijad kiya.</w:t>
      </w:r>
    </w:p>
    <w:p>
      <w:pPr>
        <w:jc w:val="right"/>
      </w:pPr>
      <w:r>
        <w:t>ایک اندھے نے وہ سسٹم ایجاد کیا۔</w:t>
      </w:r>
    </w:p>
    <w:p>
      <w:r>
        <w:rPr>
          <w:b/>
        </w:rPr>
        <w:t xml:space="preserve">[19:40] </w:t>
      </w:r>
      <w:r>
        <w:t>isi ke naam par is ko kaha jata hai brel system.</w:t>
      </w:r>
    </w:p>
    <w:p>
      <w:pPr>
        <w:jc w:val="right"/>
      </w:pPr>
      <w:r>
        <w:t>اسی کے نام پر اس کو کہا جاتا ہے بریل سسٹم۔</w:t>
      </w:r>
    </w:p>
    <w:p>
      <w:r>
        <w:rPr>
          <w:b/>
        </w:rPr>
        <w:t xml:space="preserve">[19:46] </w:t>
      </w:r>
      <w:r>
        <w:t>aisi hirl kalar thi, woh dif aur damp thi. us ne bohat bare bare karnamay anjam diye. aap internet par dekh sakte hain.</w:t>
      </w:r>
    </w:p>
    <w:p>
      <w:pPr>
        <w:jc w:val="right"/>
      </w:pPr>
      <w:r>
        <w:t>ایسی ہیرل کلر تھی، وہ ڈف اور ڈمپ تھی۔ اس نے بہت بڑے بڑے کارنامے انجام دیے۔ آپ انٹرنیٹ پر دیکھ سکتے ہیں۔</w:t>
      </w:r>
    </w:p>
    <w:p>
      <w:r>
        <w:rPr>
          <w:b/>
        </w:rPr>
        <w:t xml:space="preserve">[19:59] </w:t>
      </w:r>
      <w:r>
        <w:t>aise hi dekhiye, stephen hawking hai, woh paralyzed hai. lekin is ka paralyzed hona is ke liye mahroomi nahi thi. is ke andar ki salahiyaten jaag parin.</w:t>
      </w:r>
    </w:p>
    <w:p>
      <w:pPr>
        <w:jc w:val="right"/>
      </w:pPr>
      <w:r>
        <w:t>ایسے ہی دیکھیے، اسٹیفن ہاکنگ ہے، وہ پیرالائزڈ ہے۔ لیکن اس کا پیرالائزڈ ہونا اس کے لیے محرومی نہیں تھا۔ اس کے اندر کی صلاحیتیں جاگ پڑیں۔</w:t>
      </w:r>
    </w:p>
    <w:p>
      <w:r>
        <w:rPr>
          <w:b/>
        </w:rPr>
        <w:t xml:space="preserve">[20:11] </w:t>
      </w:r>
      <w:r>
        <w:t>woh in fold ho gaeen. agarchay is ke hath paon paralyzed ho gae. lekin andar jo salahiyaten chupi hui theen, woh in fold ho gaeen.</w:t>
      </w:r>
    </w:p>
    <w:p>
      <w:pPr>
        <w:jc w:val="right"/>
      </w:pPr>
      <w:r>
        <w:t>وہ ان فولڈ ہو گئیں۔ اگرچہ اس کے ہاتھ پاؤں پیرالائزڈ ہو گئے۔ لیکن اندر جو صلاحیتیں چھپی ہوئی تھیں، وہ ان فولڈ ہو گئیں۔</w:t>
      </w:r>
    </w:p>
    <w:p>
      <w:r>
        <w:rPr>
          <w:b/>
        </w:rPr>
        <w:t xml:space="preserve">[20:22] </w:t>
      </w:r>
      <w:r>
        <w:t>ab waqt ka aik, yani theoretical science mein sab se bara naam ban gaya woh.</w:t>
      </w:r>
    </w:p>
    <w:p>
      <w:pPr>
        <w:jc w:val="right"/>
      </w:pPr>
      <w:r>
        <w:t>اب وقت کا ایک، یعنی تھیوریکل سائنس میں سب سے بڑا نام بن گیا وہ۔</w:t>
      </w:r>
    </w:p>
    <w:p>
      <w:r>
        <w:rPr>
          <w:b/>
        </w:rPr>
        <w:t xml:space="preserve">[20:29] </w:t>
      </w:r>
      <w:r>
        <w:t>to dekhiye, quran mein yeh baat jo kahi gai hai. ke mahroom par shikayat mat karo, mayoos mat ho, balkay sabar karo.</w:t>
      </w:r>
    </w:p>
    <w:p>
      <w:pPr>
        <w:jc w:val="right"/>
      </w:pPr>
      <w:r>
        <w:t>تو دیکھیے، قرآن میں یہ بات جو کہی گئی ہے۔ کہ محروم پر شکایت مت کرو، مایوس مت ہو، بلکہ صبر کرو۔</w:t>
      </w:r>
    </w:p>
    <w:p>
      <w:r>
        <w:rPr>
          <w:b/>
        </w:rPr>
        <w:t xml:space="preserve">[20:39] </w:t>
      </w:r>
      <w:r>
        <w:t>yani is ko positive sense mein lo. to kya hoga? tumhare andar aik aik aur salahiyat in fold ho jaye gi.</w:t>
      </w:r>
    </w:p>
    <w:p>
      <w:pPr>
        <w:jc w:val="right"/>
      </w:pPr>
      <w:r>
        <w:t>یعنی اس کو پازیٹیو سینس میں لو۔ تو کیا ہوگا؟ تمہارے اندر ایک ایک اور صلاحیت ان فولڈ ہو جائے گی۔</w:t>
      </w:r>
    </w:p>
    <w:p>
      <w:r>
        <w:rPr>
          <w:b/>
        </w:rPr>
        <w:t xml:space="preserve">[20:53] </w:t>
      </w:r>
      <w:r>
        <w:t>yani blind hona, dif aur damp hona, lame hona, aik aik aur salahiyat ko jagane ka sabab ban jaye ga. differently abled ka concept yeh hai.</w:t>
      </w:r>
    </w:p>
    <w:p>
      <w:pPr>
        <w:jc w:val="right"/>
      </w:pPr>
      <w:r>
        <w:t>یعنی بلائنڈ ہونا، ڈف اور ڈمپ ہونا، لیم ہونا، ایک ایک اور صلاحیت کو جگانے کا سبب بن جائے گا۔ ڈفرنٹلی ایبلڈ کا کانسیپٹ یہ ہے۔</w:t>
      </w:r>
    </w:p>
    <w:p>
      <w:r>
        <w:rPr>
          <w:b/>
        </w:rPr>
        <w:t xml:space="preserve">[21:06] </w:t>
      </w:r>
      <w:r>
        <w:t>to kitni bari cheez hai jis ka clue quran mein diya gaya tha.</w:t>
      </w:r>
    </w:p>
    <w:p>
      <w:pPr>
        <w:jc w:val="right"/>
      </w:pPr>
      <w:r>
        <w:t>تو کتنی بڑی چیز ہے جس کا کلو قرآن میں دیا گیا تھا۔</w:t>
      </w:r>
    </w:p>
    <w:p>
      <w:r>
        <w:rPr>
          <w:b/>
        </w:rPr>
        <w:t xml:space="preserve">[21:13] </w:t>
      </w:r>
      <w:r>
        <w:t>aise hi dekhiye, main soch raha tha ke aik baat samajh mein aai. ke quran mein surah al raad mein aik ayat hai.</w:t>
      </w:r>
    </w:p>
    <w:p>
      <w:pPr>
        <w:jc w:val="right"/>
      </w:pPr>
      <w:r>
        <w:t>ایسے ہی دیکھیے، میں سوچ رہا تھا کہ ایک بات سمجھ میں آئی۔ کہ قرآن میں سورہ الرعد میں ایک آیت ہے۔</w:t>
      </w:r>
    </w:p>
    <w:p>
      <w:r>
        <w:rPr>
          <w:b/>
        </w:rPr>
        <w:t xml:space="preserve">[21:28] </w:t>
      </w:r>
      <w:r>
        <w:t>"wa amma ma yanfa'u al nas fa yamkusu fi al ladhiina" is mein do misalein batai gai hain, nature ki misalein.</w:t>
      </w:r>
    </w:p>
    <w:p>
      <w:pPr>
        <w:jc w:val="right"/>
      </w:pPr>
      <w:r>
        <w:t>"وَأَمَّا مَا يَنْفَعُ النَّاسُ فَيَمْكُسُ فِي اللَّذِيْنَ" اس میں دو مثالیں بتائی گئی ہیں، نیچر کی مثالیں۔</w:t>
      </w:r>
    </w:p>
    <w:p>
      <w:r>
        <w:rPr>
          <w:b/>
        </w:rPr>
        <w:t xml:space="preserve">[21:39] </w:t>
      </w:r>
      <w:r>
        <w:t>do misalein. woh aap surah al raad mein dekh sakte hain.</w:t>
      </w:r>
    </w:p>
    <w:p>
      <w:pPr>
        <w:jc w:val="right"/>
      </w:pPr>
      <w:r>
        <w:t>دو مثالیں۔ وہ آپ سورہ الرعد میں دیکھ سکتے ہیں۔</w:t>
      </w:r>
    </w:p>
    <w:p>
      <w:r>
        <w:rPr>
          <w:b/>
        </w:rPr>
        <w:t xml:space="preserve">[21:45] </w:t>
      </w:r>
      <w:r>
        <w:t>in do misalon ko bata kar ke farmaya ke "wa amma ma yanfa'u al nas fa yamkusu fi al ladhiina" jo nafeh bakhsh hota hai, us ko zameen mein bakhsh milta hai.</w:t>
      </w:r>
    </w:p>
    <w:p>
      <w:pPr>
        <w:jc w:val="right"/>
      </w:pPr>
      <w:r>
        <w:t>ان دو مثالوں کو بتا کر کے فرمایا کہ "وَأَمَّا مَا يَنْفَعُ النَّاسُ فَيَمْكُسُ فِي اللَّذِيْنَ" جو نفع بخش ہوتا ہے، اس کو زمین میں بخش ملتا ہے۔</w:t>
      </w:r>
    </w:p>
    <w:p>
      <w:r>
        <w:rPr>
          <w:b/>
        </w:rPr>
        <w:t xml:space="preserve">[22:02] </w:t>
      </w:r>
      <w:r>
        <w:t>dosre lafzon mein is ka matlab yeh hai ke</w:t>
      </w:r>
    </w:p>
    <w:p>
      <w:pPr>
        <w:jc w:val="right"/>
      </w:pPr>
      <w:r>
        <w:t>دوسرے لفظوں میں اس کا مطلب یہ ہے کہ</w:t>
      </w:r>
    </w:p>
    <w:p>
      <w:r>
        <w:rPr>
          <w:b/>
        </w:rPr>
        <w:t xml:space="preserve">[22:11] </w:t>
      </w:r>
      <w:r>
        <w:t>ke givers always prevail.</w:t>
      </w:r>
    </w:p>
    <w:p>
      <w:pPr>
        <w:jc w:val="right"/>
      </w:pPr>
      <w:r>
        <w:t>کہ گیورز آلویز پریویل۔</w:t>
      </w:r>
    </w:p>
    <w:p>
      <w:r>
        <w:rPr>
          <w:b/>
        </w:rPr>
        <w:t xml:space="preserve">[22:19] </w:t>
      </w:r>
      <w:r>
        <w:t>givers always prevail. jo dene wale hote hain, wohi prevail karte hain. ab yeh kaisi ajeeb o ghareeb baat hai?</w:t>
      </w:r>
    </w:p>
    <w:p>
      <w:pPr>
        <w:jc w:val="right"/>
      </w:pPr>
      <w:r>
        <w:t>گیورز آلویز پریویل۔ جو دینے والے ہوتے ہیں، وہی پریویل کرتے ہیں۔ اب یہ کیسی عجیب و غریب بات ہے؟</w:t>
      </w:r>
    </w:p>
    <w:p>
      <w:r>
        <w:rPr>
          <w:b/>
        </w:rPr>
        <w:t xml:space="preserve">[22:34] </w:t>
      </w:r>
      <w:r>
        <w:t>ke aik aap ko aik raaz bataya gaya ke apne zamanay mein, apni society mein, apne daur mein, agar aap chahte hain koi bara darja mile aap ko to kya banen aap?</w:t>
      </w:r>
    </w:p>
    <w:p>
      <w:pPr>
        <w:jc w:val="right"/>
      </w:pPr>
      <w:r>
        <w:t>کہ ایک آپ کو ایک راز بتایا گیا کہ اپنے زمانے میں، اپنی سوسائٹی میں، اپنے دور میں، اگر آپ چاہتے ہیں کوئی بڑا درجہ ملے آپ کو تو کیا بنیں آپ؟</w:t>
      </w:r>
    </w:p>
    <w:p>
      <w:r>
        <w:rPr>
          <w:b/>
        </w:rPr>
        <w:t xml:space="preserve">[22:46] </w:t>
      </w:r>
      <w:r>
        <w:t>aap giver banen, giver.</w:t>
      </w:r>
    </w:p>
    <w:p>
      <w:pPr>
        <w:jc w:val="right"/>
      </w:pPr>
      <w:r>
        <w:t>آپ گیور بنیں، گیور۔</w:t>
      </w:r>
    </w:p>
    <w:p>
      <w:r>
        <w:rPr>
          <w:b/>
        </w:rPr>
        <w:t xml:space="preserve">[22:50] </w:t>
      </w:r>
      <w:r>
        <w:t>giver. agar aap tareeqa chala rahe hon ke mujhe yeh do, mujhe woh do. mujh ko yeh chahiye, mujh ko woh chahiye.</w:t>
      </w:r>
    </w:p>
    <w:p>
      <w:pPr>
        <w:jc w:val="right"/>
      </w:pPr>
      <w:r>
        <w:t>گیور۔ اگر آپ طریقہ چلا رہے ہوں کہ مجھے یہ دو، مجھے وہ دو۔ مجھ کو یہ چاہیے، مجھ کو وہ چاہیے۔</w:t>
      </w:r>
    </w:p>
    <w:p>
      <w:r>
        <w:rPr>
          <w:b/>
        </w:rPr>
        <w:t xml:space="preserve">[23:00] </w:t>
      </w:r>
      <w:r>
        <w:t>to</w:t>
      </w:r>
    </w:p>
    <w:p>
      <w:pPr>
        <w:jc w:val="right"/>
      </w:pPr>
      <w:r>
        <w:t>تو</w:t>
      </w:r>
    </w:p>
    <w:p>
      <w:r>
        <w:rPr>
          <w:b/>
        </w:rPr>
        <w:t xml:space="preserve">[23:01] </w:t>
      </w:r>
      <w:r>
        <w:t>aap aik taker community ban jayen gay. lekin mile ga kuch bhi nahi. aik aik aik mangne wale aur aur aur protest karne wale ban jayen gay.</w:t>
      </w:r>
    </w:p>
    <w:p>
      <w:pPr>
        <w:jc w:val="right"/>
      </w:pPr>
      <w:r>
        <w:t>آپ ایک ٹیکر کمیونٹی بن جائیں گے۔ لیکن ملے گا کچھ بھی نہیں۔ ایک ایک ایک مانگنے والے اور اور اور پروٹیسٹ کرنے والے بن جائیں گے۔</w:t>
      </w:r>
    </w:p>
    <w:p>
      <w:r>
        <w:rPr>
          <w:b/>
        </w:rPr>
        <w:t xml:space="preserve">[23:16] </w:t>
      </w:r>
      <w:r>
        <w:t>lekin mile ga kuch bhi nahi. kyun ke mile ga to kab? jab aap giver banen. yani dunya mein, yani giver logon ke liye sab kuch hai.</w:t>
      </w:r>
    </w:p>
    <w:p>
      <w:pPr>
        <w:jc w:val="right"/>
      </w:pPr>
      <w:r>
        <w:t>لیکن ملے گا کچھ بھی نہیں۔ کیوں کہ ملے گا تو کب؟ جب آپ گیور بنیں۔ یعنی دنیا میں، یعنی گیور لوگوں کے لیے سب کچھ ہے۔</w:t>
      </w:r>
    </w:p>
    <w:p>
      <w:r>
        <w:rPr>
          <w:b/>
        </w:rPr>
        <w:t xml:space="preserve">[23:30] </w:t>
      </w:r>
      <w:r>
        <w:t>jis ke pas dene ke liye kuch na ho, us ko is dunya mein kuch mile ga bhi nahi. to yeh aik dekhiye, is mein aik principle bataya gaya, aik usool bata diya gaya.</w:t>
      </w:r>
    </w:p>
    <w:p>
      <w:pPr>
        <w:jc w:val="right"/>
      </w:pPr>
      <w:r>
        <w:t>جس کے پاس دینے کے لیے کچھ نہ ہو، اس کو اس دنیا میں کچھ ملے گا بھی نہیں۔ تو یہ ایک دیکھیے، اس میں ایک پرنسپل بتایا گیا، ایک اصول بتا دیا گیا۔</w:t>
      </w:r>
    </w:p>
    <w:p>
      <w:r>
        <w:rPr>
          <w:b/>
        </w:rPr>
        <w:t xml:space="preserve">[23:43] </w:t>
      </w:r>
      <w:r>
        <w:t>keh agar tum chahte ho dunya se kuch paana to dene wale bano. dene wale bano.</w:t>
      </w:r>
    </w:p>
    <w:p>
      <w:pPr>
        <w:jc w:val="right"/>
      </w:pPr>
      <w:r>
        <w:t>کہ اگر تم چاہتے ہو دنیا سے کچھ پانا تو دینے والے بنو۔ دینے والے بنو۔</w:t>
      </w:r>
    </w:p>
    <w:p>
      <w:r>
        <w:rPr>
          <w:b/>
        </w:rPr>
        <w:t xml:space="preserve">[23:54] </w:t>
      </w:r>
      <w:r>
        <w:t>yeh ek zindagi ka raaz hai.</w:t>
      </w:r>
    </w:p>
    <w:p>
      <w:pPr>
        <w:jc w:val="right"/>
      </w:pPr>
      <w:r>
        <w:t>یہ ایک زندگی کا راز ہے۔</w:t>
      </w:r>
    </w:p>
    <w:p>
      <w:r>
        <w:rPr>
          <w:b/>
        </w:rPr>
        <w:t xml:space="preserve">[23:57] </w:t>
      </w:r>
      <w:r>
        <w:t>is ka matlab yeh hai ke jab aadmi, koi community apne aap ko is haal mein paaye ke us ko mislan huqooq nahi mil rahe hain.</w:t>
      </w:r>
    </w:p>
    <w:p>
      <w:pPr>
        <w:jc w:val="right"/>
      </w:pPr>
      <w:r>
        <w:t>اس کا معنی یہ ہے کہ جب آدمی، کوئی کمیونٹی اپنے آپ کو اس حال میں پائے کہ اس کو مثلاً حقوق نہیں مل رہے ہیں۔</w:t>
      </w:r>
    </w:p>
    <w:p>
      <w:r>
        <w:rPr>
          <w:b/>
        </w:rPr>
        <w:t xml:space="preserve">[24:09] </w:t>
      </w:r>
      <w:r>
        <w:t>us ko is ke saath imtiyazi sulook ho raha hai.</w:t>
      </w:r>
    </w:p>
    <w:p>
      <w:pPr>
        <w:jc w:val="right"/>
      </w:pPr>
      <w:r>
        <w:t>اس کو اس کے ساتھ امتیازی سلوک ہو رہا ہے۔</w:t>
      </w:r>
    </w:p>
    <w:p>
      <w:r>
        <w:rPr>
          <w:b/>
        </w:rPr>
        <w:t xml:space="preserve">[24:16] </w:t>
      </w:r>
      <w:r>
        <w:t>us ko yani backwat bana diya gaya hai. bilfarz aisa woh mehsoos karein woh. to unhein kya karna chahiye?</w:t>
      </w:r>
    </w:p>
    <w:p>
      <w:pPr>
        <w:jc w:val="right"/>
      </w:pPr>
      <w:r>
        <w:t>اس کو یعنی بیک واٹ بنا دیا گیا ہے۔ بالفرض ایسا وہ محسوس کریں وہ۔ تو انہیں کیا کرنا چاہیے؟</w:t>
      </w:r>
    </w:p>
    <w:p>
      <w:r>
        <w:rPr>
          <w:b/>
        </w:rPr>
        <w:t xml:space="preserve">[24:27] </w:t>
      </w:r>
      <w:r>
        <w:t>harghiz harghiz yeh nahi karna chahiye ke woh shikayatein karne lagein.</w:t>
      </w:r>
    </w:p>
    <w:p>
      <w:pPr>
        <w:jc w:val="right"/>
      </w:pPr>
      <w:r>
        <w:t>ہرگز ہرگز یہ نہیں کرنا چاہیے کہ وہ شکایتیں کرنے لگیں۔</w:t>
      </w:r>
    </w:p>
    <w:p>
      <w:r>
        <w:rPr>
          <w:b/>
        </w:rPr>
        <w:t xml:space="preserve">[24:35] </w:t>
      </w:r>
      <w:r>
        <w:t>doosron ko mulzim, doosron pe ilzaam rakh kar ke un ke khilaaf protest karne lagein. kyun ke doosra aap ko kuch bhi nahi dega.</w:t>
      </w:r>
    </w:p>
    <w:p>
      <w:pPr>
        <w:jc w:val="right"/>
      </w:pPr>
      <w:r>
        <w:t>دوسروں کو ملزم، دوسروں پہ الزام رکھ کر کے ان کے خلاف پروٹیسٹ کرنے لگیں۔ کیوں کہ دوسرا آپ کو کچھ بھی نہیں دے گا۔</w:t>
      </w:r>
    </w:p>
    <w:p>
      <w:r>
        <w:rPr>
          <w:b/>
        </w:rPr>
        <w:t xml:space="preserve">[24:45] </w:t>
      </w:r>
      <w:r>
        <w:t>according to the law of nature.</w:t>
      </w:r>
    </w:p>
    <w:p>
      <w:pPr>
        <w:jc w:val="right"/>
      </w:pPr>
      <w:r>
        <w:t>اکارڈنگ ٹو دا لاء آف نیچر۔</w:t>
      </w:r>
    </w:p>
    <w:p>
      <w:r>
        <w:rPr>
          <w:b/>
        </w:rPr>
        <w:t xml:space="preserve">[24:51] </w:t>
      </w:r>
      <w:r>
        <w:t>according to the law of nature, doosra aap ko kuch bhi nahi dene wala hai.</w:t>
      </w:r>
    </w:p>
    <w:p>
      <w:pPr>
        <w:jc w:val="right"/>
      </w:pPr>
      <w:r>
        <w:t>اکارڈنگ ٹو دا لاء آف نیچر، دوسرا آپ کو کچھ بھی نہیں دینے والا ہے۔</w:t>
      </w:r>
    </w:p>
    <w:p>
      <w:r>
        <w:rPr>
          <w:b/>
        </w:rPr>
        <w:t xml:space="preserve">[24:57] </w:t>
      </w:r>
      <w:r>
        <w:t>yeh law of nature ki baat hai. yeh na zulm ki baat hai, na conspiracy ki baat hai, na dushmani ki baat hai.</w:t>
      </w:r>
    </w:p>
    <w:p>
      <w:pPr>
        <w:jc w:val="right"/>
      </w:pPr>
      <w:r>
        <w:t>یہ لاء آف نیچر کی بات ہے۔ یہ نہ ظلم کی بات ہے، نہ کانسپریسی کی بات ہے، نہ دشمنی کی بات ہے۔</w:t>
      </w:r>
    </w:p>
    <w:p>
      <w:r>
        <w:rPr>
          <w:b/>
        </w:rPr>
        <w:t xml:space="preserve">[25:08] </w:t>
      </w:r>
      <w:r>
        <w:t>yeh sab baat hai law of nature ki. jo kaha jata hai ke in giving that we received.</w:t>
      </w:r>
    </w:p>
    <w:p>
      <w:pPr>
        <w:jc w:val="right"/>
      </w:pPr>
      <w:r>
        <w:t>یہ سب بات ہے لاء آف نیچر کی۔ جو کہا جاتا ہے کہ ان گیونگ دیٹ وی ریسیوڈ۔</w:t>
      </w:r>
    </w:p>
    <w:p>
      <w:r>
        <w:rPr>
          <w:b/>
        </w:rPr>
        <w:t xml:space="preserve">[25:18] </w:t>
      </w:r>
      <w:r>
        <w:t>to agar aap dekh rahe hain ke aap</w:t>
      </w:r>
    </w:p>
    <w:p>
      <w:pPr>
        <w:jc w:val="right"/>
      </w:pPr>
      <w:r>
        <w:t>تو اگر آپ دیکھ رہے ہیں کہ آپ</w:t>
      </w:r>
    </w:p>
    <w:p>
      <w:r>
        <w:rPr>
          <w:b/>
        </w:rPr>
        <w:t xml:space="preserve">[25:24] </w:t>
      </w:r>
      <w:r>
        <w:t>jo chahte hain woh aap ko mila hua nahi hai. to is ka reason aap hamesha sirf yeh samjhiye ke main giver nahi ban saka, main dene wala nahi ban saka.</w:t>
      </w:r>
    </w:p>
    <w:p>
      <w:pPr>
        <w:jc w:val="right"/>
      </w:pPr>
      <w:r>
        <w:t>جو چاہتے ہیں وہ آپ کو ملا ہوا نہیں ہے۔ تو اس کا ریزن آپ ہمیشہ صرف یہ سمجھیے کہ میں گیور نہیں بن سکا، میں دینے والا نہیں بن سکا۔</w:t>
      </w:r>
    </w:p>
    <w:p>
      <w:r>
        <w:rPr>
          <w:b/>
        </w:rPr>
        <w:t xml:space="preserve">[25:35] </w:t>
      </w:r>
      <w:r>
        <w:t>isi ki price, main isi ki price de raha hoon.</w:t>
      </w:r>
    </w:p>
    <w:p>
      <w:pPr>
        <w:jc w:val="right"/>
      </w:pPr>
      <w:r>
        <w:t>اسی کی پرائز، میں اسی کی پرائز دے رہا ہوں۔</w:t>
      </w:r>
    </w:p>
    <w:p>
      <w:r>
        <w:rPr>
          <w:b/>
        </w:rPr>
        <w:t xml:space="preserve">[25:42] </w:t>
      </w:r>
      <w:r>
        <w:t>yani I am paying the price of my own failure.</w:t>
      </w:r>
    </w:p>
    <w:p>
      <w:pPr>
        <w:jc w:val="right"/>
      </w:pPr>
      <w:r>
        <w:t>یعنی آئی ایم پینگ دا پرائز آف مائی اون فیلیر۔</w:t>
      </w:r>
    </w:p>
    <w:p>
      <w:r>
        <w:rPr>
          <w:b/>
        </w:rPr>
        <w:t xml:space="preserve">[25:48] </w:t>
      </w:r>
      <w:r>
        <w:t>to yeh yeh karna ke falan zalim hai, falan dushman hai, falan conspiracy kar raha hai. is ne hum ko museebat mein daal rakha hai.</w:t>
      </w:r>
    </w:p>
    <w:p>
      <w:pPr>
        <w:jc w:val="right"/>
      </w:pPr>
      <w:r>
        <w:t>تو یہ یہ کرنا کہ فلاں ظالم ہے، فلاں دشمن ہے، فلاں کانسپریسی کر رہا ہے۔ اس نے ہم کو مصیبت میں ڈال رکھا ہے۔</w:t>
      </w:r>
    </w:p>
    <w:p>
      <w:r>
        <w:rPr>
          <w:b/>
        </w:rPr>
        <w:t xml:space="preserve">[25:58] </w:t>
      </w:r>
      <w:r>
        <w:t>yeh soch hi unnatural hai, baseless hai. khuda ki is dunya mein aisi soch ki koi jagah nahi hai. aise logon ko sirf yeh sochna chahiye ke we are paying the price of our own failure.</w:t>
      </w:r>
    </w:p>
    <w:p>
      <w:pPr>
        <w:jc w:val="right"/>
      </w:pPr>
      <w:r>
        <w:t>یہ سوچ ہی ان نیچرل ہے، بیس لیس ہے۔ خدا کی اس دنیا میں ایسی سوچ کی کوئی جگہ نہیں ہے۔ ایسے لوگوں کو صرف یہ سوچنا چاہیے کہ وی آر پینگ دا پرائز آف اور اون فیلیر۔</w:t>
      </w:r>
    </w:p>
    <w:p>
      <w:r>
        <w:rPr>
          <w:b/>
        </w:rPr>
        <w:t xml:space="preserve">[26:17] </w:t>
      </w:r>
      <w:r>
        <w:t>to apne is jo fail ho gaye hain, jo nakaam nakaam ho gaye, us ko door karein. wahan par amal karein. aap ghor kijiye, kitni badi yeh haqeeqat hai.</w:t>
      </w:r>
    </w:p>
    <w:p>
      <w:pPr>
        <w:jc w:val="right"/>
      </w:pPr>
      <w:r>
        <w:t>تو اپنے اس جو فیل ہو گئے ہیں، جو ناکام ناکام ہو گئے، اس کو دور کریں۔ وہاں پر عمل کریں۔ آپ غور کیجیے، کتنی بڑی یہ حقیقت ہے۔</w:t>
      </w:r>
    </w:p>
    <w:p>
      <w:r>
        <w:rPr>
          <w:b/>
        </w:rPr>
        <w:t xml:space="preserve">[26:32] </w:t>
      </w:r>
      <w:r>
        <w:t>kitni badi sachai hai. kitab zindagi ka raaz hai.</w:t>
      </w:r>
    </w:p>
    <w:p>
      <w:pPr>
        <w:jc w:val="right"/>
      </w:pPr>
      <w:r>
        <w:t>کتنی بڑی سچائی ہے۔ کتاب زندگی کا راز ہے۔</w:t>
      </w:r>
    </w:p>
    <w:p>
      <w:r>
        <w:rPr>
          <w:b/>
        </w:rPr>
        <w:t xml:space="preserve">[26:41] </w:t>
      </w:r>
      <w:r>
        <w:t>is mein do baatein hain. ek to yeh, yeh jo principle hai, yeh jo usool hai. yeh aap ko eternally negative thinking se bacha leta hai.</w:t>
      </w:r>
    </w:p>
    <w:p>
      <w:pPr>
        <w:jc w:val="right"/>
      </w:pPr>
      <w:r>
        <w:t>اس میں دو باتیں ہیں۔ ایک تو یہ، یہ جو پرنسپل ہے، یہ جو اصول ہے۔ یہ آپ کو ایٹرنلی نیگیٹیو تھنکنگ سے بچا لیتا ہے۔</w:t>
      </w:r>
    </w:p>
    <w:p>
      <w:r>
        <w:rPr>
          <w:b/>
        </w:rPr>
        <w:t xml:space="preserve">[26:57] </w:t>
      </w:r>
      <w:r>
        <w:t>yeh aap ko mukammal taur par positive thinking par qaim rakhta hai. kyun ke jab wajah aap khud hon, doosra na ho.</w:t>
      </w:r>
    </w:p>
    <w:p>
      <w:pPr>
        <w:jc w:val="right"/>
      </w:pPr>
      <w:r>
        <w:t>یہ آپ کو مکمل طور پر پازیٹیو تھنکنگ پر قائم رکھتا ہے۔ کیوں کہ جب وجہ آپ خود ہوں، دوسرا نہ ہو۔</w:t>
      </w:r>
    </w:p>
    <w:p>
      <w:r>
        <w:rPr>
          <w:b/>
        </w:rPr>
        <w:t xml:space="preserve">[27:07] </w:t>
      </w:r>
      <w:r>
        <w:t>to aap shikayat kis se karein ge?</w:t>
      </w:r>
    </w:p>
    <w:p>
      <w:pPr>
        <w:jc w:val="right"/>
      </w:pPr>
      <w:r>
        <w:t>تو آپ شکایت کس سے کریں گے؟</w:t>
      </w:r>
    </w:p>
    <w:p>
      <w:r>
        <w:rPr>
          <w:b/>
        </w:rPr>
        <w:t xml:space="preserve">[27:12] </w:t>
      </w:r>
      <w:r>
        <w:t>to ek taraf to yeh jo soch hai, yeh jo law of nature hai, jis ko bataya gaya Quran mein. ek taraf woh aap ke andar lazaawal, kabhi na mitne wala positive thinking paida karta hai.</w:t>
      </w:r>
    </w:p>
    <w:p>
      <w:pPr>
        <w:jc w:val="right"/>
      </w:pPr>
      <w:r>
        <w:t>تو ایک طرف تو یہ جو سوچ ہے، یہ جو لاء آف نیچر ہے، جس کو بتایا گیا قرآن میں۔ ایک طرف وہ آپ کے اندر لازوال، کبھی نہ مٹنے والا پازیٹیو تھنکنگ پیدا کرتا ہے۔</w:t>
      </w:r>
    </w:p>
    <w:p>
      <w:r>
        <w:rPr>
          <w:b/>
        </w:rPr>
        <w:t xml:space="preserve">[27:32] </w:t>
      </w:r>
      <w:r>
        <w:t>aur doosri taraf aap ko woh right, aap ko woh line of action de deta hai. jis pe aap badhein aage.</w:t>
      </w:r>
    </w:p>
    <w:p>
      <w:pPr>
        <w:jc w:val="right"/>
      </w:pPr>
      <w:r>
        <w:t>اور دوسری طرف آپ کو وہ رائٹ، آپ کو وہ لائن آف ایکشن دے دیتا ہے۔ جس پہ آپ بڑھیں آگے۔</w:t>
      </w:r>
    </w:p>
    <w:p>
      <w:r>
        <w:rPr>
          <w:b/>
        </w:rPr>
        <w:t xml:space="preserve">[27:43] </w:t>
      </w:r>
      <w:r>
        <w:t>sahi line of action. a starting, sahi starting point.</w:t>
      </w:r>
    </w:p>
    <w:p>
      <w:pPr>
        <w:jc w:val="right"/>
      </w:pPr>
      <w:r>
        <w:t>صحیح لائن آف ایکشن۔ اے سٹارٹنگ، صحیح سٹارٹنگ پوائنٹ۔</w:t>
      </w:r>
    </w:p>
    <w:p>
      <w:r>
        <w:rPr>
          <w:b/>
        </w:rPr>
        <w:t xml:space="preserve">[27:51] </w:t>
      </w:r>
      <w:r>
        <w:t>right starting point, right line of action. yeh kitni badi baat hai.</w:t>
      </w:r>
    </w:p>
    <w:p>
      <w:pPr>
        <w:jc w:val="right"/>
      </w:pPr>
      <w:r>
        <w:t>رائٹ سٹارٹنگ پوائنٹ، رائٹ لائن آف ایکشن۔ یہ کتنی بڑی بات ہے۔</w:t>
      </w:r>
    </w:p>
    <w:p>
      <w:r>
        <w:rPr>
          <w:b/>
        </w:rPr>
        <w:t xml:space="preserve">[28:00] </w:t>
      </w:r>
      <w:r>
        <w:t>yeh do nematein agar aap sochen to yeh itni bari hain. ke goya sab kuch aap ko mil gaya.</w:t>
      </w:r>
    </w:p>
    <w:p>
      <w:pPr>
        <w:jc w:val="right"/>
      </w:pPr>
      <w:r>
        <w:t>یہ دو نعمتیں اگر آپ سوچیں تو یہ اتنی بڑی ہیں۔ کہ گویا سب کچھ آپ کو مل گیا۔</w:t>
      </w:r>
    </w:p>
    <w:p>
      <w:r>
        <w:rPr>
          <w:b/>
        </w:rPr>
        <w:t xml:space="preserve">[28:09] </w:t>
      </w:r>
      <w:r>
        <w:t>yeh do baatein agar aap ne daryaft kar lein. ke what is the right starting point? what is the right line of action?</w:t>
      </w:r>
    </w:p>
    <w:p>
      <w:pPr>
        <w:jc w:val="right"/>
      </w:pPr>
      <w:r>
        <w:t>یہ دو باتیں اگر آپ نے دریافت کر لیں۔ کہ واٹ از دا رائٹ سٹارٹنگ پوائنٹ؟ واٹ از دا رائٹ لائن آف ایکشن؟</w:t>
      </w:r>
    </w:p>
    <w:p>
      <w:r>
        <w:rPr>
          <w:b/>
        </w:rPr>
        <w:t xml:space="preserve">[28:20] </w:t>
      </w:r>
      <w:r>
        <w:t>yeh aap ko maloom ho jaye. to ab sab kuch maloom ho gaya aap ko. sab kuch maloom ho gaya.</w:t>
      </w:r>
    </w:p>
    <w:p>
      <w:pPr>
        <w:jc w:val="right"/>
      </w:pPr>
      <w:r>
        <w:t>یہ آپ کو معلوم ہو جائے۔ تو اب سب کچھ معلوم ہو گیا آپ کو۔ سب کچھ معلوم ہو گیا۔</w:t>
      </w:r>
    </w:p>
    <w:p>
      <w:r>
        <w:rPr>
          <w:b/>
        </w:rPr>
        <w:t xml:space="preserve">[28:30] </w:t>
      </w:r>
      <w:r>
        <w:t>to isi liye main arz karta hoon, quran ko yeh kehna hai ke muqaddas kitab hai, yeh is ki, is ki, is ko, is ko woh karna hai. understatement karna hai.</w:t>
      </w:r>
    </w:p>
    <w:p>
      <w:pPr>
        <w:jc w:val="right"/>
      </w:pPr>
      <w:r>
        <w:t>تو اسی لیے میں عرض کرتا ہوں، قرآن کو یہ کہنا ہے کہ مقدس کتاب ہے، یہ اس کی، اس کی، اس کو، اس کو وہ کرنا ہے۔ انڈر اسٹیٹمنٹ کرنا ہے۔</w:t>
      </w:r>
    </w:p>
    <w:p>
      <w:r>
        <w:rPr>
          <w:b/>
        </w:rPr>
        <w:t xml:space="preserve">[28:42] </w:t>
      </w:r>
      <w:r>
        <w:t>yeh is ki tasgheer hai. sahi baat hai ke aap yeh kahein, quran book of wisdom hai. quran book of wisdom hai.</w:t>
      </w:r>
    </w:p>
    <w:p>
      <w:pPr>
        <w:jc w:val="right"/>
      </w:pPr>
      <w:r>
        <w:t>یہ اس کی تصغیر ہے۔ صحیح بات ہے کہ آپ یہ کہیں، قرآن بک آف وزڈم ہے۔ قرآن بک آف وزڈم ہے۔</w:t>
      </w:r>
    </w:p>
    <w:p>
      <w:r>
        <w:rPr>
          <w:b/>
        </w:rPr>
        <w:t xml:space="preserve">[28:54] </w:t>
      </w:r>
      <w:r>
        <w:t>quran mein hai ke yudillu bihi katheerun wa yahdi bihi katheerun.</w:t>
      </w:r>
    </w:p>
    <w:p>
      <w:pPr>
        <w:jc w:val="right"/>
      </w:pPr>
      <w:r>
        <w:t>قرآن میں ہے کہ یذل بہ کثیر ویدیہ بہ کثیر۔</w:t>
      </w:r>
    </w:p>
    <w:p>
      <w:r>
        <w:rPr>
          <w:b/>
        </w:rPr>
        <w:t xml:space="preserve">[29:00] </w:t>
      </w:r>
      <w:r>
        <w:t>yeh bohat ajeeb ayat hai. isi ek hi quran ke bare mein farmaaya, yeh quran kuch logon ko misguide karta hai.</w:t>
      </w:r>
    </w:p>
    <w:p>
      <w:pPr>
        <w:jc w:val="right"/>
      </w:pPr>
      <w:r>
        <w:t>یہ بہت عجیب آیت ہے۔ اسی ایک ہی قرآن کے بارے میں فرمایا، یہ قرآن کچھ لوگوں کو مس گائیڈ کرتا ہے۔</w:t>
      </w:r>
    </w:p>
    <w:p>
      <w:r>
        <w:rPr>
          <w:b/>
        </w:rPr>
        <w:t xml:space="preserve">[29:10] </w:t>
      </w:r>
      <w:r>
        <w:t>aur kuch logon ko proper guidance deta hai. kaisi ajeeb baat hai yeh. yudillu bihi katheerun wa yahdi bihi katheerun.</w:t>
      </w:r>
    </w:p>
    <w:p>
      <w:pPr>
        <w:jc w:val="right"/>
      </w:pPr>
      <w:r>
        <w:t>اور کچھ لوگوں کو پراپر گائیڈنس دیتا ہے۔ کیسی عجیب بات ہے یہ۔ یذل بہ کثیر ویدیہ بہ کثیر۔</w:t>
      </w:r>
    </w:p>
    <w:p>
      <w:r>
        <w:rPr>
          <w:b/>
        </w:rPr>
        <w:t xml:space="preserve">[29:19] </w:t>
      </w:r>
      <w:r>
        <w:t>ek hi ek hi kitab, ek hi صحیfa. isi ke bare mein farmaaya ke kisi ko sahi rehnumai milti hai aur koi bhatak jata hai.</w:t>
      </w:r>
    </w:p>
    <w:p>
      <w:pPr>
        <w:jc w:val="right"/>
      </w:pPr>
      <w:r>
        <w:t>ایک ہی ایک ہی کتاب، ایک ہی صحیفہ۔ اسی کے بارے میں فرمایا کہ کسی کو صحیح رہنمائی ملتی ہے اور کوئی بھٹک جاتا ہے۔</w:t>
      </w:r>
    </w:p>
    <w:p>
      <w:r>
        <w:rPr>
          <w:b/>
        </w:rPr>
        <w:t xml:space="preserve">[29:33] </w:t>
      </w:r>
      <w:r>
        <w:t>yeh bohat ziyada sochne ki baat hai. hum mein se har shakhs is ka case ban sakta hai. to bohat ziyada sochne ki baat hai.</w:t>
      </w:r>
    </w:p>
    <w:p>
      <w:pPr>
        <w:jc w:val="right"/>
      </w:pPr>
      <w:r>
        <w:t>یہ بہت زیادہ سوچنے کی بات ہے۔ ہم میں سے ہر شخص اس کا کیس بن سکتا ہے۔ تو بہت زیادہ سوچنے کی بات ہے۔</w:t>
      </w:r>
    </w:p>
    <w:p>
      <w:r>
        <w:rPr>
          <w:b/>
        </w:rPr>
        <w:t xml:space="preserve">[29:43] </w:t>
      </w:r>
      <w:r>
        <w:t>ab main aap misaal deta hoon aap ko. ke kaise ek hi kitab dono baaton ka zariya ban jati hai.</w:t>
      </w:r>
    </w:p>
    <w:p>
      <w:pPr>
        <w:jc w:val="right"/>
      </w:pPr>
      <w:r>
        <w:t>اب میں آپ مثال دیتا ہوں آپ کو۔ کہ کیسے ایک ہی کتاب دونوں باتوں کا ذریعہ بن جاتی ہے۔</w:t>
      </w:r>
    </w:p>
    <w:p>
      <w:r>
        <w:rPr>
          <w:b/>
        </w:rPr>
        <w:t xml:space="preserve">[29:54] </w:t>
      </w:r>
      <w:r>
        <w:t>yaani misguide karne ka bhi aur proper guidance dene ka bhi. main misaal deta hoon aap ko.</w:t>
      </w:r>
    </w:p>
    <w:p>
      <w:pPr>
        <w:jc w:val="right"/>
      </w:pPr>
      <w:r>
        <w:t>یعنی مس گائیڈ کرنے کا بھی اور پراپر گائیڈنس دینے کا بھی۔ میں مثال دیتا ہوں آپ کو۔</w:t>
      </w:r>
    </w:p>
    <w:p>
      <w:r>
        <w:rPr>
          <w:b/>
        </w:rPr>
        <w:t xml:space="preserve">[30:03] </w:t>
      </w:r>
      <w:r>
        <w:t>ek saahab jo non muslim thay aur bohat educated thay woh, un ko quran diya gaya. quran ka english translation parhne ke liye.</w:t>
      </w:r>
    </w:p>
    <w:p>
      <w:pPr>
        <w:jc w:val="right"/>
      </w:pPr>
      <w:r>
        <w:t>ایک صاحب جو نان مسلم تھے اور بہت ایجوکیٹڈ تھے وہ، ان کو قرآن دیا گیا۔ قرآن کا انگلش ٹرانسلیشن پڑھنے کے لیے۔</w:t>
      </w:r>
    </w:p>
    <w:p>
      <w:r>
        <w:rPr>
          <w:b/>
        </w:rPr>
        <w:t xml:space="preserve">[30:18] </w:t>
      </w:r>
      <w:r>
        <w:t>woh le gaye, is ke baad jaldi is ko unhon ne lota diya. lota diya. unhon ne kaha ke bhai main is ko parh nahi paaya.</w:t>
      </w:r>
    </w:p>
    <w:p>
      <w:pPr>
        <w:jc w:val="right"/>
      </w:pPr>
      <w:r>
        <w:t>وہ لے گئے، اس کے بعد جلدی اس کو انہوں نے لوٹا دیا۔ لوٹا دیا۔ انہوں نے کہا کہ بھئی میں اس کو پڑھ نہیں پایا۔</w:t>
      </w:r>
    </w:p>
    <w:p>
      <w:r>
        <w:rPr>
          <w:b/>
        </w:rPr>
        <w:t xml:space="preserve">[30:30] </w:t>
      </w:r>
      <w:r>
        <w:t>jab main ne shuru kiya to main ne dekha ke yeh to har page par jahannum ki baat hai. aag ki baat hai. khuda aag mein daale ga, khuda jahannum mein daale ga.</w:t>
      </w:r>
    </w:p>
    <w:p>
      <w:pPr>
        <w:jc w:val="right"/>
      </w:pPr>
      <w:r>
        <w:t>جب میں نے شروع کیا تو میں نے دیکھا کہ یہ تو ہر پیج پر جہنم کی بات ہے۔ آگ کی بات ہے۔ خدا آگ میں ڈالے گا، خدا جہنم میں ڈالے گا۔</w:t>
      </w:r>
    </w:p>
    <w:p>
      <w:r>
        <w:rPr>
          <w:b/>
        </w:rPr>
        <w:t xml:space="preserve">[30:42] </w:t>
      </w:r>
      <w:r>
        <w:t>to main to dar gaya aur main is ko parh nahi saka. aur yeh aap rakhiye, aap aise apne paas rakhiye is ko.</w:t>
      </w:r>
    </w:p>
    <w:p>
      <w:pPr>
        <w:jc w:val="right"/>
      </w:pPr>
      <w:r>
        <w:t>تو میں تو ڈر گیا اور میں اس کو پڑھ نہیں سکا۔ اور یہ آپ رکھیے، آپ ایسے اپنے پاس رکھیے اس کو۔</w:t>
      </w:r>
    </w:p>
    <w:p>
      <w:r>
        <w:rPr>
          <w:b/>
        </w:rPr>
        <w:t xml:space="preserve">[30:54] </w:t>
      </w:r>
      <w:r>
        <w:t>aap dekhiye, yeh jo soch in ki thi, in ki soch sahi nahi thi. in ko yeh sochna chahiye tha ke kitni bari baat hai, kab tak bhoola hua tha main is haqeeqat se.</w:t>
      </w:r>
    </w:p>
    <w:p>
      <w:pPr>
        <w:jc w:val="right"/>
      </w:pPr>
      <w:r>
        <w:t>آپ دیکھیے، یہ جو سوچ ان کی تھی، ان سوچ صحیح نہیں تھی۔ ان کو یہ سوچنا چاہیے تھا کہ کتنی بڑی بات ہے، کب تک بھولا ہوا تھا میں اس حقیقت سے۔</w:t>
      </w:r>
    </w:p>
    <w:p>
      <w:r>
        <w:rPr>
          <w:b/>
        </w:rPr>
        <w:t xml:space="preserve">[31:12] </w:t>
      </w:r>
      <w:r>
        <w:t>kyun ke doosron ki tarah mujhe bhi marna hai. sab log mar rahe hain to main bhi, main bhi maroon ga. ab marne ke baad achaanak kya hai?</w:t>
      </w:r>
    </w:p>
    <w:p>
      <w:pPr>
        <w:jc w:val="right"/>
      </w:pPr>
      <w:r>
        <w:t>کیوں کہ دوسروں کی طرح مجھے بھی مرنا ہے۔ سب لوگ مر رہے ہیں تو میں بھی، میں بھی مروں گا۔ اب مرنے کے بعد اچانک کیا ہے؟</w:t>
      </w:r>
    </w:p>
    <w:p>
      <w:r>
        <w:rPr>
          <w:b/>
        </w:rPr>
        <w:t xml:space="preserve">[31:21] </w:t>
      </w:r>
      <w:r>
        <w:t>jannat hai aur jahannum hai.</w:t>
      </w:r>
    </w:p>
    <w:p>
      <w:pPr>
        <w:jc w:val="right"/>
      </w:pPr>
      <w:r>
        <w:t>جنت ہے اور جہنم ہے۔</w:t>
      </w:r>
    </w:p>
    <w:p>
      <w:r>
        <w:rPr>
          <w:b/>
        </w:rPr>
        <w:t xml:space="preserve">[31:23] </w:t>
      </w:r>
      <w:r>
        <w:t>fariq fil jannati wa fariq fis saeer. to bhai is ki tayyari karna hai. maut se pehle. woh kehte hain ke bhai yeh kitab to mere liye aayi opener ban gayi.</w:t>
      </w:r>
    </w:p>
    <w:p>
      <w:pPr>
        <w:jc w:val="right"/>
      </w:pPr>
      <w:r>
        <w:t>فریق فی الجنہ و فریق فی الصعیر۔ تو بھئی اس کی تیاری کرنا ہے۔ موت سے پہلے۔ وہ کہتے ہیں کہ بھئی یہ کتاب تو میرے لیے آئی اوپنر بن گئی۔</w:t>
      </w:r>
    </w:p>
    <w:p>
      <w:r>
        <w:rPr>
          <w:b/>
        </w:rPr>
        <w:t xml:space="preserve">[31:38] </w:t>
      </w:r>
      <w:r>
        <w:t>meri aankh kholne wali ban gayi. to dekhiye, ek rukh par chale woh. to unhon ne parha hi nahi kitab ko, lota diya baghair parhe hue.</w:t>
      </w:r>
    </w:p>
    <w:p>
      <w:pPr>
        <w:jc w:val="right"/>
      </w:pPr>
      <w:r>
        <w:t>میری آنکھ کھولنے والی بن گئی۔ تو دیکھیے، ایک رخ پر چلے وہ۔ تو انہوں نے پڑھا ہی نہیں کتاب کو، لوٹا دیا بغیر پڑھے ہوئے۔</w:t>
      </w:r>
    </w:p>
    <w:p>
      <w:r>
        <w:rPr>
          <w:b/>
        </w:rPr>
        <w:t xml:space="preserve">[31:49] </w:t>
      </w:r>
      <w:r>
        <w:t>agar doosre rukh par chalte woh. to is ko baar baar parhte, baar baar parhte aur apni zindagi ke liye is ko book of guidance bana lete.</w:t>
      </w:r>
    </w:p>
    <w:p>
      <w:pPr>
        <w:jc w:val="right"/>
      </w:pPr>
      <w:r>
        <w:t>اگر دوسرے رخ پر چلتے وہ۔ تو اس کو بار بار پڑھتے، بار بار پڑھتے اور اپنی زندگی کے لیے اس کو بک آف گائیڈنس بنا لیتے۔</w:t>
      </w:r>
    </w:p>
    <w:p>
      <w:r>
        <w:rPr>
          <w:b/>
        </w:rPr>
        <w:t xml:space="preserve">[32:00] </w:t>
      </w:r>
      <w:r>
        <w:t>ke bhai yeh kitab to bari nemah hai ke is ne marne se pehle mujhe bata diya ke maut ke baad kya pesh aane wala hai.</w:t>
      </w:r>
    </w:p>
    <w:p>
      <w:pPr>
        <w:jc w:val="right"/>
      </w:pPr>
      <w:r>
        <w:t>کہ بھئی یہ کتاب تو بڑی نعمت ہے کہ اس نے مرنے سے پہلے مجھے بتا دیا کہ موت کے بعد کیا پیش آنے والا ہے۔</w:t>
      </w:r>
    </w:p>
    <w:p>
      <w:r>
        <w:rPr>
          <w:b/>
        </w:rPr>
        <w:t xml:space="preserve">[32:11] </w:t>
      </w:r>
      <w:r>
        <w:t>yeh matlab hai is baat ka. ke yudillu bihi katheerun wa yahdi bihi katheerun.</w:t>
      </w:r>
    </w:p>
    <w:p>
      <w:pPr>
        <w:jc w:val="right"/>
      </w:pPr>
      <w:r>
        <w:t>یہ مطلب ہے اس بات کا۔ کہ یذل بہ کثیر ویدیہ بہ کثیر۔</w:t>
      </w:r>
    </w:p>
    <w:p>
      <w:r>
        <w:rPr>
          <w:b/>
        </w:rPr>
        <w:t xml:space="preserve">[32:17] </w:t>
      </w:r>
      <w:r>
        <w:t>ke kuch logon ko is se milti hai hidayat aur kuch logon ko is se milti hai gumrahi. ab aap ek aur misaal lijiye. isi tarah ek aur saahab ko quran ka, woh bhi parhe likhe thay.</w:t>
      </w:r>
    </w:p>
    <w:p>
      <w:pPr>
        <w:jc w:val="right"/>
      </w:pPr>
      <w:r>
        <w:t>کہ کچھ لوگوں کو اس سے ملتی ہے ہدایت اور کچھ لوگوں کو اس سے ملتی ہے گمراہی۔ اب آپ ایک اور مثال لیجیے۔ اسی طرح ایک اور صاحب کو قرآن کا، وہ بھی پڑھے لکھے تھے۔</w:t>
      </w:r>
    </w:p>
    <w:p>
      <w:r>
        <w:rPr>
          <w:b/>
        </w:rPr>
        <w:t xml:space="preserve">[32:33] </w:t>
      </w:r>
      <w:r>
        <w:t>haili educated aadmi thay. un ko quran diya gaya parhnay ke liye. english translation.</w:t>
      </w:r>
    </w:p>
    <w:p>
      <w:pPr>
        <w:jc w:val="right"/>
      </w:pPr>
      <w:r>
        <w:t>ہائیلی ایجوکیٹڈ آدمی تھے۔ ان کو قرآن دیا گیا پڑھنے کے لیے۔ انگلش ٹرانسلیشن۔</w:t>
      </w:r>
    </w:p>
    <w:p>
      <w:r>
        <w:rPr>
          <w:b/>
        </w:rPr>
        <w:t xml:space="preserve">[32:41] </w:t>
      </w:r>
      <w:r>
        <w:t>is ko parha unhon nay. aur aik baar parha to phir is ko kai baar parh dala unhon nay.</w:t>
      </w:r>
    </w:p>
    <w:p>
      <w:pPr>
        <w:jc w:val="right"/>
      </w:pPr>
      <w:r>
        <w:t>اس کو پڑھا انہوں نے۔ اور ایک بار پڑھا تو پھر اس کو کئی بار پڑھ ڈالا انہوں نے۔</w:t>
      </w:r>
    </w:p>
    <w:p>
      <w:r>
        <w:rPr>
          <w:b/>
        </w:rPr>
        <w:t xml:space="preserve">[32:53] </w:t>
      </w:r>
      <w:r>
        <w:t>kyun? unhon nay kaha, mulaqat jab hui un say. unhon nay kaha ke bhai main aik aik aisa aadmi tha jis ke kandhay katar par nahi tha.</w:t>
      </w:r>
    </w:p>
    <w:p>
      <w:pPr>
        <w:jc w:val="right"/>
      </w:pPr>
      <w:r>
        <w:t>کیوں؟ انہوں نے کہا، ملاقات جب ہوئی ان سے۔ انہوں نے کہا کہ بھئی میں ایک ایک ایسا آدمی تھا جس کے کندھے کٹر پر نہیں تھا۔</w:t>
      </w:r>
    </w:p>
    <w:p>
      <w:r>
        <w:rPr>
          <w:b/>
        </w:rPr>
        <w:t xml:space="preserve">[33:07] </w:t>
      </w:r>
      <w:r>
        <w:t>main har mazhab ki cheezain parhta tha.</w:t>
      </w:r>
    </w:p>
    <w:p>
      <w:pPr>
        <w:jc w:val="right"/>
      </w:pPr>
      <w:r>
        <w:t>میں ہر مذہب کی چیزیں پڑھتا تھا۔</w:t>
      </w:r>
    </w:p>
    <w:p>
      <w:r>
        <w:rPr>
          <w:b/>
        </w:rPr>
        <w:t xml:space="preserve">[33:11] </w:t>
      </w:r>
      <w:r>
        <w:t>to main nay dekha ke doosray mazhabon mein salvation jo hai, nijat. woh external factor par</w:t>
      </w:r>
    </w:p>
    <w:p>
      <w:pPr>
        <w:jc w:val="right"/>
      </w:pPr>
      <w:r>
        <w:t>تو میں نے دیکھا کہ دوسرے مذہبوں میں سالویشن جو ہے، نجات۔ وہ ایکسٹرنل فیکٹر پر</w:t>
      </w:r>
    </w:p>
    <w:p>
      <w:r>
        <w:rPr>
          <w:b/>
        </w:rPr>
        <w:t xml:space="preserve">[33:22] </w:t>
      </w:r>
      <w:r>
        <w:t>base karti hai, mabni hai. yani kuch external factor hain jo mujh ko salvation detay hain. misaal ke taur par yahood ke haan kya hai?</w:t>
      </w:r>
    </w:p>
    <w:p>
      <w:pPr>
        <w:jc w:val="right"/>
      </w:pPr>
      <w:r>
        <w:t>بیس کرتی ہے، مبنی ہے۔ یعنی کچھ ایکسٹرنل فیکٹر ہیں جو مجھ کو سالویشن دیتے ہیں۔ مثلاً یہود کے ہاں کیا ہے؟</w:t>
      </w:r>
    </w:p>
    <w:p>
      <w:r>
        <w:rPr>
          <w:b/>
        </w:rPr>
        <w:t xml:space="preserve">[33:36] </w:t>
      </w:r>
      <w:r>
        <w:t>ke</w:t>
      </w:r>
    </w:p>
    <w:p>
      <w:pPr>
        <w:jc w:val="right"/>
      </w:pPr>
      <w:r>
        <w:t>کہ</w:t>
      </w:r>
    </w:p>
    <w:p>
      <w:r>
        <w:rPr>
          <w:b/>
        </w:rPr>
        <w:t xml:space="preserve">[33:39] </w:t>
      </w:r>
      <w:r>
        <w:t>birth par sara mamla mabni hai. birth. yani aik aadmi yahoodi family mein paida ho gaya to us ke liye jannat hai.</w:t>
      </w:r>
    </w:p>
    <w:p>
      <w:pPr>
        <w:jc w:val="right"/>
      </w:pPr>
      <w:r>
        <w:t>برتھ پر سارا معاملہ مبنی ہے۔ برتھ۔ یعنی ایک آدمی یہودی فیملی میں پیدا ہو گیا تو اس کے لیے جنت ہے۔</w:t>
      </w:r>
    </w:p>
    <w:p>
      <w:r>
        <w:rPr>
          <w:b/>
        </w:rPr>
        <w:t xml:space="preserve">[33:51] </w:t>
      </w:r>
      <w:r>
        <w:t>yahoodi family mein paida hona bas yeh kafi hai ke woh paradise mein chala jaye. to paida hona to kisi ke bas mein nahi</w:t>
      </w:r>
    </w:p>
    <w:p>
      <w:pPr>
        <w:jc w:val="right"/>
      </w:pPr>
      <w:r>
        <w:t>یہودی فیملی میں پیدا ہونا بس یہ کافی ہے کہ وہ پیراڈائز میں چلا جائے۔ تو پیدا ہونا تو کسی کے بس میں نہیں</w:t>
      </w:r>
    </w:p>
    <w:p>
      <w:r>
        <w:rPr>
          <w:b/>
        </w:rPr>
        <w:t xml:space="preserve">[34:02] </w:t>
      </w:r>
      <w:r>
        <w:t>hai. aadmi kya maloom ke woh kis family mein paida ho ga. to accidently agar paida ho gaya woh aadmi yahoodi family mein to phir jaye ga jannat mein.</w:t>
      </w:r>
    </w:p>
    <w:p>
      <w:pPr>
        <w:jc w:val="right"/>
      </w:pPr>
      <w:r>
        <w:t>ہے۔ آدمی کیا معلوم کہ وہ کس فیملی میں پیدا ہو گا۔ تو ایکسیڈنٹلی اگر پیدا ہو گیا وہ آدمی یہودی فیملی میں تو پھر جائے گا جنت میں۔</w:t>
      </w:r>
    </w:p>
    <w:p>
      <w:r>
        <w:rPr>
          <w:b/>
        </w:rPr>
        <w:t xml:space="preserve">[34:16] </w:t>
      </w:r>
      <w:r>
        <w:t>kahin aur paida ho gaya to us ko phir salvation nahi mile gi.</w:t>
      </w:r>
    </w:p>
    <w:p>
      <w:pPr>
        <w:jc w:val="right"/>
      </w:pPr>
      <w:r>
        <w:t>کہیں اور پیدا ہو گیا تو اس کو پھر سالویشن نہیں ملے گی۔</w:t>
      </w:r>
    </w:p>
    <w:p>
      <w:r>
        <w:rPr>
          <w:b/>
        </w:rPr>
        <w:t xml:space="preserve">[34:22] </w:t>
      </w:r>
      <w:r>
        <w:t>yeh to sab kuch base karta hai ittefaq par. chance factor par</w:t>
      </w:r>
    </w:p>
    <w:p>
      <w:pPr>
        <w:jc w:val="right"/>
      </w:pPr>
      <w:r>
        <w:t>یہ تو سب کچھ بیس کرتا ہے اتفاق پر۔ چانس فیکٹر پر</w:t>
      </w:r>
    </w:p>
    <w:p>
      <w:r>
        <w:rPr>
          <w:b/>
        </w:rPr>
        <w:t xml:space="preserve">[34:30] </w:t>
      </w:r>
      <w:r>
        <w:t>. to mujhe unhon nay kaha ke yeh baat mujhe appeal nahi karti thi yeh cheez. phir unhon nay kaha ke christianity mein hum nay parha to wahan par kya hai?</w:t>
      </w:r>
    </w:p>
    <w:p>
      <w:pPr>
        <w:jc w:val="right"/>
      </w:pPr>
      <w:r>
        <w:t>۔ تو مجھے انہوں نے کہا کہ یہ بات مجھے اپیل نہیں کرتی تھی یہ چیز۔ پھر انہوں نے کہا کہ کرسچینٹی میں ہم نے پڑھا تو وہاں پر کیا ہے؟</w:t>
      </w:r>
    </w:p>
    <w:p>
      <w:r>
        <w:rPr>
          <w:b/>
        </w:rPr>
        <w:t xml:space="preserve">[34:39] </w:t>
      </w:r>
      <w:r>
        <w:t>ke hazrat maseeh sole pe charh gaye. to yeh ab jo log un pe iman layein, un sab ke liye woh sar.</w:t>
      </w:r>
    </w:p>
    <w:p>
      <w:pPr>
        <w:jc w:val="right"/>
      </w:pPr>
      <w:r>
        <w:t>کہ حضرت مسیح سولی پہ چڑھ گئے۔ تو یہ اب جو لوگ ان پہ ایمان لائیں، ان سب کے لیے وہ سر۔</w:t>
      </w:r>
    </w:p>
    <w:p>
      <w:r>
        <w:rPr>
          <w:b/>
        </w:rPr>
        <w:t xml:space="preserve">[34:52] </w:t>
      </w:r>
      <w:r>
        <w:t>jo un par iman layein, un sab ke liye woh kafara ban gaye.</w:t>
      </w:r>
    </w:p>
    <w:p>
      <w:pPr>
        <w:jc w:val="right"/>
      </w:pPr>
      <w:r>
        <w:t>جو ان پر ایمان لائیں، ان سب کے لیے وہ کفارہ بن گئے۔</w:t>
      </w:r>
    </w:p>
    <w:p>
      <w:r>
        <w:rPr>
          <w:b/>
        </w:rPr>
        <w:t xml:space="preserve">[34:59] </w:t>
      </w:r>
      <w:r>
        <w:t>jis ko kehte hain atonement. to unhon nay kaha ke yeh bhi meri samajh mein nahi aata tha. ke aik aur shakhs jo hai, aik aur shakhs kuch karta hai aur mujh ko yani us ka mil jata hai nateeja.</w:t>
      </w:r>
    </w:p>
    <w:p>
      <w:pPr>
        <w:jc w:val="right"/>
      </w:pPr>
      <w:r>
        <w:t>جس کو کہتے ہیں اٹونمنٹ۔ تو انہوں نے کہا کہ یہ بھی میری سمجھ میں نہیں آتا تھا۔ کہ ایک اور شخص جو ہے، ایک اور شخص کچھ کرتا ہے اور مجھ کو یعنی اس کا مل جاتا ہے نتیجہ۔</w:t>
      </w:r>
    </w:p>
    <w:p>
      <w:r>
        <w:rPr>
          <w:b/>
        </w:rPr>
        <w:t xml:space="preserve">[35:19] </w:t>
      </w:r>
      <w:r>
        <w:t>to yeh kaise, yeh koi logical baat nahi nazar aati thi mujh ko.</w:t>
      </w:r>
    </w:p>
    <w:p>
      <w:pPr>
        <w:jc w:val="right"/>
      </w:pPr>
      <w:r>
        <w:t>تو یہ کیسے، یہ کوئی لاجیکل بات نہیں نظر آتی تھی مجھ کو۔</w:t>
      </w:r>
    </w:p>
    <w:p>
      <w:r>
        <w:rPr>
          <w:b/>
        </w:rPr>
        <w:t xml:space="preserve">[35:25] </w:t>
      </w:r>
      <w:r>
        <w:t>to unhon nay kaha ke aise hi sab mazhabon mein tha. to lekin jab main nay quran ko parha to main nay discover kiya is baat ko ke yeh sara mamla hai</w:t>
      </w:r>
    </w:p>
    <w:p>
      <w:pPr>
        <w:jc w:val="right"/>
      </w:pPr>
      <w:r>
        <w:t>تو انہوں نے کہا کہ ایسے ہی سب مذہبوں میں تھا۔ تو لیکن جب میں نے قرآن کو پڑھا تو میں نے ڈسکور کیا اس بات کو کہ یہ سارا معاملہ ہے</w:t>
      </w:r>
    </w:p>
    <w:p>
      <w:r>
        <w:rPr>
          <w:b/>
        </w:rPr>
        <w:t xml:space="preserve">[35:39] </w:t>
      </w:r>
      <w:r>
        <w:t>apnay ko paradise ke liye deserving candidate bananay ka. zлик jaza wa munteqa.</w:t>
      </w:r>
    </w:p>
    <w:p>
      <w:pPr>
        <w:jc w:val="right"/>
      </w:pPr>
      <w:r>
        <w:t>اپنے کو پیراڈائز کے لیے ڈیزرونگ کینڈیڈیٹ بنانے کا۔ ذالک جزا و منتقہ۔</w:t>
      </w:r>
    </w:p>
    <w:p>
      <w:r>
        <w:rPr>
          <w:b/>
        </w:rPr>
        <w:t xml:space="preserve">[35:48] </w:t>
      </w:r>
      <w:r>
        <w:t>quran mein bar bar unhon nay kaha ke unhon nay kaha ke bar bar main nay parha ke apnay andar yeh yeh personality develop karo. tab jannat mile gi tum ko.</w:t>
      </w:r>
    </w:p>
    <w:p>
      <w:pPr>
        <w:jc w:val="right"/>
      </w:pPr>
      <w:r>
        <w:t>قرآن میں بار بار انہوں نے کہا کہ انہوں نے کہا کہ بار بار میں نے پڑھا کہ اپنے اندر یہ یہ پرسنیلٹی ڈویلپ کرو۔ تب جنت ملے گی تم کو۔</w:t>
      </w:r>
    </w:p>
    <w:p>
      <w:r>
        <w:rPr>
          <w:b/>
        </w:rPr>
        <w:t xml:space="preserve">[36:01] </w:t>
      </w:r>
      <w:r>
        <w:t>to yeh yeh poora poora salvation ka poora mamla apnay aap ko as a yani as a</w:t>
      </w:r>
    </w:p>
    <w:p>
      <w:pPr>
        <w:jc w:val="right"/>
      </w:pPr>
      <w:r>
        <w:t>تو یہ یہ پورا پورا سالویشن کا پورا معاملہ اپنے آپ کو ایز اے یعنی ایز اے</w:t>
      </w:r>
    </w:p>
    <w:p>
      <w:r>
        <w:rPr>
          <w:b/>
        </w:rPr>
        <w:t xml:space="preserve">[36:17] </w:t>
      </w:r>
      <w:r>
        <w:t>as a as a jannati shakhsiyat develop karnay ka hai. to unhon nay kaha ke main pachees saal, unhon nay kaha ke main bachpan mein khwab dekhta tha ke mujhe ias afsar banna hai.</w:t>
      </w:r>
    </w:p>
    <w:p>
      <w:pPr>
        <w:jc w:val="right"/>
      </w:pPr>
      <w:r>
        <w:t>ایز اے ایز اے جنتی شخصیت ڈویلپ کرنے کا ہے۔ تو انہوں نے کہا کہ میں پچیس سال، انہوں نے کہا کہ میں بچپن میں خواب دیکھتا تھا کہ مجھے آئی ایس افسر بننا ہے۔</w:t>
      </w:r>
    </w:p>
    <w:p>
      <w:r>
        <w:rPr>
          <w:b/>
        </w:rPr>
        <w:t xml:space="preserve">[36:33] </w:t>
      </w:r>
      <w:r>
        <w:t>ias afsar banna hai. to main nay pachees saal tak parha. pachees saal mehnat ki. to us ke baad mujhe unhon nay kaha ke ab main ias afsar hoon.</w:t>
      </w:r>
    </w:p>
    <w:p>
      <w:pPr>
        <w:jc w:val="right"/>
      </w:pPr>
      <w:r>
        <w:t>آئی ایس افسر بننا ہے۔ تو میں نے پچیس سال تک پڑھا۔ پچیس سال محنت کی۔ تو اس کے بعد مجھے انہوں نے کہا کہ اب میں آئی ایس افسر ہوں۔</w:t>
      </w:r>
    </w:p>
    <w:p>
      <w:r>
        <w:rPr>
          <w:b/>
        </w:rPr>
        <w:t xml:space="preserve">[36:48] </w:t>
      </w:r>
      <w:r>
        <w:t>pachees saal ki mehnat ke baad. to unhon nay kaha ke main sochta tha ke ias afsar bananay ke liye to pachees saal ki tayari chahiye.</w:t>
      </w:r>
    </w:p>
    <w:p>
      <w:pPr>
        <w:jc w:val="right"/>
      </w:pPr>
      <w:r>
        <w:t>پچیس سال کی محنت کے بعد۔ تو انہوں نے کہا کہ میں سوچتا تھا کہ آئی ایس افسر بننے کے لیے تو پچیس سال کی تیاری چاہیے۔</w:t>
      </w:r>
    </w:p>
    <w:p>
      <w:r>
        <w:rPr>
          <w:b/>
        </w:rPr>
        <w:t xml:space="preserve">[36:58] </w:t>
      </w:r>
      <w:r>
        <w:t>aur jannat ke liye kuch karna hi nahi hai.</w:t>
      </w:r>
    </w:p>
    <w:p>
      <w:pPr>
        <w:jc w:val="right"/>
      </w:pPr>
      <w:r>
        <w:t>اور جنت کے لیے کچھ کرنا ہی نہیں ہے۔</w:t>
      </w:r>
    </w:p>
    <w:p>
      <w:r>
        <w:rPr>
          <w:b/>
        </w:rPr>
        <w:t xml:space="preserve">[37:02] </w:t>
      </w:r>
      <w:r>
        <w:t>free mil jati hai jannat. to unhon ne kaha ke meri, mera mind is ko appeal nahi karta tha. mujh ko yeh cheez address nahi karti thi.</w:t>
      </w:r>
    </w:p>
    <w:p>
      <w:pPr>
        <w:jc w:val="right"/>
      </w:pPr>
      <w:r>
        <w:t>فری مل جاتی ہے جنت۔ تو انہوں نے کہا کہ میری، میرا مائنڈ اس کو اپیل نہیں کرتا تھا۔ مجھ کو یہ چیز ایڈریس نہیں کرتی تھی۔</w:t>
      </w:r>
    </w:p>
    <w:p>
      <w:r>
        <w:rPr>
          <w:b/>
        </w:rPr>
        <w:t xml:space="preserve">[37:11] </w:t>
      </w:r>
      <w:r>
        <w:t>to mein yani bohat is mein tha. confusion mein tha, confusion mein. lekin quran mein jo baat jo mujhe mili woh bohat hi logical, bohat hi scientific.</w:t>
      </w:r>
    </w:p>
    <w:p>
      <w:pPr>
        <w:jc w:val="right"/>
      </w:pPr>
      <w:r>
        <w:t>تو میں یعنی بہت اس میں تھا۔ کنفیوژن میں تھا، کنفیوژن میں۔ لیکن قرآن میں جو بات جو مجھے ملی وہ بہت ہی لاجیکل، بہت ہی سائنٹیفک۔</w:t>
      </w:r>
    </w:p>
    <w:p>
      <w:r>
        <w:rPr>
          <w:b/>
        </w:rPr>
        <w:t xml:space="preserve">[37:23] </w:t>
      </w:r>
      <w:r>
        <w:t>ke wohi formula yahan apply hota hai jo formula i.s. officer banne ke liye tha. ke apne aap ko is ke qabil banao to tum ko i.s. ofisri mil jaye gi.</w:t>
      </w:r>
    </w:p>
    <w:p>
      <w:pPr>
        <w:jc w:val="right"/>
      </w:pPr>
      <w:r>
        <w:t>کہ وہی فارمولا یہاں اپلائی ہوتا ہے جو فارمولا آئی ایس افسر بننے کے لیے تھا۔ کہ اپنے آپ کو اس کے قابل بناؤ تو تم کو آئی ایس افسری مل جائے گی۔</w:t>
      </w:r>
    </w:p>
    <w:p>
      <w:r>
        <w:rPr>
          <w:b/>
        </w:rPr>
        <w:t xml:space="preserve">[37:39] </w:t>
      </w:r>
      <w:r>
        <w:t>aise hi paradise ka muamla hai. ke apne aap ko is ke liye deserving candidate banao. deserving candidate to tum ko marne ke baad jannat mil jaye gi.</w:t>
      </w:r>
    </w:p>
    <w:p>
      <w:pPr>
        <w:jc w:val="right"/>
      </w:pPr>
      <w:r>
        <w:t>ایسے ہی پیراڈائز کا معاملہ ہے۔ کہ اپنے آپ کو اس کے لیے ڈیزرونگ کینڈیڈیٹ بناؤ۔ ڈیزرونگ کینڈیڈیٹ تو تم کو مرنے کے بعد جنت مل جائے گی۔</w:t>
      </w:r>
    </w:p>
    <w:p>
      <w:r>
        <w:rPr>
          <w:b/>
        </w:rPr>
        <w:t xml:space="preserve">[37:52] </w:t>
      </w:r>
      <w:r>
        <w:t>to yeh bohat hi logical hai, bohat hi scientific laga mujhe. ab dekhiye, wohi hai quran ko parh kar ke. aik aadmi ulta matlab nikalta hai, aik aadmi seedha matlab nikalta hai.</w:t>
      </w:r>
    </w:p>
    <w:p>
      <w:pPr>
        <w:jc w:val="right"/>
      </w:pPr>
      <w:r>
        <w:t>تو یہ بہت ہی لاجیکل ہے، بہت ہی سائنٹیفک لگا مجھے۔ اب دیکھیے، وہی ہے قرآن کو پڑھ کر کے۔ ایک آدمی الٹا مطلب نکالتا ہے، ایک آدمی سیدھا مطلب نکالتا ہے۔</w:t>
      </w:r>
    </w:p>
    <w:p>
      <w:r>
        <w:rPr>
          <w:b/>
        </w:rPr>
        <w:t xml:space="preserve">[38:06] </w:t>
      </w:r>
      <w:r>
        <w:t>yeh hai yudhillu bihi kaseerun wa yahdi bihi kaseerun.</w:t>
      </w:r>
    </w:p>
    <w:p>
      <w:pPr>
        <w:jc w:val="right"/>
      </w:pPr>
      <w:r>
        <w:t>یہ ہے یذل بہ کثیر ویدیہ بہ کثیر۔</w:t>
      </w:r>
    </w:p>
    <w:p>
      <w:r>
        <w:rPr>
          <w:b/>
        </w:rPr>
        <w:t xml:space="preserve">[38:15] </w:t>
      </w:r>
      <w:r>
        <w:t>to quran mein dekhiye, quran ke baray mein kaha gaya hai ke Allah taala ne yeh kitab utari hai ta ke tum tadabbur karo.</w:t>
      </w:r>
    </w:p>
    <w:p>
      <w:pPr>
        <w:jc w:val="right"/>
      </w:pPr>
      <w:r>
        <w:t>تو قرآن میں دیکھیے، قرآن کے بارے میں کہا گیا ہے کہ اللہ تعالیٰ نے یہ کتاب اتاری ہے تاکہ تم تدبر کرو۔</w:t>
      </w:r>
    </w:p>
    <w:p>
      <w:r>
        <w:rPr>
          <w:b/>
        </w:rPr>
        <w:t xml:space="preserve">[38:26] </w:t>
      </w:r>
      <w:r>
        <w:t>li tadabbaro ayati. li tadab</w:t>
      </w:r>
    </w:p>
    <w:p>
      <w:pPr>
        <w:jc w:val="right"/>
      </w:pPr>
      <w:r>
        <w:t>لیدبرو آیتی۔ لیدب</w:t>
      </w:r>
    </w:p>
    <w:p>
      <w:r>
        <w:rPr>
          <w:b/>
        </w:rPr>
        <w:t xml:space="preserve">[38:31] </w:t>
      </w:r>
      <w:r>
        <w:t>baro ayati. tadabbur ka ma'ni hota hai sochna, ghor o fikr karna. contemplation.</w:t>
      </w:r>
    </w:p>
    <w:p>
      <w:pPr>
        <w:jc w:val="right"/>
      </w:pPr>
      <w:r>
        <w:t>رو آیتی۔ تدبر کا معنی ہوتا ہے سوچنا، غور و فکر کرنا۔ کنٹمپلیشن۔</w:t>
      </w:r>
    </w:p>
    <w:p>
      <w:r>
        <w:rPr>
          <w:b/>
        </w:rPr>
        <w:t xml:space="preserve">[38:42] </w:t>
      </w:r>
      <w:r>
        <w:t>to kaha ke quran ko agar janna hai aap ko to ghor o fikr karna pare ga. lekin insaan ka muamla aisa hai ke insaan jab hota hai apne job mein, business mein, family mein to har waqt tarah tarah ke distractions.</w:t>
      </w:r>
    </w:p>
    <w:p>
      <w:pPr>
        <w:jc w:val="right"/>
      </w:pPr>
      <w:r>
        <w:t>تو کہا کہ قرآن کو اگر جاننا ہے آپ کو تو غور و فکر کرنا پڑے گا۔ لیکن انسان کا معاملہ ایسا ہے کہ انسان جب ہوتا ہے اپنے جاب میں، بزنس میں، فیملی میں تو ہر وقت طرح طرح کے ڈسٹریکشن۔</w:t>
      </w:r>
    </w:p>
    <w:p>
      <w:r>
        <w:rPr>
          <w:b/>
        </w:rPr>
        <w:t xml:space="preserve">[39:03] </w:t>
      </w:r>
      <w:r>
        <w:t>har waqt tarah tarah ke distractions.</w:t>
      </w:r>
    </w:p>
    <w:p>
      <w:pPr>
        <w:jc w:val="right"/>
      </w:pPr>
      <w:r>
        <w:t>ہر وقت طرح طرح کے ڈسٹریکشن۔</w:t>
      </w:r>
    </w:p>
    <w:p>
      <w:r>
        <w:rPr>
          <w:b/>
        </w:rPr>
        <w:t xml:space="preserve">[39:08] </w:t>
      </w:r>
      <w:r>
        <w:t>misal ke taur par mein aik sahib se milne ke liye gaya. aik bohat hi quran ke aik subject par baat karna tha un se. woh parhe likhe aadmi thay.</w:t>
      </w:r>
    </w:p>
    <w:p>
      <w:pPr>
        <w:jc w:val="right"/>
      </w:pPr>
      <w:r>
        <w:t>مثلاً میں ایک صاحب سے ملنے کے لیے گیا۔ ایک بہت ہی قرآن کے ایک سبجیکٹ پر بات کرنا تھا ان سے۔ وہ پڑھے لکھے آدمی تھے۔</w:t>
      </w:r>
    </w:p>
    <w:p>
      <w:r>
        <w:rPr>
          <w:b/>
        </w:rPr>
        <w:t xml:space="preserve">[39:19] </w:t>
      </w:r>
      <w:r>
        <w:t>to hum log baat baat kar rahe thay, unhi ke ghar tha mein. itnay mein un ka chota bacha aa gaya andar se.</w:t>
      </w:r>
    </w:p>
    <w:p>
      <w:pPr>
        <w:jc w:val="right"/>
      </w:pPr>
      <w:r>
        <w:t>تو ہم لوگ بات بات کر رہے تھے، انہی کے گھر تھا میں۔ اتنے میں ان کا چھوٹا بچہ آ گیا اندر سے۔</w:t>
      </w:r>
    </w:p>
    <w:p>
      <w:r>
        <w:rPr>
          <w:b/>
        </w:rPr>
        <w:t xml:space="preserve">[39:29] </w:t>
      </w:r>
      <w:r>
        <w:t>to unhon ne kya kiya? ke foran us ko god mein le kar ke bitha liya. ab usi ko sehla rahe hain, usi ko yeh kar rahe hain.</w:t>
      </w:r>
    </w:p>
    <w:p>
      <w:pPr>
        <w:jc w:val="right"/>
      </w:pPr>
      <w:r>
        <w:t>تو انہوں نے کیا کیا؟ کہ فوراً اس کو گود میں لے کر کے بٹھا لیا۔ اب اسی کو سہلا رہے ہیں، اسی کو یہ کر رہے ہیں۔</w:t>
      </w:r>
    </w:p>
    <w:p>
      <w:r>
        <w:rPr>
          <w:b/>
        </w:rPr>
        <w:t xml:space="preserve">[39:36] </w:t>
      </w:r>
      <w:r>
        <w:t>yeh hai distraction. yeh hai distraction. to mein phir meri baat band kar di, phir chala aaya un ke haan se.</w:t>
      </w:r>
    </w:p>
    <w:p>
      <w:pPr>
        <w:jc w:val="right"/>
      </w:pPr>
      <w:r>
        <w:t>یہ ہے ڈسٹریکشن۔ یہ ہے ڈسٹریکشن۔ تو میں پھر میری بات بند کر دی، پھر چلا آیا ان کے ہاں سے۔</w:t>
      </w:r>
    </w:p>
    <w:p>
      <w:r>
        <w:rPr>
          <w:b/>
        </w:rPr>
        <w:t xml:space="preserve">[39:46] </w:t>
      </w:r>
      <w:r>
        <w:t>to ramzan ke mahine mein aik yani samjhiye ke aik khusoosi, aik aik khusoosi program ke tehat aap ko yeh mauqa diya jata hai ke apne ko distraction se bachayein aur aik sui ke sath quran ka mutalia karein.</w:t>
      </w:r>
    </w:p>
    <w:p>
      <w:pPr>
        <w:jc w:val="right"/>
      </w:pPr>
      <w:r>
        <w:t>تو رمضان کے مہینے میں ایک یعنی سمجھیے کہ ایک خصوصی، ایک ایک خصوصی پروگرام کے تحت آپ کو یہ موقع دیا جاتا ہے کہ اپنے کو ڈسٹریکشن سے بچائیں اور ایک سوئی کے ساتھ قرآن کا مطالعہ کریں۔</w:t>
      </w:r>
    </w:p>
    <w:p>
      <w:r>
        <w:rPr>
          <w:b/>
        </w:rPr>
        <w:t xml:space="preserve">[40:13] </w:t>
      </w:r>
      <w:r>
        <w:t>yeh bohat zaroori hai. kyun ke agar</w:t>
      </w:r>
    </w:p>
    <w:p>
      <w:pPr>
        <w:jc w:val="right"/>
      </w:pPr>
      <w:r>
        <w:t>یہ بہت ضروری ہے۔ کیونکہ اگر</w:t>
      </w:r>
    </w:p>
    <w:p>
      <w:r>
        <w:rPr>
          <w:b/>
        </w:rPr>
        <w:t xml:space="preserve">[40:22] </w:t>
      </w:r>
      <w:r>
        <w:t>aadmi distraction mein jee raha ho aur usi waqt woh quran ko parhe woh to kuch bhi nahi paye ga woh. kuch bhi nahi paye ga.</w:t>
      </w:r>
    </w:p>
    <w:p>
      <w:pPr>
        <w:jc w:val="right"/>
      </w:pPr>
      <w:r>
        <w:t>آدمی ڈسٹریکشن میں جی رہا ہو اور اسی وقت وہ قرآن کو پڑھے وہ تو کچھ بھی نہیں پائے گا وہ۔ کچھ بھی نہیں پائے گا۔</w:t>
      </w:r>
    </w:p>
    <w:p>
      <w:r>
        <w:rPr>
          <w:b/>
        </w:rPr>
        <w:t xml:space="preserve">[40:35] </w:t>
      </w:r>
      <w:r>
        <w:t>to yeh to agar minimum course hai. yeh minimum hai ke saal ke aik mahine mein is tarah se apne ko expose karna.</w:t>
      </w:r>
    </w:p>
    <w:p>
      <w:pPr>
        <w:jc w:val="right"/>
      </w:pPr>
      <w:r>
        <w:t>تو یہ تو اگر منیمم کورس ہے۔ یہ منیمم ہے کہ سال کے ایک مہینے میں اس طرح سے اپنے کو ایکسو کرنا۔</w:t>
      </w:r>
    </w:p>
    <w:p>
      <w:r>
        <w:rPr>
          <w:b/>
        </w:rPr>
        <w:t xml:space="preserve">[40:45] </w:t>
      </w:r>
      <w:r>
        <w:t>yeh minimum course hai, yaad rakhiye. maximum yeh hai ke saal bhar aap aise hi rahen.</w:t>
      </w:r>
    </w:p>
    <w:p>
      <w:pPr>
        <w:jc w:val="right"/>
      </w:pPr>
      <w:r>
        <w:t>یہ منیمم کورس ہے، یاد رکھیے۔ میکسیمم یہ ہے کہ سال بھر آپ ایسے ہی رہیں۔</w:t>
      </w:r>
    </w:p>
    <w:p>
      <w:r>
        <w:rPr>
          <w:b/>
        </w:rPr>
        <w:t xml:space="preserve">[40:53] </w:t>
      </w:r>
      <w:r>
        <w:t>kal mein aik hadith par soch raha tha. aik hadith hai ke momin ko aise lamhat hone chahiyein ke yunaji rabbahu.</w:t>
      </w:r>
    </w:p>
    <w:p>
      <w:pPr>
        <w:jc w:val="right"/>
      </w:pPr>
      <w:r>
        <w:t>کل میں ایک حدیث پر سوچ رہا تھا۔ ایک حدیث ہے کہ مومن کو ایسے لمحات ہونے چاہییں کہ یناجی ربہ۔</w:t>
      </w:r>
    </w:p>
    <w:p>
      <w:r>
        <w:rPr>
          <w:b/>
        </w:rPr>
        <w:t xml:space="preserve">[41:04] </w:t>
      </w:r>
      <w:r>
        <w:t>yunaji rabbahu.</w:t>
      </w:r>
    </w:p>
    <w:p>
      <w:pPr>
        <w:jc w:val="right"/>
      </w:pPr>
      <w:r>
        <w:t>یناجی ربہ۔</w:t>
      </w:r>
    </w:p>
    <w:p>
      <w:r>
        <w:rPr>
          <w:b/>
        </w:rPr>
        <w:t xml:space="preserve">[41:07] </w:t>
      </w:r>
      <w:r>
        <w:t>munajat karte hain, whisper, sargoshi. yani momin ko aisa hona chahiye ke us ki khuda se sargoshi ho rahi ho.</w:t>
      </w:r>
    </w:p>
    <w:p>
      <w:pPr>
        <w:jc w:val="right"/>
      </w:pPr>
      <w:r>
        <w:t>مناجات کرتے ہیں، وسپر، سرگوشی۔ یعنی مومن کو ایسا ہونا چاہییں کہ اس کی خدا سے سرگوشی ہو رہی ہو۔</w:t>
      </w:r>
    </w:p>
    <w:p>
      <w:r>
        <w:rPr>
          <w:b/>
        </w:rPr>
        <w:t xml:space="preserve">[41:16] </w:t>
      </w:r>
      <w:r>
        <w:t>us ka whisper ho raha ho. yani jo chupke chupke baat hoti hai, us ko kehte hain munajat.</w:t>
      </w:r>
    </w:p>
    <w:p>
      <w:pPr>
        <w:jc w:val="right"/>
      </w:pPr>
      <w:r>
        <w:t>اس کا وسپر ہو رہا ہو۔ یعنی جو چپکے چپکے بات ہوتی ہے، اس کو کہتے ہیں مناجات۔</w:t>
      </w:r>
    </w:p>
    <w:p>
      <w:r>
        <w:rPr>
          <w:b/>
        </w:rPr>
        <w:t xml:space="preserve">[41:26] </w:t>
      </w:r>
      <w:r>
        <w:t>to us ko sochte hi mere samne aaya ke jab aap sach pooch seekh rahay hoon aur phir aap study karein, tadabbur karein.</w:t>
      </w:r>
    </w:p>
    <w:p>
      <w:pPr>
        <w:jc w:val="right"/>
      </w:pPr>
      <w:r>
        <w:t>تو اس کو سوچتے ہی میرے سامنے آیا کہ جب آپ سچ پوچھ سیکھر ہوں اور پھر آپ اسٹڈی کریں، تدبر کریں۔</w:t>
      </w:r>
    </w:p>
    <w:p>
      <w:r>
        <w:rPr>
          <w:b/>
        </w:rPr>
        <w:t xml:space="preserve">[41:42] </w:t>
      </w:r>
      <w:r>
        <w:t>khuda ke krishan jo hai, khuda ki jo phaili hui kainat hai, un sab ko le kar ghor karen. aur phir yeh ho ke aap khuda ko discover karen.</w:t>
      </w:r>
    </w:p>
    <w:p>
      <w:pPr>
        <w:jc w:val="right"/>
      </w:pPr>
      <w:r>
        <w:t>خدا کے کریشن جو ہے، خدا کی جو پھیلی ہوئی کائنات ہے، ان سب کو لے کر غور کریں۔ اور پھر یہ ہو کہ آپ خدا کو ڈسکور کریں۔</w:t>
      </w:r>
    </w:p>
    <w:p>
      <w:r>
        <w:rPr>
          <w:b/>
        </w:rPr>
        <w:t xml:space="preserve">[41:56] </w:t>
      </w:r>
      <w:r>
        <w:t>khuda ko daryaft karen.</w:t>
      </w:r>
    </w:p>
    <w:p>
      <w:pPr>
        <w:jc w:val="right"/>
      </w:pPr>
      <w:r>
        <w:t>خدا کو دریافت کریں۔</w:t>
      </w:r>
    </w:p>
    <w:p>
      <w:r>
        <w:rPr>
          <w:b/>
        </w:rPr>
        <w:t xml:space="preserve">[41:59] </w:t>
      </w:r>
      <w:r>
        <w:t>to phir kya ho ga? yani sahih mani mein daryaft karen aap. yani woh khuda jo ek zinda wajood hai.</w:t>
      </w:r>
    </w:p>
    <w:p>
      <w:pPr>
        <w:jc w:val="right"/>
      </w:pPr>
      <w:r>
        <w:t>تو پھر کیا ہو گا؟ یعنی صحیح معنی میں دریافت کریں آپ۔ یعنی وہ خدا جو ایک زندہ وجود ہے۔</w:t>
      </w:r>
    </w:p>
    <w:p>
      <w:r>
        <w:rPr>
          <w:b/>
        </w:rPr>
        <w:t xml:space="preserve">[42:12] </w:t>
      </w:r>
      <w:r>
        <w:t>woh khuda jo sare alam ka rab hai. woh khuda jis se sare alam ko blessing mil rahi hai.</w:t>
      </w:r>
    </w:p>
    <w:p>
      <w:pPr>
        <w:jc w:val="right"/>
      </w:pPr>
      <w:r>
        <w:t>وہ خدا جو سارے عالم کا رب ہے۔ وہ خدا جس سے سارے عالم کو بلیسنگ مل رہی ہے۔</w:t>
      </w:r>
    </w:p>
    <w:p>
      <w:r>
        <w:rPr>
          <w:b/>
        </w:rPr>
        <w:t xml:space="preserve">[42:24] </w:t>
      </w:r>
      <w:r>
        <w:t>yani woh sari aala sifat jis ko aap jante hain, woh sari aala sifat us ke liye hain. phir jahan mein ne arz kiya ke quran ke surah al-baqarah mein jahan ramzan ke bare mein ahkam hain, wahan ek ayat is silsile mein bohat ajeeb hai.</w:t>
      </w:r>
    </w:p>
    <w:p>
      <w:pPr>
        <w:jc w:val="right"/>
      </w:pPr>
      <w:r>
        <w:t>یعنی وہ ساری اعلیٰ صفات جس کو آپ جانتے ہیں، وہ ساری اعلیٰ صفات اس کے لیے ہیں۔ پھر جہاں میں نے عرض کیا کہ قرآن کے سورہ البقرہ میں جہاں رمضان کے بارے میں احکام ہیں، وہاں ایک آیت اس سلسلے میں بہت عجیب ہے۔</w:t>
      </w:r>
    </w:p>
    <w:p>
      <w:r>
        <w:rPr>
          <w:b/>
        </w:rPr>
        <w:t xml:space="preserve">[42:46] </w:t>
      </w:r>
      <w:r>
        <w:t>woh yeh hai ke wiza salik ibadi ini wani qareeb</w:t>
      </w:r>
    </w:p>
    <w:p>
      <w:pPr>
        <w:jc w:val="right"/>
      </w:pPr>
      <w:r>
        <w:t>وہ یہ ہے کہ ویزا سالک عبادی انی وانی قریب</w:t>
      </w:r>
    </w:p>
    <w:p>
      <w:r>
        <w:rPr>
          <w:b/>
        </w:rPr>
        <w:t xml:space="preserve">[42:53] </w:t>
      </w:r>
      <w:r>
        <w:t>. woh ji woh dawat daai zatan falyastajibuli walion bi la lahum yashudun. is ka translation yeh hai ke jab mere bande mere bare mein poochhen to kahon ke mein bilkul qareeb hoon.</w:t>
      </w:r>
    </w:p>
    <w:p>
      <w:pPr>
        <w:jc w:val="right"/>
      </w:pPr>
      <w:r>
        <w:t>۔ وہ جی وہ دعوت داعی ذاتان فلیستجبولی ولیون بی لا لہم یشدون۔ اس کا ٹرانسلیشن یہ ہے کہ جب میرے بندے میرے بارے میں پوچھیں تو کہو کہ میں بالکل قریب ہوں۔</w:t>
      </w:r>
    </w:p>
    <w:p>
      <w:r>
        <w:rPr>
          <w:b/>
        </w:rPr>
        <w:t xml:space="preserve">[43:17] </w:t>
      </w:r>
      <w:r>
        <w:t>ini qareeb, mein to tumhare bilkul qareeb hoon.</w:t>
      </w:r>
    </w:p>
    <w:p>
      <w:pPr>
        <w:jc w:val="right"/>
      </w:pPr>
      <w:r>
        <w:t>انی قریب، میں تو تمہارے بالکل قریب ہوں۔</w:t>
      </w:r>
    </w:p>
    <w:p>
      <w:r>
        <w:rPr>
          <w:b/>
        </w:rPr>
        <w:t xml:space="preserve">[43:23] </w:t>
      </w:r>
      <w:r>
        <w:t>sunta hoon tumhari baton ko aur jawab deta hoon tumhari pukar ko. to tum mujh ko pukaaro aur mere par yaqeen karo.</w:t>
      </w:r>
    </w:p>
    <w:p>
      <w:pPr>
        <w:jc w:val="right"/>
      </w:pPr>
      <w:r>
        <w:t>سنتا ہوں تمہاری باتوں کو اور جواب دیتا ہوں تمہاری پکار کو۔ تو تم مجھ کو پکارو اور میرے پر یقین کرو۔</w:t>
      </w:r>
    </w:p>
    <w:p>
      <w:r>
        <w:rPr>
          <w:b/>
        </w:rPr>
        <w:t xml:space="preserve">[43:35] </w:t>
      </w:r>
      <w:r>
        <w:t>yeh hai rushd ka tareeqa. ab aap ghor kijiye. agar aap Allah ko is aise se daryaft karen ke woh to bilkul mere qareeb hai.</w:t>
      </w:r>
    </w:p>
    <w:p>
      <w:pPr>
        <w:jc w:val="right"/>
      </w:pPr>
      <w:r>
        <w:t>یہ ہے رشد کا طریقہ۔ اب آپ غور کیجیے۔ اگر آپ اللہ کو اس ایسے سے دریافت کریں کہ وہ تو بالکل میرے قریب ہے۔</w:t>
      </w:r>
    </w:p>
    <w:p>
      <w:r>
        <w:rPr>
          <w:b/>
        </w:rPr>
        <w:t xml:space="preserve">[43:47] </w:t>
      </w:r>
      <w:r>
        <w:t>mein mein isi ki presence mein jee raha hoon.</w:t>
      </w:r>
    </w:p>
    <w:p>
      <w:pPr>
        <w:jc w:val="right"/>
      </w:pPr>
      <w:r>
        <w:t>میں میں اسی کی پریزنس میں جی رہا ہوں۔</w:t>
      </w:r>
    </w:p>
    <w:p>
      <w:r>
        <w:rPr>
          <w:b/>
        </w:rPr>
        <w:t xml:space="preserve">[43:51] </w:t>
      </w:r>
      <w:r>
        <w:t>mein mein aur khuda koi do door door ki cheezen nahin hain. mein Allah ki presence mein jee raha hoon, chaubis ghante har lamha.</w:t>
      </w:r>
    </w:p>
    <w:p>
      <w:pPr>
        <w:jc w:val="right"/>
      </w:pPr>
      <w:r>
        <w:t>میں میں اور خدا کوئی دو دور دور کی چیزیں نہیں ہیں۔ میں اللہ کی پریزنس میں جی رہا ہوں، چوبیس گھنٹے ہر لمحہ۔</w:t>
      </w:r>
    </w:p>
    <w:p>
      <w:r>
        <w:rPr>
          <w:b/>
        </w:rPr>
        <w:t xml:space="preserve">[44:03] </w:t>
      </w:r>
      <w:r>
        <w:t>to kya ho ga? yahi ho ga, whisper shuru ho jayega.</w:t>
      </w:r>
    </w:p>
    <w:p>
      <w:pPr>
        <w:jc w:val="right"/>
      </w:pPr>
      <w:r>
        <w:t>تو کیا ہو گا؟ یہی ہو گا، وسپر شروع ہو جائے گا۔</w:t>
      </w:r>
    </w:p>
    <w:p>
      <w:r>
        <w:rPr>
          <w:b/>
        </w:rPr>
        <w:t xml:space="preserve">[44:13] </w:t>
      </w:r>
      <w:r>
        <w:t>jis ko munajat ko log samajhte hain, yani munajat maqbool waghera bhi kaha jata hai, woh sab woh woh cheez nahin hai.</w:t>
      </w:r>
    </w:p>
    <w:p>
      <w:pPr>
        <w:jc w:val="right"/>
      </w:pPr>
      <w:r>
        <w:t>جس کو مناجات کو لوگ سمجھتے ہیں، یعنی مناجات مقبول وغیرہ بھی کہا جاتا ہے، وہ سب وہ وہ چیز نہیں ہے۔</w:t>
      </w:r>
    </w:p>
    <w:p>
      <w:r>
        <w:rPr>
          <w:b/>
        </w:rPr>
        <w:t xml:space="preserve">[44:22] </w:t>
      </w:r>
      <w:r>
        <w:t>yeh munajat mani dua nahin hai. munajat ka mani sargoshi, whisper. to jab khuda ko aap is aise se daryaft karen, khuda har waqt sunta hai, har waqt meri baton, mujh ko dekh raha hai.</w:t>
      </w:r>
    </w:p>
    <w:p>
      <w:pPr>
        <w:jc w:val="right"/>
      </w:pPr>
      <w:r>
        <w:t>یہ مناجات معنی دعا نہیں ہے۔ مناجات کا معنی سرگوشی، وسپر۔ تو جب خدا کو آپ اس ایسے سے دریافت کریں، خدا ہر وقت سنتا ہے، ہر وقت میری باتوں، مجھ کو دیکھ رہا ہے۔</w:t>
      </w:r>
    </w:p>
    <w:p>
      <w:r>
        <w:rPr>
          <w:b/>
        </w:rPr>
        <w:t xml:space="preserve">[44:38] </w:t>
      </w:r>
      <w:r>
        <w:t>woh mujh se bilkul hi qareeb hai.</w:t>
      </w:r>
    </w:p>
    <w:p>
      <w:pPr>
        <w:jc w:val="right"/>
      </w:pPr>
      <w:r>
        <w:t>وہ مجھ سے بالکل ہی قریب ہے۔</w:t>
      </w:r>
    </w:p>
    <w:p>
      <w:r>
        <w:rPr>
          <w:b/>
        </w:rPr>
        <w:t xml:space="preserve">[44:44] </w:t>
      </w:r>
      <w:r>
        <w:t>quran mein hai ke Allah tum se dar ke jahan se bhi zyada qareeb hai. aap ghor kijiye ke phir kya ho ga aap ka haal?</w:t>
      </w:r>
    </w:p>
    <w:p>
      <w:pPr>
        <w:jc w:val="right"/>
      </w:pPr>
      <w:r>
        <w:t>قرآن میں ہے کہ اللہ تم سے ڈر کے جہاں سے بھی زیادہ قریب ہے۔ آپ غور کیجیے کہ پھر کیا ہو گا آپ کا حال؟</w:t>
      </w:r>
    </w:p>
    <w:p>
      <w:r>
        <w:rPr>
          <w:b/>
        </w:rPr>
        <w:t xml:space="preserve">[44:54] </w:t>
      </w:r>
      <w:r>
        <w:t>har waqt aap Allah ko yaad karenge. har waqt aap Allah ko pukarenge. har waqt aap ke dil se Allah se duaen niklengi.</w:t>
      </w:r>
    </w:p>
    <w:p>
      <w:pPr>
        <w:jc w:val="right"/>
      </w:pPr>
      <w:r>
        <w:t>ہر وقت آپ اللہ کو یاد کریں گے۔ ہر وقت آپ اللہ کو پکاریں گے۔ ہر وقت آپ کے دل سے اللہ سے دعائیں نکلیں گی۔</w:t>
      </w:r>
    </w:p>
    <w:p>
      <w:r>
        <w:rPr>
          <w:b/>
        </w:rPr>
        <w:t xml:space="preserve">[45:05] </w:t>
      </w:r>
      <w:r>
        <w:t>har waqt. isi ka naam hai whisper.</w:t>
      </w:r>
    </w:p>
    <w:p>
      <w:pPr>
        <w:jc w:val="right"/>
      </w:pPr>
      <w:r>
        <w:t>ہر وقت۔ اسی کا نام ہے وسپر۔</w:t>
      </w:r>
    </w:p>
    <w:p>
      <w:r>
        <w:rPr>
          <w:b/>
        </w:rPr>
        <w:t xml:space="preserve">[45:11] </w:t>
      </w:r>
      <w:r>
        <w:t>jab khuda bilkul aap ke qareeb hai, jo khuda aap ke rag jahan se bhi zyada qareeb hai, jab aap us ko aap ki presence mein jee rahe hain, jab us ko apne charon taraf aap pa rahe hain, jab khuda-e-krishan mein aap creator ko observe kar rahe hain,</w:t>
      </w:r>
    </w:p>
    <w:p>
      <w:pPr>
        <w:jc w:val="right"/>
      </w:pPr>
      <w:r>
        <w:t>جب خدا بالکل آپ کے قریب ہے، جو خدا آپ کے رگ جہاں سے بھی زیادہ قریب ہے، جب آپ اس کو آپ کی پریزنس میں جی رہے ہیں، جب اس کو اپنے چاروں طرف آپ پا رہے ہیں، جب خدائے کریشن میں آپ کریٹر کو ابزرو کر رہے ہیں،</w:t>
      </w:r>
    </w:p>
    <w:p>
      <w:r>
        <w:rPr>
          <w:b/>
        </w:rPr>
        <w:t xml:space="preserve">[45:32] </w:t>
      </w:r>
      <w:r>
        <w:t>yeh sab jab aap ka haal ho jaye, yani discovery ke is level ko aap pahunch jayen to kya ho ga</w:t>
      </w:r>
    </w:p>
    <w:p>
      <w:pPr>
        <w:jc w:val="right"/>
      </w:pPr>
      <w:r>
        <w:t>یہ سب جب آپ کا حال ہو جائے، یعنی ڈسکوری کے اس لیول کو آپ پہنچ جائیں تو کیا ہو گا</w:t>
      </w:r>
    </w:p>
    <w:p>
      <w:r>
        <w:rPr>
          <w:b/>
        </w:rPr>
        <w:t xml:space="preserve">[45:42] </w:t>
      </w:r>
      <w:r>
        <w:t>? wohi ho ga jis ko kaha gaya hai yanaji rabbah. yani har lamha aap ke khuda se sargoshiyan hongi.</w:t>
      </w:r>
    </w:p>
    <w:p>
      <w:pPr>
        <w:jc w:val="right"/>
      </w:pPr>
      <w:r>
        <w:t>؟ وہی ہو گا جس کو کہا گیا ہے یناجی ربہ۔ یعنی ہر لمحہ آپ کے خدا سے سرگوشیاں ہوں گی۔</w:t>
      </w:r>
    </w:p>
    <w:p>
      <w:r>
        <w:rPr>
          <w:b/>
        </w:rPr>
        <w:t xml:space="preserve">[45:50] </w:t>
      </w:r>
      <w:r>
        <w:t>har lamha aap ke khuda se whisper ho ga. har lamha aap se ek mutual conversation, conversation chalta rahe ga.</w:t>
      </w:r>
    </w:p>
    <w:p>
      <w:pPr>
        <w:jc w:val="right"/>
      </w:pPr>
      <w:r>
        <w:t>ہر لمحہ آپ کے خدا سے وسپر ہو گا۔ ہر لمحہ آپ سے ایک میوچول کنورسیشن، کنورسیشن چلتا رہے گا۔</w:t>
      </w:r>
    </w:p>
    <w:p>
      <w:r>
        <w:rPr>
          <w:b/>
        </w:rPr>
        <w:t xml:space="preserve">[46:00] </w:t>
      </w:r>
      <w:r>
        <w:t>yeh hai maximum. to roze mein apne ko ekso ekso kar ke quran ki study karna, yeh to minimum hai, minimum.</w:t>
      </w:r>
    </w:p>
    <w:p>
      <w:pPr>
        <w:jc w:val="right"/>
      </w:pPr>
      <w:r>
        <w:t>یہ ہے میکسیمم۔ تو روزے میں اپنے کو ایکسو ایکسو کر کے قرآن کی اسٹڈی کرنا، یہ تو منیمم ہے، منیمم۔</w:t>
      </w:r>
    </w:p>
    <w:p>
      <w:r>
        <w:rPr>
          <w:b/>
        </w:rPr>
        <w:t xml:space="preserve">[46:11] </w:t>
      </w:r>
      <w:r>
        <w:t>yeh</w:t>
      </w:r>
    </w:p>
    <w:p>
      <w:pPr>
        <w:jc w:val="right"/>
      </w:pPr>
      <w:r>
        <w:t>یہ</w:t>
      </w:r>
    </w:p>
    <w:p>
      <w:r>
        <w:rPr>
          <w:b/>
        </w:rPr>
        <w:t xml:space="preserve">[46:12] </w:t>
      </w:r>
      <w:r>
        <w:t>maximum mein na yaad rakhiye ke yeh maximum nahi hai. yeh itna to kam se kam zaroori hai ke barah mahine mein se aik ghanta, mahina.</w:t>
      </w:r>
    </w:p>
    <w:p>
      <w:pPr>
        <w:jc w:val="right"/>
      </w:pPr>
      <w:r>
        <w:t>میکسیمم میں نہ یاد رکھیے کہ یہ میکسیمم نہیں ہے۔ یہ اتنا تو کم سے کم ضروری ہے کہ بارہ مہینے میں سے ایک گھنٹہ، مہینہ۔</w:t>
      </w:r>
    </w:p>
    <w:p>
      <w:r>
        <w:rPr>
          <w:b/>
        </w:rPr>
        <w:t xml:space="preserve">[46:22] </w:t>
      </w:r>
      <w:r>
        <w:t>itna to kam se kam zaroori hai ke barah mahine mein se aik mahina aap apne ko iksu karen.</w:t>
      </w:r>
    </w:p>
    <w:p>
      <w:pPr>
        <w:jc w:val="right"/>
      </w:pPr>
      <w:r>
        <w:t>اتنا تو کم سے کم ضروری ہے کہ بارہ مہینے میں سے ایک مہینہ آپ اپنے کو ایکسو کریں۔</w:t>
      </w:r>
    </w:p>
    <w:p>
      <w:r>
        <w:rPr>
          <w:b/>
        </w:rPr>
        <w:t xml:space="preserve">[46:31] </w:t>
      </w:r>
      <w:r>
        <w:t>is mein bhi agar aap</w:t>
      </w:r>
    </w:p>
    <w:p>
      <w:pPr>
        <w:jc w:val="right"/>
      </w:pPr>
      <w:r>
        <w:t>اس میں بھی اگر آپ</w:t>
      </w:r>
    </w:p>
    <w:p>
      <w:r>
        <w:rPr>
          <w:b/>
        </w:rPr>
        <w:t xml:space="preserve">[46:35] </w:t>
      </w:r>
      <w:r>
        <w:t>ziyada aap ko mauqa nahi mil raha to kam se kam aakhri das din aitkaf mein le ja kar ke aik dam hi iksu kar len. yeh minimum hai.</w:t>
      </w:r>
    </w:p>
    <w:p>
      <w:pPr>
        <w:jc w:val="right"/>
      </w:pPr>
      <w:r>
        <w:t>زیادہ آپ کو موقع نہیں مل رہا تو کم سے کم آخری دس دن اعتکاف میں لے جا کر کے ایک دم ہی ایکسو کر لیں۔ یہ منیمم ہے۔</w:t>
      </w:r>
    </w:p>
    <w:p>
      <w:r>
        <w:rPr>
          <w:b/>
        </w:rPr>
        <w:t xml:space="preserve">[46:48] </w:t>
      </w:r>
      <w:r>
        <w:t>lekin maximum kya hai?</w:t>
      </w:r>
    </w:p>
    <w:p>
      <w:pPr>
        <w:jc w:val="right"/>
      </w:pPr>
      <w:r>
        <w:t>لیکن میکسیمم کیا ہے؟</w:t>
      </w:r>
    </w:p>
    <w:p>
      <w:r>
        <w:rPr>
          <w:b/>
        </w:rPr>
        <w:t xml:space="preserve">[46:52] </w:t>
      </w:r>
      <w:r>
        <w:t>maximum yeh hai ke aap barah ghante</w:t>
      </w:r>
    </w:p>
    <w:p>
      <w:pPr>
        <w:jc w:val="right"/>
      </w:pPr>
      <w:r>
        <w:t>میکسیمم یہ ہے کہ آپ بارہ گھنٹے</w:t>
      </w:r>
    </w:p>
    <w:p>
      <w:r>
        <w:rPr>
          <w:b/>
        </w:rPr>
        <w:t xml:space="preserve">[46:58] </w:t>
      </w:r>
      <w:r>
        <w:t>ramzan aur aitkaf mein rahen. aur barah mahine. yaani barah mahine aap ka yahi haal ho.</w:t>
      </w:r>
    </w:p>
    <w:p>
      <w:pPr>
        <w:jc w:val="right"/>
      </w:pPr>
      <w:r>
        <w:t>رمضان اور اعتکاف میں رہیں۔ اور بارہ مہینے۔ یعنی بارہ مہینے آپ کا یہی حال ہو۔</w:t>
      </w:r>
    </w:p>
    <w:p>
      <w:r>
        <w:rPr>
          <w:b/>
        </w:rPr>
        <w:t xml:space="preserve">[47:08] </w:t>
      </w:r>
      <w:r>
        <w:t>aap ghor kijiye ke jab aap Allah ko isi se daryaft karen ke woh aap ka khaliq hai, woh aap ka rab hai, woh aap ka munib hai, woh aap ka sab kuch hai aur woh bilkul aap ke qareeb hai.</w:t>
      </w:r>
    </w:p>
    <w:p>
      <w:pPr>
        <w:jc w:val="right"/>
      </w:pPr>
      <w:r>
        <w:t>آپ غور کیجیے کہ جب آپ اللہ کو اسی سے دریافت کریں کہ وہ آپ کا خالق ہے، وہ آپ کا رب ہے، وہ آپ کا منیب ہے، وہ آپ کا سب کچھ ہے اور وہ بالکل آپ کے قریب ہے۔</w:t>
      </w:r>
    </w:p>
    <w:p>
      <w:r>
        <w:rPr>
          <w:b/>
        </w:rPr>
        <w:t xml:space="preserve">[47:26] </w:t>
      </w:r>
      <w:r>
        <w:t>aap dil mein bolen tab bhi woh sune ga. yaani aap chahe lafzon mein na bolen, dil mein sochein tab bhi woh sune ga woh.</w:t>
      </w:r>
    </w:p>
    <w:p>
      <w:pPr>
        <w:jc w:val="right"/>
      </w:pPr>
      <w:r>
        <w:t>آپ دل میں بولیں تب بھی وہ سنے گا۔ یعنی آپ چاہے لفظوں میں نہ بولیں، دل میں سوچیں تب بھی وہ سنے گا وہ۔</w:t>
      </w:r>
    </w:p>
    <w:p>
      <w:r>
        <w:rPr>
          <w:b/>
        </w:rPr>
        <w:t xml:space="preserve">[47:39] </w:t>
      </w:r>
      <w:r>
        <w:t>aur phir aap ko yeh yaad aaye ke aakhir kar mujhe isi Khuda ke haan jaana hai.</w:t>
      </w:r>
    </w:p>
    <w:p>
      <w:pPr>
        <w:jc w:val="right"/>
      </w:pPr>
      <w:r>
        <w:t>اور پھر آپ کو یہ یاد آئے کہ آخر کار مجھے اسی خدا کے ہاں جانا ہے۔</w:t>
      </w:r>
    </w:p>
    <w:p>
      <w:r>
        <w:rPr>
          <w:b/>
        </w:rPr>
        <w:t xml:space="preserve">[47:49] </w:t>
      </w:r>
      <w:r>
        <w:t>aakhir kar mujhe isi Khuda ke haan jaana hai.</w:t>
      </w:r>
    </w:p>
    <w:p>
      <w:pPr>
        <w:jc w:val="right"/>
      </w:pPr>
      <w:r>
        <w:t>آخر کار مجھے اسی خدا کے ہاں جانا ہے۔</w:t>
      </w:r>
    </w:p>
    <w:p>
      <w:r>
        <w:rPr>
          <w:b/>
        </w:rPr>
        <w:t xml:space="preserve">[47:54] </w:t>
      </w:r>
      <w:r>
        <w:t>mein bhaag nahi saka.</w:t>
      </w:r>
    </w:p>
    <w:p>
      <w:pPr>
        <w:jc w:val="right"/>
      </w:pPr>
      <w:r>
        <w:t>میں بھاگ نہیں سکا۔</w:t>
      </w:r>
    </w:p>
    <w:p>
      <w:r>
        <w:rPr>
          <w:b/>
        </w:rPr>
        <w:t xml:space="preserve">[47:59] </w:t>
      </w:r>
      <w:r>
        <w:t>bhaag nahi sakta. zalik ma'an ko tamim wa tahid. yaani bhaagne wala bhi aakhir kar pohnche ga Allah ke paas.</w:t>
      </w:r>
    </w:p>
    <w:p>
      <w:pPr>
        <w:jc w:val="right"/>
      </w:pPr>
      <w:r>
        <w:t>بھاگ نہیں سکتا۔ ذالک ماں کو تمین و تحید۔ یعنی بھاگنے والا بھی آخر کار پہنچے گا اللہ کے پاس۔</w:t>
      </w:r>
    </w:p>
    <w:p>
      <w:r>
        <w:rPr>
          <w:b/>
        </w:rPr>
        <w:t xml:space="preserve">[48:09] </w:t>
      </w:r>
      <w:r>
        <w:t>chahe aap bhagen ya na bhagen, aakhir kar maut ke baad lazman mujhe Allah ko face karna hai. ab ghor kijiye, yeh sab baatein jab aur yeh bhi ho ke maut ka koi waqt nahi hai.</w:t>
      </w:r>
    </w:p>
    <w:p>
      <w:pPr>
        <w:jc w:val="right"/>
      </w:pPr>
      <w:r>
        <w:t>چاہے آپ بھاگیں یا نہ بھاگیں، آخر کار موت کے بعد لازماً مجھے اللہ کو فیس کرنا ہے۔ اب غور کیجیے، یہ سب باتیں جب اور یہ بھی ہو کہ موت کا کوئی وقت نہیں ہے۔</w:t>
      </w:r>
    </w:p>
    <w:p>
      <w:r>
        <w:rPr>
          <w:b/>
        </w:rPr>
        <w:t xml:space="preserve">[48:23] </w:t>
      </w:r>
      <w:r>
        <w:t>kabhi bhi aa sakti hai. in sab baaton se jab aap ka zehn banta hai to aap ghor kijiye, kya haal ho ga aap ka?</w:t>
      </w:r>
    </w:p>
    <w:p>
      <w:pPr>
        <w:jc w:val="right"/>
      </w:pPr>
      <w:r>
        <w:t>کبھی بھی آ سکتی ہے۔ ان سب باتوں سے جب آپ کا ذہن بنتا ہے تو آپ غور کیجیے، کیا حال ہو گا آپ کا؟</w:t>
      </w:r>
    </w:p>
    <w:p>
      <w:r>
        <w:rPr>
          <w:b/>
        </w:rPr>
        <w:t xml:space="preserve">[48:33] </w:t>
      </w:r>
      <w:r>
        <w:t>saal ke barah mahine aap munajat mein guzaren ge. yaani Allah se whisper mein, Allah se sargoshi mein.</w:t>
      </w:r>
    </w:p>
    <w:p>
      <w:pPr>
        <w:jc w:val="right"/>
      </w:pPr>
      <w:r>
        <w:t>سال کے بارہ مہینے آپ مناجات میں گزاریں گے۔ یعنی اللہ سے وسپر میں، اللہ سے سرگوشی میں۔</w:t>
      </w:r>
    </w:p>
    <w:p>
      <w:r>
        <w:rPr>
          <w:b/>
        </w:rPr>
        <w:t xml:space="preserve">[48:42] </w:t>
      </w:r>
      <w:r>
        <w:t>har lamha aap ki duaen jari rahen gi. har lamha aap ka zikr jari rahe ga. har lamha aap Khuda ke baray mein sochen ge.</w:t>
      </w:r>
    </w:p>
    <w:p>
      <w:pPr>
        <w:jc w:val="right"/>
      </w:pPr>
      <w:r>
        <w:t>ہر لمحہ آپ کی دعائیں جاری رہیں گی۔ ہر لمحہ آپ کا ذکر جاری رہے گا۔ ہر لمحہ آپ خدا کے بارے میں سوچیں گے۔</w:t>
      </w:r>
    </w:p>
    <w:p>
      <w:r>
        <w:rPr>
          <w:b/>
        </w:rPr>
        <w:t xml:space="preserve">[48:54] </w:t>
      </w:r>
      <w:r>
        <w:t>misal ke taur par mein kal parson soch raha tha to mujhe aik yaad aayat yaad aayi</w:t>
      </w:r>
    </w:p>
    <w:p>
      <w:pPr>
        <w:jc w:val="right"/>
      </w:pPr>
      <w:r>
        <w:t>مثلاً میں کل پرسوں سوچ رہا تھا تو مجھے ایک یاد آیت یاد آئی</w:t>
      </w:r>
    </w:p>
    <w:p>
      <w:r>
        <w:rPr>
          <w:b/>
        </w:rPr>
        <w:t xml:space="preserve">[49:00] </w:t>
      </w:r>
      <w:r>
        <w:t>ke yaani sochna kya hai, is ko mein arz karta hoon aap ko. sochna kya cheez hai? ya whisper kya cheez hai? is ki aik misal deta hoon aap ko.</w:t>
      </w:r>
    </w:p>
    <w:p>
      <w:pPr>
        <w:jc w:val="right"/>
      </w:pPr>
      <w:r>
        <w:t>کہ یعنی سوچنا کیا ہے، اس کو میں عرض کرتا ہوں آپ کو۔ سوچنا کیا چیز ہے؟ یا وسپر کیا چیز ہے؟ اس کی ایک مثال دیتا ہوں آپ کو۔</w:t>
      </w:r>
    </w:p>
    <w:p>
      <w:r>
        <w:rPr>
          <w:b/>
        </w:rPr>
        <w:t xml:space="preserve">[49:11] </w:t>
      </w:r>
      <w:r>
        <w:t>whisper kya cheez hai?</w:t>
      </w:r>
    </w:p>
    <w:p>
      <w:pPr>
        <w:jc w:val="right"/>
      </w:pPr>
      <w:r>
        <w:t>وسپر کیا چیز ہے؟</w:t>
      </w:r>
    </w:p>
    <w:p>
      <w:r>
        <w:rPr>
          <w:b/>
        </w:rPr>
        <w:t xml:space="preserve">[49:14] </w:t>
      </w:r>
      <w:r>
        <w:t>to Quran mein aik aayat hai dua ki shakal mein: Rabbana atina fid dunya hasanah wa fil akhirati hasanah wa qina azab an nar.</w:t>
      </w:r>
    </w:p>
    <w:p>
      <w:pPr>
        <w:jc w:val="right"/>
      </w:pPr>
      <w:r>
        <w:t>تو قرآن میں ایک آیت ہے دعا کی شکل میں: ربنا آتنا فی الدنیا حسنہ وفی الآخرة حسنہ وقنا عذاب النار۔</w:t>
      </w:r>
    </w:p>
    <w:p>
      <w:r>
        <w:rPr>
          <w:b/>
        </w:rPr>
        <w:t xml:space="preserve">[49:28] </w:t>
      </w:r>
      <w:r>
        <w:t>yaani aey hamare rab, hum ko de dunya mein hasanah aur hum ko de aakhirat mein hasanah. hum ko bacha aag ke azaab se.</w:t>
      </w:r>
    </w:p>
    <w:p>
      <w:pPr>
        <w:jc w:val="right"/>
      </w:pPr>
      <w:r>
        <w:t>یعنی اے ہمارے رب، ہم کو دے دنیا میں حسنہ اور ہم کو دے آخرت میں حسنہ۔ ہم کو بچا آگ کے عذاب سے۔</w:t>
      </w:r>
    </w:p>
    <w:p>
      <w:r>
        <w:rPr>
          <w:b/>
        </w:rPr>
        <w:t xml:space="preserve">[49:40] </w:t>
      </w:r>
      <w:r>
        <w:t>to mein sochta raha, sochta raha, sochta raha to mere samne aaya ke dunya mein to all ready hasanah Allah ne de hi diya hai. hum mein se har shakhs ko dunya ka hasanah hasil hai.</w:t>
      </w:r>
    </w:p>
    <w:p>
      <w:pPr>
        <w:jc w:val="right"/>
      </w:pPr>
      <w:r>
        <w:t>تو میں سوچتا رہا، سوچتا رہا، سوچتا رہا تو میرے سامنے آیا کہ دنیا میں تو آل ریڈی حسنہ اللہ نے دے ہی دیا ہے۔ ہم میں سے ہر شخص کو دنیا کا حسنہ حاصل ہے۔</w:t>
      </w:r>
    </w:p>
    <w:p>
      <w:r>
        <w:rPr>
          <w:b/>
        </w:rPr>
        <w:t xml:space="preserve">[49:53] </w:t>
      </w:r>
      <w:r>
        <w:t>hamara wajood kya hai? yeh hasanah hai. life support system kya hai? yeh hasanah hai. yeh zameen, yeh solar system kya hai? yeh hasanah hai.</w:t>
      </w:r>
    </w:p>
    <w:p>
      <w:pPr>
        <w:jc w:val="right"/>
      </w:pPr>
      <w:r>
        <w:t>ہمارا وجود کیا ہے؟ یہ حسنہ ہے۔ لائف سپورٹ سسٹم کیا ہے؟ یہ حسنہ ہے۔ یہ زمین، یہ سولر سسٹم کیا ہے؟ یہ حسنہ ہے۔</w:t>
      </w:r>
    </w:p>
    <w:p>
      <w:r>
        <w:rPr>
          <w:b/>
        </w:rPr>
        <w:t xml:space="preserve">[50:03] </w:t>
      </w:r>
      <w:r>
        <w:t>zameen se ghalla ug raha hai? yeh hasa</w:t>
      </w:r>
    </w:p>
    <w:p>
      <w:pPr>
        <w:jc w:val="right"/>
      </w:pPr>
      <w:r>
        <w:t>زمین سے غلہ اگ رہا ہے؟ یہ حس</w:t>
      </w:r>
    </w:p>
    <w:p>
      <w:r>
        <w:rPr>
          <w:b/>
        </w:rPr>
        <w:t xml:space="preserve">[50:06] </w:t>
      </w:r>
      <w:r>
        <w:t>nah hai. darakhton se phal nikal rahe hain? yeh hasna hai. sabziyan paida ho rahi hain? yeh sab yani dunya ka hasna to all ready mila hua hai aap ko.</w:t>
      </w:r>
    </w:p>
    <w:p>
      <w:pPr>
        <w:jc w:val="right"/>
      </w:pPr>
      <w:r>
        <w:t>نہ ہے۔ درختوں سے پھل نکل رہے ہیں؟ یہ حسنہ ہے۔ سبزیاں پیدا ہو رہی ہیں؟ یہ سب یعنی دنیا کا حسنہ تو آل ریڈی ملا ہوا ہے آپ کو۔</w:t>
      </w:r>
    </w:p>
    <w:p>
      <w:r>
        <w:rPr>
          <w:b/>
        </w:rPr>
        <w:t xml:space="preserve">[50:17] </w:t>
      </w:r>
      <w:r>
        <w:t>phir kya matlab hai is dua ka? ke khudaaya hum ko dunya mein hasna de aur phir hum ko aakhirat mein hasna de. to mein socha ke ya is mein is ke ke zariye se aik aik bohat bari dua hum ko sikhai ja rahi hai.</w:t>
      </w:r>
    </w:p>
    <w:p>
      <w:pPr>
        <w:jc w:val="right"/>
      </w:pPr>
      <w:r>
        <w:t>پھر کیا مطلب ہے اس دعا کا؟ کہ خدایا ہم کو دنیا میں حسنہ دے اور پھر ہم کو آخرت میں حسنہ دے۔ تو میں سوچا کہ یا اس میں اس کے کے ذریعے سے ایک ایک بہت بڑی دعا ہم کو سکھائی جا رہی ہے۔</w:t>
      </w:r>
    </w:p>
    <w:p>
      <w:r>
        <w:rPr>
          <w:b/>
        </w:rPr>
        <w:t xml:space="preserve">[50:36] </w:t>
      </w:r>
      <w:r>
        <w:t>aik bohat bari dua.</w:t>
      </w:r>
    </w:p>
    <w:p>
      <w:pPr>
        <w:jc w:val="right"/>
      </w:pPr>
      <w:r>
        <w:t>ایک بہت بڑی دعا۔</w:t>
      </w:r>
    </w:p>
    <w:p>
      <w:r>
        <w:rPr>
          <w:b/>
        </w:rPr>
        <w:t xml:space="preserve">[50:40] </w:t>
      </w:r>
      <w:r>
        <w:t>woh dua yeh hai ke aye khuda, dunya mein to ne hasna de diya hum ko. isi tarah to aakhirat mein hum ko hasna de de.</w:t>
      </w:r>
    </w:p>
    <w:p>
      <w:pPr>
        <w:jc w:val="right"/>
      </w:pPr>
      <w:r>
        <w:t>وہ دعا یہ ہے کہ اے خدا، دنیا میں تو نے حسنہ دے دیا ہم کو۔ اسی طرح تو آخرت میں ہم کو حسنہ دے دے۔</w:t>
      </w:r>
    </w:p>
    <w:p>
      <w:r>
        <w:rPr>
          <w:b/>
        </w:rPr>
        <w:t xml:space="preserve">[50:54] </w:t>
      </w:r>
      <w:r>
        <w:t>rabbana qad atina fid dunya hasana.</w:t>
      </w:r>
    </w:p>
    <w:p>
      <w:pPr>
        <w:jc w:val="right"/>
      </w:pPr>
      <w:r>
        <w:t>ربنا قد آتنا فی الدنیا حسنہ۔</w:t>
      </w:r>
    </w:p>
    <w:p>
      <w:r>
        <w:rPr>
          <w:b/>
        </w:rPr>
        <w:t xml:space="preserve">[51:00] </w:t>
      </w:r>
      <w:r>
        <w:t>fātina fil ākherati hasana.</w:t>
      </w:r>
    </w:p>
    <w:p>
      <w:pPr>
        <w:jc w:val="right"/>
      </w:pPr>
      <w:r>
        <w:t>فاتنا فی الآخرة حسنہ۔</w:t>
      </w:r>
    </w:p>
    <w:p>
      <w:r>
        <w:rPr>
          <w:b/>
        </w:rPr>
        <w:t xml:space="preserve">[51:04] </w:t>
      </w:r>
      <w:r>
        <w:t>to aap jab sochenge to isi ka naam hai whisper karna. sochte sochte aap Allah se baatein karne lagen ge. sochte sochte aap Allah se whisper karne lagen ge.</w:t>
      </w:r>
    </w:p>
    <w:p>
      <w:pPr>
        <w:jc w:val="right"/>
      </w:pPr>
      <w:r>
        <w:t>تو آپ جب سوچیں گے تو اسی کا نام ہے وسپر کرنا۔ سوچتے سوچتے آپ اللہ سے باتیں کرنے لگیں گے۔ سوچتے سوچتے آپ اللہ سے وسپر کرنے لگیں گے۔</w:t>
      </w:r>
    </w:p>
    <w:p>
      <w:r>
        <w:rPr>
          <w:b/>
        </w:rPr>
        <w:t xml:space="preserve">[51:17] </w:t>
      </w:r>
      <w:r>
        <w:t>jaise is is ayat ko mein soch raha tha, is dua ko. to bazahir to yeh dua hai ke aye hamare rab, hum ko de dunya ka hasna aur hum ko de aakhirat ka hasna.</w:t>
      </w:r>
    </w:p>
    <w:p>
      <w:pPr>
        <w:jc w:val="right"/>
      </w:pPr>
      <w:r>
        <w:t>جیسے اس اس آیت کو میں سوچ رہا تھا، اس دعا کو۔ تو بظاہر تو یہ دعا ہے کہ اے ہمارے رب، ہم کو دے دنیا کا حسنہ اور ہم کو دے آخرت کا حسنہ۔</w:t>
      </w:r>
    </w:p>
    <w:p>
      <w:r>
        <w:rPr>
          <w:b/>
        </w:rPr>
        <w:t xml:space="preserve">[51:34] </w:t>
      </w:r>
      <w:r>
        <w:t>to mein ne kaha khudaaya, to ne hasna dunya ko to de hi diya.</w:t>
      </w:r>
    </w:p>
    <w:p>
      <w:pPr>
        <w:jc w:val="right"/>
      </w:pPr>
      <w:r>
        <w:t>تو میں نے کہا خدایا، تو نے حسنہ دنیا کو تو دے ہی دیا۔</w:t>
      </w:r>
    </w:p>
    <w:p>
      <w:r>
        <w:rPr>
          <w:b/>
        </w:rPr>
        <w:t xml:space="preserve">[51:40] </w:t>
      </w:r>
      <w:r>
        <w:t>agar na deta to hum zinda kaise rehte? dunya ka hasna agar na mila ho to aap mein se koi shakhs zinda nahi reh sakta. aik second bhi nahi reh sakta.</w:t>
      </w:r>
    </w:p>
    <w:p>
      <w:pPr>
        <w:jc w:val="right"/>
      </w:pPr>
      <w:r>
        <w:t>اگر نہ دیتا تو ہم زندہ کیسے رہتے؟ دنیا کا حسنہ اگر نہ ملا ہو تو آپ میں سے کوئی شخص زندہ نہیں رہ سکتا۔ ایک سیکنڈ بھی نہیں رہ سکتا۔</w:t>
      </w:r>
    </w:p>
    <w:p>
      <w:r>
        <w:rPr>
          <w:b/>
        </w:rPr>
        <w:t xml:space="preserve">[51:51] </w:t>
      </w:r>
      <w:r>
        <w:t>sooraj ki roshni hasna hai. oxygen hasna hai. yeh zameen ki kashish hasna hai. yeh paidawar hasna hai.</w:t>
      </w:r>
    </w:p>
    <w:p>
      <w:pPr>
        <w:jc w:val="right"/>
      </w:pPr>
      <w:r>
        <w:t>سورج کی روشنی حسنہ ہے۔ آکسیجن حسنہ ہے۔ یہ زمین کی کشش حسنہ ہے۔ یہ پیداوار حسنہ ہے۔</w:t>
      </w:r>
    </w:p>
    <w:p>
      <w:r>
        <w:rPr>
          <w:b/>
        </w:rPr>
        <w:t xml:space="preserve">[52:03] </w:t>
      </w:r>
      <w:r>
        <w:t>yeh phal aur tarkariyan sab hasna hain. yeh pani hasna hai. to mein ne kaha khudaaya, dunya ka hasna to tu ne de diya.</w:t>
      </w:r>
    </w:p>
    <w:p>
      <w:pPr>
        <w:jc w:val="right"/>
      </w:pPr>
      <w:r>
        <w:t>یہ پھل اور ترکاریاں سب حسنہ ہیں۔ یہ پانی حسنہ ہے۔ تو میں نے کہا خدایا، دنیا کا حسنہ تو تو نے دے دیا۔</w:t>
      </w:r>
    </w:p>
    <w:p>
      <w:r>
        <w:rPr>
          <w:b/>
        </w:rPr>
        <w:t xml:space="preserve">[52:16] </w:t>
      </w:r>
      <w:r>
        <w:t>to aik hadith hai, Allah taala ne farmaya: "ana 'inda dhanni 'abdi fal yudannibni khayra".</w:t>
      </w:r>
    </w:p>
    <w:p>
      <w:pPr>
        <w:jc w:val="right"/>
      </w:pPr>
      <w:r>
        <w:t>تو ایک حدیث ہے، اللہ تعالیٰ نے فرمایا: "أنا عند ذن عبدی فلیدنبی خیرا"۔</w:t>
      </w:r>
    </w:p>
    <w:p>
      <w:r>
        <w:rPr>
          <w:b/>
        </w:rPr>
        <w:t xml:space="preserve">[52:27] </w:t>
      </w:r>
      <w:r>
        <w:t>yeh hadith hai: "ana 'inda dhanni 'abdi fal yudannibni khayra". ke mein aadmi ke gumaan ke sath hoon.</w:t>
      </w:r>
    </w:p>
    <w:p>
      <w:pPr>
        <w:jc w:val="right"/>
      </w:pPr>
      <w:r>
        <w:t>یہ حدیث ہے: "أنا عند ذن عبدی فلیدنبی خیرا"۔ کہ میں آدمی کے گمان کے ساتھ ہوں۔</w:t>
      </w:r>
    </w:p>
    <w:p>
      <w:r>
        <w:rPr>
          <w:b/>
        </w:rPr>
        <w:t xml:space="preserve">[52:39] </w:t>
      </w:r>
      <w:r>
        <w:t>to mere baray mein woh acha gumaan kare woh.</w:t>
      </w:r>
    </w:p>
    <w:p>
      <w:pPr>
        <w:jc w:val="right"/>
      </w:pPr>
      <w:r>
        <w:t>تو میرے بارے میں وہ اچھا گمان کرے وہ۔</w:t>
      </w:r>
    </w:p>
    <w:p>
      <w:r>
        <w:rPr>
          <w:b/>
        </w:rPr>
        <w:t xml:space="preserve">[52:44] </w:t>
      </w:r>
      <w:r>
        <w:t>mein aadmi ke gumaan ke sath hoon to woh mere baray mein acha gumaan kare. aap is hadith ko lijiyay, is ayat ko lijiyay.</w:t>
      </w:r>
    </w:p>
    <w:p>
      <w:pPr>
        <w:jc w:val="right"/>
      </w:pPr>
      <w:r>
        <w:t>میں آدمی کے گمان کے ساتھ ہوں تو وہ میرے بارے میں اچھا گمان کرے۔ آپ اس حدیث کو لیجیے، اس آیت کو لیجیے۔</w:t>
      </w:r>
    </w:p>
    <w:p>
      <w:r>
        <w:rPr>
          <w:b/>
        </w:rPr>
        <w:t xml:space="preserve">[52:55] </w:t>
      </w:r>
      <w:r>
        <w:t>to aap kahenge khudaaya, yani isi ka naam whisper hai ke khudaaya, mein tere mere sath acha yeh gumaan kar raha hoon.</w:t>
      </w:r>
    </w:p>
    <w:p>
      <w:pPr>
        <w:jc w:val="right"/>
      </w:pPr>
      <w:r>
        <w:t>تو آپ کہیں گے خدایا، یعنی اسی کا نام وسپر ہے کہ خدایا، میں تیرے میرے ساتھ اچھا یہ گمان کر رہا ہوں۔</w:t>
      </w:r>
    </w:p>
    <w:p>
      <w:r>
        <w:rPr>
          <w:b/>
        </w:rPr>
        <w:t xml:space="preserve">[53:03] </w:t>
      </w:r>
      <w:r>
        <w:t>yeh zann qaim karta hoon tere sath khudaaya. ke to ne dunya mein mujhe hasna de diya all ready. to khudaaya, isi tarah mein tere sath yeh zann qaim kar raha hoon ke aakhirat mein bhi to mujhe hasna de de ga.</w:t>
      </w:r>
    </w:p>
    <w:p>
      <w:pPr>
        <w:jc w:val="right"/>
      </w:pPr>
      <w:r>
        <w:t>یہ زن قائم کرتا ہوں تیرے ساتھ خدایا۔ کہ تو نے دنیا میں مجھے حسنہ دے دیا آل ریڈی۔ تو خدایا، اسی طرح میں تیرے ساتھ یہ زن قائم کر رہا ہوں کہ آخرت میں بھی تو مجھے حسنہ دے دے گا۔</w:t>
      </w:r>
    </w:p>
    <w:p>
      <w:r>
        <w:rPr>
          <w:b/>
        </w:rPr>
        <w:t xml:space="preserve">[53:20] </w:t>
      </w:r>
      <w:r>
        <w:t>yeh hai whisper. yeh hai sargoshi.</w:t>
      </w:r>
    </w:p>
    <w:p>
      <w:pPr>
        <w:jc w:val="right"/>
      </w:pPr>
      <w:r>
        <w:t>یہ ہے وسپر۔ یہ ہے سرگوشی۔</w:t>
      </w:r>
    </w:p>
    <w:p>
      <w:r>
        <w:rPr>
          <w:b/>
        </w:rPr>
        <w:t xml:space="preserve">[53:27] </w:t>
      </w:r>
      <w:r>
        <w:t>to jab aap Allah ko daryaft kar lete hain, us ki sari sifat alta ke sath, us ki sari azmaton ke sath, us is us ki jo jo us ki jo rab aur rahim o karim hone ke aitbar se jo us ka darja hai, us ke sath to us ke nateejay ke tor par lazman aisa hota hai ke aap ke andar yahi sab paida hota hai.</w:t>
      </w:r>
    </w:p>
    <w:p>
      <w:pPr>
        <w:jc w:val="right"/>
      </w:pPr>
      <w:r>
        <w:t>تو جب آپ اللہ کو دریافت کر لیتے ہیں، اس کی ساری صفات اعلیٰ کے ساتھ، اس کی ساری عظمتوں کے ساتھ، اس اس کی جو جو اس کی جو رب اور رحیم و کریم ہونے کے اعتبار سے جو اس کا درجہ ہے، اس کے ساتھ تو اس کے نتیجے کے طور پر لازماً ایسا ہوتا ہے کہ آپ کے اندر یہی سب پیدا ہوتا ہے۔</w:t>
      </w:r>
    </w:p>
    <w:p>
      <w:r>
        <w:rPr>
          <w:b/>
        </w:rPr>
        <w:t xml:space="preserve">[53:53] </w:t>
      </w:r>
      <w:r>
        <w:t>yahi whisper.</w:t>
      </w:r>
    </w:p>
    <w:p>
      <w:pPr>
        <w:jc w:val="right"/>
      </w:pPr>
      <w:r>
        <w:t>یہی وسپر۔</w:t>
      </w:r>
    </w:p>
    <w:p>
      <w:r>
        <w:rPr>
          <w:b/>
        </w:rPr>
        <w:t xml:space="preserve">[53:58] </w:t>
      </w:r>
      <w:r>
        <w:t>har cheez aap ke liye point of reference ban jati hai Allah ki yaad ke liye. aur phir aap dheere dheere mein akele baithe hon aap kamray mein, akele kahin safar kar rahe hain, kahin bhi jangal biaban mein akele hain.</w:t>
      </w:r>
    </w:p>
    <w:p>
      <w:pPr>
        <w:jc w:val="right"/>
      </w:pPr>
      <w:r>
        <w:t>ہر چیز آپ کے لیے پوائنٹ آف ریفرنس بن جاتی ہے اللہ کی یاد کے لیے۔ اور پھر آپ دھیرے دھیرے میں اکیلے بیٹھے ہوں آپ کمرے میں، اکیلے کہیں سفر کر رہے ہیں، کہیں بھی جنگل بیابان میں اکیلے ہیں۔</w:t>
      </w:r>
    </w:p>
    <w:p>
      <w:r>
        <w:rPr>
          <w:b/>
        </w:rPr>
        <w:t xml:space="preserve">[54:12] </w:t>
      </w:r>
      <w:r>
        <w:t>kyun ke Khuda to phir bhi wahan aap ke sath hai. Khuda to har jagah aap ke sath hai. to har waqt aap ka dil laga rehta hai Allah ki taraf.</w:t>
      </w:r>
    </w:p>
    <w:p>
      <w:pPr>
        <w:jc w:val="right"/>
      </w:pPr>
      <w:r>
        <w:t>کیونکہ خدا تو پھر بھی وہاں آپ کے ساتھ ہے۔ خدا تو ہر جگہ آپ کے ساتھ ہے۔ تو ہر وقت آپ کا دل لگا رہتا ہے اللہ کی طرف۔</w:t>
      </w:r>
    </w:p>
    <w:p>
      <w:r>
        <w:rPr>
          <w:b/>
        </w:rPr>
        <w:t xml:space="preserve">[54:22] </w:t>
      </w:r>
      <w:r>
        <w:t>har waqt aap ke dil mein yaad rehti hai t</w:t>
      </w:r>
    </w:p>
    <w:p>
      <w:pPr>
        <w:jc w:val="right"/>
      </w:pPr>
      <w:r>
        <w:t>ہر وقت آپ کے دل میں یاد رہتی ہے ت</w:t>
      </w:r>
    </w:p>
    <w:p>
      <w:r>
        <w:rPr>
          <w:b/>
        </w:rPr>
        <w:t xml:space="preserve">[54:25] </w:t>
      </w:r>
      <w:r>
        <w:t>eri Allah ki taraf. jahan bhi aap hain, whisper chalta rehta hai aap ka.</w:t>
      </w:r>
    </w:p>
    <w:p>
      <w:pPr>
        <w:jc w:val="right"/>
      </w:pPr>
      <w:r>
        <w:t>یری اللہ کی طرف۔ جہاں بھی آپ ہیں، وسپر چلتا رہتا ہے آپ کا۔</w:t>
      </w:r>
    </w:p>
    <w:p>
      <w:r>
        <w:rPr>
          <w:b/>
        </w:rPr>
        <w:t xml:space="preserve">[54:33] </w:t>
      </w:r>
      <w:r>
        <w:t>to dekhiye, ek hai minimum ramzan, ek hai maximum ramzan. minim</w:t>
      </w:r>
    </w:p>
    <w:p>
      <w:pPr>
        <w:jc w:val="right"/>
      </w:pPr>
      <w:r>
        <w:t>تو دیکھیے، ایک ہے منیمم رمضان، ایک ہے میکسیمم رمضان۔ منیم</w:t>
      </w:r>
    </w:p>
    <w:p>
      <w:r>
        <w:rPr>
          <w:b/>
        </w:rPr>
        <w:t xml:space="preserve">[54:43] </w:t>
      </w:r>
      <w:r>
        <w:t>m kya hai? saal ke ek mahine aap ne apne ko exso kiya, exso karke quran ko padha, allah ko yaad kiya.</w:t>
      </w:r>
    </w:p>
    <w:p>
      <w:pPr>
        <w:jc w:val="right"/>
      </w:pPr>
      <w:r>
        <w:t>م کیا ہے؟ سال کے ایک مہینے آپ نے اپنے کو ایکسو کیا، ایکسو کر کے قرآن کو پڑھا، اللہ کو یاد کیا۔</w:t>
      </w:r>
    </w:p>
    <w:p>
      <w:r>
        <w:rPr>
          <w:b/>
        </w:rPr>
        <w:t xml:space="preserve">[54:54] </w:t>
      </w:r>
      <w:r>
        <w:t>aur yeh yeh minimum hai. maximum yeh hai ke saal bhar yahi haalat aap ki rahe. aur dekhiye, yeh koi aisa nahi ke koi yeh yaani woh jo ek istilaah hai, aamad aur ahad.</w:t>
      </w:r>
    </w:p>
    <w:p>
      <w:pPr>
        <w:jc w:val="right"/>
      </w:pPr>
      <w:r>
        <w:t>اور یہ یہ منیمم ہے۔ میکسیمم یہ ہے کہ سال بھر یہی حالت آپ کی رہے۔ اور دیکھیے، یہ کوئی ایسا نہیں کہ کوئی یہ یعنی وہ جو ایک اصطلاح ہے، آمد اور عہد۔</w:t>
      </w:r>
    </w:p>
    <w:p>
      <w:r>
        <w:rPr>
          <w:b/>
        </w:rPr>
        <w:t xml:space="preserve">[55:14] </w:t>
      </w:r>
      <w:r>
        <w:t>yeh ahad ki baat nahi, yeh aamad ki baat hai.</w:t>
      </w:r>
    </w:p>
    <w:p>
      <w:pPr>
        <w:jc w:val="right"/>
      </w:pPr>
      <w:r>
        <w:t>یہ عہد کی بات نہیں، یہ آمد کی بات ہے۔</w:t>
      </w:r>
    </w:p>
    <w:p>
      <w:r>
        <w:rPr>
          <w:b/>
        </w:rPr>
        <w:t xml:space="preserve">[55:19] </w:t>
      </w:r>
      <w:r>
        <w:t>yeh baat ahad ki nahi, aamad ki baat hai. yaani discovery of god jab is darje mein ho jo darja chahiye to yahi sab paida ho jata hai.</w:t>
      </w:r>
    </w:p>
    <w:p>
      <w:pPr>
        <w:jc w:val="right"/>
      </w:pPr>
      <w:r>
        <w:t>یہ بات عہد کی نہیں، آمد کی بات ہے۔ یعنی ڈسکوری آف گاڈ جب اس درجے میں ہو جو درجہ چاہیے تو یہی سب پیدا ہو جاتا ہے۔</w:t>
      </w:r>
    </w:p>
    <w:p>
      <w:r>
        <w:rPr>
          <w:b/>
        </w:rPr>
        <w:t xml:space="preserve">[55:33] </w:t>
      </w:r>
      <w:r>
        <w:t>baur aamad yeh sab cheezein paida ho jaati hain. aap ghaur kijiye, kaise aasan nahi hoga aap ke andar jab aap allah ko is tarah daryaft karein.</w:t>
      </w:r>
    </w:p>
    <w:p>
      <w:pPr>
        <w:jc w:val="right"/>
      </w:pPr>
      <w:r>
        <w:t>بطور آمد یہ سب چیزیں پیدا ہو جاتی ہیں۔ آپ غور کیجیے، کیسے آسان نہیں ہو گا آپ کے اندر جب آپ اللہ کو اس طرح دریافت کریں۔</w:t>
      </w:r>
    </w:p>
    <w:p>
      <w:r>
        <w:rPr>
          <w:b/>
        </w:rPr>
        <w:t xml:space="preserve">[55:44] </w:t>
      </w:r>
      <w:r>
        <w:t>ke allah mere saath hai, allah mujh se qareeb hai, allah meri baaton ko sunta hai. to jab yeh aap ka mind is tarah ka ban jaye to kaise mumkin hai ke yeh sab baatein aap allah se whisper aap ka shuru na ho jaye?</w:t>
      </w:r>
    </w:p>
    <w:p>
      <w:pPr>
        <w:jc w:val="right"/>
      </w:pPr>
      <w:r>
        <w:t>کہ اللہ میرے ساتھ ہے، اللہ مجھ سے قریب ہے، اللہ میری باتوں کو سنتا ہے۔ تو جب یہ آپ کا مائنڈ اس طرح کا بن جائے تو کیسے ممکن ہے کہ یہ سب باتیں آپ اللہ سے وسپر آپ کا شروع نہ ہو جائے؟</w:t>
      </w:r>
    </w:p>
    <w:p>
      <w:r>
        <w:rPr>
          <w:b/>
        </w:rPr>
        <w:t xml:space="preserve">[56:00] </w:t>
      </w:r>
      <w:r>
        <w:t>allah se aap ki sargoshian jaari na ho jayein? woh to raat din chaubees ghante chalta rahega. woh chalta hi rahega.</w:t>
      </w:r>
    </w:p>
    <w:p>
      <w:pPr>
        <w:jc w:val="right"/>
      </w:pPr>
      <w:r>
        <w:t>اللہ سے آپ کی سرگوشیاں جاری نہ ہو جائیں؟ وہ تو رات دن چوبیس گھنٹے چلتا رہے گا۔ وہ چلتا ہی رہے گا۔</w:t>
      </w:r>
    </w:p>
    <w:p>
      <w:r>
        <w:rPr>
          <w:b/>
        </w:rPr>
        <w:t xml:space="preserve">[56:15] </w:t>
      </w:r>
      <w:r>
        <w:t>jo experience aap ka hoga, jo tajruba aap par guzre ga.</w:t>
      </w:r>
    </w:p>
    <w:p>
      <w:pPr>
        <w:jc w:val="right"/>
      </w:pPr>
      <w:r>
        <w:t>جو ایکسپیرینس آپ کا ہو گا، جو تجربہ آپ پر گزرے گا۔</w:t>
      </w:r>
    </w:p>
    <w:p>
      <w:r>
        <w:rPr>
          <w:b/>
        </w:rPr>
        <w:t xml:space="preserve">[56:24] </w:t>
      </w:r>
      <w:r>
        <w:t>ab jaise misaal ke taur par abhi maine tv mein dekha</w:t>
      </w:r>
    </w:p>
    <w:p>
      <w:pPr>
        <w:jc w:val="right"/>
      </w:pPr>
      <w:r>
        <w:t>اب جیسے مثال کے طور پر ابھی میں نے ٹی وی میں دیکھا</w:t>
      </w:r>
    </w:p>
    <w:p>
      <w:r>
        <w:rPr>
          <w:b/>
        </w:rPr>
        <w:t xml:space="preserve">[56:33] </w:t>
      </w:r>
      <w:r>
        <w:t>ek yaani ke iska ek bahut bada ek ek bahut bada jalsa tha, is mein bahut shandaar stage laga hua tha.</w:t>
      </w:r>
    </w:p>
    <w:p>
      <w:pPr>
        <w:jc w:val="right"/>
      </w:pPr>
      <w:r>
        <w:t>ایک یعنی کہ اس کا ایک بہت بڑا ایک ایک بہت بڑا جلسہ تھا، اس میں بہت شاندار اسٹیج لگا ہوا تھا۔</w:t>
      </w:r>
    </w:p>
    <w:p>
      <w:r>
        <w:rPr>
          <w:b/>
        </w:rPr>
        <w:t xml:space="preserve">[56:47] </w:t>
      </w:r>
      <w:r>
        <w:t>aur is mein bade bade log wahan aate the, bolte the. to mujhe woh ayat yaad aayi</w:t>
      </w:r>
    </w:p>
    <w:p>
      <w:pPr>
        <w:jc w:val="right"/>
      </w:pPr>
      <w:r>
        <w:t>اور اس میں بڑے بڑے لوگ وہاں آتے تھے، بولتے تھے۔ تو مجھے وہ آیت یاد آئی</w:t>
      </w:r>
    </w:p>
    <w:p>
      <w:r>
        <w:rPr>
          <w:b/>
        </w:rPr>
        <w:t xml:space="preserve">[56:52] </w:t>
      </w:r>
      <w:r>
        <w:t>. fi muqtisad inda wali muqtadir. quran mein ek ayat hai ke aakhirat mein log sachai ki seaton par honge allah ke paas.</w:t>
      </w:r>
    </w:p>
    <w:p>
      <w:pPr>
        <w:jc w:val="right"/>
      </w:pPr>
      <w:r>
        <w:t>۔ فی مقتصد عند ولی مقتدر۔ قرآن میں ایک آیت ہے کہ آخرت میں لوگ سچائی کی سیٹوں پر ہوں گے اللہ کے پاس۔</w:t>
      </w:r>
    </w:p>
    <w:p>
      <w:r>
        <w:rPr>
          <w:b/>
        </w:rPr>
        <w:t xml:space="preserve">[57:08] </w:t>
      </w:r>
      <w:r>
        <w:t>muqtisad yaani seat of truth. to maine socha ke yeh yeh sab to faqat kazb hai. yeh chand jo cheez chand din rahe, woh faqat kazb hai.</w:t>
      </w:r>
    </w:p>
    <w:p>
      <w:pPr>
        <w:jc w:val="right"/>
      </w:pPr>
      <w:r>
        <w:t>مقتصد یعنی سیٹ آف ٹروتھ۔ تو میں نے سوچا کہ یہ یہ سب تو فقط کذب ہے۔ یہ چند جو چیز چند دن رہے، وہ فقط کذب ہے۔</w:t>
      </w:r>
    </w:p>
    <w:p>
      <w:r>
        <w:rPr>
          <w:b/>
        </w:rPr>
        <w:t xml:space="preserve">[57:21] </w:t>
      </w:r>
      <w:r>
        <w:t>jo stage chand din rahe, woh faqat kazb hai. to maine socha ke is ayat ka matlab yeh hai ke aakhirat ka ek stage sajaya jayega. fi muqtisad inda malik muqtadir.</w:t>
      </w:r>
    </w:p>
    <w:p>
      <w:pPr>
        <w:jc w:val="right"/>
      </w:pPr>
      <w:r>
        <w:t>جو اسٹیج چند دن رہے، وہ فقط کذب ہے۔ تو میں نے سوچا کہ اس آیت کا مطلب یہ ہے کہ آخرت کا ایک اسٹیج سجایا جائے گا۔ فی مقتصد عند ملک مقتدر۔</w:t>
      </w:r>
    </w:p>
    <w:p>
      <w:r>
        <w:rPr>
          <w:b/>
        </w:rPr>
        <w:t xml:space="preserve">[57:32] </w:t>
      </w:r>
      <w:r>
        <w:t>ek stage sajaya jayega. wahan par log aayenge, stage par baithenge aur bolenge. saara alam un ki baatein sune ga.</w:t>
      </w:r>
    </w:p>
    <w:p>
      <w:pPr>
        <w:jc w:val="right"/>
      </w:pPr>
      <w:r>
        <w:t>ایک اسٹیج سجایا جائے گا۔ وہاں پر لوگ آئیں گے، اسٹیج پر بیٹھیں گے اور بولیں گے۔ سارا عالم ان کی باتیں سنے گا۔</w:t>
      </w:r>
    </w:p>
    <w:p>
      <w:r>
        <w:rPr>
          <w:b/>
        </w:rPr>
        <w:t xml:space="preserve">[57:45] </w:t>
      </w:r>
      <w:r>
        <w:t>to maine kaha khudaaya, mujhe is mein shamil kar le.</w:t>
      </w:r>
    </w:p>
    <w:p>
      <w:pPr>
        <w:jc w:val="right"/>
      </w:pPr>
      <w:r>
        <w:t>تو میں نے کہا خدایا، مجھے اس میں شامل کر لے۔</w:t>
      </w:r>
    </w:p>
    <w:p>
      <w:r>
        <w:rPr>
          <w:b/>
        </w:rPr>
        <w:t xml:space="preserve">[57:48] </w:t>
      </w:r>
      <w:r>
        <w:t>is stage mein duniya ke stage ki kya haqeeqat hai? yeh to kuch bhi nahi hai. woh stage jo tere yaani jo jo khudai alam mein hoga, jo universal hoga,</w:t>
      </w:r>
    </w:p>
    <w:p>
      <w:pPr>
        <w:jc w:val="right"/>
      </w:pPr>
      <w:r>
        <w:t>اس اسٹیج میں دنیا کے اسٹیج کی کیا حقیقت ہے؟ یہ تو کچھ بھی نہیں ہے۔ وہ اسٹیج جو تیرے یعنی جو جو خدائی عالم میں ہو گا، جو یونیورسل ہو گا،</w:t>
      </w:r>
    </w:p>
    <w:p>
      <w:r>
        <w:rPr>
          <w:b/>
        </w:rPr>
        <w:t xml:space="preserve">[58:04] </w:t>
      </w:r>
      <w:r>
        <w:t>jo eternal hoga, jo jannat jannat ke mahaul mein hoga, woh haqeeqi stage hai. woh muqtisad hai.</w:t>
      </w:r>
    </w:p>
    <w:p>
      <w:pPr>
        <w:jc w:val="right"/>
      </w:pPr>
      <w:r>
        <w:t>جو ایٹرنل ہو گا، جو جنت جنت کے ماحول میں ہو گا، وہ حقیقی اسٹیج ہے۔ وہ مقتصد ہے۔</w:t>
      </w:r>
    </w:p>
    <w:p>
      <w:r>
        <w:rPr>
          <w:b/>
        </w:rPr>
        <w:t xml:space="preserve">[58:13] </w:t>
      </w:r>
      <w:r>
        <w:t>yeh sab to muqtisad hai.</w:t>
      </w:r>
    </w:p>
    <w:p>
      <w:pPr>
        <w:jc w:val="right"/>
      </w:pPr>
      <w:r>
        <w:t>یہ سب تو مقتصد ہے۔</w:t>
      </w:r>
    </w:p>
    <w:p>
      <w:r>
        <w:rPr>
          <w:b/>
        </w:rPr>
        <w:t xml:space="preserve">[58:19] </w:t>
      </w:r>
      <w:r>
        <w:t>to koi bhi cheez jab aap dekhte hain, koi tajruba guzarta hai to us ke dauran aap aakhirat ko yaad karte hain.</w:t>
      </w:r>
    </w:p>
    <w:p>
      <w:pPr>
        <w:jc w:val="right"/>
      </w:pPr>
      <w:r>
        <w:t>تو کوئی بھی چیز جب آپ دیکھتے ہیں، کوئی تجربہ گزرتا ہے تو اس کے دوران آپ آخرت کو یاد کرتے ہیں۔</w:t>
      </w:r>
    </w:p>
    <w:p>
      <w:r>
        <w:rPr>
          <w:b/>
        </w:rPr>
        <w:t xml:space="preserve">[58:28] </w:t>
      </w:r>
      <w:r>
        <w:t>aur phir allah se aap ke aap ki baatein hone lagti hain.</w:t>
      </w:r>
    </w:p>
    <w:p>
      <w:pPr>
        <w:jc w:val="right"/>
      </w:pPr>
      <w:r>
        <w:t>اور پھر اللہ سے آپ کے آپ کی باتیں ہونے لگتی ہیں۔</w:t>
      </w:r>
    </w:p>
    <w:p>
      <w:r>
        <w:rPr>
          <w:b/>
        </w:rPr>
        <w:t xml:space="preserve">[58:35] </w:t>
      </w:r>
      <w:r>
        <w:t>yeh hai is ayat ka matlab ke salik badi aini waani qareeb wadiyantana yashudoon.</w:t>
      </w:r>
    </w:p>
    <w:p>
      <w:pPr>
        <w:jc w:val="right"/>
      </w:pPr>
      <w:r>
        <w:t>یہ ہے اس آیت کا مطلب کہ سالک بادی عنی وانی قریب ودیانتان یشدون۔</w:t>
      </w:r>
    </w:p>
    <w:p>
      <w:r>
        <w:rPr>
          <w:b/>
        </w:rPr>
        <w:t xml:space="preserve">[58:47] </w:t>
      </w:r>
      <w:r>
        <w:t>yeh hai rushd. to allah taala mujh ko aur aap ko tofeeq de ke hum is rushd ko pa sakein.</w:t>
      </w:r>
    </w:p>
    <w:p>
      <w:pPr>
        <w:jc w:val="right"/>
      </w:pPr>
      <w:r>
        <w:t>یہ ہے رشد۔ تو اللہ تعالیٰ مجھ کو اور آپ کو توفیق دے کہ ہم اس رشد کو پا سکیں۔</w:t>
      </w:r>
    </w:p>
    <w:p>
      <w:r>
        <w:rPr>
          <w:b/>
        </w:rPr>
        <w:t xml:space="preserve">[58:56] </w:t>
      </w:r>
      <w:r>
        <w:t>aur allah ke haan pahunchein to hum is rushd ko paaye hue logon mein shumar hon. hamara aqool</w:t>
      </w:r>
    </w:p>
    <w:p>
      <w:pPr>
        <w:jc w:val="right"/>
      </w:pPr>
      <w:r>
        <w:t>اور اللہ کے ہاں پہنچیں تو ہم اس رشد کو پائے ہوئے لوگوں میں شمار ہوں۔ ہمارا اقول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