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Process of Intellectual Development March 23, 2008 Maulana Wahiduddin Khan</w:t>
      </w:r>
    </w:p>
    <w:p>
      <w:r>
        <w:t>https://www.youtube.com/watch?v=Oyhw-tDcT70</w:t>
      </w:r>
    </w:p>
    <w:p>
      <w:r>
        <w:rPr>
          <w:b/>
        </w:rPr>
        <w:t xml:space="preserve">[00:13] </w:t>
      </w:r>
      <w:r>
        <w:t>Bismillah Rehman ur Rahim, wa salla Allahu ala Nabi al Kareem. Rab ishrah li sadri, wa yassir li amri, wah 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[00:31] </w:t>
      </w:r>
      <w:r>
        <w:t>yafqahu qawli.</w:t>
      </w:r>
    </w:p>
    <w:p>
      <w:pPr>
        <w:jc w:val="right"/>
      </w:pPr>
      <w:r>
        <w:t>یفقہ قولی۔</w:t>
      </w:r>
    </w:p>
    <w:p>
      <w:r>
        <w:rPr>
          <w:b/>
        </w:rPr>
        <w:t xml:space="preserve">[00:38] </w:t>
      </w:r>
      <w:r>
        <w:t>aaj ki jo talk hai</w:t>
      </w:r>
    </w:p>
    <w:p>
      <w:pPr>
        <w:jc w:val="right"/>
      </w:pPr>
      <w:r>
        <w:t>آج کی جو ٹاک ہے</w:t>
      </w:r>
    </w:p>
    <w:p>
      <w:r>
        <w:rPr>
          <w:b/>
        </w:rPr>
        <w:t xml:space="preserve">[00:43] </w:t>
      </w:r>
      <w:r>
        <w:t>is ka title hai "Process of Intellectual Development".</w:t>
      </w:r>
    </w:p>
    <w:p>
      <w:pPr>
        <w:jc w:val="right"/>
      </w:pPr>
      <w:r>
        <w:t>اس کا ٹائٹل ہے "Process of Intellectual Development"۔</w:t>
      </w:r>
    </w:p>
    <w:p>
      <w:r>
        <w:rPr>
          <w:b/>
        </w:rPr>
        <w:t xml:space="preserve">[00:56] </w:t>
      </w:r>
      <w:r>
        <w:t>zehni irtaqa ka tareeqa.</w:t>
      </w:r>
    </w:p>
    <w:p>
      <w:pPr>
        <w:jc w:val="right"/>
      </w:pPr>
      <w:r>
        <w:t>ذہنی ارتقاء کا طریقہ۔</w:t>
      </w:r>
    </w:p>
    <w:p>
      <w:r>
        <w:rPr>
          <w:b/>
        </w:rPr>
        <w:t xml:space="preserve">[01:02] </w:t>
      </w:r>
      <w:r>
        <w:t>agar koi mujh se pooche ke tumhari zindagi ka sab se bara shocking experience kya hai?</w:t>
      </w:r>
    </w:p>
    <w:p>
      <w:pPr>
        <w:jc w:val="right"/>
      </w:pPr>
      <w:r>
        <w:t>اگر کوئی مجھ سے پوچھے کہ تمہاری زندگی کا سب سے بڑا شاکنگ ایکسپیرئینس کیا ہے؟</w:t>
      </w:r>
    </w:p>
    <w:p>
      <w:r>
        <w:rPr>
          <w:b/>
        </w:rPr>
        <w:t xml:space="preserve">[01:14] </w:t>
      </w:r>
      <w:r>
        <w:t>aap jante hain ke har aadmi ki zindagi mein koi shocking experience hota hai jo hila deta hai us ko.</w:t>
      </w:r>
    </w:p>
    <w:p>
      <w:pPr>
        <w:jc w:val="right"/>
      </w:pPr>
      <w:r>
        <w:t>آپ جانتے ہیں کہ ہر آدمی کی زندگی میں کوئی شاکنگ ایکسپیرئینس ہوتا ہے جو ہلا دیتا ہے اس کو۔</w:t>
      </w:r>
    </w:p>
    <w:p>
      <w:r>
        <w:rPr>
          <w:b/>
        </w:rPr>
        <w:t xml:space="preserve">[01:26] </w:t>
      </w:r>
      <w:r>
        <w:t>to meri zindagi ka shocking experience yeh hai</w:t>
      </w:r>
    </w:p>
    <w:p>
      <w:pPr>
        <w:jc w:val="right"/>
      </w:pPr>
      <w:r>
        <w:t>تو میری زندگی کا شاکنگ ایکسپیرئینس یہ ہے</w:t>
      </w:r>
    </w:p>
    <w:p>
      <w:r>
        <w:rPr>
          <w:b/>
        </w:rPr>
        <w:t xml:space="preserve">[01:33] </w:t>
      </w:r>
      <w:r>
        <w:t>ke maine paya ke dunya ke tamam log confusion mein jee rahe hain. sabhi log, muslim bhi aur non muslim bhi.</w:t>
      </w:r>
    </w:p>
    <w:p>
      <w:pPr>
        <w:jc w:val="right"/>
      </w:pPr>
      <w:r>
        <w:t>کہ میں نے پایا کہ دنیا کے تمام لوگ کنفیوژن میں جی رہے ہیں۔ سبھی لوگ، مسلم بھی اور نان مسلم بھی۔</w:t>
      </w:r>
    </w:p>
    <w:p>
      <w:r>
        <w:rPr>
          <w:b/>
        </w:rPr>
        <w:t xml:space="preserve">[01:46] </w:t>
      </w:r>
      <w:r>
        <w:t>dekhen jo bilkul technical type ke subject hote hain, jaise poocha jaye ke do aur do kitna hua to aap kahenge chaar.</w:t>
      </w:r>
    </w:p>
    <w:p>
      <w:pPr>
        <w:jc w:val="right"/>
      </w:pPr>
      <w:r>
        <w:t>دیکھیں جو بالکل ٹیکنیکل ٹائپ کے سبجیکٹ ہوتے ہیں، جیسے پوچھا جائے کہ دو اور دو کتنا ہوا تو آپ کہیں گے چار۔</w:t>
      </w:r>
    </w:p>
    <w:p>
      <w:r>
        <w:rPr>
          <w:b/>
        </w:rPr>
        <w:t xml:space="preserve">[01:58] </w:t>
      </w:r>
      <w:r>
        <w:t>chaar chaar kitna hua to aap kahenge aath. is tarah ki cheezon mein to log confusion mein nahi hote hain. lekin jo bhi intellectual subject hain, jo fikri mozuat hain,</w:t>
      </w:r>
    </w:p>
    <w:p>
      <w:pPr>
        <w:jc w:val="right"/>
      </w:pPr>
      <w:r>
        <w:t>چار چار کتنا ہوا تو آپ کہیں گے آٹھ۔ اس طرح کی چیزوں میں تو لوگ کنفیوژن میں نہیں ہوتے ہیں۔ لیکن جو بھی انٹلیکچوئل سبجیکٹ ہیں، جو فکری موضوعات ہیں،</w:t>
      </w:r>
    </w:p>
    <w:p>
      <w:r>
        <w:rPr>
          <w:b/>
        </w:rPr>
        <w:t xml:space="preserve">[02:16] </w:t>
      </w:r>
      <w:r>
        <w:t>in mein saare hi log, one to all, confusion mein mubtala hain. muslim bhi aur non muslim bhi. muslim leader bhi aur non muslim leader bhi.</w:t>
      </w:r>
    </w:p>
    <w:p>
      <w:pPr>
        <w:jc w:val="right"/>
      </w:pPr>
      <w:r>
        <w:t>ان میں سارے ہی لوگ، ون ٹو آل، کنفیوژن میں مبتلا ہیں۔ مسلم بھی اور نان مسلم بھی۔ مسلم لیڈر بھی اور نان مسلم لیڈر بھی۔</w:t>
      </w:r>
    </w:p>
    <w:p>
      <w:r>
        <w:rPr>
          <w:b/>
        </w:rPr>
        <w:t xml:space="preserve">[02:28] </w:t>
      </w:r>
      <w:r>
        <w:t>dekhen main bol raha hoon in logon ke bare mein jo educated hote hain, jo logon ko lead dete hain, jo press mein ate hain.</w:t>
      </w:r>
    </w:p>
    <w:p>
      <w:pPr>
        <w:jc w:val="right"/>
      </w:pPr>
      <w:r>
        <w:t>دیکھیں میں بول رہا ہوں ان لوگوں کے بارے میں جو ایجوکیٹڈ ہوتے ہیں، جو لوگوں کو لیڈ دیتے ہیں، جو پریس میں آتے ہیں۔</w:t>
      </w:r>
    </w:p>
    <w:p>
      <w:r>
        <w:rPr>
          <w:b/>
        </w:rPr>
        <w:t xml:space="preserve">[02:39] </w:t>
      </w:r>
      <w:r>
        <w:t>aise mein koi main exception nahi paya, sab confusion mein. yeh meri zindagi ka sab se zyada shocking experience hai.</w:t>
      </w:r>
    </w:p>
    <w:p>
      <w:pPr>
        <w:jc w:val="right"/>
      </w:pPr>
      <w:r>
        <w:t>ایسے میں کوئی میں ایکسیپشن نہیں پایا، سب کنفیوژن میں۔ یہ میری زندگی کا سب سے زیادہ شاکنگ ایکسپیرئینس ہے۔</w:t>
      </w:r>
    </w:p>
    <w:p>
      <w:r>
        <w:rPr>
          <w:b/>
        </w:rPr>
        <w:t xml:space="preserve">[02:54] </w:t>
      </w:r>
      <w:r>
        <w:t>kuch example main doonga aap ko aaj ki is talk mein. aur is se pehle bhi main aise example deta raha hoon.</w:t>
      </w:r>
    </w:p>
    <w:p>
      <w:pPr>
        <w:jc w:val="right"/>
      </w:pPr>
      <w:r>
        <w:t>کچھ ایگزامپل میں دوں گا آپ کو آج کی اس ٹاک میں۔ اور اس سے پہلے بھی میں ایسے ایگزامپل دیتا رہا ہوں۔</w:t>
      </w:r>
    </w:p>
    <w:p>
      <w:r>
        <w:rPr>
          <w:b/>
        </w:rPr>
        <w:t xml:space="preserve">[03:05] </w:t>
      </w:r>
      <w:r>
        <w:t>mera yeh jo experience hai yeh mujh ko ek hadith yaad dilata hai. prophet of Islam ne later period ke liye, yaani baad ko aanay wale zamane ke liye, bohat si predictions ki theen jo hadith ki kitabon mein aap dekh sakte hain.</w:t>
      </w:r>
    </w:p>
    <w:p>
      <w:pPr>
        <w:jc w:val="right"/>
      </w:pPr>
      <w:r>
        <w:t>میرا یہ جو ایکسپیرئینس ہے یہ مجھ کو ایک حدیث یاد دلاتا ہے۔ پرافٹ آف اسلام نے لیٹر پیریڈ کے لیے، یعنی بعد کو آنے والے زمانے کے لیے، بہت سی پریڈکشنز کی تھیں جو حدیث کی کتابوں میں آپ دیکھ سکتے ہیں۔</w:t>
      </w:r>
    </w:p>
    <w:p>
      <w:r>
        <w:rPr>
          <w:b/>
        </w:rPr>
        <w:t xml:space="preserve">[03:33] </w:t>
      </w:r>
      <w:r>
        <w:t>inhi mein se ek hadith hai jo Musnad Ahmad aur</w:t>
      </w:r>
    </w:p>
    <w:p>
      <w:pPr>
        <w:jc w:val="right"/>
      </w:pPr>
      <w:r>
        <w:t>انہی میں سے ایک حدیث ہے جو مسند احمد اور</w:t>
      </w:r>
    </w:p>
    <w:p>
      <w:r>
        <w:rPr>
          <w:b/>
        </w:rPr>
        <w:t xml:space="preserve">[03:43] </w:t>
      </w:r>
      <w:r>
        <w:t>Musnad Imam Muhammad aur Sunan Abi Dawud dono mein aayi hai.</w:t>
      </w:r>
    </w:p>
    <w:p>
      <w:pPr>
        <w:jc w:val="right"/>
      </w:pPr>
      <w:r>
        <w:t>مسند امام محمد اور سنن ابی داؤد دونوں میں آئی ہے۔</w:t>
      </w:r>
    </w:p>
    <w:p>
      <w:r>
        <w:rPr>
          <w:b/>
        </w:rPr>
        <w:t xml:space="preserve">[03:52] </w:t>
      </w:r>
      <w:r>
        <w:t>is hadith mein prophet of Islam ne kaha tha ke baad ke zamane mein, yaani qayamat se pehle,</w:t>
      </w:r>
    </w:p>
    <w:p>
      <w:pPr>
        <w:jc w:val="right"/>
      </w:pPr>
      <w:r>
        <w:t>اس حدیث میں پرافٹ آف اسلام نے کہا تھا کہ بعد کے زمانے میں، یعنی قیامت سے پہلے،</w:t>
      </w:r>
    </w:p>
    <w:p>
      <w:r>
        <w:rPr>
          <w:b/>
        </w:rPr>
        <w:t xml:space="preserve">[04:04] </w:t>
      </w:r>
      <w:r>
        <w:t>chaar fitnay aayenge.</w:t>
      </w:r>
    </w:p>
    <w:p>
      <w:pPr>
        <w:jc w:val="right"/>
      </w:pPr>
      <w:r>
        <w:t>چار فتنے آئیں گے۔</w:t>
      </w:r>
    </w:p>
    <w:p>
      <w:r>
        <w:rPr>
          <w:b/>
        </w:rPr>
        <w:t xml:space="preserve">[04:09] </w:t>
      </w:r>
      <w:r>
        <w:t>aur sab se bara fitna jo hoga woh fitna duhma hoga. is ke baad qayamat aajayegi.</w:t>
      </w:r>
    </w:p>
    <w:p>
      <w:pPr>
        <w:jc w:val="right"/>
      </w:pPr>
      <w:r>
        <w:t>اور سب سے بڑا فتنہ جو ہوگا وہ فتنہ دوہما ہوگا۔ اس کے بعد قیامت آجائے گی۔</w:t>
      </w:r>
    </w:p>
    <w:p>
      <w:r>
        <w:rPr>
          <w:b/>
        </w:rPr>
        <w:t xml:space="preserve">[04:21] </w:t>
      </w:r>
      <w:r>
        <w:t>fitna duhma ka matlab kya hai? duhma ka literal matlab hota hai black, kala. bohat zyada kala.</w:t>
      </w:r>
    </w:p>
    <w:p>
      <w:pPr>
        <w:jc w:val="right"/>
      </w:pPr>
      <w:r>
        <w:t>فتنہ دوہما کا مطلب کیا ہے؟ دوہما کا لٹرل مطلب ہوتا ہے بلیک، کالا۔ بہت زیادہ کالا۔</w:t>
      </w:r>
    </w:p>
    <w:p>
      <w:r>
        <w:rPr>
          <w:b/>
        </w:rPr>
        <w:t xml:space="preserve">[04:33] </w:t>
      </w:r>
      <w:r>
        <w:t>to fitna duhma ka matlab hai mere nazdeek black fog, black intellectual fog.</w:t>
      </w:r>
    </w:p>
    <w:p>
      <w:pPr>
        <w:jc w:val="right"/>
      </w:pPr>
      <w:r>
        <w:t>تو فتنہ دوہما کا مطلب ہے میرے نزدیک بلیک فوگ، بلیک انٹلیکچوئل فوگ۔</w:t>
      </w:r>
    </w:p>
    <w:p>
      <w:r>
        <w:rPr>
          <w:b/>
        </w:rPr>
        <w:t xml:space="preserve">[04:44] </w:t>
      </w:r>
      <w:r>
        <w:t>yaani ek aisa zamana jab sab ke sab confusion mein pad jayenge. is ko main isi sense mein le raha hoon.</w:t>
      </w:r>
    </w:p>
    <w:p>
      <w:pPr>
        <w:jc w:val="right"/>
      </w:pPr>
      <w:r>
        <w:t>یعنی ایک ایسا زمانہ جب سب کے سب کنفیوژن میں پڑ جائیں گے۔ اس کو میں اسی سینس میں لے رہا ہوں۔</w:t>
      </w:r>
    </w:p>
    <w:p>
      <w:r>
        <w:rPr>
          <w:b/>
        </w:rPr>
        <w:t xml:space="preserve">[04:56] </w:t>
      </w:r>
      <w:r>
        <w:t>kisi ke samajh mein koi baat aayegi nahi.</w:t>
      </w:r>
    </w:p>
    <w:p>
      <w:pPr>
        <w:jc w:val="right"/>
      </w:pPr>
      <w:r>
        <w:t>کسی کے سمجھ میں کوئی بات آئے گی نہیں۔</w:t>
      </w:r>
    </w:p>
    <w:p>
      <w:r>
        <w:rPr>
          <w:b/>
        </w:rPr>
        <w:t xml:space="preserve">[05:03] </w:t>
      </w:r>
      <w:r>
        <w:t>muslim aur non muslim dono. right kya hai, wrong kya hai? right angle kya hai, wrong angle kya hai?</w:t>
      </w:r>
    </w:p>
    <w:p>
      <w:pPr>
        <w:jc w:val="right"/>
      </w:pPr>
      <w:r>
        <w:t>مسلم اور نان مسلم دونوں۔ رائٹ کیا ہے، رونگ کیا ہے؟ رائٹ اینگل کیا ہے، رونگ اینگل کیا ہے؟</w:t>
      </w:r>
    </w:p>
    <w:p>
      <w:r>
        <w:rPr>
          <w:b/>
        </w:rPr>
        <w:t xml:space="preserve">[05:16] </w:t>
      </w:r>
      <w:r>
        <w:t>yeh sab mamlaat jo hain, jo basic mamlaat hain, in ke baray mein sab ke sab bohat ziyada confusion mein par jayenge.</w:t>
      </w:r>
    </w:p>
    <w:p>
      <w:pPr>
        <w:jc w:val="right"/>
      </w:pPr>
      <w:r>
        <w:t>یہ سب معاملات جو ہیں، جو بیسک معاملات ہیں، ان کے بارے میں سب کے سب بہت زیادہ کنفیوژن میں پڑ جائیں گے۔</w:t>
      </w:r>
    </w:p>
    <w:p>
      <w:r>
        <w:rPr>
          <w:b/>
        </w:rPr>
        <w:t xml:space="preserve">[05:25] </w:t>
      </w:r>
      <w:r>
        <w:t>koi sahih rai bana nahi sakega. main jo bhi kitaab parhta hoon, jo bhi article dekhta hoon, jo bhi speech sunta hoon, sab mein mujhe isi ka reflection dikhai deta hai.</w:t>
      </w:r>
    </w:p>
    <w:p>
      <w:pPr>
        <w:jc w:val="right"/>
      </w:pPr>
      <w:r>
        <w:t>کوئی صحیح رائے بنا نہیں سکے گا۔ میں جو بھی کتاب پڑھتا ہوں، جو بھی آرٹیکل دیکھتا ہوں، جو بھی اسپیچ سنتا ہوں، سب میں مجھے اسی کا ریفلیکشن دکھائی دیتا ہے۔</w:t>
      </w:r>
    </w:p>
    <w:p>
      <w:r>
        <w:rPr>
          <w:b/>
        </w:rPr>
        <w:t xml:space="preserve">[05:41] </w:t>
      </w:r>
      <w:r>
        <w:t>to main samajhta hoon ke woh fitna dohama, prophet ne jis fitna dohama ka bataya tha ke woh aaye ga qayamat se pehle, woh aa chuka hai, woh aa chuka hai, woh aa chuka hai.</w:t>
      </w:r>
    </w:p>
    <w:p>
      <w:pPr>
        <w:jc w:val="right"/>
      </w:pPr>
      <w:r>
        <w:t>تو میں سمجھتا ہوں کہ وہ فتنہ دوہما، پرافٹ نے جس فتنہ دوہما کا بتایا تھا کہ وہ آئے گا قیامت سے پہلے، وہ آچکا ہے، وہ آچکا ہے، وہ آچکا ہے۔</w:t>
      </w:r>
    </w:p>
    <w:p>
      <w:r>
        <w:rPr>
          <w:b/>
        </w:rPr>
        <w:t xml:space="preserve">[05:56] </w:t>
      </w:r>
      <w:r>
        <w:t>woh isi hum aaj isi zamanay mein hain. kisi ko bhi miliye, kisi se baat kijiye, confusion ki baat karta hai.</w:t>
      </w:r>
    </w:p>
    <w:p>
      <w:pPr>
        <w:jc w:val="right"/>
      </w:pPr>
      <w:r>
        <w:t>وہ اسی ہم آج اسی زمانے میں ہیں۔ کسی کو بھی ملیے، کسی سے بات کیجیے، کنفیوژن کی بات کرتا ہے۔</w:t>
      </w:r>
    </w:p>
    <w:p>
      <w:r>
        <w:rPr>
          <w:b/>
        </w:rPr>
        <w:t xml:space="preserve">[06:07] </w:t>
      </w:r>
      <w:r>
        <w:t>yeh hai intellectual fog, yeh hai black intellectual fog.</w:t>
      </w:r>
    </w:p>
    <w:p>
      <w:pPr>
        <w:jc w:val="right"/>
      </w:pPr>
      <w:r>
        <w:t>یہ ہے انٹلیکچوئل فوگ، یہ ہے بلیک انٹلیکچوئل فوگ۔</w:t>
      </w:r>
    </w:p>
    <w:p>
      <w:r>
        <w:rPr>
          <w:b/>
        </w:rPr>
        <w:t xml:space="preserve">[06:16] </w:t>
      </w:r>
      <w:r>
        <w:t>to yeh hai masla.</w:t>
      </w:r>
    </w:p>
    <w:p>
      <w:pPr>
        <w:jc w:val="right"/>
      </w:pPr>
      <w:r>
        <w:t>تو یہ ہے مسئلہ۔</w:t>
      </w:r>
    </w:p>
    <w:p>
      <w:r>
        <w:rPr>
          <w:b/>
        </w:rPr>
        <w:t xml:space="preserve">[06:23] </w:t>
      </w:r>
      <w:r>
        <w:t>yeh hai jis ko sab se ziyada aap ko samajhna chahiye.</w:t>
      </w:r>
    </w:p>
    <w:p>
      <w:pPr>
        <w:jc w:val="right"/>
      </w:pPr>
      <w:r>
        <w:t>یہ ہے جس کو سب سے زیادہ آپ کو سمجھنا چاہیے۔</w:t>
      </w:r>
    </w:p>
    <w:p>
      <w:r>
        <w:rPr>
          <w:b/>
        </w:rPr>
        <w:t xml:space="preserve">[06:29] </w:t>
      </w:r>
      <w:r>
        <w:t>is silsilay mein ek hadith hai, woh bhi hamein madad deti hai is issue ko samajhne mein.</w:t>
      </w:r>
    </w:p>
    <w:p>
      <w:pPr>
        <w:jc w:val="right"/>
      </w:pPr>
      <w:r>
        <w:t>اس سلسلے میں ایک حدیث ہے، وہ بھی ہمیں مدد دیتی ہے اس ایشو کو سمجھنے میں۔</w:t>
      </w:r>
    </w:p>
    <w:p>
      <w:r>
        <w:rPr>
          <w:b/>
        </w:rPr>
        <w:t xml:space="preserve">[06:41] </w:t>
      </w:r>
      <w:r>
        <w:t>woh hadith yeh hai, yeh hadith qudsi hai, yani Khuda ki zuban se. ya ibadi, kullukum zallun illa man hadaytuhu.</w:t>
      </w:r>
    </w:p>
    <w:p>
      <w:pPr>
        <w:jc w:val="right"/>
      </w:pPr>
      <w:r>
        <w:t>وہ حدیث یہ ہے، یہ حدیث قدسی ہے، یعنی خدا کی زبان سے۔ یا عبادی، کلکم ذال الا من ہدیتہ۔</w:t>
      </w:r>
    </w:p>
    <w:p>
      <w:r>
        <w:rPr>
          <w:b/>
        </w:rPr>
        <w:t xml:space="preserve">[06:57] </w:t>
      </w:r>
      <w:r>
        <w:t>fastahduni ahedkum. yeh hai hadith. is ka matlab yeh hai ke ae logon, ae bando, ae insano,</w:t>
      </w:r>
    </w:p>
    <w:p>
      <w:pPr>
        <w:jc w:val="right"/>
      </w:pPr>
      <w:r>
        <w:t>فاستہدونی عہدکم۔ یہ ہے حدیث۔ اس کا مطلب یہ ہے کہ اے لوگوں، اے بندو، اے انسانوں،</w:t>
      </w:r>
    </w:p>
    <w:p>
      <w:r>
        <w:rPr>
          <w:b/>
        </w:rPr>
        <w:t xml:space="preserve">[07:09] </w:t>
      </w:r>
      <w:r>
        <w:t>tum sab ke sab bhatke hue ho. tum sab ke sab bhatke hue ho. siwaye us ke jis ko main rasta dikhaoon.</w:t>
      </w:r>
    </w:p>
    <w:p>
      <w:pPr>
        <w:jc w:val="right"/>
      </w:pPr>
      <w:r>
        <w:t>تم سب کے سب بھٹکے ہوئے ہو۔ تم سب کے سب بھٹکے ہوئے ہو۔ سوائے اس کے جس کو میں راستہ دکھاؤں۔</w:t>
      </w:r>
    </w:p>
    <w:p>
      <w:r>
        <w:rPr>
          <w:b/>
        </w:rPr>
        <w:t xml:space="preserve">[07:25] </w:t>
      </w:r>
      <w:r>
        <w:t>tum mujh se rasta mango, mujh se hidayat mango, main tum ko rasta dikhaoon ga.</w:t>
      </w:r>
    </w:p>
    <w:p>
      <w:pPr>
        <w:jc w:val="right"/>
      </w:pPr>
      <w:r>
        <w:t>تم مجھ سے راستہ مانگو، مجھ سے ہدایت مانگو، میں تم کو راستہ دکھاؤں گا۔</w:t>
      </w:r>
    </w:p>
    <w:p>
      <w:r>
        <w:rPr>
          <w:b/>
        </w:rPr>
        <w:t xml:space="preserve">[07:33] </w:t>
      </w:r>
      <w:r>
        <w:t>main samajhta hoon ke is hadith mein isi confusion ki taraf ishara kiya gaya hai.</w:t>
      </w:r>
    </w:p>
    <w:p>
      <w:pPr>
        <w:jc w:val="right"/>
      </w:pPr>
      <w:r>
        <w:t>میں سمجھتا ہوں کہ اس حدیث میں اسی کنفیوژن کی طرف اشارہ کیا گیا ہے۔</w:t>
      </w:r>
    </w:p>
    <w:p>
      <w:r>
        <w:rPr>
          <w:b/>
        </w:rPr>
        <w:t xml:space="preserve">[07:40] </w:t>
      </w:r>
      <w:r>
        <w:t>dekhein baat kya hai, is dunya mein hum aap rehte hain to har waqt hazaron qism ki baatein hamare dimagh mein parti hain.</w:t>
      </w:r>
    </w:p>
    <w:p>
      <w:pPr>
        <w:jc w:val="right"/>
      </w:pPr>
      <w:r>
        <w:t>دیکھیں بات کیا ہے، اس دنیا میں ہم آپ رہتے ہیں تو ہر وقت ہزاروں قسم کی باتیں ہمارے دماغ میں پڑتی ہیں۔</w:t>
      </w:r>
    </w:p>
    <w:p>
      <w:r>
        <w:rPr>
          <w:b/>
        </w:rPr>
        <w:t xml:space="preserve">[07:53] </w:t>
      </w:r>
      <w:r>
        <w:t>Khuda ne hamara jo mind banaya hai, is mind mein memory hai. memory ke baray mein scientific research se yeh maloom hua hai ke jo baat bhi memory mein chali gayi, woh attal ho gayi.</w:t>
      </w:r>
    </w:p>
    <w:p>
      <w:pPr>
        <w:jc w:val="right"/>
      </w:pPr>
      <w:r>
        <w:t>خدا نے ہمارا جو مائنڈ بنایا ہے، اس مائنڈ میں میموری ہے۔ میموری کے بارے میں سائنٹیفک ریسرچ سے یہ معلوم ہوا ہے کہ جو بات بھی میموری میں چلی گئی، وہ اٹل ہو گئی۔</w:t>
      </w:r>
    </w:p>
    <w:p>
      <w:r>
        <w:rPr>
          <w:b/>
        </w:rPr>
        <w:t xml:space="preserve">[08:08] </w:t>
      </w:r>
      <w:r>
        <w:t>aap chahein bhi to is ko memory se nikal nahi sakte. jo baat bhi chali gayi, jo aap ne suna, jo aap ne suna, jo dekha, jo parha, sab memory mein record ho jata hai.</w:t>
      </w:r>
    </w:p>
    <w:p>
      <w:pPr>
        <w:jc w:val="right"/>
      </w:pPr>
      <w:r>
        <w:t>آپ چاہیں بھی تو اس کو میموری سے نکال نہیں سکتے۔ جو بات بھی چلی گئی، جو آپ نے سنا، جو آپ نے سنا، جو دیکھا، جو پڑھا، سب میموری میں ریکارڈ ہو جاتا ہے۔</w:t>
      </w:r>
    </w:p>
    <w:p>
      <w:r>
        <w:rPr>
          <w:b/>
        </w:rPr>
        <w:t xml:space="preserve">[08:23] </w:t>
      </w:r>
      <w:r>
        <w:t>automatically. ab aap sochiye ke jab aap bachpan mein paida hue, maa baap ki baatein suni, ghar ki baatein suni, mohallay mein, friendship mein, society mein, mulk mein, yahan wahan,</w:t>
      </w:r>
    </w:p>
    <w:p>
      <w:pPr>
        <w:jc w:val="right"/>
      </w:pPr>
      <w:r>
        <w:t>آٹومیٹکلی۔ اب آپ سوچیے کہ جب آپ بچپن میں پیدا ہوئے، ماں باپ کی باتیں سنی، گھر کی باتیں سنی، محلے میں، فرینڈشپ میں، سوسائٹی میں، ملک میں، یہاں وہاں،</w:t>
      </w:r>
    </w:p>
    <w:p>
      <w:r>
        <w:rPr>
          <w:b/>
        </w:rPr>
        <w:t xml:space="preserve">[08:40] </w:t>
      </w:r>
      <w:r>
        <w:t>parha, suna, stage par, kitabon mein, in sab ko lijiye to yeh million, billion se bhi ziyada baatein ho jati hain.</w:t>
      </w:r>
    </w:p>
    <w:p>
      <w:pPr>
        <w:jc w:val="right"/>
      </w:pPr>
      <w:r>
        <w:t>پڑھا، سنا، اسٹیج پر، کتابوں میں، ان سب کو لیجیے تو یہ ملین، بلین سے بھی زیادہ باتیں ہو جاتی ہیں۔</w:t>
      </w:r>
    </w:p>
    <w:p>
      <w:r>
        <w:rPr>
          <w:b/>
        </w:rPr>
        <w:t xml:space="preserve">[08:50] </w:t>
      </w:r>
      <w:r>
        <w:t>woh sab aap ke mind mein aayen. aap na chahein tab bhi aajayen gi. ek baar agar sun liya aap ne to woh record ho gayi aap ke mind mein.</w:t>
      </w:r>
    </w:p>
    <w:p>
      <w:pPr>
        <w:jc w:val="right"/>
      </w:pPr>
      <w:r>
        <w:t>وہ سب آپ کے مائنڈ میں آگئیں۔ آپ نہ چاہیں تب بھی آجائیں گی۔ ایک بار اگر سن لیا آپ نے تو وہ ریکارڈ ہو گئی آپ کے مائنڈ میں۔</w:t>
      </w:r>
    </w:p>
    <w:p>
      <w:r>
        <w:rPr>
          <w:b/>
        </w:rPr>
        <w:t xml:space="preserve">[09:04] </w:t>
      </w:r>
      <w:r>
        <w:t>yani conscious mind mein na bhi ho to unconscious mind mein phir bhi woh maujood rehti hai. is ka matlab kya hua? har aadmi jungle of thought mein jee raha hai.</w:t>
      </w:r>
    </w:p>
    <w:p>
      <w:pPr>
        <w:jc w:val="right"/>
      </w:pPr>
      <w:r>
        <w:t>یعنی کانشیس مائنڈ میں نہ بھی ہو تو انکانشیس مائنڈ میں پھر بھی وہ موجود رہتی ہے۔ اس کا مطلب کیا ہوا؟ ہر آدمی جنگل آف تھاٹ میں جی رہا ہے۔</w:t>
      </w:r>
    </w:p>
    <w:p>
      <w:r>
        <w:rPr>
          <w:b/>
        </w:rPr>
        <w:t xml:space="preserve">[09:16] </w:t>
      </w:r>
      <w:r>
        <w:t>jungle of thought mein, black and white, safed aur kala, sahih o ghalat, sab bhare hue hain isi mein. ab is ko sort out karne ka mamla hai.</w:t>
      </w:r>
    </w:p>
    <w:p>
      <w:pPr>
        <w:jc w:val="right"/>
      </w:pPr>
      <w:r>
        <w:t>جنگل آف تھاٹ میں، بلیک اینڈ وائٹ، سفید اور کالا، صحیح و غلط، سب بھرے ہوئے ہیں اسی میں۔ اب اس کو سورٹ آؤٹ کرنے کا معاملہ ہے۔</w:t>
      </w:r>
    </w:p>
    <w:p>
      <w:r>
        <w:rPr>
          <w:b/>
        </w:rPr>
        <w:t xml:space="preserve">[09:31] </w:t>
      </w:r>
      <w:r>
        <w:t>yeh to hona hi hai ke aap ke mind mein sab bhar jaye. koi bhi is se bach nahi sakta hai. woh to hona hi hona hai. jungle of thought mein aap ko jeena hi jeena hai.</w:t>
      </w:r>
    </w:p>
    <w:p>
      <w:pPr>
        <w:jc w:val="right"/>
      </w:pPr>
      <w:r>
        <w:t>یہ تو ہونا ہی ہے کہ آپ کے مائنڈ میں سب بھر جائے۔ کوئی بھی اس سے بچ نہیں سکتا ہے۔ وہ تو ہونا ہی ہونا ہے۔ جنگل آف تھاٹ میں آپ کو جینا ہی جینا ہے۔</w:t>
      </w:r>
    </w:p>
    <w:p>
      <w:r>
        <w:rPr>
          <w:b/>
        </w:rPr>
        <w:t xml:space="preserve">[09:44] </w:t>
      </w:r>
      <w:r>
        <w:t>ab kamyab woh hai jo sort out kar ke kale ko alag kare, safed ko alag kare. right ko alag kare, wrong ko alag kare.</w:t>
      </w:r>
    </w:p>
    <w:p>
      <w:pPr>
        <w:jc w:val="right"/>
      </w:pPr>
      <w:r>
        <w:t>اب کامیاب وہ ہے جو سورٹ آؤٹ کر کے کالے کو الگ کرے، سفید کو الگ کرے۔ رائٹ کو الگ کرے، رونگ کو الگ کرے۔</w:t>
      </w:r>
    </w:p>
    <w:p>
      <w:r>
        <w:rPr>
          <w:b/>
        </w:rPr>
        <w:t xml:space="preserve">[09:57] </w:t>
      </w:r>
      <w:r>
        <w:t>isi ko bataya hadith mein ke mujh se hidayat mango, main tum se hidayat doon ga. yani is ka matlab kya hai?</w:t>
      </w:r>
    </w:p>
    <w:p>
      <w:pPr>
        <w:jc w:val="right"/>
      </w:pPr>
      <w:r>
        <w:t>اسی کو بتایا حدیث میں کہ مجھ سے ہدایت مانگو، میں تم سے ہدایت دوں گا۔ یعنی اس کا مطلب کیا ہے؟</w:t>
      </w:r>
    </w:p>
    <w:p>
      <w:r>
        <w:rPr>
          <w:b/>
        </w:rPr>
        <w:t xml:space="preserve">[10:09] </w:t>
      </w:r>
      <w:r>
        <w:t>is ka matlab yeh hai ke Khuda ka jo nizam hidayat hai, jo law of nature hai, us ke mutabiq koshish karo.</w:t>
      </w:r>
    </w:p>
    <w:p>
      <w:pPr>
        <w:jc w:val="right"/>
      </w:pPr>
      <w:r>
        <w:t>اس کا مطلب یہ ہے کہ خدا کا جو نظام ہدایت ہے، جو لاء آف نیچر ہے، اس کے مطابق کوشش کرو۔</w:t>
      </w:r>
    </w:p>
    <w:p>
      <w:r>
        <w:rPr>
          <w:b/>
        </w:rPr>
        <w:t xml:space="preserve">[10:22] </w:t>
      </w:r>
      <w:r>
        <w:t>yani yeh sort out ka kaam hai, yeh tum is ko sort out karna parega law of nature ke mutabiq.</w:t>
      </w:r>
    </w:p>
    <w:p>
      <w:pPr>
        <w:jc w:val="right"/>
      </w:pPr>
      <w:r>
        <w:t>یعنی یہ سورٹ آؤٹ کا کام ہے، یہ تم اس کو سورٹ آؤٹ کرنا پڑے گا لاء آف نیچر کے مطابق۔</w:t>
      </w:r>
    </w:p>
    <w:p>
      <w:r>
        <w:rPr>
          <w:b/>
        </w:rPr>
        <w:t xml:space="preserve">[10:32] </w:t>
      </w:r>
      <w:r>
        <w:t>to phir tum ko pata chal jayega yeh kala hai ya safed hai.</w:t>
      </w:r>
    </w:p>
    <w:p>
      <w:pPr>
        <w:jc w:val="right"/>
      </w:pPr>
      <w:r>
        <w:t>تو پھر تم کو پتہ چل جائے گا یہ کالا ہے یا سفید ہے۔</w:t>
      </w:r>
    </w:p>
    <w:p>
      <w:r>
        <w:rPr>
          <w:b/>
        </w:rPr>
        <w:t xml:space="preserve">[10:38] </w:t>
      </w:r>
      <w:r>
        <w:t>yeh hai woh test jis mein hum pade hue hain. Aur is zamane mein yeh test bohat hi kda ho gaya hai kyunke yeh fitna dohama hai.</w:t>
      </w:r>
    </w:p>
    <w:p>
      <w:pPr>
        <w:jc w:val="right"/>
      </w:pPr>
      <w:r>
        <w:t>یہ ہے وہ ٹیسٹ جس میں ہم پڑے ہوئے ہیں۔ اور اس زمانے میں یہ ٹیسٹ بہت ہی کڑا ہو گیا ہے کیونکہ یہ فتنہ دوہما ہے۔</w:t>
      </w:r>
    </w:p>
    <w:p>
      <w:r>
        <w:rPr>
          <w:b/>
        </w:rPr>
        <w:t xml:space="preserve">[10:51] </w:t>
      </w:r>
      <w:r>
        <w:t>yeh black intellectual fog ke zamane mein hum jee rahe hain. Jab kuch dikhai nahi deta. Kabhi aap ne agar aisa aisa fog dekha ho, mein ne dekha hai aisa fog.</w:t>
      </w:r>
    </w:p>
    <w:p>
      <w:pPr>
        <w:jc w:val="right"/>
      </w:pPr>
      <w:r>
        <w:t>یہ بلیک انٹلیکچوئل فوگ کے زمانے میں ہم جی رہے ہیں۔ جب کچھ دکھائی نہیں دیتا۔ کبھی آپ نے اگر ایسا ایسا فوگ دیکھا ہو، میں نے دیکھا ہے ایسا فوگ۔</w:t>
      </w:r>
    </w:p>
    <w:p>
      <w:r>
        <w:rPr>
          <w:b/>
        </w:rPr>
        <w:t xml:space="preserve">[11:04] </w:t>
      </w:r>
      <w:r>
        <w:t>ke charon taraf dunya hai lekin humein dikhai nahi deti. Kyunke bohat hi gehra fog hamare charon taraf ghere hue hota hai.</w:t>
      </w:r>
    </w:p>
    <w:p>
      <w:pPr>
        <w:jc w:val="right"/>
      </w:pPr>
      <w:r>
        <w:t>کہ چاروں طرف دنیا ہے لیکن ہمیں دکھائی نہیں دیتی۔ کیونکہ بہت ہی گہرا فوگ ہمارے چاروں طرف گھیرے ہوئے ہوتا ہے۔</w:t>
      </w:r>
    </w:p>
    <w:p>
      <w:r>
        <w:rPr>
          <w:b/>
        </w:rPr>
        <w:t xml:space="preserve">[11:16] </w:t>
      </w:r>
      <w:r>
        <w:t>to is mein karna kya hai?</w:t>
      </w:r>
    </w:p>
    <w:p>
      <w:pPr>
        <w:jc w:val="right"/>
      </w:pPr>
      <w:r>
        <w:t>تو اس میں کرنا کیا ہے؟</w:t>
      </w:r>
    </w:p>
    <w:p>
      <w:r>
        <w:rPr>
          <w:b/>
        </w:rPr>
        <w:t xml:space="preserve">[11:22] </w:t>
      </w:r>
      <w:r>
        <w:t>Khuda ne dekhiye is dunya mein har cheez ka ek demonstration de rakha hai. Demonstration. Is cheez ka demonstration Khuda ne ek bohat hi chote animal, cheunti, ant ki shakal mein diya hai.</w:t>
      </w:r>
    </w:p>
    <w:p>
      <w:pPr>
        <w:jc w:val="right"/>
      </w:pPr>
      <w:r>
        <w:t>خدا نے دیکھیے اس دنیا میں ہر چیز کا ایک ڈیمونسٹریشن دے رکھا ہے۔ ڈیمونسٹریشن۔ اس چیز کا ڈیمونسٹریشن خدا نے ایک بہت ہی چھوٹے اینیمل، چیونٹی، اینٹ کی شکل میں دیا ہے۔</w:t>
      </w:r>
    </w:p>
    <w:p>
      <w:r>
        <w:rPr>
          <w:b/>
        </w:rPr>
        <w:t xml:space="preserve">[11:40] </w:t>
      </w:r>
      <w:r>
        <w:t>Ant, A N T. Cheunti, woh kaise? Aap jante hain ke salt aur sugar dono ka rang ek hota hai, dono white hain.</w:t>
      </w:r>
    </w:p>
    <w:p>
      <w:pPr>
        <w:jc w:val="right"/>
      </w:pPr>
      <w:r>
        <w:t>اینٹ، اے این ٹی۔ چیونٹی، وہ کیسے؟ آپ جانتے ہیں کہ سالٹ اور شوگر دونوں کا رنگ ایک ہوتا ہے، دونوں وائٹ ہیں۔</w:t>
      </w:r>
    </w:p>
    <w:p>
      <w:r>
        <w:rPr>
          <w:b/>
        </w:rPr>
        <w:t xml:space="preserve">[11:55] </w:t>
      </w:r>
      <w:r>
        <w:t>Salt ka jo rang hai wahi sugar ka bhi rang hai. Ab dono ko aap mila dijiye, tukda tukda kar ke. Cheunti ayegi to kya karegi?</w:t>
      </w:r>
    </w:p>
    <w:p>
      <w:pPr>
        <w:jc w:val="right"/>
      </w:pPr>
      <w:r>
        <w:t>سالٹ کا جو رنگ ہے وہی شوگر کا بھی رنگ ہے۔ اب دونوں کو آپ ملا دیجیے، ٹکڑا ٹکڑا کر کے۔ چیونٹی آئے گی تو کیا کرے گی؟</w:t>
      </w:r>
    </w:p>
    <w:p>
      <w:r>
        <w:rPr>
          <w:b/>
        </w:rPr>
        <w:t xml:space="preserve">[12:04] </w:t>
      </w:r>
      <w:r>
        <w:t>Woh salt ka ek zara bhi nahi legi. Woh cheunti jo hai sirf sugar ko legi, bas. Sugar ko legi, salt ko chhod degi.</w:t>
      </w:r>
    </w:p>
    <w:p>
      <w:pPr>
        <w:jc w:val="right"/>
      </w:pPr>
      <w:r>
        <w:t>وہ سالٹ کا ایک ذرہ بھی نہیں لے گی۔ وہ چیونٹی جو ہے صرف شوگر کو لے گی، بس۔ شوگر کو لے گی، سالٹ کو چھوڑ دے گی۔</w:t>
      </w:r>
    </w:p>
    <w:p>
      <w:r>
        <w:rPr>
          <w:b/>
        </w:rPr>
        <w:t xml:space="preserve">[12:15] </w:t>
      </w:r>
      <w:r>
        <w:t>Yeh hai sorting out. To cheunti ki shakal mein Khuda ne bataya hai ke aap ko wahi karna hoga jo cheunti kar rahi hai.</w:t>
      </w:r>
    </w:p>
    <w:p>
      <w:pPr>
        <w:jc w:val="right"/>
      </w:pPr>
      <w:r>
        <w:t>یہ ہے سورٹنگ آؤٹ۔ تو چیونٹی کی شکل میں خدا نے بتایا ہے کہ آپ کو وہی کرنا ہوگا جو چیونٹی کر رہی ہے۔</w:t>
      </w:r>
    </w:p>
    <w:p>
      <w:r>
        <w:rPr>
          <w:b/>
        </w:rPr>
        <w:t xml:space="preserve">[12:28] </w:t>
      </w:r>
      <w:r>
        <w:t>yani sort out kar ke namak ko alag karna, sugar ko alag kar lena. To aap ka mind jo thought ka jungle hai, wahan bhi aap ko yahi karna hai.</w:t>
      </w:r>
    </w:p>
    <w:p>
      <w:pPr>
        <w:jc w:val="right"/>
      </w:pPr>
      <w:r>
        <w:t>یعنی سورٹ آؤٹ کر کے نمک کو الگ کرنا، شوگر کو الگ کر لینا۔ تو آپ کا مائنڈ جو تھاٹ کا جنگل ہے، وہاں بھی آپ کو یہی کرنا ہے۔</w:t>
      </w:r>
    </w:p>
    <w:p>
      <w:r>
        <w:rPr>
          <w:b/>
        </w:rPr>
        <w:t xml:space="preserve">[12:41] </w:t>
      </w:r>
      <w:r>
        <w:t>Sort out kar ke black ko alag kijiye, white ko alag kijiye, wrong ko alag kijiye, aur right ko alag kijiye. Yahi hai salvation.</w:t>
      </w:r>
    </w:p>
    <w:p>
      <w:pPr>
        <w:jc w:val="right"/>
      </w:pPr>
      <w:r>
        <w:t>سورٹ آؤٹ کر کے بلیک کو الگ کیجیے، وائٹ کو الگ کیجیے، رونگ کو الگ کیجیے، اور رائٹ کو الگ کیجیے۔ یہی ہے سالویشن۔</w:t>
      </w:r>
    </w:p>
    <w:p>
      <w:r>
        <w:rPr>
          <w:b/>
        </w:rPr>
        <w:t xml:space="preserve">[12:52] </w:t>
      </w:r>
      <w:r>
        <w:t>Yeh ek test mein stand karna. Koi doosra tareeqa nahi hai. Aap mein se har ek ko cheunti banna parega, cheunti.</w:t>
      </w:r>
    </w:p>
    <w:p>
      <w:pPr>
        <w:jc w:val="right"/>
      </w:pPr>
      <w:r>
        <w:t>یہ ایک ٹیسٹ میں سٹینڈ کرنا۔ کوئی دوسرا طریقہ نہیں ہے۔ آپ میں سے ہر ایک کو چیونٹی بننا پڑے گا، چیونٹی۔</w:t>
      </w:r>
    </w:p>
    <w:p>
      <w:r>
        <w:rPr>
          <w:b/>
        </w:rPr>
        <w:t xml:space="preserve">[13:03] </w:t>
      </w:r>
      <w:r>
        <w:t>Hum ne bachpan mein jo kitabein padhi thi to is mein ek hoti thi reader, urdu reader, jis cheunti par ek delem thi. To is mein hota tha, "Ari choti cheunti, tujhe aakhri hai."</w:t>
      </w:r>
    </w:p>
    <w:p>
      <w:pPr>
        <w:jc w:val="right"/>
      </w:pPr>
      <w:r>
        <w:t>ہم نے بچپن میں جو کتابیں پڑھی تھیں تو اس میں ایک ہوتی تھی ریڈر، اردو ریڈر، جس چیونٹی پر ایک ڈیلم تھی۔ تو اس میں ہوتا تھا، "اری چھوٹی چیونٹی، تجھے آخری ہے۔"</w:t>
      </w:r>
    </w:p>
    <w:p>
      <w:r>
        <w:rPr>
          <w:b/>
        </w:rPr>
        <w:t xml:space="preserve">[13:19] </w:t>
      </w:r>
      <w:r>
        <w:t>"Ari choti cheunti, tujhe aakhri hai." Is ke bohat si baatein batayi thi unho ne. Is mein yeh bhi tha ke kaise to chhanat leti hai namak ko chhod kar, shakar ko le leti hai.</w:t>
      </w:r>
    </w:p>
    <w:p>
      <w:pPr>
        <w:jc w:val="right"/>
      </w:pPr>
      <w:r>
        <w:t>"اری چھوٹی چیونٹی، تجھے آخری ہے۔" اس کے بہت سی باتیں بتائی تھیں انہوں نے۔ اس میں یہ بھی تھا کہ کیسے تو چھانٹ لیتی ہے نمک کو چھوڑ کر، شکر کو لے لیتی ہے۔</w:t>
      </w:r>
    </w:p>
    <w:p>
      <w:r>
        <w:rPr>
          <w:b/>
        </w:rPr>
        <w:t xml:space="preserve">[13:30] </w:t>
      </w:r>
      <w:r>
        <w:t>To is mein tha ke "Ari choti cheunti, tujhe aakhri hai." ke "Choti cheunti, tujhe shabash hai." Kya kamaal dikhati hai to. To humein isi kamaal ko dikhana hai.</w:t>
      </w:r>
    </w:p>
    <w:p>
      <w:pPr>
        <w:jc w:val="right"/>
      </w:pPr>
      <w:r>
        <w:t>تو اس میں تھا کہ "اری چھوٹی چیونٹی، تجھے آخری ہے۔" کہ "چھوٹی چیونٹی، تجھے شاباش ہے۔" کیا کمال دکھاتی ہے تو۔ تو ہمیں اسی کمال کو دکھانا ہے۔</w:t>
      </w:r>
    </w:p>
    <w:p>
      <w:r>
        <w:rPr>
          <w:b/>
        </w:rPr>
        <w:t xml:space="preserve">[13:45] </w:t>
      </w:r>
      <w:r>
        <w:t>Nahi to black fog mein jeena hai, black fog mein mar jana hai.</w:t>
      </w:r>
    </w:p>
    <w:p>
      <w:pPr>
        <w:jc w:val="right"/>
      </w:pPr>
      <w:r>
        <w:t>نہیں تو بلیک فوگ میں جینا ہے، بلیک فوگ میں مر جانا ہے۔</w:t>
      </w:r>
    </w:p>
    <w:p>
      <w:r>
        <w:rPr>
          <w:b/>
        </w:rPr>
        <w:t xml:space="preserve">[13:53] </w:t>
      </w:r>
      <w:r>
        <w:t>Aur is se bachna hai to aap ko cheunti banna parega.</w:t>
      </w:r>
    </w:p>
    <w:p>
      <w:pPr>
        <w:jc w:val="right"/>
      </w:pPr>
      <w:r>
        <w:t>اور اس سے بچنا ہے تو آپ کو چیونٹی بننا پڑے گا۔</w:t>
      </w:r>
    </w:p>
    <w:p>
      <w:r>
        <w:rPr>
          <w:b/>
        </w:rPr>
        <w:t xml:space="preserve">[13:59] </w:t>
      </w:r>
      <w:r>
        <w:t>Ab dekhiye,</w:t>
      </w:r>
    </w:p>
    <w:p>
      <w:pPr>
        <w:jc w:val="right"/>
      </w:pPr>
      <w:r>
        <w:t>اب دیکھیے،</w:t>
      </w:r>
    </w:p>
    <w:p>
      <w:r>
        <w:rPr>
          <w:b/>
        </w:rPr>
        <w:t xml:space="preserve">[14:03] </w:t>
      </w:r>
      <w:r>
        <w:t>Ek aur baat sochiye aap. Khuda ne aap ko banaya hai to aap ek dual personality ki shakal mein banaye hain.</w:t>
      </w:r>
    </w:p>
    <w:p>
      <w:pPr>
        <w:jc w:val="right"/>
      </w:pPr>
      <w:r>
        <w:t>ایک اور بات سوچیے آپ۔ خدا نے آپ کو بنایا ہے تو آپ ایک ڈوئل پرسنیلٹی کی شکل میں بنائے ہیں۔</w:t>
      </w:r>
    </w:p>
    <w:p>
      <w:r>
        <w:rPr>
          <w:b/>
        </w:rPr>
        <w:t xml:space="preserve">[14:13] </w:t>
      </w:r>
      <w:r>
        <w:t>Yani body hai aur mind hai. Ek dual personality hain aap, hum mein se har ek aadmi. To aap jante hain ke body ka ek rizq hai, is ka ek food hai.</w:t>
      </w:r>
    </w:p>
    <w:p>
      <w:pPr>
        <w:jc w:val="right"/>
      </w:pPr>
      <w:r>
        <w:t>یعنی باڈی ہے اور مائنڈ ہے۔ ایک ڈوئل پرسنیلٹی ہیں آپ، ہم میں سے ہر ایک آدمی۔ تو آپ جانتے ہیں کہ باڈی کا ایک رزق ہے، اس کا ایک فوڈ ہے۔</w:t>
      </w:r>
    </w:p>
    <w:p>
      <w:r>
        <w:rPr>
          <w:b/>
        </w:rPr>
        <w:t xml:space="preserve">[14:27] </w:t>
      </w:r>
      <w:r>
        <w:t>Food agar na mile to body jo hai kaam nahi kar payega, mar jayega. To aap rozana food lete hain body ko zinda rakhne ke liye.</w:t>
      </w:r>
    </w:p>
    <w:p>
      <w:pPr>
        <w:jc w:val="right"/>
      </w:pPr>
      <w:r>
        <w:t>فوڈ اگر نہ ملے تو باڈی جو ہے کام نہیں کر پائے گا، مر جائے گا۔ تو آپ روزانہ فوڈ لیتے ہیں باڈی کو زندہ رکھنے کے لیے۔</w:t>
      </w:r>
    </w:p>
    <w:p>
      <w:r>
        <w:rPr>
          <w:b/>
        </w:rPr>
        <w:t xml:space="preserve">[14:41] </w:t>
      </w:r>
      <w:r>
        <w:t>Agar body ko food na pahunchayein aap to body kaam nahi karega, woh khatam ho jayega.</w:t>
      </w:r>
    </w:p>
    <w:p>
      <w:pPr>
        <w:jc w:val="right"/>
      </w:pPr>
      <w:r>
        <w:t>اگر باڈی کو فوڈ نہ پہنچائیں آپ تو باڈی کام نہیں کرے گا، وہ ختم ہو جائے گا۔</w:t>
      </w:r>
    </w:p>
    <w:p>
      <w:r>
        <w:rPr>
          <w:b/>
        </w:rPr>
        <w:t xml:space="preserve">[14:51] </w:t>
      </w:r>
      <w:r>
        <w:t>Is ko kehte hain rizq. Quran mein is ko rizq kaha gaya hai, yani food. Aisa hi food jo hai aap ke mind ke liye bhi hai.</w:t>
      </w:r>
    </w:p>
    <w:p>
      <w:pPr>
        <w:jc w:val="right"/>
      </w:pPr>
      <w:r>
        <w:t>اس کو کہتے ہیں رزق۔ قرآن میں اس کو رزق کہا گیا ہے، یعنی فوڈ۔ ایسا ہی فوڈ جو ہے آپ کے مائنڈ کے لیے بھی ہے۔</w:t>
      </w:r>
    </w:p>
    <w:p>
      <w:r>
        <w:rPr>
          <w:b/>
        </w:rPr>
        <w:t xml:space="preserve">[15:04] </w:t>
      </w:r>
      <w:r>
        <w:t>jo doosri aap ki hasti ka doosra part hai, us ke liye bhi hai. woh kya hai? woh yeh hai ke cheezon mein, har cheez mein, jo bhi cheez hai jis mein hum dunya mein rehte hain, har cheez ke bhi do aspect hain.</w:t>
      </w:r>
    </w:p>
    <w:p>
      <w:pPr>
        <w:jc w:val="right"/>
      </w:pPr>
      <w:r>
        <w:t>جو دوسری آپ کی ہستی کا دوسرا پارٹ ہے، اس کے لیے بھی ہے۔ وہ کیا ہے؟ وہ یہ ہے کہ چیزوں میں، ہر چیز میں، جو بھی چیز ہے جس میں ہم دنیا میں رہتے ہیں، ہر چیز کے بھی دو آسبیکٹ ہیں۔</w:t>
      </w:r>
    </w:p>
    <w:p>
      <w:r>
        <w:rPr>
          <w:b/>
        </w:rPr>
        <w:t xml:space="preserve">[15:22] </w:t>
      </w:r>
      <w:r>
        <w:t>positive aspect, negative aspect, har cheez ke. positive aspect, negative aspect. aap ko kya karna hai, wohi jo cheenti karti hai.</w:t>
      </w:r>
    </w:p>
    <w:p>
      <w:pPr>
        <w:jc w:val="right"/>
      </w:pPr>
      <w:r>
        <w:t>پازیٹیو آسبیکٹ، نیگیٹیو آسبیکٹ، ہر چیز کے۔ پازیٹیو آسبیکٹ، نیگیٹیو آسبیکٹ۔ آپ کو کیا کرنا ہے، وہی جو چیونٹی کرتی ہے۔</w:t>
      </w:r>
    </w:p>
    <w:p>
      <w:r>
        <w:rPr>
          <w:b/>
        </w:rPr>
        <w:t xml:space="preserve">[15:33] </w:t>
      </w:r>
      <w:r>
        <w:t>negative ko alag karen, positive ko len. dunya mein koi bhi cheez aisi nahi hai, namaz roza bhi aisa nahi hai, jis mein dono aspect na hon.</w:t>
      </w:r>
    </w:p>
    <w:p>
      <w:pPr>
        <w:jc w:val="right"/>
      </w:pPr>
      <w:r>
        <w:t>نیگیٹیو کو الگ کریں، پازیٹیو کو لیں۔ دنیا میں کوئی بھی چیز ایسی نہیں ہے، نماز روزہ بھی ایسا نہیں ہے، جس میں دونوں آسبیکٹ نہ ہوں۔</w:t>
      </w:r>
    </w:p>
    <w:p>
      <w:r>
        <w:rPr>
          <w:b/>
        </w:rPr>
        <w:t xml:space="preserve">[15:47] </w:t>
      </w:r>
      <w:r>
        <w:t>kyun ke namaz aap parh rahe hain, aap ke andar riya aa gayi to negative aap is ka negative aspect ho gaya, aur namaz batil ho gayi.</w:t>
      </w:r>
    </w:p>
    <w:p>
      <w:pPr>
        <w:jc w:val="right"/>
      </w:pPr>
      <w:r>
        <w:t>کیونکہ نماز آپ پڑھ رہے ہیں، آپ کے اندر ریا آگئی تو نیگیٹیو آپ اس کا نیگیٹیو آسبیکٹ ہو گیا، اور نماز باطل ہو گئی۔</w:t>
      </w:r>
    </w:p>
    <w:p>
      <w:r>
        <w:rPr>
          <w:b/>
        </w:rPr>
        <w:t xml:space="preserve">[15:59] </w:t>
      </w:r>
      <w:r>
        <w:t>to koi bhi cheez dunya mein aisi nahi hai jis ka ke dono aspect na hon. to aap ko kya karna hai, aap ko negative ko chhodna hai, positive ko lena hai.</w:t>
      </w:r>
    </w:p>
    <w:p>
      <w:pPr>
        <w:jc w:val="right"/>
      </w:pPr>
      <w:r>
        <w:t>تو کوئی بھی چیز دنیا میں ایسی نہیں ہے جس کا کہ دونوں آسبیکٹ نہ ہوں۔ تو آپ کو کیا کرنا ہے، آپ کو نیگیٹیو کو چھوڑنا ہے، پازیٹیو کو لینا ہے۔</w:t>
      </w:r>
    </w:p>
    <w:p>
      <w:r>
        <w:rPr>
          <w:b/>
        </w:rPr>
        <w:t xml:space="preserve">[16:13] </w:t>
      </w:r>
      <w:r>
        <w:t>to mein aap ko aik misaal doon is samajhne ke liye. mein is se pehle dilli mein aaya 1967 mein.</w:t>
      </w:r>
    </w:p>
    <w:p>
      <w:pPr>
        <w:jc w:val="right"/>
      </w:pPr>
      <w:r>
        <w:t>تو میں آپ کو ایک مثال دوں اس سمجھنے کے لیے۔ میں اس سے پہلے دلی میں آیا 1967 میں۔</w:t>
      </w:r>
    </w:p>
    <w:p>
      <w:r>
        <w:rPr>
          <w:b/>
        </w:rPr>
        <w:t xml:space="preserve">[16:24] </w:t>
      </w:r>
      <w:r>
        <w:t>to purane dilli mein rehta tha aik, aik bari building thi, aik office tha wahan par, aik paper ka, wahan mein rehta tha.</w:t>
      </w:r>
    </w:p>
    <w:p>
      <w:pPr>
        <w:jc w:val="right"/>
      </w:pPr>
      <w:r>
        <w:t>تو پرانے دلی میں رہتا تھا ایک، ایک بڑی بلڈنگ تھی، ایک آفس تھا وہاں پر، ایک پیپر کا، وہاں میں رہتا تھا۔</w:t>
      </w:r>
    </w:p>
    <w:p>
      <w:r>
        <w:rPr>
          <w:b/>
        </w:rPr>
        <w:t xml:space="preserve">[16:36] </w:t>
      </w:r>
      <w:r>
        <w:t>to rozana mein kya karta tha, apne kamre mein hoon jo mujhe office wahan diya gaya tha. azan hui to mein nikla aur masjid gaya.</w:t>
      </w:r>
    </w:p>
    <w:p>
      <w:pPr>
        <w:jc w:val="right"/>
      </w:pPr>
      <w:r>
        <w:t>تو روزانہ میں کیا کرتا تھا، اپنے کمرے میں ہوں جو مجھے آفس وہاں دیا گیا تھا۔ اذان ہوئی تو میں نکلا اور مسجد گیا۔</w:t>
      </w:r>
    </w:p>
    <w:p>
      <w:r>
        <w:rPr>
          <w:b/>
        </w:rPr>
        <w:t xml:space="preserve">[16:46] </w:t>
      </w:r>
      <w:r>
        <w:t>masjid mein namaz parh ke phir office mein aa gaya. to mera rozana ka routine tha. kahin mein jata nahi tha, mujhe koi shauq nahi. idhar udhar jo log chaye pi rahe hain, gup kar rahe hain, mein us mein nahi baithta tha kabhi.</w:t>
      </w:r>
    </w:p>
    <w:p>
      <w:pPr>
        <w:jc w:val="right"/>
      </w:pPr>
      <w:r>
        <w:t>مسجد میں نماز پڑھ کے پھر آفس میں آگیا۔ تو میرا روزانہ کا روٹین تھا۔ کہیں میں جاتا نہیں تھا، مجھے کوئی شوق نہیں۔ ادھر ادھر جو لوگ چائے پی رہے ہیں، گپ کر رہے ہیں، میں اس میں نہیں بیٹھتا تھا کبھی۔</w:t>
      </w:r>
    </w:p>
    <w:p>
      <w:r>
        <w:rPr>
          <w:b/>
        </w:rPr>
        <w:t xml:space="preserve">[17:01] </w:t>
      </w:r>
      <w:r>
        <w:t>kamre se masjid, masjid se kamra. meri aadat yeh thi ke mein jab kamre se nikalta tha to sar jhukaya jata tha, phir sar jhukaye wapas aata tha.</w:t>
      </w:r>
    </w:p>
    <w:p>
      <w:pPr>
        <w:jc w:val="right"/>
      </w:pPr>
      <w:r>
        <w:t>کمرے سے مسجد، مسجد سے کمرہ۔ میری عادت یہ تھی کہ میں جب کمرے سے نکلتا تھا تو سر جھکایا جاتا تھا، پھر سر جھکائے واپس آتا تھا۔</w:t>
      </w:r>
    </w:p>
    <w:p>
      <w:r>
        <w:rPr>
          <w:b/>
        </w:rPr>
        <w:t xml:space="preserve">[17:13] </w:t>
      </w:r>
      <w:r>
        <w:t>jante hain kya hua? mere bare mein yeh mashhoor ho gaya wahan, baad ko logon ne bataya mujhe ke aadmi bara maghroor aadmi hai, arrogant aadmi hai.</w:t>
      </w:r>
    </w:p>
    <w:p>
      <w:pPr>
        <w:jc w:val="right"/>
      </w:pPr>
      <w:r>
        <w:t>جانتے ہیں کیا ہوا؟ میرے بارے میں یہ مشہور ہو گیا وہاں، بعد کو لوگوں نے بتایا مجھے کہ آدمی بڑا مغرور آدمی ہے، اروگنٹ آدمی ہے۔</w:t>
      </w:r>
    </w:p>
    <w:p>
      <w:r>
        <w:rPr>
          <w:b/>
        </w:rPr>
        <w:t xml:space="preserve">[17:24] </w:t>
      </w:r>
      <w:r>
        <w:t>kisi ko khate mein nahi leta, kisi ko salam nahi karta. kyun ke mein salam kiye baghair chala jata.</w:t>
      </w:r>
    </w:p>
    <w:p>
      <w:pPr>
        <w:jc w:val="right"/>
      </w:pPr>
      <w:r>
        <w:t>کسی کو کھاتے میں نہیں لیتا، کسی کو سلام نہیں کرتا۔ کیونکہ میں سلام کیے بغیر چلا جاتا۔</w:t>
      </w:r>
    </w:p>
    <w:p>
      <w:r>
        <w:rPr>
          <w:b/>
        </w:rPr>
        <w:t xml:space="preserve">[17:33] </w:t>
      </w:r>
      <w:r>
        <w:t>ab dekhiye, is waqeye mein aik negative tha, aik positive tha. negative yeh tha ke aadmi shayad arrogant hai, is liye salam nahi karta kisi ko.</w:t>
      </w:r>
    </w:p>
    <w:p>
      <w:pPr>
        <w:jc w:val="right"/>
      </w:pPr>
      <w:r>
        <w:t>اب دیکھیے، اس واقعے میں ایک نیگیٹیو تھا، ایک پازیٹیو تھا۔ نیگیٹیو یہ تھا کہ آدمی شاید اروگنٹ ہے، اس لیے سلام نہیں کرتا کسی کو۔</w:t>
      </w:r>
    </w:p>
    <w:p>
      <w:r>
        <w:rPr>
          <w:b/>
        </w:rPr>
        <w:t xml:space="preserve">[17:47] </w:t>
      </w:r>
      <w:r>
        <w:t>doosra kya tha? mein is ko destruction samajhta hoon ke log kaam kar rahe hain, mein kahoon assalam o alaikum, assalam o alaikum. yeh destruction hai.</w:t>
      </w:r>
    </w:p>
    <w:p>
      <w:pPr>
        <w:jc w:val="right"/>
      </w:pPr>
      <w:r>
        <w:t>دوسرا کیا تھا؟ میں اس کو ڈسٹرکشن سمجھتا ہوں کہ لوگ کام کر رہے ہیں، میں کہوں السلام علیکم، السلام علیکم۔ یہ ڈسٹرکشن ہے۔</w:t>
      </w:r>
    </w:p>
    <w:p>
      <w:r>
        <w:rPr>
          <w:b/>
        </w:rPr>
        <w:t xml:space="preserve">[17:57] </w:t>
      </w:r>
      <w:r>
        <w:t>mein is ko crime samajhta hoon, crime. bhai aap chup chap aaiye, chup chap chale jaiye. aap logon ko distract kyun karte hain?</w:t>
      </w:r>
    </w:p>
    <w:p>
      <w:pPr>
        <w:jc w:val="right"/>
      </w:pPr>
      <w:r>
        <w:t>میں اس کو کرائم سمجھتا ہوں، کرائم۔ بھئی آپ چپ چاپ آئیے، چپ چاپ چلے جائیے۔ آپ لوگوں کو ڈسٹرکٹ کیوں کرتے ہیں؟</w:t>
      </w:r>
    </w:p>
    <w:p>
      <w:r>
        <w:rPr>
          <w:b/>
        </w:rPr>
        <w:t xml:space="preserve">[18:07] </w:t>
      </w:r>
      <w:r>
        <w:t>wahan par das aadmi, bees aadmi kaam kar rahe hain, har aadmi apne apne masroof hai, apne mez par kaam kar raha hai. ab aap kahain assalam o alaikum, assalam o alaikum.</w:t>
      </w:r>
    </w:p>
    <w:p>
      <w:pPr>
        <w:jc w:val="right"/>
      </w:pPr>
      <w:r>
        <w:t>وہاں پر دس آدمی، بیس آدمی کام کر رہے ہیں، ہر آدمی اپنے اپنے مصروف ہے، اپنے میز پر کام کر رہا ہے۔ اب آپ کہیں السلام علیکم، السلام علیکم۔</w:t>
      </w:r>
    </w:p>
    <w:p>
      <w:r>
        <w:rPr>
          <w:b/>
        </w:rPr>
        <w:t xml:space="preserve">[18:15] </w:t>
      </w:r>
      <w:r>
        <w:t>to mein is ko samajhta hoon destruction. to destruction se bachne ke liye aisi jagah par mein assalam o alaikum nahi kehta.</w:t>
      </w:r>
    </w:p>
    <w:p>
      <w:pPr>
        <w:jc w:val="right"/>
      </w:pPr>
      <w:r>
        <w:t>تو میں اس کو سمجھتا ہوں ڈسٹرکشن۔ تو ڈسٹرکشن سے بچنے کے لیے ایسی جگہ پر میں السلام علیکم نہیں کہتا۔</w:t>
      </w:r>
    </w:p>
    <w:p>
      <w:r>
        <w:rPr>
          <w:b/>
        </w:rPr>
        <w:t xml:space="preserve">[18:27] </w:t>
      </w:r>
      <w:r>
        <w:t>ab dekhiye ke mein kar raha tha aik kaam achhe, yaani achhe irade se.</w:t>
      </w:r>
    </w:p>
    <w:p>
      <w:pPr>
        <w:jc w:val="right"/>
      </w:pPr>
      <w:r>
        <w:t>اب دیکھیے کہ میں کر رہا تھا ایک کام اچھے، یعنی اچھے ارادے سے۔</w:t>
      </w:r>
    </w:p>
    <w:p>
      <w:r>
        <w:rPr>
          <w:b/>
        </w:rPr>
        <w:t xml:space="preserve">[18:37] </w:t>
      </w:r>
      <w:r>
        <w:t>is ko unhon ne kya liya? bura irada khane mein daal diya. is mein kya hai, agar aap aisa karen ke pareshan shakhs se milen,</w:t>
      </w:r>
    </w:p>
    <w:p>
      <w:pPr>
        <w:jc w:val="right"/>
      </w:pPr>
      <w:r>
        <w:t>اس کو انہوں نے کیا لیا؟ برا ارادہ کھانے میں ڈال دیا۔ اس میں کیا ہے، اگر آپ ایسا کریں کہ پریشان شخص سے ملیں،</w:t>
      </w:r>
    </w:p>
    <w:p>
      <w:r>
        <w:rPr>
          <w:b/>
        </w:rPr>
        <w:t xml:space="preserve">[18:50] </w:t>
      </w:r>
      <w:r>
        <w:t>us se poochhen ke tum aisa kyun karte ho? to woh wazahat karega. to aap ki ghalat fehmi khatam ho jayegi.</w:t>
      </w:r>
    </w:p>
    <w:p>
      <w:pPr>
        <w:jc w:val="right"/>
      </w:pPr>
      <w:r>
        <w:t>اس سے پوچھیں کہ تم ایسا کیوں کرتے ہو؟ تو وہ وضاحت کرے گا۔ تو آپ کی غلط فہمی ختم ہو جائے گی۔</w:t>
      </w:r>
    </w:p>
    <w:p>
      <w:r>
        <w:rPr>
          <w:b/>
        </w:rPr>
        <w:t xml:space="preserve">[19:01] </w:t>
      </w:r>
      <w:r>
        <w:t>is manfi ravaiye se apne aap ko bachane ke liye hai ke ya to aap khud itna zyada zehni tor par taraqqi yafta hon, zehni tor par itna bedar hon ke khud hi khud wazahat kar len.</w:t>
      </w:r>
    </w:p>
    <w:p>
      <w:pPr>
        <w:jc w:val="right"/>
      </w:pPr>
      <w:r>
        <w:t>اس منفی رویے سے اپنے آپ کو بچانے کے لیے ہے کہ یا تو آپ خود اتنا زیادہ ذہنی طور پر ترقی یافتہ ہوں، ذہنی طور پر اتنا بیدار ہوں کہ خود ہی خود وضاحت کر لیں۔</w:t>
      </w:r>
    </w:p>
    <w:p>
      <w:r>
        <w:rPr>
          <w:b/>
        </w:rPr>
        <w:t xml:space="preserve">[19:12] </w:t>
      </w:r>
      <w:r>
        <w:t>aur agar aap itna zyada zehni tor par taraqqi yafta nahi hue hain to kam az kam poochhen us aadmi se jis ke bare mein aap ghalat fehmi ka shikar ho rahe hain.</w:t>
      </w:r>
    </w:p>
    <w:p>
      <w:pPr>
        <w:jc w:val="right"/>
      </w:pPr>
      <w:r>
        <w:t>اور اگر آپ اتنا زیادہ ذہنی طور پر ترقی یافتہ نہیں ہوئے ہیں تو کم از کم پوچھیں اس آدمی سے جس کے بارے میں آپ غلط فہمی کا شکار ہو رہے ہیں۔</w:t>
      </w:r>
    </w:p>
    <w:p>
      <w:r>
        <w:rPr>
          <w:b/>
        </w:rPr>
        <w:t xml:space="preserve">[19:26] </w:t>
      </w:r>
      <w:r>
        <w:t>to na log na yeh karte, na woh karte. ab foran kya karte hain? ke aik ulta rai bana lenge.</w:t>
      </w:r>
    </w:p>
    <w:p>
      <w:pPr>
        <w:jc w:val="right"/>
      </w:pPr>
      <w:r>
        <w:t>تو نہ لوگ نہ یہ کرتے، نہ وہ کرتے۔ اب فوراً کیا کرتے ہیں؟ کہ ایک الٹا رائے بنا لیں گے۔</w:t>
      </w:r>
    </w:p>
    <w:p>
      <w:r>
        <w:rPr>
          <w:b/>
        </w:rPr>
        <w:t xml:space="preserve">[19:38] </w:t>
      </w:r>
      <w:r>
        <w:t>to yahi hai zehni taraqqi ka tareeqa. zehni taraqqi ka koi purasrar tareeqa nahi hai.</w:t>
      </w:r>
    </w:p>
    <w:p>
      <w:pPr>
        <w:jc w:val="right"/>
      </w:pPr>
      <w:r>
        <w:t>تو یہی ہے ذہنی ترقی کا طریقہ۔ ذہنی ترقی کا کوئی پراسرار طریقہ نہیں ہے۔</w:t>
      </w:r>
    </w:p>
    <w:p>
      <w:r>
        <w:rPr>
          <w:b/>
        </w:rPr>
        <w:t xml:space="preserve">[19:49] </w:t>
      </w:r>
      <w:r>
        <w:t>zehni taraqqi ka koi purasrar tareeqa nahi hai. jis tarah se aap jante hain ke jo jismani khana hai, jismani khane mein kya hota hai, wahan bhi yahi hota hai.</w:t>
      </w:r>
    </w:p>
    <w:p>
      <w:pPr>
        <w:jc w:val="right"/>
      </w:pPr>
      <w:r>
        <w:t>ذہنی ترقی کا کوئی پراسرار طریقہ نہیں ہے۔ جس طرح سے آپ جانتے ہیں کہ جو جسمانی کھانا ہے، جسمانی کھانے میں کیا ہوتا ہے، وہاں بھی یہی ہوتا ہے۔</w:t>
      </w:r>
    </w:p>
    <w:p>
      <w:r>
        <w:rPr>
          <w:b/>
        </w:rPr>
        <w:t xml:space="preserve">[20:02] </w:t>
      </w:r>
      <w:r>
        <w:t>misalan aik aap sontra lijeeye. sontra mein is ka chhilka hai, aik is ka karnal hai, maghz andar ka.</w:t>
      </w:r>
    </w:p>
    <w:p>
      <w:pPr>
        <w:jc w:val="right"/>
      </w:pPr>
      <w:r>
        <w:t>مثلاً ایک آپ سنترا لیجیے۔ سنترا میں اس کا چھلکا ہے، ایک اس کا کارنل ہے، مغز اندر کا۔</w:t>
      </w:r>
    </w:p>
    <w:p>
      <w:r>
        <w:rPr>
          <w:b/>
        </w:rPr>
        <w:t xml:space="preserve">[20:12] </w:t>
      </w:r>
      <w:r>
        <w:t>do cheezen hain. to aap poora sontra agar kha lein to aap ka hazam nahin karega woh. pait mein ja kar ke masla ban jayega woh.</w:t>
      </w:r>
    </w:p>
    <w:p>
      <w:pPr>
        <w:jc w:val="right"/>
      </w:pPr>
      <w:r>
        <w:t>دو چیزیں ہیں۔ تو آپ پورا سنترا اگر کھا لیں تو آپ کا ہضم نہیں کرے گا وہ۔ پیٹ میں جا کر کے مسئلہ بن جائے گا وہ۔</w:t>
      </w:r>
    </w:p>
    <w:p>
      <w:r>
        <w:rPr>
          <w:b/>
        </w:rPr>
        <w:t xml:space="preserve">[20:23] </w:t>
      </w:r>
      <w:r>
        <w:t>aap ko doctor ke paas jana padega. to is ka chhilka aap nikal ke phenk dete hain aur andar ka kha lete hain. is ka mani hai ke har cheez mein aik sehatmand pehlu hai, aik ghair sehatmand pehlu hai.</w:t>
      </w:r>
    </w:p>
    <w:p>
      <w:pPr>
        <w:jc w:val="right"/>
      </w:pPr>
      <w:r>
        <w:t>آپ کو ڈاکٹر کے پاس جانا پڑے گا۔ تو اس کا چھلکا آپ نکال کے پھینک دیتے ہیں اور اندر کا کھا لیتے ہیں۔ اس کا معنی ہے کہ ہر چیز میں ایک صحت مند پہلو ہے، ایک غیر صحت مند پہلو ہے۔</w:t>
      </w:r>
    </w:p>
    <w:p>
      <w:r>
        <w:rPr>
          <w:b/>
        </w:rPr>
        <w:t xml:space="preserve">[20:42] </w:t>
      </w:r>
      <w:r>
        <w:t>aik sehatmand hissa hai, aik ghair sehatmand hissa hai. aap dhan ko lijeeye, andar is ke chawal hain, woh sehatmand hissa hai.</w:t>
      </w:r>
    </w:p>
    <w:p>
      <w:pPr>
        <w:jc w:val="right"/>
      </w:pPr>
      <w:r>
        <w:t>ایک صحت مند حصہ ہے، ایک غیر صحت مند حصہ ہے۔ آپ دھان کو لیجیے، اندر اس کے چاول ہیں، وہ صحت مند حصہ ہے۔</w:t>
      </w:r>
    </w:p>
    <w:p>
      <w:r>
        <w:rPr>
          <w:b/>
        </w:rPr>
        <w:t xml:space="preserve">[20:51] </w:t>
      </w:r>
      <w:r>
        <w:t>bahar is ke hasq hain, woh ghair sehatmand hissa hai khane ke liye. to aap hasq ko alag kar dete hain aur chawal ko le kar is ko paka kar khate hain.</w:t>
      </w:r>
    </w:p>
    <w:p>
      <w:pPr>
        <w:jc w:val="right"/>
      </w:pPr>
      <w:r>
        <w:t>باہر اس کے حسق ہیں، وہ غیر صحت مند حصہ ہے کھانے کے لیے۔ تو آپ حسق کو الگ کر دیتے ہیں اور چاول کو لے کر اس کو پکا کر کھاتے ہیں۔</w:t>
      </w:r>
    </w:p>
    <w:p>
      <w:r>
        <w:rPr>
          <w:b/>
        </w:rPr>
        <w:t xml:space="preserve">[21:03] </w:t>
      </w:r>
      <w:r>
        <w:t>to har cheez mein isi tarah se aik is ka sehatmand hissa hai, aik ghair sehatmand hissa hai. jismani khane mein. yahi is mein bhi hai.</w:t>
      </w:r>
    </w:p>
    <w:p>
      <w:pPr>
        <w:jc w:val="right"/>
      </w:pPr>
      <w:r>
        <w:t>تو ہر چیز میں اسی طرح سے ایک اس کا صحت مند حصہ ہے، ایک غیر صحت مند حصہ ہے۔ جسمانی کھانے میں۔ یہی اس میں بھی ہے۔</w:t>
      </w:r>
    </w:p>
    <w:p>
      <w:r>
        <w:rPr>
          <w:b/>
        </w:rPr>
        <w:t xml:space="preserve">[21:15] </w:t>
      </w:r>
      <w:r>
        <w:t>zehni taraqqi ke mamle mein bhi. aik aspect woh hai jis se aap ke andar galat fehmi aati hai. aik aspect woh hai jis se aap ke andar durust samajh aati hai.</w:t>
      </w:r>
    </w:p>
    <w:p>
      <w:pPr>
        <w:jc w:val="right"/>
      </w:pPr>
      <w:r>
        <w:t>ذہنی ترقی کے معاملے میں بھی۔ ایک آسبیکٹ وہ ہے جس سے آپ کے اندر غلط فہمی آتی ہے۔ ایک آسبیکٹ وہ ہے جس سے آپ کے اندر درست سمجھ آتی ہے۔</w:t>
      </w:r>
    </w:p>
    <w:p>
      <w:r>
        <w:rPr>
          <w:b/>
        </w:rPr>
        <w:t xml:space="preserve">[21:28] </w:t>
      </w:r>
      <w:r>
        <w:t>har cheez mein, har cheez mein, har cheez mein.</w:t>
      </w:r>
    </w:p>
    <w:p>
      <w:pPr>
        <w:jc w:val="right"/>
      </w:pPr>
      <w:r>
        <w:t>ہر چیز میں، ہر چیز میں، ہر چیز میں۔</w:t>
      </w:r>
    </w:p>
    <w:p>
      <w:r>
        <w:rPr>
          <w:b/>
        </w:rPr>
        <w:t xml:space="preserve">[21:34] </w:t>
      </w:r>
      <w:r>
        <w:t>har cheez ko jo aap dekhte hain, parhte hain, sunte hain to is ke do aspect hote hain. aik sehatmand, aik ghair sehatmand.</w:t>
      </w:r>
    </w:p>
    <w:p>
      <w:pPr>
        <w:jc w:val="right"/>
      </w:pPr>
      <w:r>
        <w:t>ہر چیز کو جو آپ دیکھتے ہیں، پڑھتے ہیں، سنتے ہیں تو اس کے دو آسبیکٹ ہوتے ہیں۔ ایک صحت مند، ایک غیر صحت مند۔</w:t>
      </w:r>
    </w:p>
    <w:p>
      <w:r>
        <w:rPr>
          <w:b/>
        </w:rPr>
        <w:t xml:space="preserve">[21:45] </w:t>
      </w:r>
      <w:r>
        <w:t>aik se galat fehmi juri hui hai, doosre se durust samajh juri hui hai.</w:t>
      </w:r>
    </w:p>
    <w:p>
      <w:pPr>
        <w:jc w:val="right"/>
      </w:pPr>
      <w:r>
        <w:t>ایک سے غلط فہمی جڑی ہوئی ہے، دوسرے سے درست سمجھ جڑی ہوئی ہے۔</w:t>
      </w:r>
    </w:p>
    <w:p>
      <w:r>
        <w:rPr>
          <w:b/>
        </w:rPr>
        <w:t xml:space="preserve">[21:53] </w:t>
      </w:r>
      <w:r>
        <w:t>ab mein aap ko aik misaal deta hoon aik. abhi do din pehle aik canada ke aik professor mujh se milein.</w:t>
      </w:r>
    </w:p>
    <w:p>
      <w:pPr>
        <w:jc w:val="right"/>
      </w:pPr>
      <w:r>
        <w:t>اب میں آپ کو ایک مثال دیتا ہوں ایک۔ ابھی دو دن پہلے ایک کینیڈا کے ایک پروفیسر مجھ سے ملے۔</w:t>
      </w:r>
    </w:p>
    <w:p>
      <w:r>
        <w:rPr>
          <w:b/>
        </w:rPr>
        <w:t xml:space="preserve">[22:04] </w:t>
      </w:r>
      <w:r>
        <w:t>to unhon ne aik bari anokhi baat kahi. is se aap galat fehmi kya cheez hai, is ko aap samjhiye. woh wahan par parhate hain, yeh art ke department mein parhate hain woh.</w:t>
      </w:r>
    </w:p>
    <w:p>
      <w:pPr>
        <w:jc w:val="right"/>
      </w:pPr>
      <w:r>
        <w:t>تو انہوں نے ایک بڑی انوکھی بات کہی۔ اس سے آپ غلط فہمی کیا چیز ہے، اس کو آپ سمجھیے۔ وہ وہاں پر پڑھاتے ہیں، یہ آرٹ کے ڈیپارٹمنٹ میں پڑھاتے ہیں وہ۔</w:t>
      </w:r>
    </w:p>
    <w:p>
      <w:r>
        <w:rPr>
          <w:b/>
        </w:rPr>
        <w:t xml:space="preserve">[22:23] </w:t>
      </w:r>
      <w:r>
        <w:t>is ke professor hain woh. to unhon ne kaha ke dekhiye, aik hoti hai</w:t>
      </w:r>
    </w:p>
    <w:p>
      <w:pPr>
        <w:jc w:val="right"/>
      </w:pPr>
      <w:r>
        <w:t>اس کے پروفیسر ہیں وہ۔ تو انہوں نے کہا کہ دیکھیے، ایک ہوتی ہے</w:t>
      </w:r>
    </w:p>
    <w:p>
      <w:r>
        <w:rPr>
          <w:b/>
        </w:rPr>
        <w:t xml:space="preserve">[22:32] </w:t>
      </w:r>
      <w:r>
        <w:t>abstract painting. unhon ne Islam ke bare mein keh rahe the ke Islam ke kai tashrihat ho sakti hain, kai matlab ho sakte hain. un ka matlab yeh tha ke Islam ke aap hi koi woh nahin ke aap jo kahein wohi sahi hai.</w:t>
      </w:r>
    </w:p>
    <w:p>
      <w:pPr>
        <w:jc w:val="right"/>
      </w:pPr>
      <w:r>
        <w:t>ابسٹریکٹ پینٹنگ۔ انہوں نے اسلام کے بارے میں کہہ رہے تھے کہ اسلام کے کئی تشریحات ہو سکتی ہیں، کئی مطلب ہو سکتے ہیں۔ ان کا مطلب یہ تھا کہ اسلام کے آپ ہی کوئی وہ نہیں کہ آپ جو کہیں وہی صحیح ہے۔</w:t>
      </w:r>
    </w:p>
    <w:p>
      <w:r>
        <w:rPr>
          <w:b/>
        </w:rPr>
        <w:t xml:space="preserve">[22:46] </w:t>
      </w:r>
      <w:r>
        <w:t>ghair muslim jo kehta hai woh bhi sahi hai. Islam ke bare mein. to unhon ne aik misaal di, aik tashbeeh di.</w:t>
      </w:r>
    </w:p>
    <w:p>
      <w:pPr>
        <w:jc w:val="right"/>
      </w:pPr>
      <w:r>
        <w:t>غیر مسلم جو کہتا ہے وہ بھی صحیح ہے۔ اسلام کے بارے میں۔ تو انہوں نے ایک مثال دی، ایک تشبیہ دی۔</w:t>
      </w:r>
    </w:p>
    <w:p>
      <w:r>
        <w:rPr>
          <w:b/>
        </w:rPr>
        <w:t xml:space="preserve">[22:56] </w:t>
      </w:r>
      <w:r>
        <w:t>ke abstract painting ko lijeeye aap. is mein kya hota hai, aisi lakeerein waghera hoti hain. koi bohat wazeh qism ka is mein figure nahin hota hai.</w:t>
      </w:r>
    </w:p>
    <w:p>
      <w:pPr>
        <w:jc w:val="right"/>
      </w:pPr>
      <w:r>
        <w:t>کہ ابسٹریکٹ پینٹنگ کو لیجیے آپ۔ اس میں کیا ہوتا ہے، ایسی لکیریں وغیرہ ہوتی ہیں۔ کوئی بہت واضح قسم کا اس میں فگر نہیں ہوتا ہے۔</w:t>
      </w:r>
    </w:p>
    <w:p>
      <w:r>
        <w:rPr>
          <w:b/>
        </w:rPr>
        <w:t xml:space="preserve">[23:08] </w:t>
      </w:r>
      <w:r>
        <w:t>to unhon ne kaha ke abstract painting ko kai log kai tarah se samajhte hain. koi samjhega ke aik chidiya baithi hui hai.</w:t>
      </w:r>
    </w:p>
    <w:p>
      <w:pPr>
        <w:jc w:val="right"/>
      </w:pPr>
      <w:r>
        <w:t>تو انہوں نے کہا کہ ابسٹریکٹ پینٹنگ کو کئی لوگ کئی طرح سے سمجھتے ہیں۔ کوئی سمجھے گا کہ ایک چڑیا بیٹھی ہوئی ہے۔</w:t>
      </w:r>
    </w:p>
    <w:p>
      <w:r>
        <w:rPr>
          <w:b/>
        </w:rPr>
        <w:t xml:space="preserve">[23:17] </w:t>
      </w:r>
      <w:r>
        <w:t>koi kahega ke yeh chand hai, is mein ke aik barhiya qatil woh kar rahi hai. koi samjhega ke yeh darakht hai, koi kahega darya hai.</w:t>
      </w:r>
    </w:p>
    <w:p>
      <w:pPr>
        <w:jc w:val="right"/>
      </w:pPr>
      <w:r>
        <w:t>کوئی کہے گا کہ یہ چاند ہے، اس میں کہ ایک بڑھیا قاتل وہ کر رہی ہے۔ کوئی سمجھے گا کہ یہ درخت ہے، کوئی کہے گا دریا ہے۔</w:t>
      </w:r>
    </w:p>
    <w:p>
      <w:r>
        <w:rPr>
          <w:b/>
        </w:rPr>
        <w:t xml:space="preserve">[23:29] </w:t>
      </w:r>
      <w:r>
        <w:t>matlab abstract painting ko kai tarah se aap tashreeh kar sakte hain. is ko le kar unhon ne kaha ke Islam ko bhi aise hi kar sakte hain hum, kai tarah se tashreeh.</w:t>
      </w:r>
    </w:p>
    <w:p>
      <w:pPr>
        <w:jc w:val="right"/>
      </w:pPr>
      <w:r>
        <w:t>مطلب ابسٹریکٹ پینٹنگ کو کئی طرح سے آپ تشریح کر سکتے ہیں۔ اس کو لے کر انہوں نے کہا کہ اسلام کو بھی ایسے ہی کر سکتے ہیں ہم، کئی طرح سے تشریح۔</w:t>
      </w:r>
    </w:p>
    <w:p>
      <w:r>
        <w:rPr>
          <w:b/>
        </w:rPr>
        <w:t xml:space="preserve">[23:41] </w:t>
      </w:r>
      <w:r>
        <w:t>ab dekhiye ke yahan par kya hai. agar woh sochte to jaan lete ke yeh galat fehmi hai. kyunke woh painting jo hai woh koi boli hui cheez nahin hai.</w:t>
      </w:r>
    </w:p>
    <w:p>
      <w:pPr>
        <w:jc w:val="right"/>
      </w:pPr>
      <w:r>
        <w:t>اب دیکھیے کہ یہاں پر کیا ہے۔ اگر وہ سوچتے تو جان لیتے کہ یہ غلط فہمی ہے۔ کیونکہ وہ پینٹنگ جو ہے وہ کوئی بولی ہوئی چیز نہیں ہے۔</w:t>
      </w:r>
    </w:p>
    <w:p>
      <w:r>
        <w:rPr>
          <w:b/>
        </w:rPr>
        <w:t xml:space="preserve">[23:54] </w:t>
      </w:r>
      <w:r>
        <w:t>bolti nahin hai. aap par chhod diya hai is ne ke aap jo chahein matlab bana lijeeye is ka. woh khud to bas lakeerein hain, kuch linein hain, kuch jo chahein matlab nikaliye.</w:t>
      </w:r>
    </w:p>
    <w:p>
      <w:pPr>
        <w:jc w:val="right"/>
      </w:pPr>
      <w:r>
        <w:t>بولتی نہیں ہے۔ آپ پر چھوڑ دیا ہے اس نے کہ آپ جو چاہیں مطلب بنا لیجیے اس کا۔ وہ خود تو بس لکیریں ہیں، کچھ لائنیں ہیں، کچھ جو چاہیں مطلب نکالیے۔</w:t>
      </w:r>
    </w:p>
    <w:p>
      <w:r>
        <w:rPr>
          <w:b/>
        </w:rPr>
        <w:t xml:space="preserve">[24:06] </w:t>
      </w:r>
      <w:r>
        <w:t>lekin Islam to aik boli hui cheez hai. Quran lafz Khuda hai, Hadees lafz Nabi hai.</w:t>
      </w:r>
    </w:p>
    <w:p>
      <w:pPr>
        <w:jc w:val="right"/>
      </w:pPr>
      <w:r>
        <w:t>لیکن اسلام تو ایک بولی ہوئی چیز ہے۔ قرآن لفظ خدا ہے، حدیث لفظ نبی ہے۔</w:t>
      </w:r>
    </w:p>
    <w:p>
      <w:r>
        <w:rPr>
          <w:b/>
        </w:rPr>
        <w:t xml:space="preserve">[24:16] </w:t>
      </w:r>
      <w:r>
        <w:t>woh to apne aap khud hi bata raha hai ke mein kya hoon. zali kal kitabu la riya fihe. woh khud keh raha hai ke yeh Khuda ki kitab hai.</w:t>
      </w:r>
    </w:p>
    <w:p>
      <w:pPr>
        <w:jc w:val="right"/>
      </w:pPr>
      <w:r>
        <w:t>وہ تو اپنے آپ خود ہی بتا رہا ہے کہ میں کیا ہوں۔ ذالک الکتاب لا ریا فیہ۔ وہ خود کہہ رہا ہے کہ یہ خدا کی کتاب ہے۔</w:t>
      </w:r>
    </w:p>
    <w:p>
      <w:r>
        <w:rPr>
          <w:b/>
        </w:rPr>
        <w:t xml:space="preserve">[24:26] </w:t>
      </w:r>
      <w:r>
        <w:t>lekin abstract painting to nahin bolti. woh nahin bolti ke mein gaaye hoon, mein darakht hoon, mein darya hoon, yeh to nahin bolti woh.</w:t>
      </w:r>
    </w:p>
    <w:p>
      <w:pPr>
        <w:jc w:val="right"/>
      </w:pPr>
      <w:r>
        <w:t>لیکن ابسٹریکٹ پینٹنگ تو نہیں بولتی۔ وہ نہیں بولتی کہ میں گائے ہوں، میں درخت ہوں، میں دریا ہوں، یہ تو نہیں بولتی وہ۔</w:t>
      </w:r>
    </w:p>
    <w:p>
      <w:r>
        <w:rPr>
          <w:b/>
        </w:rPr>
        <w:t xml:space="preserve">[24:37] </w:t>
      </w:r>
      <w:r>
        <w:t>to aap dekhiye, ghair boli hui cheez ko le kar ke unhon ne boli hui cheez par laagu kar diya.</w:t>
      </w:r>
    </w:p>
    <w:p>
      <w:pPr>
        <w:jc w:val="right"/>
      </w:pPr>
      <w:r>
        <w:t>تو آپ دیکھیے، غیر بولی ہوئی چیز کو لے کر کے انہوں نے بولی ہوئی چیز پر لاگو کر دیا۔</w:t>
      </w:r>
    </w:p>
    <w:p>
      <w:r>
        <w:rPr>
          <w:b/>
        </w:rPr>
        <w:t xml:space="preserve">[24:46] </w:t>
      </w:r>
      <w:r>
        <w:t>is tarah se jo log rahen woh uljhan mein rahen ge. buniyadi taur par yahi wajah hai uljhan ka.</w:t>
      </w:r>
    </w:p>
    <w:p>
      <w:pPr>
        <w:jc w:val="right"/>
      </w:pPr>
      <w:r>
        <w:t>اس طرح سے جو لوگ رہیں وہ الجھن میں رہیں گے۔ بنیادی طور پر یہی وجہ ہے الجھن کا۔</w:t>
      </w:r>
    </w:p>
    <w:p>
      <w:r>
        <w:rPr>
          <w:b/>
        </w:rPr>
        <w:t xml:space="preserve">[24:55] </w:t>
      </w:r>
      <w:r>
        <w:t>keh log cheezon ka tajziya nahin kar paate. kai ki baat kahin jod dete hain, kai ki baat kahin jod dete hain.</w:t>
      </w:r>
    </w:p>
    <w:p>
      <w:pPr>
        <w:jc w:val="right"/>
      </w:pPr>
      <w:r>
        <w:t>کہ لوگ چیزوں کا تجزیہ نہیں کر پاتے۔ کئی کی بات کہیں جوڑ دیتے ہیں، کئی کی بات کہیں جوڑ دیتے ہیں۔</w:t>
      </w:r>
    </w:p>
    <w:p>
      <w:r>
        <w:rPr>
          <w:b/>
        </w:rPr>
        <w:t xml:space="preserve">[25:06] </w:t>
      </w:r>
      <w:r>
        <w:t>to galat fehmi jo hai woh sab se bara zariya hai uljhan ka.</w:t>
      </w:r>
    </w:p>
    <w:p>
      <w:pPr>
        <w:jc w:val="right"/>
      </w:pPr>
      <w:r>
        <w:t>تو غلط فہمی جو ہے وہ سب سے بڑا ذریعہ ہے الجھن کا۔</w:t>
      </w:r>
    </w:p>
    <w:p>
      <w:r>
        <w:rPr>
          <w:b/>
        </w:rPr>
        <w:t xml:space="preserve">[25:18] </w:t>
      </w:r>
      <w:r>
        <w:t>aur galat fehmi ka matlab kya hai? cheezon ke manfi aspect ko le lena aur positive aspect ko chhod dena. abhi dekhiye pichhle itwar ko jab hum yahan the to isi waqt ek aap jante hain ek hadsa hua ek.</w:t>
      </w:r>
    </w:p>
    <w:p>
      <w:pPr>
        <w:jc w:val="right"/>
      </w:pPr>
      <w:r>
        <w:t>اور غلط فہمی کا مطلب کیا ہے؟ چیزوں کے منفی آسبیکٹ کو لے لینا اور پازیٹیو آسبیکٹ کو چھوڑ دینا۔ ابھی دیکھیے پچھلے اتوار کو جب ہم یہاں تھے تو اسی وقت ایک آپ جانتے ہیں ایک حادثہ ہوا ایک۔</w:t>
      </w:r>
    </w:p>
    <w:p>
      <w:r>
        <w:rPr>
          <w:b/>
        </w:rPr>
        <w:t xml:space="preserve">[25:36] </w:t>
      </w:r>
      <w:r>
        <w:t>hamare ek saathi ka keh maut ho gayi. hamari jo team hai, good word ki team, us ke ek member the woh, marhoom naseer ahmed.</w:t>
      </w:r>
    </w:p>
    <w:p>
      <w:pPr>
        <w:jc w:val="right"/>
      </w:pPr>
      <w:r>
        <w:t>ہمارے ایک ساتھی کا کہ موت ہو گئی۔ ہماری جو ٹیم ہے، گڈ ورڈ کی ٹیم، اس کے ایک ممبر تھے وہ، مرحوم نصیر احمد۔</w:t>
      </w:r>
    </w:p>
    <w:p>
      <w:r>
        <w:rPr>
          <w:b/>
        </w:rPr>
        <w:t xml:space="preserve">[25:47] </w:t>
      </w:r>
      <w:r>
        <w:t>jab hum log yahan the tab hi khabar aayi thi keh woh woh ek hadsa ho gaya, is mein woh mar gaye.</w:t>
      </w:r>
    </w:p>
    <w:p>
      <w:pPr>
        <w:jc w:val="right"/>
      </w:pPr>
      <w:r>
        <w:t>جب ہم لوگ یہاں تھے تب ہی خبر آئی تھی کہ وہ وہ ایک حادثہ ہو گیا، اس میں وہ مر گئے۔</w:t>
      </w:r>
    </w:p>
    <w:p>
      <w:r>
        <w:rPr>
          <w:b/>
        </w:rPr>
        <w:t xml:space="preserve">[25:57] </w:t>
      </w:r>
      <w:r>
        <w:t>yani keh pichhle itwar ki baat hai yeh. ab dekhiye keh ek sahab ne is par kya tabsarah kiya. kyunke un ki umar abhi pachas saal se kam thi, chalte phirte the, good word mein rozana kaam karte the woh.</w:t>
      </w:r>
    </w:p>
    <w:p>
      <w:pPr>
        <w:jc w:val="right"/>
      </w:pPr>
      <w:r>
        <w:t>یعنی کہ پچھلے اتوار کی بات ہے یہ۔ اب دیکھیے کہ ایک صاحب نے اس پر کیا تبصرہ کیا۔ کیونکہ ان کی عمر ابھی پچاس سال سے کم تھی، چلتے پھرتے تھے، گڈ ورڈ میں روزانہ کام کرتے تھے وہ۔</w:t>
      </w:r>
    </w:p>
    <w:p>
      <w:r>
        <w:rPr>
          <w:b/>
        </w:rPr>
        <w:t xml:space="preserve">[26:14] </w:t>
      </w:r>
      <w:r>
        <w:t>to is par kya diya unhone? keh ghair waqt par maut hui un ki. ghair waqt par maut. keh abhi umar zyada nahin hui thi, abhi chhote bachche the.</w:t>
      </w:r>
    </w:p>
    <w:p>
      <w:pPr>
        <w:jc w:val="right"/>
      </w:pPr>
      <w:r>
        <w:t>تو اس پر کیا دیا انہوں نے؟ کہ غیر وقت پر موت ہوئی ان کی۔ غیر وقت پر موت۔ کہ ابھی عمر زیادہ نہیں ہوئی تھی، ابھی چھوٹے بچے تھے۔</w:t>
      </w:r>
    </w:p>
    <w:p>
      <w:r>
        <w:rPr>
          <w:b/>
        </w:rPr>
        <w:t xml:space="preserve">[26:27] </w:t>
      </w:r>
      <w:r>
        <w:t>to be waqt ki maut. yeh kya hai? yeh cheez ko galat zaweye se dekhna.</w:t>
      </w:r>
    </w:p>
    <w:p>
      <w:pPr>
        <w:jc w:val="right"/>
      </w:pPr>
      <w:r>
        <w:t>تو بے وقت کی موت۔ یہ کیا ہے؟ یہ چیز کو غلط زاویے سے دیکھنا۔</w:t>
      </w:r>
    </w:p>
    <w:p>
      <w:r>
        <w:rPr>
          <w:b/>
        </w:rPr>
        <w:t xml:space="preserve">[26:39] </w:t>
      </w:r>
      <w:r>
        <w:t>yani jo waqea hua us waqey ko unhone manfi mani mein liya. keh be waqt ki maut, khuda ko bhi nahin aata, khuda bhi nahin janta keh kab kis ka waqt aaye, bila waqt hi is ko maut de diya is ko.</w:t>
      </w:r>
    </w:p>
    <w:p>
      <w:pPr>
        <w:jc w:val="right"/>
      </w:pPr>
      <w:r>
        <w:t>یعنی جو واقعہ ہوا اس واقعے کو انہوں نے منفی معنی میں لیا۔ کہ بے وقت کی موت، خدا کو بھی نہیں آتا، خدا بھی نہیں جانتا کہ کب کس کا وقت آئے، بلا وقت ہی اس کو موت دے دیا اس کو۔</w:t>
      </w:r>
    </w:p>
    <w:p>
      <w:r>
        <w:rPr>
          <w:b/>
        </w:rPr>
        <w:t xml:space="preserve">[26:53] </w:t>
      </w:r>
      <w:r>
        <w:t>abhi pachas saal se kam umar thi aur un ko marna pad gaya. to ghair waqt par maut ko wahan laagu kar diya unhone.</w:t>
      </w:r>
    </w:p>
    <w:p>
      <w:pPr>
        <w:jc w:val="right"/>
      </w:pPr>
      <w:r>
        <w:t>ابھی پچاس سال سے کم عمر تھی اور ان کو مرنا پڑ گیا۔ تو غیر وقت پر موت کو وہاں لاگو کر دیا انہوں نے۔</w:t>
      </w:r>
    </w:p>
    <w:p>
      <w:r>
        <w:rPr>
          <w:b/>
        </w:rPr>
        <w:t xml:space="preserve">[27:05] </w:t>
      </w:r>
      <w:r>
        <w:t>agar woh sochte to un ko ek bohat bari baat janni padti. jis ka ishara hadith mein maujood hai.</w:t>
      </w:r>
    </w:p>
    <w:p>
      <w:pPr>
        <w:jc w:val="right"/>
      </w:pPr>
      <w:r>
        <w:t>اگر وہ سوچتے تو ان کو ایک بہت بڑی بات جاننی پڑتی۔ جس کا اشارہ حدیث میں موجود ہے۔</w:t>
      </w:r>
    </w:p>
    <w:p>
      <w:r>
        <w:rPr>
          <w:b/>
        </w:rPr>
        <w:t xml:space="preserve">[27:15] </w:t>
      </w:r>
      <w:r>
        <w:t>hadith mein is bare mein ishara maujood hai. maut al fajahat rahat lil momin.</w:t>
      </w:r>
    </w:p>
    <w:p>
      <w:pPr>
        <w:jc w:val="right"/>
      </w:pPr>
      <w:r>
        <w:t>حدیث میں اس بارے میں اشارہ موجود ہے۔ موت الفجاہت راحت للمومن۔</w:t>
      </w:r>
    </w:p>
    <w:p>
      <w:r>
        <w:rPr>
          <w:b/>
        </w:rPr>
        <w:t xml:space="preserve">[27:25] </w:t>
      </w:r>
      <w:r>
        <w:t>yeh ek hadith hai rasool Allah salallahu alaihi wasallam ki. is mein ishara maujood hai keh aisi maut jo hai us ko tum kaise wazahat karo. is par gaur karte hue mujhe samajh aaya keh maut jo hai woh bohat bara waqea hai jis se khuda hum ko yaad dilata hai zindagi ki haqeeqat ko.</w:t>
      </w:r>
    </w:p>
    <w:p>
      <w:pPr>
        <w:jc w:val="right"/>
      </w:pPr>
      <w:r>
        <w:t>یہ ایک حدیث ہے رسول اللہ صلی اللہ علیہ وسلم کی۔ اس میں اشارہ موجود ہے کہ ایسی موت جو ہے اس کو تم کیسے وضاحت کرو۔ اس پر غور کرتے ہوئے مجھے سمجھ آیا کہ موت جو ہے وہ بہت بڑا واقعہ ہے جس سے خدا ہم کو یاد دلاتا ہے زندگی کی حقیقت کو۔</w:t>
      </w:r>
    </w:p>
    <w:p>
      <w:r>
        <w:rPr>
          <w:b/>
        </w:rPr>
        <w:t xml:space="preserve">[27:47] </w:t>
      </w:r>
      <w:r>
        <w:t>isi liye hadith mein aata hai keh aksiru zikr hadim al lazatt al maut. maut ko khoob yaad karo. kyunke maut ko yaad karoge to tum ko pata chalega keh is dunya ki kuch haqeeqat nahin hai.</w:t>
      </w:r>
    </w:p>
    <w:p>
      <w:pPr>
        <w:jc w:val="right"/>
      </w:pPr>
      <w:r>
        <w:t>اسی لیے حدیث میں آتا ہے کہ اکثرو ذکر ہادم اللذات الموت۔ موت کو خوب یاد کرو۔ کیونکہ موت کو یاد کرو گے تو تم کو پتہ چلے گا کہ اس دنیا کی کچھ حقیقت نہیں ہے۔</w:t>
      </w:r>
    </w:p>
    <w:p>
      <w:r>
        <w:rPr>
          <w:b/>
        </w:rPr>
        <w:t xml:space="preserve">[28:01] </w:t>
      </w:r>
      <w:r>
        <w:t>yahan kamyabi kuch bhi nahin hai. kamyabi aur nakami dono barabar hain. kyunke pachas saal, chalis saal, sath saal mar gaye to kya?</w:t>
      </w:r>
    </w:p>
    <w:p>
      <w:pPr>
        <w:jc w:val="right"/>
      </w:pPr>
      <w:r>
        <w:t>یہاں کامیابی کچھ بھی نہیں ہے۔ کامیابی اور ناکامی دونوں برابر ہیں۔ کیونکہ پچاس سال، چالیس سال، ساٹھ سال مر گئے تو کیا؟</w:t>
      </w:r>
    </w:p>
    <w:p>
      <w:r>
        <w:rPr>
          <w:b/>
        </w:rPr>
        <w:t xml:space="preserve">[28:10] </w:t>
      </w:r>
      <w:r>
        <w:t>kya jo paya is ko chhod ke chale gaye? jo kuch hum ne yahan paya tha woh sab chhod ke chale gaye. to maut ko yaad karo jo tum ko zindagi ki jo reality hai us ko batayegi.</w:t>
      </w:r>
    </w:p>
    <w:p>
      <w:pPr>
        <w:jc w:val="right"/>
      </w:pPr>
      <w:r>
        <w:t>کیا جو پایا اس کو چھوڑ کے چلے گئے؟ جو کچھ ہم نے یہاں پایا تھا وہ سب چھوڑ کے چلے گئے۔ تو موت کو یاد کرو جو تم کو زندگی کی جو ریلیٹی ہے اس کو بتائے گی۔</w:t>
      </w:r>
    </w:p>
    <w:p>
      <w:r>
        <w:rPr>
          <w:b/>
        </w:rPr>
        <w:t xml:space="preserve">[28:27] </w:t>
      </w:r>
      <w:r>
        <w:t>to maut ka maqsad kya hai? zindagi ki haqeeqat ko batana. ab dekhiye keh maut ki do qismein hoti hain.</w:t>
      </w:r>
    </w:p>
    <w:p>
      <w:pPr>
        <w:jc w:val="right"/>
      </w:pPr>
      <w:r>
        <w:t>تو موت کا مقصد کیا ہے؟ زندگی کی حقیقت کو بتانا۔ اب دیکھیے کہ موت کی دو قسمیں ہوتی ہیں۔</w:t>
      </w:r>
    </w:p>
    <w:p>
      <w:r>
        <w:rPr>
          <w:b/>
        </w:rPr>
        <w:t xml:space="preserve">[28:37] </w:t>
      </w:r>
      <w:r>
        <w:t>ek hai qudrati maut, ek hai ghair qudrati maut. qudrati maut kaun si hai? aadmi ki umar zyada ho gayi.</w:t>
      </w:r>
    </w:p>
    <w:p>
      <w:pPr>
        <w:jc w:val="right"/>
      </w:pPr>
      <w:r>
        <w:t>ایک ہے قدرتی موت، ایک ہے غیر قدرتی موت۔ قدرتی موت کون سی ہے؟ آدمی کی عمر زیادہ ہو گئی۔</w:t>
      </w:r>
    </w:p>
    <w:p>
      <w:r>
        <w:rPr>
          <w:b/>
        </w:rPr>
        <w:t xml:space="preserve">[28:48] </w:t>
      </w:r>
      <w:r>
        <w:t>isi nawwe saal ho gaya, woh bistar par leta ho gaya. us ko bimariyan lag gayin, hospital mein hona pada.</w:t>
      </w:r>
    </w:p>
    <w:p>
      <w:pPr>
        <w:jc w:val="right"/>
      </w:pPr>
      <w:r>
        <w:t>اسی نوے سال ہو گیا، وہ بستر پر لیٹا ہو گیا۔ اس کو بیماریاں لگ گئیں، ہسپتال میں ہونا پڑا۔</w:t>
      </w:r>
    </w:p>
    <w:p>
      <w:r>
        <w:rPr>
          <w:b/>
        </w:rPr>
        <w:t xml:space="preserve">[28:59] </w:t>
      </w:r>
      <w:r>
        <w:t>ab bohat is halat mein pahunch kar ke log samajhte hain keh ab to yeh marne hi wala hai, marne ke din aa gaye hain is ke. to jab kisi din sunte hain keh woh mar gaya to us ko woh ek hone wali baat samajhte hain.</w:t>
      </w:r>
    </w:p>
    <w:p>
      <w:pPr>
        <w:jc w:val="right"/>
      </w:pPr>
      <w:r>
        <w:t>اب بہت اس حالت میں پہنچ کر کے لوگ سمجھتے ہیں کہ اب تو یہ مرنے ہی والا ہے، مرنے کے دن آ گئے ہیں اس کے۔ تو جب کسی دن سنتے ہیں کہ وہ مر گیا تو اس کو وہ ایک ہونے والی بات سمجھتے ہیں۔</w:t>
      </w:r>
    </w:p>
    <w:p>
      <w:r>
        <w:rPr>
          <w:b/>
        </w:rPr>
        <w:t xml:space="preserve">[29:14] </w:t>
      </w:r>
      <w:r>
        <w:t>keh ek hone wali baat thi jo ho gayi. yeh hai qudrati maut. to agarche yeh qudrati maut bhi ek yaad dahani hai, yaad dilane wali cheez hai.</w:t>
      </w:r>
    </w:p>
    <w:p>
      <w:pPr>
        <w:jc w:val="right"/>
      </w:pPr>
      <w:r>
        <w:t>کہ ایک ہونے والی بات تھی جو ہو گئی۔ یہ ہے قدرتی موت۔ تو اگرچہ یہ قدرتی موت بھی ایک یاد دہانی ہے، یاد دلانے والی چیز ہے۔</w:t>
      </w:r>
    </w:p>
    <w:p>
      <w:r>
        <w:rPr>
          <w:b/>
        </w:rPr>
        <w:t xml:space="preserve">[29:26] </w:t>
      </w:r>
      <w:r>
        <w:t>jo qudrati maut hoti hai us mein bhi hamein yaad karna chahiye maut ko. lekin khuda ek hairaan kun tajruba karwata hai hum ko. jis ko hum ghair qudrati maut de kar ke.</w:t>
      </w:r>
    </w:p>
    <w:p>
      <w:pPr>
        <w:jc w:val="right"/>
      </w:pPr>
      <w:r>
        <w:t>جو قدرتی موت ہوتی ہے اس میں بھی ہمیں یاد کرنا چاہیے موت کو۔ لیکن خدا ایک حیران کن تجربہ کرواتا ہے ہم کو۔ جس کو ہم غیر قدرتی موت دے کر کے۔</w:t>
      </w:r>
    </w:p>
    <w:p>
      <w:r>
        <w:rPr>
          <w:b/>
        </w:rPr>
        <w:t xml:space="preserve">[29:40] </w:t>
      </w:r>
      <w:r>
        <w:t>ghair qudrati maut yani bohat jaldi mar gaya aadmi. aur woh sadak par hadsa hua, achha khasa tha woh, wahin ke wahin khatm ho gaya.</w:t>
      </w:r>
    </w:p>
    <w:p>
      <w:pPr>
        <w:jc w:val="right"/>
      </w:pPr>
      <w:r>
        <w:t>غیر قدرتی موت یعنی بہت جلدی مر گیا آدمی۔ اور وہ سڑک پر حادثہ ہوا، اچھا خاصا تھا وہ، وہیں کے وہیں ختم ہو گیا۔</w:t>
      </w:r>
    </w:p>
    <w:p>
      <w:r>
        <w:rPr>
          <w:b/>
        </w:rPr>
        <w:t xml:space="preserve">[29:51] </w:t>
      </w:r>
      <w:r>
        <w:t>to ek hoti hai mutawaqqah maut, ek hoti hai ghair mutawaqqah maut.</w:t>
      </w:r>
    </w:p>
    <w:p>
      <w:pPr>
        <w:jc w:val="right"/>
      </w:pPr>
      <w:r>
        <w:t>تو ایک ہوتی ہے متوقع موت، ایک ہوتی ہے غیر متوقع موت۔</w:t>
      </w:r>
    </w:p>
    <w:p>
      <w:r>
        <w:rPr>
          <w:b/>
        </w:rPr>
        <w:t xml:space="preserve">[29:58] </w:t>
      </w:r>
      <w:r>
        <w:t>ghair mutawaqqe maut. mutawaqqe maut jo hoti hai woh bhi aap ke liye yaad dilane wali cheez hai. haqeeqat zindagi ki ya is ko batane wali cheez hai.</w:t>
      </w:r>
    </w:p>
    <w:p>
      <w:pPr>
        <w:jc w:val="right"/>
      </w:pPr>
      <w:r>
        <w:t>غیر متوقع موت۔ متوقع موت جو ہوتی ہے وہ بھی آپ کے لیے یاد دلانے والی چیز ہے۔ حقیقت زندگی کی یا اس کو بتانے والی چیز ہے۔</w:t>
      </w:r>
    </w:p>
    <w:p>
      <w:r>
        <w:rPr>
          <w:b/>
        </w:rPr>
        <w:t xml:space="preserve">[30:08] </w:t>
      </w:r>
      <w:r>
        <w:t>lekin jab ghair mutawaqqe maut hoti hai to woh shock lagati hai, shock. aik shock lagati hai ke afwo aisa ho gaya.</w:t>
      </w:r>
    </w:p>
    <w:p>
      <w:pPr>
        <w:jc w:val="right"/>
      </w:pPr>
      <w:r>
        <w:t>لیکن جب غیر متوقع موت ہوتی ہے تو وہ شاک لگاتی ہے، شاک۔ ایک شاک لگاتی ہے کہ افو ایسا ہو گیا۔</w:t>
      </w:r>
    </w:p>
    <w:p>
      <w:r>
        <w:rPr>
          <w:b/>
        </w:rPr>
        <w:t xml:space="preserve">[30:19] </w:t>
      </w:r>
      <w:r>
        <w:t>to Khuda kabhi kabhi aisi maut deta hai kisi ko jo ghair mutawaqqe maut hoti hai.</w:t>
      </w:r>
    </w:p>
    <w:p>
      <w:pPr>
        <w:jc w:val="right"/>
      </w:pPr>
      <w:r>
        <w:t>تو خدا کبھی کبھی ایسی موت دیتا ہے کسی کو جو غیر متوقع موت ہوتی ہے۔</w:t>
      </w:r>
    </w:p>
    <w:p>
      <w:r>
        <w:rPr>
          <w:b/>
        </w:rPr>
        <w:t xml:space="preserve">[30:29] </w:t>
      </w:r>
      <w:r>
        <w:t>taake jo log soye hue hain woh bhi jaag jayen. yaani qudrati maut ko dekh kar jin logon ne sabak nahin liya tha, sabak nahin liya tha.</w:t>
      </w:r>
    </w:p>
    <w:p>
      <w:pPr>
        <w:jc w:val="right"/>
      </w:pPr>
      <w:r>
        <w:t>تاکہ جو لوگ سوئے ہوئے ہیں وہ بھی جاگ جائیں۔ یعنی قدرتی موت کو دیکھ کر جن لوگوں نے سبق نہیں لیا تھا، سبق نہیں لیا تھا۔</w:t>
      </w:r>
    </w:p>
    <w:p>
      <w:r>
        <w:rPr>
          <w:b/>
        </w:rPr>
        <w:t xml:space="preserve">[30:39] </w:t>
      </w:r>
      <w:r>
        <w:t>un ko jhatka dilaya jata hai, jhatka. taake jaagen, sochen, aankh khule un ki.</w:t>
      </w:r>
    </w:p>
    <w:p>
      <w:pPr>
        <w:jc w:val="right"/>
      </w:pPr>
      <w:r>
        <w:t>ان کو جھٹکا دلایا جاتا ہے، جھٹکا۔ تاکہ جاگیں، سوچیں، آنکھ کھلے ان کی۔</w:t>
      </w:r>
    </w:p>
    <w:p>
      <w:r>
        <w:rPr>
          <w:b/>
        </w:rPr>
        <w:t xml:space="preserve">[30:49] </w:t>
      </w:r>
      <w:r>
        <w:t>is qism ki maut aik aankh kholne wali maut hai.</w:t>
      </w:r>
    </w:p>
    <w:p>
      <w:pPr>
        <w:jc w:val="right"/>
      </w:pPr>
      <w:r>
        <w:t>اس قسم کی موت ایک آنکھ کھولنے والی موت ہے۔</w:t>
      </w:r>
    </w:p>
    <w:p>
      <w:r>
        <w:rPr>
          <w:b/>
        </w:rPr>
        <w:t xml:space="preserve">[30:56] </w:t>
      </w:r>
      <w:r>
        <w:t>to jis cheez ko log kehte hain ghair waqt par maut, woh ghair waqt par maut nahin hai woh. woh hai yaad dahani maut. woh hai yaad dahani maut, yaad dilane wali maut.</w:t>
      </w:r>
    </w:p>
    <w:p>
      <w:pPr>
        <w:jc w:val="right"/>
      </w:pPr>
      <w:r>
        <w:t>تو جس چیز کو لوگ کہتے ہیں غیر وقت پر موت، وہ غیر وقت پر موت نہیں ہے وہ۔ وہ ہے یاد دہانی موت۔ وہ ہے یاد دہانی موت، یاد دلانے والی موت۔</w:t>
      </w:r>
    </w:p>
    <w:p>
      <w:r>
        <w:rPr>
          <w:b/>
        </w:rPr>
        <w:t xml:space="preserve">[31:08] </w:t>
      </w:r>
      <w:r>
        <w:t>ab dekhiye aik hi waqea hai. aik shakhs mar jata hai. agar aap kehte hain ke yeh ghair waqt par maut hai to yeh hai ghalat zaawiyey se is ko dekhna.</w:t>
      </w:r>
    </w:p>
    <w:p>
      <w:pPr>
        <w:jc w:val="right"/>
      </w:pPr>
      <w:r>
        <w:t>اب دیکھیے ایک ہی واقعہ ہے۔ ایک شخص مر جاتا ہے۔ اگر آپ کہتے ہیں کہ یہ غیر وقت پر موت ہے تو یہ ہے غلط زاویے سے اس کو دیکھنا۔</w:t>
      </w:r>
    </w:p>
    <w:p>
      <w:r>
        <w:rPr>
          <w:b/>
        </w:rPr>
        <w:t xml:space="preserve">[31:21] </w:t>
      </w:r>
      <w:r>
        <w:t>is ko manfi aspect se dekhna. lekin agar aap yeh kahein ke yeh yaad dahani</w:t>
      </w:r>
    </w:p>
    <w:p>
      <w:pPr>
        <w:jc w:val="right"/>
      </w:pPr>
      <w:r>
        <w:t>اس کو منفی آسبیکٹ سے دیکھنا۔ لیکن اگر آپ یہ کہیں کہ یہ یاد دہانی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