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Muslims in the Present World | November 24, 2007</w:t>
      </w:r>
    </w:p>
    <w:p>
      <w:r>
        <w:t>https://www.youtube.com/watch?v=2TrLMGJNHLs</w:t>
      </w:r>
    </w:p>
    <w:p>
      <w:r>
        <w:rPr>
          <w:b/>
        </w:rPr>
        <w:t xml:space="preserve">[00:13]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[00:28] </w:t>
      </w:r>
      <w:r>
        <w:t>aaj ka topic hai "Muslims in the present world" ya "Muslims in the modern world"۔ musalman</w:t>
      </w:r>
    </w:p>
    <w:p>
      <w:pPr>
        <w:jc w:val="right"/>
      </w:pPr>
      <w:r>
        <w:t>آج کا ٹاپک ہے "Muslims in the present world" یا "Muslims in the modern world"۔ مسلمان</w:t>
      </w:r>
    </w:p>
    <w:p>
      <w:r>
        <w:rPr>
          <w:b/>
        </w:rPr>
        <w:t xml:space="preserve">[00:43] </w:t>
      </w:r>
      <w:r>
        <w:t>aaj ki duniya mein۔</w:t>
      </w:r>
    </w:p>
    <w:p>
      <w:pPr>
        <w:jc w:val="right"/>
      </w:pPr>
      <w:r>
        <w:t>آج کی دنیا میں۔</w:t>
      </w:r>
    </w:p>
    <w:p>
      <w:r>
        <w:rPr>
          <w:b/>
        </w:rPr>
        <w:t xml:space="preserve">[00:51] </w:t>
      </w:r>
      <w:r>
        <w:t>dekhiye, bohat si communities hain, koi musalman hi duniya mein nahi hai۔</w:t>
      </w:r>
    </w:p>
    <w:p>
      <w:pPr>
        <w:jc w:val="right"/>
      </w:pPr>
      <w:r>
        <w:t>دیکھیے، بہت سی کمیونٹیز ہیں، کوئی مسلمان ہی دنیا میں نہیں ہے۔</w:t>
      </w:r>
    </w:p>
    <w:p>
      <w:r>
        <w:rPr>
          <w:b/>
        </w:rPr>
        <w:t xml:space="preserve">[00:59] </w:t>
      </w:r>
      <w:r>
        <w:t>lekin jahan tak mein jaanta hoon, musalmanon ka muamla poori duniya mein ek alag sa muamla ban gaya hai۔</w:t>
      </w:r>
    </w:p>
    <w:p>
      <w:pPr>
        <w:jc w:val="right"/>
      </w:pPr>
      <w:r>
        <w:t>لیکن جہاں تک میں جانتا ہوں، مسلمانوں کا معاملہ پوری دنیا میں ایک الگ سا معاملہ بن گیا ہے۔</w:t>
      </w:r>
    </w:p>
    <w:p>
      <w:r>
        <w:rPr>
          <w:b/>
        </w:rPr>
        <w:t xml:space="preserve">[01:06] </w:t>
      </w:r>
      <w:r>
        <w:t>aur jitni communities hain, woh sab</w:t>
      </w:r>
    </w:p>
    <w:p>
      <w:pPr>
        <w:jc w:val="right"/>
      </w:pPr>
      <w:r>
        <w:t>اور جتنی کمیونٹیز ہیں، وہ سب</w:t>
      </w:r>
    </w:p>
    <w:p>
      <w:r>
        <w:rPr>
          <w:b/>
        </w:rPr>
        <w:t xml:space="preserve">[01:14] </w:t>
      </w:r>
      <w:r>
        <w:t>tarraqi ke rastay mein daud rahi hain۔</w:t>
      </w:r>
    </w:p>
    <w:p>
      <w:pPr>
        <w:jc w:val="right"/>
      </w:pPr>
      <w:r>
        <w:t>ترقی کے راستے میں دوڑ رہی ہیں۔</w:t>
      </w:r>
    </w:p>
    <w:p>
      <w:r>
        <w:rPr>
          <w:b/>
        </w:rPr>
        <w:t xml:space="preserve">[01:24] </w:t>
      </w:r>
      <w:r>
        <w:t>lekin aap musalmanon ke meeting mein jaiye, so called muslim media ko parhiye, ya kisi musalman se baat</w:t>
      </w:r>
    </w:p>
    <w:p>
      <w:pPr>
        <w:jc w:val="right"/>
      </w:pPr>
      <w:r>
        <w:t>لیکن آپ مسلمانوں کے میٹنگ میں جائیے، سو کالڈ مسلم میڈیا کو پڑھیے، یا کسی مسلمان سے بات</w:t>
      </w:r>
    </w:p>
    <w:p>
      <w:r>
        <w:rPr>
          <w:b/>
        </w:rPr>
        <w:t xml:space="preserve">[01:34] </w:t>
      </w:r>
      <w:r>
        <w:t>کیجیے، تو شاید پوری دنیا میں، without any exception، آپ یہ پائیں گے کہ ہر آدمی، ہر مسلمان، complain</w:t>
      </w:r>
    </w:p>
    <w:p>
      <w:pPr>
        <w:jc w:val="right"/>
      </w:pPr>
      <w:r>
        <w:t>کیجیے، تو شاید پوری دنیا میں، without any exception، آپ یہ پائیں گے کہ ہر آدمی، ہر مسلمان، compla</w:t>
      </w:r>
    </w:p>
    <w:p>
      <w:r>
        <w:rPr>
          <w:b/>
        </w:rPr>
        <w:t xml:space="preserve">[01:44] </w:t>
      </w:r>
      <w:r>
        <w:t>int aur protest ki boli bol raha hai۔</w:t>
      </w:r>
    </w:p>
    <w:p>
      <w:pPr>
        <w:jc w:val="right"/>
      </w:pPr>
      <w:r>
        <w:t>int اور protest کی بولی بول رہا ہے۔</w:t>
      </w:r>
    </w:p>
    <w:p>
      <w:r>
        <w:rPr>
          <w:b/>
        </w:rPr>
        <w:t xml:space="preserve">[01:50] </w:t>
      </w:r>
      <w:r>
        <w:t>yani musalman is zamane mein ek naye qism ka protestant group ban gaye hain۔</w:t>
      </w:r>
    </w:p>
    <w:p>
      <w:pPr>
        <w:jc w:val="right"/>
      </w:pPr>
      <w:r>
        <w:t>یعنی مسلمان اس زمانے میں ایک نئے قسم کا پروٹیسٹنٹ گروپ بن گئے ہیں۔</w:t>
      </w:r>
    </w:p>
    <w:p>
      <w:r>
        <w:rPr>
          <w:b/>
        </w:rPr>
        <w:t xml:space="preserve">[01:57] </w:t>
      </w:r>
      <w:r>
        <w:t>protestant community ban gaye hain۔</w:t>
      </w:r>
    </w:p>
    <w:p>
      <w:pPr>
        <w:jc w:val="right"/>
      </w:pPr>
      <w:r>
        <w:t>پروٹیسٹنٹ کمیونٹی بن گئے ہیں۔</w:t>
      </w:r>
    </w:p>
    <w:p>
      <w:r>
        <w:rPr>
          <w:b/>
        </w:rPr>
        <w:t xml:space="preserve">[02:03] </w:t>
      </w:r>
      <w:r>
        <w:t>kisi aur community mein yeh baat nahi pai mein ne۔</w:t>
      </w:r>
    </w:p>
    <w:p>
      <w:pPr>
        <w:jc w:val="right"/>
      </w:pPr>
      <w:r>
        <w:t>کسی اور کمیونٹی میں یہ بات نہیں پائی میں نے۔</w:t>
      </w:r>
    </w:p>
    <w:p>
      <w:r>
        <w:rPr>
          <w:b/>
        </w:rPr>
        <w:t xml:space="preserve">[02:09] </w:t>
      </w:r>
      <w:r>
        <w:t>aur communities mein bhi kuch individual aise milenge, lekin</w:t>
      </w:r>
    </w:p>
    <w:p>
      <w:pPr>
        <w:jc w:val="right"/>
      </w:pPr>
      <w:r>
        <w:t>اور کمیونٹیز میں بھی کچھ individual ایسے ملیں گے، لیکن</w:t>
      </w:r>
    </w:p>
    <w:p>
      <w:r>
        <w:rPr>
          <w:b/>
        </w:rPr>
        <w:t xml:space="preserve">[02:15] </w:t>
      </w:r>
      <w:r>
        <w:t>community ki hesiyat se agar yeh baat kahin hai to sirf musalmanon mein hai۔</w:t>
      </w:r>
    </w:p>
    <w:p>
      <w:pPr>
        <w:jc w:val="right"/>
      </w:pPr>
      <w:r>
        <w:t>کمیونٹی کی حیثیت سے اگر یہ بات کہیں ہے تو صرف مسلمانوں میں ہے۔</w:t>
      </w:r>
    </w:p>
    <w:p>
      <w:r>
        <w:rPr>
          <w:b/>
        </w:rPr>
        <w:t xml:space="preserve">[02:21] </w:t>
      </w:r>
      <w:r>
        <w:t>ke musalman ke sath sari duniya mein discrimination kiya ja raha hai, musalmanon ke upar zulm kiya ja</w:t>
      </w:r>
    </w:p>
    <w:p>
      <w:pPr>
        <w:jc w:val="right"/>
      </w:pPr>
      <w:r>
        <w:t>کہ مسلمان کے ساتھ ساری دنیا میں discrimination کیا جا رہا ہے، مسلمانوں کے اوپر ظلم کیا جا</w:t>
      </w:r>
    </w:p>
    <w:p>
      <w:r>
        <w:rPr>
          <w:b/>
        </w:rPr>
        <w:t xml:space="preserve">[02:27] </w:t>
      </w:r>
      <w:r>
        <w:t>raha hai, aur world media musalmanon ke khilaf ho gaya hai۔</w:t>
      </w:r>
    </w:p>
    <w:p>
      <w:pPr>
        <w:jc w:val="right"/>
      </w:pPr>
      <w:r>
        <w:t>رہا ہے، اور world میڈیا مسلمانوں کے خلاف ہو گیا ہے۔</w:t>
      </w:r>
    </w:p>
    <w:p>
      <w:r>
        <w:rPr>
          <w:b/>
        </w:rPr>
        <w:t xml:space="preserve">[02:33] </w:t>
      </w:r>
      <w:r>
        <w:t>in sab ke baray mein protest۔</w:t>
      </w:r>
    </w:p>
    <w:p>
      <w:pPr>
        <w:jc w:val="right"/>
      </w:pPr>
      <w:r>
        <w:t>ان سب کے بارے میں protest۔</w:t>
      </w:r>
    </w:p>
    <w:p>
      <w:r>
        <w:rPr>
          <w:b/>
        </w:rPr>
        <w:t xml:space="preserve">[02:39] </w:t>
      </w:r>
      <w:r>
        <w:t>sab musalmanon ke dushman, sab musalmanon ke khilaf</w:t>
      </w:r>
    </w:p>
    <w:p>
      <w:pPr>
        <w:jc w:val="right"/>
      </w:pPr>
      <w:r>
        <w:t>سب مسلمانوں کے دشمن، سب مسلمانوں کے خلاف</w:t>
      </w:r>
    </w:p>
    <w:p>
      <w:r>
        <w:rPr>
          <w:b/>
        </w:rPr>
        <w:t xml:space="preserve">[02:45] </w:t>
      </w:r>
      <w:r>
        <w:t>conspiracy kar rahe hain۔</w:t>
      </w:r>
    </w:p>
    <w:p>
      <w:pPr>
        <w:jc w:val="right"/>
      </w:pPr>
      <w:r>
        <w:t>conspiracy کر رہے ہیں۔</w:t>
      </w:r>
    </w:p>
    <w:p>
      <w:r>
        <w:rPr>
          <w:b/>
        </w:rPr>
        <w:t xml:space="preserve">[02:50] </w:t>
      </w:r>
      <w:r>
        <w:t>The whole world is enemy of Islam.</w:t>
      </w:r>
    </w:p>
    <w:p>
      <w:pPr>
        <w:jc w:val="right"/>
      </w:pPr>
      <w:r>
        <w:t>The whole world is enemy of Islam.</w:t>
      </w:r>
    </w:p>
    <w:p>
      <w:r>
        <w:rPr>
          <w:b/>
        </w:rPr>
        <w:t xml:space="preserve">[02:54] </w:t>
      </w:r>
      <w:r>
        <w:t>The whole world is enemy of Muslims.</w:t>
      </w:r>
    </w:p>
    <w:p>
      <w:pPr>
        <w:jc w:val="right"/>
      </w:pPr>
      <w:r>
        <w:t>The whole world is enemy of Muslims.</w:t>
      </w:r>
    </w:p>
    <w:p>
      <w:r>
        <w:rPr>
          <w:b/>
        </w:rPr>
        <w:t xml:space="preserve">[02:59] </w:t>
      </w:r>
      <w:r>
        <w:t>yeh chhaya hua hai sari muslim duniya mein۔</w:t>
      </w:r>
    </w:p>
    <w:p>
      <w:pPr>
        <w:jc w:val="right"/>
      </w:pPr>
      <w:r>
        <w:t>یہ چھایا ہوا ہے ساری مسلم دنیا میں۔</w:t>
      </w:r>
    </w:p>
    <w:p>
      <w:r>
        <w:rPr>
          <w:b/>
        </w:rPr>
        <w:t xml:space="preserve">[03:03] </w:t>
      </w:r>
      <w:r>
        <w:t>musalmanon ka jo press hai, urdu mein, english mein, arabic mein, persian mein, in sab mein aap yahi</w:t>
      </w:r>
    </w:p>
    <w:p>
      <w:pPr>
        <w:jc w:val="right"/>
      </w:pPr>
      <w:r>
        <w:t>مسلمانوں کا جو press ہے، اردو میں، انگلش میں، عربک میں، پرشین میں، ان سب میں آپ یہی</w:t>
      </w:r>
    </w:p>
    <w:p>
      <w:r>
        <w:rPr>
          <w:b/>
        </w:rPr>
        <w:t xml:space="preserve">[03:08] </w:t>
      </w:r>
      <w:r>
        <w:t>baat paayenge.</w:t>
      </w:r>
    </w:p>
    <w:p>
      <w:pPr>
        <w:jc w:val="right"/>
      </w:pPr>
      <w:r>
        <w:t>بات پائیں گے۔</w:t>
      </w:r>
    </w:p>
    <w:p>
      <w:r>
        <w:rPr>
          <w:b/>
        </w:rPr>
        <w:t xml:space="preserve">[03:12] </w:t>
      </w:r>
      <w:r>
        <w:t>yeh ek bohat hi</w:t>
      </w:r>
    </w:p>
    <w:p>
      <w:pPr>
        <w:jc w:val="right"/>
      </w:pPr>
      <w:r>
        <w:t>یہ ایک بہت ہی</w:t>
      </w:r>
    </w:p>
    <w:p>
      <w:r>
        <w:rPr>
          <w:b/>
        </w:rPr>
        <w:t xml:space="preserve">[03:16] </w:t>
      </w:r>
      <w:r>
        <w:t>unique phenomena hai jo is se pehle musalmanon ki history mein kabhi paya nahi gaya.</w:t>
      </w:r>
    </w:p>
    <w:p>
      <w:pPr>
        <w:jc w:val="right"/>
      </w:pPr>
      <w:r>
        <w:t>unique phenomena ہے جو اس سے پہلے مسلمانوں کی history میں کبھی پایا نہیں گیا۔</w:t>
      </w:r>
    </w:p>
    <w:p>
      <w:r>
        <w:rPr>
          <w:b/>
        </w:rPr>
        <w:t xml:space="preserve">[03:24] </w:t>
      </w:r>
      <w:r>
        <w:t>toh main do ek reference doonga aap ko.</w:t>
      </w:r>
    </w:p>
    <w:p>
      <w:pPr>
        <w:jc w:val="right"/>
      </w:pPr>
      <w:r>
        <w:t>تو میں دو ایک reference دوں گا آپ کو۔</w:t>
      </w:r>
    </w:p>
    <w:p>
      <w:r>
        <w:rPr>
          <w:b/>
        </w:rPr>
        <w:t xml:space="preserve">[03:32] </w:t>
      </w:r>
      <w:r>
        <w:t>jaise ab se qareeb seventy years pehle, sattar saal pehle, arab ke ek bohat hi well known writer</w:t>
      </w:r>
    </w:p>
    <w:p>
      <w:pPr>
        <w:jc w:val="right"/>
      </w:pPr>
      <w:r>
        <w:t>جیسے اب سے قریب seventy years پہلے، ستر سال پہلے، عرب کے ایک بہت ہی well known writer</w:t>
      </w:r>
    </w:p>
    <w:p>
      <w:r>
        <w:rPr>
          <w:b/>
        </w:rPr>
        <w:t xml:space="preserve">[03:39] </w:t>
      </w:r>
      <w:r>
        <w:t>aur thinker, ameer</w:t>
      </w:r>
    </w:p>
    <w:p>
      <w:pPr>
        <w:jc w:val="right"/>
      </w:pPr>
      <w:r>
        <w:t>اور thinker، امیر</w:t>
      </w:r>
    </w:p>
    <w:p>
      <w:r>
        <w:rPr>
          <w:b/>
        </w:rPr>
        <w:t xml:space="preserve">[03:47] </w:t>
      </w:r>
      <w:r>
        <w:t>shakeel arsalan, itne zabardast aadmi the ke syed jamaluddin afghani ne jab pehli baar un ko dekha</w:t>
      </w:r>
    </w:p>
    <w:p>
      <w:pPr>
        <w:jc w:val="right"/>
      </w:pPr>
      <w:r>
        <w:t>شکیر ارسلان، اتنے زبردست آدمی تھے کہ سید جماع الدین افوائی نے جب پہلی بار ان کو دیکھا</w:t>
      </w:r>
    </w:p>
    <w:p>
      <w:r>
        <w:rPr>
          <w:b/>
        </w:rPr>
        <w:t xml:space="preserve">[03:55] </w:t>
      </w:r>
      <w:r>
        <w:t>aur un se mile toh unhon ne kaha tha, un ko un se mil kar, ke "ana ahnu</w:t>
      </w:r>
    </w:p>
    <w:p>
      <w:pPr>
        <w:jc w:val="right"/>
      </w:pPr>
      <w:r>
        <w:t>اور ان سے ملے تو انہوں نے کہا تھا، ان کو ان سے مل کر، کہ "انا اہنو</w:t>
      </w:r>
    </w:p>
    <w:p>
      <w:r>
        <w:rPr>
          <w:b/>
        </w:rPr>
        <w:t xml:space="preserve">[04:02] </w:t>
      </w:r>
      <w:r>
        <w:t>ard al-islam allati ambtatka".</w:t>
      </w:r>
    </w:p>
    <w:p>
      <w:pPr>
        <w:jc w:val="right"/>
      </w:pPr>
      <w:r>
        <w:t>ارض الاسلام التی امبتتکا"۔</w:t>
      </w:r>
    </w:p>
    <w:p>
      <w:r>
        <w:rPr>
          <w:b/>
        </w:rPr>
        <w:t xml:space="preserve">[04:10] </w:t>
      </w:r>
      <w:r>
        <w:t>main is sarzameen-e-islam ko mubarakbad deta hoon jis ne</w:t>
      </w:r>
    </w:p>
    <w:p>
      <w:pPr>
        <w:jc w:val="right"/>
      </w:pPr>
      <w:r>
        <w:t>میں اس سرزمین اسلام کو مبارکباد دیتا ہوں جس نے</w:t>
      </w:r>
    </w:p>
    <w:p>
      <w:r>
        <w:rPr>
          <w:b/>
        </w:rPr>
        <w:t xml:space="preserve">[04:18] </w:t>
      </w:r>
      <w:r>
        <w:t>tumhare jaisa insaan paida kiya.</w:t>
      </w:r>
    </w:p>
    <w:p>
      <w:pPr>
        <w:jc w:val="right"/>
      </w:pPr>
      <w:r>
        <w:t>تمہارے جیسا انسان پیدا کیا۔</w:t>
      </w:r>
    </w:p>
    <w:p>
      <w:r>
        <w:rPr>
          <w:b/>
        </w:rPr>
        <w:t xml:space="preserve">[04:26] </w:t>
      </w:r>
      <w:r>
        <w:t>toh ameer shakeel arsalan ka itna zyada darja tha.</w:t>
      </w:r>
    </w:p>
    <w:p>
      <w:pPr>
        <w:jc w:val="right"/>
      </w:pPr>
      <w:r>
        <w:t>تو امیر شکیر ارسلان کا اتنا زیادہ درجہ تھا۔</w:t>
      </w:r>
    </w:p>
    <w:p>
      <w:r>
        <w:rPr>
          <w:b/>
        </w:rPr>
        <w:t xml:space="preserve">[04:34] </w:t>
      </w:r>
      <w:r>
        <w:t>toh sattar saal pehle unhon ne ek kitaab chhapi arabic language mein.</w:t>
      </w:r>
    </w:p>
    <w:p>
      <w:pPr>
        <w:jc w:val="right"/>
      </w:pPr>
      <w:r>
        <w:t>تو ستر سال پہلے انہوں نے ایک کتاب چھاپی عربک language میں۔</w:t>
      </w:r>
    </w:p>
    <w:p>
      <w:r>
        <w:rPr>
          <w:b/>
        </w:rPr>
        <w:t xml:space="preserve">[04:42] </w:t>
      </w:r>
      <w:r>
        <w:t>limadha ta'akhara al-muslimeen wa taqaddama ghayruhum?</w:t>
      </w:r>
    </w:p>
    <w:p>
      <w:pPr>
        <w:jc w:val="right"/>
      </w:pPr>
      <w:r>
        <w:t>لماذا تأخر المسلمون وتقدم غيرهم؟</w:t>
      </w:r>
    </w:p>
    <w:p>
      <w:r>
        <w:rPr>
          <w:b/>
        </w:rPr>
        <w:t xml:space="preserve">[04:50] </w:t>
      </w:r>
      <w:r>
        <w:t>Why Muslims became backward and others became forward? اس طرح سے انڈیا میں شیخ ابو الحسن علی رضوی،</w:t>
      </w:r>
    </w:p>
    <w:p>
      <w:pPr>
        <w:jc w:val="right"/>
      </w:pPr>
      <w:r>
        <w:t>Why Muslims became backward and others became forward؟ اس طرح سے انڈیا میں شیخ ابو الحسن علی رضوی،</w:t>
      </w:r>
    </w:p>
    <w:p>
      <w:r>
        <w:rPr>
          <w:b/>
        </w:rPr>
        <w:t xml:space="preserve">[05:01] </w:t>
      </w:r>
      <w:r>
        <w:t>top ke scholar the, unhon ne kitaab chhapi.</w:t>
      </w:r>
    </w:p>
    <w:p>
      <w:pPr>
        <w:jc w:val="right"/>
      </w:pPr>
      <w:r>
        <w:t>ٹاپ کے scholar تھے، انہوں نے کتاب چھاپی۔</w:t>
      </w:r>
    </w:p>
    <w:p>
      <w:r>
        <w:rPr>
          <w:b/>
        </w:rPr>
        <w:t xml:space="preserve">[05:11] </w:t>
      </w:r>
      <w:r>
        <w:t>madha khasira al-'alam bayna it'at al-muslimeen? yeh bhi arabic mein thi.</w:t>
      </w:r>
    </w:p>
    <w:p>
      <w:pPr>
        <w:jc w:val="right"/>
      </w:pPr>
      <w:r>
        <w:t>ماذا خسر العالم بین اطاعت المسلمین؟ یہ بھی عربک میں تھی۔</w:t>
      </w:r>
    </w:p>
    <w:p>
      <w:r>
        <w:rPr>
          <w:b/>
        </w:rPr>
        <w:t xml:space="preserve">[05:21] </w:t>
      </w:r>
      <w:r>
        <w:t>duniya ko musalmanon ke decline se kya nuqsan pohncha? toh sab log decline ki baat kar rahe hain,</w:t>
      </w:r>
    </w:p>
    <w:p>
      <w:pPr>
        <w:jc w:val="right"/>
      </w:pPr>
      <w:r>
        <w:t>دنیا کو مسلمانوں کے decline سے کیا نقصان پہنچا؟ تو سب لوگ decline کی بات کر رہے ہیں،</w:t>
      </w:r>
    </w:p>
    <w:p>
      <w:r>
        <w:rPr>
          <w:b/>
        </w:rPr>
        <w:t xml:space="preserve">[05:28] </w:t>
      </w:r>
      <w:r>
        <w:t>musalmanon ke backwardness ki baat kar rahe hain.</w:t>
      </w:r>
    </w:p>
    <w:p>
      <w:pPr>
        <w:jc w:val="right"/>
      </w:pPr>
      <w:r>
        <w:t>مسلمانوں کے backwardness کی بات کر رہے ہیں۔</w:t>
      </w:r>
    </w:p>
    <w:p>
      <w:r>
        <w:rPr>
          <w:b/>
        </w:rPr>
        <w:t xml:space="preserve">[05:36] </w:t>
      </w:r>
      <w:r>
        <w:t>musalmanon ko is tarah pesh kar rahe hain jaise ke woh koi suppressed community hain, oppressed community hain.</w:t>
      </w:r>
    </w:p>
    <w:p>
      <w:pPr>
        <w:jc w:val="right"/>
      </w:pPr>
      <w:r>
        <w:t>مسلمانوں کو اس طرح پیش کر رہے ہیں جیسے کہ وہ کوئی suppressed community ہیں، oppressed community ہیں۔</w:t>
      </w:r>
    </w:p>
    <w:p>
      <w:r>
        <w:rPr>
          <w:b/>
        </w:rPr>
        <w:t xml:space="preserve">[05:44] </w:t>
      </w:r>
      <w:r>
        <w:t>sab ke sab, sab ke sab, one to all.</w:t>
      </w:r>
    </w:p>
    <w:p>
      <w:pPr>
        <w:jc w:val="right"/>
      </w:pPr>
      <w:r>
        <w:t>سب کے سب، سب کے سب، one to all۔</w:t>
      </w:r>
    </w:p>
    <w:p>
      <w:r>
        <w:rPr>
          <w:b/>
        </w:rPr>
        <w:t xml:space="preserve">[05:52] </w:t>
      </w:r>
      <w:r>
        <w:t>is par maine socha ke aisa kyun hai? aakhir musalmanon ke us waqt, aaj ki duniya mein,</w:t>
      </w:r>
    </w:p>
    <w:p>
      <w:pPr>
        <w:jc w:val="right"/>
      </w:pPr>
      <w:r>
        <w:t>اس پر میں نے سوچا کہ ایسا کیوں ہے؟ آخر مسلمانوں کے اس وقت، آج کی دنیا میں،</w:t>
      </w:r>
    </w:p>
    <w:p>
      <w:r>
        <w:rPr>
          <w:b/>
        </w:rPr>
        <w:t xml:space="preserve">[05:59] </w:t>
      </w:r>
      <w:r>
        <w:t>fifty seven muslim countries hain.</w:t>
      </w:r>
    </w:p>
    <w:p>
      <w:pPr>
        <w:jc w:val="right"/>
      </w:pPr>
      <w:r>
        <w:t>fifty seven مسلم countries ہیں۔</w:t>
      </w:r>
    </w:p>
    <w:p>
      <w:r>
        <w:rPr>
          <w:b/>
        </w:rPr>
        <w:t xml:space="preserve">[06:07] </w:t>
      </w:r>
      <w:r>
        <w:t>ab bataiye ke kisi community ke paas sattawan mulk nahi hain? toh phir shikayat kis baat ki? toh</w:t>
      </w:r>
    </w:p>
    <w:p>
      <w:pPr>
        <w:jc w:val="right"/>
      </w:pPr>
      <w:r>
        <w:t>اب بتائیے کہ کسی community کے پاس ستاون ملک نہیں ہیں؟ تو پھر شکایت کس بات کی؟ تو</w:t>
      </w:r>
    </w:p>
    <w:p>
      <w:r>
        <w:rPr>
          <w:b/>
        </w:rPr>
        <w:t xml:space="preserve">[06:14] </w:t>
      </w:r>
      <w:r>
        <w:t>mujhe yeh cheez samajh mein aayi ke asal baat yeh hai ke unhon ne</w:t>
      </w:r>
    </w:p>
    <w:p>
      <w:pPr>
        <w:jc w:val="right"/>
      </w:pPr>
      <w:r>
        <w:t>مجھے یہ چیز سمجھ میں آئی کہ اصل بات یہ ہے کہ انہوں نے</w:t>
      </w:r>
    </w:p>
    <w:p>
      <w:r>
        <w:rPr>
          <w:b/>
        </w:rPr>
        <w:t xml:space="preserve">[06:22] </w:t>
      </w:r>
      <w:r>
        <w:t>criterion galat bana liya hai.</w:t>
      </w:r>
    </w:p>
    <w:p>
      <w:pPr>
        <w:jc w:val="right"/>
      </w:pPr>
      <w:r>
        <w:t>criterion غلط بنا لیا ہے۔</w:t>
      </w:r>
    </w:p>
    <w:p>
      <w:r>
        <w:rPr>
          <w:b/>
        </w:rPr>
        <w:t xml:space="preserve">[06:27] </w:t>
      </w:r>
      <w:r>
        <w:t>yani rise aur fall ka jo criterion hai, woh galat bana lia unhon ne.</w:t>
      </w:r>
    </w:p>
    <w:p>
      <w:pPr>
        <w:jc w:val="right"/>
      </w:pPr>
      <w:r>
        <w:t>یعنی rise اور fall کا جو criterion ہے، وہ غلط بنا لیا انہوں نے۔</w:t>
      </w:r>
    </w:p>
    <w:p>
      <w:r>
        <w:rPr>
          <w:b/>
        </w:rPr>
        <w:t xml:space="preserve">[06:32] </w:t>
      </w:r>
      <w:r>
        <w:t>woh kya? dekhiye, is se pehle aisa hua history mein.</w:t>
      </w:r>
    </w:p>
    <w:p>
      <w:pPr>
        <w:jc w:val="right"/>
      </w:pPr>
      <w:r>
        <w:t>وہ کیا؟ دیکھیے، اس سے پہلے ایسا ہوا history میں۔</w:t>
      </w:r>
    </w:p>
    <w:p>
      <w:r>
        <w:rPr>
          <w:b/>
        </w:rPr>
        <w:t xml:space="preserve">[06:37] </w:t>
      </w:r>
      <w:r>
        <w:t>yani colonial period se pehle.</w:t>
      </w:r>
    </w:p>
    <w:p>
      <w:pPr>
        <w:jc w:val="right"/>
      </w:pPr>
      <w:r>
        <w:t>یعنی colonial period سے پہلے۔</w:t>
      </w:r>
    </w:p>
    <w:p>
      <w:r>
        <w:rPr>
          <w:b/>
        </w:rPr>
        <w:t xml:space="preserve">[06:42] </w:t>
      </w:r>
      <w:r>
        <w:t>yeh sara jo kahani hai, yeh colonial period se shuru hoti hai.</w:t>
      </w:r>
    </w:p>
    <w:p>
      <w:pPr>
        <w:jc w:val="right"/>
      </w:pPr>
      <w:r>
        <w:t>یہ سارا جو کہانی ہے، یہ colonial period سے شروع ہوتی ہے۔</w:t>
      </w:r>
    </w:p>
    <w:p>
      <w:r>
        <w:rPr>
          <w:b/>
        </w:rPr>
        <w:t xml:space="preserve">[06:47] </w:t>
      </w:r>
      <w:r>
        <w:t>jab France aur Britain aur Europei</w:t>
      </w:r>
    </w:p>
    <w:p>
      <w:pPr>
        <w:jc w:val="right"/>
      </w:pPr>
      <w:r>
        <w:t>جب فرانس اور برٹن اور یورپی</w:t>
      </w:r>
    </w:p>
    <w:p>
      <w:r>
        <w:rPr>
          <w:b/>
        </w:rPr>
        <w:t xml:space="preserve">[06:52] </w:t>
      </w:r>
      <w:r>
        <w:t>qaumein Muslim world mein aayin aur unhon ne occupy kar lia, political sense mein.</w:t>
      </w:r>
    </w:p>
    <w:p>
      <w:pPr>
        <w:jc w:val="right"/>
      </w:pPr>
      <w:r>
        <w:t>قومیں مسلم world میں آئیں اور انہوں نے occupy کر لیا، political sense میں۔</w:t>
      </w:r>
    </w:p>
    <w:p>
      <w:r>
        <w:rPr>
          <w:b/>
        </w:rPr>
        <w:t xml:space="preserve">[06:57] </w:t>
      </w:r>
      <w:r>
        <w:t>halankeh woh occupation bohat limited sense mein tha.</w:t>
      </w:r>
    </w:p>
    <w:p>
      <w:pPr>
        <w:jc w:val="right"/>
      </w:pPr>
      <w:r>
        <w:t>حالانکہ وہ occupation بہت limited sense میں تھا۔</w:t>
      </w:r>
    </w:p>
    <w:p>
      <w:r>
        <w:rPr>
          <w:b/>
        </w:rPr>
        <w:t xml:space="preserve">[07:02] </w:t>
      </w:r>
      <w:r>
        <w:t>aisa nahi tha keh woh aik dam unhon ne dictatorship chala di thi.</w:t>
      </w:r>
    </w:p>
    <w:p>
      <w:pPr>
        <w:jc w:val="right"/>
      </w:pPr>
      <w:r>
        <w:t>ایسا نہیں تھا کہ وہ ایک دم انہوں نے dictatorship چلا دی تھی۔</w:t>
      </w:r>
    </w:p>
    <w:p>
      <w:r>
        <w:rPr>
          <w:b/>
        </w:rPr>
        <w:t xml:space="preserve">[07:07] </w:t>
      </w:r>
      <w:r>
        <w:t>aisa nahi hua kisi bhi country mein.</w:t>
      </w:r>
    </w:p>
    <w:p>
      <w:pPr>
        <w:jc w:val="right"/>
      </w:pPr>
      <w:r>
        <w:t>ایسا نہیں ہوا کسی بھی country میں۔</w:t>
      </w:r>
    </w:p>
    <w:p>
      <w:r>
        <w:rPr>
          <w:b/>
        </w:rPr>
        <w:t xml:space="preserve">[07:12] </w:t>
      </w:r>
      <w:r>
        <w:t>mein samajhta hoon keh unhon ne bohat ziyada tarraqi di.</w:t>
      </w:r>
    </w:p>
    <w:p>
      <w:pPr>
        <w:jc w:val="right"/>
      </w:pPr>
      <w:r>
        <w:t>میں سمجھتا ہوں کہ انہوں نے بہت زیادہ ترقی دی۔</w:t>
      </w:r>
    </w:p>
    <w:p>
      <w:r>
        <w:rPr>
          <w:b/>
        </w:rPr>
        <w:t xml:space="preserve">[07:17] </w:t>
      </w:r>
      <w:r>
        <w:t>Colonial powers jahan gayeen, wahan par bohat tarraqi di unhon ne. Lekin</w:t>
      </w:r>
    </w:p>
    <w:p>
      <w:pPr>
        <w:jc w:val="right"/>
      </w:pPr>
      <w:r>
        <w:t>Colonial powers جہاں گئیں، وہاں پر بہت ترقی دی انہوں نے۔ لیکن</w:t>
      </w:r>
    </w:p>
    <w:p>
      <w:r>
        <w:rPr>
          <w:b/>
        </w:rPr>
        <w:t xml:space="preserve">[07:22] </w:t>
      </w:r>
      <w:r>
        <w:t>tarraqi ka zikr hi nahin. mein apni baat batata hoon aap ko. dekhiye, India mein Britishs aaye. sare log negative boli bolne lagay. aaj hi subah mein kisi se keh raha tha ke India mein Britishs ne aik bohat bara, bohat hi bara kaam kiya tha ke poore desh mein unhone railway line bichha di. poore poore desh mein railway line bichha di</w:t>
      </w:r>
    </w:p>
    <w:p>
      <w:pPr>
        <w:jc w:val="right"/>
      </w:pPr>
      <w:r>
        <w:t>ترقی کا ذکر ہی نہیں۔ میں اپنی بات بتاتا ہوں آپ کو۔ دیکھیے، انڈیا میں برٹشز آئے۔ سارے لوگ negative بولی بولنے لگے۔ آج ہی صبح میں کسی سے کہہ رہا تھا کہ انڈیا میں برٹشز نے ایک بہت بڑا، بہت ہی بڑا کام کیا تھا کہ پورے देश میں انہوں نے ریلوے لائن بچھا دی۔ پورے پورے દેશ میں ریلوے لائن بچھا دی</w:t>
      </w:r>
    </w:p>
    <w:p>
      <w:r>
        <w:rPr>
          <w:b/>
        </w:rPr>
        <w:t xml:space="preserve">[07:52] </w:t>
      </w:r>
      <w:r>
        <w:t>—</w:t>
      </w:r>
    </w:p>
    <w:p>
      <w:pPr>
        <w:jc w:val="right"/>
      </w:pPr>
      <w:r>
        <w:t>۔</w:t>
      </w:r>
    </w:p>
    <w:p>
      <w:r>
        <w:rPr>
          <w:b/>
        </w:rPr>
        <w:t xml:space="preserve">[07:56] </w:t>
      </w:r>
      <w:r>
        <w:t>yeh toh kabhi bhi nahi hua tha.</w:t>
      </w:r>
    </w:p>
    <w:p>
      <w:pPr>
        <w:jc w:val="right"/>
      </w:pPr>
      <w:r>
        <w:t>یہ تو کبھی بھی نہیں ہوا تھا۔</w:t>
      </w:r>
    </w:p>
    <w:p>
      <w:r>
        <w:rPr>
          <w:b/>
        </w:rPr>
        <w:t xml:space="preserve">[07:59] </w:t>
      </w:r>
      <w:r>
        <w:t>na na rajaon ke zamane mein, na Mughlon ke zamane mein, na kisi zamane mein.</w:t>
      </w:r>
    </w:p>
    <w:p>
      <w:pPr>
        <w:jc w:val="right"/>
      </w:pPr>
      <w:r>
        <w:t>نہ نہ راجاؤں کے زمانے میں، نہ مغلوں کے زمانے میں، نہ کسی زمانے میں۔</w:t>
      </w:r>
    </w:p>
    <w:p>
      <w:r>
        <w:rPr>
          <w:b/>
        </w:rPr>
        <w:t xml:space="preserve">[08:03] </w:t>
      </w:r>
      <w:r>
        <w:t>pehlay zamane mein aana jana kitna ziyada mushkil tha, soch sakte hain aap.</w:t>
      </w:r>
    </w:p>
    <w:p>
      <w:pPr>
        <w:jc w:val="right"/>
      </w:pPr>
      <w:r>
        <w:t>پہلے زمانے میں آنا جانا کتنا زیادہ مشکل تھا، سوچ سکتے ہیں آپ۔</w:t>
      </w:r>
    </w:p>
    <w:p>
      <w:r>
        <w:rPr>
          <w:b/>
        </w:rPr>
        <w:t xml:space="preserve">[08:06] </w:t>
      </w:r>
      <w:r>
        <w:t>kahin pahaar hai, kahin nadi hai, kahin sehra hai.</w:t>
      </w:r>
    </w:p>
    <w:p>
      <w:pPr>
        <w:jc w:val="right"/>
      </w:pPr>
      <w:r>
        <w:t>کہیں پہاڑ ہے، کہیں ندی ہے، کہیں صحرا ہے۔</w:t>
      </w:r>
    </w:p>
    <w:p>
      <w:r>
        <w:rPr>
          <w:b/>
        </w:rPr>
        <w:t xml:space="preserve">[08:09] </w:t>
      </w:r>
      <w:r>
        <w:t>aik jagah se doosri jagah jana bohat hi mushkil kaam tha.</w:t>
      </w:r>
    </w:p>
    <w:p>
      <w:pPr>
        <w:jc w:val="right"/>
      </w:pPr>
      <w:r>
        <w:t>ایک جگہ سے دوسری جگہ جانا بہت ہی مشکل کام تھا۔</w:t>
      </w:r>
    </w:p>
    <w:p>
      <w:r>
        <w:rPr>
          <w:b/>
        </w:rPr>
        <w:t xml:space="preserve">[08:13] </w:t>
      </w:r>
      <w:r>
        <w:t>rail bicha di, yahan baithi, wahan chali gayi.</w:t>
      </w:r>
    </w:p>
    <w:p>
      <w:pPr>
        <w:jc w:val="right"/>
      </w:pPr>
      <w:r>
        <w:t>ریل بچھا دی، یہاں بیٹھی، وہاں چلی گئی۔</w:t>
      </w:r>
    </w:p>
    <w:p>
      <w:r>
        <w:rPr>
          <w:b/>
        </w:rPr>
        <w:t xml:space="preserve">[08:16] </w:t>
      </w:r>
      <w:r>
        <w:t>mein apne bachpan mein adhak barh mein baitha aur Lahore utar gaya.</w:t>
      </w:r>
    </w:p>
    <w:p>
      <w:pPr>
        <w:jc w:val="right"/>
      </w:pPr>
      <w:r>
        <w:t>میں اپنے بچپن میں آدھک بڑھ میں بیٹھا اور لاہور اتر گیا۔</w:t>
      </w:r>
    </w:p>
    <w:p>
      <w:r>
        <w:rPr>
          <w:b/>
        </w:rPr>
        <w:t xml:space="preserve">[08:20] </w:t>
      </w:r>
      <w:r>
        <w:t>dekhiye, kitni aasani hai.</w:t>
      </w:r>
    </w:p>
    <w:p>
      <w:pPr>
        <w:jc w:val="right"/>
      </w:pPr>
      <w:r>
        <w:t>دیکھیے، کتنی آسانی ہے۔</w:t>
      </w:r>
    </w:p>
    <w:p>
      <w:r>
        <w:rPr>
          <w:b/>
        </w:rPr>
        <w:t xml:space="preserve">[08:23] </w:t>
      </w:r>
      <w:r>
        <w:t>hui.</w:t>
      </w:r>
    </w:p>
    <w:p>
      <w:pPr>
        <w:jc w:val="right"/>
      </w:pPr>
      <w:r>
        <w:t>ہوئی۔</w:t>
      </w:r>
    </w:p>
    <w:p>
      <w:r>
        <w:rPr>
          <w:b/>
        </w:rPr>
        <w:t xml:space="preserve">[08:28] </w:t>
      </w:r>
      <w:r>
        <w:t>lekin mein khud kehta hoon keh jawani ki umar tak mein jaane nahi tha keh yeh koi blessing hai.</w:t>
      </w:r>
    </w:p>
    <w:p>
      <w:pPr>
        <w:jc w:val="right"/>
      </w:pPr>
      <w:r>
        <w:t>لیکن میں خود کہتا ہوں کہ جوانی کی عمر تک میں جانے نہیں تھا کہ یہ کوئی بلسنگ ہے۔</w:t>
      </w:r>
    </w:p>
    <w:p>
      <w:r>
        <w:rPr>
          <w:b/>
        </w:rPr>
        <w:t xml:space="preserve">[08:32] </w:t>
      </w:r>
      <w:r>
        <w:t>kyun? aas paas ki saari boliyan negative boli bolti theen.</w:t>
      </w:r>
    </w:p>
    <w:p>
      <w:pPr>
        <w:jc w:val="right"/>
      </w:pPr>
      <w:r>
        <w:t>کیوں؟ آس پاس کی ساری بولیاں negative بولی بولتی تھیں۔</w:t>
      </w:r>
    </w:p>
    <w:p>
      <w:r>
        <w:rPr>
          <w:b/>
        </w:rPr>
        <w:t xml:space="preserve">[08:36] </w:t>
      </w:r>
      <w:r>
        <w:t>jaise mein do reference deta hoon aap ko.</w:t>
      </w:r>
    </w:p>
    <w:p>
      <w:pPr>
        <w:jc w:val="right"/>
      </w:pPr>
      <w:r>
        <w:t>جیسے میں دو reference دیتا ہوں آپ کو۔</w:t>
      </w:r>
    </w:p>
    <w:p>
      <w:r>
        <w:rPr>
          <w:b/>
        </w:rPr>
        <w:t xml:space="preserve">[08:40] </w:t>
      </w:r>
      <w:r>
        <w:t>mein aik Arabic madrasay mein parhta tha.</w:t>
      </w:r>
    </w:p>
    <w:p>
      <w:pPr>
        <w:jc w:val="right"/>
      </w:pPr>
      <w:r>
        <w:t>میں ایک عربک مدرسے میں پڑھتا تھا۔</w:t>
      </w:r>
    </w:p>
    <w:p>
      <w:r>
        <w:rPr>
          <w:b/>
        </w:rPr>
        <w:t xml:space="preserve">[08:45] </w:t>
      </w:r>
      <w:r>
        <w:t>wahan par admission liya tha mein ne nineteen thirty-eight mein.</w:t>
      </w:r>
    </w:p>
    <w:p>
      <w:pPr>
        <w:jc w:val="right"/>
      </w:pPr>
      <w:r>
        <w:t>وہاں پر admission لیا تھا میں نے nineteen thirty-eight میں۔</w:t>
      </w:r>
    </w:p>
    <w:p>
      <w:r>
        <w:rPr>
          <w:b/>
        </w:rPr>
        <w:t xml:space="preserve">[08:49] </w:t>
      </w:r>
      <w:r>
        <w:t>arabic madrase mein mein ne nineteen</w:t>
      </w:r>
    </w:p>
    <w:p>
      <w:pPr>
        <w:jc w:val="right"/>
      </w:pPr>
      <w:r>
        <w:t>عربک مدرسے میں میں نے nineteen</w:t>
      </w:r>
    </w:p>
    <w:p>
      <w:r>
        <w:rPr>
          <w:b/>
        </w:rPr>
        <w:t xml:space="preserve">[08:53] </w:t>
      </w:r>
      <w:r>
        <w:t>thirty-eight mein admission liya tha.</w:t>
      </w:r>
    </w:p>
    <w:p>
      <w:pPr>
        <w:jc w:val="right"/>
      </w:pPr>
      <w:r>
        <w:t>thirty-eight میں admission لیا تھا۔</w:t>
      </w:r>
    </w:p>
    <w:p>
      <w:r>
        <w:rPr>
          <w:b/>
        </w:rPr>
        <w:t xml:space="preserve">[08:58] </w:t>
      </w:r>
      <w:r>
        <w:t>to wahan par aik ustaad thay.</w:t>
      </w:r>
    </w:p>
    <w:p>
      <w:pPr>
        <w:jc w:val="right"/>
      </w:pPr>
      <w:r>
        <w:t>تو وہاں پر ایک استاد تھے۔</w:t>
      </w:r>
    </w:p>
    <w:p>
      <w:r>
        <w:rPr>
          <w:b/>
        </w:rPr>
        <w:t xml:space="preserve">[09:02] </w:t>
      </w:r>
      <w:r>
        <w:t>woh hamare madrase ke paas hi se railway line jati thi.</w:t>
      </w:r>
    </w:p>
    <w:p>
      <w:pPr>
        <w:jc w:val="right"/>
      </w:pPr>
      <w:r>
        <w:t>وہ ہمارے مدرسے کے پاس ہی سے ریلوے لائن جاتی تھی۔</w:t>
      </w:r>
    </w:p>
    <w:p>
      <w:r>
        <w:rPr>
          <w:b/>
        </w:rPr>
        <w:t xml:space="preserve">[09:06] </w:t>
      </w:r>
      <w:r>
        <w:t>bohat paas se.</w:t>
      </w:r>
    </w:p>
    <w:p>
      <w:pPr>
        <w:jc w:val="right"/>
      </w:pPr>
      <w:r>
        <w:t>بہت پاس سے۔</w:t>
      </w:r>
    </w:p>
    <w:p>
      <w:r>
        <w:rPr>
          <w:b/>
        </w:rPr>
        <w:t xml:space="preserve">[09:11] </w:t>
      </w:r>
      <w:r>
        <w:t>yani itnay paas se ke seeti ki awaz aati thi hamare madrase mein.</w:t>
      </w:r>
    </w:p>
    <w:p>
      <w:pPr>
        <w:jc w:val="right"/>
      </w:pPr>
      <w:r>
        <w:t>یعنی اتنے پاس سے کہ سیٹی کی آواز آتی تھی ہمارے مدرسے میں۔</w:t>
      </w:r>
    </w:p>
    <w:p>
      <w:r>
        <w:rPr>
          <w:b/>
        </w:rPr>
        <w:t xml:space="preserve">[09:15] </w:t>
      </w:r>
      <w:r>
        <w:t>to woh shair thay.</w:t>
      </w:r>
    </w:p>
    <w:p>
      <w:pPr>
        <w:jc w:val="right"/>
      </w:pPr>
      <w:r>
        <w:t>تو وہ شاعر تھے۔</w:t>
      </w:r>
    </w:p>
    <w:p>
      <w:r>
        <w:rPr>
          <w:b/>
        </w:rPr>
        <w:t xml:space="preserve">[09:19] </w:t>
      </w:r>
      <w:r>
        <w:t>to unhon ne bohat hi,</w:t>
      </w:r>
    </w:p>
    <w:p>
      <w:pPr>
        <w:jc w:val="right"/>
      </w:pPr>
      <w:r>
        <w:t>تو انہوں نے بہت ہی،</w:t>
      </w:r>
    </w:p>
    <w:p>
      <w:r>
        <w:rPr>
          <w:b/>
        </w:rPr>
        <w:t xml:space="preserve">[09:24] </w:t>
      </w:r>
      <w:r>
        <w:t>yani is ka mazak ke andaaz mein, rail ka zikr kiya mazak ke andaaz mein.</w:t>
      </w:r>
    </w:p>
    <w:p>
      <w:pPr>
        <w:jc w:val="right"/>
      </w:pPr>
      <w:r>
        <w:t>یعنی اس کا مذاق کے انداز میں، ریل کا ذکر کیا مذاق کے انداز میں۔</w:t>
      </w:r>
    </w:p>
    <w:p>
      <w:r>
        <w:rPr>
          <w:b/>
        </w:rPr>
        <w:t xml:space="preserve">[09:31] </w:t>
      </w:r>
      <w:r>
        <w:t>to un ka shair banaya unhon ne ke "po se seeti diya aur aur phir chal pari.</w:t>
      </w:r>
    </w:p>
    <w:p>
      <w:pPr>
        <w:jc w:val="right"/>
      </w:pPr>
      <w:r>
        <w:t>تو ان کا شعر بنایا انہوں نے کہ "پو سے سیٹی دیا اور اور پھر چل پڑی۔</w:t>
      </w:r>
    </w:p>
    <w:p>
      <w:r>
        <w:rPr>
          <w:b/>
        </w:rPr>
        <w:t xml:space="preserve">[09:39] </w:t>
      </w:r>
      <w:r>
        <w:t>rail ghari, rail ghari, rail ghari, rail ghari." station par engine jo hai, seeti deta hai, phir phir</w:t>
      </w:r>
    </w:p>
    <w:p>
      <w:pPr>
        <w:jc w:val="right"/>
      </w:pPr>
      <w:r>
        <w:t>ریل گھڑی، ریل گھڑی، ریل گھڑی، ریل گھڑی۔" اسٹیشن پر انجن جو ہے، سیٹی دیتا ہے، پھر پھر</w:t>
      </w:r>
    </w:p>
    <w:p>
      <w:r>
        <w:rPr>
          <w:b/>
        </w:rPr>
        <w:t xml:space="preserve">[09:46] </w:t>
      </w:r>
      <w:r>
        <w:t>chal parta hai.</w:t>
      </w:r>
    </w:p>
    <w:p>
      <w:pPr>
        <w:jc w:val="right"/>
      </w:pPr>
      <w:r>
        <w:t>چل پڑتا ہے۔</w:t>
      </w:r>
    </w:p>
    <w:p>
      <w:r>
        <w:rPr>
          <w:b/>
        </w:rPr>
        <w:t xml:space="preserve">[09:54] </w:t>
      </w:r>
      <w:r>
        <w:t>to "po se seeti diya aur phir chal pari.</w:t>
      </w:r>
    </w:p>
    <w:p>
      <w:pPr>
        <w:jc w:val="right"/>
      </w:pPr>
      <w:r>
        <w:t>تو "پو سے سیٹی دیا اور پھر چل پڑی۔</w:t>
      </w:r>
    </w:p>
    <w:p>
      <w:r>
        <w:rPr>
          <w:b/>
        </w:rPr>
        <w:t xml:space="preserve">[10:00] </w:t>
      </w:r>
      <w:r>
        <w:t>rail ghari, rail ghari, rail ghari, rail ghari." yani aisa aik mazakiya tareeqa.</w:t>
      </w:r>
    </w:p>
    <w:p>
      <w:pPr>
        <w:jc w:val="right"/>
      </w:pPr>
      <w:r>
        <w:t>ریل گھڑی، ریل گھڑی، ریل گھڑی، ریل گھڑی۔" یعنی ایسا ایک مذاقیہ طریقہ۔</w:t>
      </w:r>
    </w:p>
    <w:p>
      <w:r>
        <w:rPr>
          <w:b/>
        </w:rPr>
        <w:t xml:space="preserve">[10:06] </w:t>
      </w:r>
      <w:r>
        <w:t>aur is waqt ke jo sab se top ke leader thay, jawahar lal nehru, unhon ne likha tha</w:t>
      </w:r>
    </w:p>
    <w:p>
      <w:pPr>
        <w:jc w:val="right"/>
      </w:pPr>
      <w:r>
        <w:t>اور اس وقت کے جو سب سے ٹاپ کے لیڈر تھے، جواہر لعل نہرو، انہوں نے لکھا تھا</w:t>
      </w:r>
    </w:p>
    <w:p>
      <w:r>
        <w:rPr>
          <w:b/>
        </w:rPr>
        <w:t xml:space="preserve">[10:12] </w:t>
      </w:r>
      <w:r>
        <w:t>apni kitaab mein ke yeh jo railway line hai, yeh railway line nahi hai balkay lohay ki zanjeerein hain.</w:t>
      </w:r>
    </w:p>
    <w:p>
      <w:pPr>
        <w:jc w:val="right"/>
      </w:pPr>
      <w:r>
        <w:t>اپنی کتاب میں کہ یہ جو ریلوے لائن ہے، یہ ریلوے لائن نہیں ہے بلکہ لوہے کی زنجیریں ہیں۔</w:t>
      </w:r>
    </w:p>
    <w:p>
      <w:r>
        <w:rPr>
          <w:b/>
        </w:rPr>
        <w:t xml:space="preserve">[10:18] </w:t>
      </w:r>
      <w:r>
        <w:t>jis ke zariye angrez saare mulk ko jakar lena chahte hain. Negative reward</w:t>
      </w:r>
    </w:p>
    <w:p>
      <w:pPr>
        <w:jc w:val="right"/>
      </w:pPr>
      <w:r>
        <w:t>جس کے ذریعے انگریز سارے ملک کو جکڑ لینا چاہتے ہیں۔ Negative reward</w:t>
      </w:r>
    </w:p>
    <w:p>
      <w:r>
        <w:rPr>
          <w:b/>
        </w:rPr>
        <w:t xml:space="preserve">[10:24] </w:t>
      </w:r>
      <w:r>
        <w:t>.</w:t>
      </w:r>
    </w:p>
    <w:p>
      <w:pPr>
        <w:jc w:val="right"/>
      </w:pPr>
      <w:r>
        <w:t>۔</w:t>
      </w:r>
    </w:p>
    <w:p>
      <w:r>
        <w:rPr>
          <w:b/>
        </w:rPr>
        <w:t xml:space="preserve">[10:29] </w:t>
      </w:r>
      <w:r>
        <w:t>ghor kijiye ke itni bari nemat thi railway line.</w:t>
      </w:r>
    </w:p>
    <w:p>
      <w:pPr>
        <w:jc w:val="right"/>
      </w:pPr>
      <w:r>
        <w:t>غور کیجیے کہ اتنی بڑی نعمت تھی ریلوے لائن۔</w:t>
      </w:r>
    </w:p>
    <w:p>
      <w:r>
        <w:rPr>
          <w:b/>
        </w:rPr>
        <w:t xml:space="preserve">[10:34] </w:t>
      </w:r>
      <w:r>
        <w:t>aur hum jaan hi nahi sakay ke railway line koi nemat hai.</w:t>
      </w:r>
    </w:p>
    <w:p>
      <w:pPr>
        <w:jc w:val="right"/>
      </w:pPr>
      <w:r>
        <w:t>اور ہم جان ہی نہیں سکے کہ ریلوے لائن کوئی نعمت ہے۔</w:t>
      </w:r>
    </w:p>
    <w:p>
      <w:r>
        <w:rPr>
          <w:b/>
        </w:rPr>
        <w:t xml:space="preserve">[10:39] </w:t>
      </w:r>
      <w:r>
        <w:t>baad ko mein ne khud se discover kiya ke kitni bari nemat laye angrez is mulk mein.</w:t>
      </w:r>
    </w:p>
    <w:p>
      <w:pPr>
        <w:jc w:val="right"/>
      </w:pPr>
      <w:r>
        <w:t>بعد کو میں نے خود سے discover کیا کہ کتنی بڑی نعمت لائے انگریز اس ملک میں۔</w:t>
      </w:r>
    </w:p>
    <w:p>
      <w:r>
        <w:rPr>
          <w:b/>
        </w:rPr>
        <w:t xml:space="preserve">[10:44] </w:t>
      </w:r>
      <w:r>
        <w:t>khud se bhi yeh meri apni discovery thi ke mein ne jana ke yeh sab cheezein jo theen,</w:t>
      </w:r>
    </w:p>
    <w:p>
      <w:pPr>
        <w:jc w:val="right"/>
      </w:pPr>
      <w:r>
        <w:t>خود سے بھی یہ میری اپنی discovery تھی کہ میں نے جانا کہ یہ سب چیزیں جو تھیں،</w:t>
      </w:r>
    </w:p>
    <w:p>
      <w:r>
        <w:rPr>
          <w:b/>
        </w:rPr>
        <w:t xml:space="preserve">[10:49] </w:t>
      </w:r>
      <w:r>
        <w:t>british period mein, yeh bator</w:t>
      </w:r>
    </w:p>
    <w:p>
      <w:pPr>
        <w:jc w:val="right"/>
      </w:pPr>
      <w:r>
        <w:t>برٹش period میں، یہ بطور</w:t>
      </w:r>
    </w:p>
    <w:p>
      <w:r>
        <w:rPr>
          <w:b/>
        </w:rPr>
        <w:t xml:space="preserve">[10:54] </w:t>
      </w:r>
      <w:r>
        <w:t>blessing ke laye woh log.</w:t>
      </w:r>
    </w:p>
    <w:p>
      <w:pPr>
        <w:jc w:val="right"/>
      </w:pPr>
      <w:r>
        <w:t>blessing کے لائے وہ لوگ۔</w:t>
      </w:r>
    </w:p>
    <w:p>
      <w:r>
        <w:rPr>
          <w:b/>
        </w:rPr>
        <w:t xml:space="preserve">[10:59] </w:t>
      </w:r>
      <w:r>
        <w:t>yeh saare muslim world ka haal hua.</w:t>
      </w:r>
    </w:p>
    <w:p>
      <w:pPr>
        <w:jc w:val="right"/>
      </w:pPr>
      <w:r>
        <w:t>یہ سارے مسلم world کا حال ہوا۔</w:t>
      </w:r>
    </w:p>
    <w:p>
      <w:r>
        <w:rPr>
          <w:b/>
        </w:rPr>
        <w:t xml:space="preserve">[11:04] </w:t>
      </w:r>
      <w:r>
        <w:t>to yeh ek kitaab hai jo chapti rahi hai, jo article chaptay rahay hain aur jalson mein taqreerein</w:t>
      </w:r>
    </w:p>
    <w:p>
      <w:pPr>
        <w:jc w:val="right"/>
      </w:pPr>
      <w:r>
        <w:t>تو یہ ایک کتاب ہے جو چھپتی رہی ہے، جو آرٹیکل چھپتے رہے ہیں اور جلسوں میں تقریریں</w:t>
      </w:r>
    </w:p>
    <w:p>
      <w:r>
        <w:rPr>
          <w:b/>
        </w:rPr>
        <w:t xml:space="preserve">[11:09] </w:t>
      </w:r>
      <w:r>
        <w:t>hoti rahin ke sab zulm hai, sab zulm hai, sab zulm hai.</w:t>
      </w:r>
    </w:p>
    <w:p>
      <w:pPr>
        <w:jc w:val="right"/>
      </w:pPr>
      <w:r>
        <w:t>ہوتی رہیں کہ سب ظلم ہے، سب ظلم ہے، سب ظلم ہے۔</w:t>
      </w:r>
    </w:p>
    <w:p>
      <w:r>
        <w:rPr>
          <w:b/>
        </w:rPr>
        <w:t xml:space="preserve">[11:14] </w:t>
      </w:r>
      <w:r>
        <w:t>kyun? Apnay baray mein koi nahi jaana.</w:t>
      </w:r>
    </w:p>
    <w:p>
      <w:pPr>
        <w:jc w:val="right"/>
      </w:pPr>
      <w:r>
        <w:t>کیوں؟ اپنے بارے میں کوئی نہیں جانا۔</w:t>
      </w:r>
    </w:p>
    <w:p>
      <w:r>
        <w:rPr>
          <w:b/>
        </w:rPr>
        <w:t xml:space="preserve">[11:19] </w:t>
      </w:r>
      <w:r>
        <w:t>to meray samnay yeh baat aayi ke Islam ke baad ke zamanay mein Muslim emp</w:t>
      </w:r>
    </w:p>
    <w:p>
      <w:pPr>
        <w:jc w:val="right"/>
      </w:pPr>
      <w:r>
        <w:t>تو میرے سامنے یہ بات آئی کہ اسلام کے بعد کے زمانے میں مسلم emp</w:t>
      </w:r>
    </w:p>
    <w:p>
      <w:r>
        <w:rPr>
          <w:b/>
        </w:rPr>
        <w:t xml:space="preserve">[11:24] </w:t>
      </w:r>
      <w:r>
        <w:t>ire bana.</w:t>
      </w:r>
    </w:p>
    <w:p>
      <w:pPr>
        <w:jc w:val="right"/>
      </w:pPr>
      <w:r>
        <w:t>ire بنا۔</w:t>
      </w:r>
    </w:p>
    <w:p>
      <w:r>
        <w:rPr>
          <w:b/>
        </w:rPr>
        <w:t xml:space="preserve">[11:29] </w:t>
      </w:r>
      <w:r>
        <w:t>yani bohat hi swift victory in ko har jagah hui, har jagah hui.</w:t>
      </w:r>
    </w:p>
    <w:p>
      <w:pPr>
        <w:jc w:val="right"/>
      </w:pPr>
      <w:r>
        <w:t>یعنی بہت ہی swift victory ان کو ہر جگہ ہوئی، ہر جگہ ہوئی۔</w:t>
      </w:r>
    </w:p>
    <w:p>
      <w:r>
        <w:rPr>
          <w:b/>
        </w:rPr>
        <w:t xml:space="preserve">[11:33] </w:t>
      </w:r>
      <w:r>
        <w:t>saaray historian mante hain ke Musalmanon ne saari duniya mein bohat hi swift victory haasil ki.</w:t>
      </w:r>
    </w:p>
    <w:p>
      <w:pPr>
        <w:jc w:val="right"/>
      </w:pPr>
      <w:r>
        <w:t>سارے historian مانتے ہیں کہ مسلمانوں نے ساری دنیا میں بہت ہی swift victory حاصل کی۔</w:t>
      </w:r>
    </w:p>
    <w:p>
      <w:r>
        <w:rPr>
          <w:b/>
        </w:rPr>
        <w:t xml:space="preserve">[11:37] </w:t>
      </w:r>
      <w:r>
        <w:t>aur bohat baray area mein in ka empire ban gaya. Empire.</w:t>
      </w:r>
    </w:p>
    <w:p>
      <w:pPr>
        <w:jc w:val="right"/>
      </w:pPr>
      <w:r>
        <w:t>اور بہت بڑے ایریا میں ان کا empire بن گیا۔ Empire۔</w:t>
      </w:r>
    </w:p>
    <w:p>
      <w:r>
        <w:rPr>
          <w:b/>
        </w:rPr>
        <w:t xml:space="preserve">[11:42] </w:t>
      </w:r>
      <w:r>
        <w:t>yani rule nahi, empire.</w:t>
      </w:r>
    </w:p>
    <w:p>
      <w:pPr>
        <w:jc w:val="right"/>
      </w:pPr>
      <w:r>
        <w:t>یعنی rule نہیں، empire۔</w:t>
      </w:r>
    </w:p>
    <w:p>
      <w:r>
        <w:rPr>
          <w:b/>
        </w:rPr>
        <w:t xml:space="preserve">[11:46] </w:t>
      </w:r>
      <w:r>
        <w:t>Government nahi, empire.</w:t>
      </w:r>
    </w:p>
    <w:p>
      <w:pPr>
        <w:jc w:val="right"/>
      </w:pPr>
      <w:r>
        <w:t>Government نہیں، empire۔</w:t>
      </w:r>
    </w:p>
    <w:p>
      <w:r>
        <w:rPr>
          <w:b/>
        </w:rPr>
        <w:t xml:space="preserve">[11:50] </w:t>
      </w:r>
      <w:r>
        <w:t>ab dekhiye, Abbasid empire.</w:t>
      </w:r>
    </w:p>
    <w:p>
      <w:pPr>
        <w:jc w:val="right"/>
      </w:pPr>
      <w:r>
        <w:t>اب دیکھیے، عباسید empire۔</w:t>
      </w:r>
    </w:p>
    <w:p>
      <w:r>
        <w:rPr>
          <w:b/>
        </w:rPr>
        <w:t xml:space="preserve">[11:55] </w:t>
      </w:r>
      <w:r>
        <w:t>aur Ottoman empire. Mughal empire.</w:t>
      </w:r>
    </w:p>
    <w:p>
      <w:pPr>
        <w:jc w:val="right"/>
      </w:pPr>
      <w:r>
        <w:t>اور Ottoman empire۔ مغل empire۔</w:t>
      </w:r>
    </w:p>
    <w:p>
      <w:r>
        <w:rPr>
          <w:b/>
        </w:rPr>
        <w:t xml:space="preserve">[12:01] </w:t>
      </w:r>
      <w:r>
        <w:t>to yeh log jo thay, Muslim leaders, woh samajhtay thay ke empire ho tab hamari position hai.</w:t>
      </w:r>
    </w:p>
    <w:p>
      <w:pPr>
        <w:jc w:val="right"/>
      </w:pPr>
      <w:r>
        <w:t>تو یہ لوگ جو تھے، مسلم leaders، وہ سمجھتے تھے کہ empire ہو تب ہماری position ہے۔</w:t>
      </w:r>
    </w:p>
    <w:p>
      <w:r>
        <w:rPr>
          <w:b/>
        </w:rPr>
        <w:t xml:space="preserve">[12:07] </w:t>
      </w:r>
      <w:r>
        <w:t>Empire nahi to hamari koi position hi nahi.</w:t>
      </w:r>
    </w:p>
    <w:p>
      <w:pPr>
        <w:jc w:val="right"/>
      </w:pPr>
      <w:r>
        <w:t>Empire نہیں تو ہماری کوئی position ہی نہیں۔</w:t>
      </w:r>
    </w:p>
    <w:p>
      <w:r>
        <w:rPr>
          <w:b/>
        </w:rPr>
        <w:t xml:space="preserve">[12:13] </w:t>
      </w:r>
      <w:r>
        <w:t>ek dilchasp qissa bataunga aap ko mein.</w:t>
      </w:r>
    </w:p>
    <w:p>
      <w:pPr>
        <w:jc w:val="right"/>
      </w:pPr>
      <w:r>
        <w:t>ایک دلچسپ قصہ بتاؤں گا آپ کو میں۔</w:t>
      </w:r>
    </w:p>
    <w:p>
      <w:r>
        <w:rPr>
          <w:b/>
        </w:rPr>
        <w:t xml:space="preserve">[12:19] </w:t>
      </w:r>
      <w:r>
        <w:t>Lucknow mein ek boodhi aurat wahan par road par khari hui thi,</w:t>
      </w:r>
    </w:p>
    <w:p>
      <w:pPr>
        <w:jc w:val="right"/>
      </w:pPr>
      <w:r>
        <w:t>لکھنؤ میں ایک بوڑھی عورت وہاں پر road پر کھڑی ہوئی تھی،</w:t>
      </w:r>
    </w:p>
    <w:p>
      <w:r>
        <w:rPr>
          <w:b/>
        </w:rPr>
        <w:t xml:space="preserve">[12:25] </w:t>
      </w:r>
      <w:r>
        <w:t>choraahay par. us ke haath mein ek plate thi. to woh awaaz de rahi thi, keh rahi thi, "koi muzaffar khila de." muzaffar kehtay hain zarda jo banta hai, yaani meetha chawal, us mein kuch mewa waghera daaltay hain. to us ko kehtay hain muzaffar. to ek aadmi ne dekha to ke woh to muzaffar haath mein liye kh</w:t>
      </w:r>
    </w:p>
    <w:p>
      <w:pPr>
        <w:jc w:val="right"/>
      </w:pPr>
      <w:r>
        <w:t>چوراہے پر۔ اس کے ہاتھ میں ایک plate تھی۔ تو وہ آواز دے رہی تھی، کہہ رہی تھی، "کوئی مضافر کھلا دے۔" مضافر کہتے ہیں زردہ جو بنتا ہے، یعنی میٹھا چاول، اس میں کچھ میوہ وغیرہ ڈالتے ہیں۔ تو اس کو کہتے ہیں مضافر۔ تو ایک آدمی نے دیکھا تو کہ وہ تو مضافر ہاتھ میں لیے کھ</w:t>
      </w:r>
    </w:p>
    <w:p>
      <w:r>
        <w:rPr>
          <w:b/>
        </w:rPr>
        <w:t xml:space="preserve">[12:55] </w:t>
      </w:r>
      <w:r>
        <w:t>ri hai plate mein.</w:t>
      </w:r>
    </w:p>
    <w:p>
      <w:pPr>
        <w:jc w:val="right"/>
      </w:pPr>
      <w:r>
        <w:t>ڑی ہے plate میں۔</w:t>
      </w:r>
    </w:p>
    <w:p>
      <w:r>
        <w:rPr>
          <w:b/>
        </w:rPr>
        <w:t xml:space="preserve">[13:00] </w:t>
      </w:r>
      <w:r>
        <w:t>to us ne kaha ke "Amaan ji, tum to mzafar liye khari ho to kyun kehti ho ke</w:t>
      </w:r>
    </w:p>
    <w:p>
      <w:pPr>
        <w:jc w:val="right"/>
      </w:pPr>
      <w:r>
        <w:t>تو اس نے کہا کہ "اماں جی، تم تو مضافر لیے کھڑی ہو تو کیوں کہتی ہو کہ</w:t>
      </w:r>
    </w:p>
    <w:p>
      <w:r>
        <w:rPr>
          <w:b/>
        </w:rPr>
        <w:t xml:space="preserve">[13:05] </w:t>
      </w:r>
      <w:r>
        <w:t>mzafar khila de koi?" to haalat mein to khud hi mzafar hai.</w:t>
      </w:r>
    </w:p>
    <w:p>
      <w:pPr>
        <w:jc w:val="right"/>
      </w:pPr>
      <w:r>
        <w:t>مضافر کھلا دے کوئی؟" تو حالت میں تو خود ہی مضافر ہے۔</w:t>
      </w:r>
    </w:p>
    <w:p>
      <w:r>
        <w:rPr>
          <w:b/>
        </w:rPr>
        <w:t xml:space="preserve">[13:11] </w:t>
      </w:r>
      <w:r>
        <w:t>kehti ho ke mzafar khila de.</w:t>
      </w:r>
    </w:p>
    <w:p>
      <w:pPr>
        <w:jc w:val="right"/>
      </w:pPr>
      <w:r>
        <w:t>کہتی ہو کہ مضافر کھلا دے۔</w:t>
      </w:r>
    </w:p>
    <w:p>
      <w:r>
        <w:rPr>
          <w:b/>
        </w:rPr>
        <w:t xml:space="preserve">[13:16] </w:t>
      </w:r>
      <w:r>
        <w:t>to us ne bohat ghusay mein kaha, "door ho.</w:t>
      </w:r>
    </w:p>
    <w:p>
      <w:pPr>
        <w:jc w:val="right"/>
      </w:pPr>
      <w:r>
        <w:t>تو اس نے بہت غصے میں کہا، "دور ہو۔</w:t>
      </w:r>
    </w:p>
    <w:p>
      <w:r>
        <w:rPr>
          <w:b/>
        </w:rPr>
        <w:t xml:space="preserve">[13:21] </w:t>
      </w:r>
      <w:r>
        <w:t>kahin balai ke baghair mzafar khaya jata hai?"</w:t>
      </w:r>
    </w:p>
    <w:p>
      <w:pPr>
        <w:jc w:val="right"/>
      </w:pPr>
      <w:r>
        <w:t>کہیں بالائی کے بغیر مضافر کھایا جاتا ہے؟"</w:t>
      </w:r>
    </w:p>
    <w:p>
      <w:r>
        <w:rPr>
          <w:b/>
        </w:rPr>
        <w:t xml:space="preserve">[13:26] </w:t>
      </w:r>
      <w:r>
        <w:t>doodh ke oopar jab balai aa jati hai to us ne kaha ke "balai ke baghair bhi koi muzaffar khaya jata hai?" to muzaffar tha us ke paas. lekin chounkay balai nahi thi to samajhti thi kuch bhi nahi meray paas. yeh Musalmanon ka haal hua ke hukoomat thi un ke paas lekin chounkay empire nahi tha to samajhtay thay ke hamaray paas kuch bhi nahi hai. dekhiye, aaj ki jo</w:t>
      </w:r>
    </w:p>
    <w:p>
      <w:pPr>
        <w:jc w:val="right"/>
      </w:pPr>
      <w:r>
        <w:t>دودھ کے اوپر جب بالائی آ جاتی ہے تو اس نے کہا کہ "بالائی کے بغیر بھی کوئی مضافر کھایا جاتا ہے؟" تو مضافر تھا اس کے پاس۔ لیکن چونکہ بالائی نہیں تھی تو سمجھتی تھی کچھ بھی نہیں میرے پاس۔ یہ مسلمانوں کا حال ہوا کہ حکومت تھی ان کے پاس لیکن چونکہ empire نہیں تھا تو سمجھتے تھے کہ ہمارے پاس کچھ بھی نہیں ہے۔ دیکھیے، آج کی جو</w:t>
      </w:r>
    </w:p>
    <w:p>
      <w:r>
        <w:rPr>
          <w:b/>
        </w:rPr>
        <w:t xml:space="preserve">[13:56] </w:t>
      </w:r>
      <w:r>
        <w:t>duniya hai is mein ek aur change aaya hai.</w:t>
      </w:r>
    </w:p>
    <w:p>
      <w:pPr>
        <w:jc w:val="right"/>
      </w:pPr>
      <w:r>
        <w:t>دنیا ہے اس میں ایک اور change آیا ہے۔</w:t>
      </w:r>
    </w:p>
    <w:p>
      <w:r>
        <w:rPr>
          <w:b/>
        </w:rPr>
        <w:t xml:space="preserve">[14:01] </w:t>
      </w:r>
      <w:r>
        <w:t>ab empire ka zamanay hi khatam ho gaya.</w:t>
      </w:r>
    </w:p>
    <w:p>
      <w:pPr>
        <w:jc w:val="right"/>
      </w:pPr>
      <w:r>
        <w:t>اب empire کا زمانہ ہی ختم ہو گیا۔</w:t>
      </w:r>
    </w:p>
    <w:p>
      <w:r>
        <w:rPr>
          <w:b/>
        </w:rPr>
        <w:t xml:space="preserve">[14:06] </w:t>
      </w:r>
      <w:r>
        <w:t>ab dekhiye, Russian empire toot gaya, jo aakhri empire tha duniya mein.</w:t>
      </w:r>
    </w:p>
    <w:p>
      <w:pPr>
        <w:jc w:val="right"/>
      </w:pPr>
      <w:r>
        <w:t>اب دیکھیے، Russian empire ٹوٹ گیا، جو آخری empire تھا دنیا میں۔</w:t>
      </w:r>
    </w:p>
    <w:p>
      <w:r>
        <w:rPr>
          <w:b/>
        </w:rPr>
        <w:t xml:space="preserve">[14:11] </w:t>
      </w:r>
      <w:r>
        <w:t>yeh hai national government ka zamana.</w:t>
      </w:r>
    </w:p>
    <w:p>
      <w:pPr>
        <w:jc w:val="right"/>
      </w:pPr>
      <w:r>
        <w:t>یہ ہے national government کا زمانہ۔</w:t>
      </w:r>
    </w:p>
    <w:p>
      <w:r>
        <w:rPr>
          <w:b/>
        </w:rPr>
        <w:t xml:space="preserve">[14:16] </w:t>
      </w:r>
      <w:r>
        <w:t>ek bohat bara change aaya hai is zamane mein ke empire ka zamana hi khatam ho gaya.</w:t>
      </w:r>
    </w:p>
    <w:p>
      <w:pPr>
        <w:jc w:val="right"/>
      </w:pPr>
      <w:r>
        <w:t>ایک بہت بڑا change آیا ہے اس زمانے میں کہ empire کا زمانہ ہی ختم ہو گیا۔</w:t>
      </w:r>
    </w:p>
    <w:p>
      <w:r>
        <w:rPr>
          <w:b/>
        </w:rPr>
        <w:t xml:space="preserve">[14:21] </w:t>
      </w:r>
      <w:r>
        <w:t>ab koi dunya mein empire na hai na ban sakti hai. Aakhri</w:t>
      </w:r>
    </w:p>
    <w:p>
      <w:pPr>
        <w:jc w:val="right"/>
      </w:pPr>
      <w:r>
        <w:t>اب کوئی دنیا میں empire نہ ہے نہ بن سکتی ہے۔ آخری</w:t>
      </w:r>
    </w:p>
    <w:p>
      <w:r>
        <w:rPr>
          <w:b/>
        </w:rPr>
        <w:t xml:space="preserve">[14:26] </w:t>
      </w:r>
      <w:r>
        <w:t>empire tha Russian empire, woh bhi toot gaya.</w:t>
      </w:r>
    </w:p>
    <w:p>
      <w:pPr>
        <w:jc w:val="right"/>
      </w:pPr>
      <w:r>
        <w:t>empire تھا Russian empire، وہ بھی ٹوٹ گیا۔</w:t>
      </w:r>
    </w:p>
    <w:p>
      <w:r>
        <w:rPr>
          <w:b/>
        </w:rPr>
        <w:t xml:space="preserve">[14:30] </w:t>
      </w:r>
      <w:r>
        <w:t>to Ottoman empire, Abbasid empire, Mughal empire jo tooti, is zamane ne toda is ko.</w:t>
      </w:r>
    </w:p>
    <w:p>
      <w:pPr>
        <w:jc w:val="right"/>
      </w:pPr>
      <w:r>
        <w:t>تو Ottoman empire، عباسید empire، مغل empire جو ٹوٹی، اس زمانے نے توڑا اس کو۔</w:t>
      </w:r>
    </w:p>
    <w:p>
      <w:r>
        <w:rPr>
          <w:b/>
        </w:rPr>
        <w:t xml:space="preserve">[14:35] </w:t>
      </w:r>
      <w:r>
        <w:t>kisi ke zulm ne nahi toda.</w:t>
      </w:r>
    </w:p>
    <w:p>
      <w:pPr>
        <w:jc w:val="right"/>
      </w:pPr>
      <w:r>
        <w:t>کسی کے ظلم نے نہیں توڑا۔</w:t>
      </w:r>
    </w:p>
    <w:p>
      <w:r>
        <w:rPr>
          <w:b/>
        </w:rPr>
        <w:t xml:space="preserve">[14:39] </w:t>
      </w:r>
      <w:r>
        <w:t>kuch cheezein jo hain, zamana un ko khatam karta hai.</w:t>
      </w:r>
    </w:p>
    <w:p>
      <w:pPr>
        <w:jc w:val="right"/>
      </w:pPr>
      <w:r>
        <w:t>کچھ چیزیں جو ہیں، زمانہ ان کو ختم کرتا ہے۔</w:t>
      </w:r>
    </w:p>
    <w:p>
      <w:r>
        <w:rPr>
          <w:b/>
        </w:rPr>
        <w:t xml:space="preserve">[14:43] </w:t>
      </w:r>
      <w:r>
        <w:t>log kehte hain ke filane ne khatam kiya.</w:t>
      </w:r>
    </w:p>
    <w:p>
      <w:pPr>
        <w:jc w:val="right"/>
      </w:pPr>
      <w:r>
        <w:t>لوگ کہتے ہیں کہ فلانے نے ختم کیا۔</w:t>
      </w:r>
    </w:p>
    <w:p>
      <w:r>
        <w:rPr>
          <w:b/>
        </w:rPr>
        <w:t xml:space="preserve">[14:48] </w:t>
      </w:r>
      <w:r>
        <w:t>yani historical forces se woh cheez khatam hoti hai.</w:t>
      </w:r>
    </w:p>
    <w:p>
      <w:pPr>
        <w:jc w:val="right"/>
      </w:pPr>
      <w:r>
        <w:t>یعنی historical forces سے وہ چیز ختم ہوتی ہے۔</w:t>
      </w:r>
    </w:p>
    <w:p>
      <w:r>
        <w:rPr>
          <w:b/>
        </w:rPr>
        <w:t xml:space="preserve">[14:52] </w:t>
      </w:r>
      <w:r>
        <w:t>aur log keh dete hain ke filane ne khatam</w:t>
      </w:r>
    </w:p>
    <w:p>
      <w:pPr>
        <w:jc w:val="right"/>
      </w:pPr>
      <w:r>
        <w:t>اور لوگ کہہ دیتے ہیں کہ فلانے نے ختم</w:t>
      </w:r>
    </w:p>
    <w:p>
      <w:r>
        <w:rPr>
          <w:b/>
        </w:rPr>
        <w:t xml:space="preserve">[14:56] </w:t>
      </w:r>
      <w:r>
        <w:t>kiya.</w:t>
      </w:r>
    </w:p>
    <w:p>
      <w:pPr>
        <w:jc w:val="right"/>
      </w:pPr>
      <w:r>
        <w:t>کیا۔</w:t>
      </w:r>
    </w:p>
    <w:p>
      <w:r>
        <w:rPr>
          <w:b/>
        </w:rPr>
        <w:t xml:space="preserve">[15:02] </w:t>
      </w:r>
      <w:r>
        <w:t>to yeh naye zamane mein jo changes aaye, is mein se ek change yeh tha, ab zamana aa</w:t>
      </w:r>
    </w:p>
    <w:p>
      <w:pPr>
        <w:jc w:val="right"/>
      </w:pPr>
      <w:r>
        <w:t>تو یہ نئے زمانے میں جو changes آئے، اس میں سے ایک change یہ تھا، اب زمانہ آ</w:t>
      </w:r>
    </w:p>
    <w:p>
      <w:r>
        <w:rPr>
          <w:b/>
        </w:rPr>
        <w:t xml:space="preserve">[15:08] </w:t>
      </w:r>
      <w:r>
        <w:t>gaya national government ka.</w:t>
      </w:r>
    </w:p>
    <w:p>
      <w:pPr>
        <w:jc w:val="right"/>
      </w:pPr>
      <w:r>
        <w:t>گیا national government کا۔</w:t>
      </w:r>
    </w:p>
    <w:p>
      <w:r>
        <w:rPr>
          <w:b/>
        </w:rPr>
        <w:t xml:space="preserve">[15:14] </w:t>
      </w:r>
      <w:r>
        <w:t>empire ka zamana khatam ho gaya.</w:t>
      </w:r>
    </w:p>
    <w:p>
      <w:pPr>
        <w:jc w:val="right"/>
      </w:pPr>
      <w:r>
        <w:t>Empire کا زمانہ ختم ہو گیا۔</w:t>
      </w:r>
    </w:p>
    <w:p>
      <w:r>
        <w:rPr>
          <w:b/>
        </w:rPr>
        <w:t xml:space="preserve">[15:20] </w:t>
      </w:r>
      <w:r>
        <w:t>yani empire kis ko kehte hain? Ek nation jo hai, doosre bohat sari nation par apna rule qaim kar le. To</w:t>
      </w:r>
    </w:p>
    <w:p>
      <w:pPr>
        <w:jc w:val="right"/>
      </w:pPr>
      <w:r>
        <w:t>یعنی empire کس کو کہتے ہیں؟ ایک nation جو ہے، دوسرے بہت ساری nation پر اپنا rule قائم کر لے۔ تو</w:t>
      </w:r>
    </w:p>
    <w:p>
      <w:r>
        <w:rPr>
          <w:b/>
        </w:rPr>
        <w:t xml:space="preserve">[15:26] </w:t>
      </w:r>
      <w:r>
        <w:t>is ko kehte hain empire.</w:t>
      </w:r>
    </w:p>
    <w:p>
      <w:pPr>
        <w:jc w:val="right"/>
      </w:pPr>
      <w:r>
        <w:t>اس کو کہتے ہیں empire۔</w:t>
      </w:r>
    </w:p>
    <w:p>
      <w:r>
        <w:rPr>
          <w:b/>
        </w:rPr>
        <w:t xml:space="preserve">[15:31] </w:t>
      </w:r>
      <w:r>
        <w:t>jaise Britishs the, un ka jo homeland tha woh England tha.</w:t>
      </w:r>
    </w:p>
    <w:p>
      <w:pPr>
        <w:jc w:val="right"/>
      </w:pPr>
      <w:r>
        <w:t>جیسے برٹشز تھے، ان کا جو homeland تھا وہ انگلینڈ تھا۔</w:t>
      </w:r>
    </w:p>
    <w:p>
      <w:r>
        <w:rPr>
          <w:b/>
        </w:rPr>
        <w:t xml:space="preserve">[15:35] </w:t>
      </w:r>
      <w:r>
        <w:t>England se nikal kar bohat si countries mein unhone apna rule qaim kar liya.</w:t>
      </w:r>
    </w:p>
    <w:p>
      <w:pPr>
        <w:jc w:val="right"/>
      </w:pPr>
      <w:r>
        <w:t>انگلینڈ سے نکل کر بہت سی countries میں انہوں نے اپنا rule قائم کر لیا۔</w:t>
      </w:r>
    </w:p>
    <w:p>
      <w:r>
        <w:rPr>
          <w:b/>
        </w:rPr>
        <w:t xml:space="preserve">[15:40] </w:t>
      </w:r>
      <w:r>
        <w:t>to that was the British empire.</w:t>
      </w:r>
    </w:p>
    <w:p>
      <w:pPr>
        <w:jc w:val="right"/>
      </w:pPr>
      <w:r>
        <w:t>تو that was the British empire۔</w:t>
      </w:r>
    </w:p>
    <w:p>
      <w:r>
        <w:rPr>
          <w:b/>
        </w:rPr>
        <w:t xml:space="preserve">[15:44] </w:t>
      </w:r>
      <w:r>
        <w:t>aise Muslim ne kiya tha.</w:t>
      </w:r>
    </w:p>
    <w:p>
      <w:pPr>
        <w:jc w:val="right"/>
      </w:pPr>
      <w:r>
        <w:t>ایسے مسلم نے کیا تھا۔</w:t>
      </w:r>
    </w:p>
    <w:p>
      <w:r>
        <w:rPr>
          <w:b/>
        </w:rPr>
        <w:t xml:space="preserve">[15:49] </w:t>
      </w:r>
      <w:r>
        <w:t>to is daur ki wajah se aisa hua tha.</w:t>
      </w:r>
    </w:p>
    <w:p>
      <w:pPr>
        <w:jc w:val="right"/>
      </w:pPr>
      <w:r>
        <w:t>تو اس دور کی وجہ سے ایسا ہوا تھا۔</w:t>
      </w:r>
    </w:p>
    <w:p>
      <w:r>
        <w:rPr>
          <w:b/>
        </w:rPr>
        <w:t xml:space="preserve">[15:53] </w:t>
      </w:r>
      <w:r>
        <w:t>woh ek zamana tha, woh ek age tha ke dunya mein empire qaim hua karti thi.</w:t>
      </w:r>
    </w:p>
    <w:p>
      <w:pPr>
        <w:jc w:val="right"/>
      </w:pPr>
      <w:r>
        <w:t>وہ ایک زمانہ تھا، وہ ایک age تھا کہ دنیا میں empire قائم ہوا کرتی تھی۔</w:t>
      </w:r>
    </w:p>
    <w:p>
      <w:r>
        <w:rPr>
          <w:b/>
        </w:rPr>
        <w:t xml:space="preserve">[15:58] </w:t>
      </w:r>
      <w:r>
        <w:t>ab woh zamana hi khatam ho gaya. Political thought jo baad ko banay, jo political movement baad ko chalin. aur democracy aayi, freedom aaya. Self rule ka zamana aaya. National self rule ka zamana aaya. to woh khatam hi ho gaya. ab woh koi possibility nahi hai ke koi dobara empire banaye duniya</w:t>
      </w:r>
    </w:p>
    <w:p>
      <w:pPr>
        <w:jc w:val="right"/>
      </w:pPr>
      <w:r>
        <w:t>اب وہ زمانہ ہی ختم ہو گیا۔ Political thought جو بعد کو بنے، جو political movement بعد کو چلیں۔ اور democracy آئی، freedom آیا۔ Self rule کا زمانہ آیا۔ National self rule کا زمانہ آیا۔ تو وہ ختم ہی ہو گیا۔ اب وہ کوئی possibility نہیں ہے کہ کوئی دوبارہ empire بنائے دنیا</w:t>
      </w:r>
    </w:p>
    <w:p>
      <w:r>
        <w:rPr>
          <w:b/>
        </w:rPr>
        <w:t xml:space="preserve">[16:28] </w:t>
      </w:r>
      <w:r>
        <w:t>mein.</w:t>
      </w:r>
    </w:p>
    <w:p>
      <w:pPr>
        <w:jc w:val="right"/>
      </w:pPr>
      <w:r>
        <w:t>میں۔</w:t>
      </w:r>
    </w:p>
    <w:p>
      <w:r>
        <w:rPr>
          <w:b/>
        </w:rPr>
        <w:t xml:space="preserve">[16:33] </w:t>
      </w:r>
      <w:r>
        <w:t>to is ko ro rahe hain ke empire nahi hai hamare paas? Yani abhi bhi national government hai</w:t>
      </w:r>
    </w:p>
    <w:p>
      <w:pPr>
        <w:jc w:val="right"/>
      </w:pPr>
      <w:r>
        <w:t>تو اس کو رو رہے ہیں کہ empire نہیں ہے ہمارے پاس؟ یعنی ابھی بھی national government ہے</w:t>
      </w:r>
    </w:p>
    <w:p>
      <w:r>
        <w:rPr>
          <w:b/>
        </w:rPr>
        <w:t xml:space="preserve">[16:38] </w:t>
      </w:r>
      <w:r>
        <w:t>un ke paas, fifty seven.</w:t>
      </w:r>
    </w:p>
    <w:p>
      <w:pPr>
        <w:jc w:val="right"/>
      </w:pPr>
      <w:r>
        <w:t>ان کے پاس، fifty seven۔</w:t>
      </w:r>
    </w:p>
    <w:p>
      <w:r>
        <w:rPr>
          <w:b/>
        </w:rPr>
        <w:t xml:space="preserve">[16:43] </w:t>
      </w:r>
      <w:r>
        <w:t>lekin unhein dikhai nahi padti.</w:t>
      </w:r>
    </w:p>
    <w:p>
      <w:pPr>
        <w:jc w:val="right"/>
      </w:pPr>
      <w:r>
        <w:t>لیکن انہیں دکھائی نہیں پڑتی۔</w:t>
      </w:r>
    </w:p>
    <w:p>
      <w:r>
        <w:rPr>
          <w:b/>
        </w:rPr>
        <w:t xml:space="preserve">[16:48] </w:t>
      </w:r>
      <w:r>
        <w:t>muzafar liye khare hain lekin chunke balai nahi samajhte ke muzafar hi nahi hamare paas hai.</w:t>
      </w:r>
    </w:p>
    <w:p>
      <w:pPr>
        <w:jc w:val="right"/>
      </w:pPr>
      <w:r>
        <w:t>مضافر لیے کھڑے ہیں لیکن چونکہ بالائی نہیں سمجھتے کہ مضافر ہی نہیں ہمارے پاس ہے۔</w:t>
      </w:r>
    </w:p>
    <w:p>
      <w:r>
        <w:rPr>
          <w:b/>
        </w:rPr>
        <w:t xml:space="preserve">[16:53] </w:t>
      </w:r>
      <w:r>
        <w:t>musalmanon ke bohat bade ek ek thinker aur bohat</w:t>
      </w:r>
    </w:p>
    <w:p>
      <w:pPr>
        <w:jc w:val="right"/>
      </w:pPr>
      <w:r>
        <w:t>مسلمانوں کے بہت بڑے ایک ایک thinker اور بہت</w:t>
      </w:r>
    </w:p>
    <w:p>
      <w:r>
        <w:rPr>
          <w:b/>
        </w:rPr>
        <w:t xml:space="preserve">[16:58] </w:t>
      </w:r>
      <w:r>
        <w:t>thinker, philosopher kya kya manay jatay hain, woh Iqbal, Allama Iqbal. to unhon ne kaha tha ke hukoomat naam hai jis ka gayi Taymoor ke ghar se. yahan Taymoor ka matlab hai Mughal rulers. kyunkay yeh log Taymoor ki aulaad se thay. to atharah sau satavan mein jo انقلاب aaya aur Mughal saltanat khatam hui</w:t>
      </w:r>
    </w:p>
    <w:p>
      <w:pPr>
        <w:jc w:val="right"/>
      </w:pPr>
      <w:r>
        <w:t>thinker، philosopher کیا کیا مانے جاتے ہیں، وہ اقبال، علامہ اقبال۔ تو انہوں نے کہا تھا کہ حکومت نام ہے جس کا گئی تیمور کے گھر سے۔ یہاں تیمور کا مطلب ہے مغل rulers۔ کیونکہ یہ لوگ تیمور کی اولاد سے تھے۔ تو اٹھارہ سو ستاون میں جو انقلاب آیا اور مغل سلطنت ختم ہوئی</w:t>
      </w:r>
    </w:p>
    <w:p>
      <w:r>
        <w:rPr>
          <w:b/>
        </w:rPr>
        <w:t xml:space="preserve">[17:28] </w:t>
      </w:r>
      <w:r>
        <w:t>to us ko unhon ne kaha ke hukoomat naam hai jis ka gayi Taymoor ke ghar se. ab dekhiye, ek hukoomat kahan gayi thi? jo cheez gayi thi woh empire gaya tha. abhi bhi India mein jahan ke Musalman majority mein nahi hain. us waqt jo India tha us ke lihaaz se aap dekhiye ke us India ke ek hissay mein Pakistan bana, wahan Muslim rule qaim hua. us</w:t>
      </w:r>
    </w:p>
    <w:p>
      <w:pPr>
        <w:jc w:val="right"/>
      </w:pPr>
      <w:r>
        <w:t>تو اس کو انہوں نے کہا کہ حکومت نام ہے جس کا گئی تیمور کے گھر سے۔ اب دیکھیے، ایک حکومت کہاں گئی تھی؟ جو چیز گئی تھی وہ empire گیا تھا۔ ابھی بھی انڈیا میں جہاں کہ مسلمان majority میں نہیں ہیں۔ اس وقت جو انڈیا تھا اس کے لحاظ سے آپ دیکھیے کہ اس انڈیا کے ایک حصے میں پاکستان بنا، وہاں مسلم rule قائم ہوا۔ اس</w:t>
      </w:r>
    </w:p>
    <w:p>
      <w:r>
        <w:rPr>
          <w:b/>
        </w:rPr>
        <w:t xml:space="preserve">[17:58] </w:t>
      </w:r>
      <w:r>
        <w:t>sab indian subcontinent ke ek hisse mein bangla desh bana, wahan muslim rule qaim hua.</w:t>
      </w:r>
    </w:p>
    <w:p>
      <w:pPr>
        <w:jc w:val="right"/>
      </w:pPr>
      <w:r>
        <w:t>سب انڈین subcontinent کے ایک حصے میں بنگلہ دیش بنا، وہاں مسلم rule قائم ہوا۔</w:t>
      </w:r>
    </w:p>
    <w:p>
      <w:r>
        <w:rPr>
          <w:b/>
        </w:rPr>
        <w:t xml:space="preserve">[18:03] </w:t>
      </w:r>
      <w:r>
        <w:t>phir yeh jo india hai, is mein bhi musalmanon ko aap nahi keh sakte kisi ke subject hain woh.</w:t>
      </w:r>
    </w:p>
    <w:p>
      <w:pPr>
        <w:jc w:val="right"/>
      </w:pPr>
      <w:r>
        <w:t>پھر یہ جو انڈیا ہے، اس میں بھی مسلمانوں کو آپ نہیں کہہ سکتے کسی کے سبجیکٹ ہیں وہ۔</w:t>
      </w:r>
    </w:p>
    <w:p>
      <w:r>
        <w:rPr>
          <w:b/>
        </w:rPr>
        <w:t xml:space="preserve">[18:08] </w:t>
      </w:r>
      <w:r>
        <w:t>kyunke yahan democracy hai.</w:t>
      </w:r>
    </w:p>
    <w:p>
      <w:pPr>
        <w:jc w:val="right"/>
      </w:pPr>
      <w:r>
        <w:t>کیونکہ یہاں democracy ہے۔</w:t>
      </w:r>
    </w:p>
    <w:p>
      <w:r>
        <w:rPr>
          <w:b/>
        </w:rPr>
        <w:t xml:space="preserve">[18:13] </w:t>
      </w:r>
      <w:r>
        <w:t>musalmanon ne yeh nahi jana ke democracy ka matlab kya hai.</w:t>
      </w:r>
    </w:p>
    <w:p>
      <w:pPr>
        <w:jc w:val="right"/>
      </w:pPr>
      <w:r>
        <w:t>مسلمانوں نے یہ نہیں جانا کہ democracy کا مطلب کیا ہے۔</w:t>
      </w:r>
    </w:p>
    <w:p>
      <w:r>
        <w:rPr>
          <w:b/>
        </w:rPr>
        <w:t xml:space="preserve">[18:18] </w:t>
      </w:r>
      <w:r>
        <w:t>democracy ek naya system hai jo power sharing par base karta hai.</w:t>
      </w:r>
    </w:p>
    <w:p>
      <w:pPr>
        <w:jc w:val="right"/>
      </w:pPr>
      <w:r>
        <w:t>Democracy ایک نیا system ہے جو power sharing پر base کرتا ہے۔</w:t>
      </w:r>
    </w:p>
    <w:p>
      <w:r>
        <w:rPr>
          <w:b/>
        </w:rPr>
        <w:t xml:space="preserve">[18:23] </w:t>
      </w:r>
      <w:r>
        <w:t>democracy ek naya concept hai.</w:t>
      </w:r>
    </w:p>
    <w:p>
      <w:pPr>
        <w:jc w:val="right"/>
      </w:pPr>
      <w:r>
        <w:t>Democracy ایک نیا concept ہے۔</w:t>
      </w:r>
    </w:p>
    <w:p>
      <w:r>
        <w:rPr>
          <w:b/>
        </w:rPr>
        <w:t xml:space="preserve">[18:28] </w:t>
      </w:r>
      <w:r>
        <w:t>power sharing par base karta hai woh.</w:t>
      </w:r>
    </w:p>
    <w:p>
      <w:pPr>
        <w:jc w:val="right"/>
      </w:pPr>
      <w:r>
        <w:t>Power sharing پر base کرتا ہے وہ۔</w:t>
      </w:r>
    </w:p>
    <w:p>
      <w:r>
        <w:rPr>
          <w:b/>
        </w:rPr>
        <w:t xml:space="preserve">[18:32] </w:t>
      </w:r>
      <w:r>
        <w:t>yani is mulk ke rulers sabhi log hain.</w:t>
      </w:r>
    </w:p>
    <w:p>
      <w:pPr>
        <w:jc w:val="right"/>
      </w:pPr>
      <w:r>
        <w:t>یعنی اس ملک کے rulers سبھی لوگ ہیں۔</w:t>
      </w:r>
    </w:p>
    <w:p>
      <w:r>
        <w:rPr>
          <w:b/>
        </w:rPr>
        <w:t xml:space="preserve">[18:37] </w:t>
      </w:r>
      <w:r>
        <w:t>aisa nahi ke koi ek hai, doosra nahi hai.</w:t>
      </w:r>
    </w:p>
    <w:p>
      <w:pPr>
        <w:jc w:val="right"/>
      </w:pPr>
      <w:r>
        <w:t>ایسا نہیں کہ کوئی ایک ہے، دوسرا نہیں ہے۔</w:t>
      </w:r>
    </w:p>
    <w:p>
      <w:r>
        <w:rPr>
          <w:b/>
        </w:rPr>
        <w:t xml:space="preserve">[18:41] </w:t>
      </w:r>
      <w:r>
        <w:t>isi liye aap dekhiye, india mein abhi haal mein aap ne dekha ke india ki jo central government</w:t>
      </w:r>
    </w:p>
    <w:p>
      <w:pPr>
        <w:jc w:val="right"/>
      </w:pPr>
      <w:r>
        <w:t>اسی لیے آپ دیکھیے، انڈیا میں ابھی حال میں آپ نے دیکھا کہ انڈیا کی جو central government</w:t>
      </w:r>
    </w:p>
    <w:p>
      <w:r>
        <w:rPr>
          <w:b/>
        </w:rPr>
        <w:t xml:space="preserve">[18:45] </w:t>
      </w:r>
      <w:r>
        <w:t>hai, is mein president jo tha ek muslim tha, doctor abdul kalam.</w:t>
      </w:r>
    </w:p>
    <w:p>
      <w:pPr>
        <w:jc w:val="right"/>
      </w:pPr>
      <w:r>
        <w:t>ہے، اس میں president جو تھا ایک مسلم تھا، ڈاکٹر عبدالکلام۔</w:t>
      </w:r>
    </w:p>
    <w:p>
      <w:r>
        <w:rPr>
          <w:b/>
        </w:rPr>
        <w:t xml:space="preserve">[18:50] </w:t>
      </w:r>
      <w:r>
        <w:t>ab aap dekh rahe hain ke india mein jo prime minister hai, woh ek sikh hai jiska</w:t>
      </w:r>
    </w:p>
    <w:p>
      <w:pPr>
        <w:jc w:val="right"/>
      </w:pPr>
      <w:r>
        <w:t>اب آپ دیکھ رہے ہیں کہ انڈیا میں جو prime minister ہے، وہ ایک سکھ ہے جس کا</w:t>
      </w:r>
    </w:p>
    <w:p>
      <w:r>
        <w:rPr>
          <w:b/>
        </w:rPr>
        <w:t xml:space="preserve">[18:54] </w:t>
      </w:r>
      <w:r>
        <w:t>naam hai doctor manmon</w:t>
      </w:r>
    </w:p>
    <w:p>
      <w:pPr>
        <w:jc w:val="right"/>
      </w:pPr>
      <w:r>
        <w:t>نام ہے ڈاکٹر منمون</w:t>
      </w:r>
    </w:p>
    <w:p>
      <w:r>
        <w:rPr>
          <w:b/>
        </w:rPr>
        <w:t xml:space="preserve">[18:58] </w:t>
      </w:r>
      <w:r>
        <w:t>han Singh. aap dekh rahay hain ke India mein jo ruling party ka jo boss hai, woh ek Christian hai jis ka naam hai Sonia Gandhi. to yeh aaj ka jo India hai, woh democracy hai, democracy. Democracy mein koi dynasty nahi hoti. kisi ek community ka rule nahi hota. poora co</w:t>
      </w:r>
    </w:p>
    <w:p>
      <w:pPr>
        <w:jc w:val="right"/>
      </w:pPr>
      <w:r>
        <w:t>سنگھ۔ آپ دیکھ رہے ہیں کہ انڈیا میں جو ruling party کا جو boss ہے، وہ ایک Christian ہے جس کا نام ہے سونیا گاندھی۔ تو یہ آج کا جو انڈیا ہے، وہ democracy ہے، democracy۔ Democracy میں کوئی dynasty نہیں ہوتی۔ کسی ایک community کا rule نہیں ہوتا۔ پورا co</w:t>
      </w:r>
    </w:p>
    <w:p>
      <w:r>
        <w:rPr>
          <w:b/>
        </w:rPr>
        <w:t xml:space="preserve">[19:28] </w:t>
      </w:r>
      <w:r>
        <w:t>untry ek nation hota hai. aur woh power sharing par base karta hai. hum bhi is mein share, hamein bhi share mila hua hai. to aap dekhiye ke hukoomat naam hai jis ka gayi Taymoor ke ghar se, kitna absurd baat hai. kyunkay chounkay muzaffar to tha lekin balai nahi thi. to samjhein ke meray paas muzaffar hi nahi hai. yaani hukoomat thi lekin empire nahi</w:t>
      </w:r>
    </w:p>
    <w:p>
      <w:pPr>
        <w:jc w:val="right"/>
      </w:pPr>
      <w:r>
        <w:t>untry ایک nation ہوتا ہے۔ اور وہ power sharing پر base کرتا ہے۔ ہم بھی اس میں share، ہمیں بھی share ملا ہوا ہے۔ تو آپ دیکھیے کہ حکومت نام ہے جس کا گئی تیمور کے گھر سے، کتنا absurd بات ہے۔ کیونکہ چونکہ مضافر تو تھا لیکن بالائی نہیں تھی۔ تو سمجھیں کہ میرے پاس مضافر ہی نہیں ہے۔ یعنی حکومت تھی لیکن empire نہیں</w:t>
      </w:r>
    </w:p>
    <w:p>
      <w:r>
        <w:rPr>
          <w:b/>
        </w:rPr>
        <w:t xml:space="preserve">[19:58] </w:t>
      </w:r>
      <w:r>
        <w:t>tha, to samjhein ke hamare paas kuch nahi hai.</w:t>
      </w:r>
    </w:p>
    <w:p>
      <w:pPr>
        <w:jc w:val="right"/>
      </w:pPr>
      <w:r>
        <w:t>تھا، تو سمجھیں کہ ہمارے پاس کچھ نہیں ہے۔</w:t>
      </w:r>
    </w:p>
    <w:p>
      <w:r>
        <w:rPr>
          <w:b/>
        </w:rPr>
        <w:t xml:space="preserve">[20:03] </w:t>
      </w:r>
      <w:r>
        <w:t>yeh ek obsession hai.</w:t>
      </w:r>
    </w:p>
    <w:p>
      <w:pPr>
        <w:jc w:val="right"/>
      </w:pPr>
      <w:r>
        <w:t>یہ ایک obsession ہے۔</w:t>
      </w:r>
    </w:p>
    <w:p>
      <w:r>
        <w:rPr>
          <w:b/>
        </w:rPr>
        <w:t xml:space="preserve">[20:07] </w:t>
      </w:r>
      <w:r>
        <w:t>ek galat criterion hai.</w:t>
      </w:r>
    </w:p>
    <w:p>
      <w:pPr>
        <w:jc w:val="right"/>
      </w:pPr>
      <w:r>
        <w:t>ایک غلط criterion ہے۔</w:t>
      </w:r>
    </w:p>
    <w:p>
      <w:r>
        <w:rPr>
          <w:b/>
        </w:rPr>
        <w:t xml:space="preserve">[20:11] </w:t>
      </w:r>
      <w:r>
        <w:t>jismein musalman sari duniya ke musalman phanse hue hain.</w:t>
      </w:r>
    </w:p>
    <w:p>
      <w:pPr>
        <w:jc w:val="right"/>
      </w:pPr>
      <w:r>
        <w:t>جس میں مسلمان ساری دنیا کے مسلمان پھنسے ہوئے ہیں۔</w:t>
      </w:r>
    </w:p>
    <w:p>
      <w:r>
        <w:rPr>
          <w:b/>
        </w:rPr>
        <w:t xml:space="preserve">[20:16] </w:t>
      </w:r>
      <w:r>
        <w:t>itne aaram se rehte hain musalman britain mein, itne aaram se rehte hain musalman usa mein,</w:t>
      </w:r>
    </w:p>
    <w:p>
      <w:pPr>
        <w:jc w:val="right"/>
      </w:pPr>
      <w:r>
        <w:t>اتنے آرام سے رہتے ہیں مسلمان برٹن میں، اتنے آرام سے رہتے ہیں مسلمان یو ایس اے میں،</w:t>
      </w:r>
    </w:p>
    <w:p>
      <w:r>
        <w:rPr>
          <w:b/>
        </w:rPr>
        <w:t xml:space="preserve">[20:20] </w:t>
      </w:r>
      <w:r>
        <w:t>lekin sab shikayat karte hain, sab complaint, sab protest.</w:t>
      </w:r>
    </w:p>
    <w:p>
      <w:pPr>
        <w:jc w:val="right"/>
      </w:pPr>
      <w:r>
        <w:t>لیکن سب شکایت کرتے ہیں، سب complaint، سب protest۔</w:t>
      </w:r>
    </w:p>
    <w:p>
      <w:r>
        <w:rPr>
          <w:b/>
        </w:rPr>
        <w:t xml:space="preserve">[20:24] </w:t>
      </w:r>
      <w:r>
        <w:t>kyun wahan empire nahi unka aaya? ab wahan par america mein ek ek</w:t>
      </w:r>
    </w:p>
    <w:p>
      <w:pPr>
        <w:jc w:val="right"/>
      </w:pPr>
      <w:r>
        <w:t>کیوں وہاں empire نہیں ان کا آیا؟ اب وہاں پر امریکہ میں ایک ایک</w:t>
      </w:r>
    </w:p>
    <w:p>
      <w:r>
        <w:rPr>
          <w:b/>
        </w:rPr>
        <w:t xml:space="preserve">[20:29] </w:t>
      </w:r>
      <w:r>
        <w:t>ek naujawanon ke ek ek group hai, woh kehta hai ke hum america mein khilafat qaim karein, khilafat</w:t>
      </w:r>
    </w:p>
    <w:p>
      <w:pPr>
        <w:jc w:val="right"/>
      </w:pPr>
      <w:r>
        <w:t>ایک نوجوانوں کے ایک ایک گروپ ہے، وہ کہتا ہے کہ ہم امریکہ میں خلافت قائم کریں، خلافت</w:t>
      </w:r>
    </w:p>
    <w:p>
      <w:r>
        <w:rPr>
          <w:b/>
        </w:rPr>
        <w:t xml:space="preserve">[20:34] </w:t>
      </w:r>
      <w:r>
        <w:t>islami khilafat, khilafat empire.</w:t>
      </w:r>
    </w:p>
    <w:p>
      <w:pPr>
        <w:jc w:val="right"/>
      </w:pPr>
      <w:r>
        <w:t>اسلامی خلافت، خلافت empire۔</w:t>
      </w:r>
    </w:p>
    <w:p>
      <w:r>
        <w:rPr>
          <w:b/>
        </w:rPr>
        <w:t xml:space="preserve">[20:39] </w:t>
      </w:r>
      <w:r>
        <w:t>khilafat ka matlab hai empire.</w:t>
      </w:r>
    </w:p>
    <w:p>
      <w:pPr>
        <w:jc w:val="right"/>
      </w:pPr>
      <w:r>
        <w:t>خلافت کا مطلب ہے empire۔</w:t>
      </w:r>
    </w:p>
    <w:p>
      <w:r>
        <w:rPr>
          <w:b/>
        </w:rPr>
        <w:t xml:space="preserve">[20:44] </w:t>
      </w:r>
      <w:r>
        <w:t>ab bataiyega, amreeka mein khilafat yaani empire banana chahte hain.</w:t>
      </w:r>
    </w:p>
    <w:p>
      <w:pPr>
        <w:jc w:val="right"/>
      </w:pPr>
      <w:r>
        <w:t>اب بتائیے گا، امریکہ میں خلافت یعنی empire بنانا چاہتے ہیں۔</w:t>
      </w:r>
    </w:p>
    <w:p>
      <w:r>
        <w:rPr>
          <w:b/>
        </w:rPr>
        <w:t xml:space="preserve">[20:49] </w:t>
      </w:r>
      <w:r>
        <w:t>aur sari facilities hain, sari opportunities hain, sare scopes hain wahan par, woh unhein dikhai nahi dete.</w:t>
      </w:r>
    </w:p>
    <w:p>
      <w:pPr>
        <w:jc w:val="right"/>
      </w:pPr>
      <w:r>
        <w:t>اور ساری facilities ہیں، ساری opportunities ہیں، سارے scopes ہیں وہاں پر، وہ انہیں دکھائی نہیں دیتے۔</w:t>
      </w:r>
    </w:p>
    <w:p>
      <w:r>
        <w:rPr>
          <w:b/>
        </w:rPr>
        <w:t xml:space="preserve">[20:54] </w:t>
      </w:r>
      <w:r>
        <w:t>yaani muzafar hai to dikhai nahi de raha hai kyunke is pe balai nahi padi hui</w:t>
      </w:r>
    </w:p>
    <w:p>
      <w:pPr>
        <w:jc w:val="right"/>
      </w:pPr>
      <w:r>
        <w:t>یعنی مضافر ہے تو دکھائی نہیں دے رہا ہے کیونکہ اس پہ بالائی نہیں پڑی ہوئی</w:t>
      </w:r>
    </w:p>
    <w:p>
      <w:r>
        <w:rPr>
          <w:b/>
        </w:rPr>
        <w:t xml:space="preserve">[20:59] </w:t>
      </w:r>
      <w:r>
        <w:t>hai.</w:t>
      </w:r>
    </w:p>
    <w:p>
      <w:pPr>
        <w:jc w:val="right"/>
      </w:pPr>
      <w:r>
        <w:t>ہے۔</w:t>
      </w:r>
    </w:p>
    <w:p>
      <w:r>
        <w:rPr>
          <w:b/>
        </w:rPr>
        <w:t xml:space="preserve">[21:07] </w:t>
      </w:r>
      <w:r>
        <w:t>yeh hai sara maamla.</w:t>
      </w:r>
    </w:p>
    <w:p>
      <w:pPr>
        <w:jc w:val="right"/>
      </w:pPr>
      <w:r>
        <w:t>یہ ہے سارا معاملہ۔</w:t>
      </w:r>
    </w:p>
    <w:p>
      <w:r>
        <w:rPr>
          <w:b/>
        </w:rPr>
        <w:t xml:space="preserve">[21:14] </w:t>
      </w:r>
      <w:r>
        <w:t>dekhiye, doosri cheez jo mein kehna chahta hoon woh yeh hai ke pehle zamane mein kya maana jata</w:t>
      </w:r>
    </w:p>
    <w:p>
      <w:pPr>
        <w:jc w:val="right"/>
      </w:pPr>
      <w:r>
        <w:t>دیکھیے، دوسری چیز جو میں کہنا چاہتا ہوں وہ یہ ہے کہ پہلے زمانے میں کیا مانا جاتا</w:t>
      </w:r>
    </w:p>
    <w:p>
      <w:r>
        <w:rPr>
          <w:b/>
        </w:rPr>
        <w:t xml:space="preserve">[21:22] </w:t>
      </w:r>
      <w:r>
        <w:t>tha, ab kya hai? to ek Persian line hai ke "har ke shamsheer zant sikh ka banamash khanan".</w:t>
      </w:r>
    </w:p>
    <w:p>
      <w:pPr>
        <w:jc w:val="right"/>
      </w:pPr>
      <w:r>
        <w:t>تھا، اب کیا ہے؟ تو ایک Persian line ہے کہ "ہر کے شمشیر زنت سکھ کا بنامش خانن"۔</w:t>
      </w:r>
    </w:p>
    <w:p>
      <w:r>
        <w:rPr>
          <w:b/>
        </w:rPr>
        <w:t xml:space="preserve">[21:30] </w:t>
      </w:r>
      <w:r>
        <w:t>Ab is ka ulta hai. Ab kaha jaata hai ke "knowledge is power". "Har ke shamshir zant sukh ka banamash khanan" ka matlab hai ke "sword is power". "Sword". "Har ke shamshir" ka matlab "sword". Shamshir ke maani hote hain "sword". "Har ke shamshir zant sukh ka banamash khanan". Jis ke paas shamshir hai,</w:t>
      </w:r>
    </w:p>
    <w:p>
      <w:pPr>
        <w:jc w:val="right"/>
      </w:pPr>
      <w:r>
        <w:t>اب اس کا الٹا ہے۔ اب کہا جاتا ہے کہ "knowledge is power"۔ "ہر کے شمشیر زنت سکھ کا بنامش خانن" کا مطلب ہے کہ "sword is power"۔ "Sword"۔ "ہر کے شمشیر" کا مطلب "sword"۔ شمشیر کے معنی ہوتے ہیں "sword"۔ "ہر کے شمشیر زنت سکھ کا بنامش خانن"۔ جس کے پاس شمشیر ہے،</w:t>
      </w:r>
    </w:p>
    <w:p>
      <w:r>
        <w:rPr>
          <w:b/>
        </w:rPr>
        <w:t xml:space="preserve">[22:00] </w:t>
      </w:r>
      <w:r>
        <w:t>jiske paas sword hai, woh usi ke paas taqat hai.</w:t>
      </w:r>
    </w:p>
    <w:p>
      <w:pPr>
        <w:jc w:val="right"/>
      </w:pPr>
      <w:r>
        <w:t>جس کے پاس sword ہے، وہ اسی کے پاس طاقت ہے۔</w:t>
      </w:r>
    </w:p>
    <w:p>
      <w:r>
        <w:rPr>
          <w:b/>
        </w:rPr>
        <w:t xml:space="preserve">[22:05] </w:t>
      </w:r>
      <w:r>
        <w:t>yeh tha purana concept ke "sword is the power".</w:t>
      </w:r>
    </w:p>
    <w:p>
      <w:pPr>
        <w:jc w:val="right"/>
      </w:pPr>
      <w:r>
        <w:t>یہ تھا پرانا concept کہ "sword is the power"۔</w:t>
      </w:r>
    </w:p>
    <w:p>
      <w:r>
        <w:rPr>
          <w:b/>
        </w:rPr>
        <w:t xml:space="preserve">[22:10] </w:t>
      </w:r>
      <w:r>
        <w:t>ab kya hai? "knowledge is power".</w:t>
      </w:r>
    </w:p>
    <w:p>
      <w:pPr>
        <w:jc w:val="right"/>
      </w:pPr>
      <w:r>
        <w:t>اب کیا ہے؟ "knowledge is power"۔</w:t>
      </w:r>
    </w:p>
    <w:p>
      <w:r>
        <w:rPr>
          <w:b/>
        </w:rPr>
        <w:t xml:space="preserve">[22:15] </w:t>
      </w:r>
      <w:r>
        <w:t>to musalmanon ne, musalmanon se murad hai musalmanon ke leader, musalmanon ke thinker, musalmanon ke scholar, sab ke</w:t>
      </w:r>
    </w:p>
    <w:p>
      <w:pPr>
        <w:jc w:val="right"/>
      </w:pPr>
      <w:r>
        <w:t>تو مسلمانوں نے، مسلمانوں سے مراد ہے مسلمانوں کے leader، مسلمانوں کے thinker، مسلمانوں کے scholar، سب کے</w:t>
      </w:r>
    </w:p>
    <w:p>
      <w:r>
        <w:rPr>
          <w:b/>
        </w:rPr>
        <w:t xml:space="preserve">[22:21] </w:t>
      </w:r>
      <w:r>
        <w:t>sab abhi tak isi obsession mein jee rahe hain.</w:t>
      </w:r>
    </w:p>
    <w:p>
      <w:pPr>
        <w:jc w:val="right"/>
      </w:pPr>
      <w:r>
        <w:t>سب ابھی تک اسی obsession میں جی رہے ہیں۔</w:t>
      </w:r>
    </w:p>
    <w:p>
      <w:r>
        <w:rPr>
          <w:b/>
        </w:rPr>
        <w:t xml:space="preserve">[22:26] </w:t>
      </w:r>
      <w:r>
        <w:t>ek isi conditioning mein ke "sword is the power".</w:t>
      </w:r>
    </w:p>
    <w:p>
      <w:pPr>
        <w:jc w:val="right"/>
      </w:pPr>
      <w:r>
        <w:t>ایک اسی conditioning میں کہ "sword is the power"۔</w:t>
      </w:r>
    </w:p>
    <w:p>
      <w:r>
        <w:rPr>
          <w:b/>
        </w:rPr>
        <w:t xml:space="preserve">[22:31] </w:t>
      </w:r>
      <w:r>
        <w:t>to sword nahi hai to power bhi nahi hai.</w:t>
      </w:r>
    </w:p>
    <w:p>
      <w:pPr>
        <w:jc w:val="right"/>
      </w:pPr>
      <w:r>
        <w:t>تو sword نہیں ہے تو power بھی نہیں ہے۔</w:t>
      </w:r>
    </w:p>
    <w:p>
      <w:r>
        <w:rPr>
          <w:b/>
        </w:rPr>
        <w:t xml:space="preserve">[22:35] </w:t>
      </w:r>
      <w:r>
        <w:t>yaani matlab empire nahi hai to hamare paas kuch bhi nahi hai.</w:t>
      </w:r>
    </w:p>
    <w:p>
      <w:pPr>
        <w:jc w:val="right"/>
      </w:pPr>
      <w:r>
        <w:t>یعنی مطلب empire نہیں ہے تو ہمارے پاس کچھ بھی نہیں ہے۔</w:t>
      </w:r>
    </w:p>
    <w:p>
      <w:r>
        <w:rPr>
          <w:b/>
        </w:rPr>
        <w:t xml:space="preserve">[22:39] </w:t>
      </w:r>
      <w:r>
        <w:t>halanke ab zamana jo hai, "knowledge is power".</w:t>
      </w:r>
    </w:p>
    <w:p>
      <w:pPr>
        <w:jc w:val="right"/>
      </w:pPr>
      <w:r>
        <w:t>حالانکہ اب زمانہ جو ہے، "knowledge is power"۔</w:t>
      </w:r>
    </w:p>
    <w:p>
      <w:r>
        <w:rPr>
          <w:b/>
        </w:rPr>
        <w:t xml:space="preserve">[22:42] </w:t>
      </w:r>
      <w:r>
        <w:t>ilm taqat hai, science taqat hai.</w:t>
      </w:r>
    </w:p>
    <w:p>
      <w:pPr>
        <w:jc w:val="right"/>
      </w:pPr>
      <w:r>
        <w:t>علم طاقت ہے، سائنس طاقت ہے۔</w:t>
      </w:r>
    </w:p>
    <w:p>
      <w:r>
        <w:rPr>
          <w:b/>
        </w:rPr>
        <w:t xml:space="preserve">[22:46] </w:t>
      </w:r>
      <w:r>
        <w:t>isi liye london johnson jo sadar tha amreeka ka, us ne kaha tha ke "learning is the basic</w:t>
      </w:r>
    </w:p>
    <w:p>
      <w:pPr>
        <w:jc w:val="right"/>
      </w:pPr>
      <w:r>
        <w:t>اسی لیے لنڈن جانسن جو صدر تھا امریکہ کا، اس نے کہا تھا کہ "learning is the basic</w:t>
      </w:r>
    </w:p>
    <w:p>
      <w:r>
        <w:rPr>
          <w:b/>
        </w:rPr>
        <w:t xml:space="preserve">[22:50] </w:t>
      </w:r>
      <w:r>
        <w:t>to our host for America".</w:t>
      </w:r>
    </w:p>
    <w:p>
      <w:pPr>
        <w:jc w:val="right"/>
      </w:pPr>
      <w:r>
        <w:t>to our host for America"۔</w:t>
      </w:r>
    </w:p>
    <w:p>
      <w:r>
        <w:rPr>
          <w:b/>
        </w:rPr>
        <w:t xml:space="preserve">[22:54] </w:t>
      </w:r>
      <w:r>
        <w:t>"Learning is the basic to our host for America".</w:t>
      </w:r>
    </w:p>
    <w:p>
      <w:pPr>
        <w:jc w:val="right"/>
      </w:pPr>
      <w:r>
        <w:t>"Learning is the basic to our host for America"۔</w:t>
      </w:r>
    </w:p>
    <w:p>
      <w:r>
        <w:rPr>
          <w:b/>
        </w:rPr>
        <w:t xml:space="preserve">[22:57] </w:t>
      </w:r>
      <w:r>
        <w:t>second world war ke baad jab</w:t>
      </w:r>
    </w:p>
    <w:p>
      <w:pPr>
        <w:jc w:val="right"/>
      </w:pPr>
      <w:r>
        <w:t>سیکنڈ ورلڈ وار کے بعد جب</w:t>
      </w:r>
    </w:p>
    <w:p>
      <w:r>
        <w:rPr>
          <w:b/>
        </w:rPr>
        <w:t xml:space="preserve">[23:01] </w:t>
      </w:r>
      <w:r>
        <w:t>japan ko defeat hui to hiro hito ne kaha yahi baat ke zamana ilm ka zamana hai, hamein</w:t>
      </w:r>
    </w:p>
    <w:p>
      <w:pPr>
        <w:jc w:val="right"/>
      </w:pPr>
      <w:r>
        <w:t>جاپان کو defeat ہوئی تو ہیرو ہیٹو نے کہا یہی بات کہ زمانہ علم کا زمانہ ہے، ہمیں</w:t>
      </w:r>
    </w:p>
    <w:p>
      <w:r>
        <w:rPr>
          <w:b/>
        </w:rPr>
        <w:t xml:space="preserve">[23:07] </w:t>
      </w:r>
      <w:r>
        <w:t>education mein aage badhna hai.</w:t>
      </w:r>
    </w:p>
    <w:p>
      <w:pPr>
        <w:jc w:val="right"/>
      </w:pPr>
      <w:r>
        <w:t>education میں آگے بڑھنا ہے۔</w:t>
      </w:r>
    </w:p>
    <w:p>
      <w:r>
        <w:rPr>
          <w:b/>
        </w:rPr>
        <w:t xml:space="preserve">[23:13] </w:t>
      </w:r>
      <w:r>
        <w:t>woh zamana hi khatam ho gaya, sword wala.</w:t>
      </w:r>
    </w:p>
    <w:p>
      <w:pPr>
        <w:jc w:val="right"/>
      </w:pPr>
      <w:r>
        <w:t>وہ زمانہ ہی ختم ہو گیا، sword والا۔</w:t>
      </w:r>
    </w:p>
    <w:p>
      <w:r>
        <w:rPr>
          <w:b/>
        </w:rPr>
        <w:t xml:space="preserve">[23:19] </w:t>
      </w:r>
      <w:r>
        <w:t>to hero heto ke zamane mein thirty years ka education plan bana wahan par.</w:t>
      </w:r>
    </w:p>
    <w:p>
      <w:pPr>
        <w:jc w:val="right"/>
      </w:pPr>
      <w:r>
        <w:t>تو ہیرو ہیٹو کے زمانے میں تھرٹی years کا education plan بنا وہاں پر۔</w:t>
      </w:r>
    </w:p>
    <w:p>
      <w:r>
        <w:rPr>
          <w:b/>
        </w:rPr>
        <w:t xml:space="preserve">[23:25] </w:t>
      </w:r>
      <w:r>
        <w:t>aur aaj aap jante hain ke japan ek bohat hi developed country ban chuka hai.</w:t>
      </w:r>
    </w:p>
    <w:p>
      <w:pPr>
        <w:jc w:val="right"/>
      </w:pPr>
      <w:r>
        <w:t>اور آج آپ جانتے ہیں کہ جاپان ایک بہت ہی developed country بن چکا ہے۔</w:t>
      </w:r>
    </w:p>
    <w:p>
      <w:r>
        <w:rPr>
          <w:b/>
        </w:rPr>
        <w:t xml:space="preserve">[23:31] </w:t>
      </w:r>
      <w:r>
        <w:t>to jitne bhi muslim thinker is zamane mein uthe, so called thinker, unhone is baat ko jana</w:t>
      </w:r>
    </w:p>
    <w:p>
      <w:pPr>
        <w:jc w:val="right"/>
      </w:pPr>
      <w:r>
        <w:t>تو جتنے بھی مسلم thinker اس زمانے میں اٹھے، so called thinker، انہوں نے اس بات کو جانا</w:t>
      </w:r>
    </w:p>
    <w:p>
      <w:r>
        <w:rPr>
          <w:b/>
        </w:rPr>
        <w:t xml:space="preserve">[23:36] </w:t>
      </w:r>
      <w:r>
        <w:t>hi nahin ke ab zamana aa gaya hai "knowledge is power" ka.</w:t>
      </w:r>
    </w:p>
    <w:p>
      <w:pPr>
        <w:jc w:val="right"/>
      </w:pPr>
      <w:r>
        <w:t>ہی نہیں کہ اب زمانہ آ گیا ہے "knowledge is power" کا۔</w:t>
      </w:r>
    </w:p>
    <w:p>
      <w:r>
        <w:rPr>
          <w:b/>
        </w:rPr>
        <w:t xml:space="preserve">[23:41] </w:t>
      </w:r>
      <w:r>
        <w:t>wohi samajhte rahe ke "sword is power".</w:t>
      </w:r>
    </w:p>
    <w:p>
      <w:pPr>
        <w:jc w:val="right"/>
      </w:pPr>
      <w:r>
        <w:t>وہی سمجھتے رہے کہ "sword is power"۔</w:t>
      </w:r>
    </w:p>
    <w:p>
      <w:r>
        <w:rPr>
          <w:b/>
        </w:rPr>
        <w:t xml:space="preserve">[23:46] </w:t>
      </w:r>
      <w:r>
        <w:t>abhi maine ek percha aata hai, ek monthly magazine pakistan se, us mein ek bohat hi well</w:t>
      </w:r>
    </w:p>
    <w:p>
      <w:pPr>
        <w:jc w:val="right"/>
      </w:pPr>
      <w:r>
        <w:t>ابھی میں نے ایک پرچہ آتا ہے، ایک monthly magazine پاکستان سے، اس میں ایک بہت ہی well</w:t>
      </w:r>
    </w:p>
    <w:p>
      <w:r>
        <w:rPr>
          <w:b/>
        </w:rPr>
        <w:t xml:space="preserve">[23:51] </w:t>
      </w:r>
      <w:r>
        <w:t>known scholar ka aaya hai.</w:t>
      </w:r>
    </w:p>
    <w:p>
      <w:pPr>
        <w:jc w:val="right"/>
      </w:pPr>
      <w:r>
        <w:t>known scholar کا آیا ہے۔</w:t>
      </w:r>
    </w:p>
    <w:p>
      <w:r>
        <w:rPr>
          <w:b/>
        </w:rPr>
        <w:t xml:space="preserve">[23:56] </w:t>
      </w:r>
      <w:r>
        <w:t>unhone kya kaha? jihad ke bare mein.</w:t>
      </w:r>
    </w:p>
    <w:p>
      <w:pPr>
        <w:jc w:val="right"/>
      </w:pPr>
      <w:r>
        <w:t>انہوں نے کیا کہا؟ جہاد کے بارے میں۔</w:t>
      </w:r>
    </w:p>
    <w:p>
      <w:r>
        <w:rPr>
          <w:b/>
        </w:rPr>
        <w:t xml:space="preserve">[24:01] </w:t>
      </w:r>
      <w:r>
        <w:t>gardan katana.</w:t>
      </w:r>
    </w:p>
    <w:p>
      <w:pPr>
        <w:jc w:val="right"/>
      </w:pPr>
      <w:r>
        <w:t>گردن کٹانا۔</w:t>
      </w:r>
    </w:p>
    <w:p>
      <w:r>
        <w:rPr>
          <w:b/>
        </w:rPr>
        <w:t xml:space="preserve">[24:06] </w:t>
      </w:r>
      <w:r>
        <w:t>unhone kaha ke gardan katana islam mein sumoom bonum hai.</w:t>
      </w:r>
    </w:p>
    <w:p>
      <w:pPr>
        <w:jc w:val="right"/>
      </w:pPr>
      <w:r>
        <w:t>انہوں نے کہا کہ گردن کٹانا اسلام میں سموم بونم ہے۔</w:t>
      </w:r>
    </w:p>
    <w:p>
      <w:r>
        <w:rPr>
          <w:b/>
        </w:rPr>
        <w:t xml:space="preserve">[24:10] </w:t>
      </w:r>
      <w:r>
        <w:t>kehti hai, yani madness ki baat hai yeh.</w:t>
      </w:r>
    </w:p>
    <w:p>
      <w:pPr>
        <w:jc w:val="right"/>
      </w:pPr>
      <w:r>
        <w:t>کہتی ہے، یعنی madness کی بات ہے یہ۔</w:t>
      </w:r>
    </w:p>
    <w:p>
      <w:r>
        <w:rPr>
          <w:b/>
        </w:rPr>
        <w:t xml:space="preserve">[24:15] </w:t>
      </w:r>
      <w:r>
        <w:t>gardan katana sumoom bonum hai islam mein? yeh chupa hua hai yeh.</w:t>
      </w:r>
    </w:p>
    <w:p>
      <w:pPr>
        <w:jc w:val="right"/>
      </w:pPr>
      <w:r>
        <w:t>گردن کٹانا سموم بونم ہے اسلام میں؟ یہ چھپا ہوا ہے یہ۔</w:t>
      </w:r>
    </w:p>
    <w:p>
      <w:r>
        <w:rPr>
          <w:b/>
        </w:rPr>
        <w:t xml:space="preserve">[24:19] </w:t>
      </w:r>
      <w:r>
        <w:t>gardan katana sumoom bonum hai.</w:t>
      </w:r>
    </w:p>
    <w:p>
      <w:pPr>
        <w:jc w:val="right"/>
      </w:pPr>
      <w:r>
        <w:t>گردن کٹانا سموم بونم ہے۔</w:t>
      </w:r>
    </w:p>
    <w:p>
      <w:r>
        <w:rPr>
          <w:b/>
        </w:rPr>
        <w:t xml:space="preserve">[24:23] </w:t>
      </w:r>
      <w:r>
        <w:t>gardan katana kuch bhi nahin hai, nothing hai.</w:t>
      </w:r>
    </w:p>
    <w:p>
      <w:pPr>
        <w:jc w:val="right"/>
      </w:pPr>
      <w:r>
        <w:t>گردن کٹانا کچھ بھی نہیں ہے، nothing ہے۔</w:t>
      </w:r>
    </w:p>
    <w:p>
      <w:r>
        <w:rPr>
          <w:b/>
        </w:rPr>
        <w:t xml:space="preserve">[24:28] </w:t>
      </w:r>
      <w:r>
        <w:t>sumoom bonum kahan se ho jayega? to woh jante hi nahin ke sumoom bonum kya cheez hai.</w:t>
      </w:r>
    </w:p>
    <w:p>
      <w:pPr>
        <w:jc w:val="right"/>
      </w:pPr>
      <w:r>
        <w:t>سموم بونم کہاں سے ہو جائے گا؟ تو وہ جانتے ہی نہیں کہ سموم بونم کیا چیز ہے۔</w:t>
      </w:r>
    </w:p>
    <w:p>
      <w:r>
        <w:rPr>
          <w:b/>
        </w:rPr>
        <w:t xml:space="preserve">[24:32] </w:t>
      </w:r>
      <w:r>
        <w:t>isi jee rahe hain isi zamane mein.</w:t>
      </w:r>
    </w:p>
    <w:p>
      <w:pPr>
        <w:jc w:val="right"/>
      </w:pPr>
      <w:r>
        <w:t>اسی جی رہے ہیں اسی زمانے میں۔</w:t>
      </w:r>
    </w:p>
    <w:p>
      <w:r>
        <w:rPr>
          <w:b/>
        </w:rPr>
        <w:t xml:space="preserve">[24:38] </w:t>
      </w:r>
      <w:r>
        <w:t>wohi sword aur wahi ladai aur wahi maar kaat.</w:t>
      </w:r>
    </w:p>
    <w:p>
      <w:pPr>
        <w:jc w:val="right"/>
      </w:pPr>
      <w:r>
        <w:t>وہی sword اور وہی لڑائی اور وہی مار کاٹ۔</w:t>
      </w:r>
    </w:p>
    <w:p>
      <w:r>
        <w:rPr>
          <w:b/>
        </w:rPr>
        <w:t xml:space="preserve">[24:44] </w:t>
      </w:r>
      <w:r>
        <w:t>phir woh zamana khatam ho gaya.</w:t>
      </w:r>
    </w:p>
    <w:p>
      <w:pPr>
        <w:jc w:val="right"/>
      </w:pPr>
      <w:r>
        <w:t>پھر وہ زمانہ ختم ہو گیا۔</w:t>
      </w:r>
    </w:p>
    <w:p>
      <w:r>
        <w:rPr>
          <w:b/>
        </w:rPr>
        <w:t xml:space="preserve">[24:51] </w:t>
      </w:r>
      <w:r>
        <w:t>to yeh jo har taraf shikayat karte hain musalman, protest, yani protestant bane hue hain musalman is zamane mein.</w:t>
      </w:r>
    </w:p>
    <w:p>
      <w:pPr>
        <w:jc w:val="right"/>
      </w:pPr>
      <w:r>
        <w:t>تو یہ جو ہر طرف شکایت کرتے ہیں مسلمان، protest، یعنی protestant بنے ہوئے ہیں مسلمان اس زمانے میں۔</w:t>
      </w:r>
    </w:p>
    <w:p>
      <w:r>
        <w:rPr>
          <w:b/>
        </w:rPr>
        <w:t xml:space="preserve">[24:57] </w:t>
      </w:r>
      <w:r>
        <w:t>jitne bhi yahan par azadi ke baad ek ek percha tha nikla tha</w:t>
      </w:r>
    </w:p>
    <w:p>
      <w:pPr>
        <w:jc w:val="right"/>
      </w:pPr>
      <w:r>
        <w:t>جتنے بھی یہاں پر آزادی کے بعد ایک ایک پرچہ تھا نکلا تھا</w:t>
      </w:r>
    </w:p>
    <w:p>
      <w:r>
        <w:rPr>
          <w:b/>
        </w:rPr>
        <w:t xml:space="preserve">[25:03] </w:t>
      </w:r>
      <w:r>
        <w:t>wahan se Lucknow se musalmanon ka. Ab to band ho gaya is zamane mein, bohat chalta tha woh. Is ka naam tha "Qaed" Urdu mein. To mujhe yaad hai ke us ne likha tha ke Muslim sahafat ihtijaji sahafat hai. Yani Muslim journalism, protestant journalism hai. Yani fakhr ke sath kaha tha unhone. Yani us ko acha samajh kar ke kaha ke hum ihtijaj karte hain, hum complain karte hain. Aur duniya</w:t>
      </w:r>
    </w:p>
    <w:p>
      <w:pPr>
        <w:jc w:val="right"/>
      </w:pPr>
      <w:r>
        <w:t>وہاں سے لکھنؤ سے مسلمانوں کا۔ اب تو بند ہو گیا اس زمانے میں، بہت چلتا تھا وہ۔ اس کا نام تھا "قائد" اردو میں۔ تو مجھے یاد ہے کہ اس نے لکھا تھا کہ مسلم صحافت احتجاجی صحافت ہے۔ یعنی مسلم journalism، protestant journalism ہے۔ یعنی فخر کے ساتھ کہا تھا انہوں نے۔ یعنی اس کو اچھا سمجھ کر کے کہا کہ ہم احتجاج کرتے ہیں، ہم complain کرتے ہیں۔ اور دنیا</w:t>
      </w:r>
    </w:p>
    <w:p>
      <w:r>
        <w:rPr>
          <w:b/>
        </w:rPr>
        <w:t xml:space="preserve">[25:33] </w:t>
      </w:r>
      <w:r>
        <w:t>hamare khilaf jo ho gayi hai to us ko hum kholte hain. America mein ek bohat bari organization banai hai, us ka naam hai woh "media watch". "Media watch". Bohat baithe hue hain jo log America mein, un ko yahi samajh mein aaya hai karne ka kaam ke "media watch". Yani duniya bhar mein media jo hai musalmanon ke against mein ho gaya hai to us ko pata karna. Kahan kahan against</w:t>
      </w:r>
    </w:p>
    <w:p>
      <w:pPr>
        <w:jc w:val="right"/>
      </w:pPr>
      <w:r>
        <w:t>ہمارے خلاف جو ہو گئی ہے تو اس کو ہم کھولتے ہیں۔ امریکہ میں ایک بہت بڑی organization بنائی ہے، اس کا نام ہے وہ "media watch"۔ "Media watch"۔ بہت بیٹھے ہوئے ہیں جو لوگ امریکہ میں، ان کو یہی سمجھ میں آیا ہے کرنے کا کام کہ "media watch"۔ یعنی دنیا بھر میں میڈیا جو ہے مسلمانوں کے against میں ہو گیا ہے تو اس کو پتہ کرنا۔ کہاں کہاں against</w:t>
      </w:r>
    </w:p>
    <w:p>
      <w:r>
        <w:rPr>
          <w:b/>
        </w:rPr>
        <w:t xml:space="preserve">[26:03] </w:t>
      </w:r>
      <w:r>
        <w:t>mein chupa musalmanon ka.</w:t>
      </w:r>
    </w:p>
    <w:p>
      <w:pPr>
        <w:jc w:val="right"/>
      </w:pPr>
      <w:r>
        <w:t>میں چھپا مسلمانوں کا۔</w:t>
      </w:r>
    </w:p>
    <w:p>
      <w:r>
        <w:rPr>
          <w:b/>
        </w:rPr>
        <w:t xml:space="preserve">[26:09] </w:t>
      </w:r>
      <w:r>
        <w:t>wo nikalte hain is ko, woh phir woh department hua hai is ka. chupta hai.</w:t>
      </w:r>
    </w:p>
    <w:p>
      <w:pPr>
        <w:jc w:val="right"/>
      </w:pPr>
      <w:r>
        <w:t>وہ نکالتے ہیں اس کو، وہ پھر وہ department ہوا ہے اس کا۔ چھپتا ہے۔</w:t>
      </w:r>
    </w:p>
    <w:p>
      <w:r>
        <w:rPr>
          <w:b/>
        </w:rPr>
        <w:t xml:space="preserve">[26:15] </w:t>
      </w:r>
      <w:r>
        <w:t>یہ کوئی کام ہے یہ؟ "Media watch".</w:t>
      </w:r>
    </w:p>
    <w:p>
      <w:pPr>
        <w:jc w:val="right"/>
      </w:pPr>
      <w:r>
        <w:t>یہ کوئی کام ہے یہ؟ "Media watch"۔</w:t>
      </w:r>
    </w:p>
    <w:p>
      <w:r>
        <w:rPr>
          <w:b/>
        </w:rPr>
        <w:t xml:space="preserve">[26:21] </w:t>
      </w:r>
      <w:r>
        <w:t>to log dekhiye, ek bohat hi bari baat hadith mein kahi gayi hai.</w:t>
      </w:r>
    </w:p>
    <w:p>
      <w:pPr>
        <w:jc w:val="right"/>
      </w:pPr>
      <w:r>
        <w:t>تو لوگ دیکھیے، ایک بہت ہی بڑی بات حدیث میں کہی گئی ہے۔</w:t>
      </w:r>
    </w:p>
    <w:p>
      <w:r>
        <w:rPr>
          <w:b/>
        </w:rPr>
        <w:t xml:space="preserve">[26:27] </w:t>
      </w:r>
      <w:r>
        <w:t>momin ke kya hai momin? kaha gaya hai ke "an yakoon baseeran bizamanih" . yeh</w:t>
      </w:r>
    </w:p>
    <w:p>
      <w:pPr>
        <w:jc w:val="right"/>
      </w:pPr>
      <w:r>
        <w:t>مومن کے کیا ہے مومن؟ کہا گیا ہے کہ "أن يكون بصيرا بزمانه"۔ یہ</w:t>
      </w:r>
    </w:p>
    <w:p>
      <w:r>
        <w:rPr>
          <w:b/>
        </w:rPr>
        <w:t xml:space="preserve">[26:33] </w:t>
      </w:r>
      <w:r>
        <w:t>hadith hai.</w:t>
      </w:r>
    </w:p>
    <w:p>
      <w:pPr>
        <w:jc w:val="right"/>
      </w:pPr>
      <w:r>
        <w:t>حدیث ہے۔</w:t>
      </w:r>
    </w:p>
    <w:p>
      <w:r>
        <w:rPr>
          <w:b/>
        </w:rPr>
        <w:t xml:space="preserve">[26:39] </w:t>
      </w:r>
      <w:r>
        <w:t>an yakoon basir bizamanih.</w:t>
      </w:r>
    </w:p>
    <w:p>
      <w:pPr>
        <w:jc w:val="right"/>
      </w:pPr>
      <w:r>
        <w:t>"أن يكون بصيرا بزمانه"۔</w:t>
      </w:r>
    </w:p>
    <w:p>
      <w:r>
        <w:rPr>
          <w:b/>
        </w:rPr>
        <w:t xml:space="preserve">[26:45] </w:t>
      </w:r>
      <w:r>
        <w:t>yani musalman ki ek quality yeh hai, ek sifat yeh hai ke woh apnay zamanay ko jannay wala hota hai.</w:t>
      </w:r>
    </w:p>
    <w:p>
      <w:pPr>
        <w:jc w:val="right"/>
      </w:pPr>
      <w:r>
        <w:t>یعنی مسلمان کی ایک quality یہ ہے، ایک صفت یہ ہے کہ وہ اپنے زمانے کو جاننے والا ہوتا ہے۔</w:t>
      </w:r>
    </w:p>
    <w:p>
      <w:r>
        <w:rPr>
          <w:b/>
        </w:rPr>
        <w:t xml:space="preserve">[26:51] </w:t>
      </w:r>
      <w:r>
        <w:t>musalman apnay zamanay ko jannay wala hota hai.</w:t>
      </w:r>
    </w:p>
    <w:p>
      <w:pPr>
        <w:jc w:val="right"/>
      </w:pPr>
      <w:r>
        <w:t>مسلمان اپنے زمانے کو جاننے والا ہوتا ہے۔</w:t>
      </w:r>
    </w:p>
    <w:p>
      <w:r>
        <w:rPr>
          <w:b/>
        </w:rPr>
        <w:t xml:space="preserve">[26:57] </w:t>
      </w:r>
      <w:r>
        <w:t>aap dekhiye ke yeh kaisay musalman hain yeh log? ke apnay zamanay ko nahi jana</w:t>
      </w:r>
    </w:p>
    <w:p>
      <w:pPr>
        <w:jc w:val="right"/>
      </w:pPr>
      <w:r>
        <w:t>آپ دیکھیے کہ یہ کیسے مسلمان ہیں یہ لوگ؟ کہ اپنے زمانے کو نہیں جانا</w:t>
      </w:r>
    </w:p>
    <w:p>
      <w:r>
        <w:rPr>
          <w:b/>
        </w:rPr>
        <w:t xml:space="preserve">[27:03] </w:t>
      </w:r>
      <w:r>
        <w:t>unhone? Ke zamana aa gaya national government ka, abhi tak woh jee rahe hain empire ke concept mein. Zamana aa gaya ilm ka, abhi tak jee rahe hain woh talwar ke concept mein. Kaisi ajib o ghareeb baat hai. Apni isi, yani mein kehta hoon ke musalmanon ka sara maamla jo hai na zulm hai, na conspira</w:t>
      </w:r>
    </w:p>
    <w:p>
      <w:pPr>
        <w:jc w:val="right"/>
      </w:pPr>
      <w:r>
        <w:t>انہوں نے؟ کہ زمانہ آ گیا national government کا، ابھی تک وہ جی رہے ہیں empire کے concept میں۔ زمانہ آ گیا علم کا، ابھی تک جی رہے ہیں وہ تلوار کے concept میں۔ کیسی عجیب و غریب بات ہے۔ اپنی اسی، یعنی میں کہتا ہوں کہ مسلمانوں کا سارا معاملہ جو ہے نہ ظلم ہے، نہ conspira</w:t>
      </w:r>
    </w:p>
    <w:p>
      <w:r>
        <w:rPr>
          <w:b/>
        </w:rPr>
        <w:t xml:space="preserve">[27:33] </w:t>
      </w:r>
      <w:r>
        <w:t>cy hai, na kuch hai, na kuch hai, na kuch hai, na kuch hai. Sara maamla sirf ek hai. Woh hai "intellectual backwardness". Ek single word mein mein kahunga ke is zamane ke musalmanon ka jo maamla hai woh hai "intellectual backwardness". Yani woh basir zamana nahi ban sake. Zamane ko janne wale nahi ban sake. Yeh hai musalmanon ka problem. Aur kuch bhi nahi hai, kuch bhi nahi hai,</w:t>
      </w:r>
    </w:p>
    <w:p>
      <w:pPr>
        <w:jc w:val="right"/>
      </w:pPr>
      <w:r>
        <w:t>cy ہے، نہ کچھ ہے، نہ کچھ ہے، نہ کچھ ہے، نہ کچھ ہے۔ سارا معاملہ صرف ایک ہے۔ وہ ہے "intellectual backwardness"۔ ایک single word میں میں کہوں گا کہ اس زمانے کے مسلمانوں کا جو معاملہ ہے وہ ہے "intellectual backwardness"۔ یعنی وہ بصیر زمانہ نہیں بن سکے۔ زمانے کو جاننے والے نہیں بن سکے۔ یہ ہے مسلمانوں کا problem۔ اور کچھ بھی نہیں ہے، کچھ بھی نہیں ہے،</w:t>
      </w:r>
    </w:p>
    <w:p>
      <w:r>
        <w:rPr>
          <w:b/>
        </w:rPr>
        <w:t xml:space="preserve">[28:03] </w:t>
      </w:r>
      <w:r>
        <w:t>kuch bhi nahi hai.</w:t>
      </w:r>
    </w:p>
    <w:p>
      <w:pPr>
        <w:jc w:val="right"/>
      </w:pPr>
      <w:r>
        <w:t>کچھ بھی نہیں ہے۔</w:t>
      </w:r>
    </w:p>
    <w:p>
      <w:r>
        <w:rPr>
          <w:b/>
        </w:rPr>
        <w:t xml:space="preserve">[28:09] </w:t>
      </w:r>
      <w:r>
        <w:t>ab dekhiye ek aur cheez mein arz karta hoon jo musalman bilkul nahi jantay.</w:t>
      </w:r>
    </w:p>
    <w:p>
      <w:pPr>
        <w:jc w:val="right"/>
      </w:pPr>
      <w:r>
        <w:t>اب دیکھیے ایک اور چیز میں عرض کرتا ہوں جو مسلمان بالکل نہیں جانتے۔</w:t>
      </w:r>
    </w:p>
    <w:p>
      <w:r>
        <w:rPr>
          <w:b/>
        </w:rPr>
        <w:t xml:space="preserve">[28:15] </w:t>
      </w:r>
      <w:r>
        <w:t>kam az kam mein ne na musalmanon ko kisi article mein parha, na kisi jalsay mein suna.</w:t>
      </w:r>
    </w:p>
    <w:p>
      <w:pPr>
        <w:jc w:val="right"/>
      </w:pPr>
      <w:r>
        <w:t>کم از کم میں نے نہ مسلمانوں کو کسی article میں پڑھا، نہ کسی جلسے میں سنا۔</w:t>
      </w:r>
    </w:p>
    <w:p>
      <w:r>
        <w:rPr>
          <w:b/>
        </w:rPr>
        <w:t xml:space="preserve">[28:21] </w:t>
      </w:r>
      <w:r>
        <w:t>ek bohat bari cheez hui is zamanay mein.</w:t>
      </w:r>
    </w:p>
    <w:p>
      <w:pPr>
        <w:jc w:val="right"/>
      </w:pPr>
      <w:r>
        <w:t>ایک بہت بڑی چیز ہوئی اس زمانے میں۔</w:t>
      </w:r>
    </w:p>
    <w:p>
      <w:r>
        <w:rPr>
          <w:b/>
        </w:rPr>
        <w:t xml:space="preserve">[28:27] </w:t>
      </w:r>
      <w:r>
        <w:t>وہ ہے "political decentralization". "Political decentralization". یعنی پہلے</w:t>
      </w:r>
    </w:p>
    <w:p>
      <w:pPr>
        <w:jc w:val="right"/>
      </w:pPr>
      <w:r>
        <w:t>وہ ہے "political decentralization"۔ "Political decentralization"۔ یعنی پہلے</w:t>
      </w:r>
    </w:p>
    <w:p>
      <w:r>
        <w:rPr>
          <w:b/>
        </w:rPr>
        <w:t xml:space="preserve">[28:33] </w:t>
      </w:r>
      <w:r>
        <w:t>zamanay mein dekhiye, land based economy thi.</w:t>
      </w:r>
    </w:p>
    <w:p>
      <w:pPr>
        <w:jc w:val="right"/>
      </w:pPr>
      <w:r>
        <w:t>زمانے میں دیکھیے، land based economy تھی۔</w:t>
      </w:r>
    </w:p>
    <w:p>
      <w:r>
        <w:rPr>
          <w:b/>
        </w:rPr>
        <w:t xml:space="preserve">[28:38] </w:t>
      </w:r>
      <w:r>
        <w:t>badshah jo tha wahi landlord hota tha.</w:t>
      </w:r>
    </w:p>
    <w:p>
      <w:pPr>
        <w:jc w:val="right"/>
      </w:pPr>
      <w:r>
        <w:t>بادشاہ جو تھا وہی landlord ہوتا تھا۔</w:t>
      </w:r>
    </w:p>
    <w:p>
      <w:r>
        <w:rPr>
          <w:b/>
        </w:rPr>
        <w:t xml:space="preserve">[28:42] </w:t>
      </w:r>
      <w:r>
        <w:t>jo king tha, king kya tha? king ka matlab hota tha sab se bara landlord.</w:t>
      </w:r>
    </w:p>
    <w:p>
      <w:pPr>
        <w:jc w:val="right"/>
      </w:pPr>
      <w:r>
        <w:t>جو king تھا، king کیا تھا؟ King کا مطلب ہوتا تھا سب سے بڑا landlord۔</w:t>
      </w:r>
    </w:p>
    <w:p>
      <w:r>
        <w:rPr>
          <w:b/>
        </w:rPr>
        <w:t xml:space="preserve">[28:47] </w:t>
      </w:r>
      <w:r>
        <w:t>saari zameen us ki us ke hoti thi.</w:t>
      </w:r>
    </w:p>
    <w:p>
      <w:pPr>
        <w:jc w:val="right"/>
      </w:pPr>
      <w:r>
        <w:t>ساری زمین اس کی اس کے ہوتی تھی۔</w:t>
      </w:r>
    </w:p>
    <w:p>
      <w:r>
        <w:rPr>
          <w:b/>
        </w:rPr>
        <w:t xml:space="preserve">[28:51] </w:t>
      </w:r>
      <w:r>
        <w:t>to sab kuch isi ke qabzay mein hota tha.</w:t>
      </w:r>
    </w:p>
    <w:p>
      <w:pPr>
        <w:jc w:val="right"/>
      </w:pPr>
      <w:r>
        <w:t>تو سب کچھ اسی کے قبضے میں ہوتا تھا۔</w:t>
      </w:r>
    </w:p>
    <w:p>
      <w:r>
        <w:rPr>
          <w:b/>
        </w:rPr>
        <w:t xml:space="preserve">[28:56] </w:t>
      </w:r>
      <w:r>
        <w:t>har cheez pe isi control hota tha.</w:t>
      </w:r>
    </w:p>
    <w:p>
      <w:pPr>
        <w:jc w:val="right"/>
      </w:pPr>
      <w:r>
        <w:t>ہر چیز پہ اسی کنٹرول ہوتا تھا۔</w:t>
      </w:r>
    </w:p>
    <w:p>
      <w:r>
        <w:rPr>
          <w:b/>
        </w:rPr>
        <w:t xml:space="preserve">[29:01] </w:t>
      </w:r>
      <w:r>
        <w:t>kyunke land ke bahir koi cheez thi nahi. ab dekhiye,</w:t>
      </w:r>
    </w:p>
    <w:p>
      <w:pPr>
        <w:jc w:val="right"/>
      </w:pPr>
      <w:r>
        <w:t>کیونکہ land کے باہر کوئی چیز تھی نہیں۔ اب دیکھیے،</w:t>
      </w:r>
    </w:p>
    <w:p>
      <w:r>
        <w:rPr>
          <w:b/>
        </w:rPr>
        <w:t xml:space="preserve">[29:05] </w:t>
      </w:r>
      <w:r>
        <w:t>land ke bahir industry aa gayi.</w:t>
      </w:r>
    </w:p>
    <w:p>
      <w:pPr>
        <w:jc w:val="right"/>
      </w:pPr>
      <w:r>
        <w:t>land کے باہر industry آ گئی۔</w:t>
      </w:r>
    </w:p>
    <w:p>
      <w:r>
        <w:rPr>
          <w:b/>
        </w:rPr>
        <w:t xml:space="preserve">[29:11] </w:t>
      </w:r>
      <w:r>
        <w:t>ab jo industry aayi hai woh land ke bahir, yani sab se bari jo source hai economy ka</w:t>
      </w:r>
    </w:p>
    <w:p>
      <w:pPr>
        <w:jc w:val="right"/>
      </w:pPr>
      <w:r>
        <w:t>اب جو industry آئی ہے وہ land کے باہر، یعنی سب سے بڑی جو source ہے economy کا</w:t>
      </w:r>
    </w:p>
    <w:p>
      <w:r>
        <w:rPr>
          <w:b/>
        </w:rPr>
        <w:t xml:space="preserve">[29:16] </w:t>
      </w:r>
      <w:r>
        <w:t>woh ab industry hai.</w:t>
      </w:r>
    </w:p>
    <w:p>
      <w:pPr>
        <w:jc w:val="right"/>
      </w:pPr>
      <w:r>
        <w:t>وہ اب industry ہے۔</w:t>
      </w:r>
    </w:p>
    <w:p>
      <w:r>
        <w:rPr>
          <w:b/>
        </w:rPr>
        <w:t xml:space="preserve">[29:21] </w:t>
      </w:r>
      <w:r>
        <w:t>to woh kya hua? yeh "political decentralization" ho gaya.</w:t>
      </w:r>
    </w:p>
    <w:p>
      <w:pPr>
        <w:jc w:val="right"/>
      </w:pPr>
      <w:r>
        <w:t>تو وہ کیا ہوا؟ یہ "political decentralization" ہو گیا۔</w:t>
      </w:r>
    </w:p>
    <w:p>
      <w:r>
        <w:rPr>
          <w:b/>
        </w:rPr>
        <w:t xml:space="preserve">[29:27] </w:t>
      </w:r>
      <w:r>
        <w:t>kyunke industry jo hai woh aap jo chahen industry lagayen.</w:t>
      </w:r>
    </w:p>
    <w:p>
      <w:pPr>
        <w:jc w:val="right"/>
      </w:pPr>
      <w:r>
        <w:t>کیونکہ industry جو ہے وہ آپ جو چاہیں industry لگائیں۔</w:t>
      </w:r>
    </w:p>
    <w:p>
      <w:r>
        <w:rPr>
          <w:b/>
        </w:rPr>
        <w:t xml:space="preserve">[29:32] </w:t>
      </w:r>
      <w:r>
        <w:t>industry par government ka control to ho nahi sakta hai.</w:t>
      </w:r>
    </w:p>
    <w:p>
      <w:pPr>
        <w:jc w:val="right"/>
      </w:pPr>
      <w:r>
        <w:t>Industry پر government کا کنٹرول تو ہو نہیں سکتا ہے۔</w:t>
      </w:r>
    </w:p>
    <w:p>
      <w:r>
        <w:rPr>
          <w:b/>
        </w:rPr>
        <w:t xml:space="preserve">[29:38] </w:t>
      </w:r>
      <w:r>
        <w:t>Russia mein kya gaya tha to woh sab toot phoot gaya. Kyun ke unnatural tha woh. Industry par control karna yeh unnatural hai, woh chal nahi sakta hai woh. Russia mein toot phoot gaya. To is ka matlab kya hai? Ke government ka jo jo jo daira hai, jo us ka domain hai, us ke bahar sari cheezein aa gayi. Isi liye is zamane mein dekhiye aap kehte hain "US administration</w:t>
      </w:r>
    </w:p>
    <w:p>
      <w:pPr>
        <w:jc w:val="right"/>
      </w:pPr>
      <w:r>
        <w:t>رشیا میں کیا گیا تھا تو وہ سب ٹوٹ پھوٹ گیا۔ کیونکہ unnatural تھا وہ۔ Industry پر کنٹرول کرنا یہ unnatural ہے، وہ چل نہیں سکتا ہے وہ۔ رشیا میں ٹوٹ پھوٹ گیا۔ تو اس کا مطلب کیا ہے؟ کہ government کا جو جو جو دائرہ ہے، جو اس کا domain ہے، اس کے باہر ساری چیزیں آ گئیں۔ اسی لیے اس زمانے میں دیکھیے آپ کہتے ہیں "US administration</w:t>
      </w:r>
    </w:p>
    <w:p>
      <w:r>
        <w:rPr>
          <w:b/>
        </w:rPr>
        <w:t xml:space="preserve">[30:08] </w:t>
      </w:r>
      <w:r>
        <w:t>.</w:t>
      </w:r>
    </w:p>
    <w:p>
      <w:pPr>
        <w:jc w:val="right"/>
      </w:pPr>
      <w:r>
        <w:t>"۔</w:t>
      </w:r>
    </w:p>
    <w:p>
      <w:r>
        <w:rPr>
          <w:b/>
        </w:rPr>
        <w:t xml:space="preserve">[30:11] </w:t>
      </w:r>
      <w:r>
        <w:t>yeh nahi kehte ke "US empire".</w:t>
      </w:r>
    </w:p>
    <w:p>
      <w:pPr>
        <w:jc w:val="right"/>
      </w:pPr>
      <w:r>
        <w:t>یہ نہیں کہتے کہ "US empire"۔</w:t>
      </w:r>
    </w:p>
    <w:p>
      <w:r>
        <w:rPr>
          <w:b/>
        </w:rPr>
        <w:t xml:space="preserve">[30:14] </w:t>
      </w:r>
      <w:r>
        <w:t>"US government" bhi nahi kehte.</w:t>
      </w:r>
    </w:p>
    <w:p>
      <w:pPr>
        <w:jc w:val="right"/>
      </w:pPr>
      <w:r>
        <w:t>"US government" بھی نہیں کہتے۔</w:t>
      </w:r>
    </w:p>
    <w:p>
      <w:r>
        <w:rPr>
          <w:b/>
        </w:rPr>
        <w:t xml:space="preserve">[30:18] </w:t>
      </w:r>
      <w:r>
        <w:t>kehte hain "US administration".</w:t>
      </w:r>
    </w:p>
    <w:p>
      <w:pPr>
        <w:jc w:val="right"/>
      </w:pPr>
      <w:r>
        <w:t>کہتے ہیں "US administration"۔</w:t>
      </w:r>
    </w:p>
    <w:p>
      <w:r>
        <w:rPr>
          <w:b/>
        </w:rPr>
        <w:t xml:space="preserve">[30:21] </w:t>
      </w:r>
      <w:r>
        <w:t>kyunke ab government jo kiya hai woh reduce ho kar administration ban gai.</w:t>
      </w:r>
    </w:p>
    <w:p>
      <w:pPr>
        <w:jc w:val="right"/>
      </w:pPr>
      <w:r>
        <w:t>کیونکہ اب government جو کیا ہے وہ reduce ہو کر administration بن گئی۔</w:t>
      </w:r>
    </w:p>
    <w:p>
      <w:r>
        <w:rPr>
          <w:b/>
        </w:rPr>
        <w:t xml:space="preserve">[30:24] </w:t>
      </w:r>
      <w:r>
        <w:t>jisko kehte hain "hindia prashasan" ya "intizamiya".</w:t>
      </w:r>
    </w:p>
    <w:p>
      <w:pPr>
        <w:jc w:val="right"/>
      </w:pPr>
      <w:r>
        <w:t>جس کو کہتے ہیں "ہندیہ پرساشن"۔ یا "انتظامیہ"۔</w:t>
      </w:r>
    </w:p>
    <w:p>
      <w:r>
        <w:rPr>
          <w:b/>
        </w:rPr>
        <w:t xml:space="preserve">[30:28] </w:t>
      </w:r>
      <w:r>
        <w:t>yani government jo hai ab sirf intizamiya ban gai hai.</w:t>
      </w:r>
    </w:p>
    <w:p>
      <w:pPr>
        <w:jc w:val="right"/>
      </w:pPr>
      <w:r>
        <w:t>یعنی government جو ہے اب صرف انتظامیہ بن گئی ہے۔</w:t>
      </w:r>
    </w:p>
    <w:p>
      <w:r>
        <w:rPr>
          <w:b/>
        </w:rPr>
        <w:t xml:space="preserve">[30:31] </w:t>
      </w:r>
      <w:r>
        <w:t>Administration ban gai hai bas.</w:t>
      </w:r>
    </w:p>
    <w:p>
      <w:pPr>
        <w:jc w:val="right"/>
      </w:pPr>
      <w:r>
        <w:t>Administration بن گئی ہے۔ بس۔</w:t>
      </w:r>
    </w:p>
    <w:p>
      <w:r>
        <w:rPr>
          <w:b/>
        </w:rPr>
        <w:t xml:space="preserve">[30:34] </w:t>
      </w:r>
      <w:r>
        <w:t>baqi sare jo jo jo zindagi ke jo</w:t>
      </w:r>
    </w:p>
    <w:p>
      <w:pPr>
        <w:jc w:val="right"/>
      </w:pPr>
      <w:r>
        <w:t>باقی سارے جو جو جو زندگی کے جو</w:t>
      </w:r>
    </w:p>
    <w:p>
      <w:r>
        <w:rPr>
          <w:b/>
        </w:rPr>
        <w:t xml:space="preserve">[30:38] </w:t>
      </w:r>
      <w:r>
        <w:t>department hain woh sab government se bahar aa gaye.</w:t>
      </w:r>
    </w:p>
    <w:p>
      <w:pPr>
        <w:jc w:val="right"/>
      </w:pPr>
      <w:r>
        <w:t>department ہیں وہ سب government سے باہر آ گئے۔</w:t>
      </w:r>
    </w:p>
    <w:p>
      <w:r>
        <w:rPr>
          <w:b/>
        </w:rPr>
        <w:t xml:space="preserve">[30:44] </w:t>
      </w:r>
      <w:r>
        <w:t>jaise education hai industry hai business hai tourism hai.</w:t>
      </w:r>
    </w:p>
    <w:p>
      <w:pPr>
        <w:jc w:val="right"/>
      </w:pPr>
      <w:r>
        <w:t>جیسے education ہے، industry ہے، business ہے، tourism ہے۔</w:t>
      </w:r>
    </w:p>
    <w:p>
      <w:r>
        <w:rPr>
          <w:b/>
        </w:rPr>
        <w:t xml:space="preserve">[30:50] </w:t>
      </w:r>
      <w:r>
        <w:t>aur agar aap isko shamil karen to daao work hai.</w:t>
      </w:r>
    </w:p>
    <w:p>
      <w:pPr>
        <w:jc w:val="right"/>
      </w:pPr>
      <w:r>
        <w:t>اور اگر آپ اس کو شامل کریں تو داؤ work ہے۔</w:t>
      </w:r>
    </w:p>
    <w:p>
      <w:r>
        <w:rPr>
          <w:b/>
        </w:rPr>
        <w:t xml:space="preserve">[30:56] </w:t>
      </w:r>
      <w:r>
        <w:t>yani sankron sankron zindagi ke maidan hain.</w:t>
      </w:r>
    </w:p>
    <w:p>
      <w:pPr>
        <w:jc w:val="right"/>
      </w:pPr>
      <w:r>
        <w:t>یعنی سینکڑوں سینکڑوں زندگی کے میدان ہیں۔</w:t>
      </w:r>
    </w:p>
    <w:p>
      <w:r>
        <w:rPr>
          <w:b/>
        </w:rPr>
        <w:t xml:space="preserve">[31:02] </w:t>
      </w:r>
      <w:r>
        <w:t>woh sab government ke bahar hain.</w:t>
      </w:r>
    </w:p>
    <w:p>
      <w:pPr>
        <w:jc w:val="right"/>
      </w:pPr>
      <w:r>
        <w:t>وہ سب government کے باہر ہیں۔</w:t>
      </w:r>
    </w:p>
    <w:p>
      <w:r>
        <w:rPr>
          <w:b/>
        </w:rPr>
        <w:t xml:space="preserve">[31:08] </w:t>
      </w:r>
      <w:r>
        <w:t>toh government kya hai government yahi hai ke iske paas police hoti hai iske paas fauj</w:t>
      </w:r>
    </w:p>
    <w:p>
      <w:pPr>
        <w:jc w:val="right"/>
      </w:pPr>
      <w:r>
        <w:t>تو government کیا ہے؟ Government یہی ہے کہ اس کے پاس پولیس ہوتی ہے، اس کے پاس فوج</w:t>
      </w:r>
    </w:p>
    <w:p>
      <w:r>
        <w:rPr>
          <w:b/>
        </w:rPr>
        <w:t xml:space="preserve">[31:13] </w:t>
      </w:r>
      <w:r>
        <w:t>hoti hai agar beshart karti hai woh intizam karti hai.</w:t>
      </w:r>
    </w:p>
    <w:p>
      <w:pPr>
        <w:jc w:val="right"/>
      </w:pPr>
      <w:r>
        <w:t>ہوتی ہے، اگر بے شرط کرتی ہے وہ انتظام کرتی ہے۔</w:t>
      </w:r>
    </w:p>
    <w:p>
      <w:r>
        <w:rPr>
          <w:b/>
        </w:rPr>
        <w:t xml:space="preserve">[31:19] </w:t>
      </w:r>
      <w:r>
        <w:t>isi liye aap dekhiye is zamane mein logon ne bahut si communities hain jinke paas political power nahi hai.</w:t>
      </w:r>
    </w:p>
    <w:p>
      <w:pPr>
        <w:jc w:val="right"/>
      </w:pPr>
      <w:r>
        <w:t>اسی لیے آپ دیکھیے اس زمانے میں لوگوں نے، بہت سی communities ہیں جن کے پاس political power نہیں ہے۔</w:t>
      </w:r>
    </w:p>
    <w:p>
      <w:r>
        <w:rPr>
          <w:b/>
        </w:rPr>
        <w:t xml:space="preserve">[31:24] </w:t>
      </w:r>
      <w:r>
        <w:t>lekin unhon ne bahut bade bade woh bana rakhe hain.</w:t>
      </w:r>
    </w:p>
    <w:p>
      <w:pPr>
        <w:jc w:val="right"/>
      </w:pPr>
      <w:r>
        <w:t>لیکن انہوں نے بہت بڑے بڑے وہ بنا رکھے ہیں۔</w:t>
      </w:r>
    </w:p>
    <w:p>
      <w:r>
        <w:rPr>
          <w:b/>
        </w:rPr>
        <w:t xml:space="preserve">[31:29] </w:t>
      </w:r>
      <w:r>
        <w:t>jaise United States mein yahudi jo hain woh chhaye hue hain.</w:t>
      </w:r>
    </w:p>
    <w:p>
      <w:pPr>
        <w:jc w:val="right"/>
      </w:pPr>
      <w:r>
        <w:t>جیسے United States میں یہودی جو ہیں وہ چھائے ہوئے ہیں۔</w:t>
      </w:r>
    </w:p>
    <w:p>
      <w:r>
        <w:rPr>
          <w:b/>
        </w:rPr>
        <w:t xml:space="preserve">[31:34] </w:t>
      </w:r>
      <w:r>
        <w:t>kyunke unke paas banking hai</w:t>
      </w:r>
    </w:p>
    <w:p>
      <w:pPr>
        <w:jc w:val="right"/>
      </w:pPr>
      <w:r>
        <w:t>کیونکہ ان کے پاس banking ہے،</w:t>
      </w:r>
    </w:p>
    <w:p>
      <w:r>
        <w:rPr>
          <w:b/>
        </w:rPr>
        <w:t xml:space="preserve">[31:39] </w:t>
      </w:r>
      <w:r>
        <w:t>unke paas media hai.</w:t>
      </w:r>
    </w:p>
    <w:p>
      <w:pPr>
        <w:jc w:val="right"/>
      </w:pPr>
      <w:r>
        <w:t>ان کے پاس میڈیا ہے۔</w:t>
      </w:r>
    </w:p>
    <w:p>
      <w:r>
        <w:rPr>
          <w:b/>
        </w:rPr>
        <w:t xml:space="preserve">[31:43] </w:t>
      </w:r>
      <w:r>
        <w:t>toh woh chhaye hue hain.</w:t>
      </w:r>
    </w:p>
    <w:p>
      <w:pPr>
        <w:jc w:val="right"/>
      </w:pPr>
      <w:r>
        <w:t>تو وہ چھائے ہوئے ہیں۔</w:t>
      </w:r>
    </w:p>
    <w:p>
      <w:r>
        <w:rPr>
          <w:b/>
        </w:rPr>
        <w:t xml:space="preserve">[31:48] </w:t>
      </w:r>
      <w:r>
        <w:t>yani government mein inka koi hissa nahi hai.</w:t>
      </w:r>
    </w:p>
    <w:p>
      <w:pPr>
        <w:jc w:val="right"/>
      </w:pPr>
      <w:r>
        <w:t>یعنی government میں ان کا کوئی حصہ نہیں ہے۔</w:t>
      </w:r>
    </w:p>
    <w:p>
      <w:r>
        <w:rPr>
          <w:b/>
        </w:rPr>
        <w:t xml:space="preserve">[31:52] </w:t>
      </w:r>
      <w:r>
        <w:t>kabhi bhi koi Jew jo hai woh president nahi banta wahan par.</w:t>
      </w:r>
    </w:p>
    <w:p>
      <w:pPr>
        <w:jc w:val="right"/>
      </w:pPr>
      <w:r>
        <w:t>کبھی بھی کوئی Jew جو ہے وہ president نہیں بنتا وہاں پر۔</w:t>
      </w:r>
    </w:p>
    <w:p>
      <w:r>
        <w:rPr>
          <w:b/>
        </w:rPr>
        <w:t xml:space="preserve">[31:57] </w:t>
      </w:r>
      <w:r>
        <w:t>lekin government ke bahar unhon ne apna ek bahut bada hold bana rakha hai.</w:t>
      </w:r>
    </w:p>
    <w:p>
      <w:pPr>
        <w:jc w:val="right"/>
      </w:pPr>
      <w:r>
        <w:t>لیکن government کے باہر انہوں نے اپنا ایک بہت بڑا hold بنا رکھا ہے۔</w:t>
      </w:r>
    </w:p>
    <w:p>
      <w:r>
        <w:rPr>
          <w:b/>
        </w:rPr>
        <w:t xml:space="preserve">[32:01] </w:t>
      </w:r>
      <w:r>
        <w:t>media mein banking mein aur doosri cheezon mein.</w:t>
      </w:r>
    </w:p>
    <w:p>
      <w:pPr>
        <w:jc w:val="right"/>
      </w:pPr>
      <w:r>
        <w:t>میڈیا میں، banking میں اور دوسری چیزوں میں۔</w:t>
      </w:r>
    </w:p>
    <w:p>
      <w:r>
        <w:rPr>
          <w:b/>
        </w:rPr>
        <w:t xml:space="preserve">[32:05] </w:t>
      </w:r>
      <w:r>
        <w:t>aise hi India mein aap dekhiye.</w:t>
      </w:r>
    </w:p>
    <w:p>
      <w:pPr>
        <w:jc w:val="right"/>
      </w:pPr>
      <w:r>
        <w:t>ایسے ہی انڈیا میں آپ دیکھیے۔</w:t>
      </w:r>
    </w:p>
    <w:p>
      <w:r>
        <w:rPr>
          <w:b/>
        </w:rPr>
        <w:t xml:space="preserve">[32:10] </w:t>
      </w:r>
      <w:r>
        <w:t>India mein Parsi hain sikh hain Christian hain yeh sab minorities hain.</w:t>
      </w:r>
    </w:p>
    <w:p>
      <w:pPr>
        <w:jc w:val="right"/>
      </w:pPr>
      <w:r>
        <w:t>انڈیا میں پارسی ہیں، سکھ ہیں، Christian ہیں، یہ سب minorities ہیں۔</w:t>
      </w:r>
    </w:p>
    <w:p>
      <w:r>
        <w:rPr>
          <w:b/>
        </w:rPr>
        <w:t xml:space="preserve">[32:18] </w:t>
      </w:r>
      <w:r>
        <w:t>government mein inka koi power nahi hai inko mila hua hai.</w:t>
      </w:r>
    </w:p>
    <w:p>
      <w:pPr>
        <w:jc w:val="right"/>
      </w:pPr>
      <w:r>
        <w:t>government میں ان کا کوئی power نہیں ہے ان کو ملا ہوا ہے۔</w:t>
      </w:r>
    </w:p>
    <w:p>
      <w:r>
        <w:rPr>
          <w:b/>
        </w:rPr>
        <w:t xml:space="preserve">[32:25] </w:t>
      </w:r>
      <w:r>
        <w:t>lekin aap dekhiye, political field se bahar unhon ne bohat bara hold bana rakha hai.</w:t>
      </w:r>
    </w:p>
    <w:p>
      <w:pPr>
        <w:jc w:val="right"/>
      </w:pPr>
      <w:r>
        <w:t>لیکن آپ دیکھیے، political field سے باہر انہوں نے بہت بڑا hold بنا رکھا ہے۔</w:t>
      </w:r>
    </w:p>
    <w:p>
      <w:r>
        <w:rPr>
          <w:b/>
        </w:rPr>
        <w:t xml:space="preserve">[32:33] </w:t>
      </w:r>
      <w:r>
        <w:t>Medical services mein, education mein, industry mein, business mein, education mein.</w:t>
      </w:r>
    </w:p>
    <w:p>
      <w:pPr>
        <w:jc w:val="right"/>
      </w:pPr>
      <w:r>
        <w:t>Medical services میں، education میں، industry میں، business میں، education میں۔</w:t>
      </w:r>
    </w:p>
    <w:p>
      <w:r>
        <w:rPr>
          <w:b/>
        </w:rPr>
        <w:t xml:space="preserve">[32:41] </w:t>
      </w:r>
      <w:r>
        <w:t>poore country par unhon ne apna hold bana rakha hai.</w:t>
      </w:r>
    </w:p>
    <w:p>
      <w:pPr>
        <w:jc w:val="right"/>
      </w:pPr>
      <w:r>
        <w:t>پورے country پر انہوں نے اپنا hold بنا رکھا ہے۔</w:t>
      </w:r>
    </w:p>
    <w:p>
      <w:r>
        <w:rPr>
          <w:b/>
        </w:rPr>
        <w:t xml:space="preserve">[32:46] </w:t>
      </w:r>
      <w:r>
        <w:t>to in logon ne jaan liya is raaz ko ke is zamane mein political decentralization hua hai.</w:t>
      </w:r>
    </w:p>
    <w:p>
      <w:pPr>
        <w:jc w:val="right"/>
      </w:pPr>
      <w:r>
        <w:t>تو ان لوگوں نے جان لیا اس راز کو کہ اس زمانے میں political decentralization ہوا ہے۔</w:t>
      </w:r>
    </w:p>
    <w:p>
      <w:r>
        <w:rPr>
          <w:b/>
        </w:rPr>
        <w:t xml:space="preserve">[32:51] </w:t>
      </w:r>
      <w:r>
        <w:t>is ko kehte hain institutionalization. Institution banana.</w:t>
      </w:r>
    </w:p>
    <w:p>
      <w:pPr>
        <w:jc w:val="right"/>
      </w:pPr>
      <w:r>
        <w:t>اس کو کہتے ہیں institutionalization۔ Institution بنانا۔</w:t>
      </w:r>
    </w:p>
    <w:p>
      <w:r>
        <w:rPr>
          <w:b/>
        </w:rPr>
        <w:t xml:space="preserve">[32:56] </w:t>
      </w:r>
      <w:r>
        <w:t>ab jo hai aap ko cabinet banane ki zaroorat nahi hai.</w:t>
      </w:r>
    </w:p>
    <w:p>
      <w:pPr>
        <w:jc w:val="right"/>
      </w:pPr>
      <w:r>
        <w:t>اب جو ہے آپ کو cabinet بنانے کی ضرورت نہیں ہے۔</w:t>
      </w:r>
    </w:p>
    <w:p>
      <w:r>
        <w:rPr>
          <w:b/>
        </w:rPr>
        <w:t xml:space="preserve">[33:01] </w:t>
      </w:r>
      <w:r>
        <w:t>Government form karne ki zaroorat nahi hai. Institution banaiye. Institution.</w:t>
      </w:r>
    </w:p>
    <w:p>
      <w:pPr>
        <w:jc w:val="right"/>
      </w:pPr>
      <w:r>
        <w:t>Government فارم کرنے کی ضرورت نہیں ہے۔ Institution بنائیے۔ Institution۔</w:t>
      </w:r>
    </w:p>
    <w:p>
      <w:r>
        <w:rPr>
          <w:b/>
        </w:rPr>
        <w:t xml:space="preserve">[33:06] </w:t>
      </w:r>
      <w:r>
        <w:t>yeh sab institutions hain. Educ</w:t>
      </w:r>
    </w:p>
    <w:p>
      <w:pPr>
        <w:jc w:val="right"/>
      </w:pPr>
      <w:r>
        <w:t>یہ سب institutions ہیں۔ Educ</w:t>
      </w:r>
    </w:p>
    <w:p>
      <w:r>
        <w:rPr>
          <w:b/>
        </w:rPr>
        <w:t xml:space="preserve">[33:11] </w:t>
      </w:r>
      <w:r>
        <w:t>ation based institution.</w:t>
      </w:r>
    </w:p>
    <w:p>
      <w:pPr>
        <w:jc w:val="right"/>
      </w:pPr>
      <w:r>
        <w:t>ation based institution۔</w:t>
      </w:r>
    </w:p>
    <w:p>
      <w:r>
        <w:rPr>
          <w:b/>
        </w:rPr>
        <w:t xml:space="preserve">[33:16] </w:t>
      </w:r>
      <w:r>
        <w:t>aur dunya bhar ke education, industry, da'o work, jis cheez mein chahen aap institution banaiye.</w:t>
      </w:r>
    </w:p>
    <w:p>
      <w:pPr>
        <w:jc w:val="right"/>
      </w:pPr>
      <w:r>
        <w:t>اور دنیا بھر کے education، industry، داؤ work، جس چیز میں چاہیں آپ institution بنائیے۔</w:t>
      </w:r>
    </w:p>
    <w:p>
      <w:r>
        <w:rPr>
          <w:b/>
        </w:rPr>
        <w:t xml:space="preserve">[33:21] </w:t>
      </w:r>
      <w:r>
        <w:t>aur baghair political power ke bare se bara kaam aap kar sakte hain, bare se bara kaam aap.</w:t>
      </w:r>
    </w:p>
    <w:p>
      <w:pPr>
        <w:jc w:val="right"/>
      </w:pPr>
      <w:r>
        <w:t>اور بغیر political power کے بڑے سے بڑا کام آپ کر سکتے ہیں، بڑے سے بڑا کام آپ۔</w:t>
      </w:r>
    </w:p>
    <w:p>
      <w:r>
        <w:rPr>
          <w:b/>
        </w:rPr>
        <w:t xml:space="preserve">[33:26] </w:t>
      </w:r>
      <w:r>
        <w:t>ab musalman is ko bhi nahi jante.</w:t>
      </w:r>
    </w:p>
    <w:p>
      <w:pPr>
        <w:jc w:val="right"/>
      </w:pPr>
      <w:r>
        <w:t>اب مسلمان اس کو بھی نہیں جانتے۔</w:t>
      </w:r>
    </w:p>
    <w:p>
      <w:r>
        <w:rPr>
          <w:b/>
        </w:rPr>
        <w:t xml:space="preserve">[33:31] </w:t>
      </w:r>
      <w:r>
        <w:t>is ko bhi nahi jante woh.</w:t>
      </w:r>
    </w:p>
    <w:p>
      <w:pPr>
        <w:jc w:val="right"/>
      </w:pPr>
      <w:r>
        <w:t>اس کو بھی نہیں جانتے وہ۔</w:t>
      </w:r>
    </w:p>
    <w:p>
      <w:r>
        <w:rPr>
          <w:b/>
        </w:rPr>
        <w:t xml:space="preserve">[33:36] </w:t>
      </w:r>
      <w:r>
        <w:t>woh isi mein jee rahe hain woh. yani</w:t>
      </w:r>
    </w:p>
    <w:p>
      <w:pPr>
        <w:jc w:val="right"/>
      </w:pPr>
      <w:r>
        <w:t>وہ اسی میں جی رہے ہیں وہ۔ یعنی</w:t>
      </w:r>
    </w:p>
    <w:p>
      <w:r>
        <w:rPr>
          <w:b/>
        </w:rPr>
        <w:t xml:space="preserve">[33:41] </w:t>
      </w:r>
      <w:r>
        <w:t>aap dekhiye Pakistan mein larai ho rahi hai.</w:t>
      </w:r>
    </w:p>
    <w:p>
      <w:pPr>
        <w:jc w:val="right"/>
      </w:pPr>
      <w:r>
        <w:t>آپ دیکھیے پاکستان میں لڑائی ہو رہی ہے۔</w:t>
      </w:r>
    </w:p>
    <w:p>
      <w:r>
        <w:rPr>
          <w:b/>
        </w:rPr>
        <w:t xml:space="preserve">[33:45] </w:t>
      </w:r>
      <w:r>
        <w:t>kyun? har aadmi chahta hai ke political gadhe par qabza kare.</w:t>
      </w:r>
    </w:p>
    <w:p>
      <w:pPr>
        <w:jc w:val="right"/>
      </w:pPr>
      <w:r>
        <w:t>کیوں؟ ہر آدمی چاہتا ہے کہ political گدھے پر قبضہ کرے۔</w:t>
      </w:r>
    </w:p>
    <w:p>
      <w:r>
        <w:rPr>
          <w:b/>
        </w:rPr>
        <w:t xml:space="preserve">[33:48] </w:t>
      </w:r>
      <w:r>
        <w:t>Political gadhe par qabza kare. bas.</w:t>
      </w:r>
    </w:p>
    <w:p>
      <w:pPr>
        <w:jc w:val="right"/>
      </w:pPr>
      <w:r>
        <w:t>Political گدھے پر قبضہ کرے۔ بس۔</w:t>
      </w:r>
    </w:p>
    <w:p>
      <w:r>
        <w:rPr>
          <w:b/>
        </w:rPr>
        <w:t xml:space="preserve">[33:51] </w:t>
      </w:r>
      <w:r>
        <w:t>arey bhai doosre jo kaam woh kyun nahi karte? Political gadhe ke bahar sab maidan khule hue hain.</w:t>
      </w:r>
    </w:p>
    <w:p>
      <w:pPr>
        <w:jc w:val="right"/>
      </w:pPr>
      <w:r>
        <w:t>ارے بھائی دوسرے جو کام وہ کیوں نہیں کرتے؟ Political گدھے کے باہر سب میدان کھلے ہوئے ہیں۔</w:t>
      </w:r>
    </w:p>
    <w:p>
      <w:r>
        <w:rPr>
          <w:b/>
        </w:rPr>
        <w:t xml:space="preserve">[33:55] </w:t>
      </w:r>
      <w:r>
        <w:t>Education ka maidan khula hua hai.</w:t>
      </w:r>
    </w:p>
    <w:p>
      <w:pPr>
        <w:jc w:val="right"/>
      </w:pPr>
      <w:r>
        <w:t>Education کا میدان کھلا ہوا ہے۔</w:t>
      </w:r>
    </w:p>
    <w:p>
      <w:r>
        <w:rPr>
          <w:b/>
        </w:rPr>
        <w:t xml:space="preserve">[33:58] </w:t>
      </w:r>
      <w:r>
        <w:t>Da'o work ka maidan khula hua hai.</w:t>
      </w:r>
    </w:p>
    <w:p>
      <w:pPr>
        <w:jc w:val="right"/>
      </w:pPr>
      <w:r>
        <w:t>داؤ work کا میدان کھلا ہوا ہے۔</w:t>
      </w:r>
    </w:p>
    <w:p>
      <w:r>
        <w:rPr>
          <w:b/>
        </w:rPr>
        <w:t xml:space="preserve">[34:01] </w:t>
      </w:r>
      <w:r>
        <w:t>Industry ka maidan khula hua hai.</w:t>
      </w:r>
    </w:p>
    <w:p>
      <w:pPr>
        <w:jc w:val="right"/>
      </w:pPr>
      <w:r>
        <w:t>Industry کا میدان کھلا ہوا ہے۔</w:t>
      </w:r>
    </w:p>
    <w:p>
      <w:r>
        <w:rPr>
          <w:b/>
        </w:rPr>
        <w:t xml:space="preserve">[34:05] </w:t>
      </w:r>
      <w:r>
        <w:t>Business ka maidan khula hua hai.</w:t>
      </w:r>
    </w:p>
    <w:p>
      <w:pPr>
        <w:jc w:val="right"/>
      </w:pPr>
      <w:r>
        <w:t>Business کا میدان کھلا ہوا ہے۔</w:t>
      </w:r>
    </w:p>
    <w:p>
      <w:r>
        <w:rPr>
          <w:b/>
        </w:rPr>
        <w:t xml:space="preserve">[34:08] </w:t>
      </w:r>
      <w:r>
        <w:t>kitne sare maidan khule</w:t>
      </w:r>
    </w:p>
    <w:p>
      <w:pPr>
        <w:jc w:val="right"/>
      </w:pPr>
      <w:r>
        <w:t>کتنے سارے میدان کھلے</w:t>
      </w:r>
    </w:p>
    <w:p>
      <w:r>
        <w:rPr>
          <w:b/>
        </w:rPr>
        <w:t xml:space="preserve">[34:11] </w:t>
      </w:r>
      <w:r>
        <w:t>hue hain lekin sara Pakistan ke log lad rahe hain pchas baras se.</w:t>
      </w:r>
    </w:p>
    <w:p>
      <w:pPr>
        <w:jc w:val="right"/>
      </w:pPr>
      <w:r>
        <w:t>ہوئے ہیں لیکن سارا پاکستان کے لوگ لڑ رہے ہیں پچاس برس سے۔</w:t>
      </w:r>
    </w:p>
    <w:p>
      <w:r>
        <w:rPr>
          <w:b/>
        </w:rPr>
        <w:t xml:space="preserve">[34:15] </w:t>
      </w:r>
      <w:r>
        <w:t>kis liye? Political gadhi mere paas aa jaye.</w:t>
      </w:r>
    </w:p>
    <w:p>
      <w:pPr>
        <w:jc w:val="right"/>
      </w:pPr>
      <w:r>
        <w:t>کس لیے؟ Political گدھی میرے پاس آ جائے۔</w:t>
      </w:r>
    </w:p>
    <w:p>
      <w:r>
        <w:rPr>
          <w:b/>
        </w:rPr>
        <w:t xml:space="preserve">[34:19] </w:t>
      </w:r>
      <w:r>
        <w:t>Political gadhi kisi ke paas bhi ho, aap jo hai jo khule maidan hain un mein opportunities hain</w:t>
      </w:r>
    </w:p>
    <w:p>
      <w:pPr>
        <w:jc w:val="right"/>
      </w:pPr>
      <w:r>
        <w:t>Political گدھی کسی کے پاس بھی ہو، آپ جو ہے جو کھلے میدان ہیں ان میں opportunities ہیں</w:t>
      </w:r>
    </w:p>
    <w:p>
      <w:r>
        <w:rPr>
          <w:b/>
        </w:rPr>
        <w:t xml:space="preserve">[34:23] </w:t>
      </w:r>
      <w:r>
        <w:t>is ko avail kijiye.</w:t>
      </w:r>
    </w:p>
    <w:p>
      <w:pPr>
        <w:jc w:val="right"/>
      </w:pPr>
      <w:r>
        <w:t>اس کو avail کیجیے۔</w:t>
      </w:r>
    </w:p>
    <w:p>
      <w:r>
        <w:rPr>
          <w:b/>
        </w:rPr>
        <w:t xml:space="preserve">[34:26] </w:t>
      </w:r>
      <w:r>
        <w:t>Seedhi si baat nahi jante.</w:t>
      </w:r>
    </w:p>
    <w:p>
      <w:pPr>
        <w:jc w:val="right"/>
      </w:pPr>
      <w:r>
        <w:t>سیدھی سی بات نہیں جانتے۔</w:t>
      </w:r>
    </w:p>
    <w:p>
      <w:r>
        <w:rPr>
          <w:b/>
        </w:rPr>
        <w:t xml:space="preserve">[34:30] </w:t>
      </w:r>
      <w:r>
        <w:t>Kyun? Obsession hai, obsession.</w:t>
      </w:r>
    </w:p>
    <w:p>
      <w:pPr>
        <w:jc w:val="right"/>
      </w:pPr>
      <w:r>
        <w:t>کیوں؟ Obsession ہے، obsession۔</w:t>
      </w:r>
    </w:p>
    <w:p>
      <w:r>
        <w:rPr>
          <w:b/>
        </w:rPr>
        <w:t xml:space="preserve">[34:34] </w:t>
      </w:r>
      <w:r>
        <w:t>ke gadhi, political gadhi hamare paas honi chahiye.</w:t>
      </w:r>
    </w:p>
    <w:p>
      <w:pPr>
        <w:jc w:val="right"/>
      </w:pPr>
      <w:r>
        <w:t>کہ گدھی، political گدھی ہمارے پاس ہونی چاہیے۔</w:t>
      </w:r>
    </w:p>
    <w:p>
      <w:r>
        <w:rPr>
          <w:b/>
        </w:rPr>
        <w:t xml:space="preserve">[34:38] </w:t>
      </w:r>
      <w:r>
        <w:t>Kyunke political gadhi hi woh samajhte hain sab kuch hai.</w:t>
      </w:r>
    </w:p>
    <w:p>
      <w:pPr>
        <w:jc w:val="right"/>
      </w:pPr>
      <w:r>
        <w:t>کیونکہ political گدھی ہی وہ سمجھتے ہیں سب کچھ ہے۔</w:t>
      </w:r>
    </w:p>
    <w:p>
      <w:r>
        <w:rPr>
          <w:b/>
        </w:rPr>
        <w:t xml:space="preserve">[34:42] </w:t>
      </w:r>
      <w:r>
        <w:t>Halanke ab is ke paas bohat kam reh gaya hai.</w:t>
      </w:r>
    </w:p>
    <w:p>
      <w:pPr>
        <w:jc w:val="right"/>
      </w:pPr>
      <w:r>
        <w:t>حالانکہ اب اس کے پاس بہت کم رہ گیا ہے۔</w:t>
      </w:r>
    </w:p>
    <w:p>
      <w:r>
        <w:rPr>
          <w:b/>
        </w:rPr>
        <w:t xml:space="preserve">[34:46] </w:t>
      </w:r>
      <w:r>
        <w:t>Toh decentralization of politics hua is zamane mein is ko bhi nahi jante.</w:t>
      </w:r>
    </w:p>
    <w:p>
      <w:pPr>
        <w:jc w:val="right"/>
      </w:pPr>
      <w:r>
        <w:t>تو decentralization of politics ہوا اس زمانے میں اس کو بھی نہیں جانتے۔</w:t>
      </w:r>
    </w:p>
    <w:p>
      <w:r>
        <w:rPr>
          <w:b/>
        </w:rPr>
        <w:t xml:space="preserve">[34:50] </w:t>
      </w:r>
      <w:r>
        <w:t>Democracy aa gayi jo power sharing ke concept par base karti hai woh bhi nahi jante.</w:t>
      </w:r>
    </w:p>
    <w:p>
      <w:pPr>
        <w:jc w:val="right"/>
      </w:pPr>
      <w:r>
        <w:t>Democracy آ گئی جو power sharing کے concept پر base کرتی ہے وہ بھی نہیں جانتے۔</w:t>
      </w:r>
    </w:p>
    <w:p>
      <w:r>
        <w:rPr>
          <w:b/>
        </w:rPr>
        <w:t xml:space="preserve">[34:55] </w:t>
      </w:r>
      <w:r>
        <w:t>Yeh sari jo kami hai woh hai musalmanon ke leaderon ki.</w:t>
      </w:r>
    </w:p>
    <w:p>
      <w:pPr>
        <w:jc w:val="right"/>
      </w:pPr>
      <w:r>
        <w:t>یہ ساری جو کمی ہے وہ ہے مسلمانوں کے لیڈروں کی۔</w:t>
      </w:r>
    </w:p>
    <w:p>
      <w:r>
        <w:rPr>
          <w:b/>
        </w:rPr>
        <w:t xml:space="preserve">[34:59] </w:t>
      </w:r>
      <w:r>
        <w:t>Maashrat ka jana hai.</w:t>
      </w:r>
    </w:p>
    <w:p>
      <w:pPr>
        <w:jc w:val="right"/>
      </w:pPr>
      <w:r>
        <w:t>معاشرت کا جانا ہے۔</w:t>
      </w:r>
    </w:p>
    <w:p>
      <w:r>
        <w:rPr>
          <w:b/>
        </w:rPr>
        <w:t xml:space="preserve">[35:04] </w:t>
      </w:r>
      <w:r>
        <w:t>Maashrat ka kaam nahi hai janna.</w:t>
      </w:r>
    </w:p>
    <w:p>
      <w:pPr>
        <w:jc w:val="right"/>
      </w:pPr>
      <w:r>
        <w:t>معاشرت کا کام نہیں ہے جاننا۔</w:t>
      </w:r>
    </w:p>
    <w:p>
      <w:r>
        <w:rPr>
          <w:b/>
        </w:rPr>
        <w:t xml:space="preserve">[35:08] </w:t>
      </w:r>
      <w:r>
        <w:t>Janne ka kaam hai leaderon ka. Toh</w:t>
      </w:r>
    </w:p>
    <w:p>
      <w:pPr>
        <w:jc w:val="right"/>
      </w:pPr>
      <w:r>
        <w:t>جاننے کا کام ہے لیڈروں کا۔ تو</w:t>
      </w:r>
    </w:p>
    <w:p>
      <w:r>
        <w:rPr>
          <w:b/>
        </w:rPr>
        <w:t xml:space="preserve">[35:13] </w:t>
      </w:r>
      <w:r>
        <w:t>un ko jo obsession hai, ghalat qism ka obsession, us ki wajah se saare musalmanon ko pareshan kiye hue hain. to behal mein yeh kahunga ke is zamane mein musalmanon ko jo nuqsan pohancha hai woh kisi doosre se nahi pohancha hai. musalmanon ki apni leadership se pohan</w:t>
      </w:r>
    </w:p>
    <w:p>
      <w:pPr>
        <w:jc w:val="right"/>
      </w:pPr>
      <w:r>
        <w:t>ان کو جو obsession ہے، غلط قسم کا obsession، اس کی وجہ سے سارے مسلمانوں کو پریشان کیے ہوئے ہیں۔ تو بہرحال میں یہ کہوں گا کہ اس زمانے میں مسلمانوں کو جو نقصان پہنچا ہے وہ کسی دوسرے سے نہیں پہنچا ہے۔ مسلمانوں کی اپنی leadership سے پہنچ</w:t>
      </w:r>
    </w:p>
    <w:p>
      <w:r>
        <w:rPr>
          <w:b/>
        </w:rPr>
        <w:t xml:space="preserve">[35:43] </w:t>
      </w:r>
      <w:r>
        <w:t>a hai.</w:t>
      </w:r>
    </w:p>
    <w:p>
      <w:pPr>
        <w:jc w:val="right"/>
      </w:pPr>
      <w:r>
        <w:t>ا ہے۔</w:t>
      </w:r>
    </w:p>
    <w:p>
      <w:r>
        <w:rPr>
          <w:b/>
        </w:rPr>
        <w:t xml:space="preserve">[35:47] </w:t>
      </w:r>
      <w:r>
        <w:t>Apni leadership se.</w:t>
      </w:r>
    </w:p>
    <w:p>
      <w:pPr>
        <w:jc w:val="right"/>
      </w:pPr>
      <w:r>
        <w:t>اپنی leadership سے۔</w:t>
      </w:r>
    </w:p>
    <w:p>
      <w:r>
        <w:rPr>
          <w:b/>
        </w:rPr>
        <w:t xml:space="preserve">[35:52] </w:t>
      </w:r>
      <w:r>
        <w:t>Aur ek toh yeh ke musalman jo hai acknowledge karna nahi jante.</w:t>
      </w:r>
    </w:p>
    <w:p>
      <w:pPr>
        <w:jc w:val="right"/>
      </w:pPr>
      <w:r>
        <w:t>اور ایک تو یہ کہ مسلمان جو ہے acknowledge کرنا نہیں جانتے۔</w:t>
      </w:r>
    </w:p>
    <w:p>
      <w:r>
        <w:rPr>
          <w:b/>
        </w:rPr>
        <w:t xml:space="preserve">[35:56] </w:t>
      </w:r>
      <w:r>
        <w:t>Acknowledge karna nahi jante.</w:t>
      </w:r>
    </w:p>
    <w:p>
      <w:pPr>
        <w:jc w:val="right"/>
      </w:pPr>
      <w:r>
        <w:t>Acknowledge کرنا نہیں جانتے۔</w:t>
      </w:r>
    </w:p>
    <w:p>
      <w:r>
        <w:rPr>
          <w:b/>
        </w:rPr>
        <w:t xml:space="preserve">[36:01] </w:t>
      </w:r>
      <w:r>
        <w:t>Objective thinking in ke andar nahi hai.</w:t>
      </w:r>
    </w:p>
    <w:p>
      <w:pPr>
        <w:jc w:val="right"/>
      </w:pPr>
      <w:r>
        <w:t>Objective thinking ان کے اندر نہیں ہے۔</w:t>
      </w:r>
    </w:p>
    <w:p>
      <w:r>
        <w:rPr>
          <w:b/>
        </w:rPr>
        <w:t xml:space="preserve">[36:05] </w:t>
      </w:r>
      <w:r>
        <w:t>Insaan ke liye sympathy nahi hai.</w:t>
      </w:r>
    </w:p>
    <w:p>
      <w:pPr>
        <w:jc w:val="right"/>
      </w:pPr>
      <w:r>
        <w:t>انسان کے لیے sympathy نہیں ہے۔</w:t>
      </w:r>
    </w:p>
    <w:p>
      <w:r>
        <w:rPr>
          <w:b/>
        </w:rPr>
        <w:t xml:space="preserve">[36:10] </w:t>
      </w:r>
      <w:r>
        <w:t>Dekhiye main aap ko ek misaal deta hoon ke kis tarah se</w:t>
      </w:r>
    </w:p>
    <w:p>
      <w:pPr>
        <w:jc w:val="right"/>
      </w:pPr>
      <w:r>
        <w:t>دیکھیے میں آپ کو ایک مثال دیتا ہوں کہ کس طرح سے</w:t>
      </w:r>
    </w:p>
    <w:p>
      <w:r>
        <w:rPr>
          <w:b/>
        </w:rPr>
        <w:t xml:space="preserve">[36:14] </w:t>
      </w:r>
      <w:r>
        <w:t>yani objective thinking na hone ki wajah se Muslim leaders jo hain kuch baat samajhte hi nahin, kisi</w:t>
      </w:r>
    </w:p>
    <w:p>
      <w:pPr>
        <w:jc w:val="right"/>
      </w:pPr>
      <w:r>
        <w:t>یعنی objective thinking نہ ہونے کی وجہ سے مسلم leaders جو ہیں کچھ بات سمجھتے ہی نہیں، کسی</w:t>
      </w:r>
    </w:p>
    <w:p>
      <w:r>
        <w:rPr>
          <w:b/>
        </w:rPr>
        <w:t xml:space="preserve">[36:18] </w:t>
      </w:r>
      <w:r>
        <w:t>baat ko samajhte hi nahi.</w:t>
      </w:r>
    </w:p>
    <w:p>
      <w:pPr>
        <w:jc w:val="right"/>
      </w:pPr>
      <w:r>
        <w:t>بات کو سمجھتے ہی نہیں۔</w:t>
      </w:r>
    </w:p>
    <w:p>
      <w:r>
        <w:rPr>
          <w:b/>
        </w:rPr>
        <w:t xml:space="preserve">[36:23] </w:t>
      </w:r>
      <w:r>
        <w:t>Dekhiye Palestine mein jo kuch hua hai is ka ek chota sa example aap dekh sakte hain nizam</w:t>
      </w:r>
    </w:p>
    <w:p>
      <w:pPr>
        <w:jc w:val="right"/>
      </w:pPr>
      <w:r>
        <w:t>دیکھیے Palestine میں جو کچھ ہوا ہے اس کا ایک چھوٹا سا example آپ دیکھ سکتے ہیں نظام</w:t>
      </w:r>
    </w:p>
    <w:p>
      <w:r>
        <w:rPr>
          <w:b/>
        </w:rPr>
        <w:t xml:space="preserve">[36:27] </w:t>
      </w:r>
      <w:r>
        <w:t>ul-din colony mein.</w:t>
      </w:r>
    </w:p>
    <w:p>
      <w:pPr>
        <w:jc w:val="right"/>
      </w:pPr>
      <w:r>
        <w:t>الدین کالونی میں۔</w:t>
      </w:r>
    </w:p>
    <w:p>
      <w:r>
        <w:rPr>
          <w:b/>
        </w:rPr>
        <w:t xml:space="preserve">[36:31] </w:t>
      </w:r>
      <w:r>
        <w:t>Chota sa example.</w:t>
      </w:r>
    </w:p>
    <w:p>
      <w:pPr>
        <w:jc w:val="right"/>
      </w:pPr>
      <w:r>
        <w:t>چھوٹا سا example۔</w:t>
      </w:r>
    </w:p>
    <w:p>
      <w:r>
        <w:rPr>
          <w:b/>
        </w:rPr>
        <w:t xml:space="preserve">[36:36] </w:t>
      </w:r>
      <w:r>
        <w:t>Lekin kisi ko khabar nahi is ki.</w:t>
      </w:r>
    </w:p>
    <w:p>
      <w:pPr>
        <w:jc w:val="right"/>
      </w:pPr>
      <w:r>
        <w:t>لیکن کسی کو خبر نہیں اس کی۔</w:t>
      </w:r>
    </w:p>
    <w:p>
      <w:r>
        <w:rPr>
          <w:b/>
        </w:rPr>
        <w:t xml:space="preserve">[36:40] </w:t>
      </w:r>
      <w:r>
        <w:t>kisi ek bhi musalman ko khabar nahi hai. dekhiye</w:t>
      </w:r>
    </w:p>
    <w:p>
      <w:pPr>
        <w:jc w:val="right"/>
      </w:pPr>
      <w:r>
        <w:t>کسی ایک بھی مسلم کو خبر نہیں ہے۔ دیکھیے</w:t>
      </w:r>
    </w:p>
    <w:p>
      <w:r>
        <w:rPr>
          <w:b/>
        </w:rPr>
        <w:t xml:space="preserve">[36:44] </w:t>
      </w:r>
      <w:r>
        <w:t>yahan par yeh jo nizamuddin colony hai yeh kaise bani? forty seven mein yeh sab jangla tha. yahan kuch bhi nahi tha. yahan koi basti nahi thi. phir jab forty seven mein bohat se hindu wahan se pakistan ke area se bhaag kar aaye to kai jagah woh basaye gaye woh. yeh yeh jo jagah thi woh un ko di gayi. jis ko kehte hain sharnarthi. ref</w:t>
      </w:r>
    </w:p>
    <w:p>
      <w:pPr>
        <w:jc w:val="right"/>
      </w:pPr>
      <w:r>
        <w:t>یہاں پر یہ جو نظام الدین کالونی ہے یہ کیسے بنی؟ Forty seven میں یہ سب جنگل تھا۔ یہاں کچھ بھی نہیں تھا۔ یہاں کوئی بستی نہیں تھی۔ پھر جب forty seven میں بہت سے ہندو وہاں سے پاکستان کے area سے بھاگ کر آئے تو کئی جگہ وہ بسائے گئے وہ۔ یہ یہ جو جگہ تھی وہ ان کو دی گئی۔ جس کو کہتے ہیں شرنار تھی۔ Ref</w:t>
      </w:r>
    </w:p>
    <w:p>
      <w:r>
        <w:rPr>
          <w:b/>
        </w:rPr>
        <w:t xml:space="preserve">[37:14] </w:t>
      </w:r>
      <w:r>
        <w:t>ugee</w:t>
      </w:r>
    </w:p>
    <w:p>
      <w:pPr>
        <w:jc w:val="right"/>
      </w:pPr>
      <w:r>
        <w:t>ugee۔</w:t>
      </w:r>
    </w:p>
    <w:p>
      <w:r>
        <w:rPr>
          <w:b/>
        </w:rPr>
        <w:t xml:space="preserve">[37:17] </w:t>
      </w:r>
      <w:r>
        <w:t>to yeh jo jagah hai jahan mein is waqt baitha hua hoon yeh bilkul jangla tha.</w:t>
      </w:r>
    </w:p>
    <w:p>
      <w:pPr>
        <w:jc w:val="right"/>
      </w:pPr>
      <w:r>
        <w:t>تو یہ جو جگہ ہے جہاں میں اس وقت بیٹھا ہوا ہوں یہ بالکل جنگل تھا۔</w:t>
      </w:r>
    </w:p>
    <w:p>
      <w:r>
        <w:rPr>
          <w:b/>
        </w:rPr>
        <w:t xml:space="preserve">[37:20] </w:t>
      </w:r>
      <w:r>
        <w:t>unhon ne yahan par colony banai.</w:t>
      </w:r>
    </w:p>
    <w:p>
      <w:pPr>
        <w:jc w:val="right"/>
      </w:pPr>
      <w:r>
        <w:t>انہوں نے یہاں پر کالونی بنائی۔</w:t>
      </w:r>
    </w:p>
    <w:p>
      <w:r>
        <w:rPr>
          <w:b/>
        </w:rPr>
        <w:t xml:space="preserve">[37:23] </w:t>
      </w:r>
      <w:r>
        <w:t>refugee hone ya sharnarthiyon ne.</w:t>
      </w:r>
    </w:p>
    <w:p>
      <w:pPr>
        <w:jc w:val="right"/>
      </w:pPr>
      <w:r>
        <w:t>Refugee ہونے یا شرنارتیوں نے۔</w:t>
      </w:r>
    </w:p>
    <w:p>
      <w:r>
        <w:rPr>
          <w:b/>
        </w:rPr>
        <w:t xml:space="preserve">[37:26] </w:t>
      </w:r>
      <w:r>
        <w:t>jis ko hum nizamuddin colony kehte hain.</w:t>
      </w:r>
    </w:p>
    <w:p>
      <w:pPr>
        <w:jc w:val="right"/>
      </w:pPr>
      <w:r>
        <w:t>جس کو ہم نظام الدین کالونی کہتے ہیں۔</w:t>
      </w:r>
    </w:p>
    <w:p>
      <w:r>
        <w:rPr>
          <w:b/>
        </w:rPr>
        <w:t xml:space="preserve">[37:29] </w:t>
      </w:r>
      <w:r>
        <w:t>yeh sara ka sara inhi sharnarthiyon ne banaya tha.</w:t>
      </w:r>
    </w:p>
    <w:p>
      <w:pPr>
        <w:jc w:val="right"/>
      </w:pPr>
      <w:r>
        <w:t>یہ سارا کا سارا انہی شرنارتیوں نے بنایا تھا۔</w:t>
      </w:r>
    </w:p>
    <w:p>
      <w:r>
        <w:rPr>
          <w:b/>
        </w:rPr>
        <w:t xml:space="preserve">[37:32] </w:t>
      </w:r>
      <w:r>
        <w:t>government ne in ko sahara di thi lekin banaya unhon ne tha.</w:t>
      </w:r>
    </w:p>
    <w:p>
      <w:pPr>
        <w:jc w:val="right"/>
      </w:pPr>
      <w:r>
        <w:t>Government نے ان کو سہارا دی تھی لیکن بنایا انہوں نے تھا۔</w:t>
      </w:r>
    </w:p>
    <w:p>
      <w:r>
        <w:rPr>
          <w:b/>
        </w:rPr>
        <w:t xml:space="preserve">[37:35] </w:t>
      </w:r>
      <w:r>
        <w:t>to yeh poori ki poori sharnarthiyon ki colony thi yeh.</w:t>
      </w:r>
    </w:p>
    <w:p>
      <w:pPr>
        <w:jc w:val="right"/>
      </w:pPr>
      <w:r>
        <w:t>تو یہ پوری کی پوری شرنارتیوں کی کالونی تھی یہ۔</w:t>
      </w:r>
    </w:p>
    <w:p>
      <w:r>
        <w:rPr>
          <w:b/>
        </w:rPr>
        <w:t xml:space="preserve">[37:38] </w:t>
      </w:r>
      <w:r>
        <w:t>poori ki poori.</w:t>
      </w:r>
    </w:p>
    <w:p>
      <w:pPr>
        <w:jc w:val="right"/>
      </w:pPr>
      <w:r>
        <w:t>پوری کی پوری۔</w:t>
      </w:r>
    </w:p>
    <w:p>
      <w:r>
        <w:rPr>
          <w:b/>
        </w:rPr>
        <w:t xml:space="preserve">[37:41] </w:t>
      </w:r>
      <w:r>
        <w:t>is ke baad kya hua</w:t>
      </w:r>
    </w:p>
    <w:p>
      <w:pPr>
        <w:jc w:val="right"/>
      </w:pPr>
      <w:r>
        <w:t>اس کے بعد کیا ہوا</w:t>
      </w:r>
    </w:p>
    <w:p>
      <w:r>
        <w:rPr>
          <w:b/>
        </w:rPr>
        <w:t xml:space="preserve">[37:44] </w:t>
      </w:r>
      <w:r>
        <w:t>? dheere dheere ke musalmanon ne paisa kamaya.</w:t>
      </w:r>
    </w:p>
    <w:p>
      <w:pPr>
        <w:jc w:val="right"/>
      </w:pPr>
      <w:r>
        <w:t>؟ دھیرے دھیرے کہ مسلمانوں نے پیسہ کمایا۔</w:t>
      </w:r>
    </w:p>
    <w:p>
      <w:r>
        <w:rPr>
          <w:b/>
        </w:rPr>
        <w:t xml:space="preserve">[37:49] </w:t>
      </w:r>
      <w:r>
        <w:t>paisa kama kar dheere dheere woh yahan ghar khareedne lage.</w:t>
      </w:r>
    </w:p>
    <w:p>
      <w:pPr>
        <w:jc w:val="right"/>
      </w:pPr>
      <w:r>
        <w:t>پیسہ کما کر دھیرے دھیرے وہ یہاں گھر خریدنے لگے۔</w:t>
      </w:r>
    </w:p>
    <w:p>
      <w:r>
        <w:rPr>
          <w:b/>
        </w:rPr>
        <w:t xml:space="preserve">[37:54] </w:t>
      </w:r>
      <w:r>
        <w:t>ghar khareedne lage.</w:t>
      </w:r>
    </w:p>
    <w:p>
      <w:pPr>
        <w:jc w:val="right"/>
      </w:pPr>
      <w:r>
        <w:t>گھر خریدنے لگے۔</w:t>
      </w:r>
    </w:p>
    <w:p>
      <w:r>
        <w:rPr>
          <w:b/>
        </w:rPr>
        <w:t xml:space="preserve">[37:58] </w:t>
      </w:r>
      <w:r>
        <w:t>ab kya hai ke yahan ke majority hi musalmanon ki ho gayi hai.</w:t>
      </w:r>
    </w:p>
    <w:p>
      <w:pPr>
        <w:jc w:val="right"/>
      </w:pPr>
      <w:r>
        <w:t>اب کیا ہے کہ یہاں کے majority ہی مسلمانوں کی ہو گئی ہے۔</w:t>
      </w:r>
    </w:p>
    <w:p>
      <w:r>
        <w:rPr>
          <w:b/>
        </w:rPr>
        <w:t xml:space="preserve">[38:03] </w:t>
      </w:r>
      <w:r>
        <w:t>bohat overwhelming majority.</w:t>
      </w:r>
    </w:p>
    <w:p>
      <w:pPr>
        <w:jc w:val="right"/>
      </w:pPr>
      <w:r>
        <w:t>بہت overwhelming majority۔</w:t>
      </w:r>
    </w:p>
    <w:p>
      <w:r>
        <w:rPr>
          <w:b/>
        </w:rPr>
        <w:t xml:space="preserve">[38:08] </w:t>
      </w:r>
      <w:r>
        <w:t>ab mein apne ghar par jab baithta hoon balcony mein dekhta hoon neeche to jitne roads se aane</w:t>
      </w:r>
    </w:p>
    <w:p>
      <w:pPr>
        <w:jc w:val="right"/>
      </w:pPr>
      <w:r>
        <w:t>اب میں اپنے گھر پر جب بیٹھتا ہوں balcony میں دیکھتا ہوں نیچے تو جتنے roads سے آنے</w:t>
      </w:r>
    </w:p>
    <w:p>
      <w:r>
        <w:rPr>
          <w:b/>
        </w:rPr>
        <w:t xml:space="preserve">[38:12] </w:t>
      </w:r>
      <w:r>
        <w:t>walay janay walay sab musalman hotay hain.</w:t>
      </w:r>
    </w:p>
    <w:p>
      <w:pPr>
        <w:jc w:val="right"/>
      </w:pPr>
      <w:r>
        <w:t>والے جانے والے سب مسلمان ہوتے ہیں۔</w:t>
      </w:r>
    </w:p>
    <w:p>
      <w:r>
        <w:rPr>
          <w:b/>
        </w:rPr>
        <w:t xml:space="preserve">[38:17] </w:t>
      </w:r>
      <w:r>
        <w:t>itni carain hain guzarti hain sab musalmanon ki carain hoti hain. to jo nizamuddin colony thi forty seven ke baad ek hindu colony aaj woh ek muslim colony ban gayi hai. kaise? ek silent revolution. ke musalman kama kamakar ke hinduo ke ghar khareedne lage. khareedte khareedte yeh ek naya wahan par revolution aa</w:t>
      </w:r>
    </w:p>
    <w:p>
      <w:pPr>
        <w:jc w:val="right"/>
      </w:pPr>
      <w:r>
        <w:t>اتنی کاریں ہیں گزرتی ہیں سب مسلمانوں کی کاریں ہوتی ہیں۔ تو جو نظام الدین کالونی تھی forty seven کے بعد ایک ہندو کالونی آج وہ ایک مسلم کالونی بن گئی ہے۔ کیسے؟ ایک silent revolution۔ کہ مسلمان کما کما کر کے ہندوؤں کے گھر خریدنے لگے۔ خریدتے خریدتے یہ ایک نیا وہاں پر revolution آ</w:t>
      </w:r>
    </w:p>
    <w:p>
      <w:r>
        <w:rPr>
          <w:b/>
        </w:rPr>
        <w:t xml:space="preserve">[38:47] </w:t>
      </w:r>
      <w:r>
        <w:t>gaya.</w:t>
      </w:r>
    </w:p>
    <w:p>
      <w:pPr>
        <w:jc w:val="right"/>
      </w:pPr>
      <w:r>
        <w:t>گیا۔</w:t>
      </w:r>
    </w:p>
    <w:p>
      <w:r>
        <w:rPr>
          <w:b/>
        </w:rPr>
        <w:t xml:space="preserve">[38:51] </w:t>
      </w:r>
      <w:r>
        <w:t>theek yahi kaam hua hai palestine mein.</w:t>
      </w:r>
    </w:p>
    <w:p>
      <w:pPr>
        <w:jc w:val="right"/>
      </w:pPr>
      <w:r>
        <w:t>ٹھیک یہی کام ہوا ہے Palestine میں۔</w:t>
      </w:r>
    </w:p>
    <w:p>
      <w:r>
        <w:rPr>
          <w:b/>
        </w:rPr>
        <w:t xml:space="preserve">[38:56] </w:t>
      </w:r>
      <w:r>
        <w:t>palestine mein bhi ki history shuru hoti hai nineteen forty eight se.</w:t>
      </w:r>
    </w:p>
    <w:p>
      <w:pPr>
        <w:jc w:val="right"/>
      </w:pPr>
      <w:r>
        <w:t>Palestine میں بھی کی history شروع ہوتی ہے nineteen forty eight سے۔</w:t>
      </w:r>
    </w:p>
    <w:p>
      <w:r>
        <w:rPr>
          <w:b/>
        </w:rPr>
        <w:t xml:space="preserve">[39:00] </w:t>
      </w:r>
      <w:r>
        <w:t>is ke pehle se wahan pe hindu, yahudi aanay lagay thay.</w:t>
      </w:r>
    </w:p>
    <w:p>
      <w:pPr>
        <w:jc w:val="right"/>
      </w:pPr>
      <w:r>
        <w:t>اس کے پہلے سے وہاں پہ ہندو، یہودی آنے لگے تھے۔</w:t>
      </w:r>
    </w:p>
    <w:p>
      <w:r>
        <w:rPr>
          <w:b/>
        </w:rPr>
        <w:t xml:space="preserve">[39:05] </w:t>
      </w:r>
      <w:r>
        <w:t>to pehle zamanay mein aap jantay hain ke aana jana itna rok nahi thi.</w:t>
      </w:r>
    </w:p>
    <w:p>
      <w:pPr>
        <w:jc w:val="right"/>
      </w:pPr>
      <w:r>
        <w:t>تو پہلے زمانے میں آپ جانتے ہیں کہ آنا جانا اتنا روک نہیں تھی۔</w:t>
      </w:r>
    </w:p>
    <w:p>
      <w:r>
        <w:rPr>
          <w:b/>
        </w:rPr>
        <w:t xml:space="preserve">[39:09] </w:t>
      </w:r>
      <w:r>
        <w:t>visa bhi nahi hota tha.</w:t>
      </w:r>
    </w:p>
    <w:p>
      <w:pPr>
        <w:jc w:val="right"/>
      </w:pPr>
      <w:r>
        <w:t>ویزہ بھی نہیں ہوتا تھا۔</w:t>
      </w:r>
    </w:p>
    <w:p>
      <w:r>
        <w:rPr>
          <w:b/>
        </w:rPr>
        <w:t xml:space="preserve">[39:13] </w:t>
      </w:r>
      <w:r>
        <w:t>to palestine ka sari zameen jo thi woh musalmanon ke paas thi, woh arbon ke paas thi. zyada tar.</w:t>
      </w:r>
    </w:p>
    <w:p>
      <w:pPr>
        <w:jc w:val="right"/>
      </w:pPr>
      <w:r>
        <w:t>تو Palestine کا ساری زمین جو تھی وہ مسلمانوں کے پاس تھی، وہ عربوں کے پاس تھی۔ زیادہ تر۔</w:t>
      </w:r>
    </w:p>
    <w:p>
      <w:r>
        <w:rPr>
          <w:b/>
        </w:rPr>
        <w:t xml:space="preserve">[39:18] </w:t>
      </w:r>
      <w:r>
        <w:t>ab woh yahoodi aate thay bahar se, wahan zameen khareedne lagay.</w:t>
      </w:r>
    </w:p>
    <w:p>
      <w:pPr>
        <w:jc w:val="right"/>
      </w:pPr>
      <w:r>
        <w:t>اب وہ یہودی آتے تھے باہر سے، وہاں زمین خریدنے لگے۔</w:t>
      </w:r>
    </w:p>
    <w:p>
      <w:r>
        <w:rPr>
          <w:b/>
        </w:rPr>
        <w:t xml:space="preserve">[39:21] </w:t>
      </w:r>
      <w:r>
        <w:t>to shuru shuru mein ek reservement tha musalmanon mein ke yahoodi ke haath zameen mat becho.</w:t>
      </w:r>
    </w:p>
    <w:p>
      <w:pPr>
        <w:jc w:val="right"/>
      </w:pPr>
      <w:r>
        <w:t>تو شروع شروع میں ایک reservement تھا مسلمانوں میں کہ یہودی کے ہاتھ زمین مت بیچو۔</w:t>
      </w:r>
    </w:p>
    <w:p>
      <w:r>
        <w:rPr>
          <w:b/>
        </w:rPr>
        <w:t xml:space="preserve">[39:24] </w:t>
      </w:r>
      <w:r>
        <w:t>lekin unhon ne daam barha diya.</w:t>
      </w:r>
    </w:p>
    <w:p>
      <w:pPr>
        <w:jc w:val="right"/>
      </w:pPr>
      <w:r>
        <w:t>لیکن انہوں نے دام بڑھا دیا۔</w:t>
      </w:r>
    </w:p>
    <w:p>
      <w:r>
        <w:rPr>
          <w:b/>
        </w:rPr>
        <w:t xml:space="preserve">[39:28] </w:t>
      </w:r>
      <w:r>
        <w:t>yahan jaisa ke yahan pe hua.</w:t>
      </w:r>
    </w:p>
    <w:p>
      <w:pPr>
        <w:jc w:val="right"/>
      </w:pPr>
      <w:r>
        <w:t>یہاں جیسا کہ یہاں پہ ہوا۔</w:t>
      </w:r>
    </w:p>
    <w:p>
      <w:r>
        <w:rPr>
          <w:b/>
        </w:rPr>
        <w:t xml:space="preserve">[39:31] </w:t>
      </w:r>
      <w:r>
        <w:t>yahan daam barha barha kar khareeda hai musalmanon ne yahan par.</w:t>
      </w:r>
    </w:p>
    <w:p>
      <w:pPr>
        <w:jc w:val="right"/>
      </w:pPr>
      <w:r>
        <w:t>یہاں دام بڑھا بڑھا کر خریدا ہے مسلمانوں نے یہاں پر۔</w:t>
      </w:r>
    </w:p>
    <w:p>
      <w:r>
        <w:rPr>
          <w:b/>
        </w:rPr>
        <w:t xml:space="preserve">[39:34] </w:t>
      </w:r>
      <w:r>
        <w:t>nizamuddin colony mein.</w:t>
      </w:r>
    </w:p>
    <w:p>
      <w:pPr>
        <w:jc w:val="right"/>
      </w:pPr>
      <w:r>
        <w:t>نظام الدین کالونی میں۔</w:t>
      </w:r>
    </w:p>
    <w:p>
      <w:r>
        <w:rPr>
          <w:b/>
        </w:rPr>
        <w:t xml:space="preserve">[39:38] </w:t>
      </w:r>
      <w:r>
        <w:t>to ulama ne fatwa diya ke yahoodiyon ke haath falasteen mein zameen bechna haram hai.</w:t>
      </w:r>
    </w:p>
    <w:p>
      <w:pPr>
        <w:jc w:val="right"/>
      </w:pPr>
      <w:r>
        <w:t>تو علماء نے فتویٰ دیا کہ یہودیوں کے ہاتھ فلسطین میں زمین بیچنا حرام ہے۔</w:t>
      </w:r>
    </w:p>
    <w:p>
      <w:r>
        <w:rPr>
          <w:b/>
        </w:rPr>
        <w:t xml:space="preserve">[39:41] </w:t>
      </w:r>
      <w:r>
        <w:t>baqayda fatwa diya.</w:t>
      </w:r>
    </w:p>
    <w:p>
      <w:pPr>
        <w:jc w:val="right"/>
      </w:pPr>
      <w:r>
        <w:t>باقاعدہ فتویٰ دیا۔</w:t>
      </w:r>
    </w:p>
    <w:p>
      <w:r>
        <w:rPr>
          <w:b/>
        </w:rPr>
        <w:t xml:space="preserve">[39:45] </w:t>
      </w:r>
      <w:r>
        <w:t>ke yahoodiyon ke haath</w:t>
      </w:r>
    </w:p>
    <w:p>
      <w:pPr>
        <w:jc w:val="right"/>
      </w:pPr>
      <w:r>
        <w:t>کہ یہودیوں کے ہاتھ</w:t>
      </w:r>
    </w:p>
    <w:p>
      <w:r>
        <w:rPr>
          <w:b/>
        </w:rPr>
        <w:t xml:space="preserve">[39:48] </w:t>
      </w:r>
      <w:r>
        <w:t>falasteen ki zameen bechna haram hai.</w:t>
      </w:r>
    </w:p>
    <w:p>
      <w:pPr>
        <w:jc w:val="right"/>
      </w:pPr>
      <w:r>
        <w:t>فلسطین کی زمین بیچنا حرام ہے۔</w:t>
      </w:r>
    </w:p>
    <w:p>
      <w:r>
        <w:rPr>
          <w:b/>
        </w:rPr>
        <w:t xml:space="preserve">[39:52] </w:t>
      </w:r>
      <w:r>
        <w:t>lekin hua kya? daam barha diya unhon ne.</w:t>
      </w:r>
    </w:p>
    <w:p>
      <w:pPr>
        <w:jc w:val="right"/>
      </w:pPr>
      <w:r>
        <w:t>لیکن ہوا کیا؟ دام بڑھا دیا انہوں نے۔</w:t>
      </w:r>
    </w:p>
    <w:p>
      <w:r>
        <w:rPr>
          <w:b/>
        </w:rPr>
        <w:t xml:space="preserve">[39:56] </w:t>
      </w:r>
      <w:r>
        <w:t>daam barha diya unhon ne.</w:t>
      </w:r>
    </w:p>
    <w:p>
      <w:pPr>
        <w:jc w:val="right"/>
      </w:pPr>
      <w:r>
        <w:t>دام بڑھا دیا انہوں نے۔</w:t>
      </w:r>
    </w:p>
    <w:p>
      <w:r>
        <w:rPr>
          <w:b/>
        </w:rPr>
        <w:t xml:space="preserve">[40:01] </w:t>
      </w:r>
      <w:r>
        <w:t>to ek purana misl hai ke dunya ka koi bhi gate itna necha nahi ke sone se lada</w:t>
      </w:r>
    </w:p>
    <w:p>
      <w:pPr>
        <w:jc w:val="right"/>
      </w:pPr>
      <w:r>
        <w:t>تو ایک پرانا مثل ہے کہ دنیا کا کوئی بھی gate اتنا نیچا نہیں کہ سونے سے لدا</w:t>
      </w:r>
    </w:p>
    <w:p>
      <w:r>
        <w:rPr>
          <w:b/>
        </w:rPr>
        <w:t xml:space="preserve">[40:05] </w:t>
      </w:r>
      <w:r>
        <w:t>hua oont is se guzar na sake.</w:t>
      </w:r>
    </w:p>
    <w:p>
      <w:pPr>
        <w:jc w:val="right"/>
      </w:pPr>
      <w:r>
        <w:t>ہوا اونٹ اس سے گزر نہ سکے۔</w:t>
      </w:r>
    </w:p>
    <w:p>
      <w:r>
        <w:rPr>
          <w:b/>
        </w:rPr>
        <w:t xml:space="preserve">[40:09] </w:t>
      </w:r>
      <w:r>
        <w:t>is se paas na ho sake.</w:t>
      </w:r>
    </w:p>
    <w:p>
      <w:pPr>
        <w:jc w:val="right"/>
      </w:pPr>
      <w:r>
        <w:t>اس سے پاس نہ ہو سکے۔</w:t>
      </w:r>
    </w:p>
    <w:p>
      <w:r>
        <w:rPr>
          <w:b/>
        </w:rPr>
        <w:t xml:space="preserve">[40:14] </w:t>
      </w:r>
      <w:r>
        <w:t>dunya ka koi bhi gate itna necha nahi ke sone se lada hua oont is se paar na ho sake.</w:t>
      </w:r>
    </w:p>
    <w:p>
      <w:pPr>
        <w:jc w:val="right"/>
      </w:pPr>
      <w:r>
        <w:t>دنیا کا کوئی بھی gate اتنا نیچا نہیں کہ سونے سے لدا ہوا اونٹ اس سے پار نہ ہو سکے۔</w:t>
      </w:r>
    </w:p>
    <w:p>
      <w:r>
        <w:rPr>
          <w:b/>
        </w:rPr>
        <w:t xml:space="preserve">[40:18] </w:t>
      </w:r>
      <w:r>
        <w:t>matlab sone se lada hua jab oont hoga to gate is ke liye ooncha ho jayega.</w:t>
      </w:r>
    </w:p>
    <w:p>
      <w:pPr>
        <w:jc w:val="right"/>
      </w:pPr>
      <w:r>
        <w:t>مطلب سونے سے لدا ہوا جب اونٹ ہوگا تو gate اس کے لیے اونچا ہو جائے گا۔</w:t>
      </w:r>
    </w:p>
    <w:p>
      <w:r>
        <w:rPr>
          <w:b/>
        </w:rPr>
        <w:t xml:space="preserve">[40:23] </w:t>
      </w:r>
      <w:r>
        <w:t>to Palestine mein yahoodiyon ne paisa barhaya, paisa barhaya, paisa barhaya.</w:t>
      </w:r>
    </w:p>
    <w:p>
      <w:pPr>
        <w:jc w:val="right"/>
      </w:pPr>
      <w:r>
        <w:t>تو Palestine میں یہودیوں نے پیسہ بڑھایا، پیسہ بڑھایا، پیسہ بڑھایا۔</w:t>
      </w:r>
    </w:p>
    <w:p>
      <w:r>
        <w:rPr>
          <w:b/>
        </w:rPr>
        <w:t xml:space="preserve">[40:28] </w:t>
      </w:r>
      <w:r>
        <w:t>to fatwa agarche tha ke haram hai bechna, tab bhi log bechte rahay.</w:t>
      </w:r>
    </w:p>
    <w:p>
      <w:pPr>
        <w:jc w:val="right"/>
      </w:pPr>
      <w:r>
        <w:t>تو فتویٰ اگرچہ تھا کہ حرام ہے بیچنا، تب بھی لوگ بیچتے رہے۔</w:t>
      </w:r>
    </w:p>
    <w:p>
      <w:r>
        <w:rPr>
          <w:b/>
        </w:rPr>
        <w:t xml:space="preserve">[40:33] </w:t>
      </w:r>
      <w:r>
        <w:t>yeh process pachaas baras tak chalta raha.</w:t>
      </w:r>
    </w:p>
    <w:p>
      <w:pPr>
        <w:jc w:val="right"/>
      </w:pPr>
      <w:r>
        <w:t>یہ process پچاس برس تک چلتا رہا۔</w:t>
      </w:r>
    </w:p>
    <w:p>
      <w:r>
        <w:rPr>
          <w:b/>
        </w:rPr>
        <w:t xml:space="preserve">[40:38] </w:t>
      </w:r>
      <w:r>
        <w:t>yahan tak yahoodiyon ne bohat zyada khareed liya wahan zameen, malik ban ke baith gaye.</w:t>
      </w:r>
    </w:p>
    <w:p>
      <w:pPr>
        <w:jc w:val="right"/>
      </w:pPr>
      <w:r>
        <w:t>یہاں تک یہودیوں نے بہت زیادہ خرید لیا وہاں زمین، مالک بن کے بیٹھ گئے۔</w:t>
      </w:r>
    </w:p>
    <w:p>
      <w:r>
        <w:rPr>
          <w:b/>
        </w:rPr>
        <w:t xml:space="preserve">[40:43] </w:t>
      </w:r>
      <w:r>
        <w:t>ab yeh jo koi batata</w:t>
      </w:r>
    </w:p>
    <w:p>
      <w:pPr>
        <w:jc w:val="right"/>
      </w:pPr>
      <w:r>
        <w:t>اب یہ جو کوئی بتات</w:t>
      </w:r>
    </w:p>
    <w:p>
      <w:r>
        <w:rPr>
          <w:b/>
        </w:rPr>
        <w:t xml:space="preserve">[40:48] </w:t>
      </w:r>
      <w:r>
        <w:t>nahi, kyunke main bohat detail mein parhta hoon cheezain to main ne jana hai is baat ko.</w:t>
      </w:r>
    </w:p>
    <w:p>
      <w:pPr>
        <w:jc w:val="right"/>
      </w:pPr>
      <w:r>
        <w:t>ا نہیں، کیونکہ میں بہت detail میں پڑھتا ہوں چیزیں تو میں نے جانا ہے اس بات کو۔</w:t>
      </w:r>
    </w:p>
    <w:p>
      <w:r>
        <w:rPr>
          <w:b/>
        </w:rPr>
        <w:t xml:space="preserve">[40:54] </w:t>
      </w:r>
      <w:r>
        <w:t>bas khali zulm ho raha hai, science ho rahi hai, bomb maar rahe hain ya woh Palestine mein</w:t>
      </w:r>
    </w:p>
    <w:p>
      <w:pPr>
        <w:jc w:val="right"/>
      </w:pPr>
      <w:r>
        <w:t>بس خالی ظلم ہو رہا ہے، سائنس ہو رہی ہے، بم مار رہے ہیں یا وہ Palestine میں</w:t>
      </w:r>
    </w:p>
    <w:p>
      <w:r>
        <w:rPr>
          <w:b/>
        </w:rPr>
        <w:t xml:space="preserve">[41:00] </w:t>
      </w:r>
      <w:r>
        <w:t>theek wahi history dohrai gayi hai jo hum nizamuddin colony mein dekhte hain.</w:t>
      </w:r>
    </w:p>
    <w:p>
      <w:pPr>
        <w:jc w:val="right"/>
      </w:pPr>
      <w:r>
        <w:t>ٹھیک وہی history دہرائی گئی ہے جو ہم نظام الدین کالونی میں دیکھتے ہیں۔</w:t>
      </w:r>
    </w:p>
    <w:p>
      <w:r>
        <w:rPr>
          <w:b/>
        </w:rPr>
        <w:t xml:space="preserve">[41:06] </w:t>
      </w:r>
      <w:r>
        <w:t>keh hindu colony ko musalmanon ne khareed khareed kar muslim colony mein convert kar liya.</w:t>
      </w:r>
    </w:p>
    <w:p>
      <w:pPr>
        <w:jc w:val="right"/>
      </w:pPr>
      <w:r>
        <w:t>کہ ہندو کالونی کو مسلمانوں نے خرید خرید کر مسلم کالونی میں convert کر لیا۔</w:t>
      </w:r>
    </w:p>
    <w:p>
      <w:r>
        <w:rPr>
          <w:b/>
        </w:rPr>
        <w:t xml:space="preserve">[41:12] </w:t>
      </w:r>
      <w:r>
        <w:t>yeh sab Palestine ko yahudiyon ne ek muslim</w:t>
      </w:r>
    </w:p>
    <w:p>
      <w:pPr>
        <w:jc w:val="right"/>
      </w:pPr>
      <w:r>
        <w:t>یہ سب Palestine کو یہودیوں نے ایک مسلم</w:t>
      </w:r>
    </w:p>
    <w:p>
      <w:r>
        <w:rPr>
          <w:b/>
        </w:rPr>
        <w:t xml:space="preserve">[41:18] </w:t>
      </w:r>
      <w:r>
        <w:t>land ko khareed khareed kar ke yahudi land bana liya.</w:t>
      </w:r>
    </w:p>
    <w:p>
      <w:pPr>
        <w:jc w:val="right"/>
      </w:pPr>
      <w:r>
        <w:t>land کو خرید خرید کر کے یہودی land بنا لیا۔</w:t>
      </w:r>
    </w:p>
    <w:p>
      <w:r>
        <w:rPr>
          <w:b/>
        </w:rPr>
        <w:t xml:space="preserve">[41:23] </w:t>
      </w:r>
      <w:r>
        <w:t>ab bataein keh sari dunya ke musalman falsehood mein jeete hain, falsehood mein.</w:t>
      </w:r>
    </w:p>
    <w:p>
      <w:pPr>
        <w:jc w:val="right"/>
      </w:pPr>
      <w:r>
        <w:t>اب بتائیں کہ ساری دنیا کے مسلمان falsehood میں جیتے ہیں، falsehood میں۔</w:t>
      </w:r>
    </w:p>
    <w:p>
      <w:r>
        <w:rPr>
          <w:b/>
        </w:rPr>
        <w:t xml:space="preserve">[41:28] </w:t>
      </w:r>
      <w:r>
        <w:t>yeh samajhte hain keh conspiracy hai, dushmani hai, zulm hai.</w:t>
      </w:r>
    </w:p>
    <w:p>
      <w:pPr>
        <w:jc w:val="right"/>
      </w:pPr>
      <w:r>
        <w:t>یہ سمجھتے ہیں کہ conspiracy ہے، دشمنی ہے، ظلم ہے۔</w:t>
      </w:r>
    </w:p>
    <w:p>
      <w:r>
        <w:rPr>
          <w:b/>
        </w:rPr>
        <w:t xml:space="preserve">[41:33] </w:t>
      </w:r>
      <w:r>
        <w:t>yahudi, yahudi jo hain hamare enemy of Islam hain.</w:t>
      </w:r>
    </w:p>
    <w:p>
      <w:pPr>
        <w:jc w:val="right"/>
      </w:pPr>
      <w:r>
        <w:t>یہودی، یہودی جو ہیں ہمارے enemy of اسلام ہیں۔</w:t>
      </w:r>
    </w:p>
    <w:p>
      <w:r>
        <w:rPr>
          <w:b/>
        </w:rPr>
        <w:t xml:space="preserve">[41:38] </w:t>
      </w:r>
      <w:r>
        <w:t>sab bekar baatein hain.</w:t>
      </w:r>
    </w:p>
    <w:p>
      <w:pPr>
        <w:jc w:val="right"/>
      </w:pPr>
      <w:r>
        <w:t>سب بیکار باتیں ہیں۔</w:t>
      </w:r>
    </w:p>
    <w:p>
      <w:r>
        <w:rPr>
          <w:b/>
        </w:rPr>
        <w:t xml:space="preserve">[41:43] </w:t>
      </w:r>
      <w:r>
        <w:t>dekhiye jab tak aap ke andar objectivity na ho, aap kisi baat ko samajh nahin sakte. yaad rakh</w:t>
      </w:r>
    </w:p>
    <w:p>
      <w:pPr>
        <w:jc w:val="right"/>
      </w:pPr>
      <w:r>
        <w:t>دیکھیے جب تک آپ کے اندر objectivity نہ ہو، آپ کسی بات کو سمجھ نہیں سکتے۔ یاد رکھ</w:t>
      </w:r>
    </w:p>
    <w:p>
      <w:r>
        <w:rPr>
          <w:b/>
        </w:rPr>
        <w:t xml:space="preserve">[41:48] </w:t>
      </w:r>
      <w:r>
        <w:t>iye.</w:t>
      </w:r>
    </w:p>
    <w:p>
      <w:pPr>
        <w:jc w:val="right"/>
      </w:pPr>
      <w:r>
        <w:t>یے۔</w:t>
      </w:r>
    </w:p>
    <w:p>
      <w:r>
        <w:rPr>
          <w:b/>
        </w:rPr>
        <w:t xml:space="preserve">[41:53] </w:t>
      </w:r>
      <w:r>
        <w:t>rasool Allah salallaho alaihi wasallam dua karte the keh is mein se ek ek yeh hoti thi</w:t>
      </w:r>
    </w:p>
    <w:p>
      <w:pPr>
        <w:jc w:val="right"/>
      </w:pPr>
      <w:r>
        <w:t>رسول اللہ صلی اللہ علیہ وسلم دعا کرتے تھے کہ اس میں سے ایک ایک یہ ہوتی تھی</w:t>
      </w:r>
    </w:p>
    <w:p>
      <w:r>
        <w:rPr>
          <w:b/>
        </w:rPr>
        <w:t xml:space="preserve">[41:57] </w:t>
      </w:r>
      <w:r>
        <w:t>dua keh warin al-ashya kama haya.</w:t>
      </w:r>
    </w:p>
    <w:p>
      <w:pPr>
        <w:jc w:val="right"/>
      </w:pPr>
      <w:r>
        <w:t>دعا کہ وارن الاشیاء کما حیا۔</w:t>
      </w:r>
    </w:p>
    <w:p>
      <w:r>
        <w:rPr>
          <w:b/>
        </w:rPr>
        <w:t xml:space="preserve">[42:02] </w:t>
      </w:r>
      <w:r>
        <w:t>Allahumma arina al-ashya kama haya.</w:t>
      </w:r>
    </w:p>
    <w:p>
      <w:pPr>
        <w:jc w:val="right"/>
      </w:pPr>
      <w:r>
        <w:t>اللہم ارین الاشیاء کما حیا۔</w:t>
      </w:r>
    </w:p>
    <w:p>
      <w:r>
        <w:rPr>
          <w:b/>
        </w:rPr>
        <w:t xml:space="preserve">[42:06] </w:t>
      </w:r>
      <w:r>
        <w:t>ae khuda mujh ko cheezein as it is dikha.</w:t>
      </w:r>
    </w:p>
    <w:p>
      <w:pPr>
        <w:jc w:val="right"/>
      </w:pPr>
      <w:r>
        <w:t>اے خدا مجھ کو چیزیں as it is دکھا۔</w:t>
      </w:r>
    </w:p>
    <w:p>
      <w:r>
        <w:rPr>
          <w:b/>
        </w:rPr>
        <w:t xml:space="preserve">[42:11] </w:t>
      </w:r>
      <w:r>
        <w:t>As it is.</w:t>
      </w:r>
    </w:p>
    <w:p>
      <w:pPr>
        <w:jc w:val="right"/>
      </w:pPr>
      <w:r>
        <w:t>As it is۔</w:t>
      </w:r>
    </w:p>
    <w:p>
      <w:r>
        <w:rPr>
          <w:b/>
        </w:rPr>
        <w:t xml:space="preserve">[42:15] </w:t>
      </w:r>
      <w:r>
        <w:t>is ke baad ek cheezein jo hain kai baar as it is nahin dikhai padti.</w:t>
      </w:r>
    </w:p>
    <w:p>
      <w:pPr>
        <w:jc w:val="right"/>
      </w:pPr>
      <w:r>
        <w:t>اس کے بعد ایک چیزیں جو ہیں کئی بار as it is نہیں دکھائی پڑتی۔</w:t>
      </w:r>
    </w:p>
    <w:p>
      <w:r>
        <w:rPr>
          <w:b/>
        </w:rPr>
        <w:t xml:space="preserve">[42:19] </w:t>
      </w:r>
      <w:r>
        <w:t>jaise ek aadmi color blind ho to use rang nahin dikhai dega.</w:t>
      </w:r>
    </w:p>
    <w:p>
      <w:pPr>
        <w:jc w:val="right"/>
      </w:pPr>
      <w:r>
        <w:t>جیسے ایک آدمی کلر بلائنڈ ہو تو اسے رنگ نہیں دکھائی دے گا۔</w:t>
      </w:r>
    </w:p>
    <w:p>
      <w:r>
        <w:rPr>
          <w:b/>
        </w:rPr>
        <w:t xml:space="preserve">[42:24] </w:t>
      </w:r>
      <w:r>
        <w:t>isi tareeqe se aadmi jo hai kai baar aisa hota hai keh cheezein us ko asli roop mein</w:t>
      </w:r>
    </w:p>
    <w:p>
      <w:pPr>
        <w:jc w:val="right"/>
      </w:pPr>
      <w:r>
        <w:t>اسی طریقے سے آدمی جو ہے کئی بار ایسا ہوتا ہے کہ چیزیں اس کو اصلی روپ میں</w:t>
      </w:r>
    </w:p>
    <w:p>
      <w:r>
        <w:rPr>
          <w:b/>
        </w:rPr>
        <w:t xml:space="preserve">[42:29] </w:t>
      </w:r>
      <w:r>
        <w:t>nahin dikhai deti.</w:t>
      </w:r>
    </w:p>
    <w:p>
      <w:pPr>
        <w:jc w:val="right"/>
      </w:pPr>
      <w:r>
        <w:t>نہیں دکھائی دیتی۔</w:t>
      </w:r>
    </w:p>
    <w:p>
      <w:r>
        <w:rPr>
          <w:b/>
        </w:rPr>
        <w:t xml:space="preserve">[42:34] </w:t>
      </w:r>
      <w:r>
        <w:t>to rasool Allah dua farmate the keh Allahumma arina al-ashya kama haya.</w:t>
      </w:r>
    </w:p>
    <w:p>
      <w:pPr>
        <w:jc w:val="right"/>
      </w:pPr>
      <w:r>
        <w:t>تو رسول اللہ دعا فرماتے تھے کہ اللہم ارین الاشیاء کما حیا۔</w:t>
      </w:r>
    </w:p>
    <w:p>
      <w:r>
        <w:rPr>
          <w:b/>
        </w:rPr>
        <w:t xml:space="preserve">[42:40] </w:t>
      </w:r>
      <w:r>
        <w:t>ae khuda mujh ko cheezein waisa hi dikha jaisi keh woh hain.</w:t>
      </w:r>
    </w:p>
    <w:p>
      <w:pPr>
        <w:jc w:val="right"/>
      </w:pPr>
      <w:r>
        <w:t>اے خدا مجھ کو چیزیں ویسا ہی دکھا جیسی کہ وہ ہیں۔</w:t>
      </w:r>
    </w:p>
    <w:p>
      <w:r>
        <w:rPr>
          <w:b/>
        </w:rPr>
        <w:t xml:space="preserve">[42:45] </w:t>
      </w:r>
      <w:r>
        <w:t>to as it is thinking.</w:t>
      </w:r>
    </w:p>
    <w:p>
      <w:pPr>
        <w:jc w:val="right"/>
      </w:pPr>
      <w:r>
        <w:t>تو as it is thinking۔</w:t>
      </w:r>
    </w:p>
    <w:p>
      <w:r>
        <w:rPr>
          <w:b/>
        </w:rPr>
        <w:t xml:space="preserve">[42:50] </w:t>
      </w:r>
      <w:r>
        <w:t>dekhiye as it is thinking jo hai woh bohat hi crucial cheez hai. without as it is thinking you cannot understand anything. you are blind. without as it is thinking you are like a blind person. to musalmanon ko na to khabar hai nizamuddin colony ki aur na khabar hai unhein palestine</w:t>
      </w:r>
    </w:p>
    <w:p>
      <w:pPr>
        <w:jc w:val="right"/>
      </w:pPr>
      <w:r>
        <w:t>دیکھیے as it is thinking جو ہے وہ بہت ہی crucial چیز ہے۔ Without as it is thinking you cannot understand anything۔ You are blind۔ Without as it is thinking you are like a blind person۔ تو مسلمانوں کو نہ تو خبر ہے نظام الدین کالونی کی اور نہ خبر ہے انہیں Palestine</w:t>
      </w:r>
    </w:p>
    <w:p>
      <w:r>
        <w:rPr>
          <w:b/>
        </w:rPr>
        <w:t xml:space="preserve">[43:20] </w:t>
      </w:r>
      <w:r>
        <w:t>ke mein kya hua.</w:t>
      </w:r>
    </w:p>
    <w:p>
      <w:pPr>
        <w:jc w:val="right"/>
      </w:pPr>
      <w:r>
        <w:t>کے میں کیا ہوا۔</w:t>
      </w:r>
    </w:p>
    <w:p>
      <w:r>
        <w:rPr>
          <w:b/>
        </w:rPr>
        <w:t xml:space="preserve">[43:26] </w:t>
      </w:r>
      <w:r>
        <w:t>halankeh ek hi history dono jagah hai.</w:t>
      </w:r>
    </w:p>
    <w:p>
      <w:pPr>
        <w:jc w:val="right"/>
      </w:pPr>
      <w:r>
        <w:t>حالانکہ ایک ہی history دونوں جگہ ہے۔</w:t>
      </w:r>
    </w:p>
    <w:p>
      <w:r>
        <w:rPr>
          <w:b/>
        </w:rPr>
        <w:t xml:space="preserve">[43:32] </w:t>
      </w:r>
      <w:r>
        <w:t>pese ke zor par yahan musalmanon ne convert kar liya colony ko.</w:t>
      </w:r>
    </w:p>
    <w:p>
      <w:pPr>
        <w:jc w:val="right"/>
      </w:pPr>
      <w:r>
        <w:t>پیسے کے زور پر یہاں مسلمانوں نے convert کر لیا کالونی کو۔</w:t>
      </w:r>
    </w:p>
    <w:p>
      <w:r>
        <w:rPr>
          <w:b/>
        </w:rPr>
        <w:t xml:space="preserve">[43:39] </w:t>
      </w:r>
      <w:r>
        <w:t>wahan bhi yahudiyon ne pese ke zor par convert kar liya Palestine ke zameen ko.</w:t>
      </w:r>
    </w:p>
    <w:p>
      <w:pPr>
        <w:jc w:val="right"/>
      </w:pPr>
      <w:r>
        <w:t>وہاں بھی یہودیوں نے پیسے کے زور پر convert کر لیا Palestine کے زمین کو۔</w:t>
      </w:r>
    </w:p>
    <w:p>
      <w:r>
        <w:rPr>
          <w:b/>
        </w:rPr>
        <w:t xml:space="preserve">[43:45] </w:t>
      </w:r>
      <w:r>
        <w:t>to dekhiye yeh jo dunya khuda ne banai hai yeh kis liye banai hai?</w:t>
      </w:r>
    </w:p>
    <w:p>
      <w:pPr>
        <w:jc w:val="right"/>
      </w:pPr>
      <w:r>
        <w:t>تو دیکھیے یہ جو دنیا خدا نے بنائی ہے یہ کس لیے بنائی ہے؟</w:t>
      </w:r>
    </w:p>
    <w:p>
      <w:r>
        <w:rPr>
          <w:b/>
        </w:rPr>
        <w:t xml:space="preserve">[43:51] </w:t>
      </w:r>
      <w:r>
        <w:t>yeh banai hai test ke liye.</w:t>
      </w:r>
    </w:p>
    <w:p>
      <w:pPr>
        <w:jc w:val="right"/>
      </w:pPr>
      <w:r>
        <w:t>یہ بنائی ہے test کے لیے۔</w:t>
      </w:r>
    </w:p>
    <w:p>
      <w:r>
        <w:rPr>
          <w:b/>
        </w:rPr>
        <w:t xml:space="preserve">[43:55] </w:t>
      </w:r>
      <w:r>
        <w:t>test ke liye banai hai.</w:t>
      </w:r>
    </w:p>
    <w:p>
      <w:pPr>
        <w:jc w:val="right"/>
      </w:pPr>
      <w:r>
        <w:t>Test کے لیے بنائی ہے۔</w:t>
      </w:r>
    </w:p>
    <w:p>
      <w:r>
        <w:rPr>
          <w:b/>
        </w:rPr>
        <w:t xml:space="preserve">[43:58] </w:t>
      </w:r>
      <w:r>
        <w:t>jab test hai to freedom hai.</w:t>
      </w:r>
    </w:p>
    <w:p>
      <w:pPr>
        <w:jc w:val="right"/>
      </w:pPr>
      <w:r>
        <w:t>جب test ہے تو freedom ہے۔</w:t>
      </w:r>
    </w:p>
    <w:p>
      <w:r>
        <w:rPr>
          <w:b/>
        </w:rPr>
        <w:t xml:space="preserve">[44:02] </w:t>
      </w:r>
      <w:r>
        <w:t>freedom hai to competition hai.</w:t>
      </w:r>
    </w:p>
    <w:p>
      <w:pPr>
        <w:jc w:val="right"/>
      </w:pPr>
      <w:r>
        <w:t>Freedom ہے تو competition ہے۔</w:t>
      </w:r>
    </w:p>
    <w:p>
      <w:r>
        <w:rPr>
          <w:b/>
        </w:rPr>
        <w:t xml:space="preserve">[44:05] </w:t>
      </w:r>
      <w:r>
        <w:t>competition hai to challenge hai.</w:t>
      </w:r>
    </w:p>
    <w:p>
      <w:pPr>
        <w:jc w:val="right"/>
      </w:pPr>
      <w:r>
        <w:t>Competition ہے تو challenge ہے۔</w:t>
      </w:r>
    </w:p>
    <w:p>
      <w:r>
        <w:rPr>
          <w:b/>
        </w:rPr>
        <w:t xml:space="preserve">[44:08] </w:t>
      </w:r>
      <w:r>
        <w:t>to yaad rakhiye yeh dunya chuncha khuda ne banai hai test ke liye is liye logon ko freedom</w:t>
      </w:r>
    </w:p>
    <w:p>
      <w:pPr>
        <w:jc w:val="right"/>
      </w:pPr>
      <w:r>
        <w:t>تو یاد رکھیے یہ دنیا چونکہ خدا نے بنائی ہے test کے لیے اس لیے لوگوں کو freedom</w:t>
      </w:r>
    </w:p>
    <w:p>
      <w:r>
        <w:rPr>
          <w:b/>
        </w:rPr>
        <w:t xml:space="preserve">[44:12] </w:t>
      </w:r>
      <w:r>
        <w:t>diya khuda ne.</w:t>
      </w:r>
    </w:p>
    <w:p>
      <w:pPr>
        <w:jc w:val="right"/>
      </w:pPr>
      <w:r>
        <w:t>دیا خدا نے۔</w:t>
      </w:r>
    </w:p>
    <w:p>
      <w:r>
        <w:rPr>
          <w:b/>
        </w:rPr>
        <w:t xml:space="preserve">[44:15] </w:t>
      </w:r>
      <w:r>
        <w:t>jab freedom diya hai to har ek apni apni planning karega.</w:t>
      </w:r>
    </w:p>
    <w:p>
      <w:pPr>
        <w:jc w:val="right"/>
      </w:pPr>
      <w:r>
        <w:t>جب freedom دیا ہے تو ہر ایک اپنی اپنی planning کرے گا۔</w:t>
      </w:r>
    </w:p>
    <w:p>
      <w:r>
        <w:rPr>
          <w:b/>
        </w:rPr>
        <w:t xml:space="preserve">[44:19] </w:t>
      </w:r>
      <w:r>
        <w:t>apne apne lehaz se woh cheezon par qabza karna chahega.</w:t>
      </w:r>
    </w:p>
    <w:p>
      <w:pPr>
        <w:jc w:val="right"/>
      </w:pPr>
      <w:r>
        <w:t>اپنے اپنے لحاظ سے وہ چیزوں پر قبضہ کرنا چاہے گا۔</w:t>
      </w:r>
    </w:p>
    <w:p>
      <w:r>
        <w:rPr>
          <w:b/>
        </w:rPr>
        <w:t xml:space="preserve">[44:22] </w:t>
      </w:r>
      <w:r>
        <w:t>exploit karna chahega.</w:t>
      </w:r>
    </w:p>
    <w:p>
      <w:pPr>
        <w:jc w:val="right"/>
      </w:pPr>
      <w:r>
        <w:t>Exploit کرنا چاہے گا۔</w:t>
      </w:r>
    </w:p>
    <w:p>
      <w:r>
        <w:rPr>
          <w:b/>
        </w:rPr>
        <w:t xml:space="preserve">[44:27] </w:t>
      </w:r>
      <w:r>
        <w:t>aap rok nahi sakte is ko.</w:t>
      </w:r>
    </w:p>
    <w:p>
      <w:pPr>
        <w:jc w:val="right"/>
      </w:pPr>
      <w:r>
        <w:t>آپ روک نہیں سکتے اس کو۔</w:t>
      </w:r>
    </w:p>
    <w:p>
      <w:r>
        <w:rPr>
          <w:b/>
        </w:rPr>
        <w:t xml:space="preserve">[44:32] </w:t>
      </w:r>
      <w:r>
        <w:t>khuda ki di hui freedom ko aap abolish nahi kar sakte.</w:t>
      </w:r>
    </w:p>
    <w:p>
      <w:pPr>
        <w:jc w:val="right"/>
      </w:pPr>
      <w:r>
        <w:t>خدا کی دی ہوئی freedom کو آپ abolish نہیں کر سکتے۔</w:t>
      </w:r>
    </w:p>
    <w:p>
      <w:r>
        <w:rPr>
          <w:b/>
        </w:rPr>
        <w:t xml:space="preserve">[44:36] </w:t>
      </w:r>
      <w:r>
        <w:t>it is beyond your capacity.</w:t>
      </w:r>
    </w:p>
    <w:p>
      <w:pPr>
        <w:jc w:val="right"/>
      </w:pPr>
      <w:r>
        <w:t>It is beyond your capacity۔</w:t>
      </w:r>
    </w:p>
    <w:p>
      <w:r>
        <w:rPr>
          <w:b/>
        </w:rPr>
        <w:t xml:space="preserve">[44:41] </w:t>
      </w:r>
      <w:r>
        <w:t>it is beyond your capacity.</w:t>
      </w:r>
    </w:p>
    <w:p>
      <w:pPr>
        <w:jc w:val="right"/>
      </w:pPr>
      <w:r>
        <w:t>It is beyond your capacity۔</w:t>
      </w:r>
    </w:p>
    <w:p>
      <w:r>
        <w:rPr>
          <w:b/>
        </w:rPr>
        <w:t xml:space="preserve">[44:46] </w:t>
      </w:r>
      <w:r>
        <w:t>saare log bhool jate hain is baat ko ke jo kuch dunya mein hai woh hai due to freedom.</w:t>
      </w:r>
    </w:p>
    <w:p>
      <w:pPr>
        <w:jc w:val="right"/>
      </w:pPr>
      <w:r>
        <w:t>سارے لوگ بھول جاتے ہیں اس بات کو کہ جو کچھ دنیا میں ہے وہ ہے due to freedom۔</w:t>
      </w:r>
    </w:p>
    <w:p>
      <w:r>
        <w:rPr>
          <w:b/>
        </w:rPr>
        <w:t xml:space="preserve">[44:50] </w:t>
      </w:r>
      <w:r>
        <w:t>aur freedom kis ne di hai? khuda ne di hai.</w:t>
      </w:r>
    </w:p>
    <w:p>
      <w:pPr>
        <w:jc w:val="right"/>
      </w:pPr>
      <w:r>
        <w:t>اور freedom کس نے دی ہے؟ خدا نے دی ہے۔</w:t>
      </w:r>
    </w:p>
    <w:p>
      <w:r>
        <w:rPr>
          <w:b/>
        </w:rPr>
        <w:t xml:space="preserve">[44:55] </w:t>
      </w:r>
      <w:r>
        <w:t>dekhiye ek hai solar system, galaxy aur mountain aur samandar aur ocean yeh sab ek yeh world hai material world.</w:t>
      </w:r>
    </w:p>
    <w:p>
      <w:pPr>
        <w:jc w:val="right"/>
      </w:pPr>
      <w:r>
        <w:t>دیکھیے ایک ہے solar system، galaxy اور mountain اور سمندر اور ocean یہ سب ایک یہ world ہے material world۔</w:t>
      </w:r>
    </w:p>
    <w:p>
      <w:r>
        <w:rPr>
          <w:b/>
        </w:rPr>
        <w:t xml:space="preserve">[45:01] </w:t>
      </w:r>
      <w:r>
        <w:t>wahan par freedom nahi hai.</w:t>
      </w:r>
    </w:p>
    <w:p>
      <w:pPr>
        <w:jc w:val="right"/>
      </w:pPr>
      <w:r>
        <w:t>وہاں پر freedom نہیں ہے۔</w:t>
      </w:r>
    </w:p>
    <w:p>
      <w:r>
        <w:rPr>
          <w:b/>
        </w:rPr>
        <w:t xml:space="preserve">[45:06] </w:t>
      </w:r>
      <w:r>
        <w:t>wahan par compulsion hai.</w:t>
      </w:r>
    </w:p>
    <w:p>
      <w:pPr>
        <w:jc w:val="right"/>
      </w:pPr>
      <w:r>
        <w:t>وہاں پر compulsion ہے۔</w:t>
      </w:r>
    </w:p>
    <w:p>
      <w:r>
        <w:rPr>
          <w:b/>
        </w:rPr>
        <w:t xml:space="preserve">[45:12] </w:t>
      </w:r>
      <w:r>
        <w:t>yani yeh sari cheezen jo hain material world jo hain woh law of nature se govern ho rahi hain.</w:t>
      </w:r>
    </w:p>
    <w:p>
      <w:pPr>
        <w:jc w:val="right"/>
      </w:pPr>
      <w:r>
        <w:t>یعنی یہ ساری چیزیں جو ہیں material world جو ہیں وہ law of nature سے govern ہو رہی ہیں۔</w:t>
      </w:r>
    </w:p>
    <w:p>
      <w:r>
        <w:rPr>
          <w:b/>
        </w:rPr>
        <w:t xml:space="preserve">[45:17] </w:t>
      </w:r>
      <w:r>
        <w:t>law of nature chalta hai wahan par.</w:t>
      </w:r>
    </w:p>
    <w:p>
      <w:pPr>
        <w:jc w:val="right"/>
      </w:pPr>
      <w:r>
        <w:t>Law of nature چلتا ہے وہاں پر۔</w:t>
      </w:r>
    </w:p>
    <w:p>
      <w:r>
        <w:rPr>
          <w:b/>
        </w:rPr>
        <w:t xml:space="preserve">[45:23] </w:t>
      </w:r>
      <w:r>
        <w:t>lekin yeh yeh jo insani dunya jo hai insani dunya</w:t>
      </w:r>
    </w:p>
    <w:p>
      <w:pPr>
        <w:jc w:val="right"/>
      </w:pPr>
      <w:r>
        <w:t>لیکن یہ یہ جو انسانی دنیا جو ہے انسانی دنیا</w:t>
      </w:r>
    </w:p>
    <w:p>
      <w:r>
        <w:rPr>
          <w:b/>
        </w:rPr>
        <w:t xml:space="preserve">[45:28] </w:t>
      </w:r>
      <w:r>
        <w:t>yahan to freedom hai.</w:t>
      </w:r>
    </w:p>
    <w:p>
      <w:pPr>
        <w:jc w:val="right"/>
      </w:pPr>
      <w:r>
        <w:t>یہاں تو freedom ہے۔</w:t>
      </w:r>
    </w:p>
    <w:p>
      <w:r>
        <w:rPr>
          <w:b/>
        </w:rPr>
        <w:t xml:space="preserve">[45:31] </w:t>
      </w:r>
      <w:r>
        <w:t>har aadmi ko khuda ne freedom de rakha hai.</w:t>
      </w:r>
    </w:p>
    <w:p>
      <w:pPr>
        <w:jc w:val="right"/>
      </w:pPr>
      <w:r>
        <w:t>ہر آدمی کو خدا نے freedom دے رکھا ہے۔</w:t>
      </w:r>
    </w:p>
    <w:p>
      <w:r>
        <w:rPr>
          <w:b/>
        </w:rPr>
        <w:t xml:space="preserve">[45:33] </w:t>
      </w:r>
      <w:r>
        <w:t>aap abolish kar nahi sakte freedom ko.</w:t>
      </w:r>
    </w:p>
    <w:p>
      <w:pPr>
        <w:jc w:val="right"/>
      </w:pPr>
      <w:r>
        <w:t>آپ abolish کر نہیں سکتے freedom کو۔</w:t>
      </w:r>
    </w:p>
    <w:p>
      <w:r>
        <w:rPr>
          <w:b/>
        </w:rPr>
        <w:t xml:space="preserve">[45:35] </w:t>
      </w:r>
      <w:r>
        <w:t>jab freedom hai to woh sab kuch karega jo us ki samajh mein aayega.</w:t>
      </w:r>
    </w:p>
    <w:p>
      <w:pPr>
        <w:jc w:val="right"/>
      </w:pPr>
      <w:r>
        <w:t>جب freedom ہے تو وہ سب کچھ کرے گا جو اس کی سمجھ میں آئے گا۔</w:t>
      </w:r>
    </w:p>
    <w:p>
      <w:r>
        <w:rPr>
          <w:b/>
        </w:rPr>
        <w:t xml:space="preserve">[45:38] </w:t>
      </w:r>
      <w:r>
        <w:t>jis mein woh apne interest dekhega woh karega.</w:t>
      </w:r>
    </w:p>
    <w:p>
      <w:pPr>
        <w:jc w:val="right"/>
      </w:pPr>
      <w:r>
        <w:t>جس میں وہ اپنے interest دیکھے گا وہ کرے گا۔</w:t>
      </w:r>
    </w:p>
    <w:p>
      <w:r>
        <w:rPr>
          <w:b/>
        </w:rPr>
        <w:t xml:space="preserve">[45:40] </w:t>
      </w:r>
      <w:r>
        <w:t>apne ego chalayega.</w:t>
      </w:r>
    </w:p>
    <w:p>
      <w:pPr>
        <w:jc w:val="right"/>
      </w:pPr>
      <w:r>
        <w:t>اپنے ego چلائے گا۔</w:t>
      </w:r>
    </w:p>
    <w:p>
      <w:r>
        <w:rPr>
          <w:b/>
        </w:rPr>
        <w:t xml:space="preserve">[45:42] </w:t>
      </w:r>
      <w:r>
        <w:t>apne interest chalayega.</w:t>
      </w:r>
    </w:p>
    <w:p>
      <w:pPr>
        <w:jc w:val="right"/>
      </w:pPr>
      <w:r>
        <w:t>اپنے interest چلائے گا۔</w:t>
      </w:r>
    </w:p>
    <w:p>
      <w:r>
        <w:rPr>
          <w:b/>
        </w:rPr>
        <w:t xml:space="preserve">[45:45] </w:t>
      </w:r>
      <w:r>
        <w:t>woh exploit karega.</w:t>
      </w:r>
    </w:p>
    <w:p>
      <w:pPr>
        <w:jc w:val="right"/>
      </w:pPr>
      <w:r>
        <w:t>وہ exploit کرے گا۔</w:t>
      </w:r>
    </w:p>
    <w:p>
      <w:r>
        <w:rPr>
          <w:b/>
        </w:rPr>
        <w:t xml:space="preserve">[45:47] </w:t>
      </w:r>
      <w:r>
        <w:t>woh sab kuch karega.</w:t>
      </w:r>
    </w:p>
    <w:p>
      <w:pPr>
        <w:jc w:val="right"/>
      </w:pPr>
      <w:r>
        <w:t>وہ سب کچھ کرے گا۔</w:t>
      </w:r>
    </w:p>
    <w:p>
      <w:r>
        <w:rPr>
          <w:b/>
        </w:rPr>
        <w:t xml:space="preserve">[45:49] </w:t>
      </w:r>
      <w:r>
        <w:t>aap rok nahi sakte is ko.</w:t>
      </w:r>
    </w:p>
    <w:p>
      <w:pPr>
        <w:jc w:val="right"/>
      </w:pPr>
      <w:r>
        <w:t>آپ روک نہیں سکتے اس کو۔</w:t>
      </w:r>
    </w:p>
    <w:p>
      <w:r>
        <w:rPr>
          <w:b/>
        </w:rPr>
        <w:t xml:space="preserve">[45:52] </w:t>
      </w:r>
      <w:r>
        <w:t>aap jo kuch aap ke bas mein hai woh yeh nahi hai ke aap complaint karein, protest karein</w:t>
      </w:r>
    </w:p>
    <w:p>
      <w:pPr>
        <w:jc w:val="right"/>
      </w:pPr>
      <w:r>
        <w:t>آپ جو کچھ آپ کے بس میں ہے وہ یہ نہیں ہے کہ آپ complaint کریں، protest کریں</w:t>
      </w:r>
    </w:p>
    <w:p>
      <w:r>
        <w:rPr>
          <w:b/>
        </w:rPr>
        <w:t xml:space="preserve">[45:54] </w:t>
      </w:r>
      <w:r>
        <w:t>ya karein woh karein.</w:t>
      </w:r>
    </w:p>
    <w:p>
      <w:pPr>
        <w:jc w:val="right"/>
      </w:pPr>
      <w:r>
        <w:t>یا کریں وہ کریں۔</w:t>
      </w:r>
    </w:p>
    <w:p>
      <w:r>
        <w:rPr>
          <w:b/>
        </w:rPr>
        <w:t xml:space="preserve">[45:56] </w:t>
      </w:r>
      <w:r>
        <w:t>yeh kuch yeh yeh</w:t>
      </w:r>
    </w:p>
    <w:p>
      <w:pPr>
        <w:jc w:val="right"/>
      </w:pPr>
      <w:r>
        <w:t>یہ کچھ یہ یہ</w:t>
      </w:r>
    </w:p>
    <w:p>
      <w:r>
        <w:rPr>
          <w:b/>
        </w:rPr>
        <w:t xml:space="preserve">[45:58] </w:t>
      </w:r>
      <w:r>
        <w:t>to bilkul futile hai yeh sab.</w:t>
      </w:r>
    </w:p>
    <w:p>
      <w:pPr>
        <w:jc w:val="right"/>
      </w:pPr>
      <w:r>
        <w:t>تو بالکل futile ہے یہ سب۔</w:t>
      </w:r>
    </w:p>
    <w:p>
      <w:r>
        <w:rPr>
          <w:b/>
        </w:rPr>
        <w:t xml:space="preserve">[46:03] </w:t>
      </w:r>
      <w:r>
        <w:t>Protest is nothing.</w:t>
      </w:r>
    </w:p>
    <w:p>
      <w:pPr>
        <w:jc w:val="right"/>
      </w:pPr>
      <w:r>
        <w:t>Protest is nothing۔</w:t>
      </w:r>
    </w:p>
    <w:p>
      <w:r>
        <w:rPr>
          <w:b/>
        </w:rPr>
        <w:t xml:space="preserve">[46:07] </w:t>
      </w:r>
      <w:r>
        <w:t>Complaint is nothing.</w:t>
      </w:r>
    </w:p>
    <w:p>
      <w:pPr>
        <w:jc w:val="right"/>
      </w:pPr>
      <w:r>
        <w:t>Complaint is nothing۔</w:t>
      </w:r>
    </w:p>
    <w:p>
      <w:r>
        <w:rPr>
          <w:b/>
        </w:rPr>
        <w:t xml:space="preserve">[46:12] </w:t>
      </w:r>
      <w:r>
        <w:t>aap ko counter planning karni padegi.</w:t>
      </w:r>
    </w:p>
    <w:p>
      <w:pPr>
        <w:jc w:val="right"/>
      </w:pPr>
      <w:r>
        <w:t>آپ کو counter planning کرنی پڑے گی۔</w:t>
      </w:r>
    </w:p>
    <w:p>
      <w:r>
        <w:rPr>
          <w:b/>
        </w:rPr>
        <w:t xml:space="preserve">[46:16] </w:t>
      </w:r>
      <w:r>
        <w:t>doosri party planning kar rahi hai to aap ko counter planning karni padegi.</w:t>
      </w:r>
    </w:p>
    <w:p>
      <w:pPr>
        <w:jc w:val="right"/>
      </w:pPr>
      <w:r>
        <w:t>دوسری party planning کر رہی ہے تو آپ کو counter planning کرنی پڑے گی۔</w:t>
      </w:r>
    </w:p>
    <w:p>
      <w:r>
        <w:rPr>
          <w:b/>
        </w:rPr>
        <w:t xml:space="preserve">[46:21] </w:t>
      </w:r>
      <w:r>
        <w:t>aur cheekhna chalana to kuch bhi nahi hai.</w:t>
      </w:r>
    </w:p>
    <w:p>
      <w:pPr>
        <w:jc w:val="right"/>
      </w:pPr>
      <w:r>
        <w:t>اور چیخنا چلانا تو کچھ بھی نہیں ہے۔</w:t>
      </w:r>
    </w:p>
    <w:p>
      <w:r>
        <w:rPr>
          <w:b/>
        </w:rPr>
        <w:t xml:space="preserve">[46:25] </w:t>
      </w:r>
      <w:r>
        <w:t>bolte rahiye ke conspiracy hai, bolte rahiye ke zulm hai, bolte rahiye kuch bhi nahi hone wala hai is se.</w:t>
      </w:r>
    </w:p>
    <w:p>
      <w:pPr>
        <w:jc w:val="right"/>
      </w:pPr>
      <w:r>
        <w:t>بولتے رہیے کہ conspiracy ہے، بولتے رہیے کہ ظلم ہے، بولتے رہیے کچھ بھی نہیں ہونے والا ہے اس سے۔</w:t>
      </w:r>
    </w:p>
    <w:p>
      <w:r>
        <w:rPr>
          <w:b/>
        </w:rPr>
        <w:t xml:space="preserve">[46:30] </w:t>
      </w:r>
      <w:r>
        <w:t>aap ko counter planning karni padegi.</w:t>
      </w:r>
    </w:p>
    <w:p>
      <w:pPr>
        <w:jc w:val="right"/>
      </w:pPr>
      <w:r>
        <w:t>آپ کو counter planning کرنی پڑے گی۔</w:t>
      </w:r>
    </w:p>
    <w:p>
      <w:r>
        <w:rPr>
          <w:b/>
        </w:rPr>
        <w:t xml:space="preserve">[46:35] </w:t>
      </w:r>
      <w:r>
        <w:t>nahi to phir aap yani waise hi bas marte rahiye.</w:t>
      </w:r>
    </w:p>
    <w:p>
      <w:pPr>
        <w:jc w:val="right"/>
      </w:pPr>
      <w:r>
        <w:t>نہیں تو پھر آپ یعنی ویسے ہی بس مرتے رہیے۔</w:t>
      </w:r>
    </w:p>
    <w:p>
      <w:r>
        <w:rPr>
          <w:b/>
        </w:rPr>
        <w:t xml:space="preserve">[46:40] </w:t>
      </w:r>
      <w:r>
        <w:t>Bulldozer chalta rahega aap us ke neeche dab kar ke.</w:t>
      </w:r>
    </w:p>
    <w:p>
      <w:pPr>
        <w:jc w:val="right"/>
      </w:pPr>
      <w:r>
        <w:t>Bulldozer چلتا رہے گا آپ اس کے نیچے دب کر کے۔</w:t>
      </w:r>
    </w:p>
    <w:p>
      <w:r>
        <w:rPr>
          <w:b/>
        </w:rPr>
        <w:t xml:space="preserve">[46:45] </w:t>
      </w:r>
      <w:r>
        <w:t>khatm hote rahiye.</w:t>
      </w:r>
    </w:p>
    <w:p>
      <w:pPr>
        <w:jc w:val="right"/>
      </w:pPr>
      <w:r>
        <w:t>ختم ہوتے رہیے۔</w:t>
      </w:r>
    </w:p>
    <w:p>
      <w:r>
        <w:rPr>
          <w:b/>
        </w:rPr>
        <w:t xml:space="preserve">[46:50] </w:t>
      </w:r>
      <w:r>
        <w:t>yani bulldozer of freedom chalta rahega.</w:t>
      </w:r>
    </w:p>
    <w:p>
      <w:pPr>
        <w:jc w:val="right"/>
      </w:pPr>
      <w:r>
        <w:t>یعنی bulldozer of freedom چلتا رہے گا۔</w:t>
      </w:r>
    </w:p>
    <w:p>
      <w:r>
        <w:rPr>
          <w:b/>
        </w:rPr>
        <w:t xml:space="preserve">[46:55] </w:t>
      </w:r>
      <w:r>
        <w:t>It is like a bulldozer of freedom. وہ</w:t>
      </w:r>
    </w:p>
    <w:p>
      <w:pPr>
        <w:jc w:val="right"/>
      </w:pPr>
      <w:r>
        <w:t>It is like a bulldozer of freedom۔ وہ</w:t>
      </w:r>
    </w:p>
    <w:p>
      <w:r>
        <w:rPr>
          <w:b/>
        </w:rPr>
        <w:t xml:space="preserve">[47:00] </w:t>
      </w:r>
      <w:r>
        <w:t>chalta rahega.</w:t>
      </w:r>
    </w:p>
    <w:p>
      <w:pPr>
        <w:jc w:val="right"/>
      </w:pPr>
      <w:r>
        <w:t>چلتا رہے گا۔</w:t>
      </w:r>
    </w:p>
    <w:p>
      <w:r>
        <w:rPr>
          <w:b/>
        </w:rPr>
        <w:t xml:space="preserve">[47:04] </w:t>
      </w:r>
      <w:r>
        <w:t>to jis cheez ko aap kehte hain exploitation jise koi kehte hain aap conspiracy jise koi kehte hain</w:t>
      </w:r>
    </w:p>
    <w:p>
      <w:pPr>
        <w:jc w:val="right"/>
      </w:pPr>
      <w:r>
        <w:t>تو جس چیز کو آپ کہتے ہیں exploitation جسے کوئی کہتے ہیں آپ conspiracy جسے کوئی کہتے ہیں</w:t>
      </w:r>
    </w:p>
    <w:p>
      <w:r>
        <w:rPr>
          <w:b/>
        </w:rPr>
        <w:t xml:space="preserve">[47:09] </w:t>
      </w:r>
      <w:r>
        <w:t>aap enmity woh sab kya hai? woh freedom ka istemal hai jo Khuda ne diya hai insaan ko.</w:t>
      </w:r>
    </w:p>
    <w:p>
      <w:pPr>
        <w:jc w:val="right"/>
      </w:pPr>
      <w:r>
        <w:t>آپ enmity وہ سب کیا ہے؟ وہ freedom کا استعمال ہے جو خدا نے دیا ہے انسان کو۔</w:t>
      </w:r>
    </w:p>
    <w:p>
      <w:r>
        <w:rPr>
          <w:b/>
        </w:rPr>
        <w:t xml:space="preserve">[47:13] </w:t>
      </w:r>
      <w:r>
        <w:t>aap ko bhi freedom hai.</w:t>
      </w:r>
    </w:p>
    <w:p>
      <w:pPr>
        <w:jc w:val="right"/>
      </w:pPr>
      <w:r>
        <w:t>آپ کو بھی freedom ہے۔</w:t>
      </w:r>
    </w:p>
    <w:p>
      <w:r>
        <w:rPr>
          <w:b/>
        </w:rPr>
        <w:t xml:space="preserve">[47:17] </w:t>
      </w:r>
      <w:r>
        <w:t>aap bhi planning kijiye.</w:t>
      </w:r>
    </w:p>
    <w:p>
      <w:pPr>
        <w:jc w:val="right"/>
      </w:pPr>
      <w:r>
        <w:t>آپ بھی planning کیجیے۔</w:t>
      </w:r>
    </w:p>
    <w:p>
      <w:r>
        <w:rPr>
          <w:b/>
        </w:rPr>
        <w:t xml:space="preserve">[47:22] </w:t>
      </w:r>
      <w:r>
        <w:t>yeh toh competition ki duniya hai.</w:t>
      </w:r>
    </w:p>
    <w:p>
      <w:pPr>
        <w:jc w:val="right"/>
      </w:pPr>
      <w:r>
        <w:t>یہ تو competition کی دنیا ہے۔</w:t>
      </w:r>
    </w:p>
    <w:p>
      <w:r>
        <w:rPr>
          <w:b/>
        </w:rPr>
        <w:t xml:space="preserve">[47:26] </w:t>
      </w:r>
      <w:r>
        <w:t>Our world is the world of competition.</w:t>
      </w:r>
    </w:p>
    <w:p>
      <w:pPr>
        <w:jc w:val="right"/>
      </w:pPr>
      <w:r>
        <w:t>Our world is the world of competition۔</w:t>
      </w:r>
    </w:p>
    <w:p>
      <w:r>
        <w:rPr>
          <w:b/>
        </w:rPr>
        <w:t xml:space="preserve">[47:31] </w:t>
      </w:r>
      <w:r>
        <w:t>Our world is the world of competition.</w:t>
      </w:r>
    </w:p>
    <w:p>
      <w:pPr>
        <w:jc w:val="right"/>
      </w:pPr>
      <w:r>
        <w:t>Our world is the world of competition۔</w:t>
      </w:r>
    </w:p>
    <w:p>
      <w:r>
        <w:rPr>
          <w:b/>
        </w:rPr>
        <w:t xml:space="preserve">[47:34] </w:t>
      </w:r>
      <w:r>
        <w:t>chahe India ho, chahe Palestine ho.</w:t>
      </w:r>
    </w:p>
    <w:p>
      <w:pPr>
        <w:jc w:val="right"/>
      </w:pPr>
      <w:r>
        <w:t>چاہے انڈیا ہو، چاہے Palestine ہو۔</w:t>
      </w:r>
    </w:p>
    <w:p>
      <w:r>
        <w:rPr>
          <w:b/>
        </w:rPr>
        <w:t xml:space="preserve">[47:38] </w:t>
      </w:r>
      <w:r>
        <w:t>chahe Pakistan ho, chahe Egypt ho.</w:t>
      </w:r>
    </w:p>
    <w:p>
      <w:pPr>
        <w:jc w:val="right"/>
      </w:pPr>
      <w:r>
        <w:t>چاہے پاکستان ہو، چاہے Egypt ہو۔</w:t>
      </w:r>
    </w:p>
    <w:p>
      <w:r>
        <w:rPr>
          <w:b/>
        </w:rPr>
        <w:t xml:space="preserve">[47:42] </w:t>
      </w:r>
      <w:r>
        <w:t>chahe America ho, chahe Britain ho.</w:t>
      </w:r>
    </w:p>
    <w:p>
      <w:pPr>
        <w:jc w:val="right"/>
      </w:pPr>
      <w:r>
        <w:t>چاہے امریکہ ہو، چاہے Britain ہو۔</w:t>
      </w:r>
    </w:p>
    <w:p>
      <w:r>
        <w:rPr>
          <w:b/>
        </w:rPr>
        <w:t xml:space="preserve">[47:46] </w:t>
      </w:r>
      <w:r>
        <w:t>har jagah ka mamla yahi hai.</w:t>
      </w:r>
    </w:p>
    <w:p>
      <w:pPr>
        <w:jc w:val="right"/>
      </w:pPr>
      <w:r>
        <w:t>ہر جگہ کا معاملہ یہی ہے۔</w:t>
      </w:r>
    </w:p>
    <w:p>
      <w:r>
        <w:rPr>
          <w:b/>
        </w:rPr>
        <w:t xml:space="preserve">[47:49] </w:t>
      </w:r>
      <w:r>
        <w:t>ke woh apni planning kar rahe hain, aap apni planning kijiye.</w:t>
      </w:r>
    </w:p>
    <w:p>
      <w:pPr>
        <w:jc w:val="right"/>
      </w:pPr>
      <w:r>
        <w:t>کہ وہ اپنی planning کر رہے ہیں، آپ اپنی planning کیجیے۔</w:t>
      </w:r>
    </w:p>
    <w:p>
      <w:r>
        <w:rPr>
          <w:b/>
        </w:rPr>
        <w:t xml:space="preserve">[47:53] </w:t>
      </w:r>
      <w:r>
        <w:t>jiski planning zyada strong hogi woh kamyab ho jayega.</w:t>
      </w:r>
    </w:p>
    <w:p>
      <w:pPr>
        <w:jc w:val="right"/>
      </w:pPr>
      <w:r>
        <w:t>جس کی planning زیادہ strong ہوگی وہ کامیاب ہو جائے گا۔</w:t>
      </w:r>
    </w:p>
    <w:p>
      <w:r>
        <w:rPr>
          <w:b/>
        </w:rPr>
        <w:t xml:space="preserve">[47:57] </w:t>
      </w:r>
      <w:r>
        <w:t>toh dekhiye kitni badi baat hadith mein kahi gayi thi ke momin ko chahiye ke woh apne</w:t>
      </w:r>
    </w:p>
    <w:p>
      <w:pPr>
        <w:jc w:val="right"/>
      </w:pPr>
      <w:r>
        <w:t>تو دیکھیے کتنی بڑی بات حدیث میں کہی گئی تھی کہ مومن کو چاہیے کہ وہ اپنے</w:t>
      </w:r>
    </w:p>
    <w:p>
      <w:r>
        <w:rPr>
          <w:b/>
        </w:rPr>
        <w:t xml:space="preserve">[48:01] </w:t>
      </w:r>
      <w:r>
        <w:t>zamane ko jaane.</w:t>
      </w:r>
    </w:p>
    <w:p>
      <w:pPr>
        <w:jc w:val="right"/>
      </w:pPr>
      <w:r>
        <w:t>زمانے کو جانے۔</w:t>
      </w:r>
    </w:p>
    <w:p>
      <w:r>
        <w:rPr>
          <w:b/>
        </w:rPr>
        <w:t xml:space="preserve">[48:07] </w:t>
      </w:r>
      <w:r>
        <w:t>یعنی every believer must know his age.</w:t>
      </w:r>
    </w:p>
    <w:p>
      <w:pPr>
        <w:jc w:val="right"/>
      </w:pPr>
      <w:r>
        <w:t>یعنی every مومن must know his age۔</w:t>
      </w:r>
    </w:p>
    <w:p>
      <w:r>
        <w:rPr>
          <w:b/>
        </w:rPr>
        <w:t xml:space="preserve">[48:13] </w:t>
      </w:r>
      <w:r>
        <w:t>yeh bhi jis tarike se doosre cheezein hamein karna hai, namaz padhna hai, roza rakhna hai, haj karna</w:t>
      </w:r>
    </w:p>
    <w:p>
      <w:pPr>
        <w:jc w:val="right"/>
      </w:pPr>
      <w:r>
        <w:t>یہ بھی جس طریقے سے دوسرے چیزیں ہمیں کرنا ہے، نماز پڑھنا ہے، روزہ رکھنا ہے، حج کرنا</w:t>
      </w:r>
    </w:p>
    <w:p>
      <w:r>
        <w:rPr>
          <w:b/>
        </w:rPr>
        <w:t xml:space="preserve">[48:19] </w:t>
      </w:r>
      <w:r>
        <w:t>hai, zakat dena hai.</w:t>
      </w:r>
    </w:p>
    <w:p>
      <w:pPr>
        <w:jc w:val="right"/>
      </w:pPr>
      <w:r>
        <w:t>ہے، زکوۃ دینا ہے۔</w:t>
      </w:r>
    </w:p>
    <w:p>
      <w:r>
        <w:rPr>
          <w:b/>
        </w:rPr>
        <w:t xml:space="preserve">[48:26] </w:t>
      </w:r>
      <w:r>
        <w:t>isi tarike se hamein apne jis age mein hum jee rahe hain,</w:t>
      </w:r>
    </w:p>
    <w:p>
      <w:pPr>
        <w:jc w:val="right"/>
      </w:pPr>
      <w:r>
        <w:t>اسی طریقے سے ہمیں اپنے جس age میں ہم جی رہے ہیں،</w:t>
      </w:r>
    </w:p>
    <w:p>
      <w:r>
        <w:rPr>
          <w:b/>
        </w:rPr>
        <w:t xml:space="preserve">[48:32] </w:t>
      </w:r>
      <w:r>
        <w:t>jis period mein hum jee rahe hain, jis zamane mein hum jee rahe hain usko hamein janna padega.</w:t>
      </w:r>
    </w:p>
    <w:p>
      <w:pPr>
        <w:jc w:val="right"/>
      </w:pPr>
      <w:r>
        <w:t>جس period میں ہم جی رہے ہیں، جس زمانے میں ہم جی رہے ہیں اس کو ہمیں جاننا پڑے گا۔</w:t>
      </w:r>
    </w:p>
    <w:p>
      <w:r>
        <w:rPr>
          <w:b/>
        </w:rPr>
        <w:t xml:space="preserve">[48:36] </w:t>
      </w:r>
      <w:r>
        <w:t>usko hamein janna padega.</w:t>
      </w:r>
    </w:p>
    <w:p>
      <w:pPr>
        <w:jc w:val="right"/>
      </w:pPr>
      <w:r>
        <w:t>اس کو ہمیں جاننا پڑے گا۔</w:t>
      </w:r>
    </w:p>
    <w:p>
      <w:r>
        <w:rPr>
          <w:b/>
        </w:rPr>
        <w:t xml:space="preserve">[48:41] </w:t>
      </w:r>
      <w:r>
        <w:t>nahin janenge toh kya hai? hum blind rahenge.</w:t>
      </w:r>
    </w:p>
    <w:p>
      <w:pPr>
        <w:jc w:val="right"/>
      </w:pPr>
      <w:r>
        <w:t>نہیں جانیں گے تو کیا ہے؟ ہم blind رہیں گے۔</w:t>
      </w:r>
    </w:p>
    <w:p>
      <w:r>
        <w:rPr>
          <w:b/>
        </w:rPr>
        <w:t xml:space="preserve">[48:45] </w:t>
      </w:r>
      <w:r>
        <w:t>blind rahenge toh kahin bhi accident ho sakta hai hamare saath.</w:t>
      </w:r>
    </w:p>
    <w:p>
      <w:pPr>
        <w:jc w:val="right"/>
      </w:pPr>
      <w:r>
        <w:t>Blind رہیں گے تو کہیں بھی accident ہو سکتا ہے ہمارے ساتھ۔</w:t>
      </w:r>
    </w:p>
    <w:p>
      <w:r>
        <w:rPr>
          <w:b/>
        </w:rPr>
        <w:t xml:space="preserve">[48:49] </w:t>
      </w:r>
      <w:r>
        <w:t>yeh baatein bahut zyada sochne ki hain.</w:t>
      </w:r>
    </w:p>
    <w:p>
      <w:pPr>
        <w:jc w:val="right"/>
      </w:pPr>
      <w:r>
        <w:t>یہ باتیں بہت زیادہ سوچنے کی ہیں۔</w:t>
      </w:r>
    </w:p>
    <w:p>
      <w:r>
        <w:rPr>
          <w:b/>
        </w:rPr>
        <w:t xml:space="preserve">[48:54] </w:t>
      </w:r>
      <w:r>
        <w:t>dekhiye Musalman do sau saal se yeh sab kar rahe hain.</w:t>
      </w:r>
    </w:p>
    <w:p>
      <w:pPr>
        <w:jc w:val="right"/>
      </w:pPr>
      <w:r>
        <w:t>دیکھیے مسلمان دو سو سال سے یہ سب کر رہے ہیں۔</w:t>
      </w:r>
    </w:p>
    <w:p>
      <w:r>
        <w:rPr>
          <w:b/>
        </w:rPr>
        <w:t xml:space="preserve">[48:58] </w:t>
      </w:r>
      <w:r>
        <w:t>Two hundred years se.</w:t>
      </w:r>
    </w:p>
    <w:p>
      <w:pPr>
        <w:jc w:val="right"/>
      </w:pPr>
      <w:r>
        <w:t>Two hundred years سے۔</w:t>
      </w:r>
    </w:p>
    <w:p>
      <w:r>
        <w:rPr>
          <w:b/>
        </w:rPr>
        <w:t xml:space="preserve">[49:03] </w:t>
      </w:r>
      <w:r>
        <w:t>Two hundred years se.</w:t>
      </w:r>
    </w:p>
    <w:p>
      <w:pPr>
        <w:jc w:val="right"/>
      </w:pPr>
      <w:r>
        <w:t>Two hundred years سے۔</w:t>
      </w:r>
    </w:p>
    <w:p>
      <w:r>
        <w:rPr>
          <w:b/>
        </w:rPr>
        <w:t xml:space="preserve">[49:09] </w:t>
      </w:r>
      <w:r>
        <w:t>yani arab world mein jawab dein afghani aur indian subcontinent mein woh sultan teepu.</w:t>
      </w:r>
    </w:p>
    <w:p>
      <w:pPr>
        <w:jc w:val="right"/>
      </w:pPr>
      <w:r>
        <w:t>یعنی عرب world میں جواب دیں افغانی اور انڈین subcontinent میں وہ سلطان ٹیپو۔</w:t>
      </w:r>
    </w:p>
    <w:p>
      <w:r>
        <w:rPr>
          <w:b/>
        </w:rPr>
        <w:t xml:space="preserve">[49:15] </w:t>
      </w:r>
      <w:r>
        <w:t>to do so do so saal se musalman isi mein hain complaint, protest.</w:t>
      </w:r>
    </w:p>
    <w:p>
      <w:pPr>
        <w:jc w:val="right"/>
      </w:pPr>
      <w:r>
        <w:t>تو دو سو دو سو سال سے مسلمان اسی میں ہیں complaint، protest۔</w:t>
      </w:r>
    </w:p>
    <w:p>
      <w:r>
        <w:rPr>
          <w:b/>
        </w:rPr>
        <w:t xml:space="preserve">[49:21] </w:t>
      </w:r>
      <w:r>
        <w:t>aur result? Result kuch bhi nahin.</w:t>
      </w:r>
    </w:p>
    <w:p>
      <w:pPr>
        <w:jc w:val="right"/>
      </w:pPr>
      <w:r>
        <w:t>اور result؟ Result کچھ بھی نہیں۔</w:t>
      </w:r>
    </w:p>
    <w:p>
      <w:r>
        <w:rPr>
          <w:b/>
        </w:rPr>
        <w:t xml:space="preserve">[49:27] </w:t>
      </w:r>
      <w:r>
        <w:t>to hadith mein aata hai ke mun hasan islami mar</w:t>
      </w:r>
    </w:p>
    <w:p>
      <w:pPr>
        <w:jc w:val="right"/>
      </w:pPr>
      <w:r>
        <w:t>تو حدیث میں آتا ہے کہ من حسن اسلامی مر</w:t>
      </w:r>
    </w:p>
    <w:p>
      <w:r>
        <w:rPr>
          <w:b/>
        </w:rPr>
        <w:t xml:space="preserve">[49:33] </w:t>
      </w:r>
      <w:r>
        <w:t>e tarku ma laya yani hai. yeh bhi aik islam ka pehlu hai ke aadmi is kaam ko na kare jo resultless ho. mun hasan al islami mar e tarku ma laya yani hai. yeh bhi aik islam hai. yeh bhi islam ka aik pehlu hai. ke aadmi woh kaam na kar</w:t>
      </w:r>
    </w:p>
    <w:p>
      <w:pPr>
        <w:jc w:val="right"/>
      </w:pPr>
      <w:r>
        <w:t>ے ترکہ مالا یعنی ہے۔ یہ بھی ایک اسلام کا پہلو ہے کہ آدمی اس کام کو نہ کرے جو resultless ہو۔ من حسن اسلامی مرے ترکہ مالا یعنی ہے۔ یہ بھی ایک اسلام ہے۔ یہ بھی اسلام کا ایک پہلو ہے۔ کہ آدمی وہ کام نہ کر</w:t>
      </w:r>
    </w:p>
    <w:p>
      <w:r>
        <w:rPr>
          <w:b/>
        </w:rPr>
        <w:t xml:space="preserve">[50:03] </w:t>
      </w:r>
      <w:r>
        <w:t>e jo resultless ho.</w:t>
      </w:r>
    </w:p>
    <w:p>
      <w:pPr>
        <w:jc w:val="right"/>
      </w:pPr>
      <w:r>
        <w:t>ے جو resultless ہو۔</w:t>
      </w:r>
    </w:p>
    <w:p>
      <w:r>
        <w:rPr>
          <w:b/>
        </w:rPr>
        <w:t xml:space="preserve">[50:08] </w:t>
      </w:r>
      <w:r>
        <w:t>jis ka koi result na nikalne wala ho.</w:t>
      </w:r>
    </w:p>
    <w:p>
      <w:pPr>
        <w:jc w:val="right"/>
      </w:pPr>
      <w:r>
        <w:t>جس کا کوئی result نہ نکلنے والا ہو۔</w:t>
      </w:r>
    </w:p>
    <w:p>
      <w:r>
        <w:rPr>
          <w:b/>
        </w:rPr>
        <w:t xml:space="preserve">[50:13] </w:t>
      </w:r>
      <w:r>
        <w:t>ab aap dekhiye do so saal se log yeh kar rahe hain ke complaint, protest, shikayat, ehtijaj.</w:t>
      </w:r>
    </w:p>
    <w:p>
      <w:pPr>
        <w:jc w:val="right"/>
      </w:pPr>
      <w:r>
        <w:t>اب آپ دیکھیے دو سو سال سے لوگ یہ کر رہے ہیں کہ complaint، protest، شکایت، احتجاج۔</w:t>
      </w:r>
    </w:p>
    <w:p>
      <w:r>
        <w:rPr>
          <w:b/>
        </w:rPr>
        <w:t xml:space="preserve">[50:18] </w:t>
      </w:r>
      <w:r>
        <w:t>aur result kuch bhi nahin nikla.</w:t>
      </w:r>
    </w:p>
    <w:p>
      <w:pPr>
        <w:jc w:val="right"/>
      </w:pPr>
      <w:r>
        <w:t>اور result کچھ بھی نہیں نکلا۔</w:t>
      </w:r>
    </w:p>
    <w:p>
      <w:r>
        <w:rPr>
          <w:b/>
        </w:rPr>
        <w:t xml:space="preserve">[50:23] </w:t>
      </w:r>
      <w:r>
        <w:t>situation mein koi tabdeeli nahin hui.</w:t>
      </w:r>
    </w:p>
    <w:p>
      <w:pPr>
        <w:jc w:val="right"/>
      </w:pPr>
      <w:r>
        <w:t>Situation میں کوئی تبدیلی نہیں ہوئی۔</w:t>
      </w:r>
    </w:p>
    <w:p>
      <w:r>
        <w:rPr>
          <w:b/>
        </w:rPr>
        <w:t xml:space="preserve">[50:28] </w:t>
      </w:r>
      <w:r>
        <w:t>waise hi ke waise hi bulldozer chal raha hai. To</w:t>
      </w:r>
    </w:p>
    <w:p>
      <w:pPr>
        <w:jc w:val="right"/>
      </w:pPr>
      <w:r>
        <w:t>ویسے ہی کے ویسے ہی bulldozer چل رہا ہے۔ تو</w:t>
      </w:r>
    </w:p>
    <w:p>
      <w:r>
        <w:rPr>
          <w:b/>
        </w:rPr>
        <w:t xml:space="preserve">[50:33] </w:t>
      </w:r>
      <w:r>
        <w:t>ab kya hai? Ab time hai reassessment ka.</w:t>
      </w:r>
    </w:p>
    <w:p>
      <w:pPr>
        <w:jc w:val="right"/>
      </w:pPr>
      <w:r>
        <w:t>اب کیا ہے؟ اب ٹائم ہے reassessment کا۔</w:t>
      </w:r>
    </w:p>
    <w:p>
      <w:r>
        <w:rPr>
          <w:b/>
        </w:rPr>
        <w:t xml:space="preserve">[50:37] </w:t>
      </w:r>
      <w:r>
        <w:t>ab jo time hai woh reassessment ka hai.</w:t>
      </w:r>
    </w:p>
    <w:p>
      <w:pPr>
        <w:jc w:val="right"/>
      </w:pPr>
      <w:r>
        <w:t>اب جو ٹائم ہے وہ reassessment کا ہے۔</w:t>
      </w:r>
    </w:p>
    <w:p>
      <w:r>
        <w:rPr>
          <w:b/>
        </w:rPr>
        <w:t xml:space="preserve">[50:42] </w:t>
      </w:r>
      <w:r>
        <w:t>ab time hai revise karne ka hai.</w:t>
      </w:r>
    </w:p>
    <w:p>
      <w:pPr>
        <w:jc w:val="right"/>
      </w:pPr>
      <w:r>
        <w:t>اب ٹائم ہے revise کرنے کا ہے۔</w:t>
      </w:r>
    </w:p>
    <w:p>
      <w:r>
        <w:rPr>
          <w:b/>
        </w:rPr>
        <w:t xml:space="preserve">[50:46] </w:t>
      </w:r>
      <w:r>
        <w:t>ab time hai phir se sochne ka hai.</w:t>
      </w:r>
    </w:p>
    <w:p>
      <w:pPr>
        <w:jc w:val="right"/>
      </w:pPr>
      <w:r>
        <w:t>اب ٹائم ہے پھر سے سوچنے کا ہے۔</w:t>
      </w:r>
    </w:p>
    <w:p>
      <w:r>
        <w:rPr>
          <w:b/>
        </w:rPr>
        <w:t xml:space="preserve">[50:50] </w:t>
      </w:r>
      <w:r>
        <w:t>ab time hai re-planning karne ka.</w:t>
      </w:r>
    </w:p>
    <w:p>
      <w:pPr>
        <w:jc w:val="right"/>
      </w:pPr>
      <w:r>
        <w:t>اب ٹائم ہے re-planning کرنے کا۔</w:t>
      </w:r>
    </w:p>
    <w:p>
      <w:r>
        <w:rPr>
          <w:b/>
        </w:rPr>
        <w:t xml:space="preserve">[50:54] </w:t>
      </w:r>
      <w:r>
        <w:t>ab time hai introspection ka.</w:t>
      </w:r>
    </w:p>
    <w:p>
      <w:pPr>
        <w:jc w:val="right"/>
      </w:pPr>
      <w:r>
        <w:t>اب ٹائم ہے introspection کا۔</w:t>
      </w:r>
    </w:p>
    <w:p>
      <w:r>
        <w:rPr>
          <w:b/>
        </w:rPr>
        <w:t xml:space="preserve">[50:59] </w:t>
      </w:r>
      <w:r>
        <w:t>to ab saare logon ko yeh chahiye ke woh reass</w:t>
      </w:r>
    </w:p>
    <w:p>
      <w:pPr>
        <w:jc w:val="right"/>
      </w:pPr>
      <w:r>
        <w:t>تو اب سارے لوگوں کو یہ چاہیے کہ وہ reass</w:t>
      </w:r>
    </w:p>
    <w:p>
      <w:r>
        <w:rPr>
          <w:b/>
        </w:rPr>
        <w:t xml:space="preserve">[51:03] </w:t>
      </w:r>
      <w:r>
        <w:t>ess karein.</w:t>
      </w:r>
    </w:p>
    <w:p>
      <w:pPr>
        <w:jc w:val="right"/>
      </w:pPr>
      <w:r>
        <w:t>ess کریں۔</w:t>
      </w:r>
    </w:p>
    <w:p>
      <w:r>
        <w:rPr>
          <w:b/>
        </w:rPr>
        <w:t xml:space="preserve">[51:08] </w:t>
      </w:r>
      <w:r>
        <w:t>Where we missed the bus? Hum ne kahan hum se kahan bhool hui? To main ye kahunga</w:t>
      </w:r>
    </w:p>
    <w:p>
      <w:pPr>
        <w:jc w:val="right"/>
      </w:pPr>
      <w:r>
        <w:t>Where we missed the bus؟ ہم نے کہاں ہم سے کہاں بھول ہوئی؟ تو میں یہ کہوں گا</w:t>
      </w:r>
    </w:p>
    <w:p>
      <w:r>
        <w:rPr>
          <w:b/>
        </w:rPr>
        <w:t xml:space="preserve">[51:13] </w:t>
      </w:r>
      <w:r>
        <w:t>ke bhool yahan hui ke naya zamana jab aaya tha woh science ka zamana tha.</w:t>
      </w:r>
    </w:p>
    <w:p>
      <w:pPr>
        <w:jc w:val="right"/>
      </w:pPr>
      <w:r>
        <w:t>کہ بھول یہاں ہوئی کہ نیا زمانہ جب آیا تھا وہ سائنس کا زمانہ تھا۔</w:t>
      </w:r>
    </w:p>
    <w:p>
      <w:r>
        <w:rPr>
          <w:b/>
        </w:rPr>
        <w:t xml:space="preserve">[51:18] </w:t>
      </w:r>
      <w:r>
        <w:t>woh ilm ka zamana tha.</w:t>
      </w:r>
    </w:p>
    <w:p>
      <w:pPr>
        <w:jc w:val="right"/>
      </w:pPr>
      <w:r>
        <w:t>وہ علم کا زمانہ تھا۔</w:t>
      </w:r>
    </w:p>
    <w:p>
      <w:r>
        <w:rPr>
          <w:b/>
        </w:rPr>
        <w:t xml:space="preserve">[51:23] </w:t>
      </w:r>
      <w:r>
        <w:t>talwar ka zamana khatam ho chuka tha.</w:t>
      </w:r>
    </w:p>
    <w:p>
      <w:pPr>
        <w:jc w:val="right"/>
      </w:pPr>
      <w:r>
        <w:t>تلوار کا زمانہ ختم ہو چکا تھا۔</w:t>
      </w:r>
    </w:p>
    <w:p>
      <w:r>
        <w:rPr>
          <w:b/>
        </w:rPr>
        <w:t xml:space="preserve">[51:28] </w:t>
      </w:r>
      <w:r>
        <w:t>lekin saare log chale gaye kis mein? Ke jihad karo, talwar maro, qatal karo.</w:t>
      </w:r>
    </w:p>
    <w:p>
      <w:pPr>
        <w:jc w:val="right"/>
      </w:pPr>
      <w:r>
        <w:t>لیکن سارے لوگ چلے گئے کس میں؟ کہ جہاد کرو، تلوار مارو، قتال کرو۔</w:t>
      </w:r>
    </w:p>
    <w:p>
      <w:r>
        <w:rPr>
          <w:b/>
        </w:rPr>
        <w:t xml:space="preserve">[51:33] </w:t>
      </w:r>
      <w:r>
        <w:t>yahan tak keh diya gaya ke gardan katana jo hai yeh summum bonum hai.</w:t>
      </w:r>
    </w:p>
    <w:p>
      <w:pPr>
        <w:jc w:val="right"/>
      </w:pPr>
      <w:r>
        <w:t>یہاں تک کہہ دیا گیا کہ گردن کٹانا جو ہے یہ summum bonum ہے۔</w:t>
      </w:r>
    </w:p>
    <w:p>
      <w:r>
        <w:rPr>
          <w:b/>
        </w:rPr>
        <w:t xml:space="preserve">[51:38] </w:t>
      </w:r>
      <w:r>
        <w:t>to karna kya chahiye tha? Karna yeh chahiye tha ke hum modern education lete.</w:t>
      </w:r>
    </w:p>
    <w:p>
      <w:pPr>
        <w:jc w:val="right"/>
      </w:pPr>
      <w:r>
        <w:t>تو کرنا کیا چاہیے تھا؟ کرنا یہ چاہیے تھا کہ ہم modern education لیتے۔</w:t>
      </w:r>
    </w:p>
    <w:p>
      <w:r>
        <w:rPr>
          <w:b/>
        </w:rPr>
        <w:t xml:space="preserve">[51:42] </w:t>
      </w:r>
      <w:r>
        <w:t>science ki education lete.</w:t>
      </w:r>
    </w:p>
    <w:p>
      <w:pPr>
        <w:jc w:val="right"/>
      </w:pPr>
      <w:r>
        <w:t>سائنس کی education لیتے۔</w:t>
      </w:r>
    </w:p>
    <w:p>
      <w:r>
        <w:rPr>
          <w:b/>
        </w:rPr>
        <w:t xml:space="preserve">[51:46] </w:t>
      </w:r>
      <w:r>
        <w:t>Education bhi liya kis ne? unhon ne madrasay ki education.</w:t>
      </w:r>
    </w:p>
    <w:p>
      <w:pPr>
        <w:jc w:val="right"/>
      </w:pPr>
      <w:r>
        <w:t>Education بھی لیا کس نے؟ انہوں نے مدرسے کی education۔</w:t>
      </w:r>
    </w:p>
    <w:p>
      <w:r>
        <w:rPr>
          <w:b/>
        </w:rPr>
        <w:t xml:space="preserve">[51:50] </w:t>
      </w:r>
      <w:r>
        <w:t>Is zamane mein logon ne madrasay bohat banaye.</w:t>
      </w:r>
    </w:p>
    <w:p>
      <w:pPr>
        <w:jc w:val="right"/>
      </w:pPr>
      <w:r>
        <w:t>اس زمانے میں لوگوں نے مدرسے بہت بنائے۔</w:t>
      </w:r>
    </w:p>
    <w:p>
      <w:r>
        <w:rPr>
          <w:b/>
        </w:rPr>
        <w:t xml:space="preserve">[51:55] </w:t>
      </w:r>
      <w:r>
        <w:t>Lekin wahi traditional learning ke liye.</w:t>
      </w:r>
    </w:p>
    <w:p>
      <w:pPr>
        <w:jc w:val="right"/>
      </w:pPr>
      <w:r>
        <w:t>لیکن وہی traditional learning کے لیے۔</w:t>
      </w:r>
    </w:p>
    <w:p>
      <w:r>
        <w:rPr>
          <w:b/>
        </w:rPr>
        <w:t xml:space="preserve">[51:59] </w:t>
      </w:r>
      <w:r>
        <w:t>Scientific learning ke liye nahi. To traditional</w:t>
      </w:r>
    </w:p>
    <w:p>
      <w:pPr>
        <w:jc w:val="right"/>
      </w:pPr>
      <w:r>
        <w:t>Scientific learning کے لیے نہیں۔ تو traditional</w:t>
      </w:r>
    </w:p>
    <w:p>
      <w:r>
        <w:rPr>
          <w:b/>
        </w:rPr>
        <w:t xml:space="preserve">[52:03] </w:t>
      </w:r>
      <w:r>
        <w:t>learning bhi zaroori hai hamare liye taake hum jaanein apni tradition ko.</w:t>
      </w:r>
    </w:p>
    <w:p>
      <w:pPr>
        <w:jc w:val="right"/>
      </w:pPr>
      <w:r>
        <w:t>learning بھی ضروری ہے ہمارے لیے تاکہ ہم جانیں اپنی tradition کو۔</w:t>
      </w:r>
    </w:p>
    <w:p>
      <w:r>
        <w:rPr>
          <w:b/>
        </w:rPr>
        <w:t xml:space="preserve">[52:09] </w:t>
      </w:r>
      <w:r>
        <w:t>Lekin isi ke sath modern learning, scientific learning woh bilkul must hai woh bhi.</w:t>
      </w:r>
    </w:p>
    <w:p>
      <w:pPr>
        <w:jc w:val="right"/>
      </w:pPr>
      <w:r>
        <w:t>لیکن اسی کے ساتھ modern learning، scientific learning وہ بالکل must ہے وہ بھی۔</w:t>
      </w:r>
    </w:p>
    <w:p>
      <w:r>
        <w:rPr>
          <w:b/>
        </w:rPr>
        <w:t xml:space="preserve">[52:15] </w:t>
      </w:r>
      <w:r>
        <w:t>Warna hum blind bane rahenge, blind.</w:t>
      </w:r>
    </w:p>
    <w:p>
      <w:pPr>
        <w:jc w:val="right"/>
      </w:pPr>
      <w:r>
        <w:t>ورنہ ہم blind بنے رہیں گے، blind۔</w:t>
      </w:r>
    </w:p>
    <w:p>
      <w:r>
        <w:rPr>
          <w:b/>
        </w:rPr>
        <w:t xml:space="preserve">[52:21] </w:t>
      </w:r>
      <w:r>
        <w:t>To main samajhta hoon ke is zamane mein jo kaam karna hai woh hai education.</w:t>
      </w:r>
    </w:p>
    <w:p>
      <w:pPr>
        <w:jc w:val="right"/>
      </w:pPr>
      <w:r>
        <w:t>تو میں سمجھتا ہوں کہ اس زمانے میں جو کام کرنا ہے وہ ہے education۔</w:t>
      </w:r>
    </w:p>
    <w:p>
      <w:r>
        <w:rPr>
          <w:b/>
        </w:rPr>
        <w:t xml:space="preserve">[52:27] </w:t>
      </w:r>
      <w:r>
        <w:t>Single point formula hai educ</w:t>
      </w:r>
    </w:p>
    <w:p>
      <w:pPr>
        <w:jc w:val="right"/>
      </w:pPr>
      <w:r>
        <w:t>Single point فارمولا ہے educ</w:t>
      </w:r>
    </w:p>
    <w:p>
      <w:r>
        <w:rPr>
          <w:b/>
        </w:rPr>
        <w:t xml:space="preserve">[52:33] </w:t>
      </w:r>
      <w:r>
        <w:t>ation.</w:t>
      </w:r>
    </w:p>
    <w:p>
      <w:pPr>
        <w:jc w:val="right"/>
      </w:pPr>
      <w:r>
        <w:t>ation۔</w:t>
      </w:r>
    </w:p>
    <w:p>
      <w:r>
        <w:rPr>
          <w:b/>
        </w:rPr>
        <w:t xml:space="preserve">[52:38] </w:t>
      </w:r>
      <w:r>
        <w:t>Sab kaam chhod kar political activities ko chhod dena chahiye.</w:t>
      </w:r>
    </w:p>
    <w:p>
      <w:pPr>
        <w:jc w:val="right"/>
      </w:pPr>
      <w:r>
        <w:t>سب کام چھوڑ کر political activities کو چھوڑ دینا چاہیے۔</w:t>
      </w:r>
    </w:p>
    <w:p>
      <w:r>
        <w:rPr>
          <w:b/>
        </w:rPr>
        <w:t xml:space="preserve">[52:42] </w:t>
      </w:r>
      <w:r>
        <w:t>Jihad activities ko chhod dena chahiye.</w:t>
      </w:r>
    </w:p>
    <w:p>
      <w:pPr>
        <w:jc w:val="right"/>
      </w:pPr>
      <w:r>
        <w:t>جہاد activities کو چھوڑ دینا چاہیے۔</w:t>
      </w:r>
    </w:p>
    <w:p>
      <w:r>
        <w:rPr>
          <w:b/>
        </w:rPr>
        <w:t xml:space="preserve">[52:47] </w:t>
      </w:r>
      <w:r>
        <w:t>Protest aur complaint ko chhod dena chahiye.</w:t>
      </w:r>
    </w:p>
    <w:p>
      <w:pPr>
        <w:jc w:val="right"/>
      </w:pPr>
      <w:r>
        <w:t>Protest اور complaint کو چھوڑ دینا چاہیے۔</w:t>
      </w:r>
    </w:p>
    <w:p>
      <w:r>
        <w:rPr>
          <w:b/>
        </w:rPr>
        <w:t xml:space="preserve">[52:52] </w:t>
      </w:r>
      <w:r>
        <w:t>Aur media awaz jaisi cheezon ko bilkul futile samajh kar chhod dena chahiye.</w:t>
      </w:r>
    </w:p>
    <w:p>
      <w:pPr>
        <w:jc w:val="right"/>
      </w:pPr>
      <w:r>
        <w:t>اور میڈیا آواز جیسی چیزوں کو بالکل futile سمجھ کر چھوڑ دینا چاہیے۔</w:t>
      </w:r>
    </w:p>
    <w:p>
      <w:r>
        <w:rPr>
          <w:b/>
        </w:rPr>
        <w:t xml:space="preserve">[52:56] </w:t>
      </w:r>
      <w:r>
        <w:t>Sab kuch chhod kar sab kuch chhod kar andha dhund education.</w:t>
      </w:r>
    </w:p>
    <w:p>
      <w:pPr>
        <w:jc w:val="right"/>
      </w:pPr>
      <w:r>
        <w:t>سب کچھ چھوڑ کر سب کچھ چھوڑ کر اندھا دھند education۔</w:t>
      </w:r>
    </w:p>
    <w:p>
      <w:r>
        <w:rPr>
          <w:b/>
        </w:rPr>
        <w:t xml:space="preserve">[53:01] </w:t>
      </w:r>
      <w:r>
        <w:t>Kal mere paas ek telephone aaya hai India ke ek shehar se.</w:t>
      </w:r>
    </w:p>
    <w:p>
      <w:pPr>
        <w:jc w:val="right"/>
      </w:pPr>
      <w:r>
        <w:t>کل میرے پاس ایک ٹیلی فون آیا ہے انڈیا کے ایک شہر سے۔</w:t>
      </w:r>
    </w:p>
    <w:p>
      <w:r>
        <w:rPr>
          <w:b/>
        </w:rPr>
        <w:t xml:space="preserve">[53:05] </w:t>
      </w:r>
      <w:r>
        <w:t>kai saal pehle mein wahan gaya tha. aik sahib jo risala hamare jo magazine hai us ke reader hain woh us ko phailate bhi hain. to un ka chota sa business tha. to un ke bachche the. ghaliban do larkay aik larki. to woh kehte the ke bhai mujh se kaha unhon ne ke chota sa business hai us se to bachchon ka kaam nahi chalta. ghar ka kaam nahi chalta to hum cha</w:t>
      </w:r>
    </w:p>
    <w:p>
      <w:pPr>
        <w:jc w:val="right"/>
      </w:pPr>
      <w:r>
        <w:t>کئی سال پہلے میں وہاں گیا تھا۔ ایک صاحب جو رسالہ ہمارے جو میگزین ہے اس کے reader ہیں وہ اس کو پھیلاتے بھی ہیں۔ تو ان کا چھوٹا سا business تھا۔ تو ان کے بچے تھے۔ غالباً دو لڑکا ایک لڑکی۔ تو وہ کہتے تھے کہ بھئی مجھ سے کہا انہوں نے کہ چھوٹا سا business ہے اس سے تو بچوں کا کام نہیں چلتا۔ گھر کا کام نہیں چلتا تو ہم چ</w:t>
      </w:r>
    </w:p>
    <w:p>
      <w:r>
        <w:rPr>
          <w:b/>
        </w:rPr>
        <w:t xml:space="preserve">[53:35] </w:t>
      </w:r>
      <w:r>
        <w:t>Kehte hain koi aur business karein.</w:t>
      </w:r>
    </w:p>
    <w:p>
      <w:pPr>
        <w:jc w:val="right"/>
      </w:pPr>
      <w:r>
        <w:t>اہتے ہیں کوئی اور business کریں۔</w:t>
      </w:r>
    </w:p>
    <w:p>
      <w:r>
        <w:rPr>
          <w:b/>
        </w:rPr>
        <w:t xml:space="preserve">[53:39] </w:t>
      </w:r>
      <w:r>
        <w:t>Koi badi kamai karein.</w:t>
      </w:r>
    </w:p>
    <w:p>
      <w:pPr>
        <w:jc w:val="right"/>
      </w:pPr>
      <w:r>
        <w:t>کوئی بڑی کمائی کریں۔</w:t>
      </w:r>
    </w:p>
    <w:p>
      <w:r>
        <w:rPr>
          <w:b/>
        </w:rPr>
        <w:t xml:space="preserve">[53:42] </w:t>
      </w:r>
      <w:r>
        <w:t>To maine unko ek formula diya.</w:t>
      </w:r>
    </w:p>
    <w:p>
      <w:pPr>
        <w:jc w:val="right"/>
      </w:pPr>
      <w:r>
        <w:t>تو میں نے ان کو ایک فارمولا دیا۔</w:t>
      </w:r>
    </w:p>
    <w:p>
      <w:r>
        <w:rPr>
          <w:b/>
        </w:rPr>
        <w:t xml:space="preserve">[53:46] </w:t>
      </w:r>
      <w:r>
        <w:t>Ke ab aap ki umar woh nahi rahi kamane ki.</w:t>
      </w:r>
    </w:p>
    <w:p>
      <w:pPr>
        <w:jc w:val="right"/>
      </w:pPr>
      <w:r>
        <w:t>کہ اب آپ کی عمر وہ نہیں رہی کمانے کی۔</w:t>
      </w:r>
    </w:p>
    <w:p>
      <w:r>
        <w:rPr>
          <w:b/>
        </w:rPr>
        <w:t xml:space="preserve">[53:49] </w:t>
      </w:r>
      <w:r>
        <w:t>Jo chhota business aap kar paaye the wohin tak aap ki had hai bas. Aage nahi.</w:t>
      </w:r>
    </w:p>
    <w:p>
      <w:pPr>
        <w:jc w:val="right"/>
      </w:pPr>
      <w:r>
        <w:t>جو چھوٹا business آپ کر پائے تھے وہیں تک آپ کی حد ہے بس۔ آگے نہیں۔</w:t>
      </w:r>
    </w:p>
    <w:p>
      <w:r>
        <w:rPr>
          <w:b/>
        </w:rPr>
        <w:t xml:space="preserve">[53:52] </w:t>
      </w:r>
      <w:r>
        <w:t>To maine unko ek formula diya.</w:t>
      </w:r>
    </w:p>
    <w:p>
      <w:pPr>
        <w:jc w:val="right"/>
      </w:pPr>
      <w:r>
        <w:t>تو میں نے ان کو ایک فارمولا دیا۔</w:t>
      </w:r>
    </w:p>
    <w:p>
      <w:r>
        <w:rPr>
          <w:b/>
        </w:rPr>
        <w:t xml:space="preserve">[53:56] </w:t>
      </w:r>
      <w:r>
        <w:t>Apne liye qanaat, bachchon ke liye taraqqi.</w:t>
      </w:r>
    </w:p>
    <w:p>
      <w:pPr>
        <w:jc w:val="right"/>
      </w:pPr>
      <w:r>
        <w:t>اپنے لیے قناعت، بچوں کے لیے ترقی۔</w:t>
      </w:r>
    </w:p>
    <w:p>
      <w:r>
        <w:rPr>
          <w:b/>
        </w:rPr>
        <w:t xml:space="preserve">[53:59] </w:t>
      </w:r>
      <w:r>
        <w:t>Apne liye qanaat, bachchon ke liye taraqqi.</w:t>
      </w:r>
    </w:p>
    <w:p>
      <w:pPr>
        <w:jc w:val="right"/>
      </w:pPr>
      <w:r>
        <w:t>اپنے لیے قناعت، بچوں کے لیے ترقی۔</w:t>
      </w:r>
    </w:p>
    <w:p>
      <w:r>
        <w:rPr>
          <w:b/>
        </w:rPr>
        <w:t xml:space="preserve">[54:03] </w:t>
      </w:r>
      <w:r>
        <w:t>Qanaat means contentment.</w:t>
      </w:r>
    </w:p>
    <w:p>
      <w:pPr>
        <w:jc w:val="right"/>
      </w:pPr>
      <w:r>
        <w:t>قناعت means contentment۔</w:t>
      </w:r>
    </w:p>
    <w:p>
      <w:r>
        <w:rPr>
          <w:b/>
        </w:rPr>
        <w:t xml:space="preserve">[54:06] </w:t>
      </w:r>
      <w:r>
        <w:t>to jo aap jahan tak pohanchay hain isi par raazi ho jaiye ga.</w:t>
      </w:r>
    </w:p>
    <w:p>
      <w:pPr>
        <w:jc w:val="right"/>
      </w:pPr>
      <w:r>
        <w:t>تو جو آپ جہاں تک پہنچے ہیں اسی پر راضی ہو جائیے۔</w:t>
      </w:r>
    </w:p>
    <w:p>
      <w:r>
        <w:rPr>
          <w:b/>
        </w:rPr>
        <w:t xml:space="preserve">[54:11] </w:t>
      </w:r>
      <w:r>
        <w:t>bachon ko kahiye ke mehnat karo, mehnat kar ke parho.</w:t>
      </w:r>
    </w:p>
    <w:p>
      <w:pPr>
        <w:jc w:val="right"/>
      </w:pPr>
      <w:r>
        <w:t>بچوں کو کہیے کہ محنت کرو، محنت کر کے پڑھو۔</w:t>
      </w:r>
    </w:p>
    <w:p>
      <w:r>
        <w:rPr>
          <w:b/>
        </w:rPr>
        <w:t xml:space="preserve">[54:15] </w:t>
      </w:r>
      <w:r>
        <w:t>ab yeh aap chhalang lagaiye, kahin se qarz lain, qarz le kar aik business naya start karain.</w:t>
      </w:r>
    </w:p>
    <w:p>
      <w:pPr>
        <w:jc w:val="right"/>
      </w:pPr>
      <w:r>
        <w:t>اب یہ آپ چھلانگ لگائیں، کہیں سے قرض لیں، قرض لے کر ایک business نیا start کریں۔</w:t>
      </w:r>
    </w:p>
    <w:p>
      <w:r>
        <w:rPr>
          <w:b/>
        </w:rPr>
        <w:t xml:space="preserve">[54:19] </w:t>
      </w:r>
      <w:r>
        <w:t>yeh sab ghalat kaam hai.</w:t>
      </w:r>
    </w:p>
    <w:p>
      <w:pPr>
        <w:jc w:val="right"/>
      </w:pPr>
      <w:r>
        <w:t>یہ سب غلط کام ہے۔</w:t>
      </w:r>
    </w:p>
    <w:p>
      <w:r>
        <w:rPr>
          <w:b/>
        </w:rPr>
        <w:t xml:space="preserve">[54:24] </w:t>
      </w:r>
      <w:r>
        <w:t>ab aap aur kamane ka zehan khatam kar dijiye ga.</w:t>
      </w:r>
    </w:p>
    <w:p>
      <w:pPr>
        <w:jc w:val="right"/>
      </w:pPr>
      <w:r>
        <w:t>اب آپ اور کمانے کا ذہن ختم کر دیجیے۔</w:t>
      </w:r>
    </w:p>
    <w:p>
      <w:r>
        <w:rPr>
          <w:b/>
        </w:rPr>
        <w:t xml:space="preserve">[54:28] </w:t>
      </w:r>
      <w:r>
        <w:t>bachon se kahain aik bhai mein jo kar sakta tha kar kar liya mein ne.</w:t>
      </w:r>
    </w:p>
    <w:p>
      <w:pPr>
        <w:jc w:val="right"/>
      </w:pPr>
      <w:r>
        <w:t>بچوں سے کہیں ایک بھائی میں جو کر سکتا تھا کر کر لیا میں نے۔</w:t>
      </w:r>
    </w:p>
    <w:p>
      <w:r>
        <w:rPr>
          <w:b/>
        </w:rPr>
        <w:t xml:space="preserve">[54:32] </w:t>
      </w:r>
      <w:r>
        <w:t>ab tum ko mehnat karna hai, mehnat kar</w:t>
      </w:r>
    </w:p>
    <w:p>
      <w:pPr>
        <w:jc w:val="right"/>
      </w:pPr>
      <w:r>
        <w:t>اب تم کو محنت کرنا ہے، محنت کر</w:t>
      </w:r>
    </w:p>
    <w:p>
      <w:r>
        <w:rPr>
          <w:b/>
        </w:rPr>
        <w:t xml:space="preserve">[54:36] </w:t>
      </w:r>
      <w:r>
        <w:t>ke aagay barhna hai.</w:t>
      </w:r>
    </w:p>
    <w:p>
      <w:pPr>
        <w:jc w:val="right"/>
      </w:pPr>
      <w:r>
        <w:t>کے آگے بڑھنا ہے۔</w:t>
      </w:r>
    </w:p>
    <w:p>
      <w:r>
        <w:rPr>
          <w:b/>
        </w:rPr>
        <w:t xml:space="preserve">[54:41] </w:t>
      </w:r>
      <w:r>
        <w:t>isi ka formula mein ne diya ke apne liye qanaat, bachon ke liye taraqqi.</w:t>
      </w:r>
    </w:p>
    <w:p>
      <w:pPr>
        <w:jc w:val="right"/>
      </w:pPr>
      <w:r>
        <w:t>اسی کا فارمولا میں نے دیا کہ اپنے لیے قناعت، بچوں کے لیے ترقی۔</w:t>
      </w:r>
    </w:p>
    <w:p>
      <w:r>
        <w:rPr>
          <w:b/>
        </w:rPr>
        <w:t xml:space="preserve">[54:47] </w:t>
      </w:r>
      <w:r>
        <w:t>yani apne liye contentment aur bachon ke liye progress.</w:t>
      </w:r>
    </w:p>
    <w:p>
      <w:pPr>
        <w:jc w:val="right"/>
      </w:pPr>
      <w:r>
        <w:t>یعنی اپنے لیے contentment اور بچوں کے لیے progress۔</w:t>
      </w:r>
    </w:p>
    <w:p>
      <w:r>
        <w:rPr>
          <w:b/>
        </w:rPr>
        <w:t xml:space="preserve">[54:52] </w:t>
      </w:r>
      <w:r>
        <w:t>to sahib kal telephone un ka aaya ke sahib kai saal pehle aap yahan aaye thay aur</w:t>
      </w:r>
    </w:p>
    <w:p>
      <w:pPr>
        <w:jc w:val="right"/>
      </w:pPr>
      <w:r>
        <w:t>تو صاحب کل ٹیلی فون ان کا آیا کہ صاحب کئی سال پہلے آپ یہاں آئے تھے اور</w:t>
      </w:r>
    </w:p>
    <w:p>
      <w:r>
        <w:rPr>
          <w:b/>
        </w:rPr>
        <w:t xml:space="preserve">[54:57] </w:t>
      </w:r>
      <w:r>
        <w:t>aap ne formula diya tha to us ko mein ne pakar liya tha.</w:t>
      </w:r>
    </w:p>
    <w:p>
      <w:pPr>
        <w:jc w:val="right"/>
      </w:pPr>
      <w:r>
        <w:t>آپ نے فارمولا دیا تھا تو اس کو میں نے پکڑ لیا تھا۔</w:t>
      </w:r>
    </w:p>
    <w:p>
      <w:r>
        <w:rPr>
          <w:b/>
        </w:rPr>
        <w:t xml:space="preserve">[55:02] </w:t>
      </w:r>
      <w:r>
        <w:t>ab mere do bachay jo hain woh top ka jo engineering college hai us mein pohanch chukay hain.</w:t>
      </w:r>
    </w:p>
    <w:p>
      <w:pPr>
        <w:jc w:val="right"/>
      </w:pPr>
      <w:r>
        <w:t>اب میرے دو بچے جو ہیں وہ ٹاپ کا جو انجینئرنگ کالج ہے اس میں پہنچ چکے ہیں۔</w:t>
      </w:r>
    </w:p>
    <w:p>
      <w:r>
        <w:rPr>
          <w:b/>
        </w:rPr>
        <w:t xml:space="preserve">[55:07] </w:t>
      </w:r>
      <w:r>
        <w:t>dekhiye hota kya hai? jab baap ne yeh socha ke mujhe aur ziyada nahi kamana hai.</w:t>
      </w:r>
    </w:p>
    <w:p>
      <w:pPr>
        <w:jc w:val="right"/>
      </w:pPr>
      <w:r>
        <w:t>دیکھیے ہوتا کیا ہے؟ جب باپ نے یہ سوچا کہ مجھے اور زیادہ نہیں کمانا ہے۔</w:t>
      </w:r>
    </w:p>
    <w:p>
      <w:r>
        <w:rPr>
          <w:b/>
        </w:rPr>
        <w:t xml:space="preserve">[55:12] </w:t>
      </w:r>
      <w:r>
        <w:t>aur bachon ko bata diya ke dekho mujhe to aur ziyada nahi kamana hai.</w:t>
      </w:r>
    </w:p>
    <w:p>
      <w:pPr>
        <w:jc w:val="right"/>
      </w:pPr>
      <w:r>
        <w:t>اور بچوں کو بتا دیا کہ دیکھو مجھے تو اور زیادہ نہیں کمانا ہے۔</w:t>
      </w:r>
    </w:p>
    <w:p>
      <w:r>
        <w:rPr>
          <w:b/>
        </w:rPr>
        <w:t xml:space="preserve">[55:17] </w:t>
      </w:r>
      <w:r>
        <w:t>ab tum mehnat karo, mehnat kar ke parho.</w:t>
      </w:r>
    </w:p>
    <w:p>
      <w:pPr>
        <w:jc w:val="right"/>
      </w:pPr>
      <w:r>
        <w:t>اب تم محنت کرو، محنت کر کے پڑھو۔</w:t>
      </w:r>
    </w:p>
    <w:p>
      <w:r>
        <w:rPr>
          <w:b/>
        </w:rPr>
        <w:t xml:space="preserve">[55:22] </w:t>
      </w:r>
      <w:r>
        <w:t>to baap ne kya kiya? paisa na de kar unhon ne aik aur bari cheez de di gayi.</w:t>
      </w:r>
    </w:p>
    <w:p>
      <w:pPr>
        <w:jc w:val="right"/>
      </w:pPr>
      <w:r>
        <w:t>تو باپ نے کیا کیا؟ پیسہ نہ دے کر انہوں نے ایک اور بڑی چیز دے دی گئی۔</w:t>
      </w:r>
    </w:p>
    <w:p>
      <w:r>
        <w:rPr>
          <w:b/>
        </w:rPr>
        <w:t xml:space="preserve">[55:27] </w:t>
      </w:r>
      <w:r>
        <w:t>woh hai incentive, motivation.</w:t>
      </w:r>
    </w:p>
    <w:p>
      <w:pPr>
        <w:jc w:val="right"/>
      </w:pPr>
      <w:r>
        <w:t>وہ ہے incentive، motivation۔</w:t>
      </w:r>
    </w:p>
    <w:p>
      <w:r>
        <w:rPr>
          <w:b/>
        </w:rPr>
        <w:t xml:space="preserve">[55:32] </w:t>
      </w:r>
      <w:r>
        <w:t>saare baap yeh samajhte hain ke paisa kama kar woh do bachon ko</w:t>
      </w:r>
    </w:p>
    <w:p>
      <w:pPr>
        <w:jc w:val="right"/>
      </w:pPr>
      <w:r>
        <w:t>سارے باپ یہ سمجھتے ہیں کہ پیسہ کما کر وہ دو بچوں کو</w:t>
      </w:r>
    </w:p>
    <w:p>
      <w:r>
        <w:rPr>
          <w:b/>
        </w:rPr>
        <w:t xml:space="preserve">[55:37] </w:t>
      </w:r>
      <w:r>
        <w:t>.</w:t>
      </w:r>
    </w:p>
    <w:p>
      <w:pPr>
        <w:jc w:val="right"/>
      </w:pPr>
      <w:r>
        <w:t>۔</w:t>
      </w:r>
    </w:p>
    <w:p>
      <w:r>
        <w:rPr>
          <w:b/>
        </w:rPr>
        <w:t xml:space="preserve">[55:40] </w:t>
      </w:r>
      <w:r>
        <w:t>dekhiye yeh choti cheez hai.</w:t>
      </w:r>
    </w:p>
    <w:p>
      <w:pPr>
        <w:jc w:val="right"/>
      </w:pPr>
      <w:r>
        <w:t>دیکھیے یہ چھوٹی چیز ہے۔</w:t>
      </w:r>
    </w:p>
    <w:p>
      <w:r>
        <w:rPr>
          <w:b/>
        </w:rPr>
        <w:t xml:space="preserve">[55:43] </w:t>
      </w:r>
      <w:r>
        <w:t>bari cheez kya hai? incentive, motivation.</w:t>
      </w:r>
    </w:p>
    <w:p>
      <w:pPr>
        <w:jc w:val="right"/>
      </w:pPr>
      <w:r>
        <w:t>بڑی چیز کیا ہے؟ Incentive، motivation۔</w:t>
      </w:r>
    </w:p>
    <w:p>
      <w:r>
        <w:rPr>
          <w:b/>
        </w:rPr>
        <w:t xml:space="preserve">[55:47] </w:t>
      </w:r>
      <w:r>
        <w:t>aik jazba, aik spirit.</w:t>
      </w:r>
    </w:p>
    <w:p>
      <w:pPr>
        <w:jc w:val="right"/>
      </w:pPr>
      <w:r>
        <w:t>ایک جذبہ، ایک spirit۔</w:t>
      </w:r>
    </w:p>
    <w:p>
      <w:r>
        <w:rPr>
          <w:b/>
        </w:rPr>
        <w:t xml:space="preserve">[55:50] </w:t>
      </w:r>
      <w:r>
        <w:t>I have to do it, I have to do it.</w:t>
      </w:r>
    </w:p>
    <w:p>
      <w:pPr>
        <w:jc w:val="right"/>
      </w:pPr>
      <w:r>
        <w:t>I have to do it، I have to do it۔</w:t>
      </w:r>
    </w:p>
    <w:p>
      <w:r>
        <w:rPr>
          <w:b/>
        </w:rPr>
        <w:t xml:space="preserve">[55:53] </w:t>
      </w:r>
      <w:r>
        <w:t>yeh diya unhon ne.</w:t>
      </w:r>
    </w:p>
    <w:p>
      <w:pPr>
        <w:jc w:val="right"/>
      </w:pPr>
      <w:r>
        <w:t>یہ دیا انہوں نے۔</w:t>
      </w:r>
    </w:p>
    <w:p>
      <w:r>
        <w:rPr>
          <w:b/>
        </w:rPr>
        <w:t xml:space="preserve">[55:57] </w:t>
      </w:r>
      <w:r>
        <w:t>tu agarche woh paise ke term mein, in term of money woh zyada bari cheez nahi de sake</w:t>
      </w:r>
    </w:p>
    <w:p>
      <w:pPr>
        <w:jc w:val="right"/>
      </w:pPr>
      <w:r>
        <w:t>تو اگرچہ وہ پیسے کے term میں، in term of money وہ زیادہ بڑی چیز نہیں دے سکے</w:t>
      </w:r>
    </w:p>
    <w:p>
      <w:r>
        <w:rPr>
          <w:b/>
        </w:rPr>
        <w:t xml:space="preserve">[56:00] </w:t>
      </w:r>
      <w:r>
        <w:t>the, de sake the apne bachon ko.</w:t>
      </w:r>
    </w:p>
    <w:p>
      <w:pPr>
        <w:jc w:val="right"/>
      </w:pPr>
      <w:r>
        <w:t>تھے، دے سکے تھے اپنے بچوں کو۔</w:t>
      </w:r>
    </w:p>
    <w:p>
      <w:r>
        <w:rPr>
          <w:b/>
        </w:rPr>
        <w:t xml:space="preserve">[56:03] </w:t>
      </w:r>
      <w:r>
        <w:t>lekin in term of motivation inhone bohat bari cheez</w:t>
      </w:r>
    </w:p>
    <w:p>
      <w:pPr>
        <w:jc w:val="right"/>
      </w:pPr>
      <w:r>
        <w:t>لیکن in term of motivation انہوں نے بہت بڑی چیز</w:t>
      </w:r>
    </w:p>
    <w:p>
      <w:r>
        <w:rPr>
          <w:b/>
        </w:rPr>
        <w:t xml:space="preserve">[56:07] </w:t>
      </w:r>
      <w:r>
        <w:t>de di.</w:t>
      </w:r>
    </w:p>
    <w:p>
      <w:pPr>
        <w:jc w:val="right"/>
      </w:pPr>
      <w:r>
        <w:t>دے دی۔</w:t>
      </w:r>
    </w:p>
    <w:p>
      <w:r>
        <w:rPr>
          <w:b/>
        </w:rPr>
        <w:t xml:space="preserve">[56:10] </w:t>
      </w:r>
      <w:r>
        <w:t>ab bachche mehnat karne lage aur bohat acha number laye woh.</w:t>
      </w:r>
    </w:p>
    <w:p>
      <w:pPr>
        <w:jc w:val="right"/>
      </w:pPr>
      <w:r>
        <w:t>اب بچے محنت کرنے لگے اور بہت اچھا نمبر لائے وہ۔</w:t>
      </w:r>
    </w:p>
    <w:p>
      <w:r>
        <w:rPr>
          <w:b/>
        </w:rPr>
        <w:t xml:space="preserve">[56:13] </w:t>
      </w:r>
      <w:r>
        <w:t>jab acha number laye to unko wahan admission mil gaya top ke engineering college mein.</w:t>
      </w:r>
    </w:p>
    <w:p>
      <w:pPr>
        <w:jc w:val="right"/>
      </w:pPr>
      <w:r>
        <w:t>جب اچھا نمبر لائے تو ان کو وہاں admission مل گیا ٹاپ کے انجینئرنگ کالج میں۔</w:t>
      </w:r>
    </w:p>
    <w:p>
      <w:r>
        <w:rPr>
          <w:b/>
        </w:rPr>
        <w:t xml:space="preserve">[56:17] </w:t>
      </w:r>
      <w:r>
        <w:t>donon bachchon ko.</w:t>
      </w:r>
    </w:p>
    <w:p>
      <w:pPr>
        <w:jc w:val="right"/>
      </w:pPr>
      <w:r>
        <w:t>دونوں بچوں کو۔</w:t>
      </w:r>
    </w:p>
    <w:p>
      <w:r>
        <w:rPr>
          <w:b/>
        </w:rPr>
        <w:t xml:space="preserve">[56:20] </w:t>
      </w:r>
      <w:r>
        <w:t>ab zahir hai ke woh taraqqi kar rahe hain.</w:t>
      </w:r>
    </w:p>
    <w:p>
      <w:pPr>
        <w:jc w:val="right"/>
      </w:pPr>
      <w:r>
        <w:t>اب ظاہر ہے کہ وہ ترقی کر رہے ہیں۔</w:t>
      </w:r>
    </w:p>
    <w:p>
      <w:r>
        <w:rPr>
          <w:b/>
        </w:rPr>
        <w:t xml:space="preserve">[56:24] </w:t>
      </w:r>
      <w:r>
        <w:t>yeh hai planning.</w:t>
      </w:r>
    </w:p>
    <w:p>
      <w:pPr>
        <w:jc w:val="right"/>
      </w:pPr>
      <w:r>
        <w:t>یہ ہے planning۔</w:t>
      </w:r>
    </w:p>
    <w:p>
      <w:r>
        <w:rPr>
          <w:b/>
        </w:rPr>
        <w:t xml:space="preserve">[56:27] </w:t>
      </w:r>
      <w:r>
        <w:t>woh jhooti planning thi ke qarzah lo, idhar udhar se qarzah le kar ke naya business start karo.</w:t>
      </w:r>
    </w:p>
    <w:p>
      <w:pPr>
        <w:jc w:val="right"/>
      </w:pPr>
      <w:r>
        <w:t>وہ جھوٹی planning تھی کہ قرضہ لو، ادھر ادھر سے قرضہ لے کر کے نیا business start کرو۔</w:t>
      </w:r>
    </w:p>
    <w:p>
      <w:r>
        <w:rPr>
          <w:b/>
        </w:rPr>
        <w:t xml:space="preserve">[56:30] </w:t>
      </w:r>
      <w:r>
        <w:t>woh mere nazdeek koi planning nahi thi woh.</w:t>
      </w:r>
    </w:p>
    <w:p>
      <w:pPr>
        <w:jc w:val="right"/>
      </w:pPr>
      <w:r>
        <w:t>وہ میرے نزدیک کوئی planning نہیں تھی وہ۔</w:t>
      </w:r>
    </w:p>
    <w:p>
      <w:r>
        <w:rPr>
          <w:b/>
        </w:rPr>
        <w:t xml:space="preserve">[56:34] </w:t>
      </w:r>
      <w:r>
        <w:t>woh ill planning thi woh.</w:t>
      </w:r>
    </w:p>
    <w:p>
      <w:pPr>
        <w:jc w:val="right"/>
      </w:pPr>
      <w:r>
        <w:t>وہ ill planning تھی وہ۔</w:t>
      </w:r>
    </w:p>
    <w:p>
      <w:r>
        <w:rPr>
          <w:b/>
        </w:rPr>
        <w:t xml:space="preserve">[56:37] </w:t>
      </w:r>
      <w:r>
        <w:t>sahi planning yeh thi ke apne liye qanaat, bachchon ke liye taraqqi. is planning mein kia hai? aap qanaat kar ke bachchon ko aik aur cheez de rahe hain. yani paisa na de kar bhi aik cheez de rahe hain. woh hai incentive. woh hai spirit. woh hai ke I have to do it. to bachchon ne khoob mehnat ki, khoob mehnat ki. bohat ache number laye. apne aap top ke engineering college mein dono ke dono pe</w:t>
      </w:r>
    </w:p>
    <w:p>
      <w:pPr>
        <w:jc w:val="right"/>
      </w:pPr>
      <w:r>
        <w:t>صحیح planning یہ تھی کہ اپنے لیے قناعت، بچوں کے لیے ترقی۔ اس planning میں کیا ہے؟ آپ قناعت کر کے بچوں کو ایک اور چیز دے رہے ہیں۔ یعنی پیسہ نہ دے کر بھی ایک چیز دے رہے ہیں۔ وہ ہے incentive۔ وہ ہے spirit۔ وہ ہے کہ I have to do it۔ تو بچوں نے خوب محنت کی، خوب محنت کی۔ بہت اچھے نمبر لائے۔ اپنے آپ ٹاپ کے انجینئرنگ کالج میں دونوں کے دونوں پہ</w:t>
      </w:r>
    </w:p>
    <w:p>
      <w:r>
        <w:rPr>
          <w:b/>
        </w:rPr>
        <w:t xml:space="preserve">[57:07] </w:t>
      </w:r>
      <w:r>
        <w:t>hunch gaye. yeh hai planning. to sari dunya ke musalman kia kar rahe hain? Musalman se meri murad hai leader. sirf complaint karte hain, sirf protest karte hain. jitne musalmanon ke jalsay mein gaya siwaye shikayat ke kuch mein ne suni nahi koi baat. un ke media mein hi baat hoti hai, un ke jalson mein hi baat hoti hai, har jagah hi baat hoti hai. apas ke churchon mein hi baat hoti hai. is ke baj</w:t>
      </w:r>
    </w:p>
    <w:p>
      <w:pPr>
        <w:jc w:val="right"/>
      </w:pPr>
      <w:r>
        <w:t>نچ گئے۔ یہ ہے planning۔ تو ساری دنیا کے مسلمان کیا کر رہے ہیں؟ مسلمان سے میری مراد ہے leader۔ صرف complaint کرتے ہیں، صرف protest کرتے ہیں۔ جتنے مسلمانوں کے جلسے میں گیا سوائے شکایت کے کچھ میں نے سنی نہیں کوئی بات۔ ان کے میڈیا میں ہی بات ہوتی ہے، ان کے جلسوں میں ہی بات ہوتی ہے، ہر جگہ ہی بات ہوتی ہے۔ آپس کے چرچوں میں ہی بات ہوتی ہے۔ اس کے بج</w:t>
      </w:r>
    </w:p>
    <w:p>
      <w:r>
        <w:rPr>
          <w:b/>
        </w:rPr>
        <w:t xml:space="preserve">[57:37] </w:t>
      </w:r>
      <w:r>
        <w:t>aaye karna kya hai? Reassessment. Replanning.</w:t>
      </w:r>
    </w:p>
    <w:p>
      <w:pPr>
        <w:jc w:val="right"/>
      </w:pPr>
      <w:r>
        <w:t>ائے کرنا کیا ہے؟ Reassessment۔ Replanning۔</w:t>
      </w:r>
    </w:p>
    <w:p>
      <w:r>
        <w:rPr>
          <w:b/>
        </w:rPr>
        <w:t xml:space="preserve">[57:44] </w:t>
      </w:r>
      <w:r>
        <w:t>apne apne mind ko phir se naya orientation dena. Yeh hai.</w:t>
      </w:r>
    </w:p>
    <w:p>
      <w:pPr>
        <w:jc w:val="right"/>
      </w:pPr>
      <w:r>
        <w:t>اپنے اپنے mind کو پھر سے نیا orientation دینا۔ یہ ہے۔</w:t>
      </w:r>
    </w:p>
    <w:p>
      <w:r>
        <w:rPr>
          <w:b/>
        </w:rPr>
        <w:t xml:space="preserve">[57:50] </w:t>
      </w:r>
      <w:r>
        <w:t>aur main samajhta hoon ke two point formula hai education aur dawah work.</w:t>
      </w:r>
    </w:p>
    <w:p>
      <w:pPr>
        <w:jc w:val="right"/>
      </w:pPr>
      <w:r>
        <w:t>اور میں سمجھتا ہوں کہ two point فارمولا ہے education اور دعویٰ work۔</w:t>
      </w:r>
    </w:p>
    <w:p>
      <w:r>
        <w:rPr>
          <w:b/>
        </w:rPr>
        <w:t xml:space="preserve">[57:57] </w:t>
      </w:r>
      <w:r>
        <w:t>musalmanon ko secular sense mein education.</w:t>
      </w:r>
    </w:p>
    <w:p>
      <w:pPr>
        <w:jc w:val="right"/>
      </w:pPr>
      <w:r>
        <w:t>مسلمانوں کو secular sense میں education۔</w:t>
      </w:r>
    </w:p>
    <w:p>
      <w:r>
        <w:rPr>
          <w:b/>
        </w:rPr>
        <w:t xml:space="preserve">[58:04] </w:t>
      </w:r>
      <w:r>
        <w:t>Religious sense mein dawah work. Is</w:t>
      </w:r>
    </w:p>
    <w:p>
      <w:pPr>
        <w:jc w:val="right"/>
      </w:pPr>
      <w:r>
        <w:t>Religious sense میں دعویٰ work۔ اس</w:t>
      </w:r>
    </w:p>
    <w:p>
      <w:r>
        <w:rPr>
          <w:b/>
        </w:rPr>
        <w:t xml:space="preserve">[58:10] </w:t>
      </w:r>
      <w:r>
        <w:t>yani dunya ke mamlaat ke aitbar se mein yeh kahun ga ke musalmanon ko modern education lena hai. bohat zyada. aur Islam ke aitbar se mein kahun ga ke un ko daawa work karna hai. to education aur daawa yahi do cheezein musalmanon ko karna hai. aur isi mein un ki taraqqi hai dunya ke bhi, akhirat ke bhi. aqool qawli haza wastaghfirullah li walakum ajmaeen.</w:t>
      </w:r>
    </w:p>
    <w:p>
      <w:pPr>
        <w:jc w:val="right"/>
      </w:pPr>
      <w:r>
        <w:t>یعنی دنیا کے معاملات کے اعتبار سے میں یہ کہوں گا کہ مسلمانوں کو modern education لینا ہے۔ بہت زیادہ۔ اور اسلام کے اعتبار سے میں کہوں گا کہ ان کو دعویٰ work کرنا ہے۔ تو education اور دعویٰ یہی دو چیزیں مسلمانوں کو کرنا ہے۔ اور اسی میں ان کی ترقی ہے دنیا کے بھی، آخرت کے بھی۔ أقول قولي هذا واستغفرالله لي ولكم اجمعين.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