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 60 April 08, 2018</w:t>
      </w:r>
    </w:p>
    <w:p>
      <w:r>
        <w:t>https://www.youtube.com/watch?v=0ACymzsx8vI</w:t>
      </w:r>
    </w:p>
    <w:p>
      <w:r>
        <w:rPr>
          <w:b/>
        </w:rPr>
        <w:t xml:space="preserve">[00:10] </w:t>
      </w:r>
      <w:r>
        <w:t>bismillah hir rahman nir rahim.</w:t>
      </w:r>
    </w:p>
    <w:p>
      <w:pPr>
        <w:jc w:val="right"/>
      </w:pPr>
      <w:r>
        <w:t>بسم اللہ الرحمن الرحیم۔</w:t>
      </w:r>
    </w:p>
    <w:p>
      <w:r>
        <w:rPr>
          <w:b/>
        </w:rPr>
        <w:t xml:space="preserve">[00:15]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[00:27] </w:t>
      </w:r>
      <w:r>
        <w:t>8 april 2018.</w:t>
      </w:r>
    </w:p>
    <w:p>
      <w:pPr>
        <w:jc w:val="right"/>
      </w:pPr>
      <w:r>
        <w:t>8 اپریل 2018۔</w:t>
      </w:r>
    </w:p>
    <w:p>
      <w:r>
        <w:rPr>
          <w:b/>
        </w:rPr>
        <w:t xml:space="preserve">[00:35] </w:t>
      </w:r>
      <w:r>
        <w:t>dekhen, hamara jo yeh program hota hai sunday ko, to is mein hum quran ka dars dete hain, jis ko—</w:t>
      </w:r>
    </w:p>
    <w:p>
      <w:pPr>
        <w:jc w:val="right"/>
      </w:pPr>
      <w:r>
        <w:t>دیکھیں، ہمارا جو یہ پروگرام ہوتا ہے سنڈے کو، تو اس میں ہم قرآن کا درس دیتے ہیں، جس کو—</w:t>
      </w:r>
    </w:p>
    <w:p>
      <w:r>
        <w:rPr>
          <w:b/>
        </w:rPr>
        <w:t xml:space="preserve">[00:51] </w:t>
      </w:r>
      <w:r>
        <w:t>yani ek silsile se chalta hai. yeh aap ko pata hai ke mujhe har din kuch nai baat mere mind mein ati hai,</w:t>
      </w:r>
    </w:p>
    <w:p>
      <w:pPr>
        <w:jc w:val="right"/>
      </w:pPr>
      <w:r>
        <w:t>یعنی ایک سلسلے سے چلتا ہے۔ یہ آپ کو پتہ ہے کہ مجھے ہر دن کچھ نئی بات میرے مائنڈ میں آتی ہے،</w:t>
      </w:r>
    </w:p>
    <w:p>
      <w:r>
        <w:rPr>
          <w:b/>
        </w:rPr>
        <w:t xml:space="preserve">[01:05] </w:t>
      </w:r>
      <w:r>
        <w:t>kyun ke aadmi din ko sochta hai, raat ko uska mind active rehta hai. to woh sab jo hai, process hota hai, process.</w:t>
      </w:r>
    </w:p>
    <w:p>
      <w:pPr>
        <w:jc w:val="right"/>
      </w:pPr>
      <w:r>
        <w:t>کیونکہ آدمی دن کو سوچتا ہے، رات کو اس کا مائنڈ ایکٹیو رہتا ہے۔ تو وہ سب جو ہے، پراسیس ہوتا ہے، پراسیس۔</w:t>
      </w:r>
    </w:p>
    <w:p>
      <w:r>
        <w:rPr>
          <w:b/>
        </w:rPr>
        <w:t xml:space="preserve">[01:21] </w:t>
      </w:r>
      <w:r>
        <w:t>to process hote hote mind mein koi digestu, digested cheez aa jati hai.</w:t>
      </w:r>
    </w:p>
    <w:p>
      <w:pPr>
        <w:jc w:val="right"/>
      </w:pPr>
      <w:r>
        <w:t>تو پراسیس ہوتے ہوتے مائنڈ میں کوئی ڈائجسٹو، ڈائجسٹڈ چیز آ جاتی ہے۔</w:t>
      </w:r>
    </w:p>
    <w:p>
      <w:r>
        <w:rPr>
          <w:b/>
        </w:rPr>
        <w:t xml:space="preserve">[01:32] </w:t>
      </w:r>
      <w:r>
        <w:t>to aaj mere mind mein jo cheez aai, pass hone ke baad, ek digest, digest ki hui ke roop mein, woh kya thi?</w:t>
      </w:r>
    </w:p>
    <w:p>
      <w:pPr>
        <w:jc w:val="right"/>
      </w:pPr>
      <w:r>
        <w:t>تو آج میرے مائنڈ میں جو چیز آئی، پاس ہونے کے بعد، ایک ڈائجسٹ، ڈائجسٹ کی ہوئی کے روپ میں، وہ کیا تھی؟</w:t>
      </w:r>
    </w:p>
    <w:p>
      <w:r>
        <w:rPr>
          <w:b/>
        </w:rPr>
        <w:t xml:space="preserve">[01:46] </w:t>
      </w:r>
      <w:r>
        <w:t>aaj mujhe bible ka ek, ek cheez yaad aai. woh bohat anokha mere liye, ek disk, discovery ban gai, discovery.</w:t>
      </w:r>
    </w:p>
    <w:p>
      <w:pPr>
        <w:jc w:val="right"/>
      </w:pPr>
      <w:r>
        <w:t>آج مجھے بائبل کا ایک، ایک چیز یاد آئی۔ وہ بہت انوکھا میرے لیے، ایک ڈسک، ڈسکوری بن گئی، ڈسکوری۔</w:t>
      </w:r>
    </w:p>
    <w:p>
      <w:r>
        <w:rPr>
          <w:b/>
        </w:rPr>
        <w:t xml:space="preserve">[01:56] </w:t>
      </w:r>
      <w:r>
        <w:t>dekhen, jo new testament hai, new testament, is mein hazrat masih ne bataya tha apne disciples ko dua ka tareeqa.</w:t>
      </w:r>
    </w:p>
    <w:p>
      <w:pPr>
        <w:jc w:val="right"/>
      </w:pPr>
      <w:r>
        <w:t>دیکھیں، جو نیو ٹیسٹمنٹ ہے، نیو ٹیسٹمنٹ، اس میں حضرت مسیح نے بتایا تھا اپنے ڈسائپلز کو دعا کا طریقہ۔</w:t>
      </w:r>
    </w:p>
    <w:p>
      <w:r>
        <w:rPr>
          <w:b/>
        </w:rPr>
        <w:t xml:space="preserve">[02:16] </w:t>
      </w:r>
      <w:r>
        <w:t>to is mein word aata hai "kingdom of god", "kingdom of god".</w:t>
      </w:r>
    </w:p>
    <w:p>
      <w:pPr>
        <w:jc w:val="right"/>
      </w:pPr>
      <w:r>
        <w:t>تو اس میں ورڈ آتا ہے "کنگڈم آف گاڈ"، "کنگڈم آف گاڈ"۔</w:t>
      </w:r>
    </w:p>
    <w:p>
      <w:r>
        <w:rPr>
          <w:b/>
        </w:rPr>
        <w:t xml:space="preserve">[02:26] </w:t>
      </w:r>
      <w:r>
        <w:t>to mein sab se pehle aap ko woh verse sunata hoon, us ke baad inshallah mein aaj mere mind mein kya thought aaya, woh bataunga.</w:t>
      </w:r>
    </w:p>
    <w:p>
      <w:pPr>
        <w:jc w:val="right"/>
      </w:pPr>
      <w:r>
        <w:t>تو میں سب سے پہلے آپ کو وہ ورس سناتا ہوں، اس کے بعد انشاءاللہ میں آج میرے مائنڈ میں کیا تھاٹ آیا، وہ بتاؤں گا۔</w:t>
      </w:r>
    </w:p>
    <w:p>
      <w:r>
        <w:rPr>
          <w:b/>
        </w:rPr>
        <w:t xml:space="preserve">[02:38] </w:t>
      </w:r>
      <w:r>
        <w:t>you should, you should pray like this, our father in heaven help us to honor your name, come and set up your kingdom, so that everyone in earth will obey you,</w:t>
      </w:r>
    </w:p>
    <w:p>
      <w:pPr>
        <w:jc w:val="right"/>
      </w:pPr>
      <w:r>
        <w:t>یو شوڈ، یو شوڈ پری لائک دس، اور فادر ان ہیون ہیلپ اس ٹو آنر یور نیم، کم اینڈ سیٹ اپ یور کنگڈم، سو دیٹ ایوری ون ان ارتھ ول اوبے یو،</w:t>
      </w:r>
    </w:p>
    <w:p>
      <w:r>
        <w:rPr>
          <w:b/>
        </w:rPr>
        <w:t xml:space="preserve">[02:51] </w:t>
      </w:r>
      <w:r>
        <w:t>as you are obeyed in heaven. pas tum is tarah dua kiya karo ke aye hamare baap, to jo aasman par hai, tera naam pak mana jaye, teri badshahi aye, teri marzi jaise aasman par poori hoti hai,</w:t>
      </w:r>
    </w:p>
    <w:p>
      <w:pPr>
        <w:jc w:val="right"/>
      </w:pPr>
      <w:r>
        <w:t>ایز یو آر اوبیڈ ان ہیون۔ پس تم اس طرح دعا کیا کرو کہ اے ہمارے باپ، تو جو آسمان پر ہے، تیرا نام پاک مانا جائے، تیری بادشاہی آئے، تیری مرضی جیسے آسمان پر پوری ہوتی ہے،</w:t>
      </w:r>
    </w:p>
    <w:p>
      <w:r>
        <w:rPr>
          <w:b/>
        </w:rPr>
        <w:t xml:space="preserve">[03:08] </w:t>
      </w:r>
      <w:r>
        <w:t>zameen par bhi ho. matthew chapter six, verse nine and ten.</w:t>
      </w:r>
    </w:p>
    <w:p>
      <w:pPr>
        <w:jc w:val="right"/>
      </w:pPr>
      <w:r>
        <w:t>زمین پر بھی ہو۔ میتھیو چیپٹر سکس، ورس نائن اینڈ ٹین۔</w:t>
      </w:r>
    </w:p>
    <w:p>
      <w:r>
        <w:rPr>
          <w:b/>
        </w:rPr>
        <w:t xml:space="preserve">[03:17] </w:t>
      </w:r>
      <w:r>
        <w:t>dekhen, is mein "kingdom of god" ka word aya hai, "kingdom of god". to</w:t>
      </w:r>
    </w:p>
    <w:p>
      <w:pPr>
        <w:jc w:val="right"/>
      </w:pPr>
      <w:r>
        <w:t>دیکھیں، اس میں "کنگڈم آف گاڈ" کا ورڈ آیا ہے، "کنگڈم آف گاڈ"۔ تو</w:t>
      </w:r>
    </w:p>
    <w:p>
      <w:r>
        <w:rPr>
          <w:b/>
        </w:rPr>
        <w:t xml:space="preserve">[03:29] </w:t>
      </w:r>
      <w:r>
        <w:t>aap jante hain ke musalmanon mein ek movement chali,</w:t>
      </w:r>
    </w:p>
    <w:p>
      <w:pPr>
        <w:jc w:val="right"/>
      </w:pPr>
      <w:r>
        <w:t>آپ جانتے ہیں کہ مسلمانوں میں ایک موومنٹ چلی،</w:t>
      </w:r>
    </w:p>
    <w:p>
      <w:r>
        <w:rPr>
          <w:b/>
        </w:rPr>
        <w:t xml:space="preserve">[03:37] </w:t>
      </w:r>
      <w:r>
        <w:t>ab is par bohat lambi time beet, beet gaya hai, aur poori dunya mein is ka charcha hua.</w:t>
      </w:r>
    </w:p>
    <w:p>
      <w:pPr>
        <w:jc w:val="right"/>
      </w:pPr>
      <w:r>
        <w:t>اب اس پر بہت لمبی ٹائم بیت، بیت گیا ہے، اور پوری دنیا میں اس کا چرچا ہوا۔</w:t>
      </w:r>
    </w:p>
    <w:p>
      <w:r>
        <w:rPr>
          <w:b/>
        </w:rPr>
        <w:t xml:space="preserve">[03:48] </w:t>
      </w:r>
      <w:r>
        <w:t>is movement ka jo target tha, woh yeh tha ke hukoomat ilahia establish karna.</w:t>
      </w:r>
    </w:p>
    <w:p>
      <w:pPr>
        <w:jc w:val="right"/>
      </w:pPr>
      <w:r>
        <w:t>اس موومنٹ کا جو ٹارگٹ تھا، وہ یہ تھا کہ حکومت الہیہ اسٹیبلش کرنا۔</w:t>
      </w:r>
    </w:p>
    <w:p>
      <w:r>
        <w:rPr>
          <w:b/>
        </w:rPr>
        <w:t xml:space="preserve">[04:00] </w:t>
      </w:r>
      <w:r>
        <w:t>musalmanon ko yeh unhon ne target diya ke ke quran ke mutabiq hamara jo mission hai, woh kya hai?</w:t>
      </w:r>
    </w:p>
    <w:p>
      <w:pPr>
        <w:jc w:val="right"/>
      </w:pPr>
      <w:r>
        <w:t>مسلمانوں کو یہ انہوں نے ٹارگٹ دیا کہ کہ قرآن کے مطابق ہمارا جو مشن ہے، وہ کیا ہے؟</w:t>
      </w:r>
    </w:p>
    <w:p>
      <w:r>
        <w:rPr>
          <w:b/>
        </w:rPr>
        <w:t xml:space="preserve">[04:10] </w:t>
      </w:r>
      <w:r>
        <w:t>woh hai khuda ki hukoomat qaim karna, hukoomat ilahia qaim karna.</w:t>
      </w:r>
    </w:p>
    <w:p>
      <w:pPr>
        <w:jc w:val="right"/>
      </w:pPr>
      <w:r>
        <w:t>وہ ہے خدا کی حکومت قائم کرنا، حکومت الہیہ قائم کرنا۔</w:t>
      </w:r>
    </w:p>
    <w:p>
      <w:r>
        <w:rPr>
          <w:b/>
        </w:rPr>
        <w:t xml:space="preserve">[04:19] </w:t>
      </w:r>
      <w:r>
        <w:t>to yeh mein sochta tha ke kya matlab hai is ka. to bohat anokhi baat yeh hai ke mujhe aaj is ka ek bohat bara door khula,</w:t>
      </w:r>
    </w:p>
    <w:p>
      <w:pPr>
        <w:jc w:val="right"/>
      </w:pPr>
      <w:r>
        <w:t>تو یہ میں سوچتا تھا کہ کیا مطلب ہے اس کا۔ تو بہت انوکھی بات یہ ہے کہ مجھے آج اس کا ایک بہت بڑا ڈور کھلا،</w:t>
      </w:r>
    </w:p>
    <w:p>
      <w:r>
        <w:rPr>
          <w:b/>
        </w:rPr>
        <w:t xml:space="preserve">[04:33] </w:t>
      </w:r>
      <w:r>
        <w:t>is ko samajhne ka. dekhen, hamare jo ulma hain, kuch cheezon ko batate hain ke quran samajhne ke liye yeh yeh chahiye, jaise hadith waghera.</w:t>
      </w:r>
    </w:p>
    <w:p>
      <w:pPr>
        <w:jc w:val="right"/>
      </w:pPr>
      <w:r>
        <w:t>اس کو سمجھنے کا۔ دیکھیں، ہمارے جو علماء ہیں، کچھ چیزوں کو بتاتے ہیں کہ قرآن سمجھنے کے لیے یہ یہ چاہیے، جیسے حدیث وغیرہ۔</w:t>
      </w:r>
    </w:p>
    <w:p>
      <w:r>
        <w:rPr>
          <w:b/>
        </w:rPr>
        <w:t xml:space="preserve">[04:50] </w:t>
      </w:r>
      <w:r>
        <w:t>mein samajhta hoon ke quran ko samajhne ke liye ek aur cheez chahiye, aur woh hai bible. kyunke bible aasmani kitaab hai, aur quran bhi aasmani kitaab hai.</w:t>
      </w:r>
    </w:p>
    <w:p>
      <w:pPr>
        <w:jc w:val="right"/>
      </w:pPr>
      <w:r>
        <w:t>میں سمجھتا ہوں کہ قرآن کو سمجھنے کے لیے ایک اور چیز چاہیے، اور وہ ہے بائبل۔ کیونکہ بائبل آسمانی کتاب ہے، اور قرآن بھی آسمانی کتاب ہے۔</w:t>
      </w:r>
    </w:p>
    <w:p>
      <w:r>
        <w:rPr>
          <w:b/>
        </w:rPr>
        <w:t xml:space="preserve">[05:03] </w:t>
      </w:r>
      <w:r>
        <w:t>to bible pehle aayi, yaani moosa ki torat bhi, aur masih ki injeel bhi, pehle. iske baad quran aaya.</w:t>
      </w:r>
    </w:p>
    <w:p>
      <w:pPr>
        <w:jc w:val="right"/>
      </w:pPr>
      <w:r>
        <w:t>تو بائبل پہلے آئی، یعنی موسیٰ کی تورات بھی، اور مسیح کی انجیل بھی، پہلے۔ اس کے بعد قرآن آیا۔</w:t>
      </w:r>
    </w:p>
    <w:p>
      <w:r>
        <w:rPr>
          <w:b/>
        </w:rPr>
        <w:t xml:space="preserve">[05:15] </w:t>
      </w:r>
      <w:r>
        <w:t>to kai references aise hain jo dono mein milte julte hain. to ek se doosre ko padh samajhne mein madad milti hai.</w:t>
      </w:r>
    </w:p>
    <w:p>
      <w:pPr>
        <w:jc w:val="right"/>
      </w:pPr>
      <w:r>
        <w:t>تو کئی ریفرنسز ایسے ہیں جو دونوں میں ملتے جلتے ہیں۔ تو ایک سے دوسرے کو پڑھ سمجھنے میں مدد ملتی ہے۔</w:t>
      </w:r>
    </w:p>
    <w:p>
      <w:r>
        <w:rPr>
          <w:b/>
        </w:rPr>
        <w:t xml:space="preserve">[05:26] </w:t>
      </w:r>
      <w:r>
        <w:t>to dekhen, yeh jo aayat padhi aap ke samne, yeh new testament ki aayat hai, jis mein masih kehte hain ke tum dua kiya karo "kingdom of god" ke liye,</w:t>
      </w:r>
    </w:p>
    <w:p>
      <w:pPr>
        <w:jc w:val="right"/>
      </w:pPr>
      <w:r>
        <w:t>تو دیکھیں، یہ جو آیت پڑھی آپ کے سامنے، یہ نیو ٹیسٹمنٹ کی آیت ہے، جس میں مسیح کہتے ہیں کہ تم دعا کیا کرو "کنگڈم آف گاڈ" کے لیے،</w:t>
      </w:r>
    </w:p>
    <w:p>
      <w:r>
        <w:rPr>
          <w:b/>
        </w:rPr>
        <w:t xml:space="preserve">[05:41] </w:t>
      </w:r>
      <w:r>
        <w:t>"kingdom of god" ke liye dua kiya karo ke jis tarah se tera hukum chalta hai aasmanon mein, waise hi zameen mein chale.</w:t>
      </w:r>
    </w:p>
    <w:p>
      <w:pPr>
        <w:jc w:val="right"/>
      </w:pPr>
      <w:r>
        <w:t>"کنگڈم آف گاڈ" کے لیے دعا کیا کرو کہ جس طرح سے تیرا حکم چلتا ہے آسمانوں میں، ویسے ہی زمین میں چلے۔</w:t>
      </w:r>
    </w:p>
    <w:p>
      <w:r>
        <w:rPr>
          <w:b/>
        </w:rPr>
        <w:t xml:space="preserve">[05:53] </w:t>
      </w:r>
      <w:r>
        <w:t>to yeh jo dua karo jo hai, bohat important hai.</w:t>
      </w:r>
    </w:p>
    <w:p>
      <w:pPr>
        <w:jc w:val="right"/>
      </w:pPr>
      <w:r>
        <w:t>تو یہ جو دعا کرو جو ہے، بہت امپورٹنٹ ہے۔</w:t>
      </w:r>
    </w:p>
    <w:p>
      <w:r>
        <w:rPr>
          <w:b/>
        </w:rPr>
        <w:t xml:space="preserve">[05:59] </w:t>
      </w:r>
      <w:r>
        <w:t>yaani rule of god jo hai, woh dua ka subject hai, woh political movement chalayen, iska subject nahi hai.</w:t>
      </w:r>
    </w:p>
    <w:p>
      <w:pPr>
        <w:jc w:val="right"/>
      </w:pPr>
      <w:r>
        <w:t>یعنی رول آف گاڈ جو ہے، وہ دعا کا سبجیکٹ ہے، وہ پولیٹیکل موومنٹ چلائیں، اس کا سبجیکٹ نہیں ہے۔</w:t>
      </w:r>
    </w:p>
    <w:p>
      <w:r>
        <w:rPr>
          <w:b/>
        </w:rPr>
        <w:t xml:space="preserve">[06:11] </w:t>
      </w:r>
      <w:r>
        <w:t>bohat anokhi baat meri samajh mein aayi.</w:t>
      </w:r>
    </w:p>
    <w:p>
      <w:pPr>
        <w:jc w:val="right"/>
      </w:pPr>
      <w:r>
        <w:t>بہت انوکھی بات میری سمجھ میں آئی۔</w:t>
      </w:r>
    </w:p>
    <w:p>
      <w:r>
        <w:rPr>
          <w:b/>
        </w:rPr>
        <w:t xml:space="preserve">[06:17] </w:t>
      </w:r>
      <w:r>
        <w:t>aap movement chalayen ke hamein jihad karna hai, hamein marna hai, hamein yeh karna hai, aur hamein rule of god qaim karna hai duniya mein, establish karna hai.</w:t>
      </w:r>
    </w:p>
    <w:p>
      <w:pPr>
        <w:jc w:val="right"/>
      </w:pPr>
      <w:r>
        <w:t>آپ موومنٹ چلائیں کہ ہمیں جہاد کرنا ہے، ہمیں مرنا ہے، ہمیں یہ کرنا ہے، اور ہمیں رول آف گاڈ قائم کرنا ہے دنیا میں، اسٹیبلش کرنا ہے۔</w:t>
      </w:r>
    </w:p>
    <w:p>
      <w:r>
        <w:rPr>
          <w:b/>
        </w:rPr>
        <w:t xml:space="preserve">[06:31] </w:t>
      </w:r>
      <w:r>
        <w:t>yeh iska subject hi nahi hai, woh "an al hukm illa lillah" quran mein bhi hai, "an al hukm illa lillah".</w:t>
      </w:r>
    </w:p>
    <w:p>
      <w:pPr>
        <w:jc w:val="right"/>
      </w:pPr>
      <w:r>
        <w:t>یہ اس کا سبجیکٹ ہی نہیں ہے، وہ "ان الحکم الا للہ" قرآن میں بھی ہے، "ان الحکم الا للہ"۔</w:t>
      </w:r>
    </w:p>
    <w:p>
      <w:r>
        <w:rPr>
          <w:b/>
        </w:rPr>
        <w:t xml:space="preserve">[06:41] </w:t>
      </w:r>
      <w:r>
        <w:t>lekin bible ke jo wording hai, usko le kar aap samjhen quran ke is hukum ko, to is mein ek cheez include ho jayegi ke dua karo.</w:t>
      </w:r>
    </w:p>
    <w:p>
      <w:pPr>
        <w:jc w:val="right"/>
      </w:pPr>
      <w:r>
        <w:t>لیکن بائبل کے جو ورڈنگ ہے، اس کو لے کر آپ سمجھیں قرآن کے اس حکم کو، تو اس میں ایک چیز انکلوڈ ہو جائے گی کہ دعا کرو۔</w:t>
      </w:r>
    </w:p>
    <w:p>
      <w:r>
        <w:rPr>
          <w:b/>
        </w:rPr>
        <w:t xml:space="preserve">[06:56] </w:t>
      </w:r>
      <w:r>
        <w:t>kaisi ajeeb baat hai!</w:t>
      </w:r>
    </w:p>
    <w:p>
      <w:pPr>
        <w:jc w:val="right"/>
      </w:pPr>
      <w:r>
        <w:t>کیسی عجیب بات ہے!</w:t>
      </w:r>
    </w:p>
    <w:p>
      <w:r>
        <w:rPr>
          <w:b/>
        </w:rPr>
        <w:t xml:space="preserve">[06:58] </w:t>
      </w:r>
      <w:r>
        <w:t>dua karo ka matlab hai ke peaceful parchar, peaceful andaaz mein logon ko batana.</w:t>
      </w:r>
    </w:p>
    <w:p>
      <w:pPr>
        <w:jc w:val="right"/>
      </w:pPr>
      <w:r>
        <w:t>دعا کرو کا معنی ہے کہ پیس فل پرچار، پیس فل انداز میں لوگوں کو بتانا۔</w:t>
      </w:r>
    </w:p>
    <w:p>
      <w:r>
        <w:rPr>
          <w:b/>
        </w:rPr>
        <w:t xml:space="preserve">[07:08] </w:t>
      </w:r>
      <w:r>
        <w:t>to yeh nahi hai ke jihad karo, maro, kaato, aur politically isko establish karo, yeh hai hi nahi. ek peaceful movement ke insaan</w:t>
      </w:r>
    </w:p>
    <w:p>
      <w:pPr>
        <w:jc w:val="right"/>
      </w:pPr>
      <w:r>
        <w:t>تو یہ نہیں ہے کہ جہاد کرو، مارو، کاٹو، اور پولیٹیکلی اس کو اسٹیبلش کرو، یہ ہے ہی نہیں۔ ایک پیس فل موومنٹ کہ انسان</w:t>
      </w:r>
    </w:p>
    <w:p>
      <w:r>
        <w:rPr>
          <w:b/>
        </w:rPr>
        <w:t xml:space="preserve">[07:23] </w:t>
      </w:r>
      <w:r>
        <w:t>god almighty ko maane, woh iska,</w:t>
      </w:r>
    </w:p>
    <w:p>
      <w:pPr>
        <w:jc w:val="right"/>
      </w:pPr>
      <w:r>
        <w:t>گاڈ المائٹی کو مانے، وہ اس کا،</w:t>
      </w:r>
    </w:p>
    <w:p>
      <w:r>
        <w:rPr>
          <w:b/>
        </w:rPr>
        <w:t xml:space="preserve">[07:31] </w:t>
      </w:r>
      <w:r>
        <w:t>usko, iska aage surrender kare,</w:t>
      </w:r>
    </w:p>
    <w:p>
      <w:pPr>
        <w:jc w:val="right"/>
      </w:pPr>
      <w:r>
        <w:t>اس کو، اس کا آگے سرینڈر کرے،</w:t>
      </w:r>
    </w:p>
    <w:p>
      <w:r>
        <w:rPr>
          <w:b/>
        </w:rPr>
        <w:t xml:space="preserve">[07:39] </w:t>
      </w:r>
      <w:r>
        <w:t>apne aap ko iske marzi pe chalaye, iska parchar karna hai. to yeh ek peaceful movement hai, yeh establish karne ka politically,</w:t>
      </w:r>
    </w:p>
    <w:p>
      <w:pPr>
        <w:jc w:val="right"/>
      </w:pPr>
      <w:r>
        <w:t>اپنے آپ کو اس کے مرضی پہ چلائے، اس کا پرچار کرنا ہے۔ تو یہ ایک پیس فل موومنٹ ہے، یہ اسٹیبلش کرنے کا پولیٹیکلی،</w:t>
      </w:r>
    </w:p>
    <w:p>
      <w:r>
        <w:rPr>
          <w:b/>
        </w:rPr>
        <w:t xml:space="preserve">[07:56] </w:t>
      </w:r>
      <w:r>
        <w:t>woh hai hi nahi. politically establish karna iska target hi nahi. kaisi ajeeb baat hai!</w:t>
      </w:r>
    </w:p>
    <w:p>
      <w:pPr>
        <w:jc w:val="right"/>
      </w:pPr>
      <w:r>
        <w:t>وہ ہے ہی نہیں۔ پولیٹیکلی اسٹیبلش کرنا اس کا ٹارگٹ ہی نہیں۔ کیسی عجیب بات ہے!</w:t>
      </w:r>
    </w:p>
    <w:p>
      <w:r>
        <w:rPr>
          <w:b/>
        </w:rPr>
        <w:t xml:space="preserve">[08:08] </w:t>
      </w:r>
      <w:r>
        <w:t>kaisi ajeeb baat hai! yaani jo hukum quran ka aap ko peaceful mission deta hai, usko aap ne kar diya ladai ka mission.</w:t>
      </w:r>
    </w:p>
    <w:p>
      <w:pPr>
        <w:jc w:val="right"/>
      </w:pPr>
      <w:r>
        <w:t>کیسی عجیب بات ہے! یعنی جو حکم قرآن کا آپ کو پیس فل مشن دیتا ہے، اس کو آپ نے کر دیا لڑائی کا مشن۔</w:t>
      </w:r>
    </w:p>
    <w:p>
      <w:r>
        <w:rPr>
          <w:b/>
        </w:rPr>
        <w:t xml:space="preserve">[08:22] </w:t>
      </w:r>
      <w:r>
        <w:t>kyunke woh jo shuru mein jo hai, dua karo, yeh yeh aap ne wahan se liya nahi. yaani ek part is hukum ka bible mein tha, Hazrat masih ke waaz mein ke tum yun dua kiya karo, yaani</w:t>
      </w:r>
    </w:p>
    <w:p>
      <w:pPr>
        <w:jc w:val="right"/>
      </w:pPr>
      <w:r>
        <w:t>کیونکہ وہ جو شروع میں جو ہے، دعا کرو، یہ یہ آپ نے وہاں سے لیا نہیں۔ یعنی ایک پارٹ اس حکم کا بائبل میں تھا، حضرت مسیح کے وعظ میں کہ تم یوں دعا کیا کرو، یعنی</w:t>
      </w:r>
    </w:p>
    <w:p>
      <w:r>
        <w:rPr>
          <w:b/>
        </w:rPr>
        <w:t xml:space="preserve">[08:43] </w:t>
      </w:r>
      <w:r>
        <w:t>peaceful tareeqe se iske liye parchar karo, logon ko batao. to aaj mera thought of the day yeh hai, yaani subah ko utha mein to yeh yaad aaya mujhe, to meri samajh mein aaya ke jo log hukumat ilahiya ke naam se political movement chalate hain, jihad ka naara dete hain,</w:t>
      </w:r>
    </w:p>
    <w:p>
      <w:pPr>
        <w:jc w:val="right"/>
      </w:pPr>
      <w:r>
        <w:t>پیس فل طریقے سے اس کے لیے پرچار کرو، لوگوں کو بتاؤ۔ تو آج میرا تھاٹ آف دا ڈے یہ ہے، یعنی صبح کو اٹھا میں تو یہ یاد آیا مجھے، تو میری سمجھ میں آیا کہ جو لوگ حکومت الہیہ کے نام سے پولیٹیکل موومنٹ چلاتے ہیں، جہاد کا نعرہ دیتے ہیں،</w:t>
      </w:r>
    </w:p>
    <w:p>
      <w:r>
        <w:rPr>
          <w:b/>
        </w:rPr>
        <w:t xml:space="preserve">[09:08] </w:t>
      </w:r>
      <w:r>
        <w:t>woh bilkul galat, ghalati par hain. woh</w:t>
      </w:r>
    </w:p>
    <w:p>
      <w:pPr>
        <w:jc w:val="right"/>
      </w:pPr>
      <w:r>
        <w:t>وہ بالکل غلط، غلطی پر ہیں۔ وہ</w:t>
      </w:r>
    </w:p>
    <w:p>
      <w:r>
        <w:rPr>
          <w:b/>
        </w:rPr>
        <w:t xml:space="preserve">[09:14] </w:t>
      </w:r>
      <w:r>
        <w:t>unhein pyar mohabbat ka mission chalana chahiye, kyunke aadmi ka dil badalta hai pyar mohabbat se, jihad se nahi badalta.</w:t>
      </w:r>
    </w:p>
    <w:p>
      <w:pPr>
        <w:jc w:val="right"/>
      </w:pPr>
      <w:r>
        <w:t>انہیں پیار محبت کا مشن چلانا چاہیے، کیونکہ آدمی کا دل بدلتا ہے پیار محبت سے، جہاد سے نہیں بدلتا۔</w:t>
      </w:r>
    </w:p>
    <w:p>
      <w:r>
        <w:rPr>
          <w:b/>
        </w:rPr>
        <w:t xml:space="preserve">[09:28] </w:t>
      </w:r>
      <w:r>
        <w:t>ab mein aaj jo passage quran ka jo is chal ek jo chal raha hai, barabar to aaj jo passage hai, woh mein aap ko kuch is bare mein kahunga.</w:t>
      </w:r>
    </w:p>
    <w:p>
      <w:pPr>
        <w:jc w:val="right"/>
      </w:pPr>
      <w:r>
        <w:t>اب میں آج جو پیسج قرآن کا جو اس چل ایک جو چل رہا ہے، برابر تو آج جو پیسج ہے، وہ میں آپ کو کچھ اس بارے میں کہوں گا۔</w:t>
      </w:r>
    </w:p>
    <w:p>
      <w:r>
        <w:rPr>
          <w:b/>
        </w:rPr>
        <w:t xml:space="preserve">[09:44] </w:t>
      </w:r>
      <w:r>
        <w:t>pehle aap is passage ko suniye aur iska taawun. bismillah rahman rahim. waqul li ibadi yaqulati hiya ahsan. innash shaytana yanzaghu bainahum. innash shaytana kana lil insani aduwwan mubina.</w:t>
      </w:r>
    </w:p>
    <w:p>
      <w:pPr>
        <w:jc w:val="right"/>
      </w:pPr>
      <w:r>
        <w:t>پہلے آپ اس پیسج کو سنیے اور اس کا تعاون۔ بسم اللہ الرحمن الرحیم۔ ویدق موسیٰ لقومہ فقرب عصاک الحجر۔</w:t>
      </w:r>
    </w:p>
    <w:p>
      <w:r>
        <w:rPr>
          <w:b/>
        </w:rPr>
        <w:t xml:space="preserve">[09:55] </w:t>
      </w:r>
      <w:r>
        <w:t>fanafkhrat min husn ashrata aynan. qad alim kull anas mashrabahum. kluo washrabu min rizq Allah wala ta'athu fi al-ard mufsidina.</w:t>
      </w:r>
    </w:p>
    <w:p>
      <w:pPr>
        <w:jc w:val="right"/>
      </w:pPr>
      <w:r>
        <w:t>فانفجرت من حسن عشرۃ عینا۔ قد علم کل اناس مشربہم۔ کلو واشربو من رزق اللہ ولا تعثو فی الارض مفسدین۔</w:t>
      </w:r>
    </w:p>
    <w:p>
      <w:r>
        <w:rPr>
          <w:b/>
        </w:rPr>
        <w:t xml:space="preserve">[10:06] </w:t>
      </w:r>
      <w:r>
        <w:t>chapter two verse sixty. aur jab Moosa ne apni qaum ke liye pani manga to hum ne kaha: "apna asa pathar par maro" to is se phoot nikle barah chashmay.</w:t>
      </w:r>
    </w:p>
    <w:p>
      <w:pPr>
        <w:jc w:val="right"/>
      </w:pPr>
      <w:r>
        <w:t>چیپٹر ٹو ورس سکسٹی۔ اور جب موسیٰ نے اپنی قوم کے لیے پانی مانگا تو ہم نے کہا: "اپنا عصا پتھر پر مارو" تو اس سے پھوٹ نکلے بارہ چشمے۔</w:t>
      </w:r>
    </w:p>
    <w:p>
      <w:r>
        <w:rPr>
          <w:b/>
        </w:rPr>
        <w:t xml:space="preserve">[10:18] </w:t>
      </w:r>
      <w:r>
        <w:t>har giroh ne apna apna ghaat pehchan liya. khao aur piyo Allah ke rizq se aur na phiro zameen mein fasad machanay walay ban kar.</w:t>
      </w:r>
    </w:p>
    <w:p>
      <w:pPr>
        <w:jc w:val="right"/>
      </w:pPr>
      <w:r>
        <w:t>ہر گروہ نے اپنا اپنا گھاٹ پہچان لیا۔ کھاؤ اور پیو اللہ کے رزق سے اور نہ پھرو زمین میں فساد مچانے والے بن کر۔</w:t>
      </w:r>
    </w:p>
    <w:p>
      <w:r>
        <w:rPr>
          <w:b/>
        </w:rPr>
        <w:t xml:space="preserve">[10:29] </w:t>
      </w:r>
      <w:r>
        <w:t>dekhiye, yeh jo baat hai, yeh</w:t>
      </w:r>
    </w:p>
    <w:p>
      <w:pPr>
        <w:jc w:val="right"/>
      </w:pPr>
      <w:r>
        <w:t>دیکھیے، یہ جو بات ہے، یہ</w:t>
      </w:r>
    </w:p>
    <w:p>
      <w:r>
        <w:rPr>
          <w:b/>
        </w:rPr>
        <w:t xml:space="preserve">[10:38] </w:t>
      </w:r>
      <w:r>
        <w:t>yahood ki jo history hai, is ka aik part hai.</w:t>
      </w:r>
    </w:p>
    <w:p>
      <w:pPr>
        <w:jc w:val="right"/>
      </w:pPr>
      <w:r>
        <w:t>یہود کی جو ہسٹری ہے، اس کا ایک پارٹ ہے۔</w:t>
      </w:r>
    </w:p>
    <w:p>
      <w:r>
        <w:rPr>
          <w:b/>
        </w:rPr>
        <w:t xml:space="preserve">[10:45] </w:t>
      </w:r>
      <w:r>
        <w:t>yeh part jo hai, bible mein bhi is ka charcha hua hai aur quran mein bhi. woh part kya hai ke yahood, yani jis ko hum children of azrail kehte hain,</w:t>
      </w:r>
    </w:p>
    <w:p>
      <w:pPr>
        <w:jc w:val="right"/>
      </w:pPr>
      <w:r>
        <w:t>یہ پارٹ جو ہے، بائبل میں بھی اس کا چرچا ہوا ہے اور قرآن میں بھی۔ وہ پارٹ کیا ہے کہ یہود، یعنی جس کو ہم چلڈرن آف عزرائیل کہتے ہیں،</w:t>
      </w:r>
    </w:p>
    <w:p>
      <w:r>
        <w:rPr>
          <w:b/>
        </w:rPr>
        <w:t xml:space="preserve">[11:00] </w:t>
      </w:r>
      <w:r>
        <w:t>woh Egypt mein thay. prophet Joseph ke zamanay mein wahan woh abad hue, phir wahan un ki nasal barhi.</w:t>
      </w:r>
    </w:p>
    <w:p>
      <w:pPr>
        <w:jc w:val="right"/>
      </w:pPr>
      <w:r>
        <w:t>وہ ایجپٹ میں تھے۔ پرافٹ جوزف کے زمانے میں وہاں وہ آباد ہوئے، پھر وہاں ان کی نسل بڑھی۔</w:t>
      </w:r>
    </w:p>
    <w:p>
      <w:r>
        <w:rPr>
          <w:b/>
        </w:rPr>
        <w:t xml:space="preserve">[11:13] </w:t>
      </w:r>
      <w:r>
        <w:t>to Moosa ke zamanay mein un ko hukum hua ke un ko le ke jao, yani yahan se Misr se aur Sina.</w:t>
      </w:r>
    </w:p>
    <w:p>
      <w:pPr>
        <w:jc w:val="right"/>
      </w:pPr>
      <w:r>
        <w:t>تو معجزت کے زمانے میں ان کو حکم ہوا کہ ان کو لے کے جاؤ، یعنی یہاں سے مصر سے اور سینا۔</w:t>
      </w:r>
    </w:p>
    <w:p>
      <w:r>
        <w:rPr>
          <w:b/>
        </w:rPr>
        <w:t xml:space="preserve">[11:26] </w:t>
      </w:r>
      <w:r>
        <w:t>to Sina jo us waqt tha, Sunai, idhar desert tha, desert, pani nahi tha wahan par.</w:t>
      </w:r>
    </w:p>
    <w:p>
      <w:pPr>
        <w:jc w:val="right"/>
      </w:pPr>
      <w:r>
        <w:t>تو سینا جو اس وقت تھا، سنائی، ادھر ڈیزرٹ تھا، ڈیزرٹ، پانی نہیں تھا وہاں پر۔</w:t>
      </w:r>
    </w:p>
    <w:p>
      <w:r>
        <w:rPr>
          <w:b/>
        </w:rPr>
        <w:t xml:space="preserve">[11:38] </w:t>
      </w:r>
      <w:r>
        <w:t>to Moosa ko hukum hua ke tum apna, un ke paas aik aik stick hua karta tha, us ko maro pathar par to wahan se pani niklay ga.</w:t>
      </w:r>
    </w:p>
    <w:p>
      <w:pPr>
        <w:jc w:val="right"/>
      </w:pPr>
      <w:r>
        <w:t>تو معجزت کو حکم ہوا کہ تم اپنا، ان کے پاس ایک ایک اسٹک ہوا کرتا تھا، اس کو مارو پتھر پر تو وہاں سے پانی نکلے گا۔</w:t>
      </w:r>
    </w:p>
    <w:p>
      <w:r>
        <w:rPr>
          <w:b/>
        </w:rPr>
        <w:t xml:space="preserve">[11:53] </w:t>
      </w:r>
      <w:r>
        <w:t>to unhon ne pathar mar aur mara ke pani nikla, yani stream jari ho gayi, barah stream jari ho gaye.</w:t>
      </w:r>
    </w:p>
    <w:p>
      <w:pPr>
        <w:jc w:val="right"/>
      </w:pPr>
      <w:r>
        <w:t>تو انہوں نے پتھر مار اور مارا کہ پانی نکلا، یعنی اسٹریم جاری ہو گئی، بارہ اسٹریم جاری ہو گئے۔</w:t>
      </w:r>
    </w:p>
    <w:p>
      <w:r>
        <w:rPr>
          <w:b/>
        </w:rPr>
        <w:t xml:space="preserve">[12:01] </w:t>
      </w:r>
      <w:r>
        <w:t>is se unhon ne pani liya, phir unhon ne wahan pe kheti ki, ghalla ugaya, sabzi ugai.</w:t>
      </w:r>
    </w:p>
    <w:p>
      <w:pPr>
        <w:jc w:val="right"/>
      </w:pPr>
      <w:r>
        <w:t>اس سے انہوں نے پانی لیا، پھر انہوں نے وہاں پہ کھیتی کی، غلہ اگایا، سبزی اگائی۔</w:t>
      </w:r>
    </w:p>
    <w:p>
      <w:r>
        <w:rPr>
          <w:b/>
        </w:rPr>
        <w:t xml:space="preserve">[12:11] </w:t>
      </w:r>
      <w:r>
        <w:t>to is mein zikr kar ke yeh bataya gaya hai ke Allah ka shukar kartay hue tum zindagi guzaro. is yani yeh to tum ko blessing hui hai ke desert mein tum ko pani de diya.</w:t>
      </w:r>
    </w:p>
    <w:p>
      <w:pPr>
        <w:jc w:val="right"/>
      </w:pPr>
      <w:r>
        <w:t>تو اس میں ذکر کر کے یہ بتایا گیا ہے کہ اللہ کا شکر کرتے ہوئے تم زندگی گزارو۔ اس یعنی یہ تو تم کو بلیسنگ ہوئی ہے کہ ڈیزرٹ میں تم کو پانی دے دیا۔</w:t>
      </w:r>
    </w:p>
    <w:p>
      <w:r>
        <w:rPr>
          <w:b/>
        </w:rPr>
        <w:t xml:space="preserve">[12:31] </w:t>
      </w:r>
      <w:r>
        <w:t>to shuru kar ke aap dekhen kitni ziyada similarity hai is waqay mein aur is waqay mein jo prophet Ibrahim ke zamanay mein paish aya.</w:t>
      </w:r>
    </w:p>
    <w:p>
      <w:pPr>
        <w:jc w:val="right"/>
      </w:pPr>
      <w:r>
        <w:t>تو شروع کر کے آپ دیکھیں کتنی زیادہ سمیلرٹی ہے اس واقعے میں اور اس واقعے میں جو پرافٹ ابراہیم کے زمانے میں پیش آیا۔</w:t>
      </w:r>
    </w:p>
    <w:p>
      <w:r>
        <w:rPr>
          <w:b/>
        </w:rPr>
        <w:t xml:space="preserve">[12:43] </w:t>
      </w:r>
      <w:r>
        <w:t>prophet Ibrahim ko bhi yeh hua ke le jao apne logon ko Iraq se aur le aa ke un ko basao desert mein Makkah ke paas.</w:t>
      </w:r>
    </w:p>
    <w:p>
      <w:pPr>
        <w:jc w:val="right"/>
      </w:pPr>
      <w:r>
        <w:t>پرافٹ ابراہیم کو بھی یہ ہوا کہ لے جاؤ اپنے لوگوں کو عراق سے اور لے آ کے ان کو بساؤ ڈیزرٹ میں مکہ کے پاس۔</w:t>
      </w:r>
    </w:p>
    <w:p>
      <w:r>
        <w:rPr>
          <w:b/>
        </w:rPr>
        <w:t xml:space="preserve">[12:57] </w:t>
      </w:r>
      <w:r>
        <w:t>to wahan jab woh aaye, woh un ki biwi, un ka bachcha Ismail, to woh desert tha wahan pe, desert.</w:t>
      </w:r>
    </w:p>
    <w:p>
      <w:pPr>
        <w:jc w:val="right"/>
      </w:pPr>
      <w:r>
        <w:t>تو وہاں جب وہ آئے، وہ ان کی بیوی، ان کا بچہ اسماعیل، تو وہ ڈیزرٹ تھا وہاں پہ، ڈیزرٹ۔</w:t>
      </w:r>
    </w:p>
    <w:p>
      <w:r>
        <w:rPr>
          <w:b/>
        </w:rPr>
        <w:t xml:space="preserve">[13:07] </w:t>
      </w:r>
      <w:r>
        <w:t>lekin jab unhon ne Allah ke hukum ko maan kar wahan basaya apne aap ko to wahan par, wahan pe aik jo stream jari ho gaya, jis ko hum kehte hain Zam Zam,</w:t>
      </w:r>
    </w:p>
    <w:p>
      <w:pPr>
        <w:jc w:val="right"/>
      </w:pPr>
      <w:r>
        <w:t>لیکن جب انہوں نے اللہ کے حکم کو مان کر وہاں بسایا اپنے آپ کو تو وہاں پر، وہاں پہ ایک جو سٹین جاری ہو گیا، جس کو ہم کہتے ہیں زم زم،</w:t>
      </w:r>
    </w:p>
    <w:p>
      <w:r>
        <w:rPr>
          <w:b/>
        </w:rPr>
        <w:t xml:space="preserve">[13:21] </w:t>
      </w:r>
      <w:r>
        <w:t>Zam Zam jari ho gaya. to dono jagah ke is waqay mein jo jo asal jo message dena hai,</w:t>
      </w:r>
    </w:p>
    <w:p>
      <w:pPr>
        <w:jc w:val="right"/>
      </w:pPr>
      <w:r>
        <w:t>زم زم جاری ہو گیا۔ تو دونوں جگہ کے اس واقعے میں جو جو اصل جو میسج دینا ہے،</w:t>
      </w:r>
    </w:p>
    <w:p>
      <w:r>
        <w:rPr>
          <w:b/>
        </w:rPr>
        <w:t xml:space="preserve">[13:35] </w:t>
      </w:r>
      <w:r>
        <w:t>woh hai ke pani kitni bari blessing hai. sab se pehle aap jantay hain ke jab solar system bana to zameen par pani nahi tha, sab desert hi desert tha.</w:t>
      </w:r>
    </w:p>
    <w:p>
      <w:pPr>
        <w:jc w:val="right"/>
      </w:pPr>
      <w:r>
        <w:t>وہ ہے کہ پانی کتنی بڑی بلیسنگ ہے۔ سب سے پہلے آپ جانتے ہیں کہ جب سولر سسٹم بنا تو زمین پر پانی نہیں تھا، سب ڈیزرٹ ہی ڈیزرٹ تھا۔</w:t>
      </w:r>
    </w:p>
    <w:p>
      <w:r>
        <w:rPr>
          <w:b/>
        </w:rPr>
        <w:t xml:space="preserve">[13:50] </w:t>
      </w:r>
      <w:r>
        <w:t>to barish, Allah ne barish barsai, bohat barish hui aur samandar bhar gaye barish se, darya bhar gaye pani se.</w:t>
      </w:r>
    </w:p>
    <w:p>
      <w:pPr>
        <w:jc w:val="right"/>
      </w:pPr>
      <w:r>
        <w:t>تو بارش، اللہ نے بارش برسائی، بہت بارش ہوئی اور سمندر بھر گئے بارش سے، دریا بھر گئے پانی سے۔</w:t>
      </w:r>
    </w:p>
    <w:p>
      <w:r>
        <w:rPr>
          <w:b/>
        </w:rPr>
        <w:t xml:space="preserve">[14:02] </w:t>
      </w:r>
      <w:r>
        <w:t>to phir insaan ko moqa mila ke woh kheti kare, ghalla ugaye, phal ugaye, yani agriculture aur horticulture</w:t>
      </w:r>
    </w:p>
    <w:p>
      <w:pPr>
        <w:jc w:val="right"/>
      </w:pPr>
      <w:r>
        <w:t>تو پھر انسان کو موقع ملا کہ وہ کھیتی کرے، غلہ اگائے، پھل اگائے، یعنی ایگریکلچر اور ہارٹیکلچر</w:t>
      </w:r>
    </w:p>
    <w:p>
      <w:r>
        <w:rPr>
          <w:b/>
        </w:rPr>
        <w:t xml:space="preserve">[14:16] </w:t>
      </w:r>
      <w:r>
        <w:t>ka daur aya. to is par shukar kar ke, is ko acknowledge kartay hue zindagi guzaro. yeh zameen par larai mat karo, nafrat mat karo,</w:t>
      </w:r>
    </w:p>
    <w:p>
      <w:pPr>
        <w:jc w:val="right"/>
      </w:pPr>
      <w:r>
        <w:t>کا دور آیا۔ تو اس پر شکر کر کے، اس کو اکنالج کرتے ہوئے زندگی گزارو۔ یہ زمین پر لڑائی مت کرو، نفرت مت کرو،</w:t>
      </w:r>
    </w:p>
    <w:p>
      <w:r>
        <w:rPr>
          <w:b/>
        </w:rPr>
        <w:t xml:space="preserve">[14:32] </w:t>
      </w:r>
      <w:r>
        <w:t>aik doosray se mohabbat karna seekho, peaceful andaaz mein kaam karo. yeh hukum hua, pehle bhi yeh hukum tha, aaj bhi yeh hukum hai.</w:t>
      </w:r>
    </w:p>
    <w:p>
      <w:pPr>
        <w:jc w:val="right"/>
      </w:pPr>
      <w:r>
        <w:t>ایک دوسرے سے محبت کرنا سیکھو، پیس فل انداز میں کام کرو۔ یہ حکم ہوا، پہلے بھی یہ حکم تھا، آج بھی یہ حکم ہے۔</w:t>
      </w:r>
    </w:p>
    <w:p>
      <w:r>
        <w:rPr>
          <w:b/>
        </w:rPr>
        <w:t xml:space="preserve">[14:46] </w:t>
      </w:r>
      <w:r>
        <w:t>aur woh yeh waqay jo hai, sirf Moosa ke zamanay ki baat nahi, aaj ki baat bhi hai. aaj bhi hum pani par depend kartay hain, aaj bhi insaan pani par depend karta hai.</w:t>
      </w:r>
    </w:p>
    <w:p>
      <w:pPr>
        <w:jc w:val="right"/>
      </w:pPr>
      <w:r>
        <w:t>اور وہ یہ واقعہ جو ہے، صرف موسیٰ کے زمانے کی بات نہیں، آج کی بات بھی ہے۔ آج بھی ہم پانی پر ڈیپینڈ کرتے ہیں، آج بھی انسان پانی پر ڈیپینڈ کرتا ہے۔</w:t>
      </w:r>
    </w:p>
    <w:p>
      <w:r>
        <w:rPr>
          <w:b/>
        </w:rPr>
        <w:t xml:space="preserve">[15:05] </w:t>
      </w:r>
      <w:r>
        <w:t>aap jantay hain ke Stephen Hawking aur doosray log yeh kehtay rahay ke humein aik aur planet dhoondhna paray ga ke wahan jahan pani ho, wahan hum jayen.</w:t>
      </w:r>
    </w:p>
    <w:p>
      <w:pPr>
        <w:jc w:val="right"/>
      </w:pPr>
      <w:r>
        <w:t>آپ جانتے ہیں کہ اسٹیفن ہاکنگ اور دوسرے لوگ یہ کہتے رہے کہ ہمیں ایک اور پلینٹ ڈھونڈنا پڑے گا کہ وہاں جہاں پانی ہو، وہاں ہم جائیں۔</w:t>
      </w:r>
    </w:p>
    <w:p>
      <w:r>
        <w:rPr>
          <w:b/>
        </w:rPr>
        <w:t xml:space="preserve">[15:20] </w:t>
      </w:r>
      <w:r>
        <w:t>to so baras se insan dosre planet par pani ki khoj kar raha hai, lekin aaj tak kahin pani nahi mila.</w:t>
      </w:r>
    </w:p>
    <w:p>
      <w:pPr>
        <w:jc w:val="right"/>
      </w:pPr>
      <w:r>
        <w:t>تو سو برس سے انسان دوسرے پلینٹ پر پانی کی کھوج کر رہا ہے، لیکن آج تک کہیں پانی نہیں ملا۔</w:t>
      </w:r>
    </w:p>
    <w:p>
      <w:r>
        <w:rPr>
          <w:b/>
        </w:rPr>
        <w:t xml:space="preserve">[15:33] </w:t>
      </w:r>
      <w:r>
        <w:t>yeh mars mein samjhte the ke mars mein pani hai, lekin aaj aakhir mein pata chala ke pani nahi hai wahan par. To jo dosre planet hain, jo hamare suraj ke gird ghumte hain,</w:t>
      </w:r>
    </w:p>
    <w:p>
      <w:pPr>
        <w:jc w:val="right"/>
      </w:pPr>
      <w:r>
        <w:t>یہ مارس میں سمجھتے تھے کہ مارس میں پانی ہے، لیکن آج آخر میں پتہ چلا کہ پانی نہیں ہے وہاں پر۔ تو جو دوسرے پلینٹ ہیں، جو ہمارے سورج کے گرد گھومتے ہیں،</w:t>
      </w:r>
    </w:p>
    <w:p>
      <w:r>
        <w:rPr>
          <w:b/>
        </w:rPr>
        <w:t xml:space="preserve">[15:48] </w:t>
      </w:r>
      <w:r>
        <w:t>is mein ek hi planet hai, yeh hamare jo earth hai, is jahan pani hai, woh yaad dilaya ke Allah ke is blessing ko yaad karo ke pure solar system mein ek hi planet hai jahan pani hai.</w:t>
      </w:r>
    </w:p>
    <w:p>
      <w:pPr>
        <w:jc w:val="right"/>
      </w:pPr>
      <w:r>
        <w:t>اس میں ایک ہی پلینٹ ہے، یہ ہمارے جو ارتھ ہے، اس جہاں پانی ہے، وہ یاد دلایا کہ اللہ کے اس بلیسنگ کو یاد کرو کہ پورے سولر سسٹم میں ایک ہی پلینٹ ہے جہاں پانی ہے۔</w:t>
      </w:r>
    </w:p>
    <w:p>
      <w:r>
        <w:rPr>
          <w:b/>
        </w:rPr>
        <w:t xml:space="preserve">[16:06] </w:t>
      </w:r>
      <w:r>
        <w:t>aur pani par tumhari zindagi, pura life support system jo hamara hai, woh pani par depend karta hai. To yeh kyun kaha?</w:t>
      </w:r>
    </w:p>
    <w:p>
      <w:pPr>
        <w:jc w:val="right"/>
      </w:pPr>
      <w:r>
        <w:t>اور پانی پر تمہاری زندگی، پورا لائف سپورٹ سسٹم جو ہمارا ہے، وہ پانی پر ڈیپینڈ کرتا ہے۔ تو یہ کیوں کہا؟</w:t>
      </w:r>
    </w:p>
    <w:p>
      <w:r>
        <w:rPr>
          <w:b/>
        </w:rPr>
        <w:t xml:space="preserve">[16:17] </w:t>
      </w:r>
      <w:r>
        <w:t>is liye nahi ke ladaai karo, nahi, shukr karo, acknowledge karo, Allah rab ul alameen ko acknowledge karo ke Khuda ne is desert mein,</w:t>
      </w:r>
    </w:p>
    <w:p>
      <w:pPr>
        <w:jc w:val="right"/>
      </w:pPr>
      <w:r>
        <w:t>اس لیے نہیں کہ لڑائی کرو، نہیں، شکر کرو، اکنالج کرو، اللہ رب العالمین کو اکنالج کرو کہ خدا نے اس ڈیزرٹ میں،</w:t>
      </w:r>
    </w:p>
    <w:p>
      <w:r>
        <w:rPr>
          <w:b/>
        </w:rPr>
        <w:t xml:space="preserve">[16:32] </w:t>
      </w:r>
      <w:r>
        <w:t>is khushki mein pani nikal diya, pani ke chashme nikal diye. Barishain hoti hain aur hum is ko istemal karte hain.</w:t>
      </w:r>
    </w:p>
    <w:p>
      <w:pPr>
        <w:jc w:val="right"/>
      </w:pPr>
      <w:r>
        <w:t>اس خشکی میں پانی نکال دیا، پانی کے چشمے نکال دیے۔ بارشیں ہوتی ہیں اور ہم اس کو استعمال کرتے ہیں۔</w:t>
      </w:r>
    </w:p>
    <w:p>
      <w:r>
        <w:rPr>
          <w:b/>
        </w:rPr>
        <w:t xml:space="preserve">[16:45] </w:t>
      </w:r>
      <w:r>
        <w:t>yeh is mein bataya gaya hai. Is ke baad jo ayat hai, is ayat ko parho, agli ayat ko parhiye: "Innal ladheena amanu walladheena hudoo wannasara wassabieena man amana billahi wal yawmil akhiri wa amila salihan falahum ajruhum inda rabbihim wala khawfun alaihim wala hum yahzanoon".</w:t>
      </w:r>
    </w:p>
    <w:p>
      <w:pPr>
        <w:jc w:val="right"/>
      </w:pPr>
      <w:r>
        <w:t>یہ اس میں بتایا گیا ہے۔ اس کے بعد جو آیت ہے، اس آیت کو پڑھو، اگلی آیت کو پڑھیے: "إن الذين آمنوا والذين هادوا والنصاری والصابئين من آمن باللہ والیوم الآخر وعمل صالحا فلہم أجرهم عند ربهم ولا خوف علیہم ولا یحزنون"۔</w:t>
      </w:r>
    </w:p>
    <w:p>
      <w:r>
        <w:rPr>
          <w:b/>
        </w:rPr>
        <w:t xml:space="preserve">[17:06] </w:t>
      </w:r>
      <w:r>
        <w:t>is ko taza chalna hai. Surah Al Baqarah, chapter 2, verse 62: "Beshaq jo log iman laye aur jo Yahudi hain aur Nasara aur Sabieen, jo Allah par iman layega aur aakhirat ke din par aur naik amal kare, un ke liye un ke Rab ke pas sawab hai,</w:t>
      </w:r>
    </w:p>
    <w:p>
      <w:pPr>
        <w:jc w:val="right"/>
      </w:pPr>
      <w:r>
        <w:t>اس کو تازہ چلنا ہے۔ سورہ البقرہ، چیپٹر ٹو، ورس 62: "بے شک جو لوگ ایمان لائے اور جو یہودی ہیں اور نصاری اور صابئین، جو اللہ پر ایمان لائے گا اور آخرت کے دن پر اور نیک عمل کرے، ان کے لیے ان کے رب کے پاس ثواب ہے،</w:t>
      </w:r>
    </w:p>
    <w:p>
      <w:r>
        <w:rPr>
          <w:b/>
        </w:rPr>
        <w:t xml:space="preserve">[17:26] </w:t>
      </w:r>
      <w:r>
        <w:t>un par koi khauf nahi hoga aur woh ghamgeen bhi nahi honge". Dekhiye, is ke baad jo ayat hai, woh yeh hai: is mein yeh bataya gaya hai ke salvation community wise nahi hai.</w:t>
      </w:r>
    </w:p>
    <w:p>
      <w:pPr>
        <w:jc w:val="right"/>
      </w:pPr>
      <w:r>
        <w:t>ان پر کوئی خوف نہیں ہوگا اور وہ غمگین بھی نہیں ہوں گے"۔ دیکھیے، اس کے بعد جو آیت ہے، وہ یہ ہے: اس میں یہ بتایا گیا ہے کہ سالویشن کمیونٹی وائز نہیں ہے۔</w:t>
      </w:r>
    </w:p>
    <w:p>
      <w:r>
        <w:rPr>
          <w:b/>
        </w:rPr>
        <w:t xml:space="preserve">[17:46] </w:t>
      </w:r>
      <w:r>
        <w:t>kahan salvation jo hai, Allah ke haan, woh community wise nahi hai, balke deed wise hai.</w:t>
      </w:r>
    </w:p>
    <w:p>
      <w:pPr>
        <w:jc w:val="right"/>
      </w:pPr>
      <w:r>
        <w:t>کہاں سالویشن جو ہے، اللہ کے ہاں، وہ کمیونٹی وائز نہیں ہے، بلکہ ڈیٹ وائز ہے۔</w:t>
      </w:r>
    </w:p>
    <w:p>
      <w:r>
        <w:rPr>
          <w:b/>
        </w:rPr>
        <w:t xml:space="preserve">[17:57] </w:t>
      </w:r>
      <w:r>
        <w:t>aadmi ko dekha jayega, uska deed kaisa hai, uska amal kaisa hai, us par us ke salvation ka decide kiya jayega.</w:t>
      </w:r>
    </w:p>
    <w:p>
      <w:pPr>
        <w:jc w:val="right"/>
      </w:pPr>
      <w:r>
        <w:t>آدمی کو دیکھا جائے گا، اس کا ڈیٹ کیسا ہے، اس کا عمل کیسا ہے، اس پر اس کے سالویشن کا ڈیسائیڈ کیا جائے گا۔</w:t>
      </w:r>
    </w:p>
    <w:p>
      <w:r>
        <w:rPr>
          <w:b/>
        </w:rPr>
        <w:t xml:space="preserve">[18:07] </w:t>
      </w:r>
      <w:r>
        <w:t>yeh bohat important ayat hai Quran ka, jo ke jo baat hai, woh is mein batayi gayi hai ke tum yeh mat samjho ke tumhari community jo hai, is community ke liye salvation hai.</w:t>
      </w:r>
    </w:p>
    <w:p>
      <w:pPr>
        <w:jc w:val="right"/>
      </w:pPr>
      <w:r>
        <w:t>یہ بہت امپورٹنٹ آیت ہے قرآن کا، جو کہ جو بات ہے، وہ اس میں بتائی گئی ہے کہ تم یہ مت سمجھو کہ تمہاری کمیونٹی جو ہے، اس کمیونٹی کے لیے سالویشن ہے۔</w:t>
      </w:r>
    </w:p>
    <w:p>
      <w:r>
        <w:rPr>
          <w:b/>
        </w:rPr>
        <w:t xml:space="preserve">[18:27] </w:t>
      </w:r>
      <w:r>
        <w:t>community ke wise salvation nahi hai, balke amal wise hai, deed wise hai. Ek bar to is ko parh ke tarjuma kijiye:</w:t>
      </w:r>
    </w:p>
    <w:p>
      <w:pPr>
        <w:jc w:val="right"/>
      </w:pPr>
      <w:r>
        <w:t>کمیونٹی کے وائز سالویشن نہیں ہے، بلکہ عمل وائز ہے، ڈیٹ وائز ہے۔ ایک بار تو اس کو پڑھ کے ترجمہ کیجئے:</w:t>
      </w:r>
    </w:p>
    <w:p>
      <w:r>
        <w:rPr>
          <w:b/>
        </w:rPr>
        <w:t xml:space="preserve">[18:41] </w:t>
      </w:r>
      <w:r>
        <w:t>"Innal ladheena amanu walladheena hudoo wannasara wassabieena man amana billahi wal yawmil akhiri wa amila salihan falahum ajruhum inda rabbihim wala khawfun alaihim wala hum yahzanoon".</w:t>
      </w:r>
    </w:p>
    <w:p>
      <w:pPr>
        <w:jc w:val="right"/>
      </w:pPr>
      <w:r>
        <w:t>"إن الذين آمنوا والذين هادوا والنصاری والصابئین من آمن باللہ والیوم الآخر وعمل صالحا فلہم أجرہم عند ربہم ولا خوف علیہم ولا یحزنون"۔</w:t>
      </w:r>
    </w:p>
    <w:p>
      <w:r>
        <w:rPr>
          <w:b/>
        </w:rPr>
        <w:t xml:space="preserve">[18:57] </w:t>
      </w:r>
      <w:r>
        <w:t>Beshaq jo log iman laye aur jo Yahudi hain aur Nasara aur Sabieen, jo log Allah par iman laye aur aakhirat ke din par aur naik amal kiya, un ke liye un ke Rab ke pas sawab hai, un par koi khauf nahi hoga aur woh ghamgeen nahi honge.</w:t>
      </w:r>
    </w:p>
    <w:p>
      <w:pPr>
        <w:jc w:val="right"/>
      </w:pPr>
      <w:r>
        <w:t>بے شک جو لوگ ایمان لائے اور جو یہودی ہیں اور نصاری اور صابئین، جو لوگ اللہ پر ایمان لائے اور آخرت کے دن پر اور نیک عمل کیا، ان کے لیے ان کے رب کے پاس ثواب ہے، ان پر کوئی خوف نہیں ہوگا اور وہ غمگین نہیں ہوں گے۔</w:t>
      </w:r>
    </w:p>
    <w:p>
      <w:r>
        <w:rPr>
          <w:b/>
        </w:rPr>
        <w:t xml:space="preserve">[19:17] </w:t>
      </w:r>
      <w:r>
        <w:t>ab yahan dekhiye, mukhtalif jo dilchasp communities hain, un ko mention kiya, phir bataya ke nijat jo hai, salvation, woh community wise nahi hai,</w:t>
      </w:r>
    </w:p>
    <w:p>
      <w:pPr>
        <w:jc w:val="right"/>
      </w:pPr>
      <w:r>
        <w:t>اب یہاں دیکھیے، مختلف جو دلچسپ کمیونٹیز ہیں، ان کو مینشن کیا، پھر بتایا کہ نجات جو ہے، سالویشن، وہ کمیونٹی وائز نہیں ہے،</w:t>
      </w:r>
    </w:p>
    <w:p>
      <w:r>
        <w:rPr>
          <w:b/>
        </w:rPr>
        <w:t xml:space="preserve">[19:33] </w:t>
      </w:r>
      <w:r>
        <w:t>balke individual wise hai. Yeh bohat important</w:t>
      </w:r>
    </w:p>
    <w:p>
      <w:pPr>
        <w:jc w:val="right"/>
      </w:pPr>
      <w:r>
        <w:t>بلکہ انڈیویجول وائز ہے۔ یہ بہت امپورٹنٹ</w:t>
      </w:r>
    </w:p>
    <w:p>
      <w:r>
        <w:rPr>
          <w:b/>
        </w:rPr>
        <w:t xml:space="preserve">[19:44] </w:t>
      </w:r>
      <w:r>
        <w:t>yani cheez hai jo Quran mein batayi gayi hai ke jo salvation hai, woh individual wise hai, community wise nahi hai.</w:t>
      </w:r>
    </w:p>
    <w:p>
      <w:pPr>
        <w:jc w:val="right"/>
      </w:pPr>
      <w:r>
        <w:t>یعنی چیز ہے جو قرآن میں بتائی گئی ہے کہ جو سالویشن ہے، وہ انڈیویجول وائز ہے، کمیونٹی وائز نہیں ہے۔</w:t>
      </w:r>
    </w:p>
    <w:p>
      <w:r>
        <w:rPr>
          <w:b/>
        </w:rPr>
        <w:t xml:space="preserve">[19:58] </w:t>
      </w:r>
      <w:r>
        <w:t>yani har individual ko dekha jayega ke us ki soch kaisi thi, us ka</w:t>
      </w:r>
    </w:p>
    <w:p>
      <w:pPr>
        <w:jc w:val="right"/>
      </w:pPr>
      <w:r>
        <w:t>یعنی ہر انڈیویجول کو دیکھا جائے گا کہ اس کی سوچ کیسی تھی، اس کا</w:t>
      </w:r>
    </w:p>
    <w:p>
      <w:r>
        <w:rPr>
          <w:b/>
        </w:rPr>
        <w:t xml:space="preserve">[20:08] </w:t>
      </w:r>
      <w:r>
        <w:t>us ka amal kaisa tha, us ka aqeedah kaisa tha, us ki us ki base par, us ke personal record ke base par yeh faisla kiya jayega ke ke eternal world jo hai,</w:t>
      </w:r>
    </w:p>
    <w:p>
      <w:pPr>
        <w:jc w:val="right"/>
      </w:pPr>
      <w:r>
        <w:t>اس کا عمل کیسا تھا، اس کا عقیدہ کیسا تھا، اس کی اس کی بیس پر، اس کے پرسنل ریکارڈ کے بیس پر یہ فیصلہ کیا جائے گا کہ کہ ایٹرنل ورلڈ جو ہے،</w:t>
      </w:r>
    </w:p>
    <w:p>
      <w:r>
        <w:rPr>
          <w:b/>
        </w:rPr>
        <w:t xml:space="preserve">[20:29] </w:t>
      </w:r>
      <w:r>
        <w:t>yani jo</w:t>
      </w:r>
    </w:p>
    <w:p>
      <w:pPr>
        <w:jc w:val="right"/>
      </w:pPr>
      <w:r>
        <w:t>یعنی جو</w:t>
      </w:r>
    </w:p>
    <w:p>
      <w:r>
        <w:rPr>
          <w:b/>
        </w:rPr>
        <w:t xml:space="preserve">[20:34] </w:t>
      </w:r>
      <w:r>
        <w:t>jis ko kaha gaya hai Kingdom of God. Kingdom of God ka jo lafz hai Bible mein, woh isi mani mein hai.</w:t>
      </w:r>
    </w:p>
    <w:p>
      <w:pPr>
        <w:jc w:val="right"/>
      </w:pPr>
      <w:r>
        <w:t>جس کو کہا گیا ہے کنگڈم آف گاڈ۔ کنگڈم آف گاڈ کا جو لفظ ہے بائبل میں، وہ اسی معنی میں ہے۔</w:t>
      </w:r>
    </w:p>
    <w:p>
      <w:r>
        <w:rPr>
          <w:b/>
        </w:rPr>
        <w:t xml:space="preserve">[20:46] </w:t>
      </w:r>
      <w:r>
        <w:t>eternal world ko Kingdom of God kaha gaya. To ek eternal world banne wala hai. Is eternal world mein paradise hogi.</w:t>
      </w:r>
    </w:p>
    <w:p>
      <w:pPr>
        <w:jc w:val="right"/>
      </w:pPr>
      <w:r>
        <w:t>ایٹرنل ورلڈ کو کنگڈم آف گاڈ کہا گیا۔ تو ایک ایٹرنل ورلڈ بننے والا ہے۔ اس ایٹرنل ورلڈ میں پارادائز ہوگی۔</w:t>
      </w:r>
    </w:p>
    <w:p>
      <w:r>
        <w:rPr>
          <w:b/>
        </w:rPr>
        <w:t xml:space="preserve">[20:56] </w:t>
      </w:r>
      <w:r>
        <w:t>is eternal world mein insan ko har qism ki blessing milegi. Is is eternal world mein entry kis ko milegi?</w:t>
      </w:r>
    </w:p>
    <w:p>
      <w:pPr>
        <w:jc w:val="right"/>
      </w:pPr>
      <w:r>
        <w:t>اس ایٹرنل ورلڈ میں انسان کو ہر قسم کی بلیسنگ ملے گی۔ اس اس ایٹرنل ورلڈ میں انٹری کس کو ملے گی؟</w:t>
      </w:r>
    </w:p>
    <w:p>
      <w:r>
        <w:rPr>
          <w:b/>
        </w:rPr>
        <w:t xml:space="preserve">[21:09] </w:t>
      </w:r>
      <w:r>
        <w:t>is eternal world mein entry kis ko milegi? To community wise entry nahi hogi. Woh</w:t>
      </w:r>
    </w:p>
    <w:p>
      <w:pPr>
        <w:jc w:val="right"/>
      </w:pPr>
      <w:r>
        <w:t>اس ایٹرنل ورلڈ میں انٹری کس کو ملے گی؟ تو کمیونٹی وائز انٹری نہیں ہوگی۔ وہ</w:t>
      </w:r>
    </w:p>
    <w:p>
      <w:r>
        <w:rPr>
          <w:b/>
        </w:rPr>
        <w:t xml:space="preserve">[21:20] </w:t>
      </w:r>
      <w:r>
        <w:t>community wise entry nahi hogi, balkay individual individual wise hogi. har individual ke record ko dekha jayega ke wo kaisa tha.</w:t>
      </w:r>
    </w:p>
    <w:p>
      <w:pPr>
        <w:jc w:val="right"/>
      </w:pPr>
      <w:r>
        <w:t>کمیونٹی وائز انٹری نہیں ہوگی، بلکہ انڈیویجول انڈیویجول وائز ہوگی۔ ہر انڈیویجول کے ریکارڈ کو دیکھا جائے گا کہ وہ کیسا تھا۔</w:t>
      </w:r>
    </w:p>
    <w:p>
      <w:r>
        <w:rPr>
          <w:b/>
        </w:rPr>
        <w:t xml:space="preserve">[21:38] </w:t>
      </w:r>
      <w:r>
        <w:t>us ne dunya mein nafrat ki ya mohabbat ki? dunya mein us ne violence kiya ya peace par kaam raha?</w:t>
      </w:r>
    </w:p>
    <w:p>
      <w:pPr>
        <w:jc w:val="right"/>
      </w:pPr>
      <w:r>
        <w:t>اس نے دنیا میں نفرت کی یا محبت کی؟ دنیا میں اس نے وائلنس کیا یا پیس پر کام رہا؟</w:t>
      </w:r>
    </w:p>
    <w:p>
      <w:r>
        <w:rPr>
          <w:b/>
        </w:rPr>
        <w:t xml:space="preserve">[21:51] </w:t>
      </w:r>
      <w:r>
        <w:t>yeh sab dekha jayega. to har individual ke record ko dekh kar us ke future ka ko decide kiya jayega.</w:t>
      </w:r>
    </w:p>
    <w:p>
      <w:pPr>
        <w:jc w:val="right"/>
      </w:pPr>
      <w:r>
        <w:t>یہ سب دیکھا جائے گا۔ تو ہر انڈیویجول کے ریکارڈ کو دیکھ کر اس کے فیوچر کا کو ڈیسائیڈ کیا جائے گا۔</w:t>
      </w:r>
    </w:p>
    <w:p>
      <w:r>
        <w:rPr>
          <w:b/>
        </w:rPr>
        <w:t xml:space="preserve">[22:03] </w:t>
      </w:r>
      <w:r>
        <w:t>yeh bataya gaya hai. to is mein aap dekhiye, dono ko milakar ke to do baatein is mein important kahi gayi hain.</w:t>
      </w:r>
    </w:p>
    <w:p>
      <w:pPr>
        <w:jc w:val="right"/>
      </w:pPr>
      <w:r>
        <w:t>یہ بتایا گیا ہے۔ تو اس میں آپ دیکھیے، دونوں کو ملا کر کے تو دو باتیں اس میں امپورٹنٹ کہی گئی ہیں۔</w:t>
      </w:r>
    </w:p>
    <w:p>
      <w:r>
        <w:rPr>
          <w:b/>
        </w:rPr>
        <w:t xml:space="preserve">[22:13] </w:t>
      </w:r>
      <w:r>
        <w:t>pehli baat yeh kahi gayi ke pani ka reference diya. pani aap jante hain ke pani ke baghair kuch nahi ho sakta.</w:t>
      </w:r>
    </w:p>
    <w:p>
      <w:pPr>
        <w:jc w:val="right"/>
      </w:pPr>
      <w:r>
        <w:t>پہلی بات یہ کہی گئی کہ پانی کا ریفرنس دیا۔ پانی آپ جانتے ہیں کہ پانی کے بغیر کچھ نہیں ہو سکتا۔</w:t>
      </w:r>
    </w:p>
    <w:p>
      <w:r>
        <w:rPr>
          <w:b/>
        </w:rPr>
        <w:t xml:space="preserve">[22:25] </w:t>
      </w:r>
      <w:r>
        <w:t>pani jo hai, wo zindagi ka, zindagi ki jar hai. is par pani nahi to zindagi nahi.</w:t>
      </w:r>
    </w:p>
    <w:p>
      <w:pPr>
        <w:jc w:val="right"/>
      </w:pPr>
      <w:r>
        <w:t>پانی جو ہے، وہ زندگی کا، زندگی کی جڑ ہے۔ اس پر پانی نہیں تو زندگی نہیں۔</w:t>
      </w:r>
    </w:p>
    <w:p>
      <w:r>
        <w:rPr>
          <w:b/>
        </w:rPr>
        <w:t xml:space="preserve">[22:38] </w:t>
      </w:r>
      <w:r>
        <w:t>pehla reference yeh hai ke pani par Allah ko acknowledge karo, shukr karo ke kaisi cheez de di tum ko. kyunke aap jante hain ke pehle sirf zameen thi,</w:t>
      </w:r>
    </w:p>
    <w:p>
      <w:pPr>
        <w:jc w:val="right"/>
      </w:pPr>
      <w:r>
        <w:t>پہلا ریفرنس یہ ہے کہ پانی پر اللہ کو اکنالج کرو، شکر کرو کہ کیسی چیز دے دی تم کو۔ کیونکہ آپ جانتے ہیں کہ پہلے صرف زمین تھی،</w:t>
      </w:r>
    </w:p>
    <w:p>
      <w:r>
        <w:rPr>
          <w:b/>
        </w:rPr>
        <w:t xml:space="preserve">[22:54] </w:t>
      </w:r>
      <w:r>
        <w:t>yahan par reit tha, kuch bhi nahi tha. phir do gases ekatha huin to pani bana. phir pani se barishein huin sari zameen par.</w:t>
      </w:r>
    </w:p>
    <w:p>
      <w:pPr>
        <w:jc w:val="right"/>
      </w:pPr>
      <w:r>
        <w:t>یہاں پر ریت تھا، کچھ بھی نہیں تھا۔ پھر دو گیسز اکٹھا ہوئیں تو پانی بنا۔ پھر پانی سے بارشیں ہوئیں ساری زمین پر۔</w:t>
      </w:r>
    </w:p>
    <w:p>
      <w:r>
        <w:rPr>
          <w:b/>
        </w:rPr>
        <w:t xml:space="preserve">[23:08] </w:t>
      </w:r>
      <w:r>
        <w:t>phir pani ekatha hua nadiyon mein, talab mein, samandar mein. pani ke chashme jari ho gaye.</w:t>
      </w:r>
    </w:p>
    <w:p>
      <w:pPr>
        <w:jc w:val="right"/>
      </w:pPr>
      <w:r>
        <w:t>پھر پانی اکٹھا ہوا ندیوں میں، تالاب میں، سمندر میں۔ پانی کے چشمے جاری ہو گئے۔</w:t>
      </w:r>
    </w:p>
    <w:p>
      <w:r>
        <w:rPr>
          <w:b/>
        </w:rPr>
        <w:t xml:space="preserve">[23:18] </w:t>
      </w:r>
      <w:r>
        <w:t>to yeh bohat bari blessing thi ke insan ko Allah ne di.</w:t>
      </w:r>
    </w:p>
    <w:p>
      <w:pPr>
        <w:jc w:val="right"/>
      </w:pPr>
      <w:r>
        <w:t>تو یہ بہت بڑی بلیسنگ تھی کہ انسان کو اللہ نے دی۔</w:t>
      </w:r>
    </w:p>
    <w:p>
      <w:r>
        <w:rPr>
          <w:b/>
        </w:rPr>
        <w:t xml:space="preserve">[23:25] </w:t>
      </w:r>
      <w:r>
        <w:t>to is ko jano, is ko shukr karo. aur doosri baat yeh hai ke jo community bani baat koi religious communities to community wise nijat nahi milegi.</w:t>
      </w:r>
    </w:p>
    <w:p>
      <w:pPr>
        <w:jc w:val="right"/>
      </w:pPr>
      <w:r>
        <w:t>تو اس کو جانو، اس کو شکر کرو۔ اور دوسری بات یہ ہے کہ جو کمیونٹی بنی بات کوئی ریلیجس کمیونٹیز تو کمیونٹی وائز نجات نہیں ملے گی۔</w:t>
      </w:r>
    </w:p>
    <w:p>
      <w:r>
        <w:rPr>
          <w:b/>
        </w:rPr>
        <w:t xml:space="preserve">[23:40] </w:t>
      </w:r>
      <w:r>
        <w:t>wo ho gayi individual wise, yani kaisa amal tumhara tha zameen par,</w:t>
      </w:r>
    </w:p>
    <w:p>
      <w:pPr>
        <w:jc w:val="right"/>
      </w:pPr>
      <w:r>
        <w:t>وہ ہو گئی انڈیویجول وائز، یعنی کیسا عمل تمہارا تھا زمین پر،</w:t>
      </w:r>
    </w:p>
    <w:p>
      <w:r>
        <w:rPr>
          <w:b/>
        </w:rPr>
        <w:t xml:space="preserve">[23:49] </w:t>
      </w:r>
      <w:r>
        <w:t>kaisi soch thi, kya kya tum ne</w:t>
      </w:r>
    </w:p>
    <w:p>
      <w:pPr>
        <w:jc w:val="right"/>
      </w:pPr>
      <w:r>
        <w:t>کیسی سوچ تھی، کیا کیا تم نے</w:t>
      </w:r>
    </w:p>
    <w:p>
      <w:r>
        <w:rPr>
          <w:b/>
        </w:rPr>
        <w:t xml:space="preserve">[23:55] </w:t>
      </w:r>
      <w:r>
        <w:t>dunya mein peace pe chal ke, dunya mein markaat phailayi. is par hoga.</w:t>
      </w:r>
    </w:p>
    <w:p>
      <w:pPr>
        <w:jc w:val="right"/>
      </w:pPr>
      <w:r>
        <w:t>دنیا میں پیس پہ چلے کے، دنیا میں مارکاٹ پھیلائی۔ اس پر ہوگا۔</w:t>
      </w:r>
    </w:p>
    <w:p>
      <w:r>
        <w:rPr>
          <w:b/>
        </w:rPr>
        <w:t xml:space="preserve">[24:06] </w:t>
      </w:r>
      <w:r>
        <w:t>in baaton par aap ghor kijiye to Islam aik religion of peace hai. pure poori tarah religion of peace hai.</w:t>
      </w:r>
    </w:p>
    <w:p>
      <w:pPr>
        <w:jc w:val="right"/>
      </w:pPr>
      <w:r>
        <w:t>ان باتوں پر آپ غور کیجئے تو اسلام ایک ریلیجن آف پیس ہے۔ پورے پوری طرح ریلیجن آف پیس ہے۔</w:t>
      </w:r>
    </w:p>
    <w:p>
      <w:r>
        <w:rPr>
          <w:b/>
        </w:rPr>
        <w:t xml:space="preserve">[24:19] </w:t>
      </w:r>
      <w:r>
        <w:t>to is ki yeh base hai. yeh yeh baatein jo batayi gayi, yeh is ki yani base hai. is is base par jo aqeedah banta hai, jo theory banti hai,</w:t>
      </w:r>
    </w:p>
    <w:p>
      <w:pPr>
        <w:jc w:val="right"/>
      </w:pPr>
      <w:r>
        <w:t>تو اس کی یہ بیس ہے۔ یہ یہ باتیں جو بتائی گئی، یہ اس کی یعنی بیس ہے۔ اس اس بیس پر جو عقیدہ بنتا ہے، جو تھیوری بنتی ہے،</w:t>
      </w:r>
    </w:p>
    <w:p>
      <w:r>
        <w:rPr>
          <w:b/>
        </w:rPr>
        <w:t xml:space="preserve">[24:34] </w:t>
      </w:r>
      <w:r>
        <w:t>jo soch banti hai, us ko bataya gaya hai.</w:t>
      </w:r>
    </w:p>
    <w:p>
      <w:pPr>
        <w:jc w:val="right"/>
      </w:pPr>
      <w:r>
        <w:t>جو سوچ بنتی ہے، اس کو بتایا گیا ہے۔</w:t>
      </w:r>
    </w:p>
    <w:p>
      <w:r>
        <w:rPr>
          <w:b/>
        </w:rPr>
        <w:t xml:space="preserve">[24:41] </w:t>
      </w:r>
      <w:r>
        <w:t>is ki base to jo</w:t>
      </w:r>
    </w:p>
    <w:p>
      <w:pPr>
        <w:jc w:val="right"/>
      </w:pPr>
      <w:r>
        <w:t>اس کی بیس تو جو</w:t>
      </w:r>
    </w:p>
    <w:p>
      <w:r>
        <w:rPr>
          <w:b/>
        </w:rPr>
        <w:t xml:space="preserve">[24:48] </w:t>
      </w:r>
      <w:r>
        <w:t>the world here after mein jo dunya banegi, wo aik bohat hi zyada aala dunya hogi. bohat hi zyada peace, bohat zyada mohabbat, bohat zyada yani good character ke log.</w:t>
      </w:r>
    </w:p>
    <w:p>
      <w:pPr>
        <w:jc w:val="right"/>
      </w:pPr>
      <w:r>
        <w:t>دی ورلڈ ہیئر افٹر میں جو دنیا بنے گی، وہ ایک بہت ہی زیادہ اعلیٰ دنیا ہوگی۔ بہت ہی زیادہ پیس، بہت زیادہ محبت، بہت زیادہ یعنی گڈ کریکٹر کے لوگ۔</w:t>
      </w:r>
    </w:p>
    <w:p>
      <w:r>
        <w:rPr>
          <w:b/>
        </w:rPr>
        <w:t xml:space="preserve">[25:09] </w:t>
      </w:r>
      <w:r>
        <w:t>to wahan entry kis ko milegi? wo individual ki base par decide kiya jayega.</w:t>
      </w:r>
    </w:p>
    <w:p>
      <w:pPr>
        <w:jc w:val="right"/>
      </w:pPr>
      <w:r>
        <w:t>تو وہاں انٹری کس کو ملے گی؟ وہ انڈیویجول کی بیس پر ڈیسائیڈ کیا جائے گا۔</w:t>
      </w:r>
    </w:p>
    <w:p>
      <w:r>
        <w:rPr>
          <w:b/>
        </w:rPr>
        <w:t xml:space="preserve">[25:18] </w:t>
      </w:r>
      <w:r>
        <w:t>individual ki base par. to har aadmi ko janna chahiye ke us ko apne aap par dhyan dena hai, apne aap par dhyan dena hai, apne aap ko</w:t>
      </w:r>
    </w:p>
    <w:p>
      <w:pPr>
        <w:jc w:val="right"/>
      </w:pPr>
      <w:r>
        <w:t>انڈیویجول کی بیس پر۔ تو ہر آدمی کو جاننا چاہیے کہ اس کو اپنے آپ پر دھیان دینا ہے، اپنے آپ پر دھیان دینا ہے، اپنے آپ کو</w:t>
      </w:r>
    </w:p>
    <w:p>
      <w:r>
        <w:rPr>
          <w:b/>
        </w:rPr>
        <w:t xml:space="preserve">[25:35] </w:t>
      </w:r>
      <w:r>
        <w:t>good deed lana hai, apne andar apne aap ko Khuda wala banana hai.</w:t>
      </w:r>
    </w:p>
    <w:p>
      <w:pPr>
        <w:jc w:val="right"/>
      </w:pPr>
      <w:r>
        <w:t>گڈ ڈیڈ لانا ہے، اپنے اندر اپنے آپ کو خدا والا بنانا ہے۔</w:t>
      </w:r>
    </w:p>
    <w:p>
      <w:r>
        <w:rPr>
          <w:b/>
        </w:rPr>
        <w:t xml:space="preserve">[25:46] </w:t>
      </w:r>
      <w:r>
        <w:t>tab ja kar entry milegi us ko is dunya mein. warna entry nahi milegi.</w:t>
      </w:r>
    </w:p>
    <w:p>
      <w:pPr>
        <w:jc w:val="right"/>
      </w:pPr>
      <w:r>
        <w:t>تب جا کر انٹری ملے گی اس کو اس دنیا میں۔ ورنہ انٹری نہیں ملے گی۔</w:t>
      </w:r>
    </w:p>
    <w:p>
      <w:r>
        <w:rPr>
          <w:b/>
        </w:rPr>
        <w:t xml:space="preserve">[25:58] </w:t>
      </w:r>
      <w:r>
        <w:t>to Quran mein</w:t>
      </w:r>
    </w:p>
    <w:p>
      <w:pPr>
        <w:jc w:val="right"/>
      </w:pPr>
      <w:r>
        <w:t>تو قرآن میں</w:t>
      </w:r>
    </w:p>
    <w:p>
      <w:r>
        <w:rPr>
          <w:b/>
        </w:rPr>
        <w:t xml:space="preserve">[26:02] </w:t>
      </w:r>
      <w:r>
        <w:t>is baat ko as a principle bhi bataya gaya hai, history ke reference se bhi bataya gaya hai, dono tareeqe se.</w:t>
      </w:r>
    </w:p>
    <w:p>
      <w:pPr>
        <w:jc w:val="right"/>
      </w:pPr>
      <w:r>
        <w:t>اس بات کو ایز اے پرنسپل بھی بتایا گیا ہے، ہسٹری کے ریفرنس سے بھی بتایا گیا ہے، دونوں طریقے سے۔</w:t>
      </w:r>
    </w:p>
    <w:p>
      <w:r>
        <w:rPr>
          <w:b/>
        </w:rPr>
        <w:t xml:space="preserve">[26:12] </w:t>
      </w:r>
      <w:r>
        <w:t>to yahan par reference jo diya gaya, direct tor par reference diya gaya yahood ka. in direct tor par is mein musalmanon ko bhi add kar lijiye, kyunke jaise yahan in ko pani diya gaya sara mein desert mein,</w:t>
      </w:r>
    </w:p>
    <w:p>
      <w:pPr>
        <w:jc w:val="right"/>
      </w:pPr>
      <w:r>
        <w:t>تو یہاں پر ریفرنس جو دیا گیا، ڈائریکٹ طور پر ریفرنس دیا گیا یہود کا۔ ان ڈائریکٹ طور پر اس میں مسلمانوں کو بھی ایڈ کر لیجئے، کیونکہ جیسے یہاں ان کو پانی دیا گیا سارا میں ڈیزرٹ میں،</w:t>
      </w:r>
    </w:p>
    <w:p>
      <w:r>
        <w:rPr>
          <w:b/>
        </w:rPr>
        <w:t xml:space="preserve">[26:30] </w:t>
      </w:r>
      <w:r>
        <w:t>jab woh desert mein pahunche to wahan steam jari ho gaya, jis se unhon ne jo un ke liye life ka saman mila, is mein to wahan bhi aisa hua ke desert mein Hazrat Ibrahim ne basaya apne logon ko aur wahan pani ka chashma jari ho gaya.</w:t>
      </w:r>
    </w:p>
    <w:p>
      <w:pPr>
        <w:jc w:val="right"/>
      </w:pPr>
      <w:r>
        <w:t>جب وہ ڈیزرٹ میں پہنچے تو وہاں اسٹیم جاری ہو گیا، جس سے انہوں نے جو ان کے لیے لائف کا سامان ملا، اس میں تو وہاں بھی ایسا ہوا کہ ڈیزرٹ میں حضرت ابراہیم نے بسایا اپنے لوگوں کو اور وہاں پانی کا چشمہ جاری ہو گیا۔</w:t>
      </w:r>
    </w:p>
    <w:p>
      <w:r>
        <w:rPr>
          <w:b/>
        </w:rPr>
        <w:t xml:space="preserve">[26:53] </w:t>
      </w:r>
      <w:r>
        <w:t>phir is par ek civilization bani. phir is par logon ko is life support system mila, taraqqi ka sawan milay.</w:t>
      </w:r>
    </w:p>
    <w:p>
      <w:pPr>
        <w:jc w:val="right"/>
      </w:pPr>
      <w:r>
        <w:t>پھر اس پر ایک سولائزیشن بنی۔ پھر اس پر لوگوں کو اس لائف سپورٹ سسٹم ملا، ترقی کا ساون ملے۔</w:t>
      </w:r>
    </w:p>
    <w:p>
      <w:r>
        <w:rPr>
          <w:b/>
        </w:rPr>
        <w:t xml:space="preserve">[27:08] </w:t>
      </w:r>
      <w:r>
        <w:t>to mein samajhta hoon ke yeh jar hai. yahan se Islam shuru hota hai, yahan se Quran shuru hota hai, yahan se Quran shuru hota hai.</w:t>
      </w:r>
    </w:p>
    <w:p>
      <w:pPr>
        <w:jc w:val="right"/>
      </w:pPr>
      <w:r>
        <w:t>تو میں سمجھتا ہوں کہ یہ جڑ ہے۔ یہاں سے اسلام شروع ہوتا ہے، یہاں سے قرآن شروع ہوتا ہے، یہاں سے قرآن شروع ہوتا ہے۔</w:t>
      </w:r>
    </w:p>
    <w:p>
      <w:r>
        <w:rPr>
          <w:b/>
        </w:rPr>
        <w:t xml:space="preserve">[27:28] </w:t>
      </w:r>
      <w:r>
        <w:t>to mein samajhta hoon ke agar log jitne jhagray hain logon ke darmiyan, woh history ki buniyad par hain. agar jo kitabon mein likha hua hai,</w:t>
      </w:r>
    </w:p>
    <w:p>
      <w:pPr>
        <w:jc w:val="right"/>
      </w:pPr>
      <w:r>
        <w:t>تو میں سمجھتا ہوں کہ اگر لوگ جتنے جھگڑے ہیں لوگوں کے درمیان، وہ ہسٹری کی بنیاد پر ہیں۔ اگر جو کتابوں میں لکھا ہوا ہے،</w:t>
      </w:r>
    </w:p>
    <w:p>
      <w:r>
        <w:rPr>
          <w:b/>
        </w:rPr>
        <w:t xml:space="preserve">[27:43] </w:t>
      </w:r>
      <w:r>
        <w:t>jo asal mazhab hai, us par log qaim ho jayen to sab peace hi peace hai.</w:t>
      </w:r>
    </w:p>
    <w:p>
      <w:pPr>
        <w:jc w:val="right"/>
      </w:pPr>
      <w:r>
        <w:t>جو اصل مذہب ہے، اس پر لوگ قائم ہو جائیں تو سب پیس ہی پیس ہے۔</w:t>
      </w:r>
    </w:p>
    <w:p>
      <w:r>
        <w:rPr>
          <w:b/>
        </w:rPr>
        <w:t xml:space="preserve">[27:53] </w:t>
      </w:r>
      <w:r>
        <w:t>koi larai jhagda nahin.</w:t>
      </w:r>
    </w:p>
    <w:p>
      <w:pPr>
        <w:jc w:val="right"/>
      </w:pPr>
      <w:r>
        <w:t>کوئی لڑائی جھگڑا نہیں۔</w:t>
      </w:r>
    </w:p>
    <w:p>
      <w:r>
        <w:rPr>
          <w:b/>
        </w:rPr>
        <w:t xml:space="preserve">[27:58] </w:t>
      </w:r>
      <w:r>
        <w:t>narai jhagda book mein nahin hai, culture mein hai, history mein hai. aap history ko dekhen, mat dekhiye culture ko, mat dekhiye balkay book ko dekhiye.</w:t>
      </w:r>
    </w:p>
    <w:p>
      <w:pPr>
        <w:jc w:val="right"/>
      </w:pPr>
      <w:r>
        <w:t>نرائی جھگڑا بک میں نہیں ہے، کلچر میں ہے، ہسٹری میں ہے۔ آپ ہسٹری کو دیکھیں، مت دیکھیے کلچر کو، مت دیکھیے بلکہ بک کو دیکھیے۔</w:t>
      </w:r>
    </w:p>
    <w:p>
      <w:r>
        <w:rPr>
          <w:b/>
        </w:rPr>
        <w:t xml:space="preserve">[28:16] </w:t>
      </w:r>
      <w:r>
        <w:t>book se aap janengay ke mazhab ka asal</w:t>
      </w:r>
    </w:p>
    <w:p>
      <w:pPr>
        <w:jc w:val="right"/>
      </w:pPr>
      <w:r>
        <w:t>بک سے آپ جانیں گے کہ مذہب کا اصل</w:t>
      </w:r>
    </w:p>
    <w:p>
      <w:r>
        <w:rPr>
          <w:b/>
        </w:rPr>
        <w:t xml:space="preserve">[28:25] </w:t>
      </w:r>
      <w:r>
        <w:t>yani basic kya hai.</w:t>
      </w:r>
    </w:p>
    <w:p>
      <w:pPr>
        <w:jc w:val="right"/>
      </w:pPr>
      <w:r>
        <w:t>یعنی بیسک کیا ہے۔</w:t>
      </w:r>
    </w:p>
    <w:p>
      <w:r>
        <w:rPr>
          <w:b/>
        </w:rPr>
        <w:t xml:space="preserve">[28:33] </w:t>
      </w:r>
      <w:r>
        <w:t>to mein samajhta hoon ke agar log jo real religion hai, us par kaam ho jayen,</w:t>
      </w:r>
    </w:p>
    <w:p>
      <w:pPr>
        <w:jc w:val="right"/>
      </w:pPr>
      <w:r>
        <w:t>تو میں سمجھتا ہوں کہ اگر لوگ جو ریئل ریلیجن ہے، اس پر کام ہو جائیں،</w:t>
      </w:r>
    </w:p>
    <w:p>
      <w:r>
        <w:rPr>
          <w:b/>
        </w:rPr>
        <w:t xml:space="preserve">[28:44] </w:t>
      </w:r>
      <w:r>
        <w:t>history ko chhod kar, culture ko chhod kar, real religion</w:t>
      </w:r>
    </w:p>
    <w:p>
      <w:pPr>
        <w:jc w:val="right"/>
      </w:pPr>
      <w:r>
        <w:t>ہسٹری کو چھوڑ کر، کلچر کو چھوڑ کر، ریئل ریلیجن</w:t>
      </w:r>
    </w:p>
    <w:p>
      <w:r>
        <w:rPr>
          <w:b/>
        </w:rPr>
        <w:t xml:space="preserve">[28:52] </w:t>
      </w:r>
      <w:r>
        <w:t>to saray jhagray apnay asarat khatam ho jayen. kyunke jitne jhagray hain, woh wohi hain ke kai culture ko le kar, kai history ko le kar.</w:t>
      </w:r>
    </w:p>
    <w:p>
      <w:pPr>
        <w:jc w:val="right"/>
      </w:pPr>
      <w:r>
        <w:t>تو سارے جھگڑے اپنے اثارت ختم ہو جائیں۔ کیونکہ جتنے جھگڑے ہیں، وہ وہی ہیں کہ کئی کلچر کو لے کر، کئی ہسٹری کو لے کر۔</w:t>
      </w:r>
    </w:p>
    <w:p>
      <w:r>
        <w:rPr>
          <w:b/>
        </w:rPr>
        <w:t xml:space="preserve">[29:08] </w:t>
      </w:r>
      <w:r>
        <w:t>lekin jab asal religion ko dekhen, true religion ko to jhagray apnay aap khatam ho jatay hain.</w:t>
      </w:r>
    </w:p>
    <w:p>
      <w:pPr>
        <w:jc w:val="right"/>
      </w:pPr>
      <w:r>
        <w:t>لیکن جب اصل ریلیجن کو دیکھیں، ٹرو ریلیجن کو تو جھگڑے اپنے آپ ختم ہو جاتے ہیں۔</w:t>
      </w:r>
    </w:p>
    <w:p>
      <w:r>
        <w:rPr>
          <w:b/>
        </w:rPr>
        <w:t xml:space="preserve">[29:19] </w:t>
      </w:r>
      <w:r>
        <w:t>yeh bohat ziyada important baat hai jo is mein logon ko janna chahiye.</w:t>
      </w:r>
    </w:p>
    <w:p>
      <w:pPr>
        <w:jc w:val="right"/>
      </w:pPr>
      <w:r>
        <w:t>یہ بہت زیادہ امپورٹنٹ بات ہے جو اس میں لوگوں کو جاننا چاہیے۔</w:t>
      </w:r>
    </w:p>
    <w:p>
      <w:r>
        <w:rPr>
          <w:b/>
        </w:rPr>
        <w:t xml:space="preserve">[29:34] </w:t>
      </w:r>
      <w:r>
        <w:t>isi liye hum dekhiye,</w:t>
      </w:r>
    </w:p>
    <w:p>
      <w:pPr>
        <w:jc w:val="right"/>
      </w:pPr>
      <w:r>
        <w:t>اسی لیے ہم دیکھیے،</w:t>
      </w:r>
    </w:p>
    <w:p>
      <w:r>
        <w:rPr>
          <w:b/>
        </w:rPr>
        <w:t xml:space="preserve">[29:41] </w:t>
      </w:r>
      <w:r>
        <w:t>is liye hum Quran ka translation har zaban mein tayyar kar rahe hain. is mamlay mein Christian log hum se agay hain, bohat pehle se woh Bible ke tarjumay har zaban mein tayyar kar ke phaila rahe hain, phaila rahe hain, phaila rahe hain.</w:t>
      </w:r>
    </w:p>
    <w:p>
      <w:pPr>
        <w:jc w:val="right"/>
      </w:pPr>
      <w:r>
        <w:t>اس لیے ہم قرآن کا ٹرانسلیشن ہر زبان میں تیار کر رہے ہیں۔ اس معاملے میں کرسچن لوگ ہم سے آگے ہیں، بہت پہلے سے وہ بائبل کے ترجمے ہر زبان میں تیار کر کے پھیلا رہے ہیں، پھیلا رہے ہیں، پھیلا رہے ہیں۔</w:t>
      </w:r>
    </w:p>
    <w:p>
      <w:r>
        <w:rPr>
          <w:b/>
        </w:rPr>
        <w:t xml:space="preserve">[29:58] </w:t>
      </w:r>
      <w:r>
        <w:t>to Christian log hum se bohat agay hain, to hum to is ke follow kar rahe hain, un ke.</w:t>
      </w:r>
    </w:p>
    <w:p>
      <w:pPr>
        <w:jc w:val="right"/>
      </w:pPr>
      <w:r>
        <w:t>تو کرسچن لوگ ہم سے بہت آگے ہیں، تو ہم تو اس کے فالو کر رہے ہیں، ان کے۔</w:t>
      </w:r>
    </w:p>
    <w:p>
      <w:r>
        <w:rPr>
          <w:b/>
        </w:rPr>
        <w:t xml:space="preserve">[30:07] </w:t>
      </w:r>
      <w:r>
        <w:t>to hamara bhi bashar yeh hai ke Quran ka translation understandable language mein har zaban mein tayyar karen aur is ko dunya mein phailayen.</w:t>
      </w:r>
    </w:p>
    <w:p>
      <w:pPr>
        <w:jc w:val="right"/>
      </w:pPr>
      <w:r>
        <w:t>تو ہمارا بھی بشر یہ ہے کہ قرآن کا ٹرانسلیشن انڈرسٹینڈیبل لینگویج میں ہر زبان میں تیار کریں اور اس کو دنیا میں پھیلائیں۔</w:t>
      </w:r>
    </w:p>
    <w:p>
      <w:r>
        <w:rPr>
          <w:b/>
        </w:rPr>
        <w:t xml:space="preserve">[30:23] </w:t>
      </w:r>
      <w:r>
        <w:t>kyunke dekhiye, jo reference book hai, woh to Quran hai Islam ke liye.</w:t>
      </w:r>
    </w:p>
    <w:p>
      <w:pPr>
        <w:jc w:val="right"/>
      </w:pPr>
      <w:r>
        <w:t>کیونکہ دیکھیے، جو ریفرنس بک ہے، وہ تو قرآن ہے اسلام کے لیے۔</w:t>
      </w:r>
    </w:p>
    <w:p>
      <w:r>
        <w:rPr>
          <w:b/>
        </w:rPr>
        <w:t xml:space="preserve">[30:33] </w:t>
      </w:r>
      <w:r>
        <w:t>reference book jo hai, woh Quran hai. to jab logon ko yeh aa jaye ke reference book jo hai, us se samjho ke Islam kya hai,</w:t>
      </w:r>
    </w:p>
    <w:p>
      <w:pPr>
        <w:jc w:val="right"/>
      </w:pPr>
      <w:r>
        <w:t>ریفرنس بک جو ہے، وہ قرآن ہے۔ تو جب لوگوں کو یہ آ جائے کہ ریفرنس بک جو ہے، اس سے سمجھو کہ اسلام کیا ہے،</w:t>
      </w:r>
    </w:p>
    <w:p>
      <w:r>
        <w:rPr>
          <w:b/>
        </w:rPr>
        <w:t xml:space="preserve">[30:47] </w:t>
      </w:r>
      <w:r>
        <w:t>agar yeh parh jaye riwaj ke Islam kya hai, is ko reference book mein dekhen to Christian logon mein yeh bohat achhi kya unhon ne ke Bible ka tarjuma phailaya hai.</w:t>
      </w:r>
    </w:p>
    <w:p>
      <w:pPr>
        <w:jc w:val="right"/>
      </w:pPr>
      <w:r>
        <w:t>اگر یہ پڑھ جائے رواج کہ اسلام کیا ہے، اس کو ریفرنس بک میں دیکھیں تو کرسچن لوگوں میں یہ بہت اچھی کیا انہوں نے کہ بائبل کا ترجمہ پھیلایا ہے۔</w:t>
      </w:r>
    </w:p>
    <w:p>
      <w:r>
        <w:rPr>
          <w:b/>
        </w:rPr>
        <w:t xml:space="preserve">[31:03] </w:t>
      </w:r>
      <w:r>
        <w:t>bohat sahi kiya unhon ne ke Bible ka translation phailaya hai. hum bhi yahi karen, Quran ka translation phaila rahe hain.</w:t>
      </w:r>
    </w:p>
    <w:p>
      <w:pPr>
        <w:jc w:val="right"/>
      </w:pPr>
      <w:r>
        <w:t>بہت صحیح کیا انہوں نے کہ بائبل کا ٹرانسلیشن پھیلایا ہے۔ ہم بھی یہی کریں، قرآن کا ٹرانسلیشن پھیلا رہے ہیں۔</w:t>
      </w:r>
    </w:p>
    <w:p>
      <w:r>
        <w:rPr>
          <w:b/>
        </w:rPr>
        <w:t xml:space="preserve">[31:14] </w:t>
      </w:r>
      <w:r>
        <w:t>to jab Quran ka translation har zaban mein tayyar ho kar phail jaye ga, sab ko pahunch jaye ga to saray jhagray apnay aap khatam.</w:t>
      </w:r>
    </w:p>
    <w:p>
      <w:pPr>
        <w:jc w:val="right"/>
      </w:pPr>
      <w:r>
        <w:t>تو جب قرآن کا ٹرانسلیشن ہر زبان میں تیار ہو کر پھیل جائے گا، سب کو پہنچ جائے گا تو سارے جھگڑے اپنے آپ ختم۔</w:t>
      </w:r>
    </w:p>
    <w:p>
      <w:r>
        <w:rPr>
          <w:b/>
        </w:rPr>
        <w:t xml:space="preserve">[31:27] </w:t>
      </w:r>
      <w:r>
        <w:t>phir koi jhagda hi nahin.</w:t>
      </w:r>
    </w:p>
    <w:p>
      <w:pPr>
        <w:jc w:val="right"/>
      </w:pPr>
      <w:r>
        <w:t>پھر کوئی جھگڑا ہی نہیں۔</w:t>
      </w:r>
    </w:p>
    <w:p>
      <w:r>
        <w:rPr>
          <w:b/>
        </w:rPr>
        <w:t xml:space="preserve">[31:34] </w:t>
      </w:r>
      <w:r>
        <w:t>aaj kal hum ne jo focus liya hai, focus woh yahi hai ke quran ka translation har zaban mein tayyar karna aur us ko logon tak phailana.</w:t>
      </w:r>
    </w:p>
    <w:p>
      <w:pPr>
        <w:jc w:val="right"/>
      </w:pPr>
      <w:r>
        <w:t>آج کل ہم نے جو فوکس لیا ہے، فوکس وہ یہی ہے کہ قرآن کا ٹرانسلیشن ہر زبان میں تیار کرنا اور اس کو لوگوں تک پھیلانا۔</w:t>
      </w:r>
    </w:p>
    <w:p>
      <w:r>
        <w:rPr>
          <w:b/>
        </w:rPr>
        <w:t xml:space="preserve">[31:49] </w:t>
      </w:r>
      <w:r>
        <w:t>aap jante hain ke yeh zamana communication ka zamana hai. communication ki wajah se bohat ziyada opportunity paida khul gayi hain.</w:t>
      </w:r>
    </w:p>
    <w:p>
      <w:pPr>
        <w:jc w:val="right"/>
      </w:pPr>
      <w:r>
        <w:t>آپ جانتے ہیں کہ یہ زمانہ کمیونیکیشن کا زمانہ ہے۔ کمیونیکیشن کی وجہ سے بہت زیادہ اپرچونیٹی پیدا کھل گئی ہیں۔</w:t>
      </w:r>
    </w:p>
    <w:p>
      <w:r>
        <w:rPr>
          <w:b/>
        </w:rPr>
        <w:t xml:space="preserve">[32:01] </w:t>
      </w:r>
      <w:r>
        <w:t>humein in opportunity ko avail karna hai</w:t>
      </w:r>
    </w:p>
    <w:p>
      <w:pPr>
        <w:jc w:val="right"/>
      </w:pPr>
      <w:r>
        <w:t>ہمیں ان اپرچونیٹی کو اویل کرنا ہے</w:t>
      </w:r>
    </w:p>
    <w:p>
      <w:r>
        <w:rPr>
          <w:b/>
        </w:rPr>
        <w:t xml:space="preserve">[32:06] </w:t>
      </w:r>
      <w:r>
        <w:t>jo kaam christian logon ne bible ko phailane ke liye pehle kiya. is ke isi suit ko hum apne aap follow kar rahe hain aur har zaban mein, har qom ki zaban mein quran ka tarjuma tayyar kar ke phaila rahe hain, phaila rahe hain, phaila rahe hain.</w:t>
      </w:r>
    </w:p>
    <w:p>
      <w:pPr>
        <w:jc w:val="right"/>
      </w:pPr>
      <w:r>
        <w:t>جو کام کرسچن لوگوں نے بائبل کو پھیلانے کے لیے پہلے کیا۔ اس کے اسی سوٹ کو ہم اپنے آپ فالو کر رہے ہیں اور ہر زبان میں، ہر قوم کی زبان میں قرآن کا ترجمہ تیار کر کے پھیلا رہے ہیں، پھیلا رہے ہیں، پھیلا رہے ہیں۔</w:t>
      </w:r>
    </w:p>
    <w:p>
      <w:r>
        <w:rPr>
          <w:b/>
        </w:rPr>
        <w:t xml:space="preserve">[32:31] </w:t>
      </w:r>
      <w:r>
        <w:t>hamare haan kuch logon ne yeh</w:t>
      </w:r>
    </w:p>
    <w:p>
      <w:pPr>
        <w:jc w:val="right"/>
      </w:pPr>
      <w:r>
        <w:t>ہمارے ہاں کچھ لوگوں نے یہ</w:t>
      </w:r>
    </w:p>
    <w:p>
      <w:r>
        <w:rPr>
          <w:b/>
        </w:rPr>
        <w:t xml:space="preserve">[32:38] </w:t>
      </w:r>
      <w:r>
        <w:t>ek soch paida ki thi ke tarjuma karna theek nahi hai kyunke is se quran ki be-hurmati hogi.</w:t>
      </w:r>
    </w:p>
    <w:p>
      <w:pPr>
        <w:jc w:val="right"/>
      </w:pPr>
      <w:r>
        <w:t>ایک سوچ پیدا کی تھی کہ ترجمہ کرنا ٹھیک نہیں ہے کیونکہ اس سے قرآن کی بے حرمتی ہوگی۔</w:t>
      </w:r>
    </w:p>
    <w:p>
      <w:r>
        <w:rPr>
          <w:b/>
        </w:rPr>
        <w:t xml:space="preserve">[32:51] </w:t>
      </w:r>
      <w:r>
        <w:t>be-hurmati, be yani disrespect. quran ka disrespect hoga. lekin yeh soch galat hai. agar aap quran ka tarjuma logon tak na pohnchayein to disrespect to to log jaane ke liye quran kya hai,</w:t>
      </w:r>
    </w:p>
    <w:p>
      <w:pPr>
        <w:jc w:val="right"/>
      </w:pPr>
      <w:r>
        <w:t>بے حرمتی، بے یعنی ڈس ریسپیکٹ۔ قرآن کا ڈس ریسپیکٹ ہوگا۔ لیکن یہ سوچ غلط ہے۔ اگر آپ قرآن کا ترجمہ لوگوں تک نہ پہنچائیں تو ڈس ریسپیکٹ تو تو لوگ جانے کے لیے قرآن کیا ہے،</w:t>
      </w:r>
    </w:p>
    <w:p>
      <w:r>
        <w:rPr>
          <w:b/>
        </w:rPr>
        <w:t xml:space="preserve">[33:11] </w:t>
      </w:r>
      <w:r>
        <w:t>log jaane ke liye ke quran kya hai.</w:t>
      </w:r>
    </w:p>
    <w:p>
      <w:pPr>
        <w:jc w:val="right"/>
      </w:pPr>
      <w:r>
        <w:t>لوگ جانے کے لیے کہ قرآن کیا ہے۔</w:t>
      </w:r>
    </w:p>
    <w:p>
      <w:r>
        <w:rPr>
          <w:b/>
        </w:rPr>
        <w:t xml:space="preserve">[33:15] </w:t>
      </w:r>
      <w:r>
        <w:t>to yeh masla disrespect ka hai nahi.</w:t>
      </w:r>
    </w:p>
    <w:p>
      <w:pPr>
        <w:jc w:val="right"/>
      </w:pPr>
      <w:r>
        <w:t>تو یہ مسئلہ ڈس ریسپیکٹ کا ہے نہیں۔</w:t>
      </w:r>
    </w:p>
    <w:p>
      <w:r>
        <w:rPr>
          <w:b/>
        </w:rPr>
        <w:t xml:space="preserve">[33:23] </w:t>
      </w:r>
      <w:r>
        <w:t>yeh</w:t>
      </w:r>
    </w:p>
    <w:p>
      <w:pPr>
        <w:jc w:val="right"/>
      </w:pPr>
      <w:r>
        <w:t>یہ</w:t>
      </w:r>
    </w:p>
    <w:p>
      <w:r>
        <w:rPr>
          <w:b/>
        </w:rPr>
        <w:t xml:space="preserve">[33:26] </w:t>
      </w:r>
      <w:r>
        <w:t>dekhein, quran mein ek ayat hai ke</w:t>
      </w:r>
    </w:p>
    <w:p>
      <w:pPr>
        <w:jc w:val="right"/>
      </w:pPr>
      <w:r>
        <w:t>دیکھیں، قرآن میں ایک آیت ہے کہ</w:t>
      </w:r>
    </w:p>
    <w:p>
      <w:r>
        <w:rPr>
          <w:b/>
        </w:rPr>
        <w:t xml:space="preserve">[33:35] </w:t>
      </w:r>
      <w:r>
        <w:t>"wama arsalna bil rasool illa bil lisan qawmi". hum ne jo bhi peghambar bheje, woh un ki apni qom ki zaban mein thay.</w:t>
      </w:r>
    </w:p>
    <w:p>
      <w:pPr>
        <w:jc w:val="right"/>
      </w:pPr>
      <w:r>
        <w:t>"وما ارسلنا بالرسول الا باللسان قومی"۔ ہم نے جو بھی پیغمبر بھیجے، وہ ان کی اپنی قوم کی زبان میں تھے۔</w:t>
      </w:r>
    </w:p>
    <w:p>
      <w:r>
        <w:rPr>
          <w:b/>
        </w:rPr>
        <w:t xml:space="preserve">[33:47] </w:t>
      </w:r>
      <w:r>
        <w:t>jis qom mein peghambar aaya, usi qom ki zaban us ne istemal ki. agar woh zaban koi aur bolta, maslan woh aata France mein aur bolta arabi zaban to koi samajhta nahi.</w:t>
      </w:r>
    </w:p>
    <w:p>
      <w:pPr>
        <w:jc w:val="right"/>
      </w:pPr>
      <w:r>
        <w:t>جس قوم میں پیغمبر آیا، اسی قوم کی زبان اس نے استعمال کی۔ اگر وہ زبان کوئی اور بولتا، مثلاً وہ آتا فرانس میں اور بولتا عربی زبان تو کوئی سمجھتا نہیں۔</w:t>
      </w:r>
    </w:p>
    <w:p>
      <w:r>
        <w:rPr>
          <w:b/>
        </w:rPr>
        <w:t xml:space="preserve">[34:09] </w:t>
      </w:r>
      <w:r>
        <w:t>to ab jo humein kaam karna hai, woh hai har har qom ki zaban mein tarjuma.</w:t>
      </w:r>
    </w:p>
    <w:p>
      <w:pPr>
        <w:jc w:val="right"/>
      </w:pPr>
      <w:r>
        <w:t>تو اب جو ہمیں کام کرنا ہے، وہ ہے ہر ہر قوم کی زبان میں ترجمہ۔</w:t>
      </w:r>
    </w:p>
    <w:p>
      <w:r>
        <w:rPr>
          <w:b/>
        </w:rPr>
        <w:t xml:space="preserve">[34:21] </w:t>
      </w:r>
      <w:r>
        <w:t>har qom ki zaban mein tarjuma aur tarjuma aisa hoga jo understandable ho. understandable ho aisa tarjuma.</w:t>
      </w:r>
    </w:p>
    <w:p>
      <w:pPr>
        <w:jc w:val="right"/>
      </w:pPr>
      <w:r>
        <w:t>ہر قوم کی زبان میں ترجمہ اور ترجمہ ایسا ہوگا جو انڈرسٹینڈیبل ہو۔ انڈرسٹینڈیبل ہو ایسا ترجمہ۔</w:t>
      </w:r>
    </w:p>
    <w:p>
      <w:r>
        <w:rPr>
          <w:b/>
        </w:rPr>
        <w:t xml:space="preserve">[34:32] </w:t>
      </w:r>
      <w:r>
        <w:t>to mein samajhta hoon ke yeh ek basic kaam hai, basic kaam hai.</w:t>
      </w:r>
    </w:p>
    <w:p>
      <w:pPr>
        <w:jc w:val="right"/>
      </w:pPr>
      <w:r>
        <w:t>تو میں سمجھتا ہوں کہ یہ ایک بیسک کام ہے، بیسک کام ہے۔</w:t>
      </w:r>
    </w:p>
    <w:p>
      <w:r>
        <w:rPr>
          <w:b/>
        </w:rPr>
        <w:t xml:space="preserve">[34:42] </w:t>
      </w:r>
      <w:r>
        <w:t>mein ek martaba bohat pehle ki baat hai, kahin gaya bahar safar par to mein kisi hotel mein, yani kisi conference mein gaya tha mein.</w:t>
      </w:r>
    </w:p>
    <w:p>
      <w:pPr>
        <w:jc w:val="right"/>
      </w:pPr>
      <w:r>
        <w:t>میں ایک مرتبہ بہت پہلے کی بات ہے، کہیں گیا باہر سفر پر تو میں کسی ہوٹل میں، یعنی کسی کانفرنس میں گیا تھا میں۔</w:t>
      </w:r>
    </w:p>
    <w:p>
      <w:r>
        <w:rPr>
          <w:b/>
        </w:rPr>
        <w:t xml:space="preserve">[34:57] </w:t>
      </w:r>
      <w:r>
        <w:t>to un logon ne mujhe kisi hotel mein thehraya. yeh bohat pehle ki baat hai.</w:t>
      </w:r>
    </w:p>
    <w:p>
      <w:pPr>
        <w:jc w:val="right"/>
      </w:pPr>
      <w:r>
        <w:t>تو ان لوگوں نے مجھے کسی ہوٹل میں ٹھہرایا۔ یہ بہت پہلے کی بات ہے۔</w:t>
      </w:r>
    </w:p>
    <w:p>
      <w:r>
        <w:rPr>
          <w:b/>
        </w:rPr>
        <w:t xml:space="preserve">[35:05] </w:t>
      </w:r>
      <w:r>
        <w:t>to hotel ka desk jab mein ne khola to us mein bible chupa hua maujood tha un logon ki zaban mein.</w:t>
      </w:r>
    </w:p>
    <w:p>
      <w:pPr>
        <w:jc w:val="right"/>
      </w:pPr>
      <w:r>
        <w:t>تو ہوٹل کا ڈسک جب میں نے کھولا تو اس میں بائبل چھپا ہوا موجود تھا ان لوگوں کی زبان میں۔</w:t>
      </w:r>
    </w:p>
    <w:p>
      <w:r>
        <w:rPr>
          <w:b/>
        </w:rPr>
        <w:t xml:space="preserve">[35:21] </w:t>
      </w:r>
      <w:r>
        <w:t>to mujhe idea aaya ke is zamane mein itna jo communication barh gaya hai, ab dunya bhar ke hotel mein un ke desk mein apni kitab ko tarjuma kar ke rakh dein, koi koi rokne wala nahi.</w:t>
      </w:r>
    </w:p>
    <w:p>
      <w:pPr>
        <w:jc w:val="right"/>
      </w:pPr>
      <w:r>
        <w:t>تو مجھے آئیڈیا آیا کہ اس زمانے میں اتنا جو کمیونیکیشن بڑھ گیا ہے، اب دنیا بھر کے ہوٹل میں ان کے ڈیسک میں اپنی کتاب کو ترجمہ کر کے رکھ دیں، کوئی کوئی روکنے والا نہیں۔</w:t>
      </w:r>
    </w:p>
    <w:p>
      <w:r>
        <w:rPr>
          <w:b/>
        </w:rPr>
        <w:t xml:space="preserve">[35:44] </w:t>
      </w:r>
      <w:r>
        <w:t>jo traffic hoti hai, woh traffic through hotel hoti hai. sari dunya ki traffic through hotel. to hotelon mein agar aap rakh dein un ke desk mein quran ke tarjume to koi roke ga nahi aap ko.</w:t>
      </w:r>
    </w:p>
    <w:p>
      <w:pPr>
        <w:jc w:val="right"/>
      </w:pPr>
      <w:r>
        <w:t>جو ٹریفک ہوتی ہے، وہ ٹریفک تھرو ہوٹل ہوتی ہے۔ ساری دنیا کی ٹریفک تھرو ہوٹل۔ تو ہوٹلوں میں اگر آپ رکھ دیں ان کے ڈیسک میں قرآن کے ترجمے تو کوئی روکے گا نہیں آپ کو۔</w:t>
      </w:r>
    </w:p>
    <w:p>
      <w:r>
        <w:rPr>
          <w:b/>
        </w:rPr>
        <w:t xml:space="preserve">[36:00] </w:t>
      </w:r>
      <w:r>
        <w:t>lekin aap ko international traffic mein shamil kar dein ge.</w:t>
      </w:r>
    </w:p>
    <w:p>
      <w:pPr>
        <w:jc w:val="right"/>
      </w:pPr>
      <w:r>
        <w:t>لیکن آپ کو انٹرنیشنل ٹریفک میں شامل کر دیں گے۔</w:t>
      </w:r>
    </w:p>
    <w:p>
      <w:r>
        <w:rPr>
          <w:b/>
        </w:rPr>
        <w:t xml:space="preserve">[36:06] </w:t>
      </w:r>
      <w:r>
        <w:t>quran ko janna, us ko parhna, aap international traffic mein shamil kar diya aap ne. to bohat pehle ki baat hai, jab mein pehli baar mein ne yeh dekha tha ke hotel ke desk mein bible.</w:t>
      </w:r>
    </w:p>
    <w:p>
      <w:pPr>
        <w:jc w:val="right"/>
      </w:pPr>
      <w:r>
        <w:t>قرآن کو جاننا، اس کو پڑھنا، آپ انٹرنیشنل ٹریفک میں شامل کر دیا آپ نے۔ تو بہت پہلے کی بات ہے، جب میں پہلی بار میں نے یہ دیکھا تھا کہ ہوٹل کے ڈیسک میں بائبل۔</w:t>
      </w:r>
    </w:p>
    <w:p>
      <w:r>
        <w:rPr>
          <w:b/>
        </w:rPr>
        <w:t xml:space="preserve">[36:25] </w:t>
      </w:r>
      <w:r>
        <w:t>to mujhe yeh idea aaya ke mujhe bhi quran ko har zaban mein phailana hai.</w:t>
      </w:r>
    </w:p>
    <w:p>
      <w:pPr>
        <w:jc w:val="right"/>
      </w:pPr>
      <w:r>
        <w:t>تو مجھے یہ آئیڈیا آیا کہ مجھے بھی قرآن کو ہر زبان میں پھیلانا ہے۔</w:t>
      </w:r>
    </w:p>
    <w:p>
      <w:r>
        <w:rPr>
          <w:b/>
        </w:rPr>
        <w:t xml:space="preserve">[36:38] </w:t>
      </w:r>
      <w:r>
        <w:t>hotelon mein bhi, library mein, college mein, un jitne bhi aisi jaghein hain jahan ke insaan ikhatta hote hain, un sab jaghon par.</w:t>
      </w:r>
    </w:p>
    <w:p>
      <w:pPr>
        <w:jc w:val="right"/>
      </w:pPr>
      <w:r>
        <w:t>ہوٹلوں میں بھی، لائبریری میں، کالج میں، ان جتنے بھی ایسی جگہیں ہیں جہاں کہ انسان اکٹھا ہوتے ہیں، ان سب جگہوں پر۔</w:t>
      </w:r>
    </w:p>
    <w:p>
      <w:r>
        <w:rPr>
          <w:b/>
        </w:rPr>
        <w:t xml:space="preserve">[36:51] </w:t>
      </w:r>
      <w:r>
        <w:t>to hamare sathiyon ki report hai to duniya mein kahin bhi resistance nahin, kahin bhi resistance nahin, kahin bhi koi rok tok nahin.</w:t>
      </w:r>
    </w:p>
    <w:p>
      <w:pPr>
        <w:jc w:val="right"/>
      </w:pPr>
      <w:r>
        <w:t>تو ہمارے ساتھی کر رہے ہیں یہ کام، ساری دنیا میں کر رہے ہیں۔ لیکن ساتھیوں کی جو رپورٹ ہے تو دنیا میں کہیں بھی ریزسٹنس نہیں، کہیں بھی ریزسٹنس نہیں، کہیں بھی کوئی روک ٹوک نہیں۔</w:t>
      </w:r>
    </w:p>
    <w:p>
      <w:r>
        <w:rPr>
          <w:b/>
        </w:rPr>
        <w:t xml:space="preserve">[37:08] </w:t>
      </w:r>
      <w:r>
        <w:t>provided you are peaceful. agar sharat sirf ek hi hai ke aap peaceful hain. misaal ke taur par aap farz karen ek ek hotel mein jaen, is hotel ke manager se milen aur yeh demand karen ke is mein doosre mazhab ki kitaben nikalo, is hotel se main to sirf quran ko rakhunga.</w:t>
      </w:r>
    </w:p>
    <w:p>
      <w:pPr>
        <w:jc w:val="right"/>
      </w:pPr>
      <w:r>
        <w:t>پرووائیڈڈ یو آر پیس فل۔ اگر شرط صرف ایک ہی ہے کہ آپ پیس فل ہوں۔ مثلاً آپ فرض کیے ایک ایک ہوٹل میں جائیں، اس ہوٹل کے مینیجر سے ملیں اور یہ ڈیمانڈ کریں کہ اس میں دوسرے مذہب کی کتابیں نکالو، اس ہوٹل سے میں تو صرف قرآن کو رکھوں گا۔</w:t>
      </w:r>
    </w:p>
    <w:p>
      <w:r>
        <w:rPr>
          <w:b/>
        </w:rPr>
        <w:t xml:space="preserve">[37:35] </w:t>
      </w:r>
      <w:r>
        <w:t>to woh nikale ga aap ko, jaiye.</w:t>
      </w:r>
    </w:p>
    <w:p>
      <w:pPr>
        <w:jc w:val="right"/>
      </w:pPr>
      <w:r>
        <w:t>تو وہ نکالے گا آپ کو، جائیے۔</w:t>
      </w:r>
    </w:p>
    <w:p>
      <w:r>
        <w:rPr>
          <w:b/>
        </w:rPr>
        <w:t xml:space="preserve">[37:42] </w:t>
      </w:r>
      <w:r>
        <w:t>yani agar aap yeh kahen manager se ke mujhe mauqa do ke main quran ka translation rakhun is wale hotel mein to uthe ga most welcome.</w:t>
      </w:r>
    </w:p>
    <w:p>
      <w:pPr>
        <w:jc w:val="right"/>
      </w:pPr>
      <w:r>
        <w:t>یعنی اگر آپ یہ کہیں مینیجر سے کہ مجھے موقع دو کہ میں قرآن کا ٹرانسلیشن رکھوں اس والے ہوٹل میں تو اٹھے گا موسٹ ویلکم۔</w:t>
      </w:r>
    </w:p>
    <w:p>
      <w:r>
        <w:rPr>
          <w:b/>
        </w:rPr>
        <w:t xml:space="preserve">[37:53] </w:t>
      </w:r>
      <w:r>
        <w:t>lekin agar aap yeh kahen ke nahin, doosri kisi kitab ka nahin rakha jae ga to hotel ka sirf quran rakha jae ga, to woh nahin allow kare ga.</w:t>
      </w:r>
    </w:p>
    <w:p>
      <w:pPr>
        <w:jc w:val="right"/>
      </w:pPr>
      <w:r>
        <w:t>لیکن اگر آپ یہ کہیں کہ نہیں، دوسری کسی کتاب کا نہیں رکھا جائے گا تو ہوٹل کا صرف قرآن رکھا جائے گا، تو وہ نہیں الاؤ کرے گا۔</w:t>
      </w:r>
    </w:p>
    <w:p>
      <w:r>
        <w:rPr>
          <w:b/>
        </w:rPr>
        <w:t xml:space="preserve">[38:06] </w:t>
      </w:r>
      <w:r>
        <w:t>kyun ke yeh spirit of the age ke khilaf hai. aaj ki jo spirit hai duniya mein, woh azadi ki hai, sab ko barabar samajhne ki hai.</w:t>
      </w:r>
    </w:p>
    <w:p>
      <w:pPr>
        <w:jc w:val="right"/>
      </w:pPr>
      <w:r>
        <w:t>کیونکہ یہ اسپیٹ آف دی ایج کے خلاف ہے۔ آج کی جو اسپیٹ ہے دنیا میں، وہ آزادی کی ہے، سب کو برابر سمجھنے کی ہے۔</w:t>
      </w:r>
    </w:p>
    <w:p>
      <w:r>
        <w:rPr>
          <w:b/>
        </w:rPr>
        <w:t xml:space="preserve">[38:23] </w:t>
      </w:r>
      <w:r>
        <w:t>to spirit of age ke mutabiq karen ge aap kaam to har jagah aap welcome hoga aap ka, nahin to welcome nahin mile ga, mile ga aap ko.</w:t>
      </w:r>
    </w:p>
    <w:p>
      <w:pPr>
        <w:jc w:val="right"/>
      </w:pPr>
      <w:r>
        <w:t>تو اسپیٹ آف ایج کے مطابق کریں گے آپ کام تو ہر جگہ آپ ویلکم ہوگا آپ کا، نہیں تو ویلکم نہیں ملے گا، ملے گا آپ کو۔</w:t>
      </w:r>
    </w:p>
    <w:p>
      <w:r>
        <w:rPr>
          <w:b/>
        </w:rPr>
        <w:t xml:space="preserve">[38:41] </w:t>
      </w:r>
      <w:r>
        <w:t>main ek qissa yaad aata hai, mujhe bohat pehle ki baat hai, kafi pehle ki. main kerala gaya, kerala.</w:t>
      </w:r>
    </w:p>
    <w:p>
      <w:pPr>
        <w:jc w:val="right"/>
      </w:pPr>
      <w:r>
        <w:t>میں ایک قصہ یاد آتا ہے، مجھے بہت پہلے کی بات ہے، کافی پہلے کی۔ میں کیرلا گیا، کیرلا۔</w:t>
      </w:r>
    </w:p>
    <w:p>
      <w:r>
        <w:rPr>
          <w:b/>
        </w:rPr>
        <w:t xml:space="preserve">[38:55] </w:t>
      </w:r>
      <w:r>
        <w:t>to wahan par kisi station par main utra aur station ke baad jo market thi, wahan main jana tha. to jab main chala</w:t>
      </w:r>
    </w:p>
    <w:p>
      <w:pPr>
        <w:jc w:val="right"/>
      </w:pPr>
      <w:r>
        <w:t>تو وہاں پر کسی اسٹیشن پر میں اترا اور اسٹیشن کے بعد جو مارکیٹ تھی، وہاں میں جانا تھا۔ تو جب میں چلا</w:t>
      </w:r>
    </w:p>
    <w:p>
      <w:r>
        <w:rPr>
          <w:b/>
        </w:rPr>
        <w:t xml:space="preserve">[39:08] </w:t>
      </w:r>
      <w:r>
        <w:t>is raste par, is road par jo is market ki taraf jata tha, to mere sath ek aur sahib chalne lage.</w:t>
      </w:r>
    </w:p>
    <w:p>
      <w:pPr>
        <w:jc w:val="right"/>
      </w:pPr>
      <w:r>
        <w:t>اس راستے پر، اس روڈ پر جو اس مارکیٹ کی طرف جاتا تھا، تو میرے ساتھ ایک اور صاحب چلنے لگے۔</w:t>
      </w:r>
    </w:p>
    <w:p>
      <w:r>
        <w:rPr>
          <w:b/>
        </w:rPr>
        <w:t xml:space="preserve">[39:18] </w:t>
      </w:r>
      <w:r>
        <w:t>woh ek christian the. to kuch door chalne ke baad hamara rasta alag hota tha. un ko idhar jana tha, mujhe idhar jana tha.</w:t>
      </w:r>
    </w:p>
    <w:p>
      <w:pPr>
        <w:jc w:val="right"/>
      </w:pPr>
      <w:r>
        <w:t>وہ ایک کرسچن تھے۔ تو کچھ دور چلنے کے بعد ہمارا راستہ الگ ہوتا تھا۔ ان کو ادھر جانا تھا، مجھے ادھر جانا تھا۔</w:t>
      </w:r>
    </w:p>
    <w:p>
      <w:r>
        <w:rPr>
          <w:b/>
        </w:rPr>
        <w:t xml:space="preserve">[39:29] </w:t>
      </w:r>
      <w:r>
        <w:t>to jab hamara rasta alag hua to us christian brother ne apne pocket se ek chota sa pamphlet nikala.</w:t>
      </w:r>
    </w:p>
    <w:p>
      <w:pPr>
        <w:jc w:val="right"/>
      </w:pPr>
      <w:r>
        <w:t>تو جب ہمارا راستہ الگ ہوا تو اس کرسچن برادر نے اپنے پاکٹ سے ایک چھوٹا سا پاپرٹ نکالا۔</w:t>
      </w:r>
    </w:p>
    <w:p>
      <w:r>
        <w:rPr>
          <w:b/>
        </w:rPr>
        <w:t xml:space="preserve">[39:41] </w:t>
      </w:r>
      <w:r>
        <w:t>mujhe ab tak yaad hai ke woh pamphlet Ohio mein chupa hua tha, woh Ohio ka chupa hua tha. aap jante hain ke Ohio America ka ek shehar hai, ab bohat acha chupa hua</w:t>
      </w:r>
    </w:p>
    <w:p>
      <w:pPr>
        <w:jc w:val="right"/>
      </w:pPr>
      <w:r>
        <w:t>مجھے اب تک یاد ہے کہ وہ پاپرٹ اوہائیو میں چھپا ہوا تھا، وہ اوہائیو کا چھپا ہوا تھا۔ آپ جانتے ہیں کہ اوہائیو امریکہ کا ایک شہر ہے، اب بہت اچھا چھپا ہوا</w:t>
      </w:r>
    </w:p>
    <w:p>
      <w:r>
        <w:rPr>
          <w:b/>
        </w:rPr>
        <w:t xml:space="preserve">[39:58] </w:t>
      </w:r>
      <w:r>
        <w:t>color printing mein. to mujhe idea aaya hai ke kitna asan hai ke chote chote pamphlet banao, pocket mein rakh lo, bag mein rakh lo, jahan koi mile, us ko de do.</w:t>
      </w:r>
    </w:p>
    <w:p>
      <w:pPr>
        <w:jc w:val="right"/>
      </w:pPr>
      <w:r>
        <w:t>کلر پرنٹنگ میں۔ تو مجھے آئیڈیا آیا ہے کہ کتنا آسان ہے کہ چھوٹے چھوٹے پاپرٹ بناؤ، پاکٹ میں رکھ لو، بیگ میں رکھ لو، جہاں کوئی ملے، اس کو دے دو۔</w:t>
      </w:r>
    </w:p>
    <w:p>
      <w:r>
        <w:rPr>
          <w:b/>
        </w:rPr>
        <w:t xml:space="preserve">[40:19] </w:t>
      </w:r>
      <w:r>
        <w:t>to is mamle mein anokhi baat hai ke christian to hum se aage hain.</w:t>
      </w:r>
    </w:p>
    <w:p>
      <w:pPr>
        <w:jc w:val="right"/>
      </w:pPr>
      <w:r>
        <w:t>تو اس معاملے میں انوکھی بات ہے کہ کرسچن تو ہم سے آگے ہیں۔</w:t>
      </w:r>
    </w:p>
    <w:p>
      <w:r>
        <w:rPr>
          <w:b/>
        </w:rPr>
        <w:t xml:space="preserve">[40:28] </w:t>
      </w:r>
      <w:r>
        <w:t>har jagah woh humein rasta bata rahe hain ke yeh karo, yeh karo, yeh karo.</w:t>
      </w:r>
    </w:p>
    <w:p>
      <w:pPr>
        <w:jc w:val="right"/>
      </w:pPr>
      <w:r>
        <w:t>ہر جگہ وہ ہمیں راستہ بتا رہے ہیں کہ یہ کرو، یہ کرو، یہ کرو۔</w:t>
      </w:r>
    </w:p>
    <w:p>
      <w:r>
        <w:rPr>
          <w:b/>
        </w:rPr>
        <w:t xml:space="preserve">[40:36] </w:t>
      </w:r>
      <w:r>
        <w:t>to yeh bohat achi spirit hai ke hum doosron se seekhen.</w:t>
      </w:r>
    </w:p>
    <w:p>
      <w:pPr>
        <w:jc w:val="right"/>
      </w:pPr>
      <w:r>
        <w:t>تو یہ بہت اچھی اسپیٹ ہے کہ ہم دوسروں سے سیکھیں۔</w:t>
      </w:r>
    </w:p>
    <w:p>
      <w:r>
        <w:rPr>
          <w:b/>
        </w:rPr>
        <w:t xml:space="preserve">[40:43] </w:t>
      </w:r>
      <w:r>
        <w:t>aur main apne bare mein keh sakta hun ke main ne christian logon se bohat seekha.</w:t>
      </w:r>
    </w:p>
    <w:p>
      <w:pPr>
        <w:jc w:val="right"/>
      </w:pPr>
      <w:r>
        <w:t>اور میں اپنے بارے میں کہہ سکتا ہوں کہ میں نے کرسچن لوگوں سے بہت سیکھا۔</w:t>
      </w:r>
    </w:p>
    <w:p>
      <w:r>
        <w:rPr>
          <w:b/>
        </w:rPr>
        <w:t xml:space="preserve">[40:52] </w:t>
      </w:r>
      <w:r>
        <w:t>jab unhon ne mujhe pocket se nikala, ek ek pamphlet diya, do page ka sath tha woh, aur bohat acha chupa hua.</w:t>
      </w:r>
    </w:p>
    <w:p>
      <w:pPr>
        <w:jc w:val="right"/>
      </w:pPr>
      <w:r>
        <w:t>جب انہوں نے مجھے پاکٹ سے نکالا، ایک ایک پمفلیٹ دیا، دو پیج کا ساتھ تھا وہ، اور بہت اچھا چھپا ہوا۔</w:t>
      </w:r>
    </w:p>
    <w:p>
      <w:r>
        <w:rPr>
          <w:b/>
        </w:rPr>
        <w:t xml:space="preserve">[41:03] </w:t>
      </w:r>
      <w:r>
        <w:t>tab mujhe samajh mein aaya ke bhai printing age ka yahi faida hai, printing age ka yahi faida hai ke hum pamphlet sahib ko pocket mein rakhen aur jo mile, us ko de den.</w:t>
      </w:r>
    </w:p>
    <w:p>
      <w:pPr>
        <w:jc w:val="right"/>
      </w:pPr>
      <w:r>
        <w:t>تب مجھے سمجھ میں آیا کہ بھئی پرنٹنگ ایج کا یہی فائدہ ہے، پرنٹنگ ایج کا یہی فائدہ ہے کہ ہم پمفلیٹ صاحب کو پاکٹ میں رکھیں اور جو ملے، اس کو دے دیں۔</w:t>
      </w:r>
    </w:p>
    <w:p>
      <w:r>
        <w:rPr>
          <w:b/>
        </w:rPr>
        <w:t xml:space="preserve">[41:20] </w:t>
      </w:r>
      <w:r>
        <w:t>to woh jaane hamare bare mein, hum jaane un ke bare mein. kitna acha yeh hai</w:t>
      </w:r>
    </w:p>
    <w:p>
      <w:pPr>
        <w:jc w:val="right"/>
      </w:pPr>
      <w:r>
        <w:t>تو وہ جانے ہمارے بارے میں، ہم جانے ان کے بارے میں۔ کتنا اچھا یہ ہے</w:t>
      </w:r>
    </w:p>
    <w:p>
      <w:r>
        <w:rPr>
          <w:b/>
        </w:rPr>
        <w:t xml:space="preserve">[41:31] </w:t>
      </w:r>
      <w:r>
        <w:t>ke katar pan ki nahin zaroorat hai ke aap sirf apne ko bataen aur doosre ko nazar na jaane. katar pan nahin chalega.</w:t>
      </w:r>
    </w:p>
    <w:p>
      <w:pPr>
        <w:jc w:val="right"/>
      </w:pPr>
      <w:r>
        <w:t>کہ کٹر پن کی نہیں ضرورت ہے کہ آپ صرف اپنے کو بتائیں اور دوسرے کو نظر نہ جانے۔ کٹر پن نہیں چلے گا۔</w:t>
      </w:r>
    </w:p>
    <w:p>
      <w:r>
        <w:rPr>
          <w:b/>
        </w:rPr>
        <w:t xml:space="preserve">[41:44] </w:t>
      </w:r>
      <w:r>
        <w:t>aap doosre ko bhi janiye aur doosre ko apne bare mein bataiye, woh chalega. yeh zamana aisa hai, is zamane mein total freedom har ek ko mili hui hai.</w:t>
      </w:r>
    </w:p>
    <w:p>
      <w:pPr>
        <w:jc w:val="right"/>
      </w:pPr>
      <w:r>
        <w:t>آپ دوسرے کو بھی جانیے اور دوسرے کو اپنے بارے میں بتائیے، وہ چلے گا۔ یہ زمانہ ایسا ہے، اس زمانے میں ٹوٹل فریڈم ہر ایک کو ملی ہوئی ہے۔</w:t>
      </w:r>
    </w:p>
    <w:p>
      <w:r>
        <w:rPr>
          <w:b/>
        </w:rPr>
        <w:t xml:space="preserve">[42:01] </w:t>
      </w:r>
      <w:r>
        <w:t>to aaj ka zamana aap ko allow karta hai ke aap doosron ko apne bare mein bataen aur doosron se un ki baat seekhen.</w:t>
      </w:r>
    </w:p>
    <w:p>
      <w:pPr>
        <w:jc w:val="right"/>
      </w:pPr>
      <w:r>
        <w:t>تو آج کا زمانہ آپ کو الاؤ کرتا ہے کہ آپ دوسروں کو اپنے بارے میں بتائیں اور دوسروں سے ان کی بات سیکھیں۔</w:t>
      </w:r>
    </w:p>
    <w:p>
      <w:r>
        <w:rPr>
          <w:b/>
        </w:rPr>
        <w:t xml:space="preserve">[42:16] </w:t>
      </w:r>
      <w:r>
        <w:t>to Allah ke fazl se main ne is ko pakda to hum pamphlet bhi pamphlet chhapte hain jo logon ko pohanchaya jata hai aur quran ka translation bhi chhapte hain jo logon ko diya jata hai.</w:t>
      </w:r>
    </w:p>
    <w:p>
      <w:pPr>
        <w:jc w:val="right"/>
      </w:pPr>
      <w:r>
        <w:t>تو اللہ کے فضل سے میں نے اس کو پکڑا تو ہم پاپرٹ بھی پاپرٹ چھاپتے ہیں جو لوگوں کو پہنچایا جاتا ہے اور قرآن کا ٹرانسلیشن بھی چھاپتے ہیں جو لوگوں کو دیا جاتا ہے۔</w:t>
      </w:r>
    </w:p>
    <w:p>
      <w:r>
        <w:rPr>
          <w:b/>
        </w:rPr>
        <w:t xml:space="preserve">[42:29] </w:t>
      </w:r>
      <w:r>
        <w:t>donon</w:t>
      </w:r>
    </w:p>
    <w:p>
      <w:pPr>
        <w:jc w:val="right"/>
      </w:pPr>
      <w:r>
        <w:t>دونوں</w:t>
      </w:r>
    </w:p>
    <w:p>
      <w:r>
        <w:rPr>
          <w:b/>
        </w:rPr>
        <w:t xml:space="preserve">[42:33] </w:t>
      </w:r>
      <w:r>
        <w:t>yahi pattern hum ne ikhtiyar kiya hai. to mere dil mein kisi ke khilaf koi</w:t>
      </w:r>
    </w:p>
    <w:p>
      <w:pPr>
        <w:jc w:val="right"/>
      </w:pPr>
      <w:r>
        <w:t>یہی پیٹرن ہم نے اختیار کیا ہے۔ تو میرے دل میں کسی کے خلاف کوئی</w:t>
      </w:r>
    </w:p>
    <w:p>
      <w:r>
        <w:rPr>
          <w:b/>
        </w:rPr>
        <w:t xml:space="preserve">[42:41] </w:t>
      </w:r>
      <w:r>
        <w:t>yani ajnabi wala mizaj nahin, kisi ko main apna ajnabi nahin samajhta. har ek ko apna samajhta hoon aur un se seekhta hoon.</w:t>
      </w:r>
    </w:p>
    <w:p>
      <w:pPr>
        <w:jc w:val="right"/>
      </w:pPr>
      <w:r>
        <w:t>یعنی اجنبی والا مزاج نہیں، کسی کو میں اپنا اجنبی نہیں سمجھتا۔ ہر ایک کو اپنا سمجھتا ہوں اور ان سے سیکھتا ہوں۔</w:t>
      </w:r>
    </w:p>
    <w:p>
      <w:r>
        <w:rPr>
          <w:b/>
        </w:rPr>
        <w:t xml:space="preserve">[42:56] </w:t>
      </w:r>
      <w:r>
        <w:t>un ke tareeqe ko main seekhta hoon is se.</w:t>
      </w:r>
    </w:p>
    <w:p>
      <w:pPr>
        <w:jc w:val="right"/>
      </w:pPr>
      <w:r>
        <w:t>ان کے طریقے کو میں سیکھتا ہوں اس سے۔</w:t>
      </w:r>
    </w:p>
    <w:p>
      <w:r>
        <w:rPr>
          <w:b/>
        </w:rPr>
        <w:t xml:space="preserve">[43:07] </w:t>
      </w:r>
      <w:r>
        <w:t>to meri dua hai ke Allah taala hum sab ke andar mutual learning ka mizaj banaye. mutual learning</w:t>
      </w:r>
    </w:p>
    <w:p>
      <w:pPr>
        <w:jc w:val="right"/>
      </w:pPr>
      <w:r>
        <w:t>تو میری دعا ہے کہ اللہ تعالی ہم سب کے اندر میوچول لرننگ کا مزاج بنائے۔ میوچول لرننگ</w:t>
      </w:r>
    </w:p>
    <w:p>
      <w:r>
        <w:rPr>
          <w:b/>
        </w:rPr>
        <w:t xml:space="preserve">[43:18] </w:t>
      </w:r>
      <w:r>
        <w:t>yeh meri dua hai apne liye aur sab ke liye. mutual learning ki aspect bohat hi zaroori aspect hai.</w:t>
      </w:r>
    </w:p>
    <w:p>
      <w:pPr>
        <w:jc w:val="right"/>
      </w:pPr>
      <w:r>
        <w:t>یہ میری دعا ہے اپنے لیے اور سب کے لیے۔ میوچول لرننگ کی اسپیٹ بہت ہی ضروری اسپیٹ ہے۔</w:t>
      </w:r>
    </w:p>
    <w:p>
      <w:r>
        <w:rPr>
          <w:b/>
        </w:rPr>
        <w:t xml:space="preserve">[43:31] </w:t>
      </w:r>
      <w:r>
        <w:t>isi se donon mein pyar o mohabbat ka daur ayega. Assalamu Alaikum Warahmatullahi.</w:t>
      </w:r>
    </w:p>
    <w:p>
      <w:pPr>
        <w:jc w:val="right"/>
      </w:pPr>
      <w:r>
        <w:t>اسی سے دنوں میں پیار و محبت کا دور آئے گا۔ السلام علیکم ورحمۃ اللہ۔</w:t>
      </w:r>
    </w:p>
    <w:p>
      <w:r>
        <w:rPr>
          <w:b/>
        </w:rPr>
        <w:t xml:space="preserve">[43:50] </w:t>
      </w:r>
      <w:r>
        <w:t>Okay, so we will start with the question answer session. All the online viewers are requested to either post their questions in the comment section of Facebook, or you can send to us on info at cpsglobal.org.</w:t>
      </w:r>
    </w:p>
    <w:p>
      <w:pPr>
        <w:jc w:val="right"/>
      </w:pPr>
      <w:r>
        <w:t>اوکے، سو وی ویل سٹارٹ ود دی کوئسچن انسر سیشن۔ آل دی آن لائن ویورز آر ریکویسٹڈ ٹو ایڈر پوسٹ دیر کوئسچنز ان دی کمنٹ سیکشن آف فیس بک، اور یو کین سینڈ ٹو اس آن انفو ایٹ سی پی ایس گلوبل ڈاٹ او آر جی۔</w:t>
      </w:r>
    </w:p>
    <w:p>
      <w:r>
        <w:rPr>
          <w:b/>
        </w:rPr>
        <w:t xml:space="preserve">[44:05] </w:t>
      </w:r>
      <w:r>
        <w:t>Please mention your location when you send your comments and question. Maulana, sab se pehle comment lena chahenge. Pehla comment bheja hai Miss Shabana Ansari ne Pakistan se.</w:t>
      </w:r>
    </w:p>
    <w:p>
      <w:pPr>
        <w:jc w:val="right"/>
      </w:pPr>
      <w:r>
        <w:t>پلیز مینشن یور لوکیشن وین یو سینڈ یور کمنٹس اینڈ کوئسچن۔ مولانا، سب سے پہلے کمنٹ لینا چاہیں گے۔ پہلا کمنٹ بھیجا ہے مس شبانہ انصاری نے پاکستان سے۔</w:t>
      </w:r>
    </w:p>
    <w:p>
      <w:r>
        <w:rPr>
          <w:b/>
        </w:rPr>
        <w:t xml:space="preserve">[44:20] </w:t>
      </w:r>
      <w:r>
        <w:t>unhone likha hai: "important point: salvation is not community based but deed based.</w:t>
      </w:r>
    </w:p>
    <w:p>
      <w:pPr>
        <w:jc w:val="right"/>
      </w:pPr>
      <w:r>
        <w:t>انہوں نے لکھا ہے: "امپورٹنٹ پوائنٹ: سالویشن از ناٹ کمیونٹی بیسڈ بٹ ڈیڈ بیسڈ۔</w:t>
      </w:r>
    </w:p>
    <w:p>
      <w:r>
        <w:rPr>
          <w:b/>
        </w:rPr>
        <w:t xml:space="preserve">[44:29] </w:t>
      </w:r>
      <w:r>
        <w:t>"This fact is usually mistaken by Jews in past and now by Muslim community."</w:t>
      </w:r>
    </w:p>
    <w:p>
      <w:pPr>
        <w:jc w:val="right"/>
      </w:pPr>
      <w:r>
        <w:t>دس فیکٹ از یوزلی مسٹیکن بائے جیوز ان پاسٹ اینڈ ناؤ بائے مسلم کمیونٹی۔"</w:t>
      </w:r>
    </w:p>
    <w:p>
      <w:r>
        <w:rPr>
          <w:b/>
        </w:rPr>
        <w:t xml:space="preserve">[44:37] </w:t>
      </w:r>
      <w:r>
        <w:t>مس کروتلین نے کشمیر سے لکھا ہے: "that the salvation is individual based and not community based is</w:t>
      </w:r>
    </w:p>
    <w:p>
      <w:pPr>
        <w:jc w:val="right"/>
      </w:pPr>
      <w:r>
        <w:t>مس کروتلین نے کشمیر سے لکھا ہے: "دیٹ دی سالویشن از انڈیویجول بیسڈ اینڈ ناٹ کمیونٹی بیسڈ از</w:t>
      </w:r>
    </w:p>
    <w:p>
      <w:r>
        <w:rPr>
          <w:b/>
        </w:rPr>
        <w:t xml:space="preserve">[44:45] </w:t>
      </w:r>
      <w:r>
        <w:t>a clear-cut message for those who mislead people by by pleading that a particular community will</w:t>
      </w:r>
    </w:p>
    <w:p>
      <w:pPr>
        <w:jc w:val="right"/>
      </w:pPr>
      <w:r>
        <w:t>ا کلیئر کٹ میسج فار دوز ہو مس لیڈ پیپل بائے بائے پلیڈنگ دیٹ ا پرٹیکولر کمیونٹی ول</w:t>
      </w:r>
    </w:p>
    <w:p>
      <w:r>
        <w:rPr>
          <w:b/>
        </w:rPr>
        <w:t xml:space="preserve">[44:53] </w:t>
      </w:r>
      <w:r>
        <w:t>"be granted salvation in one or other pretext."</w:t>
      </w:r>
    </w:p>
    <w:p>
      <w:pPr>
        <w:jc w:val="right"/>
      </w:pPr>
      <w:r>
        <w:t>بی گرانٹڈ سالویشن ان ون اور ادر پروٹیکسٹ۔"</w:t>
      </w:r>
    </w:p>
    <w:p>
      <w:r>
        <w:rPr>
          <w:b/>
        </w:rPr>
        <w:t xml:space="preserve">[44:58] </w:t>
      </w:r>
      <w:r>
        <w:t>thank you maulana sahib for such a great clarification.</w:t>
      </w:r>
    </w:p>
    <w:p>
      <w:pPr>
        <w:jc w:val="right"/>
      </w:pPr>
      <w:r>
        <w:t>تھینک یو مولانا صاحب فار سچ ا گریٹ کلیریفیکیشن۔</w:t>
      </w:r>
    </w:p>
    <w:p>
      <w:r>
        <w:rPr>
          <w:b/>
        </w:rPr>
        <w:t xml:space="preserve">[45:03] </w:t>
      </w:r>
      <w:r>
        <w:t>Maulana, ab sawal lete hain. Yeh sawal bheja hai Maulana Iqbal Umri ne Chennai se. Unhon ne aapse poocha hai ke community based salvation ka concept ahl-e-kitab mein zyada rehta hai, aisa kyun?</w:t>
      </w:r>
    </w:p>
    <w:p>
      <w:pPr>
        <w:jc w:val="right"/>
      </w:pPr>
      <w:r>
        <w:t>مولانا، اب سوال لیتے ہیں۔ یہ سوال بھیجا ہے مولانا اقبال عمری نے چنئی سے۔ انہوں نے آپ سے پوچھا ہے کہ کمیونٹی بیسڈ سالویشن کا کانسیپٹ اہل کتاب میں زیادہ رہتا ہے، ایسا کیوں؟</w:t>
      </w:r>
    </w:p>
    <w:p>
      <w:r>
        <w:rPr>
          <w:b/>
        </w:rPr>
        <w:t xml:space="preserve">[45:23] </w:t>
      </w:r>
      <w:r>
        <w:t>main to samajhta hoon ke aisa nahin hai. Musalmanon mein khoob hai, Musalmanon mein khoob hai. Sab mein baat ke zamane mein jab</w:t>
      </w:r>
    </w:p>
    <w:p>
      <w:pPr>
        <w:jc w:val="right"/>
      </w:pPr>
      <w:r>
        <w:t>میں تو سمجھتا ہوں کہ ایسا نہیں ہے۔ مسلمانوں میں خوب ہے، مسلمانوں میں خوب ہے۔ سب میں بات کے زمانے میں جب</w:t>
      </w:r>
    </w:p>
    <w:p>
      <w:r>
        <w:rPr>
          <w:b/>
        </w:rPr>
        <w:t xml:space="preserve">[45:39] </w:t>
      </w:r>
      <w:r>
        <w:t>degeneration hota hai to sab mein yeh yeh thinking develop karti hai. Is mein aasani kar sakte hain hum.</w:t>
      </w:r>
    </w:p>
    <w:p>
      <w:pPr>
        <w:jc w:val="right"/>
      </w:pPr>
      <w:r>
        <w:t>ڈی جنریشن ہوتا ہے تو سب میں یہ یہ تھنکنگ ڈیولپ کرتی ہے۔ اس میں آسانی کر سکتے ہیں ہم۔</w:t>
      </w:r>
    </w:p>
    <w:p>
      <w:r>
        <w:rPr>
          <w:b/>
        </w:rPr>
        <w:t xml:space="preserve">[45:48] </w:t>
      </w:r>
      <w:r>
        <w:t>kisi bhi, kisi bhi, har kisi mein nahin hai. Har community mein yeh thinking develop karti hai ke main hamari community,</w:t>
      </w:r>
    </w:p>
    <w:p>
      <w:pPr>
        <w:jc w:val="right"/>
      </w:pPr>
      <w:r>
        <w:t>کسی بھی، کسی بھی، ہر کسی میں نہیں ہے۔ ہر کمیونٹی میں یہ تھنکنگ ڈیولپ کرتی ہے کہ میں ہماری کمیونٹی،</w:t>
      </w:r>
    </w:p>
    <w:p>
      <w:r>
        <w:rPr>
          <w:b/>
        </w:rPr>
        <w:t xml:space="preserve">[46:00] </w:t>
      </w:r>
      <w:r>
        <w:t>yeh mera to yahi khayal hai.</w:t>
      </w:r>
    </w:p>
    <w:p>
      <w:pPr>
        <w:jc w:val="right"/>
      </w:pPr>
      <w:r>
        <w:t>یہ میرا تو یہی خیال ہے۔</w:t>
      </w:r>
    </w:p>
    <w:p>
      <w:r>
        <w:rPr>
          <w:b/>
        </w:rPr>
        <w:t xml:space="preserve">[46:05] </w:t>
      </w:r>
      <w:r>
        <w:t>Maulana Bhopal se Tahir sahib ne sawal bheja hai. Unhon ne likha hai: "Maulana sahib, how can we remove political interpretation thinking from the minds of ulema?</w:t>
      </w:r>
    </w:p>
    <w:p>
      <w:pPr>
        <w:jc w:val="right"/>
      </w:pPr>
      <w:r>
        <w:t>مولانا بھوپال سے طاہر صاحب نے سوال بھیجا ہے۔ انہوں نے لکھا ہے: "مولانا صاحب، ہاؤ کین وی ریموو پولیٹیکل انٹرپریٹیشن تھنکنگ فرام دی مائنڈز آف علماء؟</w:t>
      </w:r>
    </w:p>
    <w:p>
      <w:r>
        <w:rPr>
          <w:b/>
        </w:rPr>
        <w:t xml:space="preserve">[46:18] </w:t>
      </w:r>
      <w:r>
        <w:t>It seems, it seems such and impossible task. And without the ulema thinking changing, the masses will not change.</w:t>
      </w:r>
    </w:p>
    <w:p>
      <w:pPr>
        <w:jc w:val="right"/>
      </w:pPr>
      <w:r>
        <w:t>اٹ سیمز، اٹ سیمز سچ اینڈ امپوسیبل ٹاسک۔ اینڈ ودا آؤٹ دا علماء تھنکنگ چینجنگ، دا ماسز ول ناٹ چینج۔</w:t>
      </w:r>
    </w:p>
    <w:p>
      <w:r>
        <w:rPr>
          <w:b/>
        </w:rPr>
        <w:t xml:space="preserve">[46:28] </w:t>
      </w:r>
      <w:r>
        <w:t>So it's a vicious circle which can never be broken. What is your advice or suggestion on this?"</w:t>
      </w:r>
    </w:p>
    <w:p>
      <w:pPr>
        <w:jc w:val="right"/>
      </w:pPr>
      <w:r>
        <w:t>سو اٹس ا وشیس سرکل وچ کین نیور بی بروکن۔ واٹ از یور ایڈوائس اور سجیشن آن دس؟"</w:t>
      </w:r>
    </w:p>
    <w:p>
      <w:r>
        <w:rPr>
          <w:b/>
        </w:rPr>
        <w:t xml:space="preserve">[46:36] </w:t>
      </w:r>
      <w:r>
        <w:t>Dekhiye, advice to sirf ek hi hai ke logon ko kaha jaye ke deen ko nikalo, apni book se nikalo, yani Quran se nikalo,</w:t>
      </w:r>
    </w:p>
    <w:p>
      <w:pPr>
        <w:jc w:val="right"/>
      </w:pPr>
      <w:r>
        <w:t>دیکھیے، ایڈوائس تو صرف ایک ہی ہے کہ لوگوں کو کہا جائے کہ دین کو نکالو، اپنی بک سے نکالو، یعنی قرآن سے نکالو،</w:t>
      </w:r>
    </w:p>
    <w:p>
      <w:r>
        <w:rPr>
          <w:b/>
        </w:rPr>
        <w:t xml:space="preserve">[46:54] </w:t>
      </w:r>
      <w:r>
        <w:t>idhar udhar se mat nikalo. Khud mein ne yeh kiya, mein ne Quran ko parhna shuru kiya to mujhe maloom hua ke</w:t>
      </w:r>
    </w:p>
    <w:p>
      <w:pPr>
        <w:jc w:val="right"/>
      </w:pPr>
      <w:r>
        <w:t>ادھر ادھر سے مت نکالو۔ خود میں نے یہ کیا، میں نے قرآن کو پڑھنا شروع کیا تو مجھے معلوم ہوا کہ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