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Guidance November 25, 2007</w:t>
      </w:r>
    </w:p>
    <w:p>
      <w:r>
        <w:t>https://www.youtube.com/watch?v=behjBAj_J_Y</w:t>
      </w:r>
    </w:p>
    <w:p>
      <w:r>
        <w:rPr>
          <w:b/>
        </w:rPr>
        <w:t xml:space="preserve">[00:14]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[00:26] </w:t>
      </w:r>
      <w:r>
        <w:t>Aaj ki jo baat cheet hai woh divine guidance ke bare mein hai.</w:t>
      </w:r>
    </w:p>
    <w:p>
      <w:pPr>
        <w:jc w:val="right"/>
      </w:pPr>
      <w:r>
        <w:t>آج کی جو بات چیت ہے وہ ڈیوائن گائیڈنس کے بارے میں ہے۔</w:t>
      </w:r>
    </w:p>
    <w:p>
      <w:r>
        <w:rPr>
          <w:b/>
        </w:rPr>
        <w:t xml:space="preserve">[00:35] </w:t>
      </w:r>
      <w:r>
        <w:t>Divine guidance, Khuda ki hidayat ka principle kya hai? Aksar log yeh poochte the, iska matlab mujhe aaj hi samajh mein aaya,</w:t>
      </w:r>
    </w:p>
    <w:p>
      <w:pPr>
        <w:jc w:val="right"/>
      </w:pPr>
      <w:r>
        <w:t>ڈیوائن گائیڈنس، خدا کی ہدایت کا پرنسپل کیا ہے؟ اکثر لوگ یہ پوچھتے تھے، اس کا مطلب مجھے آج ہی سمجھ میں آیا،</w:t>
      </w:r>
    </w:p>
    <w:p>
      <w:r>
        <w:rPr>
          <w:b/>
        </w:rPr>
        <w:t xml:space="preserve">[00:50] </w:t>
      </w:r>
      <w:r>
        <w:t>isi liye maine isko mauzu bana raha hoon ke Quran mein kai jagah yeh baat aayi hai ke hidayat Khuda ki taraf se aati hai.</w:t>
      </w:r>
    </w:p>
    <w:p>
      <w:pPr>
        <w:jc w:val="right"/>
      </w:pPr>
      <w:r>
        <w:t>اسی لیے میں نے اس کو موضوع بنا رہا ہوں کہ قرآن میں کئی جگہ یہ بات آئی ہے کہ ہدایت خدا کی طرف سے آتی ہے۔</w:t>
      </w:r>
    </w:p>
    <w:p>
      <w:r>
        <w:rPr>
          <w:b/>
        </w:rPr>
        <w:t xml:space="preserve">[01:01] </w:t>
      </w:r>
      <w:r>
        <w:t>Innaka la tahdi man ahbabta walakinnallaha yahdi man yashaa. Yani prophet se kaha gaya</w:t>
      </w:r>
    </w:p>
    <w:p>
      <w:pPr>
        <w:jc w:val="right"/>
      </w:pPr>
      <w:r>
        <w:t>إنك لا تهدي من أحببت ولكن الله يهدي من يشاء۔ یعنی پرافٹ سے کہا گیا</w:t>
      </w:r>
    </w:p>
    <w:p>
      <w:r>
        <w:rPr>
          <w:b/>
        </w:rPr>
        <w:t xml:space="preserve">[01:13] </w:t>
      </w:r>
      <w:r>
        <w:t>ke tum kisi ko hidayat nahi de sakte. Yani guidance jo hai woh tumhare ikhtiyar mein nahi hai ke tum de do kisi ko, balkeh hidayat toh Khuda ki taraf se aati hai.</w:t>
      </w:r>
    </w:p>
    <w:p>
      <w:pPr>
        <w:jc w:val="right"/>
      </w:pPr>
      <w:r>
        <w:t>کہ تم کسی کو ہدایت نہیں دے سکتے۔ یعنی گائیڈنس جو ہے وہ تمہارے اختیار میں نہیں ہے کہ تم دے دو کسی کو، بلکہ ہدایت تو خدا کی طرف سے آتی ہے۔</w:t>
      </w:r>
    </w:p>
    <w:p>
      <w:r>
        <w:rPr>
          <w:b/>
        </w:rPr>
        <w:t xml:space="preserve">[01:29] </w:t>
      </w:r>
      <w:r>
        <w:t>Is ayat ka matlab aksar log poochte hain ke phir toh hum, yani is poora mamla completion ka mamla hai, humein kya karna hai is mein?</w:t>
      </w:r>
    </w:p>
    <w:p>
      <w:pPr>
        <w:jc w:val="right"/>
      </w:pPr>
      <w:r>
        <w:t>اس آیت کا مطلب اکثر لوگ پوچھتے ہیں کہ پھر تو ہم، یعنی اس پورا معاملہ کمپلشن کا معاملہ ہے، ہمیں کیا کرنا ہے اس میں؟</w:t>
      </w:r>
    </w:p>
    <w:p>
      <w:r>
        <w:rPr>
          <w:b/>
        </w:rPr>
        <w:t xml:space="preserve">[01:42] </w:t>
      </w:r>
      <w:r>
        <w:t>Aaj hi yeh baat mujhe samajh mein aayi ke iska matlab kya hai. Woh matlab yeh hai ke daai ka kaam 50% hai aur baqi 50% mauzu ka kaam hai.</w:t>
      </w:r>
    </w:p>
    <w:p>
      <w:pPr>
        <w:jc w:val="right"/>
      </w:pPr>
      <w:r>
        <w:t>آج ہی یہ بات مجھے سمجھ میں آئی کہ اس کا مطلب کیا ہے۔ وہ مطلب یہ ہے کہ داعی کا کام 50% ہے اور بقیہ 50% موضوع کا کام ہے۔</w:t>
      </w:r>
    </w:p>
    <w:p>
      <w:r>
        <w:rPr>
          <w:b/>
        </w:rPr>
        <w:t xml:space="preserve">[01:59] </w:t>
      </w:r>
      <w:r>
        <w:t>Yeh 50-50 ka mamla hai. Mauzu ka matlab kya hai? Iski apni nature. Toh daai yeh karta hai ke woh baat ko batata hai,</w:t>
      </w:r>
    </w:p>
    <w:p>
      <w:pPr>
        <w:jc w:val="right"/>
      </w:pPr>
      <w:r>
        <w:t>یہ 50-50 کا معاملہ ہے۔ موضوع کا مطلب کیا ہے؟ اس کی اپنی نیچر۔ تو داعی یہ کرتا ہے کہ وہ بات کو بتاتا ہے،</w:t>
      </w:r>
    </w:p>
    <w:p>
      <w:r>
        <w:rPr>
          <w:b/>
        </w:rPr>
        <w:t xml:space="preserve">[02:13] </w:t>
      </w:r>
      <w:r>
        <w:t>sachai ko batata hai. Lekin yeh batana jo hai, is mamle mein daai ka role sirf 50% hai.</w:t>
      </w:r>
    </w:p>
    <w:p>
      <w:pPr>
        <w:jc w:val="right"/>
      </w:pPr>
      <w:r>
        <w:t>سچائی کو بتاتا ہے۔ لیکن یہ بتانا جو ہے، اس معاملے میں داعی کا رول صرف 50% ہے۔</w:t>
      </w:r>
    </w:p>
    <w:p>
      <w:r>
        <w:rPr>
          <w:b/>
        </w:rPr>
        <w:t xml:space="preserve">[02:25] </w:t>
      </w:r>
      <w:r>
        <w:t>Khuda ne insaan ko jo nature diya hai, insaan ke andar right aur wrong ko samajhne ki jo capacity di hai,</w:t>
      </w:r>
    </w:p>
    <w:p>
      <w:pPr>
        <w:jc w:val="right"/>
      </w:pPr>
      <w:r>
        <w:t>خدا نے انسان کو جو نیچر دیا ہے، انسان کے اندر رائٹ اور رونگ کو سمجھنے کی جو کیپیسٹی دی ہے،</w:t>
      </w:r>
    </w:p>
    <w:p>
      <w:r>
        <w:rPr>
          <w:b/>
        </w:rPr>
        <w:t xml:space="preserve">[02:38] </w:t>
      </w:r>
      <w:r>
        <w:t>isko agar woh istemal na kare toh iska matlab yeh hai ke apna door woh band kiye hue hai.</w:t>
      </w:r>
    </w:p>
    <w:p>
      <w:pPr>
        <w:jc w:val="right"/>
      </w:pPr>
      <w:r>
        <w:t>اس کو اگر وہ استعمال نہ کرے تو اس کا مطلب یہ ہے کہ اپنا ڈور وہ بند کیے ہوئے ہے۔</w:t>
      </w:r>
    </w:p>
    <w:p>
      <w:r>
        <w:rPr>
          <w:b/>
        </w:rPr>
        <w:t xml:space="preserve">[02:52] </w:t>
      </w:r>
      <w:r>
        <w:t>Koi aadmi aata hai aap se milne ke liye, aap door apna band kiye hue hain toh kya hoga?</w:t>
      </w:r>
    </w:p>
    <w:p>
      <w:pPr>
        <w:jc w:val="right"/>
      </w:pPr>
      <w:r>
        <w:t>کوئی آدمی آتا ہے آپ سے ملنے کے لیے، آپ ڈور اپنا بند کیے ہوئے ہیں تو کیا ہوگا؟</w:t>
      </w:r>
    </w:p>
    <w:p>
      <w:r>
        <w:rPr>
          <w:b/>
        </w:rPr>
        <w:t xml:space="preserve">[03:03] </w:t>
      </w:r>
      <w:r>
        <w:t>Mulaqat hi nahi hogi aapse, aakar laut jayega woh. Toh yeh jo mamla hai ke insaan ko Khuda ne by nature sab kuch bata diya hai.</w:t>
      </w:r>
    </w:p>
    <w:p>
      <w:pPr>
        <w:jc w:val="right"/>
      </w:pPr>
      <w:r>
        <w:t>ملاقات ہی نہیں ہوگی آپ سے، آ کر لوٹ جائے گا وہ۔ تو یہ جو معاملہ ہے کہ انسان کو خدا نے بائی نیچر سب کچھ بتا دیا ہے۔</w:t>
      </w:r>
    </w:p>
    <w:p>
      <w:r>
        <w:rPr>
          <w:b/>
        </w:rPr>
        <w:t xml:space="preserve">[03:17] </w:t>
      </w:r>
      <w:r>
        <w:t>Ilm Adam al asma'a kullaha. Toh nature mein already interwoven hai woh baat jo daai ke zariye aap tak pahunchne wali hai.</w:t>
      </w:r>
    </w:p>
    <w:p>
      <w:pPr>
        <w:jc w:val="right"/>
      </w:pPr>
      <w:r>
        <w:t>علم آدم الأسماء کلها۔ تو نیچر میں آل ریڈی انٹر وون ہے وہ بات جو داعی کے ذریعے آپ تک پہنچنے والی ہے۔</w:t>
      </w:r>
    </w:p>
    <w:p>
      <w:r>
        <w:rPr>
          <w:b/>
        </w:rPr>
        <w:t xml:space="preserve">[03:35] </w:t>
      </w:r>
      <w:r>
        <w:t>Toh daai jab batayega aap ko sachai toh aap ko apne nature ka jo door hai, nature ki jo khidki hai, usko khol dena padega.</w:t>
      </w:r>
    </w:p>
    <w:p>
      <w:pPr>
        <w:jc w:val="right"/>
      </w:pPr>
      <w:r>
        <w:t>تو داعی جب بتائے گا آپ کو سچائی تو آپ کو اپنے نیچر کا جو ڈور ہے، نیچر کی جو کھڑکی ہے، اس کو کھول دینا پڑے گا۔</w:t>
      </w:r>
    </w:p>
    <w:p>
      <w:r>
        <w:rPr>
          <w:b/>
        </w:rPr>
        <w:t xml:space="preserve">[03:50] </w:t>
      </w:r>
      <w:r>
        <w:t>Toh daai ki baat aur aap ki nature ki jo voice of nature jo hai, woh dono jab mil jaate hain tab woh cheez aap ke liye understandable ban jati hai.</w:t>
      </w:r>
    </w:p>
    <w:p>
      <w:pPr>
        <w:jc w:val="right"/>
      </w:pPr>
      <w:r>
        <w:t>تو داعی کی بات اور آپ کی نیچر کی جو وائس آف نیچر جو ہے، وہ دونوں جب مل جاتے ہیں تب وہ چیز آپ کے لیے انڈرسٹینڈ ایبل بن جاتی ہے۔</w:t>
      </w:r>
    </w:p>
    <w:p>
      <w:r>
        <w:rPr>
          <w:b/>
        </w:rPr>
        <w:t xml:space="preserve">[04:03] </w:t>
      </w:r>
      <w:r>
        <w:t>Warna woh cheez alien rehti hai, foreign rehti hai. Daai ki baat us waqt tak aap ke liye ek ajnabi baat hai, alien hai, jab tak aap apni nature ka jo khidki hai, jo window hai nature ki, usko na kholen.</w:t>
      </w:r>
    </w:p>
    <w:p>
      <w:pPr>
        <w:jc w:val="right"/>
      </w:pPr>
      <w:r>
        <w:t>ورنہ وہ چیز ایلین رہتی ہے، فارن رہتی ہے۔ داعی کی بات اس وقت تک آپ کے لیے ایک اجنبی بات ہے، ایلین ہے، جب تک آپ اپنی نیچر کا جو کھڑکی ہے، جو ونڈو ہے نیچر کی، اس کو نہ کھولیں۔</w:t>
      </w:r>
    </w:p>
    <w:p>
      <w:r>
        <w:rPr>
          <w:b/>
        </w:rPr>
        <w:t xml:space="preserve">[04:23] </w:t>
      </w:r>
      <w:r>
        <w:t>Yeh matlab hai iska. Innaka la tahdi man ahbabta walakinnallaha yahdi man yashaa.</w:t>
      </w:r>
    </w:p>
    <w:p>
      <w:pPr>
        <w:jc w:val="right"/>
      </w:pPr>
      <w:r>
        <w:t>یہ مطلب ہے اس کا۔ إنك لا تهدي من أحببت ولكن الله يهدي من يشاء۔</w:t>
      </w:r>
    </w:p>
    <w:p>
      <w:r>
        <w:rPr>
          <w:b/>
        </w:rPr>
        <w:t xml:space="preserve">[04:33] </w:t>
      </w:r>
      <w:r>
        <w:t>Tum kisi ko hidayat nahi de sakte, Allah jis ko chahta hai hidayat deta hai. Toh yahan Allah jo hai, iska matlab hai fitrat, fitrat yani divine nature.</w:t>
      </w:r>
    </w:p>
    <w:p>
      <w:pPr>
        <w:jc w:val="right"/>
      </w:pPr>
      <w:r>
        <w:t>تم کسی کو ہدایت نہیں دے سکتے، اللہ جس کو چاہتا ہے ہدایت دیتا ہے۔ تو یہاں اللہ جو ہے، اس کا مطلب ہے فطرت، فطرت یعنی ڈیوائن نیچر۔</w:t>
      </w:r>
    </w:p>
    <w:p>
      <w:r>
        <w:rPr>
          <w:b/>
        </w:rPr>
        <w:t xml:space="preserve">[04:46] </w:t>
      </w:r>
      <w:r>
        <w:t>Ke divine nature jab uske saath uska saath de tab ja kar woh baat aadmi ki samajh mein aati hai aur usko woh ikhtiyar kar leta hai.</w:t>
      </w:r>
    </w:p>
    <w:p>
      <w:pPr>
        <w:jc w:val="right"/>
      </w:pPr>
      <w:r>
        <w:t>کہ ڈیوائن نیچر جب اس کے ساتھ اس کا ساتھ دے تب جا کر وہ بات آدمی کی سمجھ میں آتی ہے اور اس کو وہ اختیار کر لیتا ہے۔</w:t>
      </w:r>
    </w:p>
    <w:p>
      <w:r>
        <w:rPr>
          <w:b/>
        </w:rPr>
        <w:t xml:space="preserve">[04:59] </w:t>
      </w:r>
      <w:r>
        <w:t>mein samajhta hoon ke yeh 50-50 ka maamla jo hai ek universal law hai har maamle mein.</w:t>
      </w:r>
    </w:p>
    <w:p>
      <w:pPr>
        <w:jc w:val="right"/>
      </w:pPr>
      <w:r>
        <w:t>میں سمجھتا ہوں کہ یہ 50-50 کا معاملہ جو ہے ایک یونیورسل لاء ہے ہر معاملے میں۔</w:t>
      </w:r>
    </w:p>
    <w:p>
      <w:r>
        <w:rPr>
          <w:b/>
        </w:rPr>
        <w:t xml:space="preserve">[05:07] </w:t>
      </w:r>
      <w:r>
        <w:t>jis cheez ko bhi aap dekhen to us mein aap ko lagega ke yeh 50-50 ka maamla hai. 50% apna, 50% doosre ka. tab ja kar baat mukammal hoti hai.</w:t>
      </w:r>
    </w:p>
    <w:p>
      <w:pPr>
        <w:jc w:val="right"/>
      </w:pPr>
      <w:r>
        <w:t>جس چیز کو بھی آپ دیکھیں تو اس میں آپ کو لگے گا کہ یہ 50-50 کا معاملہ ہے۔ 50% اپنا، 50% دوسرے کا۔ تب جا کر بات مکمل ہوتی ہے۔</w:t>
      </w:r>
    </w:p>
    <w:p>
      <w:r>
        <w:rPr>
          <w:b/>
        </w:rPr>
        <w:t xml:space="preserve">[05:22] </w:t>
      </w:r>
      <w:r>
        <w:t>mere paas ek sahib ka telephone aaya jo hamara magazine padhte hain, hamari kitabein padhi hui hain aur is mission se woh jude bhi hue hain.</w:t>
      </w:r>
    </w:p>
    <w:p>
      <w:pPr>
        <w:jc w:val="right"/>
      </w:pPr>
      <w:r>
        <w:t>میرے پاس ایک صاحب کا ٹیلی فون آیا جو ہمارا میگزین پڑھتے ہیں، ہماری کتابیں پڑھی ہوئی ہیں اور اس مشن سے وہ جڑے بھی ہوئے ہیں۔</w:t>
      </w:r>
    </w:p>
    <w:p>
      <w:r>
        <w:rPr>
          <w:b/>
        </w:rPr>
        <w:t xml:space="preserve">[05:37] </w:t>
      </w:r>
      <w:r>
        <w:t>to un ka telephone aaya ke mujhe ek dream aaya hai. ek dream.</w:t>
      </w:r>
    </w:p>
    <w:p>
      <w:pPr>
        <w:jc w:val="right"/>
      </w:pPr>
      <w:r>
        <w:t>تو ان کا ٹیلی فون آیا کہ مجھے ایک ڈریم آیا ہے۔ ایک ڈریم۔</w:t>
      </w:r>
    </w:p>
    <w:p>
      <w:r>
        <w:rPr>
          <w:b/>
        </w:rPr>
        <w:t xml:space="preserve">[05:47] </w:t>
      </w:r>
      <w:r>
        <w:t>woh dream yeh tha ke woh kahin chal rahe hain to raaste mein dekhte hain ke ek jagah kuch bohat hi, ek aam jagah hai, kooda karkat wahan par hai.</w:t>
      </w:r>
    </w:p>
    <w:p>
      <w:pPr>
        <w:jc w:val="right"/>
      </w:pPr>
      <w:r>
        <w:t>وہ ڈریم یہ تھا کہ وہ کہیں چل رہے ہیں تو راستے میں دیکھتے ہیں کہ ایک جگہ کچھ بہت ہی، ایک عام جگہ ہے، کوڑا کرکٹ وہاں پر ہے۔</w:t>
      </w:r>
    </w:p>
    <w:p>
      <w:r>
        <w:rPr>
          <w:b/>
        </w:rPr>
        <w:t xml:space="preserve">[06:02] </w:t>
      </w:r>
      <w:r>
        <w:t>to un ke ek relatives wahan par pade hue hain, murda. dead. yaani ek insaan dead pada hua hai, un ka apna jaan pehchan ka insaan.</w:t>
      </w:r>
    </w:p>
    <w:p>
      <w:pPr>
        <w:jc w:val="right"/>
      </w:pPr>
      <w:r>
        <w:t>تو ان کے ایک ریلیٹوز وہاں پر پڑے ہوئے ہیں، مردہ۔ ڈیڈ۔ یعنی ایک انسان ڈیڈ پڑا ہوا ہے، ان کا اپنا جان پہچان کا انسان۔</w:t>
      </w:r>
    </w:p>
    <w:p>
      <w:r>
        <w:rPr>
          <w:b/>
        </w:rPr>
        <w:t xml:space="preserve">[06:16] </w:t>
      </w:r>
      <w:r>
        <w:t>to yeh pareshan ho jaate hain ke yeh to dead hai, kya kya jaye? to woh kahin se la kar ek chadar is ko orha dete hain.</w:t>
      </w:r>
    </w:p>
    <w:p>
      <w:pPr>
        <w:jc w:val="right"/>
      </w:pPr>
      <w:r>
        <w:t>تو یہ پریشان ہو جاتے ہیں کہ یہ تو ڈیڈ ہے، کیا کیا جائے؟ تو وہ کہیں سے لا کر ایک چادر اس کو اوڑھا دیتے ہیں۔</w:t>
      </w:r>
    </w:p>
    <w:p>
      <w:r>
        <w:rPr>
          <w:b/>
        </w:rPr>
        <w:t xml:space="preserve">[06:27] </w:t>
      </w:r>
      <w:r>
        <w:t>kuch der ke baad woh dekhte hain ke is aadmi ne aankh khol di, woh bolne laga, uth gaya aur chalne laga. to unhon ne poocha ke is dream ka matlab kya hai?</w:t>
      </w:r>
    </w:p>
    <w:p>
      <w:pPr>
        <w:jc w:val="right"/>
      </w:pPr>
      <w:r>
        <w:t>کچھ دیر کے بعد وہ دیکھتے ہیں کہ اس آدمی نے آنکھ کھول دی، وہ بولنے لگا، اٹھ گیا اور چلنے لگا۔ تو انہوں نے پوچھا کہ اس ڈریم کا مطلب کیا ہے؟</w:t>
      </w:r>
    </w:p>
    <w:p>
      <w:r>
        <w:rPr>
          <w:b/>
        </w:rPr>
        <w:t xml:space="preserve">[06:42] </w:t>
      </w:r>
      <w:r>
        <w:t>to is dream mein bhi mujhe laga ke wahi 50-50 ka maamla hai.</w:t>
      </w:r>
    </w:p>
    <w:p>
      <w:pPr>
        <w:jc w:val="right"/>
      </w:pPr>
      <w:r>
        <w:t>تو اس ڈریم میں بھی مجھے لگا کہ وہی 50-50 کا معاملہ ہے۔</w:t>
      </w:r>
    </w:p>
    <w:p>
      <w:r>
        <w:rPr>
          <w:b/>
        </w:rPr>
        <w:t xml:space="preserve">[06:48] </w:t>
      </w:r>
      <w:r>
        <w:t>woh kaise? dekhen, sahih al bukhari jo kitaab hai hadith ki, us mein rasool Allah sal Allah alaih wasallam ne farmaya ke prophethood khatm ho gayi,</w:t>
      </w:r>
    </w:p>
    <w:p>
      <w:pPr>
        <w:jc w:val="right"/>
      </w:pPr>
      <w:r>
        <w:t>وہ کیسے؟ دیکھیں، صحیح البخاری جو کتاب ہے حدیث کی، اس میں رسول اللہ صلی اللہ علیہ وسلم نے فرمایا کہ پرافٹ ہڈ ختم ہو گئی،</w:t>
      </w:r>
    </w:p>
    <w:p>
      <w:r>
        <w:rPr>
          <w:b/>
        </w:rPr>
        <w:t xml:space="preserve">[07:03] </w:t>
      </w:r>
      <w:r>
        <w:t>ab koi prophet aane wala nahi hai. lekin ek cheez baqi hai, woh kya hai? sachay dream.</w:t>
      </w:r>
    </w:p>
    <w:p>
      <w:pPr>
        <w:jc w:val="right"/>
      </w:pPr>
      <w:r>
        <w:t>اب کوئی پرافٹ آنے والا نہیں ہے۔ لیکن ایک چیز باقی ہے، وہ کیا ہے؟ سچے ڈریم۔</w:t>
      </w:r>
    </w:p>
    <w:p>
      <w:r>
        <w:rPr>
          <w:b/>
        </w:rPr>
        <w:t xml:space="preserve">[07:12] </w:t>
      </w:r>
      <w:r>
        <w:t>al ruya al saadiqah. sachay dream. to aap ne bataya ke dream jo hai woh prophethood ka 40, chiyaliswaan hissa hai.</w:t>
      </w:r>
    </w:p>
    <w:p>
      <w:pPr>
        <w:jc w:val="right"/>
      </w:pPr>
      <w:r>
        <w:t>الرویا الصادقہ۔ سچے ڈریم۔ تو آپ نے بتایا کہ ڈریم جو ہے وہ پرافٹ ہڈ کا 40، چھیالیسواں حصہ ہے۔</w:t>
      </w:r>
    </w:p>
    <w:p>
      <w:r>
        <w:rPr>
          <w:b/>
        </w:rPr>
        <w:t xml:space="preserve">[07:27] </w:t>
      </w:r>
      <w:r>
        <w:t>46 hissa hai. nubuwah ka chiyaliswaan hissa hai. is par bhi aaj hi mein ghor karte hue samajh paya ke is ka matlab hai ke dream 50% hai.</w:t>
      </w:r>
    </w:p>
    <w:p>
      <w:pPr>
        <w:jc w:val="right"/>
      </w:pPr>
      <w:r>
        <w:t>46 حصہ ہے۔ نبوت کا چھیالیسواں حصہ ہے۔ اس پر بھی آج ہی میں غور کرتے ہوئے سمجھ پایا کہ اس کا مطلب ہے کہ ڈریم 50% ہے۔</w:t>
      </w:r>
    </w:p>
    <w:p>
      <w:r>
        <w:rPr>
          <w:b/>
        </w:rPr>
        <w:t xml:space="preserve">[07:42] </w:t>
      </w:r>
      <w:r>
        <w:t>interpretation ka talluq is se alag hai. khud dream mein interpretation nahi hota. 50% dream hota hai aur 50% aap ka apna samajh hoti hai.</w:t>
      </w:r>
    </w:p>
    <w:p>
      <w:pPr>
        <w:jc w:val="right"/>
      </w:pPr>
      <w:r>
        <w:t>انٹرپریٹیشن کا تعلق اس سے الگ ہے۔ خود ڈریم میں انٹرپریٹیشن نہیں ہوتا۔ 50% ڈریم ہوتا ہے اور 50% آپ کا اپنا سمجھ ہوتی ہے۔</w:t>
      </w:r>
    </w:p>
    <w:p>
      <w:r>
        <w:rPr>
          <w:b/>
        </w:rPr>
        <w:t xml:space="preserve">[07:58] </w:t>
      </w:r>
      <w:r>
        <w:t>to isi liye kaha gaya hai ruya saadiqah ko busharaat, khushkhabri, good tidings. to Khuda jab ek dream dikhata hai aap ko to us ne aap ko ek khushkhabri di.</w:t>
      </w:r>
    </w:p>
    <w:p>
      <w:pPr>
        <w:jc w:val="right"/>
      </w:pPr>
      <w:r>
        <w:t>تو اسی لیے کہا گیا ہے رویا صادقہ کو ببشرات، خوشخبری، گڈ ٹائیڈنگ۔ تو خدا جب ایک ڈریم دکھاتا ہے آپ کو تو اس نے آپ کو ایک خوشخبری دی۔</w:t>
      </w:r>
    </w:p>
    <w:p>
      <w:r>
        <w:rPr>
          <w:b/>
        </w:rPr>
        <w:t xml:space="preserve">[08:10] </w:t>
      </w:r>
      <w:r>
        <w:t>lekin woh 50% hai. apni aql ko aap ko istemal kar ke wahan baqiya 50% ko add karna parega.</w:t>
      </w:r>
    </w:p>
    <w:p>
      <w:pPr>
        <w:jc w:val="right"/>
      </w:pPr>
      <w:r>
        <w:t>لیکن وہ 50% ہے۔ اپنی عقل کو آپ کو استعمال کر کے وہاں بقیہ 50% کو ایڈ کرنا پڑے گا۔</w:t>
      </w:r>
    </w:p>
    <w:p>
      <w:r>
        <w:rPr>
          <w:b/>
        </w:rPr>
        <w:t xml:space="preserve">[08:21] </w:t>
      </w:r>
      <w:r>
        <w:t>tab is ko aap samajh payenge. to yeh jo hadith mein hai ke sachay khwab jo hain nubuwah ka chiyaliswaan hissa hain, is ka matlab yahi hai ke woh 50% hain.</w:t>
      </w:r>
    </w:p>
    <w:p>
      <w:pPr>
        <w:jc w:val="right"/>
      </w:pPr>
      <w:r>
        <w:t>تب اس کو آپ سمجھ پائیں گے۔ تو یہ جو حدیث میں ہے کہ سچے خواب جو ہیں نبوت کا چھیالیسواں حصہ ہیں، اس کا مطلب یہی ہے کہ وہ 50% ہیں۔</w:t>
      </w:r>
    </w:p>
    <w:p>
      <w:r>
        <w:rPr>
          <w:b/>
        </w:rPr>
        <w:t xml:space="preserve">[08:37] </w:t>
      </w:r>
      <w:r>
        <w:t>50% aap ko apni taraf se add karna parta hai. mein is ko, mein is ko illustrate karne ke liye mein example dunga.</w:t>
      </w:r>
    </w:p>
    <w:p>
      <w:pPr>
        <w:jc w:val="right"/>
      </w:pPr>
      <w:r>
        <w:t>50% آپ کو اپنی طرف سے ایڈ کرنا پڑتا ہے۔ میں اس کو، میں اس کو ایلسٹریٹ کرنے کے لیے میں ایگزامپل دوں گا۔</w:t>
      </w:r>
    </w:p>
    <w:p>
      <w:r>
        <w:rPr>
          <w:b/>
        </w:rPr>
        <w:t xml:space="preserve">[08:47] </w:t>
      </w:r>
      <w:r>
        <w:t>dekhen, hamare ek saathi hain Hyderabad mein, Habib bhai. to kai baras pehle un ko ek khwab aaya.</w:t>
      </w:r>
    </w:p>
    <w:p>
      <w:pPr>
        <w:jc w:val="right"/>
      </w:pPr>
      <w:r>
        <w:t>دیکھیں، ہمارے ایک ساتھی ہیں حیدرآباد میں، حبیب بھائی۔ تو کئی برس پہلے ان کو ایک خواب آیا۔</w:t>
      </w:r>
    </w:p>
    <w:p>
      <w:r>
        <w:rPr>
          <w:b/>
        </w:rPr>
        <w:t xml:space="preserve">[09:00] </w:t>
      </w:r>
      <w:r>
        <w:t>un ko ek khwab aaya ke</w:t>
      </w:r>
    </w:p>
    <w:p>
      <w:pPr>
        <w:jc w:val="right"/>
      </w:pPr>
      <w:r>
        <w:t>ان کو ایک خواب آیا کہ</w:t>
      </w:r>
    </w:p>
    <w:p>
      <w:r>
        <w:rPr>
          <w:b/>
        </w:rPr>
        <w:t xml:space="preserve">[09:05] </w:t>
      </w:r>
      <w:r>
        <w:t>ek road hai seedhi, us par ek bohat bara saanp un ko daura raha hai. saanp daura raha hai, woh daud rahe hain, daura raha hai, daud rahe hain.</w:t>
      </w:r>
    </w:p>
    <w:p>
      <w:pPr>
        <w:jc w:val="right"/>
      </w:pPr>
      <w:r>
        <w:t>ایک روڈ ہے سیدھی، اس پر ایک بہت بڑا سانپ ان کو دوڑا رہا ہے۔ سانپ دوڑا رہا ہے، وہ دوڑ رہے ہیں، دوڑا رہا ہے، دوڑ رہے ہیں۔</w:t>
      </w:r>
    </w:p>
    <w:p>
      <w:r>
        <w:rPr>
          <w:b/>
        </w:rPr>
        <w:t xml:space="preserve">[09:15] </w:t>
      </w:r>
      <w:r>
        <w:t>yahan tak ke ek jagah pahunchte hain, ek spot par jahan mein khada hua hoon. yaani road ke beech mein khada hua hoon. to mujh ko dekh kar woh bhi khare ho gaye.</w:t>
      </w:r>
    </w:p>
    <w:p>
      <w:pPr>
        <w:jc w:val="right"/>
      </w:pPr>
      <w:r>
        <w:t>یہاں تک کہ ایک جگہ پہنچتے ہیں، ایک اسپاٹ پر جہاں میں کھڑا ہوا ہوں۔ یعنی روڈ کے بیچ میں کھڑا ہوا ہوں۔ تو مجھ کو دیکھ کر وہ بھی کھڑے ہو گئے۔</w:t>
      </w:r>
    </w:p>
    <w:p>
      <w:r>
        <w:rPr>
          <w:b/>
        </w:rPr>
        <w:t xml:space="preserve">[09:25] </w:t>
      </w:r>
      <w:r>
        <w:t>phir saanp bhi ruk gaya. to mujh se woh kehte hain pareshani ke aalam mein ke dekhen yeh saanp mujh ko daura raha hai, kya karoon?</w:t>
      </w:r>
    </w:p>
    <w:p>
      <w:pPr>
        <w:jc w:val="right"/>
      </w:pPr>
      <w:r>
        <w:t>پھر سانپ بھی رک گیا۔ تو مجھ سے وہ کہتے ہیں پریشانی کے عالم میں کہ دیکھیں یہ سانپ مجھ کو دوڑا رہا ہے، کیا کروں؟</w:t>
      </w:r>
    </w:p>
    <w:p>
      <w:r>
        <w:rPr>
          <w:b/>
        </w:rPr>
        <w:t xml:space="preserve">[09:38] </w:t>
      </w:r>
      <w:r>
        <w:t>to mein kehta hoon ke dawat kijiye.</w:t>
      </w:r>
    </w:p>
    <w:p>
      <w:pPr>
        <w:jc w:val="right"/>
      </w:pPr>
      <w:r>
        <w:t>تو میں کہتا ہوں کہ دعوت کیجیے۔</w:t>
      </w:r>
    </w:p>
    <w:p>
      <w:r>
        <w:rPr>
          <w:b/>
        </w:rPr>
        <w:t xml:space="preserve">[09:43] </w:t>
      </w:r>
      <w:r>
        <w:t>dawat kijiye. woh un ka kehna yeh hai ke yahi same dream, waise hi ke waise hi, un ko bar bar aata raha.</w:t>
      </w:r>
    </w:p>
    <w:p>
      <w:pPr>
        <w:jc w:val="right"/>
      </w:pPr>
      <w:r>
        <w:t>دعوت کیجیے۔ وہ ان کا کہنا یہ ہے کہ یہی سیم ڈریم، ویسے ہی کے ویسے ہی، ان کو بار بار آتا رہا۔</w:t>
      </w:r>
    </w:p>
    <w:p>
      <w:r>
        <w:rPr>
          <w:b/>
        </w:rPr>
        <w:t xml:space="preserve">[09:55] </w:t>
      </w:r>
      <w:r>
        <w:t>bar bar aata raha. ke saanp daura raha hai, woh daur rahe hain. mein road par milta hoon. mujh se kehte hain ke yeh dekhen saanp daura raha hai.</w:t>
      </w:r>
    </w:p>
    <w:p>
      <w:pPr>
        <w:jc w:val="right"/>
      </w:pPr>
      <w:r>
        <w:t>بار بار آتا رہا۔ کہ سانپ دوڑا رہا ہے، وہ دوڑ رہے ہیں۔ میں روڈ پر ملتا ہوں۔ مجھ سے کہتے ہیں کہ یہ دیکھیں سانپ دوڑا رہا ہے۔</w:t>
      </w:r>
    </w:p>
    <w:p>
      <w:r>
        <w:rPr>
          <w:b/>
        </w:rPr>
        <w:t xml:space="preserve">[10:07] </w:t>
      </w:r>
      <w:r>
        <w:t>mein kehta hoon dawat kijiye. yahan par dream khatm ho jata hai. to us waqt jo unhon ne samjha is dream ka matlab, yaani baqiya 50% woh add nahi kar sake.</w:t>
      </w:r>
    </w:p>
    <w:p>
      <w:pPr>
        <w:jc w:val="right"/>
      </w:pPr>
      <w:r>
        <w:t>میں کہتا ہوں دعوت کیجیے۔ یہاں پر ڈریم ختم ہو جاتا ہے۔ تو اس وقت جو انہوں نے سمجھا اس ڈریم کا مطلب، یعنی بقیہ 50% وہ ایڈ نہیں کر سکے۔</w:t>
      </w:r>
    </w:p>
    <w:p>
      <w:r>
        <w:rPr>
          <w:b/>
        </w:rPr>
        <w:t xml:space="preserve">[10:21] </w:t>
      </w:r>
      <w:r>
        <w:t>to dream aise hi raha, un explained pada raha. kyun? unhon ne samjha ke dawat kijiye ka matlab yeh hai ke dekh pakwa kar khilao.</w:t>
      </w:r>
    </w:p>
    <w:p>
      <w:pPr>
        <w:jc w:val="right"/>
      </w:pPr>
      <w:r>
        <w:t>تو ڈریم ایسے ہی رہا، ان ایکسپلین پڑا رہا۔ کیوں؟ انہوں نے سمجھا کہ دعوت کیجیے کا مطلب یہ ہے کہ دیکھ پکوا کر کھلاؤ۔</w:t>
      </w:r>
    </w:p>
    <w:p>
      <w:r>
        <w:rPr>
          <w:b/>
        </w:rPr>
        <w:t xml:space="preserve">[10:31] </w:t>
      </w:r>
      <w:r>
        <w:t>aaj kal aap jante hain ke musalmanon ka riwaj hai ke dekh pakwa kar khilate hain. to dawat kijiye ka matlab yeh samjhen woh ke logon ko khilai pilaiye.</w:t>
      </w:r>
    </w:p>
    <w:p>
      <w:pPr>
        <w:jc w:val="right"/>
      </w:pPr>
      <w:r>
        <w:t>آج کل آپ جانتے ہیں کہ مسلمانوں کا رواج ہے کہ دیکھ پکوا کر کھلاتے ہیں۔ تو دعوت کیجیے کا مطلب یہ سمجھیں وہ کہ لوگوں کو کھلائی پلائیے۔</w:t>
      </w:r>
    </w:p>
    <w:p>
      <w:r>
        <w:rPr>
          <w:b/>
        </w:rPr>
        <w:t xml:space="preserve">[10:46] </w:t>
      </w:r>
      <w:r>
        <w:t>to shayad khilai pla bhi ho, unhon ne mujhe yaad nahi hai ke khilai playa ke nahi khilai playa. to woh khwab aata raha, aata raha, aata raha. to phir mujh se unhon ne kaha ke mein samajh nahi paya ke yeh khwab bar bar kyun aa raha hai?</w:t>
      </w:r>
    </w:p>
    <w:p>
      <w:pPr>
        <w:jc w:val="right"/>
      </w:pPr>
      <w:r>
        <w:t>تو شاید کھلائی پلا بھی ہو، انہوں نے مجھے یاد نہیں ہے کہ کھلائی پلایا کہ نہیں کھلائی پلایا۔ تو وہ خواب آتا رہا، آتا رہا، آتا رہا۔ تو پھر مجھ سے انہوں نے کہا کہ میں سمجھ نہیں پایا کہ یہ خواب بار بار کیوں آ رہا ہے؟</w:t>
      </w:r>
    </w:p>
    <w:p>
      <w:r>
        <w:rPr>
          <w:b/>
        </w:rPr>
        <w:t xml:space="preserve">[11:04] </w:t>
      </w:r>
      <w:r>
        <w:t>to mein ne kaha ke yeh dawat kijiye ka matlab khilana pilana nahi hai. dawat kijiye ka matlab hai do daawa work.</w:t>
      </w:r>
    </w:p>
    <w:p>
      <w:pPr>
        <w:jc w:val="right"/>
      </w:pPr>
      <w:r>
        <w:t>تو میں نے کہا کہ یہ دعوت کیجیے کا مطلب کھلانا پلانا نہیں ہے۔ دعوت کیجیے کا مطلب ہے ڈو دعویٰ ورک۔</w:t>
      </w:r>
    </w:p>
    <w:p>
      <w:r>
        <w:rPr>
          <w:b/>
        </w:rPr>
        <w:t xml:space="preserve">[11:16] </w:t>
      </w:r>
      <w:r>
        <w:t>do daawa work. tab un ki samajh mein aaya. to tab unhon ne rest of the 50% ko add kiya ke mujhe daawati kaam karna chahiye.</w:t>
      </w:r>
    </w:p>
    <w:p>
      <w:pPr>
        <w:jc w:val="right"/>
      </w:pPr>
      <w:r>
        <w:t>ڈو دعویٰ ورک۔ تب ان کی سمجھ میں آیا۔ تو تب انہوں نے ریسٹ آف دا 50% کو ایڈ کیا کہ مجھے دعوتی کام کرنا چاہیے۔</w:t>
      </w:r>
    </w:p>
    <w:p>
      <w:r>
        <w:rPr>
          <w:b/>
        </w:rPr>
        <w:t xml:space="preserve">[11:30] </w:t>
      </w:r>
      <w:r>
        <w:t>ab mashallah woh isi mein lag gaye hain. apne ko isi mein dedicate kar diya hai. is example se aap samajh sakte hain ke dream kya cheez hai.</w:t>
      </w:r>
    </w:p>
    <w:p>
      <w:pPr>
        <w:jc w:val="right"/>
      </w:pPr>
      <w:r>
        <w:t>اب ماشاءاللہ وہ اسی میں لگ گئے ہیں۔ اپنے کو اسی میں ڈیڈیکیٹ کر دیا ہے۔ اس ایگزامپل سے آپ سمجھ سکتے ہیں کہ ڈریم کیا چیز ہے۔</w:t>
      </w:r>
    </w:p>
    <w:p>
      <w:r>
        <w:rPr>
          <w:b/>
        </w:rPr>
        <w:t xml:space="preserve">[11:43] </w:t>
      </w:r>
      <w:r>
        <w:t>aur rasool Allah ne kyun kaha ke dream jo hai nabuwat ka 50% hissa hai. aap ne chiyaliswan hissa kaha tha, isi ko mein keh raha hoon 50%.</w:t>
      </w:r>
    </w:p>
    <w:p>
      <w:pPr>
        <w:jc w:val="right"/>
      </w:pPr>
      <w:r>
        <w:t>اور رسول اللہ نے کیوں کہا کہ ڈریم جو ہے نبوت کا 50% حصہ ہے۔ آپ نے چھیالیسواں حصہ کہا تھا، اسی کو میں کہہ رہا ہوں 50%۔</w:t>
      </w:r>
    </w:p>
    <w:p>
      <w:r>
        <w:rPr>
          <w:b/>
        </w:rPr>
        <w:t xml:space="preserve">[11:55] </w:t>
      </w:r>
      <w:r>
        <w:t>to 50% dream hota hai aur 50% interpretation hota hai jo aap ki taraf se aata hai. to agar aap</w:t>
      </w:r>
    </w:p>
    <w:p>
      <w:pPr>
        <w:jc w:val="right"/>
      </w:pPr>
      <w:r>
        <w:t>تو 50% ڈریم ہوتا ہے اور 50% انٹرپریٹیشن ہوتا ہے جو آپ کی طرف سے آتا ہے۔ تو اگر آپ</w:t>
      </w:r>
    </w:p>
    <w:p>
      <w:r>
        <w:rPr>
          <w:b/>
        </w:rPr>
        <w:t xml:space="preserve">[12:08] </w:t>
      </w:r>
      <w:r>
        <w:t>50% Khuda ne aap ko bataya good tidings ke roop mein aur 50% aap add na kar sake to kya hoga?</w:t>
      </w:r>
    </w:p>
    <w:p>
      <w:pPr>
        <w:jc w:val="right"/>
      </w:pPr>
      <w:r>
        <w:t>50% خدا نے آپ کو بتایا گڈ ٹائیڈنگ کے روپ میں اور 50% آپ ایڈ نہ کر سکے تو کیا ہوگا؟</w:t>
      </w:r>
    </w:p>
    <w:p>
      <w:r>
        <w:rPr>
          <w:b/>
        </w:rPr>
        <w:t xml:space="preserve">[12:19] </w:t>
      </w:r>
      <w:r>
        <w:t>aap ko aise khwab se kuch faida nahi hoga. khwab khud nahi chalayega. khwab apne sath kabhi bhi yaad rakhiye, interpretation le kar nahi aata.</w:t>
      </w:r>
    </w:p>
    <w:p>
      <w:pPr>
        <w:jc w:val="right"/>
      </w:pPr>
      <w:r>
        <w:t>آپ کو ایسے خواب سے کچھ فائدہ نہیں ہوگا۔ خواب خود نہیں چلائے گا۔ خواب اپنے ساتھ کبھی بھی یاد رکھیے، انٹرپریٹیشن لے کر نہیں آتا۔</w:t>
      </w:r>
    </w:p>
    <w:p>
      <w:r>
        <w:rPr>
          <w:b/>
        </w:rPr>
        <w:t xml:space="preserve">[12:32] </w:t>
      </w:r>
      <w:r>
        <w:t>yeh bohat bari baat samajhna chahiye ke koi bhi dream apne andar interpretation le kar nahi aata. interpretation dream dekhne wale ka apna kaam hai.</w:t>
      </w:r>
    </w:p>
    <w:p>
      <w:pPr>
        <w:jc w:val="right"/>
      </w:pPr>
      <w:r>
        <w:t>یہ بہت بڑی بات سمجھنا چاہیے کہ کوئی بھی ڈریم اپنے اندر انٹرپریٹیشن لے کر نہیں آتا۔ انٹرپریٹیشن ڈریم دیکھنے والے کا اپنا کام ہے۔</w:t>
      </w:r>
    </w:p>
    <w:p>
      <w:r>
        <w:rPr>
          <w:b/>
        </w:rPr>
        <w:t xml:space="preserve">[12:46] </w:t>
      </w:r>
      <w:r>
        <w:t>isko itna add karna parega. yahan bhi wahi baat hai jo wahan hai ke hidayat jo hai tum nahi de sakte jab tak Khuda na chahe.</w:t>
      </w:r>
    </w:p>
    <w:p>
      <w:pPr>
        <w:jc w:val="right"/>
      </w:pPr>
      <w:r>
        <w:t>اس کو اتنا ایڈ کرنا پڑے گا۔ یہاں بھی وہی بات ہے جو وہاں ہے کہ ہدایت جو ہے تم نہیں دے سکتے جب تک خدا نہ چاہے۔</w:t>
      </w:r>
    </w:p>
    <w:p>
      <w:r>
        <w:rPr>
          <w:b/>
        </w:rPr>
        <w:t xml:space="preserve">[12:55] </w:t>
      </w:r>
      <w:r>
        <w:t>yaani tum jo kuch karoge woh 50% hoga. baqiya 50% to mauzu ka kaam hai. apne hisse ka kaam woh agar nahi karega to koi faida nahi hoga.</w:t>
      </w:r>
    </w:p>
    <w:p>
      <w:pPr>
        <w:jc w:val="right"/>
      </w:pPr>
      <w:r>
        <w:t>یعنی تم جو کچھ کرو گے وہ 50% ہوگا۔ بقیہ 50% تو موضوع کا کام ہے۔ اپنے حصے کا کام وہ اگر نہیں کرے گا تو کوئی فائدہ نہیں ہوگا۔</w:t>
      </w:r>
    </w:p>
    <w:p>
      <w:r>
        <w:rPr>
          <w:b/>
        </w:rPr>
        <w:t xml:space="preserve">[13:11] </w:t>
      </w:r>
      <w:r>
        <w:t>to ab Habib bhai ne jab samajh liya ke is ka matlab yeh hai aur isi mein lag gaye, tab ja kar woh khwab jo hai un ke liye rehmat ban gaya, rehmat, blessing.</w:t>
      </w:r>
    </w:p>
    <w:p>
      <w:pPr>
        <w:jc w:val="right"/>
      </w:pPr>
      <w:r>
        <w:t>تو اب حبیب بھائی نے جب سمجھ لیا کہ اس کا مطلب یہ ہے اور اسی میں لگ گئے، تب جا کر وہ خواب جو ہے ان کے لیے رحمت بن گیا، رحمت، بلیسنگ۔</w:t>
      </w:r>
    </w:p>
    <w:p>
      <w:r>
        <w:rPr>
          <w:b/>
        </w:rPr>
        <w:t xml:space="preserve">[13:22] </w:t>
      </w:r>
      <w:r>
        <w:t>is se pehle woh sirf ek dream tha. ab woh ek un ke liye blessing ban gaya, yaani woh apne ko dedicate kar diya unhon ne daawa work mein.</w:t>
      </w:r>
    </w:p>
    <w:p>
      <w:pPr>
        <w:jc w:val="right"/>
      </w:pPr>
      <w:r>
        <w:t>اس سے پہلے وہ صرف ایک ڈریم تھا۔ اب وہ ایک ان کے لیے بلیسنگ بن گیا، یعنی وہ اپنے کو ڈیڈیکیٹ کر دیا انہوں نے دعویٰ ورک میں۔</w:t>
      </w:r>
    </w:p>
    <w:p>
      <w:r>
        <w:rPr>
          <w:b/>
        </w:rPr>
        <w:t xml:space="preserve">[13:33] </w:t>
      </w:r>
      <w:r>
        <w:t>to jinhon ne mujhe telephone kiya, un se bhi mein ne yahi kaha</w:t>
      </w:r>
    </w:p>
    <w:p>
      <w:pPr>
        <w:jc w:val="right"/>
      </w:pPr>
      <w:r>
        <w:t>تو جنہوں نے مجھے ٹیلی فون کیا، ان سے بھی میں نے یہی کہا</w:t>
      </w:r>
    </w:p>
    <w:p>
      <w:r>
        <w:rPr>
          <w:b/>
        </w:rPr>
        <w:t xml:space="preserve">[13:42] </w:t>
      </w:r>
      <w:r>
        <w:t>ke aap ke dream ka matlab kya hai, is ko 50% ko add kijiye apni taraf se. ke aap dekhte hain ke aap khud chal rahe hain aur aap ka ek jana bojha aadmi dead pada hua hai.</w:t>
      </w:r>
    </w:p>
    <w:p>
      <w:pPr>
        <w:jc w:val="right"/>
      </w:pPr>
      <w:r>
        <w:t>کہ آپ کے ڈریم کا مطلب کیا ہے، اس کو 50% کو ایڈ کیجیے اپنی طرف سے۔ کہ آپ دیکھتے ہیں کہ آپ خود چل رہے ہیں اور آپ کا ایک جانا بوجھا آدمی ڈیڈ پڑا ہوا ہے۔</w:t>
      </w:r>
    </w:p>
    <w:p>
      <w:r>
        <w:rPr>
          <w:b/>
        </w:rPr>
        <w:t xml:space="preserve">[13:58] </w:t>
      </w:r>
      <w:r>
        <w:t>to yeh kya cheez hai? aap ko Allah ke fazl se is mission ki, yeh mission aap ko daryaft, yeh mission aap ko discover hua.</w:t>
      </w:r>
    </w:p>
    <w:p>
      <w:pPr>
        <w:jc w:val="right"/>
      </w:pPr>
      <w:r>
        <w:t>تو یہ کیا چیز ہے؟ آپ کو اللہ کے فضل سے اس مشن کی، یہ مشن آپ کو دریافت، یہ مشن آپ کو ڈسکور ہوا۔</w:t>
      </w:r>
    </w:p>
    <w:p>
      <w:r>
        <w:rPr>
          <w:b/>
        </w:rPr>
        <w:t xml:space="preserve">[14:12] </w:t>
      </w:r>
      <w:r>
        <w:t>daawa work ke importance ko aap ne samjha. is mission mein aap ne apne aap ko jora. to aap ek chalne wala insan ban gaye. is aadmi ko abhi mission ki koi discovery nahi hui.</w:t>
      </w:r>
    </w:p>
    <w:p>
      <w:pPr>
        <w:jc w:val="right"/>
      </w:pPr>
      <w:r>
        <w:t>دعویٰ ورک کے امپورٹنس کو آپ نے سمجھا۔ اس مشن میں آپ نے اپنے آپ کو جوڑا۔ تو آپ ایک چلنے والا انسان بن گئے۔ اس آدمی کو ابھی مشن کی کوئی ڈسکوری نہیں ہوئی۔</w:t>
      </w:r>
    </w:p>
    <w:p>
      <w:r>
        <w:rPr>
          <w:b/>
        </w:rPr>
        <w:t xml:space="preserve">[14:26] </w:t>
      </w:r>
      <w:r>
        <w:t>isko marifat nahi hui. is ko koi realization nahi hua. to woh dead pada hua hai. to phir aap ne kya karte hain?</w:t>
      </w:r>
    </w:p>
    <w:p>
      <w:pPr>
        <w:jc w:val="right"/>
      </w:pPr>
      <w:r>
        <w:t>اس کو معرفت نہیں ہوئی۔ اس کو کوئی ریلائزیشن نہیں ہوا۔ تو وہ ڈیڈ پڑا ہوا ہے۔ تو پھر آپ نے کیا کرتے ہیں؟</w:t>
      </w:r>
    </w:p>
    <w:p>
      <w:r>
        <w:rPr>
          <w:b/>
        </w:rPr>
        <w:t xml:space="preserve">[14:36] </w:t>
      </w:r>
      <w:r>
        <w:t>aap ke aap us ke upar ja kar chadar daal dete hain. to chadar ke baad phir woh zinda ho jata hai. yaani aap apna ilm transfer karte hain us ki taraf.</w:t>
      </w:r>
    </w:p>
    <w:p>
      <w:pPr>
        <w:jc w:val="right"/>
      </w:pPr>
      <w:r>
        <w:t>آپ کہ آپ اس کے اوپر جا کر چادر ڈال دیتے ہیں۔ تو چادر کے بعد پھر وہ زندہ ہو جاتا ہے۔ یعنی آپ اپنا علم ٹرانسفر کرتے ہیں اس کی طرف۔</w:t>
      </w:r>
    </w:p>
    <w:p>
      <w:r>
        <w:rPr>
          <w:b/>
        </w:rPr>
        <w:t xml:space="preserve">[14:48] </w:t>
      </w:r>
      <w:r>
        <w:t>yeh matlab hai. woh us ke upar daawa work karte hain. us ko baat batate hain. us ko samjhate hain. phir zinda ho jata hai woh. to dekhen, kabhi aisa hota hai ke present ke language mein future ki baat kahi jati hai.</w:t>
      </w:r>
    </w:p>
    <w:p>
      <w:pPr>
        <w:jc w:val="right"/>
      </w:pPr>
      <w:r>
        <w:t>یہ مطلب ہے۔ وہ اس کے اوپر دعویٰ ورک کرتے ہیں۔ اس کو بات بتاتے ہیں۔ اس کو سمجھاتے ہیں۔ پھر زندہ ہو جاتا ہے وہ۔ تو دیکھیں، کبھی ایسا ہوتا ہے کہ پریزنٹ کے لینگویج میں فیوچر کی بات کہی جاتی ہے۔</w:t>
      </w:r>
    </w:p>
    <w:p>
      <w:r>
        <w:rPr>
          <w:b/>
        </w:rPr>
        <w:t xml:space="preserve">[15:05] </w:t>
      </w:r>
      <w:r>
        <w:t>yahan par jo kaha gaya hai woh yeh hai ke aisa hi karo. yaani un ke upar chadar dalo ka matlab kya hai?</w:t>
      </w:r>
    </w:p>
    <w:p>
      <w:pPr>
        <w:jc w:val="right"/>
      </w:pPr>
      <w:r>
        <w:t>یہاں پر جو کہا گیا ہے وہ یہ ہے کہ ایسا ہی کرو۔ یعنی ان کے اوپر چادر ڈالو کا مطلب کیا ہے؟</w:t>
      </w:r>
    </w:p>
    <w:p>
      <w:r>
        <w:rPr>
          <w:b/>
        </w:rPr>
        <w:t xml:space="preserve">[15:17] </w:t>
      </w:r>
      <w:r>
        <w:t>wohi gyan un ko pohanchao. wohi realization un ko pohanchao. wohi sachai banto un ko.</w:t>
      </w:r>
    </w:p>
    <w:p>
      <w:pPr>
        <w:jc w:val="right"/>
      </w:pPr>
      <w:r>
        <w:t>وہی گیان ان کو پہنچاؤ۔ وہی ریلائزیشن ان کو پہنچاؤ۔ وہی سچائی بانٹو ان کو۔</w:t>
      </w:r>
    </w:p>
    <w:p>
      <w:r>
        <w:rPr>
          <w:b/>
        </w:rPr>
        <w:t xml:space="preserve">[15:28] </w:t>
      </w:r>
      <w:r>
        <w:t>taake jis tarah tum chal phir rahe ho, zinda ho, to woh bhi chalne phirne lage aur zinda ho kar ke. yeh matlab hai.</w:t>
      </w:r>
    </w:p>
    <w:p>
      <w:pPr>
        <w:jc w:val="right"/>
      </w:pPr>
      <w:r>
        <w:t>تاکہ جس طرح تم چل پھر رہے ہو، زندہ ہو، تو وہ بھی چلنے پھرنے لگے اور زندہ ہو کر کے۔ یہ مطلب ہے۔</w:t>
      </w:r>
    </w:p>
    <w:p>
      <w:r>
        <w:rPr>
          <w:b/>
        </w:rPr>
        <w:t xml:space="preserve">[15:39] </w:t>
      </w:r>
      <w:r>
        <w:t>yani khabar ki zaban mein yeh insha hai. yani present ki zaban mein future ki baat kahi gayi hai. to is khwab ka matlab yeh hai ke aap ko Khuda ki tofeeq se sachai ki discovery ho gayi.</w:t>
      </w:r>
    </w:p>
    <w:p>
      <w:pPr>
        <w:jc w:val="right"/>
      </w:pPr>
      <w:r>
        <w:t>یعنی خبر کی زبان میں یہ انشاء ہے۔ یعنی پریزنٹ کی زبان میں فیوچر کی بات کہی گئی ہے۔ تو اس خواب کا مطلب یہ ہے کہ آپ کو خدا کی توفیق سے سچائی کی ڈسکوری ہو گئی۔</w:t>
      </w:r>
    </w:p>
    <w:p>
      <w:r>
        <w:rPr>
          <w:b/>
        </w:rPr>
        <w:t xml:space="preserve">[15:59] </w:t>
      </w:r>
      <w:r>
        <w:t>to aap chal phir rahe hain. aur jis ko discovery nahi hui, woh dead pada hua hai. to aap bantein. apne gyan ko bantein.</w:t>
      </w:r>
    </w:p>
    <w:p>
      <w:pPr>
        <w:jc w:val="right"/>
      </w:pPr>
      <w:r>
        <w:t>تو آپ چل پھر رہے ہیں۔ اور جس کو ڈسکوری نہیں ہوئی، وہ ڈیڈ پڑا ہوا ہے۔ تو آپ بانٹیے۔ اپنے گیان کو بانٹیے۔</w:t>
      </w:r>
    </w:p>
    <w:p>
      <w:r>
        <w:rPr>
          <w:b/>
        </w:rPr>
        <w:t xml:space="preserve">[16:12] </w:t>
      </w:r>
      <w:r>
        <w:t>apni marifat ko bantein. apne ilm ko bantein. apni realization ko bantein.</w:t>
      </w:r>
    </w:p>
    <w:p>
      <w:pPr>
        <w:jc w:val="right"/>
      </w:pPr>
      <w:r>
        <w:t>اپنی معرفت کو بانٹیے۔ اپنے علم کو بانٹیے۔ اپنی ریلائزیشن کو بانٹیے۔</w:t>
      </w:r>
    </w:p>
    <w:p>
      <w:r>
        <w:rPr>
          <w:b/>
        </w:rPr>
        <w:t xml:space="preserve">[16:22] </w:t>
      </w:r>
      <w:r>
        <w:t>yeh matlab hai is khwab ka. ab dekhein, is par ek ayat bohat hi zyada isi se relevant hai. Surah Al-An'am, yani chapter number six.</w:t>
      </w:r>
    </w:p>
    <w:p>
      <w:pPr>
        <w:jc w:val="right"/>
      </w:pPr>
      <w:r>
        <w:t>یہ مطلب ہے اس خواب کا۔ اب دیکھیں، اس پر ایک آیت بہت ہی زیادہ اسی سے ریلیونٹ ہے۔ سورہ الانعام، یعنی چیپٹر نمبر سکس۔</w:t>
      </w:r>
    </w:p>
    <w:p>
      <w:r>
        <w:rPr>
          <w:b/>
        </w:rPr>
        <w:t xml:space="preserve">[16:37] </w:t>
      </w:r>
      <w:r>
        <w:t>chapter number six, verse number 122.</w:t>
      </w:r>
    </w:p>
    <w:p>
      <w:pPr>
        <w:jc w:val="right"/>
      </w:pPr>
      <w:r>
        <w:t>چیپٹر نمبر سکس، ورس نمبر 122۔</w:t>
      </w:r>
    </w:p>
    <w:p>
      <w:r>
        <w:rPr>
          <w:b/>
        </w:rPr>
        <w:t xml:space="preserve">[16:44] </w:t>
      </w:r>
      <w:r>
        <w:t>chapter number six, 122. is ka is mein yeh aaya hai ke "A man was dead, then We gave him life and made for him a light by which he walks among people." (Translation of Quranic text)</w:t>
      </w:r>
    </w:p>
    <w:p>
      <w:pPr>
        <w:jc w:val="right"/>
      </w:pPr>
      <w:r>
        <w:t>چیپٹر نمبر سکس، 122۔ اس کا اس میں یہ آیا ہے کہ اومن کان میت فاحنا وجعلنا نوریمشی بہ فی الناس۔</w:t>
      </w:r>
    </w:p>
    <w:p>
      <w:r>
        <w:rPr>
          <w:b/>
        </w:rPr>
        <w:t xml:space="preserve">[17:01] </w:t>
      </w:r>
      <w:r>
        <w:t>is ka matlab kya hai? is ka matlab yeh hai ke man was dead.</w:t>
      </w:r>
    </w:p>
    <w:p>
      <w:pPr>
        <w:jc w:val="right"/>
      </w:pPr>
      <w:r>
        <w:t>اس کا مطلب کیا ہے؟ اس کا مطلب یہ ہے کہ مین واز ڈیڈ۔</w:t>
      </w:r>
    </w:p>
    <w:p>
      <w:r>
        <w:rPr>
          <w:b/>
        </w:rPr>
        <w:t xml:space="preserve">[17:10] </w:t>
      </w:r>
      <w:r>
        <w:t>then we gave him guidance. now he is walking with this guidance among people. yeh matlab hai is ka.</w:t>
      </w:r>
    </w:p>
    <w:p>
      <w:pPr>
        <w:jc w:val="right"/>
      </w:pPr>
      <w:r>
        <w:t>دین وی گیو ہم گائیڈنس۔ ناو ہی از واکنگ ود دس گائیڈنس امنگ پیپل۔ یہ مطلب ہے اس کا۔</w:t>
      </w:r>
    </w:p>
    <w:p>
      <w:r>
        <w:rPr>
          <w:b/>
        </w:rPr>
        <w:t xml:space="preserve">[17:19] </w:t>
      </w:r>
      <w:r>
        <w:t>is ka literal translation yeh hai ke insan murda tha. phir hum ne is ko zinda kar diya.</w:t>
      </w:r>
    </w:p>
    <w:p>
      <w:pPr>
        <w:jc w:val="right"/>
      </w:pPr>
      <w:r>
        <w:t>اس کا لٹرل ٹرانسلیشن یہ ہے کہ انسان مردہ تھا۔ پھر ہم نے اس کو زندہ کر دیا۔</w:t>
      </w:r>
    </w:p>
    <w:p>
      <w:r>
        <w:rPr>
          <w:b/>
        </w:rPr>
        <w:t xml:space="preserve">[17:33] </w:t>
      </w:r>
      <w:r>
        <w:t>aur is ko hum ne ek noor de diya, roshni de di, light de di. ab logon ke darmiyan is light ke sath woh chal raha hai. yeh theek yahi matlab hai is dream ka bhi.</w:t>
      </w:r>
    </w:p>
    <w:p>
      <w:pPr>
        <w:jc w:val="right"/>
      </w:pPr>
      <w:r>
        <w:t>اور اس کو ہم نے ایک نور دے دیا، روشنی دے دی، لائٹ دے دیا۔ اب لوگوں کے درمیان اس لائٹ کے ساتھ وہ چل رہا ہے۔ یہ ٹھیک یہی مطلب ہے اس ڈریم کا بھی۔</w:t>
      </w:r>
    </w:p>
    <w:p>
      <w:r>
        <w:rPr>
          <w:b/>
        </w:rPr>
        <w:t xml:space="preserve">[17:46] </w:t>
      </w:r>
      <w:r>
        <w:t>yahan par dekhiye, yeh dead ka word hai jo "mayyit". "A man was mayyitan". mayyit mani dead, murda.</w:t>
      </w:r>
    </w:p>
    <w:p>
      <w:pPr>
        <w:jc w:val="right"/>
      </w:pPr>
      <w:r>
        <w:t>یہاں پر دیکھیے، یہ ڈیڈ کا ورڈ ہے جو میت۔ اومن کان میتن۔ میت معنی ڈیڈ، مردہ۔</w:t>
      </w:r>
    </w:p>
    <w:p>
      <w:r>
        <w:rPr>
          <w:b/>
        </w:rPr>
        <w:t xml:space="preserve">[17:56] </w:t>
      </w:r>
      <w:r>
        <w:t>yeh dead ka lafz wahan par allegorical sense mein hai. allegorical sense mein. yani physical death murad nahi hai yahan par.</w:t>
      </w:r>
    </w:p>
    <w:p>
      <w:pPr>
        <w:jc w:val="right"/>
      </w:pPr>
      <w:r>
        <w:t>یہ ڈیڈ کا لفظ وہاں پر ایلیگریکل سینس میں ہے۔ ایلیگریکل سینس میں۔ یعنی فزیکل ڈیتھ مراد نہیں ہے یہاں پر۔</w:t>
      </w:r>
    </w:p>
    <w:p>
      <w:r>
        <w:rPr>
          <w:b/>
        </w:rPr>
        <w:t xml:space="preserve">[18:07] </w:t>
      </w:r>
      <w:r>
        <w:t>spiritual death murad hai. spiritual death. yani death in terms of realization.</w:t>
      </w:r>
    </w:p>
    <w:p>
      <w:pPr>
        <w:jc w:val="right"/>
      </w:pPr>
      <w:r>
        <w:t>اسپریچول ڈیتھ مراد ہے۔ اسپریچول ڈیتھ۔ یعنی ڈیتھ ان ٹرم آف ریلائزیشن۔</w:t>
      </w:r>
    </w:p>
    <w:p>
      <w:r>
        <w:rPr>
          <w:b/>
        </w:rPr>
        <w:t xml:space="preserve">[18:17] </w:t>
      </w:r>
      <w:r>
        <w:t>death in terms of marifat. death in terms of discovery.</w:t>
      </w:r>
    </w:p>
    <w:p>
      <w:pPr>
        <w:jc w:val="right"/>
      </w:pPr>
      <w:r>
        <w:t>ڈیتھ ان ٹرم آف معرفت۔ ڈیتھ ان ٹرم آف ڈسکوری۔</w:t>
      </w:r>
    </w:p>
    <w:p>
      <w:r>
        <w:rPr>
          <w:b/>
        </w:rPr>
        <w:t xml:space="preserve">[18:25] </w:t>
      </w:r>
      <w:r>
        <w:t>to log yeh baat dekhiye, yeh jo khwab hai, is hadith, is ayat ko milaiye. yeh khwab kisi ek insan ko nahi bata raha hai.</w:t>
      </w:r>
    </w:p>
    <w:p>
      <w:pPr>
        <w:jc w:val="right"/>
      </w:pPr>
      <w:r>
        <w:t>تو لوگ یہ بات دیکھیے، یہ جو خواب ہے، اس حدیث، اس آیت کو ملائیے۔ یہ خواب کسی ایک انسان کو نہیں بتا رہا ہے۔</w:t>
      </w:r>
    </w:p>
    <w:p>
      <w:r>
        <w:rPr>
          <w:b/>
        </w:rPr>
        <w:t xml:space="preserve">[18:37] </w:t>
      </w:r>
      <w:r>
        <w:t>sari insaniyat ke baray mein yeh bata raha hai ke woh log, is ko aap generalize kijiye. is khwab ko aap generalize kijiye, is dream ko.</w:t>
      </w:r>
    </w:p>
    <w:p>
      <w:pPr>
        <w:jc w:val="right"/>
      </w:pPr>
      <w:r>
        <w:t>ساری انسانیت کے بارے میں یہ بتا رہا ہے کہ وہ لوگ، اس کو آپ جنرلائز کیجیے۔ اس خواب کو آپ جنرلائز کیجیے، اس ڈریم کو۔</w:t>
      </w:r>
    </w:p>
    <w:p>
      <w:r>
        <w:rPr>
          <w:b/>
        </w:rPr>
        <w:t xml:space="preserve">[18:47] </w:t>
      </w:r>
      <w:r>
        <w:t>to matlab yeh banega ke dunya mein do qism ke log hain. ek woh jin ko spiritual life mil chuki.</w:t>
      </w:r>
    </w:p>
    <w:p>
      <w:pPr>
        <w:jc w:val="right"/>
      </w:pPr>
      <w:r>
        <w:t>تو مطلب یہ بنے گا کہ دنیا میں دو قسم کے لوگ ہیں۔ ایک وہ جن کو اسپریچول لائف مل چکی۔</w:t>
      </w:r>
    </w:p>
    <w:p>
      <w:r>
        <w:rPr>
          <w:b/>
        </w:rPr>
        <w:t xml:space="preserve">[18:58] </w:t>
      </w:r>
      <w:r>
        <w:t>yeh spiritual light mil chuki. jo roshni mein aa gaye. aur doosre woh log hain jin ko abhi spiritual light nahi mili hai.</w:t>
      </w:r>
    </w:p>
    <w:p>
      <w:pPr>
        <w:jc w:val="right"/>
      </w:pPr>
      <w:r>
        <w:t>یہ اسپریچول لائٹ مل چکی۔ جو روشنی میں آ چکے۔ اور دوسرے وہ لوگ ہیں جن کو ابھی اسپریچول لائٹ نہیں ملی ہے۔</w:t>
      </w:r>
    </w:p>
    <w:p>
      <w:r>
        <w:rPr>
          <w:b/>
        </w:rPr>
        <w:t xml:space="preserve">[19:09] </w:t>
      </w:r>
      <w:r>
        <w:t>to yeh zinda hain, woh dead hain. to zindon ka kaam hai ke dead ko bantein, apni is spiritual light ko. yani khoob khoob da'wa work karein.</w:t>
      </w:r>
    </w:p>
    <w:p>
      <w:pPr>
        <w:jc w:val="right"/>
      </w:pPr>
      <w:r>
        <w:t>تو یہ زندہ ہیں، وہ ڈیڈ ہیں۔ تو زندوں کا کام ہے کہ ڈیڈ کو بانٹیں، اپنی اس اسپریچول لائٹ کو۔ یعنی خوب خوب دعویٰ ورک کریں۔</w:t>
      </w:r>
    </w:p>
    <w:p>
      <w:r>
        <w:rPr>
          <w:b/>
        </w:rPr>
        <w:t xml:space="preserve">[19:20] </w:t>
      </w:r>
      <w:r>
        <w:t>khoob khoob da'wa work karein. khoob khoob da'wa work karein. yeh hai matlab is ka. ab dekhiye ke yeh jo marifat jis ko hum kehte hain ya ya jis ko hum kehte hain realization,</w:t>
      </w:r>
    </w:p>
    <w:p>
      <w:pPr>
        <w:jc w:val="right"/>
      </w:pPr>
      <w:r>
        <w:t>خوب خوب دعویٰ ورک کریں۔ خوب خوب دعویٰ ورک کریں۔ یہ ہے مطلب اس کا۔ اب دیکھیے کہ یہ جو معرفت جس کو ہم کہتے ہیں یا یا جس کو ہم کہتے ہیں ریلائزیشن،</w:t>
      </w:r>
    </w:p>
    <w:p>
      <w:r>
        <w:rPr>
          <w:b/>
        </w:rPr>
        <w:t xml:space="preserve">[19:37] </w:t>
      </w:r>
      <w:r>
        <w:t>to is ko samjhiye. main samajhta hoon ke best example hai electricity ka mamla.</w:t>
      </w:r>
    </w:p>
    <w:p>
      <w:pPr>
        <w:jc w:val="right"/>
      </w:pPr>
      <w:r>
        <w:t>تو اس کو سمجھئیے۔ میں سمجھتا ہوں کہ بیسٹ ایگزامپل ہے الیکٹریسٹی کا معاملہ۔</w:t>
      </w:r>
    </w:p>
    <w:p>
      <w:r>
        <w:rPr>
          <w:b/>
        </w:rPr>
        <w:t xml:space="preserve">[19:49] </w:t>
      </w:r>
      <w:r>
        <w:t>hum aap yahan baithe hue hain. yahan par agar agar hamare hamare yeh jagah jo hai powerhouse se juri hui na ho to kya hoga?</w:t>
      </w:r>
    </w:p>
    <w:p>
      <w:pPr>
        <w:jc w:val="right"/>
      </w:pPr>
      <w:r>
        <w:t>ہم آپ یہاں بیٹھے ہوئے ہیں۔ یہاں پر اگر اگر ہمارے ہمارے یہ جگہ جو ہے پاور ہاؤس سے جڑی ہوئی نہ ہو تو کیا ہوگا؟</w:t>
      </w:r>
    </w:p>
    <w:p>
      <w:r>
        <w:rPr>
          <w:b/>
        </w:rPr>
        <w:t xml:space="preserve">[20:01] </w:t>
      </w:r>
      <w:r>
        <w:t>yahan andhera hoga. yahan andhera hoga. sab kuch andhere mein hoga. lekin jaise hi hum powerhouse se connect karte hain apni is jagah ko to yeh sab kuch roshni mein aa jata hai.</w:t>
      </w:r>
    </w:p>
    <w:p>
      <w:pPr>
        <w:jc w:val="right"/>
      </w:pPr>
      <w:r>
        <w:t>یہاں اندھیرا ہوگا۔ یہاں اندھیرا ہوگا۔ سب کچھ اندھیرے میں ہوگا۔ لیکن جیسے ہی ہم پاور ہاؤس سے کنیکٹ کرتے ہیں اپنی اس جگہ کو تو یہ سب کچھ روشنی میں آ جاتا ہے۔</w:t>
      </w:r>
    </w:p>
    <w:p>
      <w:r>
        <w:rPr>
          <w:b/>
        </w:rPr>
        <w:t xml:space="preserve">[20:18] </w:t>
      </w:r>
      <w:r>
        <w:t>lighten jal jati hain. pankha chalne lagta hai. sab kuch harkat mein aa jata hai. to insan is waqt tak yaani dead hai jab tak khuda se is ka contact nahi banta.</w:t>
      </w:r>
    </w:p>
    <w:p>
      <w:pPr>
        <w:jc w:val="right"/>
      </w:pPr>
      <w:r>
        <w:t>لائٹیں جل جاتی ہیں۔ پنکھا چلنے لگتا ہے۔ سب کچھ حرکت میں آ جاتا ہے۔ تو انسان اس وقت تک یعنی ڈیڈ ہے جب تک خدا سے اس کا کنٹیکٹ نہیں بنتا۔</w:t>
      </w:r>
    </w:p>
    <w:p>
      <w:r>
        <w:rPr>
          <w:b/>
        </w:rPr>
        <w:t xml:space="preserve">[20:38] </w:t>
      </w:r>
      <w:r>
        <w:t>khuda samjhiye ke woh power house hai. hum ko samjhiye ke hum aik aik ghar hain jahan ke connection jorna hai.</w:t>
      </w:r>
    </w:p>
    <w:p>
      <w:pPr>
        <w:jc w:val="right"/>
      </w:pPr>
      <w:r>
        <w:t>خدا سمجھئیے کہ وہ پاور ہاؤس ہے۔ ہم کو سمجھئیے کہ ہم ایک ایک گھر ہیں جہاں کے کنیکشن جوڑنا ہے۔</w:t>
      </w:r>
    </w:p>
    <w:p>
      <w:r>
        <w:rPr>
          <w:b/>
        </w:rPr>
        <w:t xml:space="preserve">[20:47] </w:t>
      </w:r>
      <w:r>
        <w:t>to insan jo hai jab tak khuda ke power house se apne ko nahi jorta, is ka connection nahi banta, tab tak woh andhere mein hai.</w:t>
      </w:r>
    </w:p>
    <w:p>
      <w:pPr>
        <w:jc w:val="right"/>
      </w:pPr>
      <w:r>
        <w:t>تو انسان جو ہے جب تک خدا کے پاور ہاؤس سے اپنے کو نہیں جوڑتا، اس کا کنیکشن نہیں بنتا، تب تک وہ اندھیرے میں ہے۔</w:t>
      </w:r>
    </w:p>
    <w:p>
      <w:r>
        <w:rPr>
          <w:b/>
        </w:rPr>
        <w:t xml:space="preserve">[21:00] </w:t>
      </w:r>
      <w:r>
        <w:t>kuch bhi is ko nahi.</w:t>
      </w:r>
    </w:p>
    <w:p>
      <w:pPr>
        <w:jc w:val="right"/>
      </w:pPr>
      <w:r>
        <w:t>کچھ بھی اس کو نہیں۔</w:t>
      </w:r>
    </w:p>
    <w:p>
      <w:r>
        <w:rPr>
          <w:b/>
        </w:rPr>
        <w:t xml:space="preserve">[21:05] </w:t>
      </w:r>
      <w:r>
        <w:t>kal mein apne mere ghar mein aik corner hai park ki taraf. to wahan bohat beautiful scene rehta hai. mein wahan baithta hoon aksar.</w:t>
      </w:r>
    </w:p>
    <w:p>
      <w:pPr>
        <w:jc w:val="right"/>
      </w:pPr>
      <w:r>
        <w:t>کل میں اپنے میرے گھر میں ایک کارنر ہے پارک کی طرف۔ تو وہاں بہت بیوٹی فل سین رہتا ہے۔ میں وہاں بیٹھتا ہوں اکثر۔</w:t>
      </w:r>
    </w:p>
    <w:p>
      <w:r>
        <w:rPr>
          <w:b/>
        </w:rPr>
        <w:t xml:space="preserve">[21:15] </w:t>
      </w:r>
      <w:r>
        <w:t>to wahan park dikhai deta hai. peir dikhai dete hain. aasman dikhai deta hai. aik nature ka mahaul wahan par rehta hai. to kal mein wahan baitha hua tha aur suraj chamak raha tha oper.</w:t>
      </w:r>
    </w:p>
    <w:p>
      <w:pPr>
        <w:jc w:val="right"/>
      </w:pPr>
      <w:r>
        <w:t>تو وہاں پارک دکھائی دیتا ہے۔ پیڑ دکھائی دیتے ہیں۔ آسمان دکھائی دیتا ہے۔ ایک نیچر کا ماحول وہاں پر رہتا ہے۔ تو کل میں وہاں بیٹھا ہوا تھا اور سورج چمک رہا تھا اوپر۔</w:t>
      </w:r>
    </w:p>
    <w:p>
      <w:r>
        <w:rPr>
          <w:b/>
        </w:rPr>
        <w:t xml:space="preserve">[21:29] </w:t>
      </w:r>
      <w:r>
        <w:t>to achaanak mein ne socha ke agar agar yeh suraj be noor ho jaye,</w:t>
      </w:r>
    </w:p>
    <w:p>
      <w:pPr>
        <w:jc w:val="right"/>
      </w:pPr>
      <w:r>
        <w:t>تو اچانک میں نے سوچا کہ اگر اگر یہ سورج بے نور ہو جائے،</w:t>
      </w:r>
    </w:p>
    <w:p>
      <w:r>
        <w:rPr>
          <w:b/>
        </w:rPr>
        <w:t xml:space="preserve">[21:38] </w:t>
      </w:r>
      <w:r>
        <w:t>suraj ki roshni khatam ho jaye. science yeh kehti hai ke kisi bhi second ke fraction mein suraj ki roshni khatam ho sakti hai.</w:t>
      </w:r>
    </w:p>
    <w:p>
      <w:pPr>
        <w:jc w:val="right"/>
      </w:pPr>
      <w:r>
        <w:t>سورج کی روشنی ختم ہو جائے۔ سائنس یہ کہتی ہے کہ کسی بھی سیکنڈ کے فریکشن میں سورج کی روشنی ختم ہو سکتی ہے۔</w:t>
      </w:r>
    </w:p>
    <w:p>
      <w:r>
        <w:rPr>
          <w:b/>
        </w:rPr>
        <w:t xml:space="preserve">[21:49] </w:t>
      </w:r>
      <w:r>
        <w:t>yeh bas samjhiye ke woh koi guaranteed na lijiye suraj ki roshni ko.</w:t>
      </w:r>
    </w:p>
    <w:p>
      <w:pPr>
        <w:jc w:val="right"/>
      </w:pPr>
      <w:r>
        <w:t>یہ بس سمجھئیے کہ وہ کوئی فار گارنٹیڈ نہ لیجئے سورج کی روشنی کو۔</w:t>
      </w:r>
    </w:p>
    <w:p>
      <w:r>
        <w:rPr>
          <w:b/>
        </w:rPr>
        <w:t xml:space="preserve">[21:57] </w:t>
      </w:r>
      <w:r>
        <w:t>science ke lehaz se agar aap dekhein to second ke fraction mein suraj ki roshni khatam ho sakti hai. to mein ne socha ke agar agar roshni khatam ho jaye suraj ki to kya hoga?</w:t>
      </w:r>
    </w:p>
    <w:p>
      <w:pPr>
        <w:jc w:val="right"/>
      </w:pPr>
      <w:r>
        <w:t>سائنس کے لحاظ سے اگر آپ دیکھیں تو سیکنڈ کے فریکشن میں سورج کی روشنی ختم ہو سکتی ہے۔ تو میں نے سوچا کہ اگر اگر روشنی ختم ہو جائے سورج کی تو کیا ہوگا؟</w:t>
      </w:r>
    </w:p>
    <w:p>
      <w:r>
        <w:rPr>
          <w:b/>
        </w:rPr>
        <w:t xml:space="preserve">[22:09] </w:t>
      </w:r>
      <w:r>
        <w:t>mere sar par aankh hogi magar mein dekhun ga nahi. mere samne park hoga magar mujh ko woh nazar nahi aayega. sab kuch phir bhi rahega, exist karega.</w:t>
      </w:r>
    </w:p>
    <w:p>
      <w:pPr>
        <w:jc w:val="right"/>
      </w:pPr>
      <w:r>
        <w:t>میرے سر پر آنکھ ہوگی مگر میں دیکھوں گا نہیں۔ میرے سامنے پارک ہوگا مگر مجھ کو وہ نظر نہیں آئے گا۔ سب کچھ پھر بھی رہے گا، ایگزسٹ کرے گا۔</w:t>
      </w:r>
    </w:p>
    <w:p>
      <w:r>
        <w:rPr>
          <w:b/>
        </w:rPr>
        <w:t xml:space="preserve">[22:21] </w:t>
      </w:r>
      <w:r>
        <w:t>lekin mere liye woh non existent hoga. yeh hai khuda se jodna.</w:t>
      </w:r>
    </w:p>
    <w:p>
      <w:pPr>
        <w:jc w:val="right"/>
      </w:pPr>
      <w:r>
        <w:t>لیکن میرے لیے وہ نان ایگزسٹنٹ ہوگا۔ یہ ہے خدا سے جوڑنا۔</w:t>
      </w:r>
    </w:p>
    <w:p>
      <w:r>
        <w:rPr>
          <w:b/>
        </w:rPr>
        <w:t xml:space="preserve">[22:30] </w:t>
      </w:r>
      <w:r>
        <w:t>quran mein hai ke rasool ke bare mein ke siraj munira. quran ke bare mein, rasool ke bare mein ke yeh siraj munir hai.</w:t>
      </w:r>
    </w:p>
    <w:p>
      <w:pPr>
        <w:jc w:val="right"/>
      </w:pPr>
      <w:r>
        <w:t>قرآن میں ہے کہ رسول کے بارے میں کہ سراج منیرہ۔ قرآن کے بارے میں، رسول کے بارے میں کہ یہ سراج منیر ہے۔</w:t>
      </w:r>
    </w:p>
    <w:p>
      <w:r>
        <w:rPr>
          <w:b/>
        </w:rPr>
        <w:t xml:space="preserve">[22:42] </w:t>
      </w:r>
      <w:r>
        <w:t>roshni ka bhandar hai. yeh quran, yeh rasool ki hidayat aur yeh khuda. to khuda ne suraj ki roshni ki shakal mein humein bataya hai ke tum aankh rakhte ho, tab bhi tumhein light ki zaroorat hai.</w:t>
      </w:r>
    </w:p>
    <w:p>
      <w:pPr>
        <w:jc w:val="right"/>
      </w:pPr>
      <w:r>
        <w:t>روشنی کا بھنڈار ہے۔ یہ قرآن، یہ رسول کی ہدایت اور یہ خدا۔ تو خدا نے سورج کی روشنی کی شکل میں ہمیں بتایا ہے کہ تم آنکھ رکھتے ہو، تب بھی تمہیں لائٹ کی ضرورت ہے۔</w:t>
      </w:r>
    </w:p>
    <w:p>
      <w:r>
        <w:rPr>
          <w:b/>
        </w:rPr>
        <w:t xml:space="preserve">[23:00] </w:t>
      </w:r>
      <w:r>
        <w:t>tumhari aankh kafi nahi hai dekhne ke liye. tumhein light chahiye. to yeh hai suraj ki roshni mein divine light ko bataya gaya hai.</w:t>
      </w:r>
    </w:p>
    <w:p>
      <w:pPr>
        <w:jc w:val="right"/>
      </w:pPr>
      <w:r>
        <w:t>تمہاری آنکھ کافی نہیں ہے دیکھنے کے لیے۔ تمہیں لائٹ چاہیے۔ تو یہ ہے سورج کی روشنی میں ڈیوائن لائٹ کو بتایا گیا ہے۔</w:t>
      </w:r>
    </w:p>
    <w:p>
      <w:r>
        <w:rPr>
          <w:b/>
        </w:rPr>
        <w:t xml:space="preserve">[23:11] </w:t>
      </w:r>
      <w:r>
        <w:t>tumhein divine light darkar hai.</w:t>
      </w:r>
    </w:p>
    <w:p>
      <w:pPr>
        <w:jc w:val="right"/>
      </w:pPr>
      <w:r>
        <w:t>تمہیں ڈیوائن لائٹ درکار ہے۔</w:t>
      </w:r>
    </w:p>
    <w:p>
      <w:r>
        <w:rPr>
          <w:b/>
        </w:rPr>
        <w:t xml:space="preserve">[23:15] </w:t>
      </w:r>
      <w:r>
        <w:t>to daawa work kya hai? daawa work yahi hai ke jo log andhere mein bhatak rahe hain, un ko khuda ki roshni pahunchana.</w:t>
      </w:r>
    </w:p>
    <w:p>
      <w:pPr>
        <w:jc w:val="right"/>
      </w:pPr>
      <w:r>
        <w:t>تو دعویٰ ورک کیا ہے؟ دعویٰ ورک یہی ہے کہ جو لوگ اندھیرے میں بھٹک رہے ہیں، ان کو خدا کی روشنی پہنچانا۔</w:t>
      </w:r>
    </w:p>
    <w:p>
      <w:r>
        <w:rPr>
          <w:b/>
        </w:rPr>
        <w:t xml:space="preserve">[23:26] </w:t>
      </w:r>
      <w:r>
        <w:t>divine light un ko mil jaye. yeh yahi yahi daawa work hai ke divine light se un ko jod diya jaye.</w:t>
      </w:r>
    </w:p>
    <w:p>
      <w:pPr>
        <w:jc w:val="right"/>
      </w:pPr>
      <w:r>
        <w:t>ڈیوائن لائٹ ان کو مل جائے۔ یہ یہی یہی دعویٰ ورک ہے کہ ڈیوائن لائٹ سے ان کو جوڑ دیا جائے۔</w:t>
      </w:r>
    </w:p>
    <w:p>
      <w:r>
        <w:rPr>
          <w:b/>
        </w:rPr>
        <w:t xml:space="preserve">[23:36] </w:t>
      </w:r>
      <w:r>
        <w:t>yahi daawa work hai.</w:t>
      </w:r>
    </w:p>
    <w:p>
      <w:pPr>
        <w:jc w:val="right"/>
      </w:pPr>
      <w:r>
        <w:t>یہی دعویٰ ورک ہے۔</w:t>
      </w:r>
    </w:p>
    <w:p>
      <w:r>
        <w:rPr>
          <w:b/>
        </w:rPr>
        <w:t xml:space="preserve">[23:40] </w:t>
      </w:r>
      <w:r>
        <w:t>dekhiye, yaani is ke liye mein samajhta hoon ke best word hai spirituality. agarchay spirituality ko istemal kiya gaya hai mystical sense mein, magar mein mystical sense mein nahi manta.</w:t>
      </w:r>
    </w:p>
    <w:p>
      <w:pPr>
        <w:jc w:val="right"/>
      </w:pPr>
      <w:r>
        <w:t>دیکھیے، یعنی اس کے لیے میں سمجھتا ہوں کہ بیسٹ ورڈ ہے اسپریچولٹی۔ اگرچہ اسپریچولٹی کو استعمال کیا گیا ہے مسٹریکل سینس میں، مگر میں مسٹریکل سینس میں نہیں مانتا۔</w:t>
      </w:r>
    </w:p>
    <w:p>
      <w:r>
        <w:rPr>
          <w:b/>
        </w:rPr>
        <w:t xml:space="preserve">[23:58] </w:t>
      </w:r>
      <w:r>
        <w:t>spirituality ka mamla koi mystery ka mamla nahi hai. aik well known cheez hai woh, us ko hum samajh sakte hain. mein samajhta hoon ke is mein ghalat fehmi is liye hui ke hum ne spirituality ko self,</w:t>
      </w:r>
    </w:p>
    <w:p>
      <w:pPr>
        <w:jc w:val="right"/>
      </w:pPr>
      <w:r>
        <w:t>اسپریچولٹی کا معاملہ کوئی مسٹری کا معاملہ نہیں ہے۔ ایک ویل نون چیز ہے وہ، اس کو ہم سمجھ سکتے ہیں۔ میں سمجھتا ہوں کہ اس میں غلط فہمی اس لیے ہوئی کہ ہم نے اسپریچولٹی کو سیلف،</w:t>
      </w:r>
    </w:p>
    <w:p>
      <w:r>
        <w:rPr>
          <w:b/>
        </w:rPr>
        <w:t xml:space="preserve">[24:17] </w:t>
      </w:r>
      <w:r>
        <w:t>yaani self based spirituality ke sense mein le liya. sahi baat hai ke us ko god based spirituality ke sense mein liya jaye.</w:t>
      </w:r>
    </w:p>
    <w:p>
      <w:pPr>
        <w:jc w:val="right"/>
      </w:pPr>
      <w:r>
        <w:t>یعنی سیلف بیسڈ اسپریچولٹی کے سینس میں لے لیا۔ صحیح بات ہے کہ اس کو گاڈ بیسڈ اسپریچولٹی کے سینس میں لیا جائے۔</w:t>
      </w:r>
    </w:p>
    <w:p>
      <w:r>
        <w:rPr>
          <w:b/>
        </w:rPr>
        <w:t xml:space="preserve">[24:27] </w:t>
      </w:r>
      <w:r>
        <w:t>jab tak aap apne mein jeete hain to aap andhere mein rehte hain. jab aap khuda ko discover kar lete hain to aap ujale mein aa jate hain. to jis ko mil jaye khuda ki roshni, usi ko mein kahun ga ke spirituality mil jaye jis ko.</w:t>
      </w:r>
    </w:p>
    <w:p>
      <w:pPr>
        <w:jc w:val="right"/>
      </w:pPr>
      <w:r>
        <w:t>جب تک آپ اپنے میں جیتے ہیں تو آپ اندھیرے میں رہتے ہیں۔ جب آپ خدا کو ڈسکور کر لیتے ہیں تو آپ اجالے میں آ جاتے ہیں۔ تو جس کو مل جائے خدا کی روشنی، اسی کو میں کہوں گا کہ اسپریچولٹی مل جائے جس کو۔</w:t>
      </w:r>
    </w:p>
    <w:p>
      <w:r>
        <w:rPr>
          <w:b/>
        </w:rPr>
        <w:t xml:space="preserve">[24:44] </w:t>
      </w:r>
      <w:r>
        <w:t>spiritual life jis ko ho jaye. to us ki daily life mein aik naya andaaz aa jata hai. aik nayi roshni, aik naya behavior.</w:t>
      </w:r>
    </w:p>
    <w:p>
      <w:pPr>
        <w:jc w:val="right"/>
      </w:pPr>
      <w:r>
        <w:t>اسپریچول لائف جس کو ہو جائے۔ تو اس کی ڈیلی لائف میں ایک نیا انداز آ جاتا ہے۔ ایک نئی روشنی، ایک نیا بیہیویئر۔</w:t>
      </w:r>
    </w:p>
    <w:p>
      <w:r>
        <w:rPr>
          <w:b/>
        </w:rPr>
        <w:t xml:space="preserve">[24:53] </w:t>
      </w:r>
      <w:r>
        <w:t>us ka sochna alag ho jata hai. us ka bolna alag ho jata hai.</w:t>
      </w:r>
    </w:p>
    <w:p>
      <w:pPr>
        <w:jc w:val="right"/>
      </w:pPr>
      <w:r>
        <w:t>اس کا سوچنا الگ ہو جاتا ہے۔ اس کا بولنا الگ ہو جاتا ہے۔</w:t>
      </w:r>
    </w:p>
    <w:p>
      <w:r>
        <w:rPr>
          <w:b/>
        </w:rPr>
        <w:t xml:space="preserve">[25:01] </w:t>
      </w:r>
      <w:r>
        <w:t>is ka chalna alag ho jata hai. jisay quran mein kaha yamshee bihi fil naas. logon ke darmiyan chalta hai is roshni ko lay kar ke.</w:t>
      </w:r>
    </w:p>
    <w:p>
      <w:pPr>
        <w:jc w:val="right"/>
      </w:pPr>
      <w:r>
        <w:t>اس کا چلنا الگ ہو جاتا ہے۔ جسے قرآن میں کہا کہیمشی بہ فی الناس۔ لوگوں کے درمیان چلتا ہے اس روشنی کو لے کر کے۔</w:t>
      </w:r>
    </w:p>
    <w:p>
      <w:r>
        <w:rPr>
          <w:b/>
        </w:rPr>
        <w:t xml:space="preserve">[25:11] </w:t>
      </w:r>
      <w:r>
        <w:t>to dekhiye, do baatein hoti hain. aik yeh ke khud meri zindagi mein spirituality aa gayi. aik yeh hai ke mere andar dawat ka mission, dawti mission ka jazba ubhra.</w:t>
      </w:r>
    </w:p>
    <w:p>
      <w:pPr>
        <w:jc w:val="right"/>
      </w:pPr>
      <w:r>
        <w:t>تو دیکھیے، دو باتیں ہوتی ہیں۔ ایک یہ کہ خود میری زندگی میں اسپریچولٹی آ گئی۔ ایک یہ ہے کہ میرے اندر دعوت کا مشن، دعوتی مشن کا جذبہ ابھرا۔</w:t>
      </w:r>
    </w:p>
    <w:p>
      <w:r>
        <w:rPr>
          <w:b/>
        </w:rPr>
        <w:t xml:space="preserve">[25:24] </w:t>
      </w:r>
      <w:r>
        <w:t>mein daai ban gaya. aik taraf aadmi apni zindagi mein spiritual light lata hai. doosri taraf spiritual light ko baant'ta hai doosron tak.</w:t>
      </w:r>
    </w:p>
    <w:p>
      <w:pPr>
        <w:jc w:val="right"/>
      </w:pPr>
      <w:r>
        <w:t>میں داعی بن گیا۔ ایک طرف آدمی اپنی زندگی میں اسپریچول لائٹ لاتا ہے۔ دوسری طرف اسپریچول لائٹ کو بانٹتا ہے دوسروں تک۔</w:t>
      </w:r>
    </w:p>
    <w:p>
      <w:r>
        <w:rPr>
          <w:b/>
        </w:rPr>
        <w:t xml:space="preserve">[25:36] </w:t>
      </w:r>
      <w:r>
        <w:t>yeh do baatein hoti hain.</w:t>
      </w:r>
    </w:p>
    <w:p>
      <w:pPr>
        <w:jc w:val="right"/>
      </w:pPr>
      <w:r>
        <w:t>یہ دو باتیں ہوتی ہیں۔</w:t>
      </w:r>
    </w:p>
    <w:p>
      <w:r>
        <w:rPr>
          <w:b/>
        </w:rPr>
        <w:t xml:space="preserve">[25:40] </w:t>
      </w:r>
      <w:r>
        <w:t>mein aik misaal deta hoon aap ko. apni zindagi mein milanay ka matlab. dekhiye, aik tabai thay, un ka naam tha imam hasan basri.</w:t>
      </w:r>
    </w:p>
    <w:p>
      <w:pPr>
        <w:jc w:val="right"/>
      </w:pPr>
      <w:r>
        <w:t>میں ایک مثال دیتا ہوں آپ کو۔ اپنی زندگی میں ملانے کا مطلب۔ دیکھیے، ایک تابعی تھے، ان کا نام تھا امام حسن بصری۔</w:t>
      </w:r>
    </w:p>
    <w:p>
      <w:r>
        <w:rPr>
          <w:b/>
        </w:rPr>
        <w:t xml:space="preserve">[25:52] </w:t>
      </w:r>
      <w:r>
        <w:t>tabai. basra mein rehte thay jo iraq mein hai. to aik din wahan kisi rastay se guzar rahe thay to wahan aik saahab thay, un ka naam tha maghaafri.</w:t>
      </w:r>
    </w:p>
    <w:p>
      <w:pPr>
        <w:jc w:val="right"/>
      </w:pPr>
      <w:r>
        <w:t>تابعی۔ بصرہ میں رہتے تھے جو عراق میں ہے۔ تو ایک دن وہاں کسی راستے سے گزر رہے تھے تو وہاں ایک صاحب تھے، ان کا نام تھا مغافری۔</w:t>
      </w:r>
    </w:p>
    <w:p>
      <w:r>
        <w:rPr>
          <w:b/>
        </w:rPr>
        <w:t xml:space="preserve">[26:07] </w:t>
      </w:r>
      <w:r>
        <w:t>maghaafri bohat hi,</w:t>
      </w:r>
    </w:p>
    <w:p>
      <w:pPr>
        <w:jc w:val="right"/>
      </w:pPr>
      <w:r>
        <w:t>مغافری بہت ہی،</w:t>
      </w:r>
    </w:p>
    <w:p>
      <w:r>
        <w:rPr>
          <w:b/>
        </w:rPr>
        <w:t xml:space="preserve">[26:12] </w:t>
      </w:r>
      <w:r>
        <w:t>yani jis ko jis ko angrezi mein kehte hain mockery. mockery mein bohat expert thay woh. yani logon ko aisi baat keh dena jo log hasein khoob.</w:t>
      </w:r>
    </w:p>
    <w:p>
      <w:pPr>
        <w:jc w:val="right"/>
      </w:pPr>
      <w:r>
        <w:t>یعنی جس کو جس کو انگریزی میں کہتے ہیں ماکری۔ ماکری میں بہت ایکسپرٹ تھے وہ۔ یعنی لوگوں کو ایسی بات کہہ دینا جو لوگ ہنسیں خوب۔</w:t>
      </w:r>
    </w:p>
    <w:p>
      <w:r>
        <w:rPr>
          <w:b/>
        </w:rPr>
        <w:t xml:space="preserve">[26:24] </w:t>
      </w:r>
      <w:r>
        <w:t>mockery wali cheez mein bohat expert thay woh. to koi sarcastic remark de diya kisi ke baray mein. kisi ko ridicule kar diya.</w:t>
      </w:r>
    </w:p>
    <w:p>
      <w:pPr>
        <w:jc w:val="right"/>
      </w:pPr>
      <w:r>
        <w:t>ماکری والی چیز میں بہت ایکسپرٹ تھے وہ۔ تو کوئی سرکاسٹک ریمارک دے دیا کسی کے بارے میں۔ کسی کو ریڈیکول کر دیا۔</w:t>
      </w:r>
    </w:p>
    <w:p>
      <w:r>
        <w:rPr>
          <w:b/>
        </w:rPr>
        <w:t xml:space="preserve">[26:35] </w:t>
      </w:r>
      <w:r>
        <w:t>aik fun bana diya kisi ka. to ab log ha ha hans rahay hain. to bohat log ikhatta, un ke paas aik din dekha unhon ne ke bohat se log ikhatta hain aur woh isi tarah ki language bol rahay hain, khoob hans rahay hain log.</w:t>
      </w:r>
    </w:p>
    <w:p>
      <w:pPr>
        <w:jc w:val="right"/>
      </w:pPr>
      <w:r>
        <w:t>ایک فن بنا دیا کسی کا۔ تو اب لوگ ہا ہا ہنس رہے ہیں۔ تو بہت لوگ اکٹھا، ان کے پاس ایک دن دیکھا انہوں نے کہ بہت سے لوگ اکٹھا ہیں اور وہ اسی طرح کی لینگویج بول رہے ہیں، خوب ہنس رہے ہیں لوگ۔</w:t>
      </w:r>
    </w:p>
    <w:p>
      <w:r>
        <w:rPr>
          <w:b/>
        </w:rPr>
        <w:t xml:space="preserve">[26:53] </w:t>
      </w:r>
      <w:r>
        <w:t>to hasan basri ne kaha, aye shakhs!</w:t>
      </w:r>
    </w:p>
    <w:p>
      <w:pPr>
        <w:jc w:val="right"/>
      </w:pPr>
      <w:r>
        <w:t>تو حسن بصری نے کہا، اے شخص!</w:t>
      </w:r>
    </w:p>
    <w:p>
      <w:r>
        <w:rPr>
          <w:b/>
        </w:rPr>
        <w:t xml:space="preserve">[26:59] </w:t>
      </w:r>
      <w:r>
        <w:t>kya tujh ko nahi maloom</w:t>
      </w:r>
    </w:p>
    <w:p>
      <w:pPr>
        <w:jc w:val="right"/>
      </w:pPr>
      <w:r>
        <w:t>کیا تجھ کو نہیں معلوم</w:t>
      </w:r>
    </w:p>
    <w:p>
      <w:r>
        <w:rPr>
          <w:b/>
        </w:rPr>
        <w:t xml:space="preserve">[27:03] </w:t>
      </w:r>
      <w:r>
        <w:t>ke quran mein aik aayat yeh bhi hai?</w:t>
      </w:r>
    </w:p>
    <w:p>
      <w:pPr>
        <w:jc w:val="right"/>
      </w:pPr>
      <w:r>
        <w:t>کہ قرآن میں ایک آیت یہ بھی ہے؟</w:t>
      </w:r>
    </w:p>
    <w:p>
      <w:r>
        <w:rPr>
          <w:b/>
        </w:rPr>
        <w:t xml:space="preserve">[27:10] </w:t>
      </w:r>
      <w:r>
        <w:t>dekhiye, ab tak woh aadmi self mein jee raha tha. apnay, us ke mind mein khayalat atay thay, zabaan se bolta tha, log hans rahay hain, apnay mein jee raha hai.</w:t>
      </w:r>
    </w:p>
    <w:p>
      <w:pPr>
        <w:jc w:val="right"/>
      </w:pPr>
      <w:r>
        <w:t>دیکھیے، اب تک وہ آدمی سیلف میں جی رہا تھا۔ اپنے، اس کے مائنڈ میں خیالات آتے تھے، زبان سے بولتا تھا، لوگ ہنس رہے ہیں، اپنے میں جی رہا ہے۔</w:t>
      </w:r>
    </w:p>
    <w:p>
      <w:r>
        <w:rPr>
          <w:b/>
        </w:rPr>
        <w:t xml:space="preserve">[27:19] </w:t>
      </w:r>
      <w:r>
        <w:t>ab aayat ka jo reference diya unhon ne to khuda ki taraf lotaya us ko. to unhon ne kaha ke tum ko pata hai ke quran mein aik aayat yeh bhi hai? wa khasara hunalikal mubtaloona.</w:t>
      </w:r>
    </w:p>
    <w:p>
      <w:pPr>
        <w:jc w:val="right"/>
      </w:pPr>
      <w:r>
        <w:t>اب آیت کا جو ریفرنس دیا انہوں نے تو خدا کی طرف لوٹایا اس کو۔ تو انہوں نے کہا کہ تم کو پتہ ہے کہ قرآن میں ایک آیت یہ بھی ہے؟ وَخَسَرَ هُنَالِكَ الْمُبْتِلُونَ۔</w:t>
      </w:r>
    </w:p>
    <w:p>
      <w:r>
        <w:rPr>
          <w:b/>
        </w:rPr>
        <w:t xml:space="preserve">[27:33] </w:t>
      </w:r>
      <w:r>
        <w:t>mubtil kehte hain yaawa go, urdu mein kehte hain yaawa go, wohi mockery karnay wala. mubtil ke aur bhi maani hotay hain. yahan par jo matlab jis ko unhon ne bataya, mubtil ke maani hain mockery karnay wala.</w:t>
      </w:r>
    </w:p>
    <w:p>
      <w:pPr>
        <w:jc w:val="right"/>
      </w:pPr>
      <w:r>
        <w:t>مبتل کہتے ہیں یاوا گو، اردو میں کہتے ہیں یاوا گو، وہی ماکری کرنے والا۔ مبتل کے اور بھی معنی ہوتے ہیں۔ یہاں پر جو مطلب جس کو انہوں نے بتایا، مبتل کے معنی ہیں ماکری کرنے والا۔</w:t>
      </w:r>
    </w:p>
    <w:p>
      <w:r>
        <w:rPr>
          <w:b/>
        </w:rPr>
        <w:t xml:space="preserve">[27:49] </w:t>
      </w:r>
      <w:r>
        <w:t>yaawa go, hansi mazaq ki baatein karnay wala. logon ko hansanay wala, tamashay ki baatein kar kar ke. to khasara hunalikal mubtaloona.</w:t>
      </w:r>
    </w:p>
    <w:p>
      <w:pPr>
        <w:jc w:val="right"/>
      </w:pPr>
      <w:r>
        <w:t>یاوا گو، ہنسی مذاق کی باتیں کرنے والا۔ لوگوں کو ہنسانے والا، تماشی کی باتیں کر کر کے۔ تو خَسَرَ هُنَالِكَ الْمُبْتِلُونَ۔</w:t>
      </w:r>
    </w:p>
    <w:p>
      <w:r>
        <w:rPr>
          <w:b/>
        </w:rPr>
        <w:t xml:space="preserve">[27:59] </w:t>
      </w:r>
      <w:r>
        <w:t>mubtil log is din ghaatay mein hon gay. yani jab qayamat aaye gi, jab day of judgment aaye ga to mubtil log ghaatay mein rahay gay.</w:t>
      </w:r>
    </w:p>
    <w:p>
      <w:pPr>
        <w:jc w:val="right"/>
      </w:pPr>
      <w:r>
        <w:t>مبتل لوگ اس دن گھاٹے میں ہوں گے۔ یعنی جب قیامت آئے گی، جب ڈے آف ججمنٹ آئے گا تو مبتل لوگ گھاٹے میں رہیں گے۔</w:t>
      </w:r>
    </w:p>
    <w:p>
      <w:r>
        <w:rPr>
          <w:b/>
        </w:rPr>
        <w:t xml:space="preserve">[28:13] </w:t>
      </w:r>
      <w:r>
        <w:t>wa khasara hunalikal mubtaloona. ab dekhiye, yahan par kya hua? is maghaafri ne apnay fifty percent ko add kiya.</w:t>
      </w:r>
    </w:p>
    <w:p>
      <w:pPr>
        <w:jc w:val="right"/>
      </w:pPr>
      <w:r>
        <w:t>وَخَسَرَ هُنَالِكَ الْمُبْتِلُونَ۔ اب دیکھیے، یہاں پر کیا ہوا؟ اس مغافری نے اپنے ففٹی پرسنٹ کو ایڈ کیا۔</w:t>
      </w:r>
    </w:p>
    <w:p>
      <w:r>
        <w:rPr>
          <w:b/>
        </w:rPr>
        <w:t xml:space="preserve">[28:23] </w:t>
      </w:r>
      <w:r>
        <w:t>kai baar aap dekhen gay ke logon ko quran batatay rahayie, hadees batatay rahayie, phir bhi woh ha ha kartay rahay gay. is se koi un ko farq nahi paray ga.</w:t>
      </w:r>
    </w:p>
    <w:p>
      <w:pPr>
        <w:jc w:val="right"/>
      </w:pPr>
      <w:r>
        <w:t>کئی بار آپ دیکھیں گے کہ لوگوں کو قرآن بتاتے رہیے، حدیث بتاتے رہیے، پھر بھی وہ ہا ہا کرتے رہیں گے۔ اس سے کوئی ان کو فرق نہیں پڑے گا۔</w:t>
      </w:r>
    </w:p>
    <w:p>
      <w:r>
        <w:rPr>
          <w:b/>
        </w:rPr>
        <w:t xml:space="preserve">[28:34] </w:t>
      </w:r>
      <w:r>
        <w:t>aaye bohat se log to aap paayen gay apni zindagi mein. to is woh aadmi woh hota hai jo jis ne apnay fifty percent ko add nahi kiya. aap ne baat kahi us ko, sachai ki.</w:t>
      </w:r>
    </w:p>
    <w:p>
      <w:pPr>
        <w:jc w:val="right"/>
      </w:pPr>
      <w:r>
        <w:t>آئے بہت سے لوگ تو آپ پائیں گے اپنی زندگی میں۔ تو اس وہ آدمی وہ ہوتا ہے جو جس نے اپنے ففٹی پرسنٹ کو ایڈ نہیں کیا۔ آپ نے بات کہی اس کو، سچائی کی۔</w:t>
      </w:r>
    </w:p>
    <w:p>
      <w:r>
        <w:rPr>
          <w:b/>
        </w:rPr>
        <w:t xml:space="preserve">[28:47] </w:t>
      </w:r>
      <w:r>
        <w:t>us ne apnay fifty percent ko add nahi kiya. to kya hua? baat hawa mein chali gayi. kuch bhi nahi hua.</w:t>
      </w:r>
    </w:p>
    <w:p>
      <w:pPr>
        <w:jc w:val="right"/>
      </w:pPr>
      <w:r>
        <w:t>اس نے اپنے ففٹی پرسنٹ کو ایڈ نہیں کیا۔ تو کیا ہوا؟ بات ہوا میں چلی گئی۔ کچھ بھی نہیں ہوا۔</w:t>
      </w:r>
    </w:p>
    <w:p>
      <w:r>
        <w:rPr>
          <w:b/>
        </w:rPr>
        <w:t xml:space="preserve">[28:55] </w:t>
      </w:r>
      <w:r>
        <w:t>is aadmi ne apnay fifty percent ko add kiya. woh aadmi zahir hai quran ko janta tha woh.</w:t>
      </w:r>
    </w:p>
    <w:p>
      <w:pPr>
        <w:jc w:val="right"/>
      </w:pPr>
      <w:r>
        <w:t>اس آدمی نے اپنے ففٹی پرسنٹ کو ایڈ کیا۔ وہ آدمی ظاہر ہے قرآن کو جانتا تھا وہ۔</w:t>
      </w:r>
    </w:p>
    <w:p>
      <w:r>
        <w:rPr>
          <w:b/>
        </w:rPr>
        <w:t xml:space="preserve">[29:06] </w:t>
      </w:r>
      <w:r>
        <w:t>to us ko yaad aa gaya ke haan, yeh aayat bhi quran mein hai. kai baar aisa hota hai ke hum baaton ko bhoolay rehtay hain. agarchay woh unconscious mind mein hoti hai lekin hum bhoolay rehtay hain.</w:t>
      </w:r>
    </w:p>
    <w:p>
      <w:pPr>
        <w:jc w:val="right"/>
      </w:pPr>
      <w:r>
        <w:t>تو اس کو یاد آ گیا کہ ہاں، یہ آیت بھی قرآن میں ہے۔ کئی بار ایسا ہوتا ہے کہ ہم باتوں کو بھولے رہتے ہیں۔ اگرچہ وہ انکانسس مائنڈ میں ہوتی ہے لیکن ہم بھولے رہتے ہیں۔</w:t>
      </w:r>
    </w:p>
    <w:p>
      <w:r>
        <w:rPr>
          <w:b/>
        </w:rPr>
        <w:t xml:space="preserve">[29:20] </w:t>
      </w:r>
      <w:r>
        <w:t>to woh apnay mein jee raha tha. dekhiye, yeh bara acha lagta hai ke chaar chaar, das aadmi hain, aap ne aik baat kahi aur log hansnay lagay. to aap ki ego boost hota hai.</w:t>
      </w:r>
    </w:p>
    <w:p>
      <w:pPr>
        <w:jc w:val="right"/>
      </w:pPr>
      <w:r>
        <w:t>تو وہ اپنے میں جی رہا تھا۔ دیکھیے، یہ بڑا اچھا لگتا ہے کہ چار چار، دس آدمی ہیں، آپ نے ایک بات کہی اور لوگ ہنسنے لگے۔ تو آپ کی ایگو بوسٹ ہوتا ہے۔</w:t>
      </w:r>
    </w:p>
    <w:p>
      <w:r>
        <w:rPr>
          <w:b/>
        </w:rPr>
        <w:t xml:space="preserve">[29:32] </w:t>
      </w:r>
      <w:r>
        <w:t>aap ki ego ko bara acha lagta hai ke dekho, maine ek baat kahi to log taliyan baja rahe hain. maine ek baat kahi to log hans rahe hain. is se aap ka ego boost hota hai.</w:t>
      </w:r>
    </w:p>
    <w:p>
      <w:pPr>
        <w:jc w:val="right"/>
      </w:pPr>
      <w:r>
        <w:t>آپ کی ایگو کو بڑا اچھا لگتا ہے کہ دیکھو، میں نے ایک بات کہی تو لوگ تالیاں بجا رہے ہیں۔ میں نے ایک بات کہی تو لوگ ہنس رہے ہیں۔ اس سے آپ کا ایگو بوسٹ ہوتا ہے۔</w:t>
      </w:r>
    </w:p>
    <w:p>
      <w:r>
        <w:rPr>
          <w:b/>
        </w:rPr>
        <w:t xml:space="preserve">[29:42] </w:t>
      </w:r>
      <w:r>
        <w:t>aap khoob khush hote hain. yeh hai kya hai? yeh hai living in your self.</w:t>
      </w:r>
    </w:p>
    <w:p>
      <w:pPr>
        <w:jc w:val="right"/>
      </w:pPr>
      <w:r>
        <w:t>آپ خوب خوش ہوتے ہیں۔ یہ ہے کیا ہے؟ یہ ہے لیونگ ان یور سیلف۔</w:t>
      </w:r>
    </w:p>
    <w:p>
      <w:r>
        <w:rPr>
          <w:b/>
        </w:rPr>
        <w:t xml:space="preserve">[29:51] </w:t>
      </w:r>
      <w:r>
        <w:t>yeh hai self oriented life. to yeh halat thi is ki. lekin jab unhon ne yeh ayat padh di, wa khasara hunalikal mubtiloon ke day of judgment jab aye ga to mubtil log ghaate mein rahen ge.</w:t>
      </w:r>
    </w:p>
    <w:p>
      <w:pPr>
        <w:jc w:val="right"/>
      </w:pPr>
      <w:r>
        <w:t>یہ ہے سیلف اورینٹڈ لائف۔ تو یہ حالت تھی اس کی۔ لیکن جب انہوں نے یہ آیت پڑھ دی، وَخَسَرَ هُنَالِكَ الْمُبْتِلُونَ کہ ڈے آف ججمنٹ جب آئے گا تو مبتل لوگ گھاٹے میں رہیں گے۔</w:t>
      </w:r>
    </w:p>
    <w:p>
      <w:r>
        <w:rPr>
          <w:b/>
        </w:rPr>
        <w:t xml:space="preserve">[30:09] </w:t>
      </w:r>
      <w:r>
        <w:t>to kitab mein aya hai, yeh waqia maine tafsir ibn e kaseer mein padha, achanak woh chup ho gaya.</w:t>
      </w:r>
    </w:p>
    <w:p>
      <w:pPr>
        <w:jc w:val="right"/>
      </w:pPr>
      <w:r>
        <w:t>تو کتاب میں آیا ہے، یہ واقعہ میں نے تفسیر ابن کثیر میں پڑھا، اچانک وہ چپ ہو گیا۔</w:t>
      </w:r>
    </w:p>
    <w:p>
      <w:r>
        <w:rPr>
          <w:b/>
        </w:rPr>
        <w:t xml:space="preserve">[30:23] </w:t>
      </w:r>
      <w:r>
        <w:t>achanak chup ho gaya. aur rawi kehte hain ke aisa lagta hai ke jaise ke yeh baat is ke chehre par chipak gayi. is ke face par chipak gayi.</w:t>
      </w:r>
    </w:p>
    <w:p>
      <w:pPr>
        <w:jc w:val="right"/>
      </w:pPr>
      <w:r>
        <w:t>اچانک چپ ہو گیا۔ اور راوی کہتے ہیں کہ ایسا لگتا ہے کہ جیسے کہ یہ بات اس کے چہرے پر چپک گئی۔ اس کے فیس پر چپک گئی۔</w:t>
      </w:r>
    </w:p>
    <w:p>
      <w:r>
        <w:rPr>
          <w:b/>
        </w:rPr>
        <w:t xml:space="preserve">[30:34] </w:t>
      </w:r>
      <w:r>
        <w:t>hata lahiq billahi ta'ala. hata lahiq billahi ta'ala yani life time ke liye chipak gayi.</w:t>
      </w:r>
    </w:p>
    <w:p>
      <w:pPr>
        <w:jc w:val="right"/>
      </w:pPr>
      <w:r>
        <w:t>حتیٰ لَهِقَ بِاللَّهِ تَعَالَىٰ۔ حتیٰ لَهِقَ بِاللَّهِ تَعَالَىٰ یعنی لائف ٹائم کے لیے چپک گئی۔</w:t>
      </w:r>
    </w:p>
    <w:p>
      <w:r>
        <w:rPr>
          <w:b/>
        </w:rPr>
        <w:t xml:space="preserve">[30:43] </w:t>
      </w:r>
      <w:r>
        <w:t>marte tak woh isi haal par mara. ke phir kabhi is ne makri nahi ki. phir kabhi is ne hansne hansane ka kaam nahi kiya.</w:t>
      </w:r>
    </w:p>
    <w:p>
      <w:pPr>
        <w:jc w:val="right"/>
      </w:pPr>
      <w:r>
        <w:t>مرتے تک وہ اسی حال پر مرا۔ کہ پھر کبھی اس نے ماکری نہیں کی۔ پھر کبھی اس نے ہنسنے ہنسانے کا کام نہیں کیا۔</w:t>
      </w:r>
    </w:p>
    <w:p>
      <w:r>
        <w:rPr>
          <w:b/>
        </w:rPr>
        <w:t xml:space="preserve">[30:57] </w:t>
      </w:r>
      <w:r>
        <w:t>yeh kya hai? yeh apne andar spiritual light le ana. spiritual light kab la paen ge aap?</w:t>
      </w:r>
    </w:p>
    <w:p>
      <w:pPr>
        <w:jc w:val="right"/>
      </w:pPr>
      <w:r>
        <w:t>یہ کیا ہے؟ یہ اپنے اندر اسپریچول لائٹ لے آنا۔ اسپریچول لائٹ کب لا پائیں گے آپ؟</w:t>
      </w:r>
    </w:p>
    <w:p>
      <w:r>
        <w:rPr>
          <w:b/>
        </w:rPr>
        <w:t xml:space="preserve">[31:06] </w:t>
      </w:r>
      <w:r>
        <w:t>jab aap ne apne fifty percent ko add karen ge aap. dekhiye, jab tak aap apne fifty percent ko add na karen, peghambar bhi aye to aap ko koi faida nahi hoga.</w:t>
      </w:r>
    </w:p>
    <w:p>
      <w:pPr>
        <w:jc w:val="right"/>
      </w:pPr>
      <w:r>
        <w:t>جب آپ نے اپنے ففٹی پرسنٹ کو ایڈ کریں گے آپ۔ دیکھیے، جب تک آپ اپنے ففٹی پرسنٹ کو ایڈ نہ کریں، پیغمبر بھی آئے تو آپ کو کوئی فائدہ نہیں ہوگا۔</w:t>
      </w:r>
    </w:p>
    <w:p>
      <w:r>
        <w:rPr>
          <w:b/>
        </w:rPr>
        <w:t xml:space="preserve">[31:18] </w:t>
      </w:r>
      <w:r>
        <w:t>aap jante hain ke Hazrat Noah ke bete ko Hazrat Noah ne bohat samjhaya, us ko hidayat nahi mili. Hazrat Ibrahim ne apne baap ko bohat samjhaya, un ko hidayat nahi mili.</w:t>
      </w:r>
    </w:p>
    <w:p>
      <w:pPr>
        <w:jc w:val="right"/>
      </w:pPr>
      <w:r>
        <w:t>آپ جانتے ہیں کہ حضرت نوح کے بیٹے کو حضرت نوح نے بہت سمجھایا، اس کو ہدایت نہیں ملی۔ حضرت ابراہیم نے اپنے باپ کو بہت سمجھایا، ان کو ہدایت نہیں ملی۔</w:t>
      </w:r>
    </w:p>
    <w:p>
      <w:r>
        <w:rPr>
          <w:b/>
        </w:rPr>
        <w:t xml:space="preserve">[31:30] </w:t>
      </w:r>
      <w:r>
        <w:t>rasool Allah ne apne chacha Abu Talib ko bohat samjhaya, un ko hidayat nahi mili. kyun? in logon ne apne fifty percent ko add nahi kiya.</w:t>
      </w:r>
    </w:p>
    <w:p>
      <w:pPr>
        <w:jc w:val="right"/>
      </w:pPr>
      <w:r>
        <w:t>رسول اللہ نے اپنے چچا ابو طالب کو بہت سمجھایا، ان کو ہدایت نہیں ملی۔ کیوں؟ ان لوگوں نے اپنے ففٹی پرسنٹ کو ایڈ نہیں کیا۔</w:t>
      </w:r>
    </w:p>
    <w:p>
      <w:r>
        <w:rPr>
          <w:b/>
        </w:rPr>
        <w:t xml:space="preserve">[31:40] </w:t>
      </w:r>
      <w:r>
        <w:t>apne nature ki jo window thi, us ko khola nahi unhon ne. to roshni andar tak dakhil nahi hui.</w:t>
      </w:r>
    </w:p>
    <w:p>
      <w:pPr>
        <w:jc w:val="right"/>
      </w:pPr>
      <w:r>
        <w:t>اپنے نیچر کی جو ونڈو تھی، اس کو کھولا نہیں انہوں نے۔ تو روشنی اندر تک داخل نہیں ہوئی۔</w:t>
      </w:r>
    </w:p>
    <w:p>
      <w:r>
        <w:rPr>
          <w:b/>
        </w:rPr>
        <w:t xml:space="preserve">[31:49] </w:t>
      </w:r>
      <w:r>
        <w:t>to mughafri ne jaise hi unhon ne kaha ke wa khasara hunalikal mubtiloon, achanak apne us ke nature ki khirkiyan khul gayeen. unhon ne kaha ke acha, aisa hai Quran mein?</w:t>
      </w:r>
    </w:p>
    <w:p>
      <w:pPr>
        <w:jc w:val="right"/>
      </w:pPr>
      <w:r>
        <w:t>تو مغافری نے جیسے ہی انہوں نے کہا کہ وَخَسَرَ هُنَالِكَ الْمُبْتِلُونَ، اچانک اپنے اس کے نیچر کی کھڑکیاں کھل گئیں۔ انہوں نے کہا کہ اچھا، ایسا ہے قرآن میں؟</w:t>
      </w:r>
    </w:p>
    <w:p>
      <w:r>
        <w:rPr>
          <w:b/>
        </w:rPr>
        <w:t xml:space="preserve">[32:03] </w:t>
      </w:r>
      <w:r>
        <w:t>to wahan to mujhe chup hona pare ga. main is se pehle main chup ho jaon. Khuda ke samne chup hona pare ga mujh ko. kis ko himmat hai ke Khuda ke samne woh makri kare?</w:t>
      </w:r>
    </w:p>
    <w:p>
      <w:pPr>
        <w:jc w:val="right"/>
      </w:pPr>
      <w:r>
        <w:t>تو وہاں تو مجھے چپ ہونا پڑے گا۔ میں اس سے پہلے میں چپ ہو جاؤں۔ خدا کے سامنے چپ ہونا پڑے گا مجھ کو۔ کس کو ہمت ہے کہ خدا کے سامنے وہ ماکری کرے؟</w:t>
      </w:r>
    </w:p>
    <w:p>
      <w:r>
        <w:rPr>
          <w:b/>
        </w:rPr>
        <w:t xml:space="preserve">[32:16] </w:t>
      </w:r>
      <w:r>
        <w:t>logon ka mazak uraye? kis ki himmat hai? to yeh sari baat is ke mind mein aa gayi. ke Khuda ke samne to mujhe chup hona hi hona hai.</w:t>
      </w:r>
    </w:p>
    <w:p>
      <w:pPr>
        <w:jc w:val="right"/>
      </w:pPr>
      <w:r>
        <w:t>لوگوں کا مذاق اڑائے؟ کس کی ہمت ہے؟ تو یہ ساری بات اس کے مائنڈ میں آ گئی۔ کہ خدا کے سامنے تو مجھے چپ ہونا ہی ہونا ہے۔</w:t>
      </w:r>
    </w:p>
    <w:p>
      <w:r>
        <w:rPr>
          <w:b/>
        </w:rPr>
        <w:t xml:space="preserve">[32:27] </w:t>
      </w:r>
      <w:r>
        <w:t>to kyun na main aaj hi chup ho jaon? to is ki zindagi mein ek ek revolution aa gaya.</w:t>
      </w:r>
    </w:p>
    <w:p>
      <w:pPr>
        <w:jc w:val="right"/>
      </w:pPr>
      <w:r>
        <w:t>تو کیوں نہ میں آج ہی چپ ہو جاؤں؟ تو اس کی زندگی میں ایک ایک ریولوشن آ گیا۔</w:t>
      </w:r>
    </w:p>
    <w:p>
      <w:r>
        <w:rPr>
          <w:b/>
        </w:rPr>
        <w:t xml:space="preserve">[32:37] </w:t>
      </w:r>
      <w:r>
        <w:t>aise ek buzurg the, un ko ek shakhs ne bohat hi buri baat kahi. mislan yeh kaha ke tum jhoot bolte ho.</w:t>
      </w:r>
    </w:p>
    <w:p>
      <w:pPr>
        <w:jc w:val="right"/>
      </w:pPr>
      <w:r>
        <w:t>ایسے ایک بزرگ تھے، ان کو ایک شخص نے بہت ہی بری بات کہی۔ مثلاً یہ کہا کہ تم جھوٹ بولتے ہو۔</w:t>
      </w:r>
    </w:p>
    <w:p>
      <w:r>
        <w:rPr>
          <w:b/>
        </w:rPr>
        <w:t xml:space="preserve">[32:46] </w:t>
      </w:r>
      <w:r>
        <w:t>aisi koi bohat buri baat kahi un ke bare mein. to zahir hai ke yeh ek bohat hi provocative baat thi. ek provocative baat thi.</w:t>
      </w:r>
    </w:p>
    <w:p>
      <w:pPr>
        <w:jc w:val="right"/>
      </w:pPr>
      <w:r>
        <w:t>ایسی کوئی بہت بری بات کہی ان کے بارے میں۔ تو ظاہر ہے کہ یہ ایک بہت ہی پرووکیٹیو بات تھی۔ ایک پرووکیٹیو بات تھی۔</w:t>
      </w:r>
    </w:p>
    <w:p>
      <w:r>
        <w:rPr>
          <w:b/>
        </w:rPr>
        <w:t xml:space="preserve">[32:58] </w:t>
      </w:r>
      <w:r>
        <w:t>lekin main ek ek bohat hi zabardast nukta meri samajh mein aya hai, woh aap ko batata hoon. provocative situation mein agar aap apne ko sambhal len, provoke na hon to aap super human ban jate hain.</w:t>
      </w:r>
    </w:p>
    <w:p>
      <w:pPr>
        <w:jc w:val="right"/>
      </w:pPr>
      <w:r>
        <w:t>لیکن میں ایک ایک بہت ہی زبردست نکتہ میری سمجھ میں آیا ہے، وہ آپ کو بتاتا ہوں۔ پرووکیٹیو سچویشن میں اگر آپ اپنے کو سنبھال لیں، پرووک نہ ہوں تو آپ سپر ہیومن بن جاتے ہیں۔</w:t>
      </w:r>
    </w:p>
    <w:p>
      <w:r>
        <w:rPr>
          <w:b/>
        </w:rPr>
        <w:t xml:space="preserve">[33:16] </w:t>
      </w:r>
      <w:r>
        <w:t>aap ko bohat zabardast tor par ek aap ke andar faculty jaag parti hai is situation ko face karne ke liye. aur agar aap provoke ho jayen to phir aap aise hi ho jate hain jaise ke aadmi ke paas gun ho lekin woh chala na paye.</w:t>
      </w:r>
    </w:p>
    <w:p>
      <w:pPr>
        <w:jc w:val="right"/>
      </w:pPr>
      <w:r>
        <w:t>آپ کو بہت زبردست طور پر ایک آپ کے اندر فیکلٹی جاگ پڑتی ہے اس سچویشن کو فیس کرنے کے لیے۔ اور اگر آپ پرووک ہو جائیں تو پھر آپ ایسے ہی ہو جاتے ہیں جیسے کہ آدمی کے پاس گن ہو لیکن وہ چلا نہ پائے۔</w:t>
      </w:r>
    </w:p>
    <w:p>
      <w:r>
        <w:rPr>
          <w:b/>
        </w:rPr>
        <w:t xml:space="preserve">[33:35] </w:t>
      </w:r>
      <w:r>
        <w:t>gun ho lekin woh is ke is ke trigger ko daba na paye. aise ho jate hain aap. ke sab kuch aap ke paas hai. aap ke paas gyan hai, ilm hai, reason hai, sab kuch hai lekin aap us ko istemal nahi kar paate.</w:t>
      </w:r>
    </w:p>
    <w:p>
      <w:pPr>
        <w:jc w:val="right"/>
      </w:pPr>
      <w:r>
        <w:t>گن ہو لیکن وہ اس کے اس کے ٹریگر کو دبا نہ پائے۔ ایسے ہو جاتے ہیں آپ۔ کہ سب کچھ آپ کے پاس ہے۔ آپ کے پاس گیان ہے، علم ہے، ریزن ہے، سب کچھ ہے لیکن آپ اس کو استعمال نہیں کر پاتے۔</w:t>
      </w:r>
    </w:p>
    <w:p>
      <w:r>
        <w:rPr>
          <w:b/>
        </w:rPr>
        <w:t xml:space="preserve">[33:49] </w:t>
      </w:r>
      <w:r>
        <w:t>agar aap provoke ho jate hain to. yeh maine apne experience se samjhi hai yeh baat. ke jab bhi aap provocative situation mein provoke ho jayen to aap bilkul apni sari taqat ko kho dete hain.</w:t>
      </w:r>
    </w:p>
    <w:p>
      <w:pPr>
        <w:jc w:val="right"/>
      </w:pPr>
      <w:r>
        <w:t>اگر آپ پرووک ہو جاتے ہیں تو۔ یہ میں نے اپنے ایکسپیرینس سے سمجھی ہے یہ بات۔ کہ جب بھی آپ پرووکیٹیو سچویشن میں پرووک ہو جائیں تو آپ بالکل اپنی ساری طاقت کو کھو دیتے ہیں۔</w:t>
      </w:r>
    </w:p>
    <w:p>
      <w:r>
        <w:rPr>
          <w:b/>
        </w:rPr>
        <w:t xml:space="preserve">[34:12] </w:t>
      </w:r>
      <w:r>
        <w:t>situation ko face karne ki jo aap ke andar Khuda ne di thi, us ko aap istemal nahi kar paate. lekin agar provoke na ho jayen to aap bohat bari power aap ke andar aa jati hai.</w:t>
      </w:r>
    </w:p>
    <w:p>
      <w:pPr>
        <w:jc w:val="right"/>
      </w:pPr>
      <w:r>
        <w:t>سچویشن کو فیس کرنے کی جو آپ کے اندر خدا نے دی تھی، اس کو آپ استعمال نہیں کر پاتے۔ لیکن اگر پرووک نہ ہو جائیں تو آپ بہت بڑی پاور آپ کے اندر آ جاتی ہے۔</w:t>
      </w:r>
    </w:p>
    <w:p>
      <w:r>
        <w:rPr>
          <w:b/>
        </w:rPr>
        <w:t xml:space="preserve">[34:29] </w:t>
      </w:r>
      <w:r>
        <w:t>to dekhiye, is aadmi ne jab kaha ke tum jhoote ho. tum dhongi ho. kuch bhi aisi sakht kadi baat kahi.</w:t>
      </w:r>
    </w:p>
    <w:p>
      <w:pPr>
        <w:jc w:val="right"/>
      </w:pPr>
      <w:r>
        <w:t>تو دیکھیے، اس آدمی نے جب کہا کہ تم جھوٹے ہو۔ تم ڈھونگی ہو۔ کچھ بھی ایسی سخت کڑی بات کہی۔</w:t>
      </w:r>
    </w:p>
    <w:p>
      <w:r>
        <w:rPr>
          <w:b/>
        </w:rPr>
        <w:t xml:space="preserve">[34:40] </w:t>
      </w:r>
      <w:r>
        <w:t>to agar woh provoke ho jate to is situation ko face karne ki taqat kho baithte. phir kuch na keh paate woh.</w:t>
      </w:r>
    </w:p>
    <w:p>
      <w:pPr>
        <w:jc w:val="right"/>
      </w:pPr>
      <w:r>
        <w:t>تو اگر وہ پرووک ہو جاتے تو اس سچویشن کو فیس کرنے کی طاقت کھو بیٹھتے۔ پھر کچھ نہ کہہ پاتے وہ۔</w:t>
      </w:r>
    </w:p>
    <w:p>
      <w:r>
        <w:rPr>
          <w:b/>
        </w:rPr>
        <w:t xml:space="preserve">[34:50] </w:t>
      </w:r>
      <w:r>
        <w:t>siwaye larne, bharna. woh bhi gaali dete ke tum jhoote ho. waghera.</w:t>
      </w:r>
    </w:p>
    <w:p>
      <w:pPr>
        <w:jc w:val="right"/>
      </w:pPr>
      <w:r>
        <w:t>سوائے لڑنے، بھڑنا۔ وہ بھی گالی دیتے کہ تم جھوٹے ہو۔ وغیرہ۔</w:t>
      </w:r>
    </w:p>
    <w:p>
      <w:r>
        <w:rPr>
          <w:b/>
        </w:rPr>
        <w:t xml:space="preserve">[35:00] </w:t>
      </w:r>
      <w:r>
        <w:t>jaise kutte ladte hain. dog aapas mein ladte rehte hain kyunke unko aur kuch pata hi nahi doosri cheez ka. toh unhone dekhi ke woh woh apni normal si ko khoya nahi unhone.</w:t>
      </w:r>
    </w:p>
    <w:p>
      <w:pPr>
        <w:jc w:val="right"/>
      </w:pPr>
      <w:r>
        <w:t>جیسے کتے لڑتے ہیں۔ ڈاگ آپس میں لڑتے رہتے ہیں کیونکہ ان کو اور کچھ پتہ ہی نہیں دوسری چیز کا۔ تو انہوں نے دیکھی کہ وہ وہ اپنی نارمل سی کو کھویا نہیں انہوں نے۔</w:t>
      </w:r>
    </w:p>
    <w:p>
      <w:r>
        <w:rPr>
          <w:b/>
        </w:rPr>
        <w:t xml:space="preserve">[35:12] </w:t>
      </w:r>
      <w:r>
        <w:t>ek aisi baat keh di unhone.</w:t>
      </w:r>
    </w:p>
    <w:p>
      <w:pPr>
        <w:jc w:val="right"/>
      </w:pPr>
      <w:r>
        <w:t>ایک ایسی بات کہہ دی انہوں نے۔</w:t>
      </w:r>
    </w:p>
    <w:p>
      <w:r>
        <w:rPr>
          <w:b/>
        </w:rPr>
        <w:t xml:space="preserve">[35:18] </w:t>
      </w:r>
      <w:r>
        <w:t>jo himalaya pahaad ke barabar thi woh baat. unhone bohat hi thande tareeqe se kaha ke agar main waisa hoon jo tum keh rahe ho toh khuda mujhe maaf kare.</w:t>
      </w:r>
    </w:p>
    <w:p>
      <w:pPr>
        <w:jc w:val="right"/>
      </w:pPr>
      <w:r>
        <w:t>جو ہمالیہ پہاڑ کے برابر تھی وہ بات۔ انہوں نے بہت ہی ٹھنڈے طریقے سے کہا کہ اگر میں ویسا ہوں جو تم کہہ رہے ہو تو خدا مجھے معاف کرے۔</w:t>
      </w:r>
    </w:p>
    <w:p>
      <w:r>
        <w:rPr>
          <w:b/>
        </w:rPr>
        <w:t xml:space="preserve">[35:40] </w:t>
      </w:r>
      <w:r>
        <w:t>aur agar main waisa nahi hoon toh khuda tum ko maaf kare.</w:t>
      </w:r>
    </w:p>
    <w:p>
      <w:pPr>
        <w:jc w:val="right"/>
      </w:pPr>
      <w:r>
        <w:t>اور اگر میں ویسا نہیں ہوں تو خدا تم کو معاف کرے۔</w:t>
      </w:r>
    </w:p>
    <w:p>
      <w:r>
        <w:rPr>
          <w:b/>
        </w:rPr>
        <w:t xml:space="preserve">[35:48] </w:t>
      </w:r>
      <w:r>
        <w:t>main samajhta hoon ke yeh baat himalaya pahaad se zyada badi hai. ek aisi situation jab aap ko koi bharka deta hai, provoke kar deta hai, aap ke dil mein ghussa aa jata hai.</w:t>
      </w:r>
    </w:p>
    <w:p>
      <w:pPr>
        <w:jc w:val="right"/>
      </w:pPr>
      <w:r>
        <w:t>میں سمجھتا ہوں کہ یہ بات ہمالیہ پہاڑ سے زیادہ بڑی ہے۔ ایک ایسی سچویشن جب آپ کو کوئی بھڑکا دیتا ہے، پرووک کر دیتا ہے، آپ کے دل میں غصہ آ جاتا ہے۔</w:t>
      </w:r>
    </w:p>
    <w:p>
      <w:r>
        <w:rPr>
          <w:b/>
        </w:rPr>
        <w:t xml:space="preserve">[36:00] </w:t>
      </w:r>
      <w:r>
        <w:t>anger, nafrat, revenge bhadak uthta hai. is waqt aap kya karte hain? kutte ke saath ladne lagte hain.</w:t>
      </w:r>
    </w:p>
    <w:p>
      <w:pPr>
        <w:jc w:val="right"/>
      </w:pPr>
      <w:r>
        <w:t>اینگر، نفرت، ریونج بھڑک اٹھتا ہے۔ اس وقت آپ کیا کرتے ہیں؟ کتے کے ساتھ لڑنے لگتے ہیں۔</w:t>
      </w:r>
    </w:p>
    <w:p>
      <w:r>
        <w:rPr>
          <w:b/>
        </w:rPr>
        <w:t xml:space="preserve">[36:11] </w:t>
      </w:r>
      <w:r>
        <w:t>dog fighting shuru ho jati hai. yeh aap dekhte hain sadkon par rozana dekh sakte hain aap.</w:t>
      </w:r>
    </w:p>
    <w:p>
      <w:pPr>
        <w:jc w:val="right"/>
      </w:pPr>
      <w:r>
        <w:t>ڈاگ فائٹنگ شروع ہو جاتی ہے۔ یہ آپ دیکھتے ہیں سڑکوں پر روزانہ دیکھ سکتے ہیں آپ۔</w:t>
      </w:r>
    </w:p>
    <w:p>
      <w:r>
        <w:rPr>
          <w:b/>
        </w:rPr>
        <w:t xml:space="preserve">[36:19] </w:t>
      </w:r>
      <w:r>
        <w:t>toh dog level par aa jata hai aadmi. agar bhadak uthe. lekin woh bhadke nahi. toh kitni badi baat keh di unhone.</w:t>
      </w:r>
    </w:p>
    <w:p>
      <w:pPr>
        <w:jc w:val="right"/>
      </w:pPr>
      <w:r>
        <w:t>تو ڈاگ لیول پر آ جاتا ہے آدمی۔ اگر بھڑک اٹھے۔ لیکن وہ بھڑکے نہیں۔ تو کتنی بڑی بات کہہ دی انہوں نے۔</w:t>
      </w:r>
    </w:p>
    <w:p>
      <w:r>
        <w:rPr>
          <w:b/>
        </w:rPr>
        <w:t xml:space="preserve">[36:29] </w:t>
      </w:r>
      <w:r>
        <w:t>ke agar main waisa hoon jo tum keh rahe ho toh khuda mujh ko maaf kare. aur agar main waisa nahi hoon toh khuda tum ko maaf kare.</w:t>
      </w:r>
    </w:p>
    <w:p>
      <w:pPr>
        <w:jc w:val="right"/>
      </w:pPr>
      <w:r>
        <w:t>کہ اگر میں ویسا ہوں جو تم کہہ رہے ہو تو خدا مجھ کو معاف کرے۔ اور اگر میں ویسا نہیں ہوں تو خدا تم کو معاف کرے۔</w:t>
      </w:r>
    </w:p>
    <w:p>
      <w:r>
        <w:rPr>
          <w:b/>
        </w:rPr>
        <w:t xml:space="preserve">[36:45] </w:t>
      </w:r>
      <w:r>
        <w:t>yeh hai woh logon ki misaal jin ko andar spiritual light mein nahaye hue hote hain. spiritual light mein nahaye hue log hote hain.</w:t>
      </w:r>
    </w:p>
    <w:p>
      <w:pPr>
        <w:jc w:val="right"/>
      </w:pPr>
      <w:r>
        <w:t>یہ ہے وہ لوگوں کی مثال جن کو اندر اسپریچول لائٹ میں نہائے ہوئے ہوتے ہیں۔ اسپریچول لائٹ میں نہائے ہوئے لوگ ہوتے ہیں۔</w:t>
      </w:r>
    </w:p>
    <w:p>
      <w:r>
        <w:rPr>
          <w:b/>
        </w:rPr>
        <w:t xml:space="preserve">[36:56] </w:t>
      </w:r>
      <w:r>
        <w:t>isi ko kaha gaya hai ke woh chalta hai roshni mein. aadmi chal raha hai, koi situation pesh aayi, is situation ko face karne ke liye is ke paas taqat hoti hai. yamshi bihi fil nas.</w:t>
      </w:r>
    </w:p>
    <w:p>
      <w:pPr>
        <w:jc w:val="right"/>
      </w:pPr>
      <w:r>
        <w:t>اسی کو کہا گیا ہے کہ وہ چلتا ہے روشنی میں۔ آدمی چل رہا ہے، کوئی سچویشن پیش آئی، اس سچویشن کو فیس کرنے کے لیے اس کے پاس طاقت ہوتی ہے۔یمشی بہی فی الناس۔</w:t>
      </w:r>
    </w:p>
    <w:p>
      <w:r>
        <w:rPr>
          <w:b/>
        </w:rPr>
        <w:t xml:space="preserve">[37:12] </w:t>
      </w:r>
      <w:r>
        <w:t>ek roshni mil gayi Allah ki taraf se, ek divine light. is ko le kar ke woh chal raha hai woh. is ka matlab kya hai? koi bhi situation pesh aayi toh is ke paas is situation ko face karne ki taqat maujood thi.</w:t>
      </w:r>
    </w:p>
    <w:p>
      <w:pPr>
        <w:jc w:val="right"/>
      </w:pPr>
      <w:r>
        <w:t>ایک روشنی مل گئی اللہ کی طرف سے، ایک ڈیوائن لائٹ۔ اس کو لے کر کے وہ چل رہا ہے وہ۔ اس کا مطلب کیا ہے؟ کوئی بھی سچویشن پیش آئی تو اس کے پاس اس سچویشن کو فیس کرنے کی طاقت موجود تھی۔</w:t>
      </w:r>
    </w:p>
    <w:p>
      <w:r>
        <w:rPr>
          <w:b/>
        </w:rPr>
        <w:t xml:space="preserve">[37:33] </w:t>
      </w:r>
      <w:r>
        <w:t>aise hi dekhiye, ek the bohat bade aalim.</w:t>
      </w:r>
    </w:p>
    <w:p>
      <w:pPr>
        <w:jc w:val="right"/>
      </w:pPr>
      <w:r>
        <w:t>ایسے ہی دیکھیے، ایک تھے بہت بڑے عالم۔</w:t>
      </w:r>
    </w:p>
    <w:p>
      <w:r>
        <w:rPr>
          <w:b/>
        </w:rPr>
        <w:t xml:space="preserve">[37:39] </w:t>
      </w:r>
      <w:r>
        <w:t>toh un ke bare mein galat baat mashhoor hui. ek aisi baat jo islam aur iman ke khilaaf hai.</w:t>
      </w:r>
    </w:p>
    <w:p>
      <w:pPr>
        <w:jc w:val="right"/>
      </w:pPr>
      <w:r>
        <w:t>تو ان کے بارے میں غلط بات مشہور ہوئی۔ ایک ایسی بات جو اسلام اور ایمان کے خلاف ہے۔</w:t>
      </w:r>
    </w:p>
    <w:p>
      <w:r>
        <w:rPr>
          <w:b/>
        </w:rPr>
        <w:t xml:space="preserve">[37:49] </w:t>
      </w:r>
      <w:r>
        <w:t>kuch log aap jante hain ke aise hi ulti seedhi baat mashhoor kar dete hain.</w:t>
      </w:r>
    </w:p>
    <w:p>
      <w:pPr>
        <w:jc w:val="right"/>
      </w:pPr>
      <w:r>
        <w:t>کچھ لوگ آپ جانتے ہیں کہ ایسے ہی الٹی سیدھی بات مشہور کر دیتے ہیں۔</w:t>
      </w:r>
    </w:p>
    <w:p>
      <w:r>
        <w:rPr>
          <w:b/>
        </w:rPr>
        <w:t xml:space="preserve">[37:58] </w:t>
      </w:r>
      <w:r>
        <w:t>toh ek shakhs ne suna ke un ke bare mein aisa kaha gaya hai. woh muhaddis the woh.</w:t>
      </w:r>
    </w:p>
    <w:p>
      <w:pPr>
        <w:jc w:val="right"/>
      </w:pPr>
      <w:r>
        <w:t>تو ایک شخص نے سنا کہ ان کے بارے میں ایسا کہا گیا ہے۔ وہ محدث تھے وہ۔</w:t>
      </w:r>
    </w:p>
    <w:p>
      <w:r>
        <w:rPr>
          <w:b/>
        </w:rPr>
        <w:t xml:space="preserve">[38:07] </w:t>
      </w:r>
      <w:r>
        <w:t>toh woh oont par baith kar wahan se aaya. un ke paas.</w:t>
      </w:r>
    </w:p>
    <w:p>
      <w:pPr>
        <w:jc w:val="right"/>
      </w:pPr>
      <w:r>
        <w:t>تو وہ اونٹ پر بیٹھ کر وہاں سے آیا۔ ان کے پاس۔</w:t>
      </w:r>
    </w:p>
    <w:p>
      <w:r>
        <w:rPr>
          <w:b/>
        </w:rPr>
        <w:t xml:space="preserve">[38:14] </w:t>
      </w:r>
      <w:r>
        <w:t>aa kar ke woh poocha us ne.</w:t>
      </w:r>
    </w:p>
    <w:p>
      <w:pPr>
        <w:jc w:val="right"/>
      </w:pPr>
      <w:r>
        <w:t>آ کر کے وہ پوچھا اس نے۔</w:t>
      </w:r>
    </w:p>
    <w:p>
      <w:r>
        <w:rPr>
          <w:b/>
        </w:rPr>
        <w:t xml:space="preserve">[38:19] </w:t>
      </w:r>
      <w:r>
        <w:t>ke main ne aap ke bare mein aisa aur aisa suna hai. jo kufr ko mustalzim hai woh baat. aisi baat sakht thi woh.</w:t>
      </w:r>
    </w:p>
    <w:p>
      <w:pPr>
        <w:jc w:val="right"/>
      </w:pPr>
      <w:r>
        <w:t>کہ میں نے آپ کے بارے میں ایسا اور ایسا سنا ہے۔ جو کفر کو مستلزم ہے وہ بات۔ ایسی بات سخت تھی وہ۔</w:t>
      </w:r>
    </w:p>
    <w:p>
      <w:r>
        <w:rPr>
          <w:b/>
        </w:rPr>
        <w:t xml:space="preserve">[38:31] </w:t>
      </w:r>
      <w:r>
        <w:t>toh unhone kya kiya? sirf ek lafz boley woh. astaghfirullah.</w:t>
      </w:r>
    </w:p>
    <w:p>
      <w:pPr>
        <w:jc w:val="right"/>
      </w:pPr>
      <w:r>
        <w:t>تو انہوں نے کیا کیا؟ صرف ایک لفظ بولے وہ۔ استغفراللہ۔</w:t>
      </w:r>
    </w:p>
    <w:p>
      <w:r>
        <w:rPr>
          <w:b/>
        </w:rPr>
        <w:t xml:space="preserve">[38:42] </w:t>
      </w:r>
      <w:r>
        <w:t>astaghfirullah ka matlab hota hai ke main khuda se maafi chahta hoon. koi bohat hi kadi baat hoti hai toh kaha jata hai astaghfirullah. yaani aisa matlab is waqt kya kiya main aisa keh sakta hoon?</w:t>
      </w:r>
    </w:p>
    <w:p>
      <w:pPr>
        <w:jc w:val="right"/>
      </w:pPr>
      <w:r>
        <w:t>استغفراللہ کا مطلب ہوتا ہے کہ میں خدا سے معافی چاہتا ہوں۔ کوئی بہت ہی کڑی بات ہوتی ہے تو کہا جاتا ہے استغفراللہ۔ یعنی ایسا مطلب اس وقت کیا کیا میں ایسا کہہ سکتا ہوں؟</w:t>
      </w:r>
    </w:p>
    <w:p>
      <w:r>
        <w:rPr>
          <w:b/>
        </w:rPr>
        <w:t xml:space="preserve">[38:55] </w:t>
      </w:r>
      <w:r>
        <w:t>lafzi maani toh astaghfirullah kahein ke main maafi mangta hoon khuda se. lekin is situation mein is ka matlab yeh hota hai ke aisi baat main bol sakta hoon?</w:t>
      </w:r>
    </w:p>
    <w:p>
      <w:pPr>
        <w:jc w:val="right"/>
      </w:pPr>
      <w:r>
        <w:t>لفظی معنی تو استغفراللہ کہیں کہ میں معافی مانگتا ہوں خدا سے۔ لیکن اس سچویشن میں اس کا مطلب یہ ہوتا ہے کہ ایسی بات میں بول سکتا ہوں؟</w:t>
      </w:r>
    </w:p>
    <w:p>
      <w:r>
        <w:rPr>
          <w:b/>
        </w:rPr>
        <w:t xml:space="preserve">[39:05] </w:t>
      </w:r>
      <w:r>
        <w:t>kya tum expect kar sakte ho ke main ne aisa kaha hoga? bhala ek momin aisa kahega? yeh matlab hota hai is ka. toh unhone kaha ke main ne suna hai aap ke bare mein aisa aur aisa.</w:t>
      </w:r>
    </w:p>
    <w:p>
      <w:pPr>
        <w:jc w:val="right"/>
      </w:pPr>
      <w:r>
        <w:t>کیا تم ایکسپیکٹ کر سکتے ہو کہ میں نے ایسا کہا ہوگا؟ بھلا ایک مومن ایسا کہے گا؟ یہ مطلب ہوتا ہے اس کا۔ تو انہوں نے کہا کہ میں نے سنا ہے آپ کے بارے میں ایسا اور ایسا۔</w:t>
      </w:r>
    </w:p>
    <w:p>
      <w:r>
        <w:rPr>
          <w:b/>
        </w:rPr>
        <w:t xml:space="preserve">[39:19] </w:t>
      </w:r>
      <w:r>
        <w:t>toh kya aap ne yeh baat kahi hai? unhone kaha astaghfirullah. jante hain kya hua? is ke baad woh aadmi oont par baitha aur chala gaya.</w:t>
      </w:r>
    </w:p>
    <w:p>
      <w:pPr>
        <w:jc w:val="right"/>
      </w:pPr>
      <w:r>
        <w:t>تو کیا آپ نے یہ بات کہی ہے؟ انہوں نے کہا استغفراللہ۔ جانتے ہیں کیا ہوا؟ اس کے بعد وہ آدمی اونٹ پر بیٹھا اور چلا گیا۔</w:t>
      </w:r>
    </w:p>
    <w:p>
      <w:r>
        <w:rPr>
          <w:b/>
        </w:rPr>
        <w:t xml:space="preserve">[39:36] </w:t>
      </w:r>
      <w:r>
        <w:t>to rawi se poocha gaya ke hil yakhtasim? hil yakhtasim? kya unhon ne aapas mein phir bhi behas ki?</w:t>
      </w:r>
    </w:p>
    <w:p>
      <w:pPr>
        <w:jc w:val="right"/>
      </w:pPr>
      <w:r>
        <w:t>تو راوی سے پوچھا گیا کہ ہل یختسم؟ ہل یختسم؟ کیا انہوں نے آپس میں پھر بھی بحث کی؟</w:t>
      </w:r>
    </w:p>
    <w:p>
      <w:r>
        <w:rPr>
          <w:b/>
        </w:rPr>
        <w:t xml:space="preserve">[39:46] </w:t>
      </w:r>
      <w:r>
        <w:t>argument kiya? qal allah. unhon ne kaha ke nahin.</w:t>
      </w:r>
    </w:p>
    <w:p>
      <w:pPr>
        <w:jc w:val="right"/>
      </w:pPr>
      <w:r>
        <w:t>آرگومنٹ کیا؟ قال اللہ۔ انہوں نے کہا کہ نہیں۔</w:t>
      </w:r>
    </w:p>
    <w:p>
      <w:r>
        <w:rPr>
          <w:b/>
        </w:rPr>
        <w:t xml:space="preserve">[39:54] </w:t>
      </w:r>
      <w:r>
        <w:t>nahin. yaani poochne wale ne poocha ke kya aap aisa aur aisa kehte hain? sunne wale ne kaha ke astaghfirullah.</w:t>
      </w:r>
    </w:p>
    <w:p>
      <w:pPr>
        <w:jc w:val="right"/>
      </w:pPr>
      <w:r>
        <w:t>نہیں۔ یعنی پوچھنے والے نے پوچھا کہ کیا آپ ایسا اور ایسا کہتے ہیں؟ سننے والے نے کہا کہ استغفراللہ۔</w:t>
      </w:r>
    </w:p>
    <w:p>
      <w:r>
        <w:rPr>
          <w:b/>
        </w:rPr>
        <w:t xml:space="preserve">[40:07] </w:t>
      </w:r>
      <w:r>
        <w:t>to isi ko maan liya us ne. ke jab ek insaan yeh keh raha hai ke tum kya expect karte ho ke maine aisa kaha hoga?</w:t>
      </w:r>
    </w:p>
    <w:p>
      <w:pPr>
        <w:jc w:val="right"/>
      </w:pPr>
      <w:r>
        <w:t>تو اسی کو مان لیا اس نے۔ کہ جب ایک انسان یہ کہہ رہا ہے کہ تم کیا ایکسپیکٹ کرتے ہو کہ میں نے ایسا کہا ہوگا؟</w:t>
      </w:r>
    </w:p>
    <w:p>
      <w:r>
        <w:rPr>
          <w:b/>
        </w:rPr>
        <w:t xml:space="preserve">[40:18] </w:t>
      </w:r>
      <w:r>
        <w:t>to us ko maan liya us ne. wapas chala gaya oont par baith kar ke. to is mein riwayat mein yeh alfaaz bhi aate hain qal hil yakhtasim?</w:t>
      </w:r>
    </w:p>
    <w:p>
      <w:pPr>
        <w:jc w:val="right"/>
      </w:pPr>
      <w:r>
        <w:t>تو اس کو مان لیا اس نے۔ واپس چلا گیا اونٹ پر بیٹھ کر کے۔ تو اس میں روایت میں یہ الفاظ بھی آتے ہیں قال ہل یختسم؟</w:t>
      </w:r>
    </w:p>
    <w:p>
      <w:r>
        <w:rPr>
          <w:b/>
        </w:rPr>
        <w:t xml:space="preserve">[40:28] </w:t>
      </w:r>
      <w:r>
        <w:t>qal allah. poocha ke kya yeh log aapas mein phir bhi argument kiya? phir bhi behas takrar kiya? to rawi kehta hai ke nahin.</w:t>
      </w:r>
    </w:p>
    <w:p>
      <w:pPr>
        <w:jc w:val="right"/>
      </w:pPr>
      <w:r>
        <w:t>قال اللہ۔ پوچھا کہ کیا یہ لوگ آپس میں پھر بھی آرگومنٹ کیا؟ پھر بھی بحث تکرار کیا؟ تو راوی کہتا ہے کہ نہیں۔</w:t>
      </w:r>
    </w:p>
    <w:p>
      <w:r>
        <w:rPr>
          <w:b/>
        </w:rPr>
        <w:t xml:space="preserve">[40:40] </w:t>
      </w:r>
      <w:r>
        <w:t>yeh woh log hain jo spirituality ki light mein nahaye hue hote hain.</w:t>
      </w:r>
    </w:p>
    <w:p>
      <w:pPr>
        <w:jc w:val="right"/>
      </w:pPr>
      <w:r>
        <w:t>یہ وہ لوگ ہیں جو اسپریچولٹی کی لائٹ میں نہائے ہوئے ہوتے ہیں۔</w:t>
      </w:r>
    </w:p>
    <w:p>
      <w:r>
        <w:rPr>
          <w:b/>
        </w:rPr>
        <w:t xml:space="preserve">[40:46] </w:t>
      </w:r>
      <w:r>
        <w:t>woh insaan par bharosa karte hain, trust karte hain. us ne jab yeh keh diya ke bhala batao ke main aisa keh sakta hoon? to maan lenge woh us ko.</w:t>
      </w:r>
    </w:p>
    <w:p>
      <w:pPr>
        <w:jc w:val="right"/>
      </w:pPr>
      <w:r>
        <w:t>وہ انسان پر بھروسہ کرتے ہیں، ٹرسٹ کرتے ہیں۔ اس نے جب یہ کہہ دیا کہ بھلا بتاؤ کہ میں ایسا کہہ سکتا ہوں؟ تو مان لیں گے وہ اس کو۔</w:t>
      </w:r>
    </w:p>
    <w:p>
      <w:r>
        <w:rPr>
          <w:b/>
        </w:rPr>
        <w:t xml:space="preserve">[40:57] </w:t>
      </w:r>
      <w:r>
        <w:t>yeh hai bahaduri ki baat, yeh hai imaan ki baat, yeh hai spirituality ki baat. ke jab koi baat keh de aadmi to aap us ko maan len.</w:t>
      </w:r>
    </w:p>
    <w:p>
      <w:pPr>
        <w:jc w:val="right"/>
      </w:pPr>
      <w:r>
        <w:t>یہ ہے بہادری کی بات، یہ ہے ایمان کی بات، یہ ہے اسپریچولٹی کی بات۔ کہ جب کوئی بات کہہ دے آدمی تو آپ اس کو مان لیں۔</w:t>
      </w:r>
    </w:p>
    <w:p>
      <w:r>
        <w:rPr>
          <w:b/>
        </w:rPr>
        <w:t xml:space="preserve">[41:07] </w:t>
      </w:r>
      <w:r>
        <w:t>aur phir bhi aap agar argument karen to yeh bohat hi bohat hi past baat hai, choti baat hai.</w:t>
      </w:r>
    </w:p>
    <w:p>
      <w:pPr>
        <w:jc w:val="right"/>
      </w:pPr>
      <w:r>
        <w:t>اور پھر بھی آپ اگر آرگومنٹ کریں تو یہ بہت ہی بہت ہی پست بات ہے، چھوٹی بات ہے۔</w:t>
      </w:r>
    </w:p>
    <w:p>
      <w:r>
        <w:rPr>
          <w:b/>
        </w:rPr>
        <w:t xml:space="preserve">[41:18] </w:t>
      </w:r>
      <w:r>
        <w:t>ghatiya darje ki baat hai yeh.</w:t>
      </w:r>
    </w:p>
    <w:p>
      <w:pPr>
        <w:jc w:val="right"/>
      </w:pPr>
      <w:r>
        <w:t>گھٹیا درجے کی بات ہے یہ۔</w:t>
      </w:r>
    </w:p>
    <w:p>
      <w:r>
        <w:rPr>
          <w:b/>
        </w:rPr>
        <w:t xml:space="preserve">[41:23] </w:t>
      </w:r>
      <w:r>
        <w:t>to spirituality dekhiye, kisi mistri ka naam nahin hai. spirituality naam hai, main samajhta hoon ke ek formula bohat mashhoor hai.</w:t>
      </w:r>
    </w:p>
    <w:p>
      <w:pPr>
        <w:jc w:val="right"/>
      </w:pPr>
      <w:r>
        <w:t>تو اسپریچولٹی دیکھیے، کسی مستری کا نام نہیں ہے۔ اسپریچولٹی نام ہے، میں سمجھتا ہوں کہ ایک فارمولا بہت مشہور ہے۔</w:t>
      </w:r>
    </w:p>
    <w:p>
      <w:r>
        <w:rPr>
          <w:b/>
        </w:rPr>
        <w:t xml:space="preserve">[41:35] </w:t>
      </w:r>
      <w:r>
        <w:t>simple living, high thinking. main samajhta hoon ke isi ka naam spirituality hai. simple living, high thinking.</w:t>
      </w:r>
    </w:p>
    <w:p>
      <w:pPr>
        <w:jc w:val="right"/>
      </w:pPr>
      <w:r>
        <w:t>سمپل لیونگ، ہائی تھنکنگ۔ میں سمجھتا ہوں کہ اسی کا نام اسپریچولٹی ہے۔ سمپل لیونگ، ہائی تھنکنگ۔</w:t>
      </w:r>
    </w:p>
    <w:p>
      <w:r>
        <w:rPr>
          <w:b/>
        </w:rPr>
        <w:t xml:space="preserve">[41:44] </w:t>
      </w:r>
      <w:r>
        <w:t>spirituality means high thinking. oopar uth kar sochna. ek hota hai animal level par sochna. animal level kya hai?</w:t>
      </w:r>
    </w:p>
    <w:p>
      <w:pPr>
        <w:jc w:val="right"/>
      </w:pPr>
      <w:r>
        <w:t>اسپریچولٹی مینز ہائی تھنکنگ۔ اوپر اٹھ کر سوچنا۔ ایک ہوتا ہے اینیمل لیول پر سوچنا۔ اینیمل لیول کیا ہے؟</w:t>
      </w:r>
    </w:p>
    <w:p>
      <w:r>
        <w:rPr>
          <w:b/>
        </w:rPr>
        <w:t xml:space="preserve">[41:55] </w:t>
      </w:r>
      <w:r>
        <w:t>ke ek dog ne doosre dog ko dekha, kuch ladne laga. yeh hai animal level. aur insaan ka level hai ke is se oopar uth jaye aadmi.</w:t>
      </w:r>
    </w:p>
    <w:p>
      <w:pPr>
        <w:jc w:val="right"/>
      </w:pPr>
      <w:r>
        <w:t>کہ ایک ڈاگ نے دوسرے ڈاگ کو دیکھا، کچھ لڑنے لگا۔ یہ ہے اینیمل لیول۔ اور انسان کا لیول ہے کہ اس سے اوپر اٹھ جائے آدمی۔</w:t>
      </w:r>
    </w:p>
    <w:p>
      <w:r>
        <w:rPr>
          <w:b/>
        </w:rPr>
        <w:t xml:space="preserve">[42:06] </w:t>
      </w:r>
      <w:r>
        <w:t>ke astaghfirullah kaho to bas baat khatam. astaghfirullah bol diya us ne to baat khatam. lekin dog nahin jaanta is baat ko.</w:t>
      </w:r>
    </w:p>
    <w:p>
      <w:pPr>
        <w:jc w:val="right"/>
      </w:pPr>
      <w:r>
        <w:t>کہ استغفراللہ کہو تو بس بات ختم۔ استغفراللہ بول دیا اس نے تو بات ختم۔ لیکن ڈاگ نہیں جانتا اس بات کو۔</w:t>
      </w:r>
    </w:p>
    <w:p>
      <w:r>
        <w:rPr>
          <w:b/>
        </w:rPr>
        <w:t xml:space="preserve">[42:18] </w:t>
      </w:r>
      <w:r>
        <w:t>baat khatam karne ko nahin jaanta woh. woh to ladega, ladega, ladega.</w:t>
      </w:r>
    </w:p>
    <w:p>
      <w:pPr>
        <w:jc w:val="right"/>
      </w:pPr>
      <w:r>
        <w:t>بات ختم کرنے کو نہیں جانتا وہ۔ وہ تو لڑے گا، لڑے گا، لڑے گا۔</w:t>
      </w:r>
    </w:p>
    <w:p>
      <w:r>
        <w:rPr>
          <w:b/>
        </w:rPr>
        <w:t xml:space="preserve">[42:25] </w:t>
      </w:r>
      <w:r>
        <w:t>to spirituality ka matlab jahan tak main samajhta hoon yeh nahin hai ke aap ecstasy mein jiyen.</w:t>
      </w:r>
    </w:p>
    <w:p>
      <w:pPr>
        <w:jc w:val="right"/>
      </w:pPr>
      <w:r>
        <w:t>تو اسپریچولٹی کا مطلب جہاں تک میں سمجھتا ہوں یہ نہیں ہے کہ آپ ایکسٹسی میں جیئیں۔</w:t>
      </w:r>
    </w:p>
    <w:p>
      <w:r>
        <w:rPr>
          <w:b/>
        </w:rPr>
        <w:t xml:space="preserve">[42:34] </w:t>
      </w:r>
      <w:r>
        <w:t>ecstasy mein jiyen, wajd mein jiyen. yeh kuch nahin, main to samajhta hoon ke yeh kuch bhi nahin, nothing. spirituality naam hai high thinking ka.</w:t>
      </w:r>
    </w:p>
    <w:p>
      <w:pPr>
        <w:jc w:val="right"/>
      </w:pPr>
      <w:r>
        <w:t>ایکسٹسی میں جیئیں، وجد میں جیئیں۔ یہ کچھ نہیں، میں تو سمجھتا ہوں کہ یہ کچھ بھی نہیں، نتھنگ۔ اسپریچولٹی نام ہے ہائی تھنکنگ کا۔</w:t>
      </w:r>
    </w:p>
    <w:p>
      <w:r>
        <w:rPr>
          <w:b/>
        </w:rPr>
        <w:t xml:space="preserve">[42:45] </w:t>
      </w:r>
      <w:r>
        <w:t>high thinking ka.</w:t>
      </w:r>
    </w:p>
    <w:p>
      <w:pPr>
        <w:jc w:val="right"/>
      </w:pPr>
      <w:r>
        <w:t>ہائی تھنکنگ کا۔</w:t>
      </w:r>
    </w:p>
    <w:p>
      <w:r>
        <w:rPr>
          <w:b/>
        </w:rPr>
        <w:t xml:space="preserve">[42:49] </w:t>
      </w:r>
      <w:r>
        <w:t>ek lafz maine banaya hai jo maine likha tha apne magazine mein. big bird thinking. dekhiye, aksar jo thande mulk hote hain, sard mulk hote hain, wahan par toofan aate hain.</w:t>
      </w:r>
    </w:p>
    <w:p>
      <w:pPr>
        <w:jc w:val="right"/>
      </w:pPr>
      <w:r>
        <w:t>ایک لفظ میں نے بنایا ہے جو میں نے لکھا تھا اپنے میگزین میں۔ بگ برڈ تھنکنگ۔ دیکھیے، اکثر جو ٹھنڈے ملک ہوتے ہیں، سرد ملک ہوتے ہیں، وہاں پر طوفان آتے ہیں۔</w:t>
      </w:r>
    </w:p>
    <w:p>
      <w:r>
        <w:rPr>
          <w:b/>
        </w:rPr>
        <w:t xml:space="preserve">[43:05] </w:t>
      </w:r>
      <w:r>
        <w:t>bohat hi sakht toofan aate hain. khaas tor par aabi ilaqon mein, jheel waghera ke is mein.</w:t>
      </w:r>
    </w:p>
    <w:p>
      <w:pPr>
        <w:jc w:val="right"/>
      </w:pPr>
      <w:r>
        <w:t>بہت ہی سخت طوفان آتے ہیں۔ خاص طور پر آبی علاقوں میں، جھیل وغیرہ کے اس میں۔</w:t>
      </w:r>
    </w:p>
    <w:p>
      <w:r>
        <w:rPr>
          <w:b/>
        </w:rPr>
        <w:t xml:space="preserve">[43:17] </w:t>
      </w:r>
      <w:r>
        <w:t>to kya hota hai wahan? wahan chote wing wali chidiyan bhi hain aur strong wing wali chidiyan bhi hain.</w:t>
      </w:r>
    </w:p>
    <w:p>
      <w:pPr>
        <w:jc w:val="right"/>
      </w:pPr>
      <w:r>
        <w:t>تو کیا ہوتا ہے وہاں؟ وہاں چھوٹے ونگ والی چڑیاں بھی ہیں اور اسٹرانگ ونگ والی چڑیاں بھی ہیں۔</w:t>
      </w:r>
    </w:p>
    <w:p>
      <w:r>
        <w:rPr>
          <w:b/>
        </w:rPr>
        <w:t xml:space="preserve">[43:26] </w:t>
      </w:r>
      <w:r>
        <w:t>badi badi chidiyan bhi hain, choti chidiyan bhi hain. to jab storm aata hai to choti chidiyan is mein is ki zad mein aa kar mar jati hain.</w:t>
      </w:r>
    </w:p>
    <w:p>
      <w:pPr>
        <w:jc w:val="right"/>
      </w:pPr>
      <w:r>
        <w:t>بڑی بڑی چڑیاں بھی ہیں، چھوٹی چڑیاں بھی ہیں۔ تو جب اسٹرانگ آتا ہے تو چھوٹی چڑیاں اس میں اس کی زد میں آ کر مر جاتی ہیں۔</w:t>
      </w:r>
    </w:p>
    <w:p>
      <w:r>
        <w:rPr>
          <w:b/>
        </w:rPr>
        <w:t xml:space="preserve">[43:36] </w:t>
      </w:r>
      <w:r>
        <w:t>is ki victim ban jati hain. lekin jo badi chidiyan, jo bade baazu jin ke hain, woh oopar uth jati hain. dekhiye, storm ka level is ki ek limit hoti hai.</w:t>
      </w:r>
    </w:p>
    <w:p>
      <w:pPr>
        <w:jc w:val="right"/>
      </w:pPr>
      <w:r>
        <w:t>اس کی وکٹم بن جاتی ہیں۔ لیکن جو بڑی چڑیاں، جو بڑے بازو جن کے ہیں، وہ اوپر اٹھ جاتی ہیں۔ دیکھیے، اسٹارم کا لیول اس کی ایک لمٹ ہوتی ہے۔</w:t>
      </w:r>
    </w:p>
    <w:p>
      <w:r>
        <w:rPr>
          <w:b/>
        </w:rPr>
        <w:t xml:space="preserve">[43:47] </w:t>
      </w:r>
      <w:r>
        <w:t>aisa nahi ke wo aasman tak hai wo. to agar isi ke andar aap hain to wo chirya isi mein andar rehti hai, wo mar jati hai.</w:t>
      </w:r>
    </w:p>
    <w:p>
      <w:pPr>
        <w:jc w:val="right"/>
      </w:pPr>
      <w:r>
        <w:t>ایسا نہیں کہ وہ آسمان تک ہے وہ۔ تو اگر اسی کے اندر آپ ہیں تو وہ چڑیا اسی میں اندر رہتی ہے، وہ مر جاتی ہے۔</w:t>
      </w:r>
    </w:p>
    <w:p>
      <w:r>
        <w:rPr>
          <w:b/>
        </w:rPr>
        <w:t xml:space="preserve">[43:58] </w:t>
      </w:r>
      <w:r>
        <w:t>lekin jo bare bazoo wali chirya hai, wo ooper uth jati hai. yani iske jahan tak hai storm, us se ooper chali jati hai wo.</w:t>
      </w:r>
    </w:p>
    <w:p>
      <w:pPr>
        <w:jc w:val="right"/>
      </w:pPr>
      <w:r>
        <w:t>لیکن جو بڑے بازو والی چڑیا ہے، وہ اوپر اٹھ جاتی ہے۔ یعنی اس کے جہاں تک ہے اسٹارم، اس سے اوپر چلی جاتی ہے وہ۔</w:t>
      </w:r>
    </w:p>
    <w:p>
      <w:r>
        <w:rPr>
          <w:b/>
        </w:rPr>
        <w:t xml:space="preserve">[44:09] </w:t>
      </w:r>
      <w:r>
        <w:t>to is se bach jati hai wo. is ko kehte hain ke big bird of the storm.</w:t>
      </w:r>
    </w:p>
    <w:p>
      <w:pPr>
        <w:jc w:val="right"/>
      </w:pPr>
      <w:r>
        <w:t>تو اس سے بچ جاتی ہے وہ۔ اس کو کہتے ہیں کہ بگ برڈ آف دی اسٹارم۔</w:t>
      </w:r>
    </w:p>
    <w:p>
      <w:r>
        <w:rPr>
          <w:b/>
        </w:rPr>
        <w:t xml:space="preserve">[44:17] </w:t>
      </w:r>
      <w:r>
        <w:t>big bird of the storm. is se maine ek lafz coin kiya hai. big bird thinking. sach poochhen to big bird thinking hi spiritual thinking hai.</w:t>
      </w:r>
    </w:p>
    <w:p>
      <w:pPr>
        <w:jc w:val="right"/>
      </w:pPr>
      <w:r>
        <w:t>بگ برڈ آف دی اسٹارم۔ اس سے میں نے ایک لفظ کوائن کیا ہے۔ بگ برڈ تھنکنگ۔ سچ پوچھیں تو بگ برڈ تھنکنگ ہی اسپریچول تھنکنگ ہے۔</w:t>
      </w:r>
    </w:p>
    <w:p>
      <w:r>
        <w:rPr>
          <w:b/>
        </w:rPr>
        <w:t xml:space="preserve">[44:29] </w:t>
      </w:r>
      <w:r>
        <w:t>big bird thinking jo hai wahi spiritual thinking hai.</w:t>
      </w:r>
    </w:p>
    <w:p>
      <w:pPr>
        <w:jc w:val="right"/>
      </w:pPr>
      <w:r>
        <w:t>بگ برڈ تھنکنگ جو ہے وہی اسپریچول تھنکنگ ہے۔</w:t>
      </w:r>
    </w:p>
    <w:p>
      <w:r>
        <w:rPr>
          <w:b/>
        </w:rPr>
        <w:t xml:space="preserve">[44:35] </w:t>
      </w:r>
      <w:r>
        <w:t>yani kisi situation mein aap grive ye hain. kisi ne aap ko kuch ulta seedha keh diya. kisi ne aap ko kuch nuksan pahuncha diya.</w:t>
      </w:r>
    </w:p>
    <w:p>
      <w:pPr>
        <w:jc w:val="right"/>
      </w:pPr>
      <w:r>
        <w:t>یعنی کسی سچویشن میں آپ گریو یہ ہیں۔ کسی نے آپ کو کچھ الٹا سیدھا کہہ دیا۔ کسی نے آپ کو کچھ نقصان پہنچا دیا۔</w:t>
      </w:r>
    </w:p>
    <w:p>
      <w:r>
        <w:rPr>
          <w:b/>
        </w:rPr>
        <w:t xml:space="preserve">[44:44] </w:t>
      </w:r>
      <w:r>
        <w:t>kuch na kuch baat aisi unwanted ho jati hai insan ke sath. to aap har waqt negatively react karte rahen.</w:t>
      </w:r>
    </w:p>
    <w:p>
      <w:pPr>
        <w:jc w:val="right"/>
      </w:pPr>
      <w:r>
        <w:t>کچھ نہ کچھ بات ایسی ان وانٹڈ ہو جاتی ہے انسان کے ساتھ۔ تو آپ ہر وقت نیگیٹیولی ری ایکٹ کرتے رہیں۔</w:t>
      </w:r>
    </w:p>
    <w:p>
      <w:r>
        <w:rPr>
          <w:b/>
        </w:rPr>
        <w:t xml:space="preserve">[44:56] </w:t>
      </w:r>
      <w:r>
        <w:t>ye kyun keh diya? wo kyun keh diya? hamare gaon mein ek sahib the. to ek martaba unhone kaha ke sari baat mere petwa mein bhari hai.</w:t>
      </w:r>
    </w:p>
    <w:p>
      <w:pPr>
        <w:jc w:val="right"/>
      </w:pPr>
      <w:r>
        <w:t>یہ کیوں کہہ دیا؟ وہ کیوں کہہ دیا؟ ہمارے گاؤں میں ایک صاحب تھے۔ تو ایک مرتبہ انہوں نے کہا کہ ساری بات میرے پیٹوا میں بھری ہے۔</w:t>
      </w:r>
    </w:p>
    <w:p>
      <w:r>
        <w:rPr>
          <w:b/>
        </w:rPr>
        <w:t xml:space="preserve">[45:10] </w:t>
      </w:r>
      <w:r>
        <w:t>petwa ne pet. yani family life ke bare mein kaha tha unhone. unki family life di thi wo, joint family thi. to joint family mein tarah tarah ki baaten hoti hain.</w:t>
      </w:r>
    </w:p>
    <w:p>
      <w:pPr>
        <w:jc w:val="right"/>
      </w:pPr>
      <w:r>
        <w:t>پیٹوا نے پیٹ۔ یعنی فیملی لائف کے بارے میں کہا تھا انہوں نے۔ ان کی فیملی لائف دی تھی وہ، جوائنٹ فیملی تھی۔ تو جوائنٹ فیملی میں طرح طرح کی باتیں ہوتی ہیں۔</w:t>
      </w:r>
    </w:p>
    <w:p>
      <w:r>
        <w:rPr>
          <w:b/>
        </w:rPr>
        <w:t xml:space="preserve">[45:22] </w:t>
      </w:r>
      <w:r>
        <w:t>to ek martaba unhone kaha ke sari baat mere petwa mein bhari hai. ke jo suna hua rakhe hue hain, jo suna hua rakhe hue hain.</w:t>
      </w:r>
    </w:p>
    <w:p>
      <w:pPr>
        <w:jc w:val="right"/>
      </w:pPr>
      <w:r>
        <w:t>تو ایک مرتبہ انہوں نے کہا کہ ساری بات میرے پیٹوا میں بھری ہے۔ کہ جو سنا ہوا رکھے ہوئے ہیں، جو سنا ہوا رکھے ہوئے ہیں۔</w:t>
      </w:r>
    </w:p>
    <w:p>
      <w:r>
        <w:rPr>
          <w:b/>
        </w:rPr>
        <w:t xml:space="preserve">[45:32] </w:t>
      </w:r>
      <w:r>
        <w:t>ab pata nahi chala ke wo hundred percent negative ho gaye the wo. sari baat jo thi us ko rakhe hue hain apne memory mein to kya hua ke wo negative ban gaye wo.</w:t>
      </w:r>
    </w:p>
    <w:p>
      <w:pPr>
        <w:jc w:val="right"/>
      </w:pPr>
      <w:r>
        <w:t>اب پتہ نہیں چلا کہ وہ ہنڈرڈ پرسنٹ نیگیٹیو ہو گئے تھے وہ۔ ساری بات جو تھی اس کو رکھے ہوئے ہیں اپنے میموری میں تو کیا ہوا کہ وہ نیگیٹیو بن گئے وہ۔</w:t>
      </w:r>
    </w:p>
    <w:p>
      <w:r>
        <w:rPr>
          <w:b/>
        </w:rPr>
        <w:t xml:space="preserve">[45:44] </w:t>
      </w:r>
      <w:r>
        <w:t>to wo kya? wo bari chirya nahi ban saki. choti chirya ban kar reh gaye. is se ooper uth jate hain wo, is se ooper uth jate hain wo.</w:t>
      </w:r>
    </w:p>
    <w:p>
      <w:pPr>
        <w:jc w:val="right"/>
      </w:pPr>
      <w:r>
        <w:t>تو وہ کیا؟ وہ بڑی چڑیا نہیں بن سکے۔ چھوٹی چڑیا بن کر رہ گئے۔ اس سے اوپر اٹھ جاتے ہیں وہ، اس سے اوپر اٹھ جاتے ہیں وہ۔</w:t>
      </w:r>
    </w:p>
    <w:p>
      <w:r>
        <w:rPr>
          <w:b/>
        </w:rPr>
        <w:t xml:space="preserve">[45:53] </w:t>
      </w:r>
      <w:r>
        <w:t>to wo phir un ke andar big bird thinking aati hai. big bird thinking aati hai. aam taur par ye hota hai ke hum kisi family mein rehte hain.</w:t>
      </w:r>
    </w:p>
    <w:p>
      <w:pPr>
        <w:jc w:val="right"/>
      </w:pPr>
      <w:r>
        <w:t>تو وہ پھر ان کے اندر بگ برڈ تھنکنگ آتی ہے۔ بگ برڈ تھنکنگ آتی ہے۔ عام طور پر یہ ہوتا ہے کہ ہم کسی فیملی میں رہتے ہیں۔</w:t>
      </w:r>
    </w:p>
    <w:p>
      <w:r>
        <w:rPr>
          <w:b/>
        </w:rPr>
        <w:t xml:space="preserve">[46:03] </w:t>
      </w:r>
      <w:r>
        <w:t>hamare kuch relatives hote hain, kuch friend hote hain, kuch neighbors hote hain. ek society hoti hai, phir aage badh kar ke yani national level par group hote hain, ek group ye, doosra group wo.</w:t>
      </w:r>
    </w:p>
    <w:p>
      <w:pPr>
        <w:jc w:val="right"/>
      </w:pPr>
      <w:r>
        <w:t>ہمارے کچھ ریلیٹوز ہوتے ہیں، کچھ فرینڈ ہوتے ہیں، کچھ نیبرز ہوتے ہیں۔ ایک سوسائٹی ہوتی ہے، پھر آگے بڑھ کر کے یعنی نیشنل لیول پر گروپ ہوتے ہیں، ایک گروپ یہ، دوسرا گروپ وہ۔</w:t>
      </w:r>
    </w:p>
    <w:p>
      <w:r>
        <w:rPr>
          <w:b/>
        </w:rPr>
        <w:t xml:space="preserve">[46:19] </w:t>
      </w:r>
      <w:r>
        <w:t>to dekhiye, it is but natural ke zindagi mein differences ayenge. ek doosre ko shikayat hogi. to ek insan wo hai jo shikayaton mein jeeta rahe.</w:t>
      </w:r>
    </w:p>
    <w:p>
      <w:pPr>
        <w:jc w:val="right"/>
      </w:pPr>
      <w:r>
        <w:t>تو دیکھیے، اٹ از بٹ نیچرل کہ زندگی میں ڈیفرنسز آئیں گے۔ ایک دوسرے کو شکایت ہوگی۔ تو ایک انسان وہ ہے جو شکایتوں میں جیتا رہے۔</w:t>
      </w:r>
    </w:p>
    <w:p>
      <w:r>
        <w:rPr>
          <w:b/>
        </w:rPr>
        <w:t xml:space="preserve">[46:32] </w:t>
      </w:r>
      <w:r>
        <w:t>to wo small bird hai wo. yani toofan ki zad mein aa kar ke isi mein pada hua hai. wo small bird hai. aur jo aadmi is se ooper uth jaye, is se ooper uth jaye, is se ooper uth jaye to wo big bird hai.</w:t>
      </w:r>
    </w:p>
    <w:p>
      <w:pPr>
        <w:jc w:val="right"/>
      </w:pPr>
      <w:r>
        <w:t>تو وہ اسمال برڈ ہے وہ۔ یعنی طوفان کی زد میں آ کر کے اسی میں پڑا ہوا ہے۔ وہ اسمال برڈ ہے۔ اور جو آدمی اس سے اوپر اٹھ جائے، اس سے اوپر اٹھ جائے، اس سے اوپر اٹھ جائے تو وہ بگ برڈ ہے۔</w:t>
      </w:r>
    </w:p>
    <w:p>
      <w:r>
        <w:rPr>
          <w:b/>
        </w:rPr>
        <w:t xml:space="preserve">[46:49] </w:t>
      </w:r>
      <w:r>
        <w:t>spirituality means big bird thinking. ek martaba main hawai jahaz mein kahin safar kar raha tha to thirty five thousand feet par jahaz ooper jab chala gaya to neeche kuch dikhai nahi deta tha.</w:t>
      </w:r>
    </w:p>
    <w:p>
      <w:pPr>
        <w:jc w:val="right"/>
      </w:pPr>
      <w:r>
        <w:t>اسپریچولٹی مینز بگ برڈ تھنکنگ۔ ایک مرتبہ میں ہوائی جہاز میں کہیں سفر کر رہا تھا تو تھرٹی فائیو تھاؤزنڈ فیٹ پر جہاز اوپر جب چلا گیا تو نیچے کچھ دکھائی نہیں دیتا تھا۔</w:t>
      </w:r>
    </w:p>
    <w:p>
      <w:r>
        <w:rPr>
          <w:b/>
        </w:rPr>
        <w:t xml:space="preserve">[47:06] </w:t>
      </w:r>
      <w:r>
        <w:t>neeche bilkul vacuum sa tha neeche. na koi river, na koi city, na na road, na kuch na kuch.</w:t>
      </w:r>
    </w:p>
    <w:p>
      <w:pPr>
        <w:jc w:val="right"/>
      </w:pPr>
      <w:r>
        <w:t>نیچے بالکل ویکیوم سا تھا نیچے۔ نہ کوئی ریور، نہ کوئی سٹی، نہ نہ روڈ، نہ کچھ نہ کچھ۔</w:t>
      </w:r>
    </w:p>
    <w:p>
      <w:r>
        <w:rPr>
          <w:b/>
        </w:rPr>
        <w:t xml:space="preserve">[47:16] </w:t>
      </w:r>
      <w:r>
        <w:t>to main ne socha ke dekhiye jab aadmi ka level ooper ho jaye, ooper ho jaye, ooper ho jaye to sari cheezen disappear ho jati hain. yani anger aur ghussa aur revenge aur malice sab disappear.</w:t>
      </w:r>
    </w:p>
    <w:p>
      <w:pPr>
        <w:jc w:val="right"/>
      </w:pPr>
      <w:r>
        <w:t>تو میں نے سوچا کہ دیکھیے جب آدمی کا لیول اوپر ہو جائے، اوپر ہو جائے، اوپر ہو جائے تو ساری چیزیں ڈس اپیئر ہو جاتی ہیں۔ یعنی اینگر اور غصہ اور ریونج اور میلس سب ڈس اپیئر۔</w:t>
      </w:r>
    </w:p>
    <w:p>
      <w:r>
        <w:rPr>
          <w:b/>
        </w:rPr>
        <w:t xml:space="preserve">[47:31] </w:t>
      </w:r>
      <w:r>
        <w:t>aap neeche level par ur rahe hon helicopter se, maslan helicopter to bohat neeche neeche urta hai. to aap ko dikhai dega ke haan koi nadi hai, idhar road hai, idhar bridge hai, idhar insan hai, idhar basti hai, idhar town hai, idhar city hai, sab dekhenge aap.</w:t>
      </w:r>
    </w:p>
    <w:p>
      <w:pPr>
        <w:jc w:val="right"/>
      </w:pPr>
      <w:r>
        <w:t>آپ نیچے لیول پر اڑ رہے ہوں ہیلی کاپٹر سے، مثلاً ہیلی کاپٹر تو بہت نیچے نیچے اڑتا ہے۔ تو آپ کو دکھائی دے گا کہ ہاں کوئی ندی ہے، ادھر روڈ ہے، ادھر برج ہے، ادھر انسان ہے، ادھر بستی ہے، ادھر ٹاؤن ہے، ادھر سٹی ہے، سب دیکھیں گے آپ۔</w:t>
      </w:r>
    </w:p>
    <w:p>
      <w:r>
        <w:rPr>
          <w:b/>
        </w:rPr>
        <w:t xml:space="preserve">[47:46] </w:t>
      </w:r>
      <w:r>
        <w:t>neeche ke level par. ooper ke level par sab khatam. to neeche ke level hi par ye sab rehta hai ke aap anger mein jeete hain, aap revenge mein jeete hain, aap malice mein jeete hain.</w:t>
      </w:r>
    </w:p>
    <w:p>
      <w:pPr>
        <w:jc w:val="right"/>
      </w:pPr>
      <w:r>
        <w:t>نیچے کے لیول پر۔ اوپر کے لیول پر سب ختم۔ تو نیچے کے لیول ہی پر یہ سب رہتا ہے کہ آپ اینگر میں جیتے ہیں، آپ ریونج میں جیتے ہیں، آپ میلس میں جیتے ہیں۔</w:t>
      </w:r>
    </w:p>
    <w:p>
      <w:r>
        <w:rPr>
          <w:b/>
        </w:rPr>
        <w:t xml:space="preserve">[47:59] </w:t>
      </w:r>
      <w:r>
        <w:t>aap ego mein jeete hain. ego bhi kisi ke muqable mein hota hai. ye sab neeche ke level par jeena hai. ur jaiye, ur jaiye, ur jaiye to aap kya hoga?</w:t>
      </w:r>
    </w:p>
    <w:p>
      <w:pPr>
        <w:jc w:val="right"/>
      </w:pPr>
      <w:r>
        <w:t>آپ ایگو میں جیتے ہیں۔ ایگو بھی کسی کے مقابلے میں ہوتا ہے۔ یہ سب نیچے کے لیول پر جینا ہے۔ اڑ جائیے، اڑ جائیے، اڑ جائیے تو آپ کیا ہوگا؟</w:t>
      </w:r>
    </w:p>
    <w:p>
      <w:r>
        <w:rPr>
          <w:b/>
        </w:rPr>
        <w:t xml:space="preserve">[48:12] </w:t>
      </w:r>
      <w:r>
        <w:t>sab khatam, sab disappear ho jata hai sab. that is spiritual level. that is spiritual level.</w:t>
      </w:r>
    </w:p>
    <w:p>
      <w:pPr>
        <w:jc w:val="right"/>
      </w:pPr>
      <w:r>
        <w:t>سب ختم، سب ڈس اپیئر ہو جاتا ہے سب۔ دیٹ از اسپریچول لیول۔ دیٹ از اسپریچول لیول۔</w:t>
      </w:r>
    </w:p>
    <w:p>
      <w:r>
        <w:rPr>
          <w:b/>
        </w:rPr>
        <w:t xml:space="preserve">[48:21] </w:t>
      </w:r>
      <w:r>
        <w:t>to ye jo hai ke noor ke Khuda ne farmaya, Allah taala ne farmaya ke hum is ko ek light de dete hain, noor jis mein wo chalta hai. yamshi bihi fil nas.</w:t>
      </w:r>
    </w:p>
    <w:p>
      <w:pPr>
        <w:jc w:val="right"/>
      </w:pPr>
      <w:r>
        <w:t>تو یہ جو ہے کہ نور کہ خدا نے فرمایا، اللہ تعالی نے فرمایا کہ ہم اس کو ایک لائٹ دے دیتے ہیں، نور جس میں وہ چلتا ہے۔یمشی بہی فی الناس۔</w:t>
      </w:r>
    </w:p>
    <w:p>
      <w:r>
        <w:rPr>
          <w:b/>
        </w:rPr>
        <w:t xml:space="preserve">[48:33] </w:t>
      </w:r>
      <w:r>
        <w:t>to ek ye hai ke is ki life spiritual life ban jati hai. is ki life divine life ban jati hai. is ki life mein positivity aa jati hai.</w:t>
      </w:r>
    </w:p>
    <w:p>
      <w:pPr>
        <w:jc w:val="right"/>
      </w:pPr>
      <w:r>
        <w:t>تو ایک یہ ہے کہ اس کی لائف اسپریچول لائف بن جاتی ہے۔ اس کی لائف ڈیوائن لائف بن جاتی ہے۔ اس کی لائف میں پازیٹیوٹی آ جاتی ہے۔</w:t>
      </w:r>
    </w:p>
    <w:p>
      <w:r>
        <w:rPr>
          <w:b/>
        </w:rPr>
        <w:t xml:space="preserve">[48:45] </w:t>
      </w:r>
      <w:r>
        <w:t>har mamle mein woh har mamle ko woh positive angle se dekhta hai. negative angle khatam ho jate hain. yeh hai spirituality ka aadmi se taluq.</w:t>
      </w:r>
    </w:p>
    <w:p>
      <w:pPr>
        <w:jc w:val="right"/>
      </w:pPr>
      <w:r>
        <w:t>ہر معاملے میں وہ ہر معاملے کو وہ پازیٹیو اینگل سے دیکھتا ہے۔ نیگیٹیو اینگل ختم ہو جاتے ہیں۔ یہ ہے اسپریچولٹی کا آدمی سے تعلق۔</w:t>
      </w:r>
    </w:p>
    <w:p>
      <w:r>
        <w:rPr>
          <w:b/>
        </w:rPr>
        <w:t xml:space="preserve">[49:00] </w:t>
      </w:r>
      <w:r>
        <w:t>yani is light, is light ka. ek doosri cheez jo hai woh, woh hai daawa. dekhiye insaan ke nature ko samjhiye aap.</w:t>
      </w:r>
    </w:p>
    <w:p>
      <w:pPr>
        <w:jc w:val="right"/>
      </w:pPr>
      <w:r>
        <w:t>یعنی اس لائٹ، اس لائٹ کا۔ ایک دوسری چیز جو ہے وہ، وہ ہے دعویٰ۔ دیکھیے انسان کے نیچر کو سمجھیے آپ۔</w:t>
      </w:r>
    </w:p>
    <w:p>
      <w:r>
        <w:rPr>
          <w:b/>
        </w:rPr>
        <w:t xml:space="preserve">[49:12] </w:t>
      </w:r>
      <w:r>
        <w:t>insaan ko koi cheez mile toh woh usko baantna chahta hai, phailana chahta hai, spread karna chahta hai. yeh mumkin nahi ke aap ko ek sachai mile toh aap apne liye le ke baithe rahein aap.</w:t>
      </w:r>
    </w:p>
    <w:p>
      <w:pPr>
        <w:jc w:val="right"/>
      </w:pPr>
      <w:r>
        <w:t>انسان کو کوئی چیز ملے تو وہ اس کو بانٹنا چاہتا ہے، پھیلانا چاہتا ہے، اسپریڈ کرنا چاہتا ہے۔ یہ ممکن نہیں کہ آپ کو ایک سچائی ملے تو آپ اپنے لیے لے کے بیٹھے رہیں آپ۔</w:t>
      </w:r>
    </w:p>
    <w:p>
      <w:r>
        <w:rPr>
          <w:b/>
        </w:rPr>
        <w:t xml:space="preserve">[49:23] </w:t>
      </w:r>
      <w:r>
        <w:t>aap chalayenge. aap chalayenge.</w:t>
      </w:r>
    </w:p>
    <w:p>
      <w:pPr>
        <w:jc w:val="right"/>
      </w:pPr>
      <w:r>
        <w:t>آپ چلائیں گے۔ آپ چلائیں گے۔</w:t>
      </w:r>
    </w:p>
    <w:p>
      <w:r>
        <w:rPr>
          <w:b/>
        </w:rPr>
        <w:t xml:space="preserve">[49:29] </w:t>
      </w:r>
      <w:r>
        <w:t>aap chalayenge ke dekho bhai yeh yeh hai.</w:t>
      </w:r>
    </w:p>
    <w:p>
      <w:pPr>
        <w:jc w:val="right"/>
      </w:pPr>
      <w:r>
        <w:t>آپ چلائیں گے کہ دیکھو بھائی یہ یہ ہے۔</w:t>
      </w:r>
    </w:p>
    <w:p>
      <w:r>
        <w:rPr>
          <w:b/>
        </w:rPr>
        <w:t xml:space="preserve">[49:36] </w:t>
      </w:r>
      <w:r>
        <w:t>ek scientist ka maine padha, America ka scientist. woh research kar raha tha space ke bare mein. universe, universe, universal law ke bare mein.</w:t>
      </w:r>
    </w:p>
    <w:p>
      <w:pPr>
        <w:jc w:val="right"/>
      </w:pPr>
      <w:r>
        <w:t>ایک سائنٹسٹ کا میں نے پڑھا، امریکہ کا سائنٹسٹ۔ وہ ریسرچ کر رہا تھا اسپیس کے بارے میں۔ یونیورس، یونیورس، یونیورسل لا کے بارے میں۔</w:t>
      </w:r>
    </w:p>
    <w:p>
      <w:r>
        <w:rPr>
          <w:b/>
        </w:rPr>
        <w:t xml:space="preserve">[49:49] </w:t>
      </w:r>
      <w:r>
        <w:t>toh yeh main iski detail, detail likhi thi apne ek book mein. toh woh research kar raha tha, research kar raha tha, research kar raha tha apne laboratory mein toh achaanak usko discovery ek ho gayi.</w:t>
      </w:r>
    </w:p>
    <w:p>
      <w:pPr>
        <w:jc w:val="right"/>
      </w:pPr>
      <w:r>
        <w:t>تو یہ میں اس کی ڈیٹیل، ڈیٹیل لکھی تھی اپنے ایک بک میں۔ تو وہ ریسرچ کر رہا تھا، ریسرچ کر رہا تھا، ریسرچ کر رہا تھا اپنے لیبارٹری میں تو اچانک اس کو ڈسکوری ایک ہو گئی۔</w:t>
      </w:r>
    </w:p>
    <w:p>
      <w:r>
        <w:rPr>
          <w:b/>
        </w:rPr>
        <w:t xml:space="preserve">[50:05] </w:t>
      </w:r>
      <w:r>
        <w:t>ke universe kis tarah se move karti hai. iska law, law of nature universe usko discover ho gaya. isi waqt woh nikla ghar se bahar.</w:t>
      </w:r>
    </w:p>
    <w:p>
      <w:pPr>
        <w:jc w:val="right"/>
      </w:pPr>
      <w:r>
        <w:t>کہ یونیورس کس طرح سے موو کرتی ہے۔ اس کا لا، لا آف نیرو یونیورس اس کو ڈسکور ہو گیا۔ اسی وقت وہ نکلا گھر سے باہر۔</w:t>
      </w:r>
    </w:p>
    <w:p>
      <w:r>
        <w:rPr>
          <w:b/>
        </w:rPr>
        <w:t xml:space="preserve">[50:17] </w:t>
      </w:r>
      <w:r>
        <w:t>woh chahta tha ke logon ko bataye ke maine law of the universe discover kar liya hai. toh maloom hua ke filane ka ek theatre ho raha hai, us mein saare log ekattha hain wahan par.</w:t>
      </w:r>
    </w:p>
    <w:p>
      <w:pPr>
        <w:jc w:val="right"/>
      </w:pPr>
      <w:r>
        <w:t>وہ چاہتا تھا کہ لوگوں کو بتائے کہ میں نے لا آف دا یونیورس ڈسکور کر لیا ہے۔ تو معلوم ہوا کہ فلانے کا ایک تھیٹر ہو رہا ہے، اس میں سارے لوگ اکٹھا ہیں وہاں پر۔</w:t>
      </w:r>
    </w:p>
    <w:p>
      <w:r>
        <w:rPr>
          <w:b/>
        </w:rPr>
        <w:t xml:space="preserve">[50:33] </w:t>
      </w:r>
      <w:r>
        <w:t>toh daud kar woh us hall mein gaya wahan par. wahan par mic par koi program chal raha tha. toh mic usne chheen liya.</w:t>
      </w:r>
    </w:p>
    <w:p>
      <w:pPr>
        <w:jc w:val="right"/>
      </w:pPr>
      <w:r>
        <w:t>تو دوڑ کر وہ اس ہال میں گیا وہاں پر۔ وہاں پر مائیک پر کوئی پروگرام چل رہا تھا۔ تو مائیک اس نے چھین لیا۔</w:t>
      </w:r>
    </w:p>
    <w:p>
      <w:r>
        <w:rPr>
          <w:b/>
        </w:rPr>
        <w:t xml:space="preserve">[50:43] </w:t>
      </w:r>
      <w:r>
        <w:t>usne kaha ke mic mujhe do. I have a news. I want to convey this news to this audience, to all mankind.</w:t>
      </w:r>
    </w:p>
    <w:p>
      <w:pPr>
        <w:jc w:val="right"/>
      </w:pPr>
      <w:r>
        <w:t>اس نے کہا کہ مائیک مجھے دو۔ آئی ہیو اے نیوز۔ آئی وانٹ ٹو کنوے دس نیوز ٹو دس آڈینس، ٹو آل مائنڈ کائنڈ۔</w:t>
      </w:r>
    </w:p>
    <w:p>
      <w:r>
        <w:rPr>
          <w:b/>
        </w:rPr>
        <w:t xml:space="preserve">[50:55] </w:t>
      </w:r>
      <w:r>
        <w:t>toh usne kaha ke maine law of the universe ko discover kar liya, suno. yeh yeh hota hai, discovery ke baad ek ek ek jazba uthta hai aadmi ke andar.</w:t>
      </w:r>
    </w:p>
    <w:p>
      <w:pPr>
        <w:jc w:val="right"/>
      </w:pPr>
      <w:r>
        <w:t>تو اس نے کہا کہ میں نے لا آف دا یونیورس کو ڈسکور کر لیا، سنو۔ یہ یہ ہوتا ہے، ڈسکوری کے بعد ایک ایک ایک جذبہ اٹھتا ہے آدمی کے اندر۔</w:t>
      </w:r>
    </w:p>
    <w:p>
      <w:r>
        <w:rPr>
          <w:b/>
        </w:rPr>
        <w:t xml:space="preserve">[51:09] </w:t>
      </w:r>
      <w:r>
        <w:t>usko aap hum kehte hain mission. mission. toh jab Khuda ki taraf se light milti hai toh zaroor hai ke uske andar missionary spirit paida ho jaye.</w:t>
      </w:r>
    </w:p>
    <w:p>
      <w:pPr>
        <w:jc w:val="right"/>
      </w:pPr>
      <w:r>
        <w:t>اس کو آپ ہم کہتے ہیں مشن۔ مشن۔ تو جب خدا کی طرف سے لائٹ ملتی ہے تو ضرور ہے کہ اس کے اندر مشنری اسپرٹ پیدا ہو جائے۔</w:t>
      </w:r>
    </w:p>
    <w:p>
      <w:r>
        <w:rPr>
          <w:b/>
        </w:rPr>
        <w:t xml:space="preserve">[51:21] </w:t>
      </w:r>
      <w:r>
        <w:t>missionary spirit. agar missionary spirit nahi paida hui toh manna padega ke usko divine light bhi nahi mili. divine light bhi nahi mili.</w:t>
      </w:r>
    </w:p>
    <w:p>
      <w:pPr>
        <w:jc w:val="right"/>
      </w:pPr>
      <w:r>
        <w:t>مشنری اسپرٹ۔ اگر مشنری اسپرٹ نہیں پیدا ہوئی تو ماننا پڑے گا کہ اس کو ڈیوائن لائٹ بھی نہیں ملی۔ ڈیوائن لائٹ بھی نہیں ملی۔</w:t>
      </w:r>
    </w:p>
    <w:p>
      <w:r>
        <w:rPr>
          <w:b/>
        </w:rPr>
        <w:t xml:space="preserve">[51:34] </w:t>
      </w:r>
      <w:r>
        <w:t>isi liye aap dekhiye ke jo Sahaba the Arab mein, Arab ke log jo the woh ek yani woh log koi unki history nahi bani thi Islam se pehle.</w:t>
      </w:r>
    </w:p>
    <w:p>
      <w:pPr>
        <w:jc w:val="right"/>
      </w:pPr>
      <w:r>
        <w:t>اسی لیے آپ دیکھیے کہ جو صحابہ تھے عرب میں، عرب کے لوگ جو تھے وہ ایک یعنی وہ لوگ کوئی ان کی ہسٹری نہیں بنی تھی اسلام سے پہلے۔</w:t>
      </w:r>
    </w:p>
    <w:p>
      <w:r>
        <w:rPr>
          <w:b/>
        </w:rPr>
        <w:t xml:space="preserve">[51:48] </w:t>
      </w:r>
      <w:r>
        <w:t>usko kaha jata tha sleeping nation. Arab mein jo log the jin ko kehte hain Bani Ismail. toh Bani Israel jo the woh sleeping nation the woh.</w:t>
      </w:r>
    </w:p>
    <w:p>
      <w:pPr>
        <w:jc w:val="right"/>
      </w:pPr>
      <w:r>
        <w:t>اس کو کہا جاتا تھا سلیپنگ نیشن۔ عرب میں جو لوگ تھے جن کو کہتے ہیں بنو اسماعیل۔ تو بنو اسرائیل جو تھے وہ سلیپنگ نیشن تھے وہ۔</w:t>
      </w:r>
    </w:p>
    <w:p>
      <w:r>
        <w:rPr>
          <w:b/>
        </w:rPr>
        <w:t xml:space="preserve">[51:59] </w:t>
      </w:r>
      <w:r>
        <w:t>koi unki history nahi bani thi. aise hi bas yani ek tribal life thi.</w:t>
      </w:r>
    </w:p>
    <w:p>
      <w:pPr>
        <w:jc w:val="right"/>
      </w:pPr>
      <w:r>
        <w:t>کوئی ان کی ہسٹری نہیں بنی تھی۔ ایسے ہی بس یعنی ایک ٹرائبل لائف تھی۔</w:t>
      </w:r>
    </w:p>
    <w:p>
      <w:r>
        <w:rPr>
          <w:b/>
        </w:rPr>
        <w:t xml:space="preserve">[52:09] </w:t>
      </w:r>
      <w:r>
        <w:t>aapas mein koi ladte jhagadte the, koi shayari wari karte the.</w:t>
      </w:r>
    </w:p>
    <w:p>
      <w:pPr>
        <w:jc w:val="right"/>
      </w:pPr>
      <w:r>
        <w:t>آپس میں کوئی لڑتے جھگڑتے تھے، کوئی شاری واری کرتے تھے۔</w:t>
      </w:r>
    </w:p>
    <w:p>
      <w:r>
        <w:rPr>
          <w:b/>
        </w:rPr>
        <w:t xml:space="preserve">[52:15] </w:t>
      </w:r>
      <w:r>
        <w:t>aise kuch mein thi un ki zindagi. toh ek sleeping nation samjhe aate the woh. Islam ke baad achaanak ek un ke andar emergency hua.</w:t>
      </w:r>
    </w:p>
    <w:p>
      <w:pPr>
        <w:jc w:val="right"/>
      </w:pPr>
      <w:r>
        <w:t>ایسے کچھ میں تھی ان کی زندگی۔ تو ایک سلیپنگ نیشن سمجھے آتے تھے وہ۔ اسلام کے بعد اچانک ایک ان کے اندر ایمرجنسی ہوا۔</w:t>
      </w:r>
    </w:p>
    <w:p>
      <w:r>
        <w:rPr>
          <w:b/>
        </w:rPr>
        <w:t xml:space="preserve">[52:29] </w:t>
      </w:r>
      <w:r>
        <w:t>hum ek emergency hua. aur unhone ek bahut bada inqilab, ek bahut bada revolution paida kiya duniya mein. main ek misaal deta hoon aap ko.</w:t>
      </w:r>
    </w:p>
    <w:p>
      <w:pPr>
        <w:jc w:val="right"/>
      </w:pPr>
      <w:r>
        <w:t>ہم ایک ایمرجنسی ہوا۔ اور انہوں نے ایک بہت بڑا انقلاب، ایک بہت بڑا ریولوشن پیدا کیا دنیا میں۔ میں ایک مثال دیتا ہوں آپ کو۔</w:t>
      </w:r>
    </w:p>
    <w:p>
      <w:r>
        <w:rPr>
          <w:b/>
        </w:rPr>
        <w:t xml:space="preserve">[52:42] </w:t>
      </w:r>
      <w:r>
        <w:t>ek the un ka naam tha Labid ibn Rabia. yani Islam se pehle ke zamane jo tha toh us mein woh shayari karte the.</w:t>
      </w:r>
    </w:p>
    <w:p>
      <w:pPr>
        <w:jc w:val="right"/>
      </w:pPr>
      <w:r>
        <w:t>ایک تھے ان کا نام تھا لبید ابن ربیعہ۔ یعنی اسلام سے پہلے کے زمانے جو تھا تو اس میں وہ شعاری کرتے تھے۔</w:t>
      </w:r>
    </w:p>
    <w:p>
      <w:r>
        <w:rPr>
          <w:b/>
        </w:rPr>
        <w:t xml:space="preserve">[52:53] </w:t>
      </w:r>
      <w:r>
        <w:t>jo logon ne Rabia shayari ki tareekh padhi hai woh jante hain ek ke Saba Muallaqa wahan par ek bola jata hai, Saba Muallaqa.</w:t>
      </w:r>
    </w:p>
    <w:p>
      <w:pPr>
        <w:jc w:val="right"/>
      </w:pPr>
      <w:r>
        <w:t>جو لوگوں نے ربیع شعاری کی تاریخ پڑھی ہے وہ جانتے ہیں ایک کہ سبا معلقہ وہاں پر ایک بولا جاتا ہے، سبا معلقہ۔</w:t>
      </w:r>
    </w:p>
    <w:p>
      <w:r>
        <w:rPr>
          <w:b/>
        </w:rPr>
        <w:t xml:space="preserve">[53:02] </w:t>
      </w:r>
      <w:r>
        <w:t>yani saat latkaye hue qasiday. toh saat bade wahan par poet the. un ke un ke badi badi nazmein likhi jati hain, un ko qasida kaha jata hai.</w:t>
      </w:r>
    </w:p>
    <w:p>
      <w:pPr>
        <w:jc w:val="right"/>
      </w:pPr>
      <w:r>
        <w:t>یعنی سات لٹکائے ہوئے قصیدے۔ تو سات بڑے وہاں پر پوئٹ تھے۔ ان کے ان کے بڑی بڑی نظمیں لکھی جاتی ہیں، ان کو قصیدہ کہا جاتا ہے۔</w:t>
      </w:r>
    </w:p>
    <w:p>
      <w:r>
        <w:rPr>
          <w:b/>
        </w:rPr>
        <w:t xml:space="preserve">[53:16] </w:t>
      </w:r>
      <w:r>
        <w:t>toh un ke qasiday wahan par Kaaba ki deewar par latkaye gaye. yeh bahut bada honor tha. toh ise kehte hain Saba Muallaqa.</w:t>
      </w:r>
    </w:p>
    <w:p>
      <w:pPr>
        <w:jc w:val="right"/>
      </w:pPr>
      <w:r>
        <w:t>تو ان کے قصیدے وہاں پر کعبہ کی دیوار پر لٹکائے گئے۔ یہ بہت بڑا آنر تھا۔ تو اسے کہتے ہیں سبا معلقہ۔</w:t>
      </w:r>
    </w:p>
    <w:p>
      <w:r>
        <w:rPr>
          <w:b/>
        </w:rPr>
        <w:t xml:space="preserve">[53:25] </w:t>
      </w:r>
      <w:r>
        <w:t>yani saat latkaye jaane wale qasiday. un mein se ek yeh the, Labid ibn Rabia. goya ke Arab ke top ke yeh poet the woh.</w:t>
      </w:r>
    </w:p>
    <w:p>
      <w:pPr>
        <w:jc w:val="right"/>
      </w:pPr>
      <w:r>
        <w:t>یعنی سات لٹکائے جانے والے قصیدے۔ ان میں سے ایک یہ تھے، لبید ابن ربیعہ۔ گویا کہ عرب کے ٹاپ کے یہ پوئٹ تھے وہ۔</w:t>
      </w:r>
    </w:p>
    <w:p>
      <w:r>
        <w:rPr>
          <w:b/>
        </w:rPr>
        <w:t xml:space="preserve">[53:37] </w:t>
      </w:r>
      <w:r>
        <w:t>yani saat bade poet mein se ek poet thay woh. To woh rasool Allah salallaho alaihi wasallam se mile, quran suna aur unki samajh mein aya, phir unhon ne islam qabool kar liya.</w:t>
      </w:r>
    </w:p>
    <w:p>
      <w:pPr>
        <w:jc w:val="right"/>
      </w:pPr>
      <w:r>
        <w:t>یعنی سات بڑے پوئٹ میں سے ایک پوئٹ تھے وہ۔ تو وہ رسول اللہ صلی اللہ علیہ وسلم سے ملے، قرآن سنا اور ان کی سمجھ میں آیا، پھر انہوں نے اسلام قبول کر لیا۔</w:t>
      </w:r>
    </w:p>
    <w:p>
      <w:r>
        <w:rPr>
          <w:b/>
        </w:rPr>
        <w:t xml:space="preserve">[53:51] </w:t>
      </w:r>
      <w:r>
        <w:t>To is ke baad shaeri chhod di unhon ne. Kisi ne kaha ke aap ne shaeri chhod di? To un ka jawab kya tha?</w:t>
      </w:r>
    </w:p>
    <w:p>
      <w:pPr>
        <w:jc w:val="right"/>
      </w:pPr>
      <w:r>
        <w:t>تو اس کے بعد شعاری چھوڑ دی انہوں نے۔ کسی نے کہا کہ آپ نے شعاری چھوڑ دی؟ تو ان کا جواب کیا تھا؟</w:t>
      </w:r>
    </w:p>
    <w:p>
      <w:r>
        <w:rPr>
          <w:b/>
        </w:rPr>
        <w:t xml:space="preserve">[54:02] </w:t>
      </w:r>
      <w:r>
        <w:t>Ubaad al quran. Ubaad al quran. Kya quran ke baad bhi?</w:t>
      </w:r>
    </w:p>
    <w:p>
      <w:pPr>
        <w:jc w:val="right"/>
      </w:pPr>
      <w:r>
        <w:t>عباد القرآن۔ عباد القرآن۔ کیا قرآن کے بعد بھی؟</w:t>
      </w:r>
    </w:p>
    <w:p>
      <w:r>
        <w:rPr>
          <w:b/>
        </w:rPr>
        <w:t xml:space="preserve">[54:11] </w:t>
      </w:r>
      <w:r>
        <w:t>Is ka matlab kya hai? Kyun ke fazilat ka ek kalma nahi hai, fazilat ki baat nahi hai yeh. Jo she'r o shaeri paale thay un ki woh to apna ek apna ek dil behlawa kar li jiye.</w:t>
      </w:r>
    </w:p>
    <w:p>
      <w:pPr>
        <w:jc w:val="right"/>
      </w:pPr>
      <w:r>
        <w:t>اس کا مطلب کیا ہے؟ کیونکہ فضیلت کا ایک کلمہ نہیں ہے، فضیلت کی بات نہیں ہے یہ۔ جو شعر و شعاری پلے تھے ان کی وہ تو اپنا ایک اپنا ایک دل بہلاوا کر لیجیے۔</w:t>
      </w:r>
    </w:p>
    <w:p>
      <w:r>
        <w:rPr>
          <w:b/>
        </w:rPr>
        <w:t xml:space="preserve">[54:25] </w:t>
      </w:r>
      <w:r>
        <w:t>Ek romantic andaaz mein gaane bajana tha ab in ko. Lekin quran ki shakal mein unhein ek universal mission mil gaya, universal mission. Insan ko batana.</w:t>
      </w:r>
    </w:p>
    <w:p>
      <w:pPr>
        <w:jc w:val="right"/>
      </w:pPr>
      <w:r>
        <w:t>ایک رومینٹک انداز میں گانے بجانا تھا اب ان کو۔ لیکن قرآن کی شکل میں انہیں ایک یونیورسل مشن مل گیا، یونیورسل مشن۔ انسان کو بتانا۔</w:t>
      </w:r>
    </w:p>
    <w:p>
      <w:r>
        <w:rPr>
          <w:b/>
        </w:rPr>
        <w:t xml:space="preserve">[54:36] </w:t>
      </w:r>
      <w:r>
        <w:t>Ae insan, jaan</w:t>
      </w:r>
    </w:p>
    <w:p>
      <w:pPr>
        <w:jc w:val="right"/>
      </w:pPr>
      <w:r>
        <w:t>اے انسان، جان</w:t>
      </w:r>
    </w:p>
    <w:p>
      <w:r>
        <w:rPr>
          <w:b/>
        </w:rPr>
        <w:t xml:space="preserve">[54:39] </w:t>
      </w:r>
      <w:r>
        <w:t>. Kya hai zindagi? Kya hai maut? Kya hai jannat? Kya hai jahannum? Kya hai Khuda? Yeh saari baatein hain jo universal truth aap kahiye un ko.</w:t>
      </w:r>
    </w:p>
    <w:p>
      <w:pPr>
        <w:jc w:val="right"/>
      </w:pPr>
      <w:r>
        <w:t>۔ کیا ہے زندگی؟ کیا ہے موت؟ کیا ہے جنت؟ کیا ہے جہنم؟ کیا ہے خدا؟ یہ ساری باتیں ہیں جو یونیورسل ٹروتھ آپ کہیے ان کو۔</w:t>
      </w:r>
    </w:p>
    <w:p>
      <w:r>
        <w:rPr>
          <w:b/>
        </w:rPr>
        <w:t xml:space="preserve">[54:50] </w:t>
      </w:r>
      <w:r>
        <w:t>To un ko universal truth ki discovery ho gayi. Is se pehle woh wahan par local level par mele lagte thay.</w:t>
      </w:r>
    </w:p>
    <w:p>
      <w:pPr>
        <w:jc w:val="right"/>
      </w:pPr>
      <w:r>
        <w:t>تو ان کو یونیورسل ٹروتھ کی ڈسکوری ہو گئی۔ اس سے پہلے وہ وہاں پر لوکل لیول پر میلے لگتے تھے۔</w:t>
      </w:r>
    </w:p>
    <w:p>
      <w:r>
        <w:rPr>
          <w:b/>
        </w:rPr>
        <w:t xml:space="preserve">[55:01] </w:t>
      </w:r>
      <w:r>
        <w:t>Wahan shayar log aate thay. Har aadmi apna aaj kal ki zaban mein mushaira.</w:t>
      </w:r>
    </w:p>
    <w:p>
      <w:pPr>
        <w:jc w:val="right"/>
      </w:pPr>
      <w:r>
        <w:t>وہاں شاعر لوگ آتے تھے۔ ہر آدمی اپنا آج کل کی زبان میں مشاعرہ۔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