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Verses 58-59 April 01, 2018</w:t>
      </w:r>
    </w:p>
    <w:p>
      <w:r>
        <w:t>https://www.youtube.com/watch?v=Zylb8MRnsew</w:t>
      </w:r>
    </w:p>
    <w:p>
      <w:r>
        <w:rPr>
          <w:b/>
        </w:rPr>
        <w:t xml:space="preserve">[00:10] </w:t>
      </w:r>
      <w:r>
        <w:t>Bismillah hir rahman nir rahim,</w:t>
      </w:r>
    </w:p>
    <w:p>
      <w:pPr>
        <w:jc w:val="right"/>
      </w:pPr>
      <w:r>
        <w:t>بسم اللہ الرحمن الرحیم،</w:t>
      </w:r>
    </w:p>
    <w:p>
      <w:r>
        <w:rPr>
          <w:b/>
        </w:rPr>
        <w:t xml:space="preserve">[00:15] </w:t>
      </w:r>
      <w:r>
        <w:t>Wasalli Allahu ala nabiyyil karim. Rab ishrah li sadri, wa yassir li amri, wahul uqdatan min lisani,</w:t>
      </w:r>
    </w:p>
    <w:p>
      <w:pPr>
        <w:jc w:val="right"/>
      </w:pPr>
      <w:r>
        <w:t>وصلی اللہ علی النبی الکریم۔ رب اشرح لی صدری، ویسر لی امری، واحل العقدۃ من لسانی،</w:t>
      </w:r>
    </w:p>
    <w:p>
      <w:r>
        <w:rPr>
          <w:b/>
        </w:rPr>
        <w:t xml:space="preserve">[00:31] </w:t>
      </w:r>
      <w:r>
        <w:t>Yafqahu qawli.</w:t>
      </w:r>
    </w:p>
    <w:p>
      <w:pPr>
        <w:jc w:val="right"/>
      </w:pPr>
      <w:r>
        <w:t>یفقہ قولی۔</w:t>
      </w:r>
    </w:p>
    <w:p>
      <w:r>
        <w:rPr>
          <w:b/>
        </w:rPr>
        <w:t xml:space="preserve">[00:38] </w:t>
      </w:r>
      <w:r>
        <w:t>1 April 2018, aaj itwar ka din hai.</w:t>
      </w:r>
    </w:p>
    <w:p>
      <w:pPr>
        <w:jc w:val="right"/>
      </w:pPr>
      <w:r>
        <w:t>1 اپریل 2018، آج اتوار کا دن ہے۔</w:t>
      </w:r>
    </w:p>
    <w:p>
      <w:r>
        <w:rPr>
          <w:b/>
        </w:rPr>
        <w:t xml:space="preserve">[00:50] </w:t>
      </w:r>
      <w:r>
        <w:t>Routine ke mutabiq aaj quran ka dars hoga.</w:t>
      </w:r>
    </w:p>
    <w:p>
      <w:pPr>
        <w:jc w:val="right"/>
      </w:pPr>
      <w:r>
        <w:t>روٹین کے مطابق آج قرآن کا درس ہوگا۔</w:t>
      </w:r>
    </w:p>
    <w:p>
      <w:r>
        <w:rPr>
          <w:b/>
        </w:rPr>
        <w:t xml:space="preserve">[01:00] </w:t>
      </w:r>
      <w:r>
        <w:t>Pehle quran ki kuch ayatein padhi jayengi, phir is ki tashreeh mein kuch baatein arz karunga.</w:t>
      </w:r>
    </w:p>
    <w:p>
      <w:pPr>
        <w:jc w:val="right"/>
      </w:pPr>
      <w:r>
        <w:t>پہلے قرآن کی کچھ آیتیں پڑھی جائیں گی، پھر اس کی تشریح میں میں کچھ باتیں عرض کروں گا۔</w:t>
      </w:r>
    </w:p>
    <w:p>
      <w:r>
        <w:rPr>
          <w:b/>
        </w:rPr>
        <w:t xml:space="preserve">[01:14] </w:t>
      </w:r>
      <w:r>
        <w:t>Bismillah hir rahman nir rahim. Wa idh qulna udkhulu hathihi al qaryata fakulu minha haithu shi'tum raghadan wadkhulu al babu sujjadan wa qulu hittatun naghfir lakum khatayakum wa sanazidul muhsinin.</w:t>
      </w:r>
    </w:p>
    <w:p>
      <w:pPr>
        <w:jc w:val="right"/>
      </w:pPr>
      <w:r>
        <w:t>بسم اللہ الرحمن الرحیم۔ واذ قلنا ادخلوا هذه القریہ فکلو منها حيث شئتم رغدا وادخلوا الباب سجدا وقولوا حتۃ نخفی لکم خطایاکم وسنزید المحسنین۔</w:t>
      </w:r>
    </w:p>
    <w:p>
      <w:r>
        <w:rPr>
          <w:b/>
        </w:rPr>
        <w:t xml:space="preserve">[01:31] </w:t>
      </w:r>
      <w:r>
        <w:t>Fabaddala alladhina zalamu qawlan ghaira alladhi qila lahum fa anzalna alalladhina zalamu rijzan min as samai bima kanu yafsuqun.</w:t>
      </w:r>
    </w:p>
    <w:p>
      <w:pPr>
        <w:jc w:val="right"/>
      </w:pPr>
      <w:r>
        <w:t>فبدل الذین ظلموا قولا غیر الذی قیل لہم فانزلنا علی الذین ظلموا رجزا من السماء بما کانو یفسقون۔</w:t>
      </w:r>
    </w:p>
    <w:p>
      <w:r>
        <w:rPr>
          <w:b/>
        </w:rPr>
        <w:t xml:space="preserve">[01:41] </w:t>
      </w:r>
      <w:r>
        <w:t>Surah Al Baqarah, chapter number 2, verse number 58-59. Aur jab hum ne kaha ke dakhil ho jao is sheher mein aur khao is mein se jahan se chaho, faraghat ke sath.</w:t>
      </w:r>
    </w:p>
    <w:p>
      <w:pPr>
        <w:jc w:val="right"/>
      </w:pPr>
      <w:r>
        <w:t>سورہ البقرہ، چیپٹر نمبر ٹو، ورس نمبر 58-59۔ اور جب ہم نے کہا کہ داخل ہو جاؤ اس شہر میں اور کھاؤ اس میں سے جہاں سے چاہو، فراغت کے ساتھ۔</w:t>
      </w:r>
    </w:p>
    <w:p>
      <w:r>
        <w:rPr>
          <w:b/>
        </w:rPr>
        <w:t xml:space="preserve">[01:58] </w:t>
      </w:r>
      <w:r>
        <w:t>Aur dakhil ho darwaze mein sar jhukaye hue aur kaho ke ae rab!</w:t>
      </w:r>
    </w:p>
    <w:p>
      <w:pPr>
        <w:jc w:val="right"/>
      </w:pPr>
      <w:r>
        <w:t>اور داخل ہو دروازے میں سر جھکائے ہوئے اور کہو کہ اے رب!</w:t>
      </w:r>
    </w:p>
    <w:p>
      <w:r>
        <w:rPr>
          <w:b/>
        </w:rPr>
        <w:t xml:space="preserve">[02:03] </w:t>
      </w:r>
      <w:r>
        <w:t>Hamari khataon ko bakhsh de, hum tumhari khataon ko bakhsh denge aur neki karne walon ko zyada bhi denge. To zalimon ne badal diya is baat ko jo un se kahi gayi thi doosri baat se.</w:t>
      </w:r>
    </w:p>
    <w:p>
      <w:pPr>
        <w:jc w:val="right"/>
      </w:pPr>
      <w:r>
        <w:t>ہماری خطاؤں کو بخش دے، ہم تمہاری خطاؤں کو بخش دیں گے اور نیکی کرنے والوں کو زیادہ بھی دیں گے۔ تو ظالموں نے بدل دیا اس بات کو جو ان سے کہی گئی تھی دوسری بات سے۔</w:t>
      </w:r>
    </w:p>
    <w:p>
      <w:r>
        <w:rPr>
          <w:b/>
        </w:rPr>
        <w:t xml:space="preserve">[02:18] </w:t>
      </w:r>
      <w:r>
        <w:t>Is par hum ne un logon ke upar jinhon ne zulm kiya, un ki nafarmani ke sabab se aasman se azab utara.</w:t>
      </w:r>
    </w:p>
    <w:p>
      <w:pPr>
        <w:jc w:val="right"/>
      </w:pPr>
      <w:r>
        <w:t>اس پر ہم نے ان لوگوں کے اوپر جنہوں نے ظلم کیا، ان کی نافرمانی کے سبب سے آسمان سے عذاب اتارا۔</w:t>
      </w:r>
    </w:p>
    <w:p>
      <w:r>
        <w:rPr>
          <w:b/>
        </w:rPr>
        <w:t xml:space="preserve">[02:31] </w:t>
      </w:r>
      <w:r>
        <w:t>Dekhein, yeh Surah Baqarah ki ayat hai aur ab is ko bas padhiye. Kitne zyada jhad jhodne wali baatein hain, kitne zyada</w:t>
      </w:r>
    </w:p>
    <w:p>
      <w:pPr>
        <w:jc w:val="right"/>
      </w:pPr>
      <w:r>
        <w:t>دیکھیں، یہ سورہ بقرہ کی آیت ہے اور اب اس کو بس پڑھیے۔ کتنے زیادہ جھڑ جھجوڑنے والی باتیں ہیں، کتنے زیادہ</w:t>
      </w:r>
    </w:p>
    <w:p>
      <w:r>
        <w:rPr>
          <w:b/>
        </w:rPr>
        <w:t xml:space="preserve">[02:49] </w:t>
      </w:r>
      <w:r>
        <w:t>Wazeh alfaz mein.</w:t>
      </w:r>
    </w:p>
    <w:p>
      <w:pPr>
        <w:jc w:val="right"/>
      </w:pPr>
      <w:r>
        <w:t>واضح الفاظ میں۔</w:t>
      </w:r>
    </w:p>
    <w:p>
      <w:r>
        <w:rPr>
          <w:b/>
        </w:rPr>
        <w:t xml:space="preserve">[02:53] </w:t>
      </w:r>
      <w:r>
        <w:t>To main aaj soch raha tha ke quran jab itne jhanjhe hue adad mein bolta hai to musalmanon par koi asar kyun nahi hota?</w:t>
      </w:r>
    </w:p>
    <w:p>
      <w:pPr>
        <w:jc w:val="right"/>
      </w:pPr>
      <w:r>
        <w:t>تو میں آج سوچ رہا تھا کہ قرآن جب اتنے جھجھڑے ہوئے اعداد میں بولتا ہے تو مسلمانوں پر کوئی اثر کیوں نہیں ہوتا؟</w:t>
      </w:r>
    </w:p>
    <w:p>
      <w:r>
        <w:rPr>
          <w:b/>
        </w:rPr>
        <w:t xml:space="preserve">[03:07] </w:t>
      </w:r>
      <w:r>
        <w:t>Musalmanon mein koi islaah kyun nahi aati?</w:t>
      </w:r>
    </w:p>
    <w:p>
      <w:pPr>
        <w:jc w:val="right"/>
      </w:pPr>
      <w:r>
        <w:t>مسلمانوں میں کوئی اصلاح کیوں نہیں آتی؟</w:t>
      </w:r>
    </w:p>
    <w:p>
      <w:r>
        <w:rPr>
          <w:b/>
        </w:rPr>
        <w:t xml:space="preserve">[03:16] </w:t>
      </w:r>
      <w:r>
        <w:t>to meri samajh mein ek ayat aayi, shayad musalman isi ayat ka misdaq ban chuke hain.</w:t>
      </w:r>
    </w:p>
    <w:p>
      <w:pPr>
        <w:jc w:val="right"/>
      </w:pPr>
      <w:r>
        <w:t>تو میری سمجھ میں ایک آیت آئی، شاید مسلمان اسی آیت کا مصداق بن چکے ہیں۔</w:t>
      </w:r>
    </w:p>
    <w:p>
      <w:r>
        <w:rPr>
          <w:b/>
        </w:rPr>
        <w:t xml:space="preserve">[03:26] </w:t>
      </w:r>
      <w:r>
        <w:t>woh ayat yeh hai</w:t>
      </w:r>
    </w:p>
    <w:p>
      <w:pPr>
        <w:jc w:val="right"/>
      </w:pPr>
      <w:r>
        <w:t>وہ آیت یہ ہے</w:t>
      </w:r>
    </w:p>
    <w:p>
      <w:r>
        <w:rPr>
          <w:b/>
        </w:rPr>
        <w:t xml:space="preserve">[03:28] </w:t>
      </w:r>
      <w:r>
        <w:t>: bismillah ur rehman ur raheem. wa qaal ar rasool: ya rabb! inna qaumi attakhathoo al qurana mahjoora. surah furqan, chapter number 25, verse number 30.</w:t>
      </w:r>
    </w:p>
    <w:p>
      <w:pPr>
        <w:jc w:val="right"/>
      </w:pPr>
      <w:r>
        <w:t>: بسم اللہ الرحمن الرحیم۔ وقال الرسول: یا رب! ان قوم اتخذوا القرآن محجورا۔ سورہ الفرقان، چیپٹر نمبر 25، ورس نمبر 30۔</w:t>
      </w:r>
    </w:p>
    <w:p>
      <w:r>
        <w:rPr>
          <w:b/>
        </w:rPr>
        <w:t xml:space="preserve">[03:42] </w:t>
      </w:r>
      <w:r>
        <w:t>aur rasool kahega: aye mere rabb! meri qaum ne is quran ko chhori hui kitab bana diya.</w:t>
      </w:r>
    </w:p>
    <w:p>
      <w:pPr>
        <w:jc w:val="right"/>
      </w:pPr>
      <w:r>
        <w:t>اور رسول کہے گا: اے میرے رب! میری قوم نے اس قرآن کو چھوڑی ہوئی کتاب بنا دیا۔ اینڈ دا پرافٹ، اینڈ دا پرافٹ ول سے: او مائی لارڈ!</w:t>
      </w:r>
    </w:p>
    <w:p>
      <w:r>
        <w:rPr>
          <w:b/>
        </w:rPr>
        <w:t xml:space="preserve">[03:56] </w:t>
      </w:r>
      <w:r>
        <w:t>indeed my people have taken this quran as a thing abandoned.</w:t>
      </w:r>
    </w:p>
    <w:p>
      <w:pPr>
        <w:jc w:val="right"/>
      </w:pPr>
      <w:r>
        <w:t>انڈیڈ مائی پیپل ہیو ٹیکن دس قرآن ایز ا تھنگ ابینڈنٹ۔</w:t>
      </w:r>
    </w:p>
    <w:p>
      <w:r>
        <w:rPr>
          <w:b/>
        </w:rPr>
        <w:t xml:space="preserve">[04:04] </w:t>
      </w:r>
      <w:r>
        <w:t>to isi ayat mein mujhe apne sawal ka jawab mila ke musalman is liye, musalmanon ke liye quran is liye kitab nahi ban raha hai</w:t>
      </w:r>
    </w:p>
    <w:p>
      <w:pPr>
        <w:jc w:val="right"/>
      </w:pPr>
      <w:r>
        <w:t>تو اسی آیت میں مجھے اپنے سوال کا جواب ملا کہ مسلمان اس لیے، مسلمانوں کے لیے قرآن اس لیے کتاب نہیں بن رہا ہے</w:t>
      </w:r>
    </w:p>
    <w:p>
      <w:r>
        <w:rPr>
          <w:b/>
        </w:rPr>
        <w:t xml:space="preserve">[04:22] </w:t>
      </w:r>
      <w:r>
        <w:t>kyun ke unhon ne quran ko ek mahjoor kitab bana diya. mahjoor kitab ka matlab hota hai abandoned book.</w:t>
      </w:r>
    </w:p>
    <w:p>
      <w:pPr>
        <w:jc w:val="right"/>
      </w:pPr>
      <w:r>
        <w:t>کیونکہ انہوں نے قرآن کو ایک مہجور کتاب بنا دیا۔ مہجور کتاب کا مطلب ہوتا ہے ابینڈنٹ بک۔</w:t>
      </w:r>
    </w:p>
    <w:p>
      <w:r>
        <w:rPr>
          <w:b/>
        </w:rPr>
        <w:t xml:space="preserve">[04:37] </w:t>
      </w:r>
      <w:r>
        <w:t>abandoned book! aakhir aisi aisi ayatein hain jhanjhorne wali to musalmanon mein bedari kyun nahi aati?</w:t>
      </w:r>
    </w:p>
    <w:p>
      <w:pPr>
        <w:jc w:val="right"/>
      </w:pPr>
      <w:r>
        <w:t>ابینڈنٹ بک! آخر ایسی ایسی آیتیں ہیں جھجوڑنے والی تو مسلمانوں میں بیداری کیوں نہیں آتی؟</w:t>
      </w:r>
    </w:p>
    <w:p>
      <w:r>
        <w:rPr>
          <w:b/>
        </w:rPr>
        <w:t xml:space="preserve">[04:50] </w:t>
      </w:r>
      <w:r>
        <w:t>kyun is quran jagane wala nahi banta un ke liye?</w:t>
      </w:r>
    </w:p>
    <w:p>
      <w:pPr>
        <w:jc w:val="right"/>
      </w:pPr>
      <w:r>
        <w:t>کیوں اس قرآن جگانے والا نہیں بنتا ان کے لیے؟</w:t>
      </w:r>
    </w:p>
    <w:p>
      <w:r>
        <w:rPr>
          <w:b/>
        </w:rPr>
        <w:t xml:space="preserve">[04:57] </w:t>
      </w:r>
      <w:r>
        <w:t>to is par ghaur karte hue mujhe samajh aaya</w:t>
      </w:r>
    </w:p>
    <w:p>
      <w:pPr>
        <w:jc w:val="right"/>
      </w:pPr>
      <w:r>
        <w:t>تو اس پر غور کرتے ہوئے مجھے سمجھ آیا</w:t>
      </w:r>
    </w:p>
    <w:p>
      <w:r>
        <w:rPr>
          <w:b/>
        </w:rPr>
        <w:t xml:space="preserve">[05:02] </w:t>
      </w:r>
      <w:r>
        <w:t>ke</w:t>
      </w:r>
    </w:p>
    <w:p>
      <w:pPr>
        <w:jc w:val="right"/>
      </w:pPr>
      <w:r>
        <w:t>کہ</w:t>
      </w:r>
    </w:p>
    <w:p>
      <w:r>
        <w:rPr>
          <w:b/>
        </w:rPr>
        <w:t xml:space="preserve">[05:05] </w:t>
      </w:r>
      <w:r>
        <w:t>jab se quran utra hai, is waqt se le kar ab tak quran ko ummat ke andar bohat ziyada parha gaya hai aur aaj bhi parha ja raha hai.</w:t>
      </w:r>
    </w:p>
    <w:p>
      <w:pPr>
        <w:jc w:val="right"/>
      </w:pPr>
      <w:r>
        <w:t>جب سے قرآن اترا ہے، اس وقت سے لے کر اب تک قرآن کو امت کے اندر بہت زیادہ پڑھا گیا ہے اور آج بھی پڑھا جا رہا ہے۔</w:t>
      </w:r>
    </w:p>
    <w:p>
      <w:r>
        <w:rPr>
          <w:b/>
        </w:rPr>
        <w:t xml:space="preserve">[05:16] </w:t>
      </w:r>
      <w:r>
        <w:t>bohat ziyada! pehle zabani parhte the, phir likh kar parhne lage. namazon mein, tarawih mein, masjid mein, madrasay mein, har jagah.</w:t>
      </w:r>
    </w:p>
    <w:p>
      <w:pPr>
        <w:jc w:val="right"/>
      </w:pPr>
      <w:r>
        <w:t>بہت زیادہ! پہلے زبانی پڑھتے تھے، پھر لکھ کر پڑھنے لگے۔ نمازوں میں، تراویح میں، مسجد میں، مدرسے میں، ہر جگہ۔</w:t>
      </w:r>
    </w:p>
    <w:p>
      <w:r>
        <w:rPr>
          <w:b/>
        </w:rPr>
        <w:t xml:space="preserve">[05:32] </w:t>
      </w:r>
      <w:r>
        <w:t>phir printing press ka zamana aaya to printing press mein musalmanon ne beshumar nuskhay quran ke chhappe, chhappe, yahan tak ke chhpe hue quran ko palt kar diya.</w:t>
      </w:r>
    </w:p>
    <w:p>
      <w:pPr>
        <w:jc w:val="right"/>
      </w:pPr>
      <w:r>
        <w:t>پھر پرنٹنگ پریس کا زمانہ آیا تو پرنٹنگ پریس میں مسلمانوں نے بے شمار نسخے قرآن کے چھاپے، چھاپے، یہاں تک کہ چھپے ہوئے قرآن کو پلٹ کر دیا۔</w:t>
      </w:r>
    </w:p>
    <w:p>
      <w:r>
        <w:rPr>
          <w:b/>
        </w:rPr>
        <w:t xml:space="preserve">[05:50] </w:t>
      </w:r>
      <w:r>
        <w:t>har masjid mein, har madrasay mein, har idaray mein, har ghar mein.</w:t>
      </w:r>
    </w:p>
    <w:p>
      <w:pPr>
        <w:jc w:val="right"/>
      </w:pPr>
      <w:r>
        <w:t>ہر مسجد میں، ہر مدرسے میں، ہر ادارے میں، ہر گھر میں۔</w:t>
      </w:r>
    </w:p>
    <w:p>
      <w:r>
        <w:rPr>
          <w:b/>
        </w:rPr>
        <w:t xml:space="preserve">[05:57] </w:t>
      </w:r>
      <w:r>
        <w:t>phir bhi kyun aisa hai? to meri samajh mein aaya ke quran ke matn ko dohrana yeh murad nahi hai.</w:t>
      </w:r>
    </w:p>
    <w:p>
      <w:pPr>
        <w:jc w:val="right"/>
      </w:pPr>
      <w:r>
        <w:t>پھر بھی کیوں ایسا ہے؟ تو میری سمجھ میں آیا کہ قرآن کے متن کو دہرا یہ مراد نہیں ہے۔</w:t>
      </w:r>
    </w:p>
    <w:p>
      <w:r>
        <w:rPr>
          <w:b/>
        </w:rPr>
        <w:t xml:space="preserve">[06:10] </w:t>
      </w:r>
      <w:r>
        <w:t>asal cheez yeh hai ke ummat e muslema quran ka applied way mein version daryaft na kar saki.</w:t>
      </w:r>
    </w:p>
    <w:p>
      <w:pPr>
        <w:jc w:val="right"/>
      </w:pPr>
      <w:r>
        <w:t>اصل چیز یہ ہے کہ امت مسلمہ قرآن کا اپلائیڈ وے میں ورژن دریافت نہ کر سکی۔</w:t>
      </w:r>
    </w:p>
    <w:p>
      <w:r>
        <w:rPr>
          <w:b/>
        </w:rPr>
        <w:t xml:space="preserve">[06:22] </w:t>
      </w:r>
      <w:r>
        <w:t>bas quran ka jo text hai, us ko muqaddas samajh liya, muqaddas samajh liya, bas us ko sawab ka zariya maan liya.</w:t>
      </w:r>
    </w:p>
    <w:p>
      <w:pPr>
        <w:jc w:val="right"/>
      </w:pPr>
      <w:r>
        <w:t>بس قرآن کا جو ٹیکسٹ ہے، اس کو مقدس سمجھ لیا، مقدس سمجھ لیا، بس اس کو ثواب کا ذریعہ مان لیا۔</w:t>
      </w:r>
    </w:p>
    <w:p>
      <w:r>
        <w:rPr>
          <w:b/>
        </w:rPr>
        <w:t xml:space="preserve">[06:37] </w:t>
      </w:r>
      <w:r>
        <w:t>to text jo hai arabic language mein, usi ko dohrate rahe. bas</w:t>
      </w:r>
    </w:p>
    <w:p>
      <w:pPr>
        <w:jc w:val="right"/>
      </w:pPr>
      <w:r>
        <w:t>تو ٹیکسٹ جو ہے عربک لینگویج میں، اسی کو دہراتے رہے۔ بس</w:t>
      </w:r>
    </w:p>
    <w:p>
      <w:r>
        <w:rPr>
          <w:b/>
        </w:rPr>
        <w:t xml:space="preserve">[06:46] </w:t>
      </w:r>
      <w:r>
        <w:t>bas bolte hain ke sawab to mil gaya.</w:t>
      </w:r>
    </w:p>
    <w:p>
      <w:pPr>
        <w:jc w:val="right"/>
      </w:pPr>
      <w:r>
        <w:t>بس بولتے ہیں کہ ثواب تو مل گیا۔</w:t>
      </w:r>
    </w:p>
    <w:p>
      <w:r>
        <w:rPr>
          <w:b/>
        </w:rPr>
        <w:t xml:space="preserve">[06:52] </w:t>
      </w:r>
      <w:r>
        <w:t>applied way mein quran ki jo meaning hai, us ko jiska, us ko discover karne mein fail ho gaye.</w:t>
      </w:r>
    </w:p>
    <w:p>
      <w:pPr>
        <w:jc w:val="right"/>
      </w:pPr>
      <w:r>
        <w:t>اپلائیڈ وے میں قرآن کی جو میننگ ہے، اس کو جس کا، اس کو ڈسکور کرنے میں فیل ہو گئے۔</w:t>
      </w:r>
    </w:p>
    <w:p>
      <w:r>
        <w:rPr>
          <w:b/>
        </w:rPr>
        <w:t xml:space="preserve">[07:07] </w:t>
      </w:r>
      <w:r>
        <w:t>to wohi in ayaton ka bhi muamla hai. in ayaton ko aap samajh nahi sakte jab tak ke is ka applied mafhoom aap daryaft na karen.</w:t>
      </w:r>
    </w:p>
    <w:p>
      <w:pPr>
        <w:jc w:val="right"/>
      </w:pPr>
      <w:r>
        <w:t>تو وہی ان آیتوں کا بھی معاملہ ہے۔ ان آیتوں کو آپ سمجھ نہیں سکتے جب تک کہ اس کا اپلائیڈ مفہوم آپ دریافت نہ کریں۔</w:t>
      </w:r>
    </w:p>
    <w:p>
      <w:r>
        <w:rPr>
          <w:b/>
        </w:rPr>
        <w:t xml:space="preserve">[07:21] </w:t>
      </w:r>
      <w:r>
        <w:t>applied mafhoom tab woh aap par chashma hogi, tab aap ko jhanjhore gi. bazahir in ayaton mein</w:t>
      </w:r>
    </w:p>
    <w:p>
      <w:pPr>
        <w:jc w:val="right"/>
      </w:pPr>
      <w:r>
        <w:t>اپلائیڈ مفہوم تب وہ آپ پر چشمہ ہوگی، تب آپ کو جھجوڑے گی۔ بظاہر ان آیتوں میں</w:t>
      </w:r>
    </w:p>
    <w:p>
      <w:r>
        <w:rPr>
          <w:b/>
        </w:rPr>
        <w:t xml:space="preserve">[07:36] </w:t>
      </w:r>
      <w:r>
        <w:t>ek yahood ki tareekh ka ek waqia ban hua hai.</w:t>
      </w:r>
    </w:p>
    <w:p>
      <w:pPr>
        <w:jc w:val="right"/>
      </w:pPr>
      <w:r>
        <w:t>ایک یہود کی تاریخ کا ایک واقعہ بن ہوا ہے۔</w:t>
      </w:r>
    </w:p>
    <w:p>
      <w:r>
        <w:rPr>
          <w:b/>
        </w:rPr>
        <w:t xml:space="preserve">[07:44] </w:t>
      </w:r>
      <w:r>
        <w:t>lekin yeh bhi samajh lijiye ke quran mein shuru mein surah al baqarah kyun rakhi gayi?</w:t>
      </w:r>
    </w:p>
    <w:p>
      <w:pPr>
        <w:jc w:val="right"/>
      </w:pPr>
      <w:r>
        <w:t>لیکن یہ بھی سمجھ لیجئے کہ قرآن میں شروع میں سورہ البقرہ کیوں رکھی گئی؟</w:t>
      </w:r>
    </w:p>
    <w:p>
      <w:r>
        <w:rPr>
          <w:b/>
        </w:rPr>
        <w:t xml:space="preserve">[07:55] </w:t>
      </w:r>
      <w:r>
        <w:t>surah albakara mein yahood ka bohat ziyada charchah hai, bohat ziyada zikr hai.</w:t>
      </w:r>
    </w:p>
    <w:p>
      <w:pPr>
        <w:jc w:val="right"/>
      </w:pPr>
      <w:r>
        <w:t>سورہ البقرہ میں یہود کا بہت زیادہ چرچہ ہے، بہت زیادہ ذکر ہے۔</w:t>
      </w:r>
    </w:p>
    <w:p>
      <w:r>
        <w:rPr>
          <w:b/>
        </w:rPr>
        <w:t xml:space="preserve">[08:05] </w:t>
      </w:r>
      <w:r>
        <w:t>dhai par aik parah kitab hai, dhai parah ki yeh surah hai. albakara dhai paray mein phaili hui hai aur is ke andar yahood ka bohat ziyada charchah hai.</w:t>
      </w:r>
    </w:p>
    <w:p>
      <w:pPr>
        <w:jc w:val="right"/>
      </w:pPr>
      <w:r>
        <w:t>ڈھائی پر ایک پارے کتاب ہے، ڈھائی پارے کی یہ سورہ ہے۔ البقرہ ڈھائی پارے میں پھیلی ہوئی ہے اور اس کے اندر یہود کا بہت زیادہ چرچہ ہے۔</w:t>
      </w:r>
    </w:p>
    <w:p>
      <w:r>
        <w:rPr>
          <w:b/>
        </w:rPr>
        <w:t xml:space="preserve">[08:18] </w:t>
      </w:r>
      <w:r>
        <w:t>to kya yeh quran utra yahood ke liye? hargiz nahi! quran yahood ke liye nahi utra, woh sab ke liye utra hai.</w:t>
      </w:r>
    </w:p>
    <w:p>
      <w:pPr>
        <w:jc w:val="right"/>
      </w:pPr>
      <w:r>
        <w:t>تو کیا یہ قرآن اترا یہود کے لیے؟ ہرگز نہیں! قرآن یہود کے لیے نہیں اترا، وہ سب کے لیے اترا ہے۔</w:t>
      </w:r>
    </w:p>
    <w:p>
      <w:r>
        <w:rPr>
          <w:b/>
        </w:rPr>
        <w:t xml:space="preserve">[08:32] </w:t>
      </w:r>
      <w:r>
        <w:t>to muslim ملت jab is ko samajh paye gi, jab ke applied way mein dekhe is ko. kyunke dekhen, hadith mein aata hai ke tum</w:t>
      </w:r>
    </w:p>
    <w:p>
      <w:pPr>
        <w:jc w:val="right"/>
      </w:pPr>
      <w:r>
        <w:t>تو مسلم ملت جب اس کو سمجھ پائے گی، جب کہ اپلائیڈ وے میں دیکھے اس کو۔ کیونکہ دیکھیں، حدیث میں آتا ہے کہ تم</w:t>
      </w:r>
    </w:p>
    <w:p>
      <w:r>
        <w:rPr>
          <w:b/>
        </w:rPr>
        <w:t xml:space="preserve">[08:49] </w:t>
      </w:r>
      <w:r>
        <w:t>zarur chalo ge pichli ummat ke rastay par, yani yahood ke rastay par. to yahood ke rastay par chalne ka jo zikr hai,</w:t>
      </w:r>
    </w:p>
    <w:p>
      <w:pPr>
        <w:jc w:val="right"/>
      </w:pPr>
      <w:r>
        <w:t>ضرور چلو گے پچھلی امت کے راستے پر، یعنی یہود کے راستے پر۔ تو یہود کے راستے پر چلنے کا جو ذکر ہے،</w:t>
      </w:r>
    </w:p>
    <w:p>
      <w:r>
        <w:rPr>
          <w:b/>
        </w:rPr>
        <w:t xml:space="preserve">[09:03] </w:t>
      </w:r>
      <w:r>
        <w:t>woh isi waqt samajh mein aaye ga jab ke aap applied mafhoom is ka daryaft karen. warna tarjume mein to yahood mile ga, tarjume mein mile ga qaryah, qaryah ka mani falasteen.</w:t>
      </w:r>
    </w:p>
    <w:p>
      <w:pPr>
        <w:jc w:val="right"/>
      </w:pPr>
      <w:r>
        <w:t>وہ اسی وقت سمجھ میں آئے گا جب کہ آپ اپلائیڈ مفہوم اس کا دریافت کریں۔ ورنہ ترجمے میں تو یہود ملے گا، ترجمے میں ملے گا قریہ، قریہ کا معنی فلسطین۔</w:t>
      </w:r>
    </w:p>
    <w:p>
      <w:r>
        <w:rPr>
          <w:b/>
        </w:rPr>
        <w:t xml:space="preserve">[09:19] </w:t>
      </w:r>
      <w:r>
        <w:t>to aap apne ko is walay kar len ge ke yeh to falasteen ka zikr hai jis ka talluq yahood se tha.</w:t>
      </w:r>
    </w:p>
    <w:p>
      <w:pPr>
        <w:jc w:val="right"/>
      </w:pPr>
      <w:r>
        <w:t>تو آپ اپنے کو اس والے کر لیں گے کہ یہ تو فلسطین کا ذکر ہے جس کا تعلق یہود سے تھا۔</w:t>
      </w:r>
    </w:p>
    <w:p>
      <w:r>
        <w:rPr>
          <w:b/>
        </w:rPr>
        <w:t xml:space="preserve">[09:28] </w:t>
      </w:r>
      <w:r>
        <w:t>bas aap ko is poori kahani ko applied way mein daryaft karna parre ga aur apne oopar chashmah karna parre ga.</w:t>
      </w:r>
    </w:p>
    <w:p>
      <w:pPr>
        <w:jc w:val="right"/>
      </w:pPr>
      <w:r>
        <w:t>بس آپ کو اس پوری کہانی کو اپلائیڈ وے میں دریافت کرنا پڑے گا اور اپنے اوپر چشمہ کرنا پڑے گا۔</w:t>
      </w:r>
    </w:p>
    <w:p>
      <w:r>
        <w:rPr>
          <w:b/>
        </w:rPr>
        <w:t xml:space="preserve">[09:41] </w:t>
      </w:r>
      <w:r>
        <w:t>tab woh aap par laagu ho gi, tab woh aap ko jhu joore gi, tab woh aap ke liye islah ka zariya baney gi.</w:t>
      </w:r>
    </w:p>
    <w:p>
      <w:pPr>
        <w:jc w:val="right"/>
      </w:pPr>
      <w:r>
        <w:t>تب وہ آپ پر لاگو ہوگی، تب وہ آپ کو جھجوڑے گی، تب وہ آپ کے لیے اصلاح کا ذریعہ بنے گی۔</w:t>
      </w:r>
    </w:p>
    <w:p>
      <w:r>
        <w:rPr>
          <w:b/>
        </w:rPr>
        <w:t xml:space="preserve">[09:55] </w:t>
      </w:r>
      <w:r>
        <w:t>to is mein dekhen, is mein farmaya ke is is qaryah mein dakhil ho jao, is shahar mein dakhil ho jao aur wahan khoob, yani freedom ke sath khao pio.</w:t>
      </w:r>
    </w:p>
    <w:p>
      <w:pPr>
        <w:jc w:val="right"/>
      </w:pPr>
      <w:r>
        <w:t>تو اس میں دیکھیے، اس میں فرمایا کہ اس اس قریہ میں داخل ہو جاؤ، اس شہر میں داخل ہو جاؤ اور وہاں خوب، یعنی فریڈم کے ساتھ کھاؤ پیو۔</w:t>
      </w:r>
    </w:p>
    <w:p>
      <w:r>
        <w:rPr>
          <w:b/>
        </w:rPr>
        <w:t xml:space="preserve">[10:13] </w:t>
      </w:r>
      <w:r>
        <w:t>to aap ko applied way mein samajhne ka matlab kya hai? aap ko qaryah ka radd badalna parre ga. qaryah ka radd is par mein ne ghor kiya to mujhe samajh mein aaya ke is se murad hai.</w:t>
      </w:r>
    </w:p>
    <w:p>
      <w:pPr>
        <w:jc w:val="right"/>
      </w:pPr>
      <w:r>
        <w:t>تو آپ کو اپلائیڈ وے میں سمجھنے کا مطلب کیا ہے؟ آپ کو قریہ کا رد بدلنا پڑے گا۔ قریہ کا رد اس پر میں نے غور کیا تو مجھے سمجھ میں آیا کہ اس سے مراد ہے۔</w:t>
      </w:r>
    </w:p>
    <w:p>
      <w:r>
        <w:rPr>
          <w:b/>
        </w:rPr>
        <w:t xml:space="preserve">[10:29] </w:t>
      </w:r>
      <w:r>
        <w:t>aaj ki dunya jis mein musalman dakhil hue hain, aaj musalman aik naye daur mein dakhil hue hain.</w:t>
      </w:r>
    </w:p>
    <w:p>
      <w:pPr>
        <w:jc w:val="right"/>
      </w:pPr>
      <w:r>
        <w:t>آج کی دنیا جس میں مسلمان داخل ہوئے ہیں، آج مسلمان ایک نئے دور میں داخل ہوئے ہیں۔</w:t>
      </w:r>
    </w:p>
    <w:p>
      <w:r>
        <w:rPr>
          <w:b/>
        </w:rPr>
        <w:t xml:space="preserve">[10:41] </w:t>
      </w:r>
      <w:r>
        <w:t>already woh aik naye daur mein dakhil ho chuke hain, to wahan un ke liye azadi hai, un ke liye poore maidan khule hue hain, tamam mawaqe un ke liye open hain, koi record nahi hai.</w:t>
      </w:r>
    </w:p>
    <w:p>
      <w:pPr>
        <w:jc w:val="right"/>
      </w:pPr>
      <w:r>
        <w:t>الریڈی وہ ایک نئے دور میں داخل ہو چکے ہیں، تو وہاں ان کے لیے آزادی ہے، ان کے لیے پورے میدان کھلے ہوئے ہیں، تمام مواقع ان کے لیے اوپن ہیں، کوئی ریکارڈ نہیں ہے۔</w:t>
      </w:r>
    </w:p>
    <w:p>
      <w:r>
        <w:rPr>
          <w:b/>
        </w:rPr>
        <w:t xml:space="preserve">[11:00] </w:t>
      </w:r>
      <w:r>
        <w:t>to applied way mein jab aap parhen ge is ayat ko to aap ko samajh mein aaye ga ke is se murad yeh hai ke musalmanon ko aik zamana aaye ga jab ke poori dunya un ke liye khol di jaye gi.</w:t>
      </w:r>
    </w:p>
    <w:p>
      <w:pPr>
        <w:jc w:val="right"/>
      </w:pPr>
      <w:r>
        <w:t>تو اپلائیڈ وے میں جب آپ پڑھیں گے اس آیت کو تو آپ کو سمجھ میں آئے گا کہ اس سے مراد یہ ہے کہ مسلمانوں کو ایک زمانہ آئے گا جب کہ پوری دنیا ان کے لیے کھول دی جائے گی۔</w:t>
      </w:r>
    </w:p>
    <w:p>
      <w:r>
        <w:rPr>
          <w:b/>
        </w:rPr>
        <w:t xml:space="preserve">[11:16] </w:t>
      </w:r>
      <w:r>
        <w:t>saari dunya mein azadi ho gi, mawaqe hon ge, rukawaten khatm ho chuki hon gi. to musalman is dunya mein dakhil ho jayen ge.</w:t>
      </w:r>
    </w:p>
    <w:p>
      <w:pPr>
        <w:jc w:val="right"/>
      </w:pPr>
      <w:r>
        <w:t>ساری دنیا میں آزادی ہوگی، مواقع ہوں گے، رکاوٹیں ختم ہو چکی ہوں گی۔ تو مسلمان اس دنیا میں داخل ہو جائیں گے۔</w:t>
      </w:r>
    </w:p>
    <w:p>
      <w:r>
        <w:rPr>
          <w:b/>
        </w:rPr>
        <w:t xml:space="preserve">[11:30] </w:t>
      </w:r>
      <w:r>
        <w:t>to aaj wahan dakhil ho chuke hain, already yani tareekh chalte chalte tareekh ka safar jari tha, jari tha, jari tha, yahan tak ke muslim tareekh aik naye daur mein dakhil ho gayi,</w:t>
      </w:r>
    </w:p>
    <w:p>
      <w:pPr>
        <w:jc w:val="right"/>
      </w:pPr>
      <w:r>
        <w:t>تو آج وہاں داخل ہو چکے ہیں، الریڈی یعنی تاریخ چلتے چلتے تاریخ کا سفر جاری تھا، جاری تھا، جاری تھا، یہاں تک کہ مسلم تاریخ ایک نئے دور میں داخل ہو گئی،</w:t>
      </w:r>
    </w:p>
    <w:p>
      <w:r>
        <w:rPr>
          <w:b/>
        </w:rPr>
        <w:t xml:space="preserve">[11:50] </w:t>
      </w:r>
      <w:r>
        <w:t>modern age jis ko kehte hain. aur yahan par musalmanon ke liye sare darwaze khule hain,</w:t>
      </w:r>
    </w:p>
    <w:p>
      <w:pPr>
        <w:jc w:val="right"/>
      </w:pPr>
      <w:r>
        <w:t>ماڈرن ایج جس کو کہتے ہیں۔ اور یہاں پر مسلمانوں کے لیے سارے دروازے کھلے ہیں،</w:t>
      </w:r>
    </w:p>
    <w:p>
      <w:r>
        <w:rPr>
          <w:b/>
        </w:rPr>
        <w:t xml:space="preserve">[12:02] </w:t>
      </w:r>
      <w:r>
        <w:t>yani jo aaj ke yeh age mein jo peace hai, woh sab ke liye hai. aaj ke daur mein jo communication hai, woh sab sab ke liye hai.</w:t>
      </w:r>
    </w:p>
    <w:p>
      <w:pPr>
        <w:jc w:val="right"/>
      </w:pPr>
      <w:r>
        <w:t>یعنی جو آج کے یہ ایج میں جو پیس ہے، وہ سب کے لیے ہے۔ آج کے دور میں جو کمیونیکیشن ہے، وہ سب سب کے لیے ہے۔</w:t>
      </w:r>
    </w:p>
    <w:p>
      <w:r>
        <w:rPr>
          <w:b/>
        </w:rPr>
        <w:t xml:space="preserve">[12:13] </w:t>
      </w:r>
      <w:r>
        <w:t>aaj ke daur mein jo</w:t>
      </w:r>
    </w:p>
    <w:p>
      <w:pPr>
        <w:jc w:val="right"/>
      </w:pPr>
      <w:r>
        <w:t>آج کے دور میں جو</w:t>
      </w:r>
    </w:p>
    <w:p>
      <w:r>
        <w:rPr>
          <w:b/>
        </w:rPr>
        <w:t xml:space="preserve">[12:17] </w:t>
      </w:r>
      <w:r>
        <w:t>maashi zarea hain, woh sab ke liye hain.</w:t>
      </w:r>
    </w:p>
    <w:p>
      <w:pPr>
        <w:jc w:val="right"/>
      </w:pPr>
      <w:r>
        <w:t>معاشی ذرائع ہیں، وہ سب کے لیے ہیں۔</w:t>
      </w:r>
    </w:p>
    <w:p>
      <w:r>
        <w:rPr>
          <w:b/>
        </w:rPr>
        <w:t xml:space="preserve">[12:24] </w:t>
      </w:r>
      <w:r>
        <w:t>to sawal yeh hai ke to is ka matlab yeh hai ke aaj ke daur mein jo halaat hain, is ne musalmanon par sare darwaze khol diye.</w:t>
      </w:r>
    </w:p>
    <w:p>
      <w:pPr>
        <w:jc w:val="right"/>
      </w:pPr>
      <w:r>
        <w:t>تو سوال یہ ہے کہ تو اس کا مطلب یہ ہے کہ آج کے دور میں جو حالات ہیں، اس نے مسلمانوں پر سارے دروازے کھول دیے۔</w:t>
      </w:r>
    </w:p>
    <w:p>
      <w:r>
        <w:rPr>
          <w:b/>
        </w:rPr>
        <w:t xml:space="preserve">[12:34] </w:t>
      </w:r>
      <w:r>
        <w:t>ab dekhna yeh hai ke hatta musalmanon ne kaha ke nikah. to musalman jo apni mozu batate hain, is ka matlab hai ke woh hatta ki spirit ke sath is daur mein dakhil nahi hue,</w:t>
      </w:r>
    </w:p>
    <w:p>
      <w:pPr>
        <w:jc w:val="right"/>
      </w:pPr>
      <w:r>
        <w:t>اب دیکھنا یہ ہے کہ حتہ مسلمانوں نے کہا کہ نکاح۔ تو مسلمان جو اپنی موضوع بتاتے ہیں، اس کا مطلب ہے کہ وہ حتہ کی سپرٹ کے ساتھ اس دور میں داخل نہیں ہوئے،</w:t>
      </w:r>
    </w:p>
    <w:p>
      <w:r>
        <w:rPr>
          <w:b/>
        </w:rPr>
        <w:t xml:space="preserve">[12:50] </w:t>
      </w:r>
      <w:r>
        <w:t>jis tarah yahood hatta ki spirit ke sath falasteen mein dakhil nahi hue thay. to aaj aik naya daur hai aur woh daur mein sab ke sath aasaniyan hain musalmanon ke liye.</w:t>
      </w:r>
    </w:p>
    <w:p>
      <w:pPr>
        <w:jc w:val="right"/>
      </w:pPr>
      <w:r>
        <w:t>جس طرح یہود حتہ کی سپرٹ کے ساتھ فلسطین میں داخل نہیں ہوئے تھے۔ تو آج ایک نیا دور ہے اور وہ دور میں سب کے ساتھ آسانیاں ہیں مسلمانوں کے لیے۔</w:t>
      </w:r>
    </w:p>
    <w:p>
      <w:r>
        <w:rPr>
          <w:b/>
        </w:rPr>
        <w:t xml:space="preserve">[13:03] </w:t>
      </w:r>
      <w:r>
        <w:t>sare darwaze un ke liye khule hue hain, lekin hatta ki spirit leak kar rahi hai.</w:t>
      </w:r>
    </w:p>
    <w:p>
      <w:pPr>
        <w:jc w:val="right"/>
      </w:pPr>
      <w:r>
        <w:t>سارے دروازے ان کے لیے کھلے ہوئے ہیں، لیکن حتہ کی سپرٹ لیک کر رہی ہے۔</w:t>
      </w:r>
    </w:p>
    <w:p>
      <w:r>
        <w:rPr>
          <w:b/>
        </w:rPr>
        <w:t xml:space="preserve">[13:11] </w:t>
      </w:r>
      <w:r>
        <w:t>hatta ki spirit,</w:t>
      </w:r>
    </w:p>
    <w:p>
      <w:pPr>
        <w:jc w:val="right"/>
      </w:pPr>
      <w:r>
        <w:t>حتہ کی سپرٹ،</w:t>
      </w:r>
    </w:p>
    <w:p>
      <w:r>
        <w:rPr>
          <w:b/>
        </w:rPr>
        <w:t xml:space="preserve">[13:18] </w:t>
      </w:r>
      <w:r>
        <w:t>hutta ka ki spirit ka matlab yeh hai ke Allah se talluq, Allah se</w:t>
      </w:r>
    </w:p>
    <w:p>
      <w:pPr>
        <w:jc w:val="right"/>
      </w:pPr>
      <w:r>
        <w:t>حتہ کا کی سپرٹ کا مطلب یہ ہے کہ اللہ سے تعلق، اللہ سے</w:t>
      </w:r>
    </w:p>
    <w:p>
      <w:r>
        <w:rPr>
          <w:b/>
        </w:rPr>
        <w:t xml:space="preserve">[13:31] </w:t>
      </w:r>
      <w:r>
        <w:t>maafi mangna, insanon ki humdardi, zimmedari ka ehsas,</w:t>
      </w:r>
    </w:p>
    <w:p>
      <w:pPr>
        <w:jc w:val="right"/>
      </w:pPr>
      <w:r>
        <w:t>معافی مانگنا، انسانوں کی ہمدردی، ذمہ داری کا احساس،</w:t>
      </w:r>
    </w:p>
    <w:p>
      <w:r>
        <w:rPr>
          <w:b/>
        </w:rPr>
        <w:t xml:space="preserve">[13:41] </w:t>
      </w:r>
      <w:r>
        <w:t>dawat ka jazba. To yeh sab khatm ho gaya. Jo hutta musalmanon ke liye tha, woh yahi tha ke sari dunya se woh un ko talluq ho,</w:t>
      </w:r>
    </w:p>
    <w:p>
      <w:pPr>
        <w:jc w:val="right"/>
      </w:pPr>
      <w:r>
        <w:t>دعوت کا جذبہ۔ تو یہ سب ختم ہو گیا۔ جو حتہ مسلمانوں کے لیے تھا، وہ یہی تھا کہ ساری دنیا سے وہ ان کو تعلق ہو،</w:t>
      </w:r>
    </w:p>
    <w:p>
      <w:r>
        <w:rPr>
          <w:b/>
        </w:rPr>
        <w:t xml:space="preserve">[13:58] </w:t>
      </w:r>
      <w:r>
        <w:t>sari dunya ko ke liye woh dawat ka kaam karein, woh monestry ki zindagi guzarein, woh Allah se apna talluq jorein.</w:t>
      </w:r>
    </w:p>
    <w:p>
      <w:pPr>
        <w:jc w:val="right"/>
      </w:pPr>
      <w:r>
        <w:t>ساری دنیا کو کے لیے وہ دعوت کا کام کریں، وہ مونسٹری کی زندگی گزاریں، وہ اللہ سے اپنا تعلق جوڑیں۔</w:t>
      </w:r>
    </w:p>
    <w:p>
      <w:r>
        <w:rPr>
          <w:b/>
        </w:rPr>
        <w:t xml:space="preserve">[14:15] </w:t>
      </w:r>
      <w:r>
        <w:t>To yeh jo hutta mutloob tha musalmanon se, wahi wahi ghayab ho gaya. To ab musalman kya kar rahe hain?</w:t>
      </w:r>
    </w:p>
    <w:p>
      <w:pPr>
        <w:jc w:val="right"/>
      </w:pPr>
      <w:r>
        <w:t>تو یہ جو حتہ مطلوب تھا مسلمانوں سے، وہی وہی غائب ہو گیا۔ تو اب مسلمان کیا کر رہے ہیں؟</w:t>
      </w:r>
    </w:p>
    <w:p>
      <w:r>
        <w:rPr>
          <w:b/>
        </w:rPr>
        <w:t xml:space="preserve">[14:24] </w:t>
      </w:r>
      <w:r>
        <w:t>Ke hum to mazloom hain, hum to mazloom hain, hum to mazloom hain, mazloom nahi hain, apni zimmedari ke ada karne hain, nahi kar sake woh.</w:t>
      </w:r>
    </w:p>
    <w:p>
      <w:pPr>
        <w:jc w:val="right"/>
      </w:pPr>
      <w:r>
        <w:t>کہ ہم تو مظلوم ہیں، ہم تو مظلوم ہیں، ہم تو مظلوم ہیں، مظلوم نہیں ہیں، اپنی ذمہ داری کے ادا کرنے ہیں، نہیں کر سکے وہ۔</w:t>
      </w:r>
    </w:p>
    <w:p>
      <w:r>
        <w:rPr>
          <w:b/>
        </w:rPr>
        <w:t xml:space="preserve">[14:36] </w:t>
      </w:r>
      <w:r>
        <w:t>To ab asal baat yeh hai ke aap apna muhasba karein, apni ghalti ko dhoondein, apni islaah karein, Allah ka shukar karein, badon ke bare mein aap ko jo haq aata hai, us ko daryaft karein aur us ke sath zindagi guzarein.</w:t>
      </w:r>
    </w:p>
    <w:p>
      <w:pPr>
        <w:jc w:val="right"/>
      </w:pPr>
      <w:r>
        <w:t>تو اب اصل بات یہ ہے کہ آپ اپنا محاسبہ کریں، اپنی غلطی کو ڈھونڈیں، اپنی اصلاح کریں، اللہ کا شکر کریں، بدوں کے بارے میں آپ کو جو حق آتا ہے، اس کو دریافت کریں اور اس کے ساتھ زندگی گزاریں۔</w:t>
      </w:r>
    </w:p>
    <w:p>
      <w:r>
        <w:rPr>
          <w:b/>
        </w:rPr>
        <w:t xml:space="preserve">[14:57] </w:t>
      </w:r>
      <w:r>
        <w:t>Warna yeh sab yeh rahega. Is mein jo hai ke Musa ne un ke liye pani manga to un ke liye chashme jari ho gaye.</w:t>
      </w:r>
    </w:p>
    <w:p>
      <w:pPr>
        <w:jc w:val="right"/>
      </w:pPr>
      <w:r>
        <w:t>ورنہ یہ سب یہ رہے گا۔ اس میں جو ہے کہ موسیٰ نے ان کے لیے پانی مانگا تو ان کے لیے چشمے جاری ہو گئے۔</w:t>
      </w:r>
    </w:p>
    <w:p>
      <w:r>
        <w:rPr>
          <w:b/>
        </w:rPr>
        <w:t xml:space="preserve">[15:07] </w:t>
      </w:r>
      <w:r>
        <w:t>Wohi aaj bhi hai, yani peghambar ne Hazrat Ibrahim ne dua ki thi, jo ke bani hain is is mazhab ke,</w:t>
      </w:r>
    </w:p>
    <w:p>
      <w:pPr>
        <w:jc w:val="right"/>
      </w:pPr>
      <w:r>
        <w:t>وہی آج بھی ہے، یعنی پیغمبر نے حضرت ابراہیم نے دعا کی تھی، جو کہ بانی ہیں اس اس مذہب کے،</w:t>
      </w:r>
    </w:p>
    <w:p>
      <w:r>
        <w:rPr>
          <w:b/>
        </w:rPr>
        <w:t xml:space="preserve">[15:20] </w:t>
      </w:r>
      <w:r>
        <w:t>is qaum ke, ke un ke liye rizq ke darwaze khol de. To aaj tak rizq ke darwaze khule hue hain, rizq ke darwaze musalmanon ke liye mukammal taur par khule hue hain.</w:t>
      </w:r>
    </w:p>
    <w:p>
      <w:pPr>
        <w:jc w:val="right"/>
      </w:pPr>
      <w:r>
        <w:t>اس قوم کے، کہ ان کے لیے رزق کے دروازے کھول دے۔ تو آج تک رزق کے دروازے کھلے ہوئے ہیں، رزق کے دروازے مسلمانوں کے لیے مکمل طور پر کھلے ہوئے ہیں۔</w:t>
      </w:r>
    </w:p>
    <w:p>
      <w:r>
        <w:rPr>
          <w:b/>
        </w:rPr>
        <w:t xml:space="preserve">[15:37] </w:t>
      </w:r>
      <w:r>
        <w:t>Un ke liye pani barta tha aasman se, yahan par petrol baras raha hai zameen se. To wohi tareekh yahan bhi dohrai ja rahi hai, lekin jo zimmedari thi,</w:t>
      </w:r>
    </w:p>
    <w:p>
      <w:pPr>
        <w:jc w:val="right"/>
      </w:pPr>
      <w:r>
        <w:t>ان کے لیے پانی برستا تھا آسمان سے، یہاں پر پٹرول برس رہا ہے زمین سے۔ تو وہی تاریخ یہاں بھی دہرائی جا رہی ہے، لیکن جو ذمہ داری تھی،</w:t>
      </w:r>
    </w:p>
    <w:p>
      <w:r>
        <w:rPr>
          <w:b/>
        </w:rPr>
        <w:t xml:space="preserve">[15:53] </w:t>
      </w:r>
      <w:r>
        <w:t>itna jo ehhtamam kiya gaya, woh kyun? Taa ke woh dawat ki zimmedari ada karein. Ummat e Yahood ke liye bhi yahi zimmedari thi,</w:t>
      </w:r>
    </w:p>
    <w:p>
      <w:pPr>
        <w:jc w:val="right"/>
      </w:pPr>
      <w:r>
        <w:t>اتنا جو اہتمام کیا گیا، وہ کیوں؟ تاکہ وہ دعوت کی ذمہ داری ادا کریں۔ امت یہود کے لیے بھی یہی ذمہ داری تھی،</w:t>
      </w:r>
    </w:p>
    <w:p>
      <w:r>
        <w:rPr>
          <w:b/>
        </w:rPr>
        <w:t xml:space="preserve">[16:07] </w:t>
      </w:r>
      <w:r>
        <w:t>isi par un ko jaancha jaane wala tha. To asal cheez yeh hai ke musalmanon ke mein samajhta hoon ke qariya se murad hai door,</w:t>
      </w:r>
    </w:p>
    <w:p>
      <w:pPr>
        <w:jc w:val="right"/>
      </w:pPr>
      <w:r>
        <w:t>اسی پر ان کو جانچا جانے والا تھا۔ تو اصل چیز یہ ہے کہ مسلمانوں کے میں سمجھتا ہوں کہ قریہ سے مراد ہے دور،</w:t>
      </w:r>
    </w:p>
    <w:p>
      <w:r>
        <w:rPr>
          <w:b/>
        </w:rPr>
        <w:t xml:space="preserve">[16:22] </w:t>
      </w:r>
      <w:r>
        <w:t>qariya se murad hai door. Ek aise door mein dakhil hue musalman is zamane mein, jabke sare mawaqe un ke liye the, sari sahoolatein un ke liye thi,</w:t>
      </w:r>
    </w:p>
    <w:p>
      <w:pPr>
        <w:jc w:val="right"/>
      </w:pPr>
      <w:r>
        <w:t>قریہ سے مراد ہے دور۔ ایک ایسے دور میں داخل ہوئے مسلمان اس زمانے میں، جبکہ سارے مواقع ان کے لیے تھے، ساری سہولتیں ان کے لیے تھیں،</w:t>
      </w:r>
    </w:p>
    <w:p>
      <w:r>
        <w:rPr>
          <w:b/>
        </w:rPr>
        <w:t xml:space="preserve">[16:37] </w:t>
      </w:r>
      <w:r>
        <w:t>lekin un ke andar apni, un ke andar apni kotahi ka ehsas khatm ho gaya.</w:t>
      </w:r>
    </w:p>
    <w:p>
      <w:pPr>
        <w:jc w:val="right"/>
      </w:pPr>
      <w:r>
        <w:t>لیکن ان کے اندر اپنی، ان کے اندر اپنی کوتاہی کا احساس ختم ہو گیا۔</w:t>
      </w:r>
    </w:p>
    <w:p>
      <w:r>
        <w:rPr>
          <w:b/>
        </w:rPr>
        <w:t xml:space="preserve">[16:49] </w:t>
      </w:r>
      <w:r>
        <w:t>Aur phir ulta paida hoga ke hum par zulm ho raha hai, zulm ho raha hai, zulm ho raha hai.</w:t>
      </w:r>
    </w:p>
    <w:p>
      <w:pPr>
        <w:jc w:val="right"/>
      </w:pPr>
      <w:r>
        <w:t>اور پھر الٹا پیدا ہوگا کہ ہم پر ظلم ہو رہا ہے، ظلم ہو رہا ہے، ظلم ہو رہا ہے۔</w:t>
      </w:r>
    </w:p>
    <w:p>
      <w:r>
        <w:rPr>
          <w:b/>
        </w:rPr>
        <w:t xml:space="preserve">[16:58] </w:t>
      </w:r>
      <w:r>
        <w:t>Phir dekhiye, is ayat mein jo hai, is ka baat phir raghadan ki baat padhiye: "Wa dkhul al bab sajda wa qoolu huttah naghfir lakum khatayakum wa sanazid al muhsinin".</w:t>
      </w:r>
    </w:p>
    <w:p>
      <w:pPr>
        <w:jc w:val="right"/>
      </w:pPr>
      <w:r>
        <w:t>پھر دیکھیے، اس آیت میں جو ہے، اس کا بات پھر رغدن کی بات پڑھیے: "ودخر الباب سجدہ وقول حتۃ نخفلکم خطایا وسنزید المحسنین"۔</w:t>
      </w:r>
    </w:p>
    <w:p>
      <w:r>
        <w:rPr>
          <w:b/>
        </w:rPr>
        <w:t xml:space="preserve">[17:11] </w:t>
      </w:r>
      <w:r>
        <w:t>Is ke baad: "Fa badal alladhina zalamoo qawlan ghair alladhi qeela lahum fa anzalna alalladhina zalamoo rijzan min as samai bima kano yafsuqoon".</w:t>
      </w:r>
    </w:p>
    <w:p>
      <w:pPr>
        <w:jc w:val="right"/>
      </w:pPr>
      <w:r>
        <w:t>اس کے بعد: "فبدل الذین ظلمو قولا غیر الذی قیل لہم فانزلنا علی الذین ظلمو رجزا من السماء بما کانو یفسقون"۔</w:t>
      </w:r>
    </w:p>
    <w:p>
      <w:r>
        <w:rPr>
          <w:b/>
        </w:rPr>
        <w:t xml:space="preserve">[17:20] </w:t>
      </w:r>
      <w:r>
        <w:t>Ab yahan dekhiye ke Yahood ko jo hukum diya gaya tha, us hukum ko badal diya unhone, yani dunya ka ke khair khwah ban kar raho,</w:t>
      </w:r>
    </w:p>
    <w:p>
      <w:pPr>
        <w:jc w:val="right"/>
      </w:pPr>
      <w:r>
        <w:t>اب یہاں دیکھیے کہ یہود کو جو حکم دیا گیا تھا، اس حکم کو بدل دیا انہوں نے، یعنی دنیا کا کہ خیر خواہ بن کر رہو،</w:t>
      </w:r>
    </w:p>
    <w:p>
      <w:r>
        <w:rPr>
          <w:b/>
        </w:rPr>
        <w:t xml:space="preserve">[17:37] </w:t>
      </w:r>
      <w:r>
        <w:t>dawat ki zimmedari ko ada karo, aur jo rizq tum ko diya gaya hai, us ko aish ke liye mat istemal karo, balke apni zaroorat ke liye istemal karo.</w:t>
      </w:r>
    </w:p>
    <w:p>
      <w:pPr>
        <w:jc w:val="right"/>
      </w:pPr>
      <w:r>
        <w:t>دعوت کی ذمہ داری کو ادا کرو، اور جو رزق تم کو دیا گیا ہے، اس کو عیش کے لیے مت استعمال کرو، بلکہ اپنی ضرورت کے لیے استعمال کرو۔</w:t>
      </w:r>
    </w:p>
    <w:p>
      <w:r>
        <w:rPr>
          <w:b/>
        </w:rPr>
        <w:t xml:space="preserve">[17:52] </w:t>
      </w:r>
      <w:r>
        <w:t>To yeh sara jo un ko un se kaha gaya tha, jo hukum diya gaya tha, us se hat gaye woh. To kya hua?</w:t>
      </w:r>
    </w:p>
    <w:p>
      <w:pPr>
        <w:jc w:val="right"/>
      </w:pPr>
      <w:r>
        <w:t>تو یہ سارا جو ان کو ان سے کہا گیا تھا، جو حکم دیا گیا تھا، اس سے ہٹ گئے وہ۔ تو کیا ہوا؟</w:t>
      </w:r>
    </w:p>
    <w:p>
      <w:r>
        <w:rPr>
          <w:b/>
        </w:rPr>
        <w:t xml:space="preserve">[18:01] </w:t>
      </w:r>
      <w:r>
        <w:t>Un par azab utra, woh Allah ke liye bajaye inaam ke, bajaye</w:t>
      </w:r>
    </w:p>
    <w:p>
      <w:pPr>
        <w:jc w:val="right"/>
      </w:pPr>
      <w:r>
        <w:t>ان پر عذاب اترا، وہ اللہ کے لیے بجائے انعام کے، بجائے</w:t>
      </w:r>
    </w:p>
    <w:p>
      <w:r>
        <w:rPr>
          <w:b/>
        </w:rPr>
        <w:t xml:space="preserve">[18:11] </w:t>
      </w:r>
      <w:r>
        <w:t>pakad ke mustahiq ho gaye. Wohi us waqt ho raha hai jo musalman kehte hain ke hum hamein zulm ho raha hai, hamare sath aisa ho raha hai, woh sab ka, woh Allah ka ki tanbihat hain,</w:t>
      </w:r>
    </w:p>
    <w:p>
      <w:pPr>
        <w:jc w:val="right"/>
      </w:pPr>
      <w:r>
        <w:t>پکڑ کے مستحق ہو گئے۔ وہی اس وقت ہو رہا ہے جو مسلمان کہتے ہیں کہ ہم ہمیں ظلم ہو رہا ہے، ہمارے ساتھ ایسا ہو رہا ہے، وہ سب کا، وہ اللہ کا کی تنبیہات ہیں،</w:t>
      </w:r>
    </w:p>
    <w:p>
      <w:r>
        <w:rPr>
          <w:b/>
        </w:rPr>
        <w:t xml:space="preserve">[18:27] </w:t>
      </w:r>
      <w:r>
        <w:t>woh sab Allah ki tanbihat hain,</w:t>
      </w:r>
    </w:p>
    <w:p>
      <w:pPr>
        <w:jc w:val="right"/>
      </w:pPr>
      <w:r>
        <w:t>وہ سب اللہ کی تنبیہات ہیں،</w:t>
      </w:r>
    </w:p>
    <w:p>
      <w:r>
        <w:rPr>
          <w:b/>
        </w:rPr>
        <w:t xml:space="preserve">[18:32] </w:t>
      </w:r>
      <w:r>
        <w:t>woh kisi ka zulm nahi hai.</w:t>
      </w:r>
    </w:p>
    <w:p>
      <w:pPr>
        <w:jc w:val="right"/>
      </w:pPr>
      <w:r>
        <w:t>وہ کسی کا ظلم نہیں ہے۔</w:t>
      </w:r>
    </w:p>
    <w:p>
      <w:r>
        <w:rPr>
          <w:b/>
        </w:rPr>
        <w:t xml:space="preserve">[18:37] </w:t>
      </w:r>
      <w:r>
        <w:t>na kashmir mein zulm hai, na falasteen mein zulm hai, na pakistan mein zulm hai, na misr mein zulm hai, kahin zulm nahin hai, na amreeka mein zulm hai, kahin bhi zulm nahin hai.</w:t>
      </w:r>
    </w:p>
    <w:p>
      <w:pPr>
        <w:jc w:val="right"/>
      </w:pPr>
      <w:r>
        <w:t>نہ کشمیر میں ظلم ہے، نہ فلسطین میں ظلم ہے، نہ پاکستان میں ظلم ہے، نہ مصر میں ظلم ہے، کہیں ظلم نہیں ہے، نہ امریکہ میں ظلم ہے، کہیں بھی ظلم نہیں ہے۔</w:t>
      </w:r>
    </w:p>
    <w:p>
      <w:r>
        <w:rPr>
          <w:b/>
        </w:rPr>
        <w:t xml:space="preserve">[18:53] </w:t>
      </w:r>
      <w:r>
        <w:t>har jagah Allah ki ki tanbeehaat hain, Allah ki tanbeehaat hain. to kaha is maslay ka hal kya hai?</w:t>
      </w:r>
    </w:p>
    <w:p>
      <w:pPr>
        <w:jc w:val="right"/>
      </w:pPr>
      <w:r>
        <w:t>ہر جگہ اللہ کی کی تنبیہات ہیں، اللہ کی تنبیہات ہیں۔ تو کہا اس مسئلے کا حل کیا ہے؟</w:t>
      </w:r>
    </w:p>
    <w:p>
      <w:r>
        <w:rPr>
          <w:b/>
        </w:rPr>
        <w:t xml:space="preserve">[19:04] </w:t>
      </w:r>
      <w:r>
        <w:t>ke looten woh apni zimmedari ki taraf, looten woh insaan se khair khwahi ki taraf, looten woh</w:t>
      </w:r>
    </w:p>
    <w:p>
      <w:pPr>
        <w:jc w:val="right"/>
      </w:pPr>
      <w:r>
        <w:t>کہ لوٹیں وہ اپنی ذمہ داری کی طرف، لوٹیں وہ انسان سے خیر خواہی کی طرف، لوٹیں وہ</w:t>
      </w:r>
    </w:p>
    <w:p>
      <w:r>
        <w:rPr>
          <w:b/>
        </w:rPr>
        <w:t xml:space="preserve">[19:18] </w:t>
      </w:r>
      <w:r>
        <w:t>dawat Allah ke kaam ki taraf. doosron ko mazloom bana kar protest karna, is se koi faida nahin hoga.</w:t>
      </w:r>
    </w:p>
    <w:p>
      <w:pPr>
        <w:jc w:val="right"/>
      </w:pPr>
      <w:r>
        <w:t>دعوت اللہ کے کام کی طرف۔ دوسروں کو مظلوم بنا کر پروٹیسٹ کرنا، اس سے کوئی فائدہ نہیں ہوگا۔</w:t>
      </w:r>
    </w:p>
    <w:p>
      <w:r>
        <w:rPr>
          <w:b/>
        </w:rPr>
        <w:t xml:space="preserve">[19:31] </w:t>
      </w:r>
      <w:r>
        <w:t>to yeh jo qissa yahan aaya hai, bazahir yahood ke ki tareekh ka hissa hai, lekin yahan woh applied way mein hai, yani yeh ke jo yahood par guzra, woh tum par guzre ga,</w:t>
      </w:r>
    </w:p>
    <w:p>
      <w:pPr>
        <w:jc w:val="right"/>
      </w:pPr>
      <w:r>
        <w:t>تو یہ جو قصہ یہاں آیا ہے، بظاہر یہود کے کی تاریخ کا حصہ ہے، لیکن یہاں وہ اپلائیڈ وے میں ہے، یعنی یہ کہ جو یہود پر گزرا، وہ تم پر گزرے گا،</w:t>
      </w:r>
    </w:p>
    <w:p>
      <w:r>
        <w:rPr>
          <w:b/>
        </w:rPr>
        <w:t xml:space="preserve">[19:52] </w:t>
      </w:r>
      <w:r>
        <w:t>jo yahood par guzra, woh tum par guzre ga.</w:t>
      </w:r>
    </w:p>
    <w:p>
      <w:pPr>
        <w:jc w:val="right"/>
      </w:pPr>
      <w:r>
        <w:t>جو یہود پر گزرا، وہ تم پر گزرے گا۔</w:t>
      </w:r>
    </w:p>
    <w:p>
      <w:r>
        <w:rPr>
          <w:b/>
        </w:rPr>
        <w:t xml:space="preserve">[19:57] </w:t>
      </w:r>
      <w:r>
        <w:t>to woh, woh, woh jo tum par jo guzre ga, apni zimmedariyon ko chhodne ke barabar guzre ga. kisi, kisi doosre ke, kisi doosre ke zulm ki wajah se nahin,</w:t>
      </w:r>
    </w:p>
    <w:p>
      <w:pPr>
        <w:jc w:val="right"/>
      </w:pPr>
      <w:r>
        <w:t>تو وہ، وہ، وہ جو تم پر جو گزرے گا، اپنی ذمہ داریوں کو چھوڑنے کے برابر گزرے گا۔ کسی، کسی دوسرے کے، کسی دوسرے کے ظلم کی وجہ سے نہیں،</w:t>
      </w:r>
    </w:p>
    <w:p>
      <w:r>
        <w:rPr>
          <w:b/>
        </w:rPr>
        <w:t xml:space="preserve">[20:13] </w:t>
      </w:r>
      <w:r>
        <w:t>aisa hoga.</w:t>
      </w:r>
    </w:p>
    <w:p>
      <w:pPr>
        <w:jc w:val="right"/>
      </w:pPr>
      <w:r>
        <w:t>ایسا ہوگا۔</w:t>
      </w:r>
    </w:p>
    <w:p>
      <w:r>
        <w:rPr>
          <w:b/>
        </w:rPr>
        <w:t xml:space="preserve">[20:17] </w:t>
      </w:r>
      <w:r>
        <w:t>to main samajhta hoon ke</w:t>
      </w:r>
    </w:p>
    <w:p>
      <w:pPr>
        <w:jc w:val="right"/>
      </w:pPr>
      <w:r>
        <w:t>تو میں سمجھتا ہوں کہ</w:t>
      </w:r>
    </w:p>
    <w:p>
      <w:r>
        <w:rPr>
          <w:b/>
        </w:rPr>
        <w:t xml:space="preserve">[20:23] </w:t>
      </w:r>
      <w:r>
        <w:t>musalman jab tak Quran ko applied way mein nahin padhenge, yani yani tadbeeq ke andaaz mein nahin padhenge, apne aap ko apply karte hue,</w:t>
      </w:r>
    </w:p>
    <w:p>
      <w:pPr>
        <w:jc w:val="right"/>
      </w:pPr>
      <w:r>
        <w:t>مسلمان جب تک قرآن کو اپلائیڈ وے میں نہیں پڑھیں گے، یعنی یعنی تدبیق کے انداز میں نہیں پڑھیں گے، اپنے آپ کو اپلائی کرتے ہوئے،</w:t>
      </w:r>
    </w:p>
    <w:p>
      <w:r>
        <w:rPr>
          <w:b/>
        </w:rPr>
        <w:t xml:space="preserve">[20:36] </w:t>
      </w:r>
      <w:r>
        <w:t>tab tak Quran un ke liye hidayat ka zariya nahin banega.</w:t>
      </w:r>
    </w:p>
    <w:p>
      <w:pPr>
        <w:jc w:val="right"/>
      </w:pPr>
      <w:r>
        <w:t>تب تک قرآن ان کے لیے ہدایت کا ذریعہ نہیں بنے گا۔</w:t>
      </w:r>
    </w:p>
    <w:p>
      <w:r>
        <w:rPr>
          <w:b/>
        </w:rPr>
        <w:t xml:space="preserve">[20:44] </w:t>
      </w:r>
      <w:r>
        <w:t>to Quran ke shuru mein jo itna zyada qissa ban gaya hai, ban gaya hai yahood ka, woh musalmanon ki islaah ke liye hai taake baad ke daur mein musalman yahood ki tareekh ke aaine mein apna haal dekhen,</w:t>
      </w:r>
    </w:p>
    <w:p>
      <w:pPr>
        <w:jc w:val="right"/>
      </w:pPr>
      <w:r>
        <w:t>تو قرآن کے شروع میں جو اتنا زیادہ قصہ بن گیا ہے، بن گیا ہے یہود کا، وہ مسلمانوں کی اصلاح کے لیے ہے تاکہ بعد کے دور میں مسلمان یہود کی تاریخ کے آئینے میں اپنا حال دیکھیں،</w:t>
      </w:r>
    </w:p>
    <w:p>
      <w:r>
        <w:rPr>
          <w:b/>
        </w:rPr>
        <w:t xml:space="preserve">[21:10] </w:t>
      </w:r>
      <w:r>
        <w:t>yahood ki tareekh ke haal mein apna haal dekhen, apni tasweer dekhen, aur apni islaah kar ke apne aap ko ummat-e-muhammadi ke darje par baqi rakhen</w:t>
      </w:r>
    </w:p>
    <w:p>
      <w:pPr>
        <w:jc w:val="right"/>
      </w:pPr>
      <w:r>
        <w:t>یہود کی تاریخ کے حال میں اپنا حال دیکھیں، اپنی تصویر دیکھیں، اور اپنی اصلاح کر کے اپنے آپ کو امت محمدی کے درجے پر باقی رکھیں</w:t>
      </w:r>
    </w:p>
    <w:p>
      <w:r>
        <w:rPr>
          <w:b/>
        </w:rPr>
        <w:t xml:space="preserve">[21:27] </w:t>
      </w:r>
      <w:r>
        <w:t>taake un ka zimmedari ka ehsaas ho, taake woh apni zimmedari ko ada karen, taake woh apni zimmedari ko ada kar ke Allah ki rehmat ke mustahiq bane rahen.</w:t>
      </w:r>
    </w:p>
    <w:p>
      <w:pPr>
        <w:jc w:val="right"/>
      </w:pPr>
      <w:r>
        <w:t>تاکہ ان کا ذمہ داری کا احساس ہو، تاکہ وہ اپنی ذمہ داری کو ادا کریں، تاکہ وہ اپنی ذمہ داری کو ادا کر کے اللہ کی رحمت کے مستحق بنے رہیں۔</w:t>
      </w:r>
    </w:p>
    <w:p>
      <w:r>
        <w:rPr>
          <w:b/>
        </w:rPr>
        <w:t xml:space="preserve">[21:41] </w:t>
      </w:r>
      <w:r>
        <w:t>yeh sab to is mein is aayat ko</w:t>
      </w:r>
    </w:p>
    <w:p>
      <w:pPr>
        <w:jc w:val="right"/>
      </w:pPr>
      <w:r>
        <w:t>یہ سب تو اس میں اس آیت کو</w:t>
      </w:r>
    </w:p>
    <w:p>
      <w:r>
        <w:rPr>
          <w:b/>
        </w:rPr>
        <w:t xml:space="preserve">[21:48] </w:t>
      </w:r>
      <w:r>
        <w:t>is tarah padhna chahiye ke ke yahood ke, yahood ke tareekh ke aaine mein hamara haal bana hua.</w:t>
      </w:r>
    </w:p>
    <w:p>
      <w:pPr>
        <w:jc w:val="right"/>
      </w:pPr>
      <w:r>
        <w:t>اس طرح پڑھنا چاہیے کہ کہ یہود کے، یہود کے تاریخ کے آئینے میں ہمارا حال بن ہوا۔</w:t>
      </w:r>
    </w:p>
    <w:p>
      <w:r>
        <w:rPr>
          <w:b/>
        </w:rPr>
        <w:t xml:space="preserve">[22:01] </w:t>
      </w:r>
      <w:r>
        <w:t>tabhi maloom hoga ke musalmanon ne Quran ko kitaab baazu bana diya, yani applied way mein Quran ka mafhoom daryaft na kar sake.</w:t>
      </w:r>
    </w:p>
    <w:p>
      <w:pPr>
        <w:jc w:val="right"/>
      </w:pPr>
      <w:r>
        <w:t>تبھی معلوم ہوگا کہ مسلمانوں نے قرآن کو کتاب بازو بنا دیا، یعنی اپلائیڈ وے میں قرآن کا مفہوم دریافت نہ کر سکے۔</w:t>
      </w:r>
    </w:p>
    <w:p>
      <w:r>
        <w:rPr>
          <w:b/>
        </w:rPr>
        <w:t xml:space="preserve">[22:11] </w:t>
      </w:r>
      <w:r>
        <w:t>is liye un ko yeh samajh mein nahin aayega ke hum islaah karen to kaise karen, islaah karen to kaise karen.</w:t>
      </w:r>
    </w:p>
    <w:p>
      <w:pPr>
        <w:jc w:val="right"/>
      </w:pPr>
      <w:r>
        <w:t>اس لیے ان کو یہ سمجھ میں نہیں آئے کہ ہم اصلاح کریں تو کیسے کریں، اصلاح کریں تو کیسے کریں۔</w:t>
      </w:r>
    </w:p>
    <w:p>
      <w:r>
        <w:rPr>
          <w:b/>
        </w:rPr>
        <w:t xml:space="preserve">[22:21] </w:t>
      </w:r>
      <w:r>
        <w:t>to main ne jahan tak samjha hai, islaah ka raaz yeh hai ke Quran ko applied way mein daryaft kiya jaye.</w:t>
      </w:r>
    </w:p>
    <w:p>
      <w:pPr>
        <w:jc w:val="right"/>
      </w:pPr>
      <w:r>
        <w:t>تو میں نے جہاں تک سمجھا ہے، اصلاح کا راز یہ ہے کہ قرآن کو اپلائیڈ وے میں دریافت کیا جائے۔</w:t>
      </w:r>
    </w:p>
    <w:p>
      <w:r>
        <w:rPr>
          <w:b/>
        </w:rPr>
        <w:t xml:space="preserve">[22:33] </w:t>
      </w:r>
      <w:r>
        <w:t>jab tak applied way mein daryaft nahin karenge, jab tak Quran islaah ka zariya nahin banega, to yahan par kya application hai is aayat ki roshni mein?</w:t>
      </w:r>
    </w:p>
    <w:p>
      <w:pPr>
        <w:jc w:val="right"/>
      </w:pPr>
      <w:r>
        <w:t>جب تک اپلائیڈ وے میں دریافت نہیں کریں گے، جب تک قرآن اصلاح کا ذریعہ نہیں بنے گا، تو یہاں پر کیا ایپلیکیشن ہے اس آیت کی روشنی میں؟</w:t>
      </w:r>
    </w:p>
    <w:p>
      <w:r>
        <w:rPr>
          <w:b/>
        </w:rPr>
        <w:t xml:space="preserve">[22:48] </w:t>
      </w:r>
      <w:r>
        <w:t>is mein pehli baat yeh hai ke jis tarah yahood ko ek ek qariya diya gaya tha, phir dakhil ho jao, sab kuch tumhare liye hai, yani falasteen,</w:t>
      </w:r>
    </w:p>
    <w:p>
      <w:pPr>
        <w:jc w:val="right"/>
      </w:pPr>
      <w:r>
        <w:t>اس میں پہلی بات یہ ہے کہ جس طرح یہود کو ایک ایک قریہ دیا گیا تھا، پھر داخل ہو جاؤ، سب کچھ تمہارے لیے ہے، یعنی فلسطین،</w:t>
      </w:r>
    </w:p>
    <w:p>
      <w:r>
        <w:rPr>
          <w:b/>
        </w:rPr>
        <w:t xml:space="preserve">[23:02] </w:t>
      </w:r>
      <w:r>
        <w:t>isi tarah maujooda zamane mein musalmanon ko zyada bade paane par alam bhi diya gaya. aaj ke zamane mein jo jin cheezon ka riwaj hai,</w:t>
      </w:r>
    </w:p>
    <w:p>
      <w:pPr>
        <w:jc w:val="right"/>
      </w:pPr>
      <w:r>
        <w:t>اسی طرح موجودہ زمانے میں مسلمانوں کو زیادہ بڑے پانے پر عالم بھی دیا گیا۔ آج کے زمانے میں جو جن چیزوں کا رواج ہے،</w:t>
      </w:r>
    </w:p>
    <w:p>
      <w:r>
        <w:rPr>
          <w:b/>
        </w:rPr>
        <w:t xml:space="preserve">[23:16] </w:t>
      </w:r>
      <w:r>
        <w:t>liberalism, secularism, democracy, freedom, yani jo aaj kal qaum ka jo universal norm hai, jis ne aaj ke zamane ki soorat giri ki hai,</w:t>
      </w:r>
    </w:p>
    <w:p>
      <w:pPr>
        <w:jc w:val="right"/>
      </w:pPr>
      <w:r>
        <w:t>لبرلزم، سیکولرزم، ڈیموکریسی، فریڈم، یعنی جو آج کل قوم کا جو یونیورسل نارم ہے، جس نے آج کے زمانے کی صورت گری کی ہے،</w:t>
      </w:r>
    </w:p>
    <w:p>
      <w:r>
        <w:rPr>
          <w:b/>
        </w:rPr>
        <w:t xml:space="preserve">[23:35] </w:t>
      </w:r>
      <w:r>
        <w:t>jo aaj kal ke zamane mein halaat hain, woh sab pro Islam hain, koi hamare khilaf nahin hai, yani secularism ya democracy, liberalism, koi bhi hamare khilaf nahin hai.</w:t>
      </w:r>
    </w:p>
    <w:p>
      <w:pPr>
        <w:jc w:val="right"/>
      </w:pPr>
      <w:r>
        <w:t>جو آج کل کے زمانے میں حالات ہیں، وہ سب پرو اسلام ہیں، کوئی ہمارے خلاف نہیں ہے، یعنی سیکولرزم یا ڈیموکریسی، لبرلزم، کوئی بھی ہمارے خلاف نہیں ہے۔</w:t>
      </w:r>
    </w:p>
    <w:p>
      <w:r>
        <w:rPr>
          <w:b/>
        </w:rPr>
        <w:t xml:space="preserve">[23:49] </w:t>
      </w:r>
      <w:r>
        <w:t>kyun ke dekhiye, jaanchne ka criteria kya hai? jaanchne ka criteria yeh hai ke koi bhi jo daur hai, koi bhi jo nazariya hai, koi bhi jo tehzeeb hai,</w:t>
      </w:r>
    </w:p>
    <w:p>
      <w:pPr>
        <w:jc w:val="right"/>
      </w:pPr>
      <w:r>
        <w:t>کیونکہ دیکھیے، جانچنے کا کرائٹیریا کیا ہے؟ جانچنے کا کرائٹیریا یہ ہے کہ کوئی بھی جو دور ہے، کوئی بھی جو نظریہ ہے، کوئی بھی جو تہذیب ہے،</w:t>
      </w:r>
    </w:p>
    <w:p>
      <w:r>
        <w:rPr>
          <w:b/>
        </w:rPr>
        <w:t xml:space="preserve">[24:07] </w:t>
      </w:r>
      <w:r>
        <w:t>woh hum ko opportunity de rahi hai ke nahi de rahi,</w:t>
      </w:r>
    </w:p>
    <w:p>
      <w:pPr>
        <w:jc w:val="right"/>
      </w:pPr>
      <w:r>
        <w:t>وہ ہم کو اپرچونیٹی دے رہی ہے کہ نہیں دے رہی،</w:t>
      </w:r>
    </w:p>
    <w:p>
      <w:r>
        <w:rPr>
          <w:b/>
        </w:rPr>
        <w:t xml:space="preserve">[24:14] </w:t>
      </w:r>
      <w:r>
        <w:t>khaas tor par dawat ki opportunity.</w:t>
      </w:r>
    </w:p>
    <w:p>
      <w:pPr>
        <w:jc w:val="right"/>
      </w:pPr>
      <w:r>
        <w:t>خاص طور پر دعوت کی اپرچونیٹی۔</w:t>
      </w:r>
    </w:p>
    <w:p>
      <w:r>
        <w:rPr>
          <w:b/>
        </w:rPr>
        <w:t xml:space="preserve">[24:19] </w:t>
      </w:r>
      <w:r>
        <w:t>toh is zamane mein toh saare darwaze khule hue hain, dawat ki opportunity aap ko mukammal taur par hasil hai. Toh ek poora daur mafeq-e-Islam daur hai,</w:t>
      </w:r>
    </w:p>
    <w:p>
      <w:pPr>
        <w:jc w:val="right"/>
      </w:pPr>
      <w:r>
        <w:t>تو اس زمانے میں تو سارے دروازے کھلے ہوئے ہیں، دعوت کی اپرچونیٹی آپ کو مکمل طور پر حاصل ہے۔ تو ایک پورا دور مافق اسلام دور ہے،</w:t>
      </w:r>
    </w:p>
    <w:p>
      <w:r>
        <w:rPr>
          <w:b/>
        </w:rPr>
        <w:t xml:space="preserve">[24:35] </w:t>
      </w:r>
      <w:r>
        <w:t>is poore daur mein aap ko dakhil kar diya gaya hai, is mein aap ko dakhil dakhil kar diya gaya hai. Toh jis tarah se yahood ko ek qariya, yaani Falasteen mein dakhil kar diya gaya tha ke yahan ke mawaqe istemal karo, woh tumhare liye hain,</w:t>
      </w:r>
    </w:p>
    <w:p>
      <w:pPr>
        <w:jc w:val="right"/>
      </w:pPr>
      <w:r>
        <w:t>اس پورے دور میں آپ کو داخل کر دیا گیا ہے، اس میں آپ کو داخل داخل کر دیا گیا ہے۔ تو جس طرح سے یہود کو ایک قاریہ، یعنی فلسطین میں داخل کر دیا گیا تھا کہ یہاں کے مواقع استعمال کرو، وہ تمہارے لیے ہیں،</w:t>
      </w:r>
    </w:p>
    <w:p>
      <w:r>
        <w:rPr>
          <w:b/>
        </w:rPr>
        <w:t xml:space="preserve">[24:55] </w:t>
      </w:r>
      <w:r>
        <w:t>aaj ummat-e-Muhammadi ko zyada bade paimane par naye daur mein dakhil kiya gaya hai. Naya daur, ek aisa daur jahan azadi hai, jahan freedom hai,</w:t>
      </w:r>
    </w:p>
    <w:p>
      <w:pPr>
        <w:jc w:val="right"/>
      </w:pPr>
      <w:r>
        <w:t>آج امت محمدی کو زیادہ بڑے پیمانے پر نئے دور میں داخل کیا گیا ہے۔ نیا دور، ایک ایسا دور جہاں آزادی ہے، جہاں فریڈم ہے،</w:t>
      </w:r>
    </w:p>
    <w:p>
      <w:r>
        <w:rPr>
          <w:b/>
        </w:rPr>
        <w:t xml:space="preserve">[25:10] </w:t>
      </w:r>
      <w:r>
        <w:t>jahan saare mawaqe sab ke liye khuli hui hain. Is daur ki khaas sifat yeh hai ke aaj tamam mawaqe har ek ke liye khuli hui hain.</w:t>
      </w:r>
    </w:p>
    <w:p>
      <w:pPr>
        <w:jc w:val="right"/>
      </w:pPr>
      <w:r>
        <w:t>جہاں سارے مواقع سب کے لیے کھلی ہوئی ہیں۔ اس دور کی خاص صفت یہ ہے کہ آج تمام مواقع ہر ایک کے لیے کھلی ہوئی ہیں۔</w:t>
      </w:r>
    </w:p>
    <w:p>
      <w:r>
        <w:rPr>
          <w:b/>
        </w:rPr>
        <w:t xml:space="preserve">[25:21] </w:t>
      </w:r>
      <w:r>
        <w:t>Yeh yeh matlab hai democracy ka, yeh matlab hai secularism ka, yeh matlab hai liberalism ka.</w:t>
      </w:r>
    </w:p>
    <w:p>
      <w:pPr>
        <w:jc w:val="right"/>
      </w:pPr>
      <w:r>
        <w:t>یہ یہ مطلب ہے ڈیموکریسی کا، یہ مطلب ہے سیکولرزم کا، یہ مطلب ہے لبرلزم کا۔</w:t>
      </w:r>
    </w:p>
    <w:p>
      <w:r>
        <w:rPr>
          <w:b/>
        </w:rPr>
        <w:t xml:space="preserve">[25:31] </w:t>
      </w:r>
      <w:r>
        <w:t>Yeh sab alfaaz mafeq-e-Islam alfaaz hain, kyunke woh</w:t>
      </w:r>
    </w:p>
    <w:p>
      <w:pPr>
        <w:jc w:val="right"/>
      </w:pPr>
      <w:r>
        <w:t>یہ سب الفاظ مافق اسلام الفاظ ہیں، کیونکہ وہ</w:t>
      </w:r>
    </w:p>
    <w:p>
      <w:r>
        <w:rPr>
          <w:b/>
        </w:rPr>
        <w:t xml:space="preserve">[25:43] </w:t>
      </w:r>
      <w:r>
        <w:t>in in yeh jo daur aaya hai, is is daur mein khaas baat yeh hai ke sab cheez sab ke liye, sab cheez sab ke liye.</w:t>
      </w:r>
    </w:p>
    <w:p>
      <w:pPr>
        <w:jc w:val="right"/>
      </w:pPr>
      <w:r>
        <w:t>ان ان یہ جو دور آیا ہے، اس اس دور میں خاص بات یہ ہے کہ سب چیز سب کے لیے، سب چیز سب کے لیے۔</w:t>
      </w:r>
    </w:p>
    <w:p>
      <w:r>
        <w:rPr>
          <w:b/>
        </w:rPr>
        <w:t xml:space="preserve">[25:57] </w:t>
      </w:r>
      <w:r>
        <w:t>Toh is mein zahir hai ke Musalman ka exception nahi hai. Jab sab cheez sab ke liye hai, yaani aap dekhiye, chahe jamhooriyat ho, chahe democracy ho, chahe liberalism ho, chahe secularism ho,</w:t>
      </w:r>
    </w:p>
    <w:p>
      <w:pPr>
        <w:jc w:val="right"/>
      </w:pPr>
      <w:r>
        <w:t>تو اس میں ظاہر ہے کہ مسلمان کا ایکسیپشن نہیں ہے۔ جب سب چیز سب کے لیے ہے، یعنی آپ دیکھیے، چاہے جمہوریت ہو، چاہے ڈیموکریسی ہو، چاہے لبرلزم ہو، چاہے سیکولرزم ہو،</w:t>
      </w:r>
    </w:p>
    <w:p>
      <w:r>
        <w:rPr>
          <w:b/>
        </w:rPr>
        <w:t xml:space="preserve">[26:15] </w:t>
      </w:r>
      <w:r>
        <w:t>chahe industrialization ho, chahe western civilization ho, kuch bhi ho, sab ka khulasa kya hai? Ke sab cheez sab ke liye.</w:t>
      </w:r>
    </w:p>
    <w:p>
      <w:pPr>
        <w:jc w:val="right"/>
      </w:pPr>
      <w:r>
        <w:t>چاہے انڈسٹریلائزیشن ہو، چاہے ویسٹرن سولائزیشن ہو، کچھ بھی ہو، سب کا خلاصہ کیا ہے؟ کہ سب چیز سب کے لیے۔</w:t>
      </w:r>
    </w:p>
    <w:p>
      <w:r>
        <w:rPr>
          <w:b/>
        </w:rPr>
        <w:t xml:space="preserve">[26:27] </w:t>
      </w:r>
      <w:r>
        <w:t>Is pe ghaur kijiye, aap ko maloom hoga ke naya daur jo hai, is mein ek explosion hua hai.</w:t>
      </w:r>
    </w:p>
    <w:p>
      <w:pPr>
        <w:jc w:val="right"/>
      </w:pPr>
      <w:r>
        <w:t>اس پہ غور کیجئے، آپ کو معلوم ہوگا کہ نیا دور جو ہے، اس میں ایک انفجار ہوا ہے۔</w:t>
      </w:r>
    </w:p>
    <w:p>
      <w:r>
        <w:rPr>
          <w:b/>
        </w:rPr>
        <w:t xml:space="preserve">[26:38] </w:t>
      </w:r>
      <w:r>
        <w:t>Ek is daur mein ek bahut bada inqilab aaya hai, pehle zamane mein jab ke badshahat woh karti thi.</w:t>
      </w:r>
    </w:p>
    <w:p>
      <w:pPr>
        <w:jc w:val="right"/>
      </w:pPr>
      <w:r>
        <w:t>ایک اس دور میں ایک بہت بڑا انقلاب آیا ہے، پہلے زمانے میں جب کہ بادشاہت وہ کرتی تھی۔</w:t>
      </w:r>
    </w:p>
    <w:p>
      <w:r>
        <w:rPr>
          <w:b/>
        </w:rPr>
        <w:t xml:space="preserve">[26:48] </w:t>
      </w:r>
      <w:r>
        <w:t>Toh baadshahat ka daur ka monopoly ka daur hota hota tha, monopoly, ijaredari.</w:t>
      </w:r>
    </w:p>
    <w:p>
      <w:pPr>
        <w:jc w:val="right"/>
      </w:pPr>
      <w:r>
        <w:t>تو بعد بادشاہت کا دور کا مناپلی کا دور ہوتا ہوتا تھا، مناپلی، اجارہ داری۔</w:t>
      </w:r>
    </w:p>
    <w:p>
      <w:r>
        <w:rPr>
          <w:b/>
        </w:rPr>
        <w:t xml:space="preserve">[26:59] </w:t>
      </w:r>
      <w:r>
        <w:t>Badshahat ke daur mein har cheez badshah ki hoti thi. Aaj ka daur demopressor ka daur hai, monopoly khatam ho gayi.</w:t>
      </w:r>
    </w:p>
    <w:p>
      <w:pPr>
        <w:jc w:val="right"/>
      </w:pPr>
      <w:r>
        <w:t>بادشاہت کے دور میں ہر چیز بادشاہ کی ہوتی تھی۔ آج کا دور ڈی میپریشر کا دور ہے، مناپلی ختم ہو گئی۔</w:t>
      </w:r>
    </w:p>
    <w:p>
      <w:r>
        <w:rPr>
          <w:b/>
        </w:rPr>
        <w:t xml:space="preserve">[27:12] </w:t>
      </w:r>
      <w:r>
        <w:t>Ab har cheez har ek ke liye. Toh maujooda zamane ki sab se badi sifat yeh hai ke har cheez har ke liye, har ek ke liye ho gayi.</w:t>
      </w:r>
    </w:p>
    <w:p>
      <w:pPr>
        <w:jc w:val="right"/>
      </w:pPr>
      <w:r>
        <w:t>اب ہر چیز ہر ایک کے لیے۔ تو موجودہ زمانے کی سب سے بڑی صفت یہ ہے کہ ہر چیز ہر کے لیے، ہر ایک کے لیے ہو گئی۔</w:t>
      </w:r>
    </w:p>
    <w:p>
      <w:r>
        <w:rPr>
          <w:b/>
        </w:rPr>
        <w:t xml:space="preserve">[27:24] </w:t>
      </w:r>
      <w:r>
        <w:t>Koi cheez aisi nahi hai jis pe badshah ki monopoly qaim ho.</w:t>
      </w:r>
    </w:p>
    <w:p>
      <w:pPr>
        <w:jc w:val="right"/>
      </w:pPr>
      <w:r>
        <w:t>کوئی چیز ایسی نہیں ہے جس پہ بادشاہ کی مناپلی قائم ہو۔</w:t>
      </w:r>
    </w:p>
    <w:p>
      <w:r>
        <w:rPr>
          <w:b/>
        </w:rPr>
        <w:t xml:space="preserve">[27:33] </w:t>
      </w:r>
      <w:r>
        <w:t>Toh ab jo hai yeh kehna ke hum par zulm ho raha hai, duniya hamare khilaf hai, we are interested, yeh sab bilkul hi baseless baatein hain.</w:t>
      </w:r>
    </w:p>
    <w:p>
      <w:pPr>
        <w:jc w:val="right"/>
      </w:pPr>
      <w:r>
        <w:t>تو اب جو ہے یہ کہنا کہ ہم پر ظلم ہو رہا ہے، دنیا ہمارے خلاف ہے، وی آر انٹرسٹڈ، یہ سب بالکل ہی بیسلیس باتیں ہیں۔</w:t>
      </w:r>
    </w:p>
    <w:p>
      <w:r>
        <w:rPr>
          <w:b/>
        </w:rPr>
        <w:t xml:space="preserve">[27:47] </w:t>
      </w:r>
      <w:r>
        <w:t>Kyunke jis tarike se yahood ko Falasteen mein kaha tha ke dakhil ho jao, sab sara Falasteen tumhare liye hai, usi tarike se maujooda zamane mein Musalmanon ke liye Quran ka yeh ailaan hai ke naye daur mein dakhil ho jao.</w:t>
      </w:r>
    </w:p>
    <w:p>
      <w:pPr>
        <w:jc w:val="right"/>
      </w:pPr>
      <w:r>
        <w:t>کیونکہ جس طریقے سے یہود کو فلسطین میں کہا تھا کہ داخل ہو جاؤ، سب سارا فلسطین تمہارے لیے ہے، اسی طریقے سے موجودہ زمانے میں مسلمانوں کے لیے قرآن کا یہ اعلان ہے کہ نئے دور میں داخل ہو جاؤ۔</w:t>
      </w:r>
    </w:p>
    <w:p>
      <w:r>
        <w:rPr>
          <w:b/>
        </w:rPr>
        <w:t xml:space="preserve">[28:06] </w:t>
      </w:r>
      <w:r>
        <w:t>Yeh daur har cheez ko tumhare liye khol deta hai, kyunke yeh daur hi yahi hai ke sab cheez sab ke liye.</w:t>
      </w:r>
    </w:p>
    <w:p>
      <w:pPr>
        <w:jc w:val="right"/>
      </w:pPr>
      <w:r>
        <w:t>یہ دور ہر چیز کو تمہارے لیے کھول دیتا ہے، کیونکہ یہ دوری یہی ہے کہ سب چیز سب کے لیے۔</w:t>
      </w:r>
    </w:p>
    <w:p>
      <w:r>
        <w:rPr>
          <w:b/>
        </w:rPr>
        <w:t xml:space="preserve">[28:19] </w:t>
      </w:r>
      <w:r>
        <w:t>Dekhiye, is ko main jo daur ki baat karta hoon, kis ki kehta hoon ke is zamane mein yeh yeh daur jo hai, interdependency ka daur hai, interdependency ka daur hai,</w:t>
      </w:r>
    </w:p>
    <w:p>
      <w:pPr>
        <w:jc w:val="right"/>
      </w:pPr>
      <w:r>
        <w:t>دیکھیے، اس کو میں جو دور کی بات کرتا ہوں، کس کی کہتا ہوں کہ اس زمانے میں یہ یہ دور جو ہے، انٹرڈیپنڈنسی کا دور ہے، انٹرڈیپنڈنسی کا دور ہے،</w:t>
      </w:r>
    </w:p>
    <w:p>
      <w:r>
        <w:rPr>
          <w:b/>
        </w:rPr>
        <w:t xml:space="preserve">[28:34] </w:t>
      </w:r>
      <w:r>
        <w:t>yaani har ek ka ta'alluq har ek se ho gaya, har ek ka interest doosre ke saath jud gaya. Maslan dekhiye, ek shakhs agar leader hai toh us ko voter chahiye,</w:t>
      </w:r>
    </w:p>
    <w:p>
      <w:pPr>
        <w:jc w:val="right"/>
      </w:pPr>
      <w:r>
        <w:t>یعنی ہر ایک کا تعلق ہر ایک سے ہو گیا، ہر ایک کا انٹرسٹ دوسرے کے ساتھ جڑ گیا۔ مثلاً دیکھیے، ایک شخص اگر لیڈر ہے تو اس کو ووٹر چاہیے،</w:t>
      </w:r>
    </w:p>
    <w:p>
      <w:r>
        <w:rPr>
          <w:b/>
        </w:rPr>
        <w:t xml:space="preserve">[28:52] </w:t>
      </w:r>
      <w:r>
        <w:t>voter chahiye, vote. Ek shakhs businessman hai toh us ko customer chahiye, us ko customer chahiye.</w:t>
      </w:r>
    </w:p>
    <w:p>
      <w:pPr>
        <w:jc w:val="right"/>
      </w:pPr>
      <w:r>
        <w:t>ووٹر چاہیے، ووٹ۔ ایک شخص بزنس مین ہے تو اس کو کسٹمر چاہیے، اس کو کسٹمر چاہیے۔</w:t>
      </w:r>
    </w:p>
    <w:p>
      <w:r>
        <w:rPr>
          <w:b/>
        </w:rPr>
        <w:t xml:space="preserve">[29:03] </w:t>
      </w:r>
      <w:r>
        <w:t>Ek aadmi doctor hai toh us ko mareez chahiye, ek aadmi wakeel hai toh us ko client chahiye.</w:t>
      </w:r>
    </w:p>
    <w:p>
      <w:pPr>
        <w:jc w:val="right"/>
      </w:pPr>
      <w:r>
        <w:t>ایک آدمی ڈاکٹر ہے تو اس کو مریض چاہیے، ایک آدمی وکیل ہے تو اس کو کلائنٹ چاہیے۔</w:t>
      </w:r>
    </w:p>
    <w:p>
      <w:r>
        <w:rPr>
          <w:b/>
        </w:rPr>
        <w:t xml:space="preserve">[29:15] </w:t>
      </w:r>
      <w:r>
        <w:t>Toh jo bhi aadmi ka kaam ho, jahan bhi woh ho, wahan us ko kuch chahiye.</w:t>
      </w:r>
    </w:p>
    <w:p>
      <w:pPr>
        <w:jc w:val="right"/>
      </w:pPr>
      <w:r>
        <w:t>تو جو بھی آدمی کا کام ہو، جہاں بھی وہ ہو، وہاں اس کو کچھ چاہیے۔</w:t>
      </w:r>
    </w:p>
    <w:p>
      <w:r>
        <w:rPr>
          <w:b/>
        </w:rPr>
        <w:t xml:space="preserve">[29:24] </w:t>
      </w:r>
      <w:r>
        <w:t>to yeh yahi to yahi to door jadeed hai, door jadeed mein har cheez khul gayi hai, har cheez har ek ke liye, har cheez har ek ke liye.</w:t>
      </w:r>
    </w:p>
    <w:p>
      <w:pPr>
        <w:jc w:val="right"/>
      </w:pPr>
      <w:r>
        <w:t>تو یہ یہی تو یہی تو دور جدید ہے، دور جدید میں ہر چیز کھل گئی ہے، ہر چیز ہر ایک کے لیے، ہر چیز ہر ایک کے لیے۔</w:t>
      </w:r>
    </w:p>
    <w:p>
      <w:r>
        <w:rPr>
          <w:b/>
        </w:rPr>
        <w:t xml:space="preserve">[29:36] </w:t>
      </w:r>
      <w:r>
        <w:t>to kis liye hua yeh sab? kis liye hua yeh sab? dawat ke liye. ab ummat-e-muslima ko jo kaam karna hai, woh yeh hai ke apni planning dawat ki buniyad par karein,</w:t>
      </w:r>
    </w:p>
    <w:p>
      <w:pPr>
        <w:jc w:val="right"/>
      </w:pPr>
      <w:r>
        <w:t>تو کس لیے ہوا یہ سب؟ کس لیے ہوا یہ سب؟ دعوت کے لیے۔ اب امت مسلمہ کو جو کام کرنا ہے، وہ یہ ہے کہ اپنی پلاننگ دعوت کی بنیاد پر کریں،</w:t>
      </w:r>
    </w:p>
    <w:p>
      <w:r>
        <w:rPr>
          <w:b/>
        </w:rPr>
        <w:t xml:space="preserve">[29:51] </w:t>
      </w:r>
      <w:r>
        <w:t>jo naye mawaqe hain, un ko dawat ke liye istemal karein. to ab jab musalmanon ko judge kiya jayega, yaad rakhiye, ab jab musalmanon ko judge kiya jayega to is par nahi ke woh khud se keh rahe hain ke hum mazloom hain, mazloom, is par nahi judge nahi kiya jayega.</w:t>
      </w:r>
    </w:p>
    <w:p>
      <w:pPr>
        <w:jc w:val="right"/>
      </w:pPr>
      <w:r>
        <w:t>جو نئے مواقع ہیں، ان کو دعوت کے لیے استعمال کریں۔ تو اب جب مسلمانوں کو جج کیا جائے گا، یاد رکھیے، اب جب مسلمانوں کو جج کیا جائے گا تو اس پر نہیں کہ وہ خود سے کہہ رہے ہیں کہ ہم مظلوم ہیں، مظلوم، اس پر نہیں جج نہیں کیا جائے گا۔</w:t>
      </w:r>
    </w:p>
    <w:p>
      <w:r>
        <w:rPr>
          <w:b/>
        </w:rPr>
        <w:t xml:space="preserve">[30:15] </w:t>
      </w:r>
      <w:r>
        <w:t>is par judge kiya jayega ke jab saare mawaqe khul gaye thay to tum ne, to tum ne in mawaqe ko dawat ke liye kitna zyada istemal kiya.</w:t>
      </w:r>
    </w:p>
    <w:p>
      <w:pPr>
        <w:jc w:val="right"/>
      </w:pPr>
      <w:r>
        <w:t>اس پر جج کیا جائے گا کہ جب سارے مواقع کھل گئے تھے تو تم نے، تو تم نے ان مواقع کو دعوت کے لیے کتنا زیادہ استعمال کیا۔</w:t>
      </w:r>
    </w:p>
    <w:p>
      <w:r>
        <w:rPr>
          <w:b/>
        </w:rPr>
        <w:t xml:space="preserve">[30:28] </w:t>
      </w:r>
      <w:r>
        <w:t>is par in ki to to maujooda zamane mein jo musalmanon par so called zulm, main to nahi manta ke yeh musalman kehte hain aisa, so called zulm jo tanbihaat hain,</w:t>
      </w:r>
    </w:p>
    <w:p>
      <w:pPr>
        <w:jc w:val="right"/>
      </w:pPr>
      <w:r>
        <w:t>اس پر ان کی تو تو موجودہ زمانے میں جو مسلمانوں پر سو کالڈ ظلم، میں تو نہیں مانتا کہ یہ مسلمان کہتے ہیں ایسا، سو کالڈ ظلم جو تنبیہات ہیں،</w:t>
      </w:r>
    </w:p>
    <w:p>
      <w:r>
        <w:rPr>
          <w:b/>
        </w:rPr>
        <w:t xml:space="preserve">[30:41] </w:t>
      </w:r>
      <w:r>
        <w:t>woh warning hai</w:t>
      </w:r>
    </w:p>
    <w:p>
      <w:pPr>
        <w:jc w:val="right"/>
      </w:pPr>
      <w:r>
        <w:t>وہ وارننگ ہے</w:t>
      </w:r>
    </w:p>
    <w:p>
      <w:r>
        <w:rPr>
          <w:b/>
        </w:rPr>
        <w:t xml:space="preserve">[30:46] </w:t>
      </w:r>
      <w:r>
        <w:t>ke Allah ne saare mawaqe khol diye, phir bhi tum dawat ka kaam nahi kar rahe ho, phir bhi tum apni zimmedari ko ada nahi kar rahe ho.</w:t>
      </w:r>
    </w:p>
    <w:p>
      <w:pPr>
        <w:jc w:val="right"/>
      </w:pPr>
      <w:r>
        <w:t>کہ اللہ نے سارے مواقع کھول دیے، پھر بھی تم دعوت کا کام نہیں کر رہے ہو، پھر بھی تم اپنی ذمہ داری کو ادا نہیں کر رہے ہو۔</w:t>
      </w:r>
    </w:p>
    <w:p>
      <w:r>
        <w:rPr>
          <w:b/>
        </w:rPr>
        <w:t xml:space="preserve">[30:57] </w:t>
      </w:r>
      <w:r>
        <w:t>to tanbihaat hain, warning hai.</w:t>
      </w:r>
    </w:p>
    <w:p>
      <w:pPr>
        <w:jc w:val="right"/>
      </w:pPr>
      <w:r>
        <w:t>تو تنبیہات ہیں، وارننگ ہے۔</w:t>
      </w:r>
    </w:p>
    <w:p>
      <w:r>
        <w:rPr>
          <w:b/>
        </w:rPr>
        <w:t xml:space="preserve">[31:03] </w:t>
      </w:r>
      <w:r>
        <w:t>to zulm, zulm ki cheekh pukaar karne se kuch nahi hoga, balkay aap ko lotna padega apni is zimmedari ki taraf, is zimmedari ki taraf,</w:t>
      </w:r>
    </w:p>
    <w:p>
      <w:pPr>
        <w:jc w:val="right"/>
      </w:pPr>
      <w:r>
        <w:t>تو ظلم، ظلم کی چیخ پکار کرنے سے کچھ نہیں ہوگا، بلکہ آپ کو لوٹنا پڑے گا اپنی اس ذمہ داری کی طرف، اس ذمہ داری کی طرف،</w:t>
      </w:r>
    </w:p>
    <w:p>
      <w:r>
        <w:rPr>
          <w:b/>
        </w:rPr>
        <w:t xml:space="preserve">[31:17] </w:t>
      </w:r>
      <w:r>
        <w:t>warna sakht pakad hogi. woh aakhri ayat parhiye,</w:t>
      </w:r>
    </w:p>
    <w:p>
      <w:pPr>
        <w:jc w:val="right"/>
      </w:pPr>
      <w:r>
        <w:t>ورنہ سخت پکڑ ہوگی۔ وہ آخری آیت پڑھیے،</w:t>
      </w:r>
    </w:p>
    <w:p>
      <w:r>
        <w:rPr>
          <w:b/>
        </w:rPr>
        <w:t xml:space="preserve">[31:25] </w:t>
      </w:r>
      <w:r>
        <w:t>yeh dekhiye, badal diya qaul ko jo kaha gaya tha, is ke ilawa kisi aur ko qaul ko le liya. yeh tabdeeli kya hai?</w:t>
      </w:r>
    </w:p>
    <w:p>
      <w:pPr>
        <w:jc w:val="right"/>
      </w:pPr>
      <w:r>
        <w:t>یہ دیکھیے، بدل دیا قول کو جو کہا گیا تھا، اس کے علاوہ کسی اور کو قول کو لے لیا۔ یہ تبدیلی کیا ہے؟</w:t>
      </w:r>
    </w:p>
    <w:p>
      <w:r>
        <w:rPr>
          <w:b/>
        </w:rPr>
        <w:t xml:space="preserve">[31:36] </w:t>
      </w:r>
      <w:r>
        <w:t>woh yahi hai ke musalmanon ko hukum diya gaya tha ke tum dawat ka kaam karo, tum par zimmedari hai duniya ko Allah ka paigham pahunchana.</w:t>
      </w:r>
    </w:p>
    <w:p>
      <w:pPr>
        <w:jc w:val="right"/>
      </w:pPr>
      <w:r>
        <w:t>وہ یہی ہے کہ مسلمانوں کو حکم دیا گیا تھا کہ تم دعوت کا کام کرو، تم طور ذمہ داری ہے دنیا کو اللہ کا پیغام پہنچانا۔</w:t>
      </w:r>
    </w:p>
    <w:p>
      <w:r>
        <w:rPr>
          <w:b/>
        </w:rPr>
        <w:t xml:space="preserve">[31:48] </w:t>
      </w:r>
      <w:r>
        <w:t>yahan badal diya inhon ne, bajaye is ke kisi ne kaha ke sab hukoomat qaim karna hai, kisi ne kaha ke hum koi jihad karna hai, kisi ne kuch kaha, kisi ne kuch kaha.</w:t>
      </w:r>
    </w:p>
    <w:p>
      <w:pPr>
        <w:jc w:val="right"/>
      </w:pPr>
      <w:r>
        <w:t>یہاں بدل دیا انہوں نے، بجائے اس کے کسی نے کہا کہ سب حکومت قائم کرنا ہے، کسی نے کہا کہ ہم کوئی جہاد کرنا ہے، کسی نے کچھ کہا، کسی نے کچھ کہا۔</w:t>
      </w:r>
    </w:p>
    <w:p>
      <w:r>
        <w:rPr>
          <w:b/>
        </w:rPr>
        <w:t xml:space="preserve">[32:02] </w:t>
      </w:r>
      <w:r>
        <w:t>to aaj ki jo majlis-e-muslima hai, usay badal rakha hai, badal rakha hai.</w:t>
      </w:r>
    </w:p>
    <w:p>
      <w:pPr>
        <w:jc w:val="right"/>
      </w:pPr>
      <w:r>
        <w:t>تو آج کی جو مجلس مسلمہ ہے، اسے بدل رکھا ہے، بدل رکھا ہے۔</w:t>
      </w:r>
    </w:p>
    <w:p>
      <w:r>
        <w:rPr>
          <w:b/>
        </w:rPr>
        <w:t xml:space="preserve">[32:11] </w:t>
      </w:r>
      <w:r>
        <w:t>to yeh badalne ka jo kaam hai, yeh Allah ka accept nahi hoga, is par to sakht qism ki waeed hai.</w:t>
      </w:r>
    </w:p>
    <w:p>
      <w:pPr>
        <w:jc w:val="right"/>
      </w:pPr>
      <w:r>
        <w:t>تو یہ بدلنے کا جو کام ہے، یہ اللہ کا ایکسیپٹ نہیں ہوگا، اس پر تو سخت قسم کی وعید ہے۔</w:t>
      </w:r>
    </w:p>
    <w:p>
      <w:r>
        <w:rPr>
          <w:b/>
        </w:rPr>
        <w:t xml:space="preserve">[32:20] </w:t>
      </w:r>
      <w:r>
        <w:t>wahan parhiye, aap fabadal alladheena zalamoo qawlan ghair alladhee qeela lahum, fa anzilna alladheena zalamoo rijzan min as-samaa'i bima kanoo yafsuqoon.</w:t>
      </w:r>
    </w:p>
    <w:p>
      <w:pPr>
        <w:jc w:val="right"/>
      </w:pPr>
      <w:r>
        <w:t>وہاں پڑھیے، آپ فبدل الذین ظلمو قولا غیر الذی قیل لہم، فانزلنا علی الذین ظلمو رجزا من السماء بما کانو یفسقون۔</w:t>
      </w:r>
    </w:p>
    <w:p>
      <w:r>
        <w:rPr>
          <w:b/>
        </w:rPr>
        <w:t xml:space="preserve">[32:31] </w:t>
      </w:r>
      <w:r>
        <w:t>to to zalimon ne badal diya is baat ko jo un se kahi gayi thi. doosri baat se, is par hum ne in logon ke upar jinhon ne zulm kiya, un ki nafarmani ke sabab se aasman se azaab utara.</w:t>
      </w:r>
    </w:p>
    <w:p>
      <w:pPr>
        <w:jc w:val="right"/>
      </w:pPr>
      <w:r>
        <w:t>تو تو ظالموں نے بدل دیا اس بات کو جو ان سے کہی گئی تھی۔ دوسری بات سے، اس پر ہم نے ان لوگوں کے اوپر جنہوں نے ظلم کیا، ان کی نافرمانی کے سبب سے آسمان سے عذاب اتارا۔</w:t>
      </w:r>
    </w:p>
    <w:p>
      <w:r>
        <w:rPr>
          <w:b/>
        </w:rPr>
        <w:t xml:space="preserve">[32:48] </w:t>
      </w:r>
      <w:r>
        <w:t>dekhiye, bohat sakht warning hai yeh, bohat sakht warning hai ke Allah ne jo mawaqe kholey hain, aap ko jo daulat di hai,</w:t>
      </w:r>
    </w:p>
    <w:p>
      <w:pPr>
        <w:jc w:val="right"/>
      </w:pPr>
      <w:r>
        <w:t>دیکھیے، بہت سخت وارننگ ہے یہ، بہت سخت وارننگ ہے کہ اللہ نے جو مواقع کھولے ہیں، آپ کو جو دولت دی ہے،</w:t>
      </w:r>
    </w:p>
    <w:p>
      <w:r>
        <w:rPr>
          <w:b/>
        </w:rPr>
        <w:t xml:space="preserve">[33:03] </w:t>
      </w:r>
      <w:r>
        <w:t>jaise un ko pani barsaya gaya, aap petrol ka samandar aap ke neeche jari kiya gaya waghera.</w:t>
      </w:r>
    </w:p>
    <w:p>
      <w:pPr>
        <w:jc w:val="right"/>
      </w:pPr>
      <w:r>
        <w:t>جیسے ان کو پانی برسایا گیا، آپ پیٹرول کا سمندر آپ کے نیچے جاری کیا گیا وغیرہ۔</w:t>
      </w:r>
    </w:p>
    <w:p>
      <w:r>
        <w:rPr>
          <w:b/>
        </w:rPr>
        <w:t xml:space="preserve">[33:14] </w:t>
      </w:r>
      <w:r>
        <w:t>to agar musalman yeh nahi janenge ke ke yeh nematein hum ko kis liye di gayi hain aur is zimmedari ko ada nahi karenge,</w:t>
      </w:r>
    </w:p>
    <w:p>
      <w:pPr>
        <w:jc w:val="right"/>
      </w:pPr>
      <w:r>
        <w:t>تو اگر مسلمان یہ نہیں جانیں گے کہ کہ یہ نعمتیں ہم کو کس لیے دی گئی ہیں اور اس ذمہ داری کو ادا نہیں کریں گے،</w:t>
      </w:r>
    </w:p>
    <w:p>
      <w:r>
        <w:rPr>
          <w:b/>
        </w:rPr>
        <w:t xml:space="preserve">[33:29] </w:t>
      </w:r>
      <w:r>
        <w:t>to woh bhi isi tareeqay se pakad mein aa jayenge jaise yahoodi pakad mein aa gaye. kitni sakht baat hai!</w:t>
      </w:r>
    </w:p>
    <w:p>
      <w:pPr>
        <w:jc w:val="right"/>
      </w:pPr>
      <w:r>
        <w:t>تو وہ بھی اسی طریقے سے پکڑ میں آ جائیں گے جیسے یہودی پکڑ میں آ گئے۔ کتنی سخت بات ہے!</w:t>
      </w:r>
    </w:p>
    <w:p>
      <w:r>
        <w:rPr>
          <w:b/>
        </w:rPr>
        <w:t xml:space="preserve">[33:38] </w:t>
      </w:r>
      <w:r>
        <w:t>hamara khud se cheekh pukaar karna ke hum par zulm ho raha hai, yeh kaam nahi ayega. aaj kya hai? saare din ke hum is duniya ke musalman yeh yahi shor kar rahe hain ke hum par zulm ho raha hai, zulm ho raha hai, zulm.</w:t>
      </w:r>
    </w:p>
    <w:p>
      <w:pPr>
        <w:jc w:val="right"/>
      </w:pPr>
      <w:r>
        <w:t>ہمارا خود سے چیخ پکار کرنا کہ ہم پر ظلم ہو رہا ہے، یہ کام نہیں آئے گا۔ آج کیا ہے؟ سارے دن کے ہم اس دنیا کے مسلمان یہ یہی شور کر رہے ہیں کہ ہم پر ظلم ہو رہا ہے، ظلم ہو رہا ہے، ظلم۔</w:t>
      </w:r>
    </w:p>
    <w:p>
      <w:r>
        <w:rPr>
          <w:b/>
        </w:rPr>
        <w:t xml:space="preserve">[33:52] </w:t>
      </w:r>
      <w:r>
        <w:t>har giz har giz yeh shor kaam nahi ayega,</w:t>
      </w:r>
    </w:p>
    <w:p>
      <w:pPr>
        <w:jc w:val="right"/>
      </w:pPr>
      <w:r>
        <w:t>ہرگز ہرگز یہ شور کام نہیں آئے گا،</w:t>
      </w:r>
    </w:p>
    <w:p>
      <w:r>
        <w:rPr>
          <w:b/>
        </w:rPr>
        <w:t xml:space="preserve">[33:58] </w:t>
      </w:r>
      <w:r>
        <w:t>balkay yeh dekha jayega ke aap jo zimmedari thi dawat ki, us ko ada kar rahe hain ya nahi kar rahe hain.</w:t>
      </w:r>
    </w:p>
    <w:p>
      <w:pPr>
        <w:jc w:val="right"/>
      </w:pPr>
      <w:r>
        <w:t>بلکہ یہ دیکھا جائے گا کہ آپ جو ذمہ داری تھی دعوت کی، اس کو ادا کر رہے ہیں یا نہیں کر رہے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