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Wisdom | May 01, 2016</w:t>
      </w:r>
    </w:p>
    <w:p>
      <w:r>
        <w:t>https://www.youtube.com/watch?v=KrjwjAw03zw</w:t>
      </w:r>
    </w:p>
    <w:p>
      <w:r>
        <w:rPr>
          <w:b/>
        </w:rPr>
        <w:t xml:space="preserve">[00:21] </w:t>
      </w:r>
      <w:r>
        <w:t>bismillah rahman rahim, wa salallahu ala nabiyyil karim.</w:t>
      </w:r>
    </w:p>
    <w:p>
      <w:pPr>
        <w:jc w:val="right"/>
      </w:pPr>
      <w:r>
        <w:t>بسم اللہ الرحمن الرحیم، وصلی اللہ علی النبی الکریم.</w:t>
      </w:r>
    </w:p>
    <w:p>
      <w:r>
        <w:rPr>
          <w:b/>
        </w:rPr>
        <w:t xml:space="preserve">[00:29]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[00:36] </w:t>
      </w:r>
      <w:r>
        <w:t>yakum mai 2016.</w:t>
      </w:r>
    </w:p>
    <w:p>
      <w:pPr>
        <w:jc w:val="right"/>
      </w:pPr>
      <w:r>
        <w:t>یکم مئی 2016.</w:t>
      </w:r>
    </w:p>
    <w:p>
      <w:r>
        <w:rPr>
          <w:b/>
        </w:rPr>
        <w:t xml:space="preserve">[00:44] </w:t>
      </w:r>
      <w:r>
        <w:t>aaj ka topic hai:</w:t>
      </w:r>
    </w:p>
    <w:p>
      <w:pPr>
        <w:jc w:val="right"/>
      </w:pPr>
      <w:r>
        <w:t>آج کا ٹاپک ہے:</w:t>
      </w:r>
    </w:p>
    <w:p>
      <w:r>
        <w:rPr>
          <w:b/>
        </w:rPr>
        <w:t xml:space="preserve">[00:52] </w:t>
      </w:r>
      <w:r>
        <w:t>paighambarana hikmat, ya prophetic wisdom.</w:t>
      </w:r>
    </w:p>
    <w:p>
      <w:pPr>
        <w:jc w:val="right"/>
      </w:pPr>
      <w:r>
        <w:t>پیغمبرانہ حکمت، یا prophetic wisdom.</w:t>
      </w:r>
    </w:p>
    <w:p>
      <w:r>
        <w:rPr>
          <w:b/>
        </w:rPr>
        <w:t xml:space="preserve">[01:02] </w:t>
      </w:r>
      <w:r>
        <w:t>quran mein ek se zyada aayatein is mazmoon ki aayi hain, is Allah ke bare mein ke: Yualimuhumul kitaba wal hikmah.</w:t>
      </w:r>
    </w:p>
    <w:p>
      <w:pPr>
        <w:jc w:val="right"/>
      </w:pPr>
      <w:r>
        <w:t>قرآن میں ایک سے زیادہ آیتیں اس مضمون کی آئی ہیں، اس اللہ کے بارے میں کہ: یعلمہم الکتاب والحکمہ.</w:t>
      </w:r>
    </w:p>
    <w:p>
      <w:r>
        <w:rPr>
          <w:b/>
        </w:rPr>
        <w:t xml:space="preserve">[01:12] </w:t>
      </w:r>
      <w:r>
        <w:t>yani paighambar logon ko do cheezon ki taleem deta hai:</w:t>
      </w:r>
    </w:p>
    <w:p>
      <w:pPr>
        <w:jc w:val="right"/>
      </w:pPr>
      <w:r>
        <w:t>یعنی پیغمبر لوگوں کو دو چیزوں کی تعلیم دیتا ہے:</w:t>
      </w:r>
    </w:p>
    <w:p>
      <w:r>
        <w:rPr>
          <w:b/>
        </w:rPr>
        <w:t xml:space="preserve">[01:22] </w:t>
      </w:r>
      <w:r>
        <w:t>kitab aur hikmat.</w:t>
      </w:r>
    </w:p>
    <w:p>
      <w:pPr>
        <w:jc w:val="right"/>
      </w:pPr>
      <w:r>
        <w:t>کتاب اور حکمت.</w:t>
      </w:r>
    </w:p>
    <w:p>
      <w:r>
        <w:rPr>
          <w:b/>
        </w:rPr>
        <w:t xml:space="preserve">[01:28] </w:t>
      </w:r>
      <w:r>
        <w:t>kitab se murad hai quran, hikmat se murad hai wisdom, ya hikmat.</w:t>
      </w:r>
    </w:p>
    <w:p>
      <w:pPr>
        <w:jc w:val="right"/>
      </w:pPr>
      <w:r>
        <w:t>کتاب سے مراد ہے قرآن، حکمت سے مراد ہے wisdom، یا حکمت.</w:t>
      </w:r>
    </w:p>
    <w:p>
      <w:r>
        <w:rPr>
          <w:b/>
        </w:rPr>
        <w:t xml:space="preserve">[01:35] </w:t>
      </w:r>
      <w:r>
        <w:t>to dusre maqam par quran mein hai ke: laqad kana lakum fi rasool allah uswa hasna.</w:t>
      </w:r>
    </w:p>
    <w:p>
      <w:pPr>
        <w:jc w:val="right"/>
      </w:pPr>
      <w:r>
        <w:t>تو دوسرے مقام پر قرآن میں ہے کہ: لقد کان لکم فی رسول اللہ اسوۃ حسنہ.</w:t>
      </w:r>
    </w:p>
    <w:p>
      <w:r>
        <w:rPr>
          <w:b/>
        </w:rPr>
        <w:t xml:space="preserve">[01:41] </w:t>
      </w:r>
      <w:r>
        <w:t>rasool allah ki zindagi tumhare liye uswa hai, acha uswa.</w:t>
      </w:r>
    </w:p>
    <w:p>
      <w:pPr>
        <w:jc w:val="right"/>
      </w:pPr>
      <w:r>
        <w:t>رسول اللہ کی زندگی تمہارے لیے اسوہ ہے، اچھا اسوہ.</w:t>
      </w:r>
    </w:p>
    <w:p>
      <w:r>
        <w:rPr>
          <w:b/>
        </w:rPr>
        <w:t xml:space="preserve">[01:47] </w:t>
      </w:r>
      <w:r>
        <w:t>ab sawal yeh hai ke uswa kya hai, namuna kya hai?</w:t>
      </w:r>
    </w:p>
    <w:p>
      <w:pPr>
        <w:jc w:val="right"/>
      </w:pPr>
      <w:r>
        <w:t>اب سوال یہ ہے کہ اسوہ کیا ہے، نمونہ کیا ہے؟</w:t>
      </w:r>
    </w:p>
    <w:p>
      <w:r>
        <w:rPr>
          <w:b/>
        </w:rPr>
        <w:t xml:space="preserve">[01:53] </w:t>
      </w:r>
      <w:r>
        <w:t>yeh jo farmaya ke rasool allah ki zindagi tumhare liye acha namuna hai, is mein hasna hai, to</w:t>
      </w:r>
    </w:p>
    <w:p>
      <w:pPr>
        <w:jc w:val="right"/>
      </w:pPr>
      <w:r>
        <w:t>یہ جو فرمایا کہ رسول اللہ کی زندگی تمہارے لیے اچھا نمونہ ہے، اس میں حسنہ ہے، تو</w:t>
      </w:r>
    </w:p>
    <w:p>
      <w:r>
        <w:rPr>
          <w:b/>
        </w:rPr>
        <w:t xml:space="preserve">[02:01] </w:t>
      </w:r>
      <w:r>
        <w:t>is mein hasna kis aitbar se hai? to dusri ayat ko le kar hum kahein, tab kahein ke</w:t>
      </w:r>
    </w:p>
    <w:p>
      <w:pPr>
        <w:jc w:val="right"/>
      </w:pPr>
      <w:r>
        <w:t>اس میں حسنہ کس اعتبار سے ہے؟ تو دوسری آیت کو لے کر ہم کہیں، تب کہیں کہ</w:t>
      </w:r>
    </w:p>
    <w:p>
      <w:r>
        <w:rPr>
          <w:b/>
        </w:rPr>
        <w:t xml:space="preserve">[02:09] </w:t>
      </w:r>
      <w:r>
        <w:t>is mein hasna hai bait bar hikmat.</w:t>
      </w:r>
    </w:p>
    <w:p>
      <w:pPr>
        <w:jc w:val="right"/>
      </w:pPr>
      <w:r>
        <w:t>اس میں حسنہ ہے بیت بار حکمت.</w:t>
      </w:r>
    </w:p>
    <w:p>
      <w:r>
        <w:rPr>
          <w:b/>
        </w:rPr>
        <w:t xml:space="preserve">[02:17] </w:t>
      </w:r>
      <w:r>
        <w:t>yani hikmat ke namune hain, wisdom ki talimat hain, wisdom ke pattern hain.</w:t>
      </w:r>
    </w:p>
    <w:p>
      <w:pPr>
        <w:jc w:val="right"/>
      </w:pPr>
      <w:r>
        <w:t>یعنی حکمت کے نمونے ہیں، wisdom کی تعلیمات ہیں، wisdom کے پیٹرن ہیں.</w:t>
      </w:r>
    </w:p>
    <w:p>
      <w:r>
        <w:rPr>
          <w:b/>
        </w:rPr>
        <w:t xml:space="preserve">[02:25] </w:t>
      </w:r>
      <w:r>
        <w:t>to rasool allah se hamein yeh bhi lena hai, jaise aap ne farmaya ke: salu kama raayat bani wasali.</w:t>
      </w:r>
    </w:p>
    <w:p>
      <w:pPr>
        <w:jc w:val="right"/>
      </w:pPr>
      <w:r>
        <w:t>تو رسول اللہ سے ہمیں یہ بھی لینا ہے، جیسے آپ نے فرمایا کہ: صلو کما رعایت بنی وصلی.</w:t>
      </w:r>
    </w:p>
    <w:p>
      <w:r>
        <w:rPr>
          <w:b/>
        </w:rPr>
        <w:t xml:space="preserve">[02:31] </w:t>
      </w:r>
      <w:r>
        <w:t>namaz ka tareeqa.</w:t>
      </w:r>
    </w:p>
    <w:p>
      <w:pPr>
        <w:jc w:val="right"/>
      </w:pPr>
      <w:r>
        <w:t>نماز کا طریقہ.</w:t>
      </w:r>
    </w:p>
    <w:p>
      <w:r>
        <w:rPr>
          <w:b/>
        </w:rPr>
        <w:t xml:space="preserve">[02:38] </w:t>
      </w:r>
      <w:r>
        <w:t>is tarah ki aur cheezein hain.</w:t>
      </w:r>
    </w:p>
    <w:p>
      <w:pPr>
        <w:jc w:val="right"/>
      </w:pPr>
      <w:r>
        <w:t>اس طرح کی اور چیزیں ہیں.</w:t>
      </w:r>
    </w:p>
    <w:p>
      <w:r>
        <w:rPr>
          <w:b/>
        </w:rPr>
        <w:t xml:space="preserve">[02:44] </w:t>
      </w:r>
      <w:r>
        <w:t>magar is se bhi aage kuch cheezein hain jo hamein lena hai rasool allah se.</w:t>
      </w:r>
    </w:p>
    <w:p>
      <w:pPr>
        <w:jc w:val="right"/>
      </w:pPr>
      <w:r>
        <w:t>مگر اس سے بھی آگے کچھ چیزیں ہیں جو ہمیں لینا ہے رسول اللہ سے.</w:t>
      </w:r>
    </w:p>
    <w:p>
      <w:r>
        <w:rPr>
          <w:b/>
        </w:rPr>
        <w:t xml:space="preserve">[02:50] </w:t>
      </w:r>
      <w:r>
        <w:t>woh hai hikmat, wisdom.</w:t>
      </w:r>
    </w:p>
    <w:p>
      <w:pPr>
        <w:jc w:val="right"/>
      </w:pPr>
      <w:r>
        <w:t>وہ ہے حکمت, wisdom.</w:t>
      </w:r>
    </w:p>
    <w:p>
      <w:r>
        <w:rPr>
          <w:b/>
        </w:rPr>
        <w:t xml:space="preserve">[02:57] </w:t>
      </w:r>
      <w:r>
        <w:t>تو میں سمجھتا ہوں کہ یہ ایک تقریباً missing uswah ہے.</w:t>
      </w:r>
    </w:p>
    <w:p>
      <w:pPr>
        <w:jc w:val="right"/>
      </w:pPr>
      <w:r>
        <w:t>تو میں سمجھتا ہوں کہ یہ ایک تقریباً missing اسوہ ہے.</w:t>
      </w:r>
    </w:p>
    <w:p>
      <w:r>
        <w:rPr>
          <w:b/>
        </w:rPr>
        <w:t xml:space="preserve">[03:05] </w:t>
      </w:r>
      <w:r>
        <w:t>uswa ka jab zikr hota hai to kuch dusri cheezon ke chirche zyada hote hain, aur hikmat aur</w:t>
      </w:r>
    </w:p>
    <w:p>
      <w:pPr>
        <w:jc w:val="right"/>
      </w:pPr>
      <w:r>
        <w:t>اسوہ کا جب ذکر ہوتا ہے تو کچھ دوسری چیزوں کے چرچے زیادہ ہوتے ہیں، اور حکمت اور</w:t>
      </w:r>
    </w:p>
    <w:p>
      <w:r>
        <w:rPr>
          <w:b/>
        </w:rPr>
        <w:t xml:space="preserve">[03:13] </w:t>
      </w:r>
      <w:r>
        <w:t>wisdom ke chirche bohat hi kam hote hain.</w:t>
      </w:r>
    </w:p>
    <w:p>
      <w:pPr>
        <w:jc w:val="right"/>
      </w:pPr>
      <w:r>
        <w:t>wisdom کے چرچے بہت ہی کم ہوتے ہیں.</w:t>
      </w:r>
    </w:p>
    <w:p>
      <w:r>
        <w:rPr>
          <w:b/>
        </w:rPr>
        <w:t xml:space="preserve">[03:21] </w:t>
      </w:r>
      <w:r>
        <w:t>mein rasool allah ki zindagi se kuch misalein doonga, is ki wazahat ke liye.</w:t>
      </w:r>
    </w:p>
    <w:p>
      <w:pPr>
        <w:jc w:val="right"/>
      </w:pPr>
      <w:r>
        <w:t>میں رسول اللہ کی زندگی سے کچھ مثالیں دوں گا، اس کی وضاحت کے لیے.</w:t>
      </w:r>
    </w:p>
    <w:p>
      <w:r>
        <w:rPr>
          <w:b/>
        </w:rPr>
        <w:t xml:space="preserve">[03:29] </w:t>
      </w:r>
      <w:r>
        <w:t xml:space="preserve">شروع زمانے میں رسول اللہ پر ایک سورہ اتری: یا علم الدثر قم فانظر وربک فکبر وصحابک فطاہر. </w:t>
        <w:br/>
        <w:t xml:space="preserve"> and keep it pure.</w:t>
      </w:r>
    </w:p>
    <w:p>
      <w:pPr>
        <w:jc w:val="right"/>
      </w:pPr>
      <w:r>
        <w:t>شروع زمانے میں رسول اللہ پر ایک سورہ اتری: یا علم الدثر قم فانظر وربک فکبر وصحابک فطاہر. ورلز فاجر.</w:t>
      </w:r>
    </w:p>
    <w:p>
      <w:r>
        <w:rPr>
          <w:b/>
        </w:rPr>
        <w:t xml:space="preserve">[03:39] </w:t>
      </w:r>
      <w:r>
        <w:t>is ayat mein rasool allah ko dawat ka hukum diya gaya, inzar o taseer ka hukum diya gaya.</w:t>
      </w:r>
    </w:p>
    <w:p>
      <w:pPr>
        <w:jc w:val="right"/>
      </w:pPr>
      <w:r>
        <w:t>اس آیت میں رسول اللہ کو دعوت کا حکم دیا گیا، انظار و تفسیر کا حکم دیا گیا.</w:t>
      </w:r>
    </w:p>
    <w:p>
      <w:r>
        <w:rPr>
          <w:b/>
        </w:rPr>
        <w:t xml:space="preserve">[03:49] </w:t>
      </w:r>
      <w:r>
        <w:t>aur yeh kaha gaya ke rlz ko chhod do. to musbat</w:t>
      </w:r>
    </w:p>
    <w:p>
      <w:pPr>
        <w:jc w:val="right"/>
      </w:pPr>
      <w:r>
        <w:t>اور یہ کہا گیا کہ رلز کو چھوڑ دو. تو مثبت</w:t>
      </w:r>
    </w:p>
    <w:p>
      <w:r>
        <w:rPr>
          <w:b/>
        </w:rPr>
        <w:t xml:space="preserve">[04:00] </w:t>
      </w:r>
      <w:r>
        <w:t>kaam yeh tha aap ka ke aap dawat elahi ka kaam karein.</w:t>
      </w:r>
    </w:p>
    <w:p>
      <w:pPr>
        <w:jc w:val="right"/>
      </w:pPr>
      <w:r>
        <w:t>کام یہ تھا آپ کا کہ آپ دعوت الہی کا کام کریں.</w:t>
      </w:r>
    </w:p>
    <w:p>
      <w:r>
        <w:rPr>
          <w:b/>
        </w:rPr>
        <w:t xml:space="preserve">[04:05] </w:t>
      </w:r>
      <w:r>
        <w:t>aur ek cheez aisi thi jise chhodna tha aap ko, woh hai rlz.</w:t>
      </w:r>
    </w:p>
    <w:p>
      <w:pPr>
        <w:jc w:val="right"/>
      </w:pPr>
      <w:r>
        <w:t>اور ایک چیز ایسی تھی جسے چھوڑنا تھا آپ کو، وہ ہے رلز.</w:t>
      </w:r>
    </w:p>
    <w:p>
      <w:r>
        <w:rPr>
          <w:b/>
        </w:rPr>
        <w:t xml:space="preserve">[04:10] </w:t>
      </w:r>
      <w:r>
        <w:t>yani rlz ko chhoddo aur dawat ka kaam karo.</w:t>
      </w:r>
    </w:p>
    <w:p>
      <w:pPr>
        <w:jc w:val="right"/>
      </w:pPr>
      <w:r>
        <w:t>یعنی رلز کو چھوڑو اور دعوت کا کام کرو.</w:t>
      </w:r>
    </w:p>
    <w:p>
      <w:r>
        <w:rPr>
          <w:b/>
        </w:rPr>
        <w:t xml:space="preserve">[04:15] </w:t>
      </w:r>
      <w:r>
        <w:t>quran mein rlz aur rizq ek hi maani mein hai.</w:t>
      </w:r>
    </w:p>
    <w:p>
      <w:pPr>
        <w:jc w:val="right"/>
      </w:pPr>
      <w:r>
        <w:t>قرآن میں رلز اور رزق ایک ہی معنی میں ہے.</w:t>
      </w:r>
    </w:p>
    <w:p>
      <w:r>
        <w:rPr>
          <w:b/>
        </w:rPr>
        <w:t xml:space="preserve">[04:20] </w:t>
      </w:r>
      <w:r>
        <w:t>lafzi maani is ke hain gandagi.</w:t>
      </w:r>
    </w:p>
    <w:p>
      <w:pPr>
        <w:jc w:val="right"/>
      </w:pPr>
      <w:r>
        <w:t>لفظی معنی اس کے ہیں گندگی.</w:t>
      </w:r>
    </w:p>
    <w:p>
      <w:r>
        <w:rPr>
          <w:b/>
        </w:rPr>
        <w:t xml:space="preserve">[04:25] </w:t>
      </w:r>
      <w:r>
        <w:t>rlz aur rizq dono ka matlab hai gandagi.</w:t>
      </w:r>
    </w:p>
    <w:p>
      <w:pPr>
        <w:jc w:val="right"/>
      </w:pPr>
      <w:r>
        <w:t>رلز اور رزق دونوں کا مطلب ہے گندگی.</w:t>
      </w:r>
    </w:p>
    <w:p>
      <w:r>
        <w:rPr>
          <w:b/>
        </w:rPr>
        <w:t xml:space="preserve">[04:30] </w:t>
      </w:r>
      <w:r>
        <w:t>to is context mein rlz ka ya gandagi ka matlab kya hai? Dirty practice ya negative reaction.</w:t>
      </w:r>
    </w:p>
    <w:p>
      <w:pPr>
        <w:jc w:val="right"/>
      </w:pPr>
      <w:r>
        <w:t>تو اس کنٹیکسٹ میں رلز کا یا گندگی کا مطلب کیا ہے؟ Dirty practice یا negative reaction.</w:t>
      </w:r>
    </w:p>
    <w:p>
      <w:r>
        <w:rPr>
          <w:b/>
        </w:rPr>
        <w:t xml:space="preserve">[04:41] </w:t>
      </w:r>
      <w:r>
        <w:t>mein samajhta hoon ke zyada clear hoga ke hum kahein ke is ka matlab hai ke negative reaction</w:t>
      </w:r>
    </w:p>
    <w:p>
      <w:pPr>
        <w:jc w:val="right"/>
      </w:pPr>
      <w:r>
        <w:t>میں سمجھتا ہوں کہ زیادہ clear ہوگا کہ ہم کہیں کہ اس کا مطلب ہے کہ negative reaction</w:t>
      </w:r>
    </w:p>
    <w:p>
      <w:r>
        <w:rPr>
          <w:b/>
        </w:rPr>
        <w:t xml:space="preserve">[04:52] </w:t>
      </w:r>
      <w:r>
        <w:t>mat karo aur dawat ka kaam misbat andaaz mein karte raho.</w:t>
      </w:r>
    </w:p>
    <w:p>
      <w:pPr>
        <w:jc w:val="right"/>
      </w:pPr>
      <w:r>
        <w:t>مت کرو اور دعوت کا کام مثبت انداز میں کرتے رہو.</w:t>
      </w:r>
    </w:p>
    <w:p>
      <w:r>
        <w:rPr>
          <w:b/>
        </w:rPr>
        <w:t xml:space="preserve">[05:03] </w:t>
      </w:r>
      <w:r>
        <w:t>kyunke dekhein, jab bhi aap dawat ka kaam karenge to kis samaj mein karenge, kuch logon</w:t>
      </w:r>
    </w:p>
    <w:p>
      <w:pPr>
        <w:jc w:val="right"/>
      </w:pPr>
      <w:r>
        <w:t>کیونکہ دیکھیں، جب بھی آپ دعوت کا کام کریں گے تو کس سماج میں کریں گے، کچھ لوگوں</w:t>
      </w:r>
    </w:p>
    <w:p>
      <w:r>
        <w:rPr>
          <w:b/>
        </w:rPr>
        <w:t xml:space="preserve">[05:10] </w:t>
      </w:r>
      <w:r>
        <w:t>ke darmiyan karenge, un ki taraf se aap ko baar baar tarah tarah ke tajrubaat honge.</w:t>
      </w:r>
    </w:p>
    <w:p>
      <w:pPr>
        <w:jc w:val="right"/>
      </w:pPr>
      <w:r>
        <w:t>کے درمیان کریں گے، ان کی طرف سے آپ کو بار بار طرح طرح کے تجربات ہوں گے.</w:t>
      </w:r>
    </w:p>
    <w:p>
      <w:r>
        <w:rPr>
          <w:b/>
        </w:rPr>
        <w:t xml:space="preserve">[05:18] </w:t>
      </w:r>
      <w:r>
        <w:t>kabhi aap ko mushtarik kiya jayega, kabhi aap ko nuqsan pohanchaya jayega, kabhi aap ko aap</w:t>
      </w:r>
    </w:p>
    <w:p>
      <w:pPr>
        <w:jc w:val="right"/>
      </w:pPr>
      <w:r>
        <w:t>کبھی آپ کو مشترک کیا جائے گا، کبھی آپ کو نقصان پہنچایا جائے گا، کبھی آپ کو آپ</w:t>
      </w:r>
    </w:p>
    <w:p>
      <w:r>
        <w:rPr>
          <w:b/>
        </w:rPr>
        <w:t xml:space="preserve">[05:25] </w:t>
      </w:r>
      <w:r>
        <w:t>ki nafsiyaat ko</w:t>
      </w:r>
    </w:p>
    <w:p>
      <w:pPr>
        <w:jc w:val="right"/>
      </w:pPr>
      <w:r>
        <w:t>کی نفسیات کو</w:t>
      </w:r>
    </w:p>
    <w:p>
      <w:r>
        <w:rPr>
          <w:b/>
        </w:rPr>
        <w:t xml:space="preserve">[05:33] </w:t>
      </w:r>
      <w:r>
        <w:t>thees pohanchai jaayegi. yaani mukhtalif qism ki aisi cheezein hain jis se aadmi bhark uthay, negative ho jaye. to is se bachao. jaise shuru zamanay mein jab rasool Allah ne 610 eesvi mein makkah mein apni dawat ka kaam shuru kiya, 610 eesvi mein. to us waqt makkah mein jo log thay woh sikh ke mazhab</w:t>
      </w:r>
    </w:p>
    <w:p>
      <w:pPr>
        <w:jc w:val="right"/>
      </w:pPr>
      <w:r>
        <w:t>ٹھیس پہنچائی جائے گی. یعنی مختلف قسم کی ایسی چیزیں ہیں جس سے آدمی بھڑک اٹھے، negative ہو جائے. تو اس سے بچاؤ. جیسے شروع زمانے میں جب رسول اللہ نے 610 عیسوی میں مکہ میں اپنی دعوت کا کام شروع کیا, 610 عیسوی میں. تو اس وقت مکہ میں جو لوگ تھے وہ سکھ کے مذہ</w:t>
      </w:r>
    </w:p>
    <w:p>
      <w:r>
        <w:rPr>
          <w:b/>
        </w:rPr>
        <w:t xml:space="preserve">[06:03] </w:t>
      </w:r>
      <w:r>
        <w:t>par qaim thay.</w:t>
      </w:r>
    </w:p>
    <w:p>
      <w:pPr>
        <w:jc w:val="right"/>
      </w:pPr>
      <w:r>
        <w:t>ب پر قائم تھے.</w:t>
      </w:r>
    </w:p>
    <w:p>
      <w:r>
        <w:rPr>
          <w:b/>
        </w:rPr>
        <w:t xml:space="preserve">[06:09] </w:t>
      </w:r>
      <w:r>
        <w:t>تو وہ لوگ رسول اللہ کا پیغام ہوتا تھا توحید, یعنی musical انداز چھوڑو اور توحید کا انداز اختیار کرو.</w:t>
      </w:r>
    </w:p>
    <w:p>
      <w:pPr>
        <w:jc w:val="right"/>
      </w:pPr>
      <w:r>
        <w:t>تو وہ لوگ رسول اللہ کا پیغام ہوتا تھا توحید, یعنی موسیقارا انداز چھوڑو اور توحید کا انداز اختیار کرو.</w:t>
      </w:r>
    </w:p>
    <w:p>
      <w:r>
        <w:rPr>
          <w:b/>
        </w:rPr>
        <w:t xml:space="preserve">[06:15] </w:t>
      </w:r>
      <w:r>
        <w:t>to us waqt ke lehaz se logon ko yeh baat buri lagi.</w:t>
      </w:r>
    </w:p>
    <w:p>
      <w:pPr>
        <w:jc w:val="right"/>
      </w:pPr>
      <w:r>
        <w:t>تو اس وقت کے لحاظ سے لوگوں کو یہ بات بری لگی.</w:t>
      </w:r>
    </w:p>
    <w:p>
      <w:r>
        <w:rPr>
          <w:b/>
        </w:rPr>
        <w:t xml:space="preserve">[06:21] </w:t>
      </w:r>
      <w:r>
        <w:t>kyunke log mazhab mein zyada tar apne aslaf ke tareeqe par chalte hain.</w:t>
      </w:r>
    </w:p>
    <w:p>
      <w:pPr>
        <w:jc w:val="right"/>
      </w:pPr>
      <w:r>
        <w:t>کیونکہ لوگ مذہب میں زیادہ تر اپنے اسلاف کے طریقے پر چلتے ہیں.</w:t>
      </w:r>
    </w:p>
    <w:p>
      <w:r>
        <w:rPr>
          <w:b/>
        </w:rPr>
        <w:t xml:space="preserve">[06:27] </w:t>
      </w:r>
      <w:r>
        <w:t>yaani un ke dad, un ke</w:t>
      </w:r>
    </w:p>
    <w:p>
      <w:pPr>
        <w:jc w:val="right"/>
      </w:pPr>
      <w:r>
        <w:t>یعنی ان کے داد، ان کے</w:t>
      </w:r>
    </w:p>
    <w:p>
      <w:r>
        <w:rPr>
          <w:b/>
        </w:rPr>
        <w:t xml:space="preserve">[06:33] </w:t>
      </w:r>
      <w:r>
        <w:t>baap dada jis mazhab par chala rahe thay us ko pakde hue thay.</w:t>
      </w:r>
    </w:p>
    <w:p>
      <w:pPr>
        <w:jc w:val="right"/>
      </w:pPr>
      <w:r>
        <w:t>باپ دادا جس مذہب پر چلا رہے تھے اس کو پکڑے ہوئے تھے.</w:t>
      </w:r>
    </w:p>
    <w:p>
      <w:r>
        <w:rPr>
          <w:b/>
        </w:rPr>
        <w:t xml:space="preserve">[06:39] </w:t>
      </w:r>
      <w:r>
        <w:t>ab unhone ek naya mazhab bataya.</w:t>
      </w:r>
    </w:p>
    <w:p>
      <w:pPr>
        <w:jc w:val="right"/>
      </w:pPr>
      <w:r>
        <w:t>اب انہوں نے ایک نیا مذہب بتایا.</w:t>
      </w:r>
    </w:p>
    <w:p>
      <w:r>
        <w:rPr>
          <w:b/>
        </w:rPr>
        <w:t xml:space="preserve">[06:45] </w:t>
      </w:r>
      <w:r>
        <w:t>تو ہمیشہ ایسا ہوتا ہے کہ لوگ ایسے message تھے, بھڑکتے ہیں کہ ہم باپ دادا سے چلے</w:t>
      </w:r>
    </w:p>
    <w:p>
      <w:pPr>
        <w:jc w:val="right"/>
      </w:pPr>
      <w:r>
        <w:t>تو ہمیشہ ایسا ہوتا ہے کہ لوگ ایسے مسج تھے, بھڑکتے ہیں کہ ہم باپ دادا سے چلے</w:t>
      </w:r>
    </w:p>
    <w:p>
      <w:r>
        <w:rPr>
          <w:b/>
        </w:rPr>
        <w:t xml:space="preserve">[06:51] </w:t>
      </w:r>
      <w:r>
        <w:t>aaye hain, yeh kaun sa naya paigham le kar aa gaye? to woh log bhadke.</w:t>
      </w:r>
    </w:p>
    <w:p>
      <w:pPr>
        <w:jc w:val="right"/>
      </w:pPr>
      <w:r>
        <w:t>آئے ہیں, یہ کون سا نیا پیغام لے کر آ گئے؟ تو وہ لوگ بھڑکے.</w:t>
      </w:r>
    </w:p>
    <w:p>
      <w:r>
        <w:rPr>
          <w:b/>
        </w:rPr>
        <w:t xml:space="preserve">[06:57] </w:t>
      </w:r>
      <w:r>
        <w:t>aur bhadak kar ke aap ko bura bhala kehna shuru kiya. mis</w:t>
      </w:r>
    </w:p>
    <w:p>
      <w:pPr>
        <w:jc w:val="right"/>
      </w:pPr>
      <w:r>
        <w:t>اور بھڑک کر کے آپ کو برا بھلا کہنا شروع کیا. مث</w:t>
      </w:r>
    </w:p>
    <w:p>
      <w:r>
        <w:rPr>
          <w:b/>
        </w:rPr>
        <w:t xml:space="preserve">[07:03] </w:t>
      </w:r>
      <w:r>
        <w:t>lan yeh kaha ke: ya ayyuha rasool Allah! aye paighambar!</w:t>
      </w:r>
    </w:p>
    <w:p>
      <w:pPr>
        <w:jc w:val="right"/>
      </w:pPr>
      <w:r>
        <w:t>لاً یہ کہا کہ: یا ایہا رسول اللہ! اے پیغمبر!</w:t>
      </w:r>
    </w:p>
    <w:p>
      <w:r>
        <w:rPr>
          <w:b/>
        </w:rPr>
        <w:t xml:space="preserve">[07:08] </w:t>
      </w:r>
      <w:r>
        <w:t>tum ko hamari nazar mein meet ho baith ke hamare baap dada ka jin ko hum buzurg maante</w:t>
      </w:r>
    </w:p>
    <w:p>
      <w:pPr>
        <w:jc w:val="right"/>
      </w:pPr>
      <w:r>
        <w:t>تم کو ہماری نظر میں میٹ ہو بیٹھ کہ ہمارے باپ دادا کا جن کو ہم بزرگ مانتے</w:t>
      </w:r>
    </w:p>
    <w:p>
      <w:r>
        <w:rPr>
          <w:b/>
        </w:rPr>
        <w:t xml:space="preserve">[07:13] </w:t>
      </w:r>
      <w:r>
        <w:t>hain un ka tareeqa hum chhod dein tumhare kehne se.</w:t>
      </w:r>
    </w:p>
    <w:p>
      <w:pPr>
        <w:jc w:val="right"/>
      </w:pPr>
      <w:r>
        <w:t>ہیں ان کا طریقہ ہم چھوڑ دیں تمہارے کہنے سے.</w:t>
      </w:r>
    </w:p>
    <w:p>
      <w:r>
        <w:rPr>
          <w:b/>
        </w:rPr>
        <w:t xml:space="preserve">[07:18] </w:t>
      </w:r>
      <w:r>
        <w:t>to tum to mainoon ho, tum to meet ho.</w:t>
      </w:r>
    </w:p>
    <w:p>
      <w:pPr>
        <w:jc w:val="right"/>
      </w:pPr>
      <w:r>
        <w:t>تو تم تو مینون ہو, تم تو میٹ ہو.</w:t>
      </w:r>
    </w:p>
    <w:p>
      <w:r>
        <w:rPr>
          <w:b/>
        </w:rPr>
        <w:t xml:space="preserve">[07:23] </w:t>
      </w:r>
      <w:r>
        <w:t>ek shayar ne, ek shair bana hai aap ke khilaaf.</w:t>
      </w:r>
    </w:p>
    <w:p>
      <w:pPr>
        <w:jc w:val="right"/>
      </w:pPr>
      <w:r>
        <w:t>ایک شاعر نے, ایک شعر بنا ہے آپ کے خلاف.</w:t>
      </w:r>
    </w:p>
    <w:p>
      <w:r>
        <w:rPr>
          <w:b/>
        </w:rPr>
        <w:t xml:space="preserve">[07:28] </w:t>
      </w:r>
      <w:r>
        <w:t>woh zamane mein shayari jo thi woh aisi thi</w:t>
      </w:r>
    </w:p>
    <w:p>
      <w:pPr>
        <w:jc w:val="right"/>
      </w:pPr>
      <w:r>
        <w:t>وہ زمانے میں شاعری جو تھی وہ ایسی تھی</w:t>
      </w:r>
    </w:p>
    <w:p>
      <w:r>
        <w:rPr>
          <w:b/>
        </w:rPr>
        <w:t xml:space="preserve">[07:33] </w:t>
      </w:r>
      <w:r>
        <w:t>jise aaj kal media hota hai.</w:t>
      </w:r>
    </w:p>
    <w:p>
      <w:pPr>
        <w:jc w:val="right"/>
      </w:pPr>
      <w:r>
        <w:t>جسے آج کل میڈیا ہوتا ہے.</w:t>
      </w:r>
    </w:p>
    <w:p>
      <w:r>
        <w:rPr>
          <w:b/>
        </w:rPr>
        <w:t xml:space="preserve">[07:37] </w:t>
      </w:r>
      <w:r>
        <w:t>is mein tha ke: mazhab man abina, wahan par karina, woh deen huseina.</w:t>
      </w:r>
    </w:p>
    <w:p>
      <w:pPr>
        <w:jc w:val="right"/>
      </w:pPr>
      <w:r>
        <w:t>اس میں تھا کہ: مذہب ممن ابینا, وہاں پر کرینا, وہ دین حسینا.</w:t>
      </w:r>
    </w:p>
    <w:p>
      <w:r>
        <w:rPr>
          <w:b/>
        </w:rPr>
        <w:t xml:space="preserve">[07:42] </w:t>
      </w:r>
      <w:r>
        <w:t>yaani rasool Allah ka naam Muhammad tha, Muhammad ka naam badal kar ke mazhab man kar diya.</w:t>
      </w:r>
    </w:p>
    <w:p>
      <w:pPr>
        <w:jc w:val="right"/>
      </w:pPr>
      <w:r>
        <w:t>یعنی رسول اللہ کا نام محمد تھا, محمد کا نام بدل کر کے مذہب ممن کر دیا.</w:t>
      </w:r>
    </w:p>
    <w:p>
      <w:r>
        <w:rPr>
          <w:b/>
        </w:rPr>
        <w:t xml:space="preserve">[07:46] </w:t>
      </w:r>
      <w:r>
        <w:t>tum to mazhab man ho.</w:t>
      </w:r>
    </w:p>
    <w:p>
      <w:pPr>
        <w:jc w:val="right"/>
      </w:pPr>
      <w:r>
        <w:t>تم تو مذہب ممن ہو.</w:t>
      </w:r>
    </w:p>
    <w:p>
      <w:r>
        <w:rPr>
          <w:b/>
        </w:rPr>
        <w:t xml:space="preserve">[07:50] </w:t>
      </w:r>
      <w:r>
        <w:t>you are a condemned person.</w:t>
      </w:r>
    </w:p>
    <w:p>
      <w:pPr>
        <w:jc w:val="right"/>
      </w:pPr>
      <w:r>
        <w:t>یو آر اے کنڈمڈ پرسن.</w:t>
      </w:r>
    </w:p>
    <w:p>
      <w:r>
        <w:rPr>
          <w:b/>
        </w:rPr>
        <w:t xml:space="preserve">[07:55] </w:t>
      </w:r>
      <w:r>
        <w:t>muhammad ke mani hain pered person.</w:t>
      </w:r>
    </w:p>
    <w:p>
      <w:pPr>
        <w:jc w:val="right"/>
      </w:pPr>
      <w:r>
        <w:t>محمد کے معنی ہیں پریڈ پرسن.</w:t>
      </w:r>
    </w:p>
    <w:p>
      <w:r>
        <w:rPr>
          <w:b/>
        </w:rPr>
        <w:t xml:space="preserve">[07:59] </w:t>
      </w:r>
      <w:r>
        <w:t>tareef kiya hua</w:t>
      </w:r>
    </w:p>
    <w:p>
      <w:pPr>
        <w:jc w:val="right"/>
      </w:pPr>
      <w:r>
        <w:t>تعریف کیا ہوا</w:t>
      </w:r>
    </w:p>
    <w:p>
      <w:r>
        <w:rPr>
          <w:b/>
        </w:rPr>
        <w:t xml:space="preserve">[08:03] </w:t>
      </w:r>
      <w:r>
        <w:t>insan, qabil tareef insan.</w:t>
      </w:r>
    </w:p>
    <w:p>
      <w:pPr>
        <w:jc w:val="right"/>
      </w:pPr>
      <w:r>
        <w:t>انسان, قابل تعریف انسان.</w:t>
      </w:r>
    </w:p>
    <w:p>
      <w:r>
        <w:rPr>
          <w:b/>
        </w:rPr>
        <w:t xml:space="preserve">[08:09] </w:t>
      </w:r>
      <w:r>
        <w:t>aur mazhabon ke mani hain qabil mazammat insan.</w:t>
      </w:r>
    </w:p>
    <w:p>
      <w:pPr>
        <w:jc w:val="right"/>
      </w:pPr>
      <w:r>
        <w:t>اور مذہبوں کے معنی ہیں قابل مذمت انسان.</w:t>
      </w:r>
    </w:p>
    <w:p>
      <w:r>
        <w:rPr>
          <w:b/>
        </w:rPr>
        <w:t xml:space="preserve">[08:15] </w:t>
      </w:r>
      <w:r>
        <w:t>to yahan par kya is waqt aap ne dikhaya? is ko ignore karna, nazar andaaz karna.</w:t>
      </w:r>
    </w:p>
    <w:p>
      <w:pPr>
        <w:jc w:val="right"/>
      </w:pPr>
      <w:r>
        <w:t>تو یہاں پر کیا اس وقت آپ نے دکھایا؟ اس کو اگنور کرنا, نظر انداز کرنا.</w:t>
      </w:r>
    </w:p>
    <w:p>
      <w:r>
        <w:rPr>
          <w:b/>
        </w:rPr>
        <w:t xml:space="preserve">[08:21] </w:t>
      </w:r>
      <w:r>
        <w:t>apne aap ko positive tor par qaim rakhna.</w:t>
      </w:r>
    </w:p>
    <w:p>
      <w:pPr>
        <w:jc w:val="right"/>
      </w:pPr>
      <w:r>
        <w:t>اپنے آپ کو پاسٹی طور پر قائم رکھنا.</w:t>
      </w:r>
    </w:p>
    <w:p>
      <w:r>
        <w:rPr>
          <w:b/>
        </w:rPr>
        <w:t xml:space="preserve">[08:27] </w:t>
      </w:r>
      <w:r>
        <w:t>اس میں wisdom کیا تھی؟ یہ wisdom تھی کہ اگر آپ بھڑک جائیں, ab neg</w:t>
      </w:r>
    </w:p>
    <w:p>
      <w:pPr>
        <w:jc w:val="right"/>
      </w:pPr>
      <w:r>
        <w:t>اس میں wisdom کیا تھی؟ یہ wisdom تھی کہ اگر آپ بھڑک جائیں, اب neg</w:t>
      </w:r>
    </w:p>
    <w:p>
      <w:r>
        <w:rPr>
          <w:b/>
        </w:rPr>
        <w:t xml:space="preserve">[08:33] </w:t>
      </w:r>
      <w:r>
        <w:t>ative reaction دکھائیں تو sakta shuru ho jayega.</w:t>
      </w:r>
    </w:p>
    <w:p>
      <w:pPr>
        <w:jc w:val="right"/>
      </w:pPr>
      <w:r>
        <w:t>ative reaction دکھائیں تو سکتا شروع ہو جائے گا.</w:t>
      </w:r>
    </w:p>
    <w:p>
      <w:r>
        <w:rPr>
          <w:b/>
        </w:rPr>
        <w:t xml:space="preserve">[08:38] </w:t>
      </w:r>
      <w:r>
        <w:t>to dawat to secretary ban jaye gi.</w:t>
      </w:r>
    </w:p>
    <w:p>
      <w:pPr>
        <w:jc w:val="right"/>
      </w:pPr>
      <w:r>
        <w:t>تو دعوت تو سکرٹری بن جائے گی.</w:t>
      </w:r>
    </w:p>
    <w:p>
      <w:r>
        <w:rPr>
          <w:b/>
        </w:rPr>
        <w:t xml:space="preserve">[08:42] </w:t>
      </w:r>
      <w:r>
        <w:t>aur amal par larai bhirayi shuru ho jaye gi.</w:t>
      </w:r>
    </w:p>
    <w:p>
      <w:pPr>
        <w:jc w:val="right"/>
      </w:pPr>
      <w:r>
        <w:t>اور عمل پر لڑائی بھڑائی شروع ہو جائے گی.</w:t>
      </w:r>
    </w:p>
    <w:p>
      <w:r>
        <w:rPr>
          <w:b/>
        </w:rPr>
        <w:t xml:space="preserve">[08:46] </w:t>
      </w:r>
      <w:r>
        <w:t>dawat secretary ban jaye gi.</w:t>
      </w:r>
    </w:p>
    <w:p>
      <w:pPr>
        <w:jc w:val="right"/>
      </w:pPr>
      <w:r>
        <w:t>دعوت سکرٹری بن جائے گی.</w:t>
      </w:r>
    </w:p>
    <w:p>
      <w:r>
        <w:rPr>
          <w:b/>
        </w:rPr>
        <w:t xml:space="preserve">[08:51] </w:t>
      </w:r>
      <w:r>
        <w:t>jaisa bohat ziyada zamane mein hum kai mulkon mein dekhte hain ke musalmanon ne jahan larai chher rakhi</w:t>
      </w:r>
    </w:p>
    <w:p>
      <w:pPr>
        <w:jc w:val="right"/>
      </w:pPr>
      <w:r>
        <w:t>جیسا بہت زیادہ زمانے میں ہم کئی ملکوں میں دیکھتے ہیں کہ مسلمانوں نے جہاں لڑائی چھیڑ رکھی</w:t>
      </w:r>
    </w:p>
    <w:p>
      <w:r>
        <w:rPr>
          <w:b/>
        </w:rPr>
        <w:t xml:space="preserve">[08:55] </w:t>
      </w:r>
      <w:r>
        <w:t>hai wahan dawat secretary ban gayi hai.</w:t>
      </w:r>
    </w:p>
    <w:p>
      <w:pPr>
        <w:jc w:val="right"/>
      </w:pPr>
      <w:r>
        <w:t>ہے وہاں دعوت سکرٹری بن گئی ہے.</w:t>
      </w:r>
    </w:p>
    <w:p>
      <w:r>
        <w:rPr>
          <w:b/>
        </w:rPr>
        <w:t xml:space="preserve">[08:59] </w:t>
      </w:r>
      <w:r>
        <w:t>bohat zamane mein aisi misalein bohat dekh sakte hain aap ke</w:t>
      </w:r>
    </w:p>
    <w:p>
      <w:pPr>
        <w:jc w:val="right"/>
      </w:pPr>
      <w:r>
        <w:t>بہت زمانے میں ایسی مثالیں بہت دیکھ سکتے ہیں آپ کہ</w:t>
      </w:r>
    </w:p>
    <w:p>
      <w:r>
        <w:rPr>
          <w:b/>
        </w:rPr>
        <w:t xml:space="preserve">[09:04] </w:t>
      </w:r>
      <w:r>
        <w:t>jin mulkon mein musalman hain aur doosri qaumein bhi hain to musalmanon ne un ke khilaaf ladaai chher rakhi hai. yaani hathiyaar ki ladaai nahi to baaton ki ladaai, shikayat, protest. to is ka nateeja kya hai ke dawat secretary ban gayi aur qaumi shikayat amani ban gayi. to aisay mauqay par rasool Allah ne jo tareeqa ikhtiyar kiya woh bhi hikmat thi woh, w</w:t>
      </w:r>
    </w:p>
    <w:p>
      <w:pPr>
        <w:jc w:val="right"/>
      </w:pPr>
      <w:r>
        <w:t>جن ملکوں میں مسلمان ہیں اور دوسری قومیں بھی ہیں تو مسلمانوں نے ان کے خلاف لڑائی چھیڑ رکھی ہے. یعنی ہتھیار کی لڑائی نہیں تو باتوں کی لڑائی, شکایت, پروٹیسٹ. تو اس کا نتیجہ کیا ہے کہ دعوت سکرٹری بن گئی اور قومی شکایت پرامنی بن گئی. تو ایسے موقع پر رسول اللہ نے جو طریقہ اختیار کیا وہ بھی حکمت تھی وہ, w</w:t>
      </w:r>
    </w:p>
    <w:p>
      <w:r>
        <w:rPr>
          <w:b/>
        </w:rPr>
        <w:t xml:space="preserve">[09:34] </w:t>
      </w:r>
      <w:r>
        <w:t>isdom thi woh. to yeh jo kaha gaya ke rasool Allah ki zindagi mein tumharay liye uswa hai, acha uswa. to is aayat ka taqaza hai ke hum. jhoot hai. dekhein uswa ka matlab yeh hai ke uswa jo hai qanoon ki zabaan mein nahi hota balkay woh aap ko discover karna parta hai. woh apnaid andaaz mein</w:t>
      </w:r>
    </w:p>
    <w:p>
      <w:pPr>
        <w:jc w:val="right"/>
      </w:pPr>
      <w:r>
        <w:t>isdom تھی وہ. تو یہ جو کہا گیا کہ رسول اللہ کی زندگی میں تمہارے لیے اسوہ ہے, اچھا اسوہ. تو اس آیت کا تقاضا ہے کہ ہم. جھوٹ ہے. دیکھیں اسوہ کا مطلب یہ ہے کہ اسوہ جو ہے قانون کی زبان میں نہیں ہوتا بلکہ وہ آپ کو ڈسکور کرنا پڑتا ہے. وہ اپنائڈ انداز میں</w:t>
      </w:r>
    </w:p>
    <w:p>
      <w:r>
        <w:rPr>
          <w:b/>
        </w:rPr>
        <w:t xml:space="preserve">[10:04] </w:t>
      </w:r>
      <w:r>
        <w:t>janna parta hai.</w:t>
      </w:r>
    </w:p>
    <w:p>
      <w:pPr>
        <w:jc w:val="right"/>
      </w:pPr>
      <w:r>
        <w:t>جاننا پڑتا ہے.</w:t>
      </w:r>
    </w:p>
    <w:p>
      <w:r>
        <w:rPr>
          <w:b/>
        </w:rPr>
        <w:t xml:space="preserve">[10:09] </w:t>
      </w:r>
      <w:r>
        <w:t>isi liye log be khabar rehte hain.</w:t>
      </w:r>
    </w:p>
    <w:p>
      <w:pPr>
        <w:jc w:val="right"/>
      </w:pPr>
      <w:r>
        <w:t>اسی لیے لوگ بے خبر رہتے ہیں.</w:t>
      </w:r>
    </w:p>
    <w:p>
      <w:r>
        <w:rPr>
          <w:b/>
        </w:rPr>
        <w:t xml:space="preserve">[10:14] </w:t>
      </w:r>
      <w:r>
        <w:t>rasool Allah ka jo uswa hai ya aap ki jo hikmat hai wo hazaron hazar hai lekin musalman</w:t>
      </w:r>
    </w:p>
    <w:p>
      <w:pPr>
        <w:jc w:val="right"/>
      </w:pPr>
      <w:r>
        <w:t>رسول اللہ کا جو اسوہ ہے یا آپ کی جو حکمت ہے وہ ہزاروں ہزار ہے لیکن مسلمان</w:t>
      </w:r>
    </w:p>
    <w:p>
      <w:r>
        <w:rPr>
          <w:b/>
        </w:rPr>
        <w:t xml:space="preserve">[10:19] </w:t>
      </w:r>
      <w:r>
        <w:t>is se amalan be khabar hain.</w:t>
      </w:r>
    </w:p>
    <w:p>
      <w:pPr>
        <w:jc w:val="right"/>
      </w:pPr>
      <w:r>
        <w:t>اس سے عملاً بے خبر ہیں.</w:t>
      </w:r>
    </w:p>
    <w:p>
      <w:r>
        <w:rPr>
          <w:b/>
        </w:rPr>
        <w:t xml:space="preserve">[10:25] </w:t>
      </w:r>
      <w:r>
        <w:t>kyun ke wo sare uswa jo aap kahein wo wo is tarah nahi hai ke do do char, char char aath.</w:t>
      </w:r>
    </w:p>
    <w:p>
      <w:pPr>
        <w:jc w:val="right"/>
      </w:pPr>
      <w:r>
        <w:t>کیونکہ وہ سارے اسوہ جو آپ کہیں وہ وہ اس طرح نہیں ہے کہ دو دو چار, چار چار آٹھ.</w:t>
      </w:r>
    </w:p>
    <w:p>
      <w:r>
        <w:rPr>
          <w:b/>
        </w:rPr>
        <w:t xml:space="preserve">[10:30] </w:t>
      </w:r>
      <w:r>
        <w:t>is tarah nahi hai.</w:t>
      </w:r>
    </w:p>
    <w:p>
      <w:pPr>
        <w:jc w:val="right"/>
      </w:pPr>
      <w:r>
        <w:t>اس طرح نہیں ہے.</w:t>
      </w:r>
    </w:p>
    <w:p>
      <w:r>
        <w:rPr>
          <w:b/>
        </w:rPr>
        <w:t xml:space="preserve">[10:35] </w:t>
      </w:r>
      <w:r>
        <w:t>balkay aap ko ise jis tarah shehad ki makhi nectar nikalti hai isi tarah aap ko waqiat se</w:t>
      </w:r>
    </w:p>
    <w:p>
      <w:pPr>
        <w:jc w:val="right"/>
      </w:pPr>
      <w:r>
        <w:t>بلکہ آپ کو اسے جس طرح شہد کی مکھی نکٹر نکالتی ہے اسی طرح آپ کو واقعات سے</w:t>
      </w:r>
    </w:p>
    <w:p>
      <w:r>
        <w:rPr>
          <w:b/>
        </w:rPr>
        <w:t xml:space="preserve">[10:43] </w:t>
      </w:r>
      <w:r>
        <w:t>hikmat ka nectar nikalna hai.</w:t>
      </w:r>
    </w:p>
    <w:p>
      <w:pPr>
        <w:jc w:val="right"/>
      </w:pPr>
      <w:r>
        <w:t>حکمت کا نکٹر نکالنا ہے.</w:t>
      </w:r>
    </w:p>
    <w:p>
      <w:r>
        <w:rPr>
          <w:b/>
        </w:rPr>
        <w:t xml:space="preserve">[10:51] </w:t>
      </w:r>
      <w:r>
        <w:t>misal ke tor par dekhein mein aik misal deta hoon.</w:t>
      </w:r>
    </w:p>
    <w:p>
      <w:pPr>
        <w:jc w:val="right"/>
      </w:pPr>
      <w:r>
        <w:t>مثال کے طور پر دیکھیں میں ایک مثال دیتا ہوں.</w:t>
      </w:r>
    </w:p>
    <w:p>
      <w:r>
        <w:rPr>
          <w:b/>
        </w:rPr>
        <w:t xml:space="preserve">[10:59] </w:t>
      </w:r>
      <w:r>
        <w:t>makkah mein jab bohat zulm hua log marne pe chalay gaye aur sahaba ki tadad kafi ho chuki thi. taqreeban</w:t>
      </w:r>
    </w:p>
    <w:p>
      <w:pPr>
        <w:jc w:val="right"/>
      </w:pPr>
      <w:r>
        <w:t>مکہ میں جب بہت ظلم ہوا لوگ مارنے پہ چلے گئے اور صحابہ کی تعداد کافی ہو چکی تھی. تقریباً</w:t>
      </w:r>
    </w:p>
    <w:p>
      <w:r>
        <w:rPr>
          <w:b/>
        </w:rPr>
        <w:t xml:space="preserve">[11:07] </w:t>
      </w:r>
      <w:r>
        <w:t>pesas ghhaliban.</w:t>
      </w:r>
    </w:p>
    <w:p>
      <w:pPr>
        <w:jc w:val="right"/>
      </w:pPr>
      <w:r>
        <w:t>پچاس غالباً.</w:t>
      </w:r>
    </w:p>
    <w:p>
      <w:r>
        <w:rPr>
          <w:b/>
        </w:rPr>
        <w:t xml:space="preserve">[11:11] </w:t>
      </w:r>
      <w:r>
        <w:t>to Hazrat Umar ne kaha ke hum larein ge, zulm nahi sahein ge hum.</w:t>
      </w:r>
    </w:p>
    <w:p>
      <w:pPr>
        <w:jc w:val="right"/>
      </w:pPr>
      <w:r>
        <w:t>تو حضرت عمر نے کہا کہ ہم لڑیں گے, ظلم نہیں سہیں گے ہم.</w:t>
      </w:r>
    </w:p>
    <w:p>
      <w:r>
        <w:rPr>
          <w:b/>
        </w:rPr>
        <w:t xml:space="preserve">[11:15] </w:t>
      </w:r>
      <w:r>
        <w:t>kyun zulm ko sahein hum? Hazrat Umar pehalwan aadmi thay unhon ne kaha zulm ko sahein hum, hum</w:t>
      </w:r>
    </w:p>
    <w:p>
      <w:pPr>
        <w:jc w:val="right"/>
      </w:pPr>
      <w:r>
        <w:t>کیوں ظلم کو سہیں ہم؟ حضرت عمر پہلوان آدمی تھے انہوں نے کہا ظلم کو سہیں ہم, ہم</w:t>
      </w:r>
    </w:p>
    <w:p>
      <w:r>
        <w:rPr>
          <w:b/>
        </w:rPr>
        <w:t xml:space="preserve">[11:20] </w:t>
      </w:r>
      <w:r>
        <w:t>laren ge, maren ge in logon ko.</w:t>
      </w:r>
    </w:p>
    <w:p>
      <w:pPr>
        <w:jc w:val="right"/>
      </w:pPr>
      <w:r>
        <w:t>لڑیں گے, ماریں گے ان لوگوں کو.</w:t>
      </w:r>
    </w:p>
    <w:p>
      <w:r>
        <w:rPr>
          <w:b/>
        </w:rPr>
        <w:t xml:space="preserve">[11:24] </w:t>
      </w:r>
      <w:r>
        <w:t>to rasool Allah ne kaha: ya umar! ana qaleel. aey umar!</w:t>
      </w:r>
    </w:p>
    <w:p>
      <w:pPr>
        <w:jc w:val="right"/>
      </w:pPr>
      <w:r>
        <w:t>تو رسول اللہ نے کہا: یا عمر! انا قلیل. اے عمر!</w:t>
      </w:r>
    </w:p>
    <w:p>
      <w:r>
        <w:rPr>
          <w:b/>
        </w:rPr>
        <w:t xml:space="preserve">[11:28] </w:t>
      </w:r>
      <w:r>
        <w:t>hum thore hain.</w:t>
      </w:r>
    </w:p>
    <w:p>
      <w:pPr>
        <w:jc w:val="right"/>
      </w:pPr>
      <w:r>
        <w:t>ہم تھوڑے ہیں.</w:t>
      </w:r>
    </w:p>
    <w:p>
      <w:r>
        <w:rPr>
          <w:b/>
        </w:rPr>
        <w:t xml:space="preserve">[11:33] </w:t>
      </w:r>
      <w:r>
        <w:t>ab dekhen is thore ke lafz se agar aap</w:t>
      </w:r>
    </w:p>
    <w:p>
      <w:pPr>
        <w:jc w:val="right"/>
      </w:pPr>
      <w:r>
        <w:t>اب دیکھیں اس تھوڑے کے لفظ سے اگر آپ</w:t>
      </w:r>
    </w:p>
    <w:p>
      <w:r>
        <w:rPr>
          <w:b/>
        </w:rPr>
        <w:t xml:space="preserve">[11:37] </w:t>
      </w:r>
      <w:r>
        <w:t>lafzi ma'ani mein le lein to is mein jo hikmat hai us se bekhabar ho jayein ge aap. hikmat kya hai? hikmat yeh hai ke hum re-planning karein ge jahan takraao kam se kam ho jaye hum dawat ke liye azaad ho jayein. yeh is mein implicit hai ke aey Umar! yeh socho ke hum kis tarah re-planning karein apne kaam ki. ya alfaaz to yeh hain ke aey Umar! hum thoday</w:t>
      </w:r>
    </w:p>
    <w:p>
      <w:pPr>
        <w:jc w:val="right"/>
      </w:pPr>
      <w:r>
        <w:t>لفظی معنی میں لے لیں تو اس میں جو حکمت ہے اس سے بے خبر ہو جائیں گے آپ. حکمت کیا ہے؟ حکمت یہ ہے کہ ہم ری پلاننگ کریں گے جہاں ٹکراؤ کم سے کم ہو جائے ہم دعوت کے لیے آزاد ہو جائیں. یہ اس میں ایمپلیسٹ ہے کہ اے عمر! یہ سوچو کہ ہم کس طرح ری پلاننگ کریں اپنے کام کی. یا الفاظ تو یہ ہیں کہ اے عمر! ہم تھوڑ</w:t>
      </w:r>
    </w:p>
    <w:p>
      <w:r>
        <w:rPr>
          <w:b/>
        </w:rPr>
        <w:t xml:space="preserve">[12:07] </w:t>
      </w:r>
      <w:r>
        <w:t>ہیں لیکن اس سے جو چیز implicit ہے جو اس کی جو applied meaning ہے وہ کیا</w:t>
      </w:r>
    </w:p>
    <w:p>
      <w:pPr>
        <w:jc w:val="right"/>
      </w:pPr>
      <w:r>
        <w:t>ے ہیں لیکن اس سے جو چیز ایمپلیسٹ ہے جو اس کی جو اپنائڈ میننگ ہے وہ کیا</w:t>
      </w:r>
    </w:p>
    <w:p>
      <w:r>
        <w:rPr>
          <w:b/>
        </w:rPr>
        <w:t xml:space="preserve">[12:12] </w:t>
      </w:r>
      <w:r>
        <w:t>hai? ke aey umar!</w:t>
      </w:r>
    </w:p>
    <w:p>
      <w:pPr>
        <w:jc w:val="right"/>
      </w:pPr>
      <w:r>
        <w:t>ہے؟ کہ اے عمر!</w:t>
      </w:r>
    </w:p>
    <w:p>
      <w:r>
        <w:rPr>
          <w:b/>
        </w:rPr>
        <w:t xml:space="preserve">[12:17] </w:t>
      </w:r>
      <w:r>
        <w:t>یہ تو یہ تو تم negative reaction کی بات کر رہے ہو.</w:t>
      </w:r>
    </w:p>
    <w:p>
      <w:pPr>
        <w:jc w:val="right"/>
      </w:pPr>
      <w:r>
        <w:t>یہ تو یہ تو تم نیگیٹیو ری ایکشن کی بات کر رہے ہو.</w:t>
      </w:r>
    </w:p>
    <w:p>
      <w:r>
        <w:rPr>
          <w:b/>
        </w:rPr>
        <w:t xml:space="preserve">[12:22] </w:t>
      </w:r>
      <w:r>
        <w:t>نہیں positive انداز میں سوچو کہ ہم کس طرح ری پلاننگ کریں اپنے دعوت کی.</w:t>
      </w:r>
    </w:p>
    <w:p>
      <w:pPr>
        <w:jc w:val="right"/>
      </w:pPr>
      <w:r>
        <w:t>نہیں پاسٹی انداز میں سوچو کہ ہم کس طرح ری پلاننگ کریں اپنے دعوت کی.</w:t>
      </w:r>
    </w:p>
    <w:p>
      <w:r>
        <w:rPr>
          <w:b/>
        </w:rPr>
        <w:t xml:space="preserve">[12:27] </w:t>
      </w:r>
      <w:r>
        <w:t>to chunache kya hua woh waqt aaya jab ke aap ne makkah se hijrat ki.</w:t>
      </w:r>
    </w:p>
    <w:p>
      <w:pPr>
        <w:jc w:val="right"/>
      </w:pPr>
      <w:r>
        <w:t>تو چنانچہ کیا ہوا وہ وقت آیا جب کہ آپ نے مکہ سے ہجرت کی.</w:t>
      </w:r>
    </w:p>
    <w:p>
      <w:r>
        <w:rPr>
          <w:b/>
        </w:rPr>
        <w:t xml:space="preserve">[12:32] </w:t>
      </w:r>
      <w:r>
        <w:t>hijrat ka waqt kya thi? hijrat hijrat kya thi?</w:t>
      </w:r>
    </w:p>
    <w:p>
      <w:pPr>
        <w:jc w:val="right"/>
      </w:pPr>
      <w:r>
        <w:t>ہجرت کا وقت کیا تھی؟ ہجرت ہجرت کیا تھی؟</w:t>
      </w:r>
    </w:p>
    <w:p>
      <w:r>
        <w:rPr>
          <w:b/>
        </w:rPr>
        <w:t xml:space="preserve">[12:37] </w:t>
      </w:r>
      <w:r>
        <w:t>hijrat re planning thi.</w:t>
      </w:r>
    </w:p>
    <w:p>
      <w:pPr>
        <w:jc w:val="right"/>
      </w:pPr>
      <w:r>
        <w:t>ہجرت ری پلاننگ تھی.</w:t>
      </w:r>
    </w:p>
    <w:p>
      <w:r>
        <w:rPr>
          <w:b/>
        </w:rPr>
        <w:t xml:space="preserve">[12:41] </w:t>
      </w:r>
      <w:r>
        <w:t>hijrat koi bhagna nahi tha, farar nahi tha woh.</w:t>
      </w:r>
    </w:p>
    <w:p>
      <w:pPr>
        <w:jc w:val="right"/>
      </w:pPr>
      <w:r>
        <w:t>ہجرت کوئی بھاگنا نہیں تھا, فرار نہیں تھا وہ.</w:t>
      </w:r>
    </w:p>
    <w:p>
      <w:r>
        <w:rPr>
          <w:b/>
        </w:rPr>
        <w:t xml:space="preserve">[12:46] </w:t>
      </w:r>
      <w:r>
        <w:t>کچھ لوگ اس کو plight کہتے ہیں پی ایل آئی جے ایچ ٹی.</w:t>
      </w:r>
    </w:p>
    <w:p>
      <w:pPr>
        <w:jc w:val="right"/>
      </w:pPr>
      <w:r>
        <w:t>کچھ لوگ اس کو پرائیویٹ کہتے ہیں پی ایل آئی جے ایچ ٹی.</w:t>
      </w:r>
    </w:p>
    <w:p>
      <w:r>
        <w:rPr>
          <w:b/>
        </w:rPr>
        <w:t xml:space="preserve">[12:50] </w:t>
      </w:r>
      <w:r>
        <w:t>private nahi thi woh.</w:t>
      </w:r>
    </w:p>
    <w:p>
      <w:pPr>
        <w:jc w:val="right"/>
      </w:pPr>
      <w:r>
        <w:t>پرائیویٹ نہیں تھی وہ.</w:t>
      </w:r>
    </w:p>
    <w:p>
      <w:r>
        <w:rPr>
          <w:b/>
        </w:rPr>
        <w:t xml:space="preserve">[12:54] </w:t>
      </w:r>
      <w:r>
        <w:t>woh thi re planning.</w:t>
      </w:r>
    </w:p>
    <w:p>
      <w:pPr>
        <w:jc w:val="right"/>
      </w:pPr>
      <w:r>
        <w:t>وہ تھی ری پلاننگ.</w:t>
      </w:r>
    </w:p>
    <w:p>
      <w:r>
        <w:rPr>
          <w:b/>
        </w:rPr>
        <w:t xml:space="preserve">[12:58] </w:t>
      </w:r>
      <w:r>
        <w:t>چنانچہ آپ نے مکہ سے نکل کر جب مدینہ آئے تو آپ نے ہر چیز کے لیے re-planning کی۔</w:t>
      </w:r>
    </w:p>
    <w:p>
      <w:pPr>
        <w:jc w:val="right"/>
      </w:pPr>
      <w:r>
        <w:t>چنانچہ آپ نے مکہ سے نکل کر جب مدینہ آئے تو آپ نے ہر چیز کے لیے ری پلاننگ کی.</w:t>
      </w:r>
    </w:p>
    <w:p>
      <w:r>
        <w:rPr>
          <w:b/>
        </w:rPr>
        <w:t xml:space="preserve">[13:03] </w:t>
      </w:r>
      <w:r>
        <w:t>yahan tak ke makkah mein islam</w:t>
      </w:r>
    </w:p>
    <w:p>
      <w:pPr>
        <w:jc w:val="right"/>
      </w:pPr>
      <w:r>
        <w:t>یہاں تک کہ مکہ میں اسلام</w:t>
      </w:r>
    </w:p>
    <w:p>
      <w:r>
        <w:rPr>
          <w:b/>
        </w:rPr>
        <w:t xml:space="preserve">[13:07] </w:t>
      </w:r>
      <w:r>
        <w:t>itna phaila ke kitabon mein aata hai ke: lam tabqa darbun min dun al-ansar illa wa takhallafa fil-islam.</w:t>
      </w:r>
    </w:p>
    <w:p>
      <w:pPr>
        <w:jc w:val="right"/>
      </w:pPr>
      <w:r>
        <w:t>اتنا پھیلا کہ کتابوں میں آتا ہے کہ: لم تبقہ دارب من دون الانصار الا وتخلف فی الاسلام.</w:t>
      </w:r>
    </w:p>
    <w:p>
      <w:r>
        <w:rPr>
          <w:b/>
        </w:rPr>
        <w:t xml:space="preserve">[13:13] </w:t>
      </w:r>
      <w:r>
        <w:t>yani har ghar mein har ghar mein har ghar mein islam dakhil ho gaya.</w:t>
      </w:r>
    </w:p>
    <w:p>
      <w:pPr>
        <w:jc w:val="right"/>
      </w:pPr>
      <w:r>
        <w:t>یعنی ہر گھر میں ہر گھر میں ہر گھر میں اسلام داخل ہو گیا.</w:t>
      </w:r>
    </w:p>
    <w:p>
      <w:r>
        <w:rPr>
          <w:b/>
        </w:rPr>
        <w:t xml:space="preserve">[13:19] </w:t>
      </w:r>
      <w:r>
        <w:t>to bazahir to alfaaz hain ke ya umar! ana qaleel.</w:t>
      </w:r>
    </w:p>
    <w:p>
      <w:pPr>
        <w:jc w:val="right"/>
      </w:pPr>
      <w:r>
        <w:t>تو بظاہر تو الفاظ ہیں کہ یا عمر! انا قلیل.</w:t>
      </w:r>
    </w:p>
    <w:p>
      <w:r>
        <w:rPr>
          <w:b/>
        </w:rPr>
        <w:t xml:space="preserve">[13:25] </w:t>
      </w:r>
      <w:r>
        <w:t>lekin is mein jo mafhoom hai shamil ke aey umar!</w:t>
      </w:r>
    </w:p>
    <w:p>
      <w:pPr>
        <w:jc w:val="right"/>
      </w:pPr>
      <w:r>
        <w:t>لیکن اس میں جو مفہوم ہے شامل کہ اے عمر!</w:t>
      </w:r>
    </w:p>
    <w:p>
      <w:r>
        <w:rPr>
          <w:b/>
        </w:rPr>
        <w:t xml:space="preserve">[13:31] </w:t>
      </w:r>
      <w:r>
        <w:t>ہم replanning کی بات سوچو جہاں ٹکراؤ</w:t>
      </w:r>
    </w:p>
    <w:p>
      <w:pPr>
        <w:jc w:val="right"/>
      </w:pPr>
      <w:r>
        <w:t>ہم ری پلاننگ کی بات سوچو جہاں ٹکراؤ</w:t>
      </w:r>
    </w:p>
    <w:p>
      <w:r>
        <w:rPr>
          <w:b/>
        </w:rPr>
        <w:t xml:space="preserve">[13:37] </w:t>
      </w:r>
      <w:r>
        <w:t>na ho hum kaam karne ke liye azaad ho jayen.</w:t>
      </w:r>
    </w:p>
    <w:p>
      <w:pPr>
        <w:jc w:val="right"/>
      </w:pPr>
      <w:r>
        <w:t>نہ ہو ہم کام کرنے کے لیے آزاد ہو جائیں.</w:t>
      </w:r>
    </w:p>
    <w:p>
      <w:r>
        <w:rPr>
          <w:b/>
        </w:rPr>
        <w:t xml:space="preserve">[13:43] </w:t>
      </w:r>
      <w:r>
        <w:t>to poori rasool Allah ki poori zindagi mein yeh hikmat phaili hui hai.</w:t>
      </w:r>
    </w:p>
    <w:p>
      <w:pPr>
        <w:jc w:val="right"/>
      </w:pPr>
      <w:r>
        <w:t>تو پوری رسول اللہ کی پوری زندگی میں یہ حکمت پھیلی ہوئی ہے.</w:t>
      </w:r>
    </w:p>
    <w:p>
      <w:r>
        <w:rPr>
          <w:b/>
        </w:rPr>
        <w:t xml:space="preserve">[13:50] </w:t>
      </w:r>
      <w:r>
        <w:t>poori zindagi mein.</w:t>
      </w:r>
    </w:p>
    <w:p>
      <w:pPr>
        <w:jc w:val="right"/>
      </w:pPr>
      <w:r>
        <w:t>پوری زندگی میں.</w:t>
      </w:r>
    </w:p>
    <w:p>
      <w:r>
        <w:rPr>
          <w:b/>
        </w:rPr>
        <w:t xml:space="preserve">[13:56] </w:t>
      </w:r>
      <w:r>
        <w:t>jaise misaal ke taur par dekhiye hazrat ismail ne chaar hazar saal pehle yani rasool Allah se bohat</w:t>
      </w:r>
    </w:p>
    <w:p>
      <w:pPr>
        <w:jc w:val="right"/>
      </w:pPr>
      <w:r>
        <w:t>جیسے مثال کے طور پر دیکھیے حضرت اسماعیل نے چار ہزار سال پہلے یعنی رسول اللہ سے بہت</w:t>
      </w:r>
    </w:p>
    <w:p>
      <w:r>
        <w:rPr>
          <w:b/>
        </w:rPr>
        <w:t xml:space="preserve">[14:02] </w:t>
      </w:r>
      <w:r>
        <w:t>pehle makkah mein ek masjid banai thi. masjid</w:t>
      </w:r>
    </w:p>
    <w:p>
      <w:pPr>
        <w:jc w:val="right"/>
      </w:pPr>
      <w:r>
        <w:t>پہلے مکہ میں ایک مسجد بنائی تھی. مسجد</w:t>
      </w:r>
    </w:p>
    <w:p>
      <w:r>
        <w:rPr>
          <w:b/>
        </w:rPr>
        <w:t xml:space="preserve">[14:08] </w:t>
      </w:r>
      <w:r>
        <w:t>jo masjid haram kahi jati hai.</w:t>
      </w:r>
    </w:p>
    <w:p>
      <w:pPr>
        <w:jc w:val="right"/>
      </w:pPr>
      <w:r>
        <w:t>جو مسجد حرام کہی جاتی ہے.</w:t>
      </w:r>
    </w:p>
    <w:p>
      <w:r>
        <w:rPr>
          <w:b/>
        </w:rPr>
        <w:t xml:space="preserve">[14:15] </w:t>
      </w:r>
      <w:r>
        <w:t>zahair hai ke woh tauheed ke liye thi.</w:t>
      </w:r>
    </w:p>
    <w:p>
      <w:pPr>
        <w:jc w:val="right"/>
      </w:pPr>
      <w:r>
        <w:t>ظاہر ہے کہ وہ توحید کے لیے تھی.</w:t>
      </w:r>
    </w:p>
    <w:p>
      <w:r>
        <w:rPr>
          <w:b/>
        </w:rPr>
        <w:t xml:space="preserve">[14:21] </w:t>
      </w:r>
      <w:r>
        <w:t>Allah Allah wahid ke ibadat karne ke liye thi.</w:t>
      </w:r>
    </w:p>
    <w:p>
      <w:pPr>
        <w:jc w:val="right"/>
      </w:pPr>
      <w:r>
        <w:t>اللہ اللہ واحد کے عبادت کرنے کے لیے تھی.</w:t>
      </w:r>
    </w:p>
    <w:p>
      <w:r>
        <w:rPr>
          <w:b/>
        </w:rPr>
        <w:t xml:space="preserve">[14:27] </w:t>
      </w:r>
      <w:r>
        <w:t>lekin baad ke zamaney mein wahan jo abadiyan barhin bahar se log aaye logon ka interaction ziyada hua</w:t>
      </w:r>
    </w:p>
    <w:p>
      <w:pPr>
        <w:jc w:val="right"/>
      </w:pPr>
      <w:r>
        <w:t>لیکن بعد کے زمانے میں وہاں جو آبادیاں بڑھیں باہر سے لوگ آئے لوگوں کا انٹریکشن زیادہ ہوا</w:t>
      </w:r>
    </w:p>
    <w:p>
      <w:r>
        <w:rPr>
          <w:b/>
        </w:rPr>
        <w:t xml:space="preserve">[14:33] </w:t>
      </w:r>
      <w:r>
        <w:t>doosron se to dheere dheere wahan par shirk aa gaya. aur phir</w:t>
      </w:r>
    </w:p>
    <w:p>
      <w:pPr>
        <w:jc w:val="right"/>
      </w:pPr>
      <w:r>
        <w:t>دوسروں سے تو دھیرے دھیرے وہاں پر شرک آ گیا. اور پھر</w:t>
      </w:r>
    </w:p>
    <w:p>
      <w:r>
        <w:rPr>
          <w:b/>
        </w:rPr>
        <w:t xml:space="preserve">[14:40] </w:t>
      </w:r>
      <w:r>
        <w:t>arab ke sardaron ne kya kiya? is shirk ko unhon ne istemal ke liye apne faide ke liye.</w:t>
      </w:r>
    </w:p>
    <w:p>
      <w:pPr>
        <w:jc w:val="right"/>
      </w:pPr>
      <w:r>
        <w:t>عرب کے سرداروں نے کیا کیا؟ اس شرک کو انہوں نے استعمال کے لیے اپنے فائدے کے لیے.</w:t>
      </w:r>
    </w:p>
    <w:p>
      <w:r>
        <w:rPr>
          <w:b/>
        </w:rPr>
        <w:t xml:space="preserve">[14:46] </w:t>
      </w:r>
      <w:r>
        <w:t>yani arab mein jo qabail bikhre hue thay har ek ka but tha.</w:t>
      </w:r>
    </w:p>
    <w:p>
      <w:pPr>
        <w:jc w:val="right"/>
      </w:pPr>
      <w:r>
        <w:t>یعنی عرب میں جو قبائل بکھرے ہوئے تھے ہر ایک کا بت تھا.</w:t>
      </w:r>
    </w:p>
    <w:p>
      <w:r>
        <w:rPr>
          <w:b/>
        </w:rPr>
        <w:t xml:space="preserve">[14:52] </w:t>
      </w:r>
      <w:r>
        <w:t>har qabile ka alag alag but hota tha.</w:t>
      </w:r>
    </w:p>
    <w:p>
      <w:pPr>
        <w:jc w:val="right"/>
      </w:pPr>
      <w:r>
        <w:t>ہر قبیلے کا الگ الگ بت ہوتا تھا.</w:t>
      </w:r>
    </w:p>
    <w:p>
      <w:r>
        <w:rPr>
          <w:b/>
        </w:rPr>
        <w:t xml:space="preserve">[14:58] </w:t>
      </w:r>
      <w:r>
        <w:t>to woh but jo hai woh la ke rakh diye makkah ke sardaron ne kaaba mein.</w:t>
      </w:r>
    </w:p>
    <w:p>
      <w:pPr>
        <w:jc w:val="right"/>
      </w:pPr>
      <w:r>
        <w:t>تو وہ بت جو ہے وہ لا کے رکھ دیے مکہ کے سرداروں نے کعبہ میں.</w:t>
      </w:r>
    </w:p>
    <w:p>
      <w:r>
        <w:rPr>
          <w:b/>
        </w:rPr>
        <w:t xml:space="preserve">[15:04] </w:t>
      </w:r>
      <w:r>
        <w:t>taake tamam arab se log aayen nazranay charhayen</w:t>
      </w:r>
    </w:p>
    <w:p>
      <w:pPr>
        <w:jc w:val="right"/>
      </w:pPr>
      <w:r>
        <w:t>تاکہ تمام عرب سے لوگ آئیں نذرانے چڑھائیں</w:t>
      </w:r>
    </w:p>
    <w:p>
      <w:r>
        <w:rPr>
          <w:b/>
        </w:rPr>
        <w:t xml:space="preserve">[15:10] </w:t>
      </w:r>
      <w:r>
        <w:t>—</w:t>
      </w:r>
    </w:p>
    <w:p>
      <w:pPr>
        <w:jc w:val="right"/>
      </w:pPr>
      <w:r>
        <w:t>.</w:t>
      </w:r>
    </w:p>
    <w:p>
      <w:r>
        <w:rPr>
          <w:b/>
        </w:rPr>
        <w:t xml:space="preserve">[15:14] </w:t>
      </w:r>
      <w:r>
        <w:t>yahan bazaar lage.</w:t>
      </w:r>
    </w:p>
    <w:p>
      <w:pPr>
        <w:jc w:val="right"/>
      </w:pPr>
      <w:r>
        <w:t>یہاں بازار لگے.</w:t>
      </w:r>
    </w:p>
    <w:p>
      <w:r>
        <w:rPr>
          <w:b/>
        </w:rPr>
        <w:t xml:space="preserve">[15:18] </w:t>
      </w:r>
      <w:r>
        <w:t>yahan par aaj kal ki zaban mein religious tourism ho.</w:t>
      </w:r>
    </w:p>
    <w:p>
      <w:pPr>
        <w:jc w:val="right"/>
      </w:pPr>
      <w:r>
        <w:t>یہاں پر آج کل کی زبان میں ریلیجس ٹورزم ہو.</w:t>
      </w:r>
    </w:p>
    <w:p>
      <w:r>
        <w:rPr>
          <w:b/>
        </w:rPr>
        <w:t xml:space="preserve">[15:22] </w:t>
      </w:r>
      <w:r>
        <w:t>phir hamara khoob kaam hoga.</w:t>
      </w:r>
    </w:p>
    <w:p>
      <w:pPr>
        <w:jc w:val="right"/>
      </w:pPr>
      <w:r>
        <w:t>پھر ہمارا خوب کام ہوگا.</w:t>
      </w:r>
    </w:p>
    <w:p>
      <w:r>
        <w:rPr>
          <w:b/>
        </w:rPr>
        <w:t xml:space="preserve">[15:25] </w:t>
      </w:r>
      <w:r>
        <w:t>to yeh soorat-e-haal thi.</w:t>
      </w:r>
    </w:p>
    <w:p>
      <w:pPr>
        <w:jc w:val="right"/>
      </w:pPr>
      <w:r>
        <w:t>تو یہ صورتحال تھی.</w:t>
      </w:r>
    </w:p>
    <w:p>
      <w:r>
        <w:rPr>
          <w:b/>
        </w:rPr>
        <w:t xml:space="preserve">[15:29] </w:t>
      </w:r>
      <w:r>
        <w:t>to rasool Allah ne dekha ke hazrat Ibrahim ke banaye hue ibadat khane mein but hain.</w:t>
      </w:r>
    </w:p>
    <w:p>
      <w:pPr>
        <w:jc w:val="right"/>
      </w:pPr>
      <w:r>
        <w:t>تو رسول اللہ نے دیکھا کہ حضرت ابراہیم کے بنائے ہوئے عبادت خانے میں بت ہیں.</w:t>
      </w:r>
    </w:p>
    <w:p>
      <w:r>
        <w:rPr>
          <w:b/>
        </w:rPr>
        <w:t xml:space="preserve">[15:33] </w:t>
      </w:r>
      <w:r>
        <w:t>lekin aap bharke nahin.</w:t>
      </w:r>
    </w:p>
    <w:p>
      <w:pPr>
        <w:jc w:val="right"/>
      </w:pPr>
      <w:r>
        <w:t>لیکن آپ بھڑکے نہیں.</w:t>
      </w:r>
    </w:p>
    <w:p>
      <w:r>
        <w:rPr>
          <w:b/>
        </w:rPr>
        <w:t xml:space="preserve">[15:37] </w:t>
      </w:r>
      <w:r>
        <w:t>koi aap misaal nahin bata sakte ke rasool Allah ne ishtial dikhaya ho aur but</w:t>
      </w:r>
    </w:p>
    <w:p>
      <w:pPr>
        <w:jc w:val="right"/>
      </w:pPr>
      <w:r>
        <w:t>کوئی آپ مثال نہیں بتا سکتے کہ رسول اللہ نے اشتعال دکھایا ہو اور بت</w:t>
      </w:r>
    </w:p>
    <w:p>
      <w:r>
        <w:rPr>
          <w:b/>
        </w:rPr>
        <w:t xml:space="preserve">[15:40] </w:t>
      </w:r>
      <w:r>
        <w:t>on ko tod phod kiya ho.</w:t>
      </w:r>
    </w:p>
    <w:p>
      <w:pPr>
        <w:jc w:val="right"/>
      </w:pPr>
      <w:r>
        <w:t>وں کو توڑ پھوڑ کیا ہو.</w:t>
      </w:r>
    </w:p>
    <w:p>
      <w:r>
        <w:rPr>
          <w:b/>
        </w:rPr>
        <w:t xml:space="preserve">[15:45] </w:t>
      </w:r>
      <w:r>
        <w:t>kyun? is mein wisdom thi hikmat thi.</w:t>
      </w:r>
    </w:p>
    <w:p>
      <w:pPr>
        <w:jc w:val="right"/>
      </w:pPr>
      <w:r>
        <w:t>کیوں؟ اس میں wisdom تھی حکمت تھی.</w:t>
      </w:r>
    </w:p>
    <w:p>
      <w:r>
        <w:rPr>
          <w:b/>
        </w:rPr>
        <w:t xml:space="preserve">[15:49] </w:t>
      </w:r>
      <w:r>
        <w:t>agar aap tod phod karte to hikmat ke khilaf hota woh.</w:t>
      </w:r>
    </w:p>
    <w:p>
      <w:pPr>
        <w:jc w:val="right"/>
      </w:pPr>
      <w:r>
        <w:t>اگر آپ توڑ پھوڑ کرتے تو حکمت کے خلاف ہوتا وہ.</w:t>
      </w:r>
    </w:p>
    <w:p>
      <w:r>
        <w:rPr>
          <w:b/>
        </w:rPr>
        <w:t xml:space="preserve">[15:53] </w:t>
      </w:r>
      <w:r>
        <w:t>woh kya tha? woh yeh tha ke aap ne dekha ke yahan unhein beton ki wajah se wahan</w:t>
      </w:r>
    </w:p>
    <w:p>
      <w:pPr>
        <w:jc w:val="right"/>
      </w:pPr>
      <w:r>
        <w:t>وہ کیا تھا؟ وہ یہ تھا کہ آپ نے دیکھا کہ یہاں انہیں بتوں کی وجہ سے وہاں</w:t>
      </w:r>
    </w:p>
    <w:p>
      <w:r>
        <w:rPr>
          <w:b/>
        </w:rPr>
        <w:t xml:space="preserve">[15:58] </w:t>
      </w:r>
      <w:r>
        <w:t>rozana gathering hoti hai.</w:t>
      </w:r>
    </w:p>
    <w:p>
      <w:pPr>
        <w:jc w:val="right"/>
      </w:pPr>
      <w:r>
        <w:t>روزانہ گیدرنگ ہوتی ہے.</w:t>
      </w:r>
    </w:p>
    <w:p>
      <w:r>
        <w:rPr>
          <w:b/>
        </w:rPr>
        <w:t xml:space="preserve">[16:02] </w:t>
      </w:r>
      <w:r>
        <w:t>log aate hain un ko poojne ke liye.</w:t>
      </w:r>
    </w:p>
    <w:p>
      <w:pPr>
        <w:jc w:val="right"/>
      </w:pPr>
      <w:r>
        <w:t>لوگ آتے ہیں ان کو پوجنے کے لیے.</w:t>
      </w:r>
    </w:p>
    <w:p>
      <w:r>
        <w:rPr>
          <w:b/>
        </w:rPr>
        <w:t xml:space="preserve">[16:06] </w:t>
      </w:r>
      <w:r>
        <w:t>un ko nazranay charhane ke liye</w:t>
      </w:r>
    </w:p>
    <w:p>
      <w:pPr>
        <w:jc w:val="right"/>
      </w:pPr>
      <w:r>
        <w:t>ان کو نذرانے چڑھانے کے لیے</w:t>
      </w:r>
    </w:p>
    <w:p>
      <w:r>
        <w:rPr>
          <w:b/>
        </w:rPr>
        <w:t xml:space="preserve">[16:11] </w:t>
      </w:r>
      <w:r>
        <w:t>—</w:t>
      </w:r>
    </w:p>
    <w:p>
      <w:pPr>
        <w:jc w:val="right"/>
      </w:pPr>
      <w:r>
        <w:t>.</w:t>
      </w:r>
    </w:p>
    <w:p>
      <w:r>
        <w:rPr>
          <w:b/>
        </w:rPr>
        <w:t xml:space="preserve">[16:15] </w:t>
      </w:r>
      <w:r>
        <w:t>to aap ne dekha ke yeh to bara acha hai.</w:t>
      </w:r>
    </w:p>
    <w:p>
      <w:pPr>
        <w:jc w:val="right"/>
      </w:pPr>
      <w:r>
        <w:t>تو آپ نے دیکھا کہ یہ تو بڑا اچھا ہے.</w:t>
      </w:r>
    </w:p>
    <w:p>
      <w:r>
        <w:rPr>
          <w:b/>
        </w:rPr>
        <w:t xml:space="preserve">[16:19] </w:t>
      </w:r>
      <w:r>
        <w:t>saare arab ke log yahin mil rahe hain hamein.</w:t>
      </w:r>
    </w:p>
    <w:p>
      <w:pPr>
        <w:jc w:val="right"/>
      </w:pPr>
      <w:r>
        <w:t>سارے عرب کے لوگ یہیں مل رہے ہیں ہمیں.</w:t>
      </w:r>
    </w:p>
    <w:p>
      <w:r>
        <w:rPr>
          <w:b/>
        </w:rPr>
        <w:t xml:space="preserve">[16:23] </w:t>
      </w:r>
      <w:r>
        <w:t>aap dekhen rasool Allah ne arab mein safar nahin kiya.</w:t>
      </w:r>
    </w:p>
    <w:p>
      <w:pPr>
        <w:jc w:val="right"/>
      </w:pPr>
      <w:r>
        <w:t>آپ دیکھیں رسول اللہ نے عرب میں سفر نہیں کیا.</w:t>
      </w:r>
    </w:p>
    <w:p>
      <w:r>
        <w:rPr>
          <w:b/>
        </w:rPr>
        <w:t xml:space="preserve">[16:26] </w:t>
      </w:r>
      <w:r>
        <w:t>jo aaj kal ki zaban mein kehte hain daura.</w:t>
      </w:r>
    </w:p>
    <w:p>
      <w:pPr>
        <w:jc w:val="right"/>
      </w:pPr>
      <w:r>
        <w:t>جو آج کل کی زبان میں کہتے ہیں دورہ.</w:t>
      </w:r>
    </w:p>
    <w:p>
      <w:r>
        <w:rPr>
          <w:b/>
        </w:rPr>
        <w:t xml:space="preserve">[16:30] </w:t>
      </w:r>
      <w:r>
        <w:t>rasool Allah ne arab mein daura kahan kiya? daura kahan kiya? kyunke sare arab ke log wahi aa jate the.</w:t>
      </w:r>
    </w:p>
    <w:p>
      <w:pPr>
        <w:jc w:val="right"/>
      </w:pPr>
      <w:r>
        <w:t>رسول اللہ نے عرب میں دورہ کہاں کیا؟ دورہ کہاں کیا؟ کیونکہ سارے عرب کے لوگ وہی آ جاتے تھے.</w:t>
      </w:r>
    </w:p>
    <w:p>
      <w:r>
        <w:rPr>
          <w:b/>
        </w:rPr>
        <w:t xml:space="preserve">[16:34] </w:t>
      </w:r>
      <w:r>
        <w:t>saal bhar aate rehte the.</w:t>
      </w:r>
    </w:p>
    <w:p>
      <w:pPr>
        <w:jc w:val="right"/>
      </w:pPr>
      <w:r>
        <w:t>سال بھر آتے رہتے تھے.</w:t>
      </w:r>
    </w:p>
    <w:p>
      <w:r>
        <w:rPr>
          <w:b/>
        </w:rPr>
        <w:t xml:space="preserve">[16:38] </w:t>
      </w:r>
      <w:r>
        <w:t>mele lagta tha mele. bazaar.</w:t>
      </w:r>
    </w:p>
    <w:p>
      <w:pPr>
        <w:jc w:val="right"/>
      </w:pPr>
      <w:r>
        <w:t>میلہ لگتا تھا میلہ. بازار.</w:t>
      </w:r>
    </w:p>
    <w:p>
      <w:r>
        <w:rPr>
          <w:b/>
        </w:rPr>
        <w:t xml:space="preserve">[16:42] </w:t>
      </w:r>
      <w:r>
        <w:t>to aap ne is ko bator idea istemal kiya.</w:t>
      </w:r>
    </w:p>
    <w:p>
      <w:pPr>
        <w:jc w:val="right"/>
      </w:pPr>
      <w:r>
        <w:t>تو آپ نے اس کو بطور آئیڈیا استعمال کیا.</w:t>
      </w:r>
    </w:p>
    <w:p>
      <w:r>
        <w:rPr>
          <w:b/>
        </w:rPr>
        <w:t xml:space="preserve">[16:47] </w:t>
      </w:r>
      <w:r>
        <w:t>yani aap ka tareeqa ikhtiyar kiya ke bulton ko aap ne ignore kiya.</w:t>
      </w:r>
    </w:p>
    <w:p>
      <w:pPr>
        <w:jc w:val="right"/>
      </w:pPr>
      <w:r>
        <w:t>یعنی آپ کا طریقہ اختیار کیا کہ بتوں کو آپ نے اگنور کیا.</w:t>
      </w:r>
    </w:p>
    <w:p>
      <w:r>
        <w:rPr>
          <w:b/>
        </w:rPr>
        <w:t xml:space="preserve">[16:52] </w:t>
      </w:r>
      <w:r>
        <w:t>aur jo wahan gathering hoti thi us ko audience ke taur par istemal kiya.</w:t>
      </w:r>
    </w:p>
    <w:p>
      <w:pPr>
        <w:jc w:val="right"/>
      </w:pPr>
      <w:r>
        <w:t>اور جو وہاں گیدرنگ ہوتی تھی اس کو آڈینس کے طور پر استعمال کیا.</w:t>
      </w:r>
    </w:p>
    <w:p>
      <w:r>
        <w:rPr>
          <w:b/>
        </w:rPr>
        <w:t xml:space="preserve">[16:57] </w:t>
      </w:r>
      <w:r>
        <w:t>yeh thi is ka naam hikmat.</w:t>
      </w:r>
    </w:p>
    <w:p>
      <w:pPr>
        <w:jc w:val="right"/>
      </w:pPr>
      <w:r>
        <w:t>یہ تھی اس کا نام حکمت.</w:t>
      </w:r>
    </w:p>
    <w:p>
      <w:r>
        <w:rPr>
          <w:b/>
        </w:rPr>
        <w:t xml:space="preserve">[17:03] </w:t>
      </w:r>
      <w:r>
        <w:t>is ka naam hikmat.</w:t>
      </w:r>
    </w:p>
    <w:p>
      <w:pPr>
        <w:jc w:val="right"/>
      </w:pPr>
      <w:r>
        <w:t>اس کا نام حکمت.</w:t>
      </w:r>
    </w:p>
    <w:p>
      <w:r>
        <w:rPr>
          <w:b/>
        </w:rPr>
        <w:t xml:space="preserve">[17:08] </w:t>
      </w:r>
      <w:r>
        <w:t>yani bulton ki maujoodgi jo muqaddas kaba mein thi us ko</w:t>
      </w:r>
    </w:p>
    <w:p>
      <w:pPr>
        <w:jc w:val="right"/>
      </w:pPr>
      <w:r>
        <w:t>یعنی بتوں کی موجودگی جو مقدس کعبہ میں تھی اس کو</w:t>
      </w:r>
    </w:p>
    <w:p>
      <w:r>
        <w:rPr>
          <w:b/>
        </w:rPr>
        <w:t xml:space="preserve">[17:13] </w:t>
      </w:r>
      <w:r>
        <w:t>ignore karna.</w:t>
      </w:r>
    </w:p>
    <w:p>
      <w:pPr>
        <w:jc w:val="right"/>
      </w:pPr>
      <w:r>
        <w:t>اگنور کرنا.</w:t>
      </w:r>
    </w:p>
    <w:p>
      <w:r>
        <w:rPr>
          <w:b/>
        </w:rPr>
        <w:t xml:space="preserve">[17:17] </w:t>
      </w:r>
      <w:r>
        <w:t>aur is ki wajah se jo gathering wahan hoti thi us ko apne liye as an audience istemal karna.</w:t>
      </w:r>
    </w:p>
    <w:p>
      <w:pPr>
        <w:jc w:val="right"/>
      </w:pPr>
      <w:r>
        <w:t>اور اس کی وجہ سے جو گیدرنگ وہاں ہوتی تھی اس کو اپنے لیے as an audience استعمال کرنا.</w:t>
      </w:r>
    </w:p>
    <w:p>
      <w:r>
        <w:rPr>
          <w:b/>
        </w:rPr>
        <w:t xml:space="preserve">[17:21] </w:t>
      </w:r>
      <w:r>
        <w:t>yeh thi wisdom.</w:t>
      </w:r>
    </w:p>
    <w:p>
      <w:pPr>
        <w:jc w:val="right"/>
      </w:pPr>
      <w:r>
        <w:t>یہ تھی wisdom.</w:t>
      </w:r>
    </w:p>
    <w:p>
      <w:r>
        <w:rPr>
          <w:b/>
        </w:rPr>
        <w:t xml:space="preserve">[17:26] </w:t>
      </w:r>
      <w:r>
        <w:t>teesri woh to uswa hai jo rasool Allah ke bare mein jo farmaya quran mein ke hikmat ki</w:t>
      </w:r>
    </w:p>
    <w:p>
      <w:pPr>
        <w:jc w:val="right"/>
      </w:pPr>
      <w:r>
        <w:t>تیسری وہ تو اسوہ ہے جو رسول اللہ کے بارے میں جو فرمایا قرآن میں کہ حکمت کی</w:t>
      </w:r>
    </w:p>
    <w:p>
      <w:r>
        <w:rPr>
          <w:b/>
        </w:rPr>
        <w:t xml:space="preserve">[17:30] </w:t>
      </w:r>
      <w:r>
        <w:t>taleem dete hain.</w:t>
      </w:r>
    </w:p>
    <w:p>
      <w:pPr>
        <w:jc w:val="right"/>
      </w:pPr>
      <w:r>
        <w:t>تعلیم دیتے ہیں.</w:t>
      </w:r>
    </w:p>
    <w:p>
      <w:r>
        <w:rPr>
          <w:b/>
        </w:rPr>
        <w:t xml:space="preserve">[17:34] </w:t>
      </w:r>
      <w:r>
        <w:t>to quran ki taleem aur hikmat ki taleem.</w:t>
      </w:r>
    </w:p>
    <w:p>
      <w:pPr>
        <w:jc w:val="right"/>
      </w:pPr>
      <w:r>
        <w:t>تو قرآن کی تعلیم اور حکمت کی تعلیم.</w:t>
      </w:r>
    </w:p>
    <w:p>
      <w:r>
        <w:rPr>
          <w:b/>
        </w:rPr>
        <w:t xml:space="preserve">[17:38] </w:t>
      </w:r>
      <w:r>
        <w:t>quran ki taleem to wahi hai jo maan bant do fateh hamare paas hai</w:t>
      </w:r>
    </w:p>
    <w:p>
      <w:pPr>
        <w:jc w:val="right"/>
      </w:pPr>
      <w:r>
        <w:t>قرآن کی تعلیم تو وہی ہے جو ماں بنت دو فتح ہمارے پاس ہے</w:t>
      </w:r>
    </w:p>
    <w:p>
      <w:r>
        <w:rPr>
          <w:b/>
        </w:rPr>
        <w:t xml:space="preserve">[17:43] </w:t>
      </w:r>
      <w:r>
        <w:t>.</w:t>
      </w:r>
    </w:p>
    <w:p>
      <w:pPr>
        <w:jc w:val="right"/>
      </w:pPr>
      <w:r>
        <w:t>.</w:t>
      </w:r>
    </w:p>
    <w:p>
      <w:r>
        <w:rPr>
          <w:b/>
        </w:rPr>
        <w:t xml:space="preserve">[17:49] </w:t>
      </w:r>
      <w:r>
        <w:t>mujallad kitab ki shakal.</w:t>
      </w:r>
    </w:p>
    <w:p>
      <w:pPr>
        <w:jc w:val="right"/>
      </w:pPr>
      <w:r>
        <w:t>مجلد کتاب کی شکل.</w:t>
      </w:r>
    </w:p>
    <w:p>
      <w:r>
        <w:rPr>
          <w:b/>
        </w:rPr>
        <w:t xml:space="preserve">[17:55] </w:t>
      </w:r>
      <w:r>
        <w:t>jo aap ne quran ki taleem di woh to hamare paas maujood hai.</w:t>
      </w:r>
    </w:p>
    <w:p>
      <w:pPr>
        <w:jc w:val="right"/>
      </w:pPr>
      <w:r>
        <w:t>جو آپ نے قرآن کی تعلیم دی وہ تو ہمارے پاس موجود ہے.</w:t>
      </w:r>
    </w:p>
    <w:p>
      <w:r>
        <w:rPr>
          <w:b/>
        </w:rPr>
        <w:t xml:space="preserve">[18:01] </w:t>
      </w:r>
      <w:r>
        <w:t>لیکن جو آپ کا اسوہ تھا in terms of wisdom, in terms of wisdom, وہ وہ کہاں ہے؟ وہ ہمیں.</w:t>
      </w:r>
    </w:p>
    <w:p>
      <w:pPr>
        <w:jc w:val="right"/>
      </w:pPr>
      <w:r>
        <w:t>لیکن جو آپ کا اسوہ تھا in terms of حکمت in terms of wisdom وہ وہ کہاں ہے؟ وہ ہمیں.</w:t>
      </w:r>
    </w:p>
    <w:p>
      <w:r>
        <w:rPr>
          <w:b/>
        </w:rPr>
        <w:t xml:space="preserve">[18:07] </w:t>
      </w:r>
      <w:r>
        <w:t>kyunke woh woh woh hai zahir se ab yani applied way mein hamein janna parega.</w:t>
      </w:r>
    </w:p>
    <w:p>
      <w:pPr>
        <w:jc w:val="right"/>
      </w:pPr>
      <w:r>
        <w:t>کیونکہ وہ وہ وہ ہے ظاہر سے اب یعنی اپلائیڈ way میں ہمیں جاننا پڑے گا.</w:t>
      </w:r>
    </w:p>
    <w:p>
      <w:r>
        <w:rPr>
          <w:b/>
        </w:rPr>
        <w:t xml:space="preserve">[18:13] </w:t>
      </w:r>
      <w:r>
        <w:t>kyunke wahi cheez hamesha nahi rahegi.</w:t>
      </w:r>
    </w:p>
    <w:p>
      <w:pPr>
        <w:jc w:val="right"/>
      </w:pPr>
      <w:r>
        <w:t>کیونکہ وہی چیز ہمیشہ نہیں رہے گی.</w:t>
      </w:r>
    </w:p>
    <w:p>
      <w:r>
        <w:rPr>
          <w:b/>
        </w:rPr>
        <w:t xml:space="preserve">[18:18] </w:t>
      </w:r>
      <w:r>
        <w:t>aaj ke halaat doosre hain hamesha halaat doosre rahenge.</w:t>
      </w:r>
    </w:p>
    <w:p>
      <w:pPr>
        <w:jc w:val="right"/>
      </w:pPr>
      <w:r>
        <w:t>آج کے حالات دوسرے ہیں ہمیشہ حالات دوسرے رہیں گے.</w:t>
      </w:r>
    </w:p>
    <w:p>
      <w:r>
        <w:rPr>
          <w:b/>
        </w:rPr>
        <w:t xml:space="preserve">[18:24] </w:t>
      </w:r>
      <w:r>
        <w:t>to hikmat ya wisdom ko applied way mein hamein discover karna parega.</w:t>
      </w:r>
    </w:p>
    <w:p>
      <w:pPr>
        <w:jc w:val="right"/>
      </w:pPr>
      <w:r>
        <w:t>تو حکمت یا wisdom کو اپلائیڈ way میں ہمیں ڈسکور کرنا پڑے گا.</w:t>
      </w:r>
    </w:p>
    <w:p>
      <w:r>
        <w:rPr>
          <w:b/>
        </w:rPr>
        <w:t xml:space="preserve">[18:29] </w:t>
      </w:r>
      <w:r>
        <w:t>tab hum jaan payenge.</w:t>
      </w:r>
    </w:p>
    <w:p>
      <w:pPr>
        <w:jc w:val="right"/>
      </w:pPr>
      <w:r>
        <w:t>تب ہم جان پائیں گے.</w:t>
      </w:r>
    </w:p>
    <w:p>
      <w:r>
        <w:rPr>
          <w:b/>
        </w:rPr>
        <w:t xml:space="preserve">[18:34] </w:t>
      </w:r>
      <w:r>
        <w:t>is wajah se hum is uswa ko ke ek cheez ko ignore karna aur doosri cheez ko istemal</w:t>
      </w:r>
    </w:p>
    <w:p>
      <w:pPr>
        <w:jc w:val="right"/>
      </w:pPr>
      <w:r>
        <w:t>اس وجہ سے ہم اس اسوہ کو کہ ایک چیز کو اگنور کرنا اور دوسری چیز کو استعمال</w:t>
      </w:r>
    </w:p>
    <w:p>
      <w:r>
        <w:rPr>
          <w:b/>
        </w:rPr>
        <w:t xml:space="preserve">[18:39] </w:t>
      </w:r>
      <w:r>
        <w:t>karna is se bekhabar hain.</w:t>
      </w:r>
    </w:p>
    <w:p>
      <w:pPr>
        <w:jc w:val="right"/>
      </w:pPr>
      <w:r>
        <w:t>کرنا اس سے بے خبر ہیں.</w:t>
      </w:r>
    </w:p>
    <w:p>
      <w:r>
        <w:rPr>
          <w:b/>
        </w:rPr>
        <w:t xml:space="preserve">[18:44] </w:t>
      </w:r>
      <w:r>
        <w:t>saari duniya mein.</w:t>
      </w:r>
    </w:p>
    <w:p>
      <w:pPr>
        <w:jc w:val="right"/>
      </w:pPr>
      <w:r>
        <w:t>ساری دنیا میں.</w:t>
      </w:r>
    </w:p>
    <w:p>
      <w:r>
        <w:rPr>
          <w:b/>
        </w:rPr>
        <w:t xml:space="preserve">[18:49] </w:t>
      </w:r>
      <w:r>
        <w:t>misalan dekhiye is zamane mein western civilization ka problem hua.</w:t>
      </w:r>
    </w:p>
    <w:p>
      <w:pPr>
        <w:jc w:val="right"/>
      </w:pPr>
      <w:r>
        <w:t>مثلاً دیکھیے اس زمانے میں ویسٹرن سولائزیشن کا پرابلم ہوا.</w:t>
      </w:r>
    </w:p>
    <w:p>
      <w:r>
        <w:rPr>
          <w:b/>
        </w:rPr>
        <w:t xml:space="preserve">[18:53] </w:t>
      </w:r>
      <w:r>
        <w:t>colonialism ka problem hua.</w:t>
      </w:r>
    </w:p>
    <w:p>
      <w:pPr>
        <w:jc w:val="right"/>
      </w:pPr>
      <w:r>
        <w:t>کلونیلزم کا پرابلم ہوا.</w:t>
      </w:r>
    </w:p>
    <w:p>
      <w:r>
        <w:rPr>
          <w:b/>
        </w:rPr>
        <w:t xml:space="preserve">[18:58] </w:t>
      </w:r>
      <w:r>
        <w:t>zahideen ka problem hua.</w:t>
      </w:r>
    </w:p>
    <w:p>
      <w:pPr>
        <w:jc w:val="right"/>
      </w:pPr>
      <w:r>
        <w:t>زاہدین کا پرابلم ہوا.</w:t>
      </w:r>
    </w:p>
    <w:p>
      <w:r>
        <w:rPr>
          <w:b/>
        </w:rPr>
        <w:t xml:space="preserve">[19:02] </w:t>
      </w:r>
      <w:r>
        <w:t>india mein communalism ka problem hua.</w:t>
      </w:r>
    </w:p>
    <w:p>
      <w:pPr>
        <w:jc w:val="right"/>
      </w:pPr>
      <w:r>
        <w:t>انڈیا میں کمیونلزم کا پرابلم ہوا.</w:t>
      </w:r>
    </w:p>
    <w:p>
      <w:r>
        <w:rPr>
          <w:b/>
        </w:rPr>
        <w:t xml:space="preserve">[19:07] </w:t>
      </w:r>
      <w:r>
        <w:t>to saare musalman duniya bhar mein lagay larnay.</w:t>
      </w:r>
    </w:p>
    <w:p>
      <w:pPr>
        <w:jc w:val="right"/>
      </w:pPr>
      <w:r>
        <w:t>تو سارے مسلمان دنیا بھر میں لگے لڑنے.</w:t>
      </w:r>
    </w:p>
    <w:p>
      <w:r>
        <w:rPr>
          <w:b/>
        </w:rPr>
        <w:t xml:space="preserve">[19:12] </w:t>
      </w:r>
      <w:r>
        <w:t>rasool Allah ne jo kaam nahi kiya tha ke aap</w:t>
      </w:r>
    </w:p>
    <w:p>
      <w:pPr>
        <w:jc w:val="right"/>
      </w:pPr>
      <w:r>
        <w:t>رسول اللہ نے جو کام نہیں کیا تھا کہ آپ</w:t>
      </w:r>
    </w:p>
    <w:p>
      <w:r>
        <w:rPr>
          <w:b/>
        </w:rPr>
        <w:t xml:space="preserve">[19:16] </w:t>
      </w:r>
      <w:r>
        <w:t>buton ke naam par ladaai nahi shuru ki thi aap ne.</w:t>
      </w:r>
    </w:p>
    <w:p>
      <w:pPr>
        <w:jc w:val="right"/>
      </w:pPr>
      <w:r>
        <w:t>بتوں کے نام پر لڑائی نہیں شروع کی تھی آپ نے.</w:t>
      </w:r>
    </w:p>
    <w:p>
      <w:r>
        <w:rPr>
          <w:b/>
        </w:rPr>
        <w:t xml:space="preserve">[19:21] </w:t>
      </w:r>
      <w:r>
        <w:t>wohi karne lagay jo nahi nahi kiya tha.</w:t>
      </w:r>
    </w:p>
    <w:p>
      <w:pPr>
        <w:jc w:val="right"/>
      </w:pPr>
      <w:r>
        <w:t>وہی کرنے لگے جو نہیں نہیں کیا تھا.</w:t>
      </w:r>
    </w:p>
    <w:p>
      <w:r>
        <w:rPr>
          <w:b/>
        </w:rPr>
        <w:t xml:space="preserve">[19:25] </w:t>
      </w:r>
      <w:r>
        <w:t>aur jo uswa tha wo kya tha? wo yeh ke hum aaj ke halaat mein is ko apply karte.</w:t>
      </w:r>
    </w:p>
    <w:p>
      <w:pPr>
        <w:jc w:val="right"/>
      </w:pPr>
      <w:r>
        <w:t>اور جو اسوہ تھا وہ کیا تھا؟ وہ یہ کہ ہم آج کے حالات میں اس کو اپلائی کرتے.</w:t>
      </w:r>
    </w:p>
    <w:p>
      <w:r>
        <w:rPr>
          <w:b/>
        </w:rPr>
        <w:t xml:space="preserve">[19:29] </w:t>
      </w:r>
      <w:r>
        <w:t>ke agar kuch negative aspects hain modern civilization ke.</w:t>
      </w:r>
    </w:p>
    <w:p>
      <w:pPr>
        <w:jc w:val="right"/>
      </w:pPr>
      <w:r>
        <w:t>کہ اگر کچھ نیگیٹیو aspects ہیں ماڈرن سولائزیشن کے.</w:t>
      </w:r>
    </w:p>
    <w:p>
      <w:r>
        <w:rPr>
          <w:b/>
        </w:rPr>
        <w:t xml:space="preserve">[19:33] </w:t>
      </w:r>
      <w:r>
        <w:t>koi negative aspects hain colonialism ke. colonialism ke.</w:t>
      </w:r>
    </w:p>
    <w:p>
      <w:pPr>
        <w:jc w:val="right"/>
      </w:pPr>
      <w:r>
        <w:t>کوئی نیگیٹیو aspects ہیں کلونیلزم کے. کلونیلزم کے.</w:t>
      </w:r>
    </w:p>
    <w:p>
      <w:r>
        <w:rPr>
          <w:b/>
        </w:rPr>
        <w:t xml:space="preserve">[19:38] </w:t>
      </w:r>
      <w:r>
        <w:t>koi negative aspects hain zahideen ke.</w:t>
      </w:r>
    </w:p>
    <w:p>
      <w:pPr>
        <w:jc w:val="right"/>
      </w:pPr>
      <w:r>
        <w:t>کوئی نیگیٹیو aspects ہیں زاہدین کے.</w:t>
      </w:r>
    </w:p>
    <w:p>
      <w:r>
        <w:rPr>
          <w:b/>
        </w:rPr>
        <w:t xml:space="preserve">[19:42] </w:t>
      </w:r>
      <w:r>
        <w:t>to hum is ko ignore karte</w:t>
      </w:r>
    </w:p>
    <w:p>
      <w:pPr>
        <w:jc w:val="right"/>
      </w:pPr>
      <w:r>
        <w:t>تو ہم اس کو اگنور کرتے</w:t>
      </w:r>
    </w:p>
    <w:p>
      <w:r>
        <w:rPr>
          <w:b/>
        </w:rPr>
        <w:t xml:space="preserve">[19:46] </w:t>
      </w:r>
      <w:r>
        <w:t>.</w:t>
      </w:r>
    </w:p>
    <w:p>
      <w:pPr>
        <w:jc w:val="right"/>
      </w:pPr>
      <w:r>
        <w:t>.</w:t>
      </w:r>
    </w:p>
    <w:p>
      <w:r>
        <w:rPr>
          <w:b/>
        </w:rPr>
        <w:t xml:space="preserve">[19:51] </w:t>
      </w:r>
      <w:r>
        <w:t>is mein jo nukta hai is mein jo hamare mufeed matlab cheezein hain is ko discover kar ke</w:t>
      </w:r>
    </w:p>
    <w:p>
      <w:pPr>
        <w:jc w:val="right"/>
      </w:pPr>
      <w:r>
        <w:t>اس میں جو نکٹر ہے اس میں جو ہمارے مفید مطلب چیزیں ہیں اس کو ڈسکور کر کے</w:t>
      </w:r>
    </w:p>
    <w:p>
      <w:r>
        <w:rPr>
          <w:b/>
        </w:rPr>
        <w:t xml:space="preserve">[19:55] </w:t>
      </w:r>
      <w:r>
        <w:t>is ko hum istemal karte. utilize karte.</w:t>
      </w:r>
    </w:p>
    <w:p>
      <w:pPr>
        <w:jc w:val="right"/>
      </w:pPr>
      <w:r>
        <w:t>اس کو ہم استعمال کرتے. یوٹیلائز کرتے.</w:t>
      </w:r>
    </w:p>
    <w:p>
      <w:r>
        <w:rPr>
          <w:b/>
        </w:rPr>
        <w:t xml:space="preserve">[20:00] </w:t>
      </w:r>
      <w:r>
        <w:t>yeh hota prophetic victim ko jaan kar is ko istemal karna.</w:t>
      </w:r>
    </w:p>
    <w:p>
      <w:pPr>
        <w:jc w:val="right"/>
      </w:pPr>
      <w:r>
        <w:t>یہ ہوتا پرافٹک وکٹم کو جان کر اس کو استعمال کرنا.</w:t>
      </w:r>
    </w:p>
    <w:p>
      <w:r>
        <w:rPr>
          <w:b/>
        </w:rPr>
        <w:t xml:space="preserve">[20:04] </w:t>
      </w:r>
      <w:r>
        <w:t>misalan kai jagah aap jante hain ke tourist bohat atay hain.</w:t>
      </w:r>
    </w:p>
    <w:p>
      <w:pPr>
        <w:jc w:val="right"/>
      </w:pPr>
      <w:r>
        <w:t>مثلاً کئی جگہ آپ جانتے ہیں کہ ٹورسٹ بہت آتے ہیں.</w:t>
      </w:r>
    </w:p>
    <w:p>
      <w:r>
        <w:rPr>
          <w:b/>
        </w:rPr>
        <w:t xml:space="preserve">[20:09] </w:t>
      </w:r>
      <w:r>
        <w:t>to musalman bomb martay hain.</w:t>
      </w:r>
    </w:p>
    <w:p>
      <w:pPr>
        <w:jc w:val="right"/>
      </w:pPr>
      <w:r>
        <w:t>تو مسلمان بم مارتے ہیں.</w:t>
      </w:r>
    </w:p>
    <w:p>
      <w:r>
        <w:rPr>
          <w:b/>
        </w:rPr>
        <w:t xml:space="preserve">[20:13] </w:t>
      </w:r>
      <w:r>
        <w:t>ke yahan aa kar hamare haan western culture phaila rahay hain.</w:t>
      </w:r>
    </w:p>
    <w:p>
      <w:pPr>
        <w:jc w:val="right"/>
      </w:pPr>
      <w:r>
        <w:t>کہ یہاں آ کر ہمارے ہاں ویسٹرن کلچر پھیلا رہے ہیں.</w:t>
      </w:r>
    </w:p>
    <w:p>
      <w:r>
        <w:rPr>
          <w:b/>
        </w:rPr>
        <w:t xml:space="preserve">[20:18] </w:t>
      </w:r>
      <w:r>
        <w:t>ab dekhiye tourist aap atay hain wahan.</w:t>
      </w:r>
    </w:p>
    <w:p>
      <w:pPr>
        <w:jc w:val="right"/>
      </w:pPr>
      <w:r>
        <w:t>اب دیکھیے ٹورسٹ آپ آتے ہیں وہاں.</w:t>
      </w:r>
    </w:p>
    <w:p>
      <w:r>
        <w:rPr>
          <w:b/>
        </w:rPr>
        <w:t xml:space="preserve">[20:25] </w:t>
      </w:r>
      <w:r>
        <w:t>to agar hum jante is wisdom ko jo rasool Allah ne ikhtiyar ki makkah mein to hum kya</w:t>
      </w:r>
    </w:p>
    <w:p>
      <w:pPr>
        <w:jc w:val="right"/>
      </w:pPr>
      <w:r>
        <w:t>تو اگر ہم جانتے اس wisdom کو جو رسول اللہ نے اختیار کی مکہ میں تو ہم کیا</w:t>
      </w:r>
    </w:p>
    <w:p>
      <w:r>
        <w:rPr>
          <w:b/>
        </w:rPr>
        <w:t xml:space="preserve">[20:33] </w:t>
      </w:r>
      <w:r>
        <w:t>karte? to tourist ke aane ko wahi samajhte hain jaise ke Makkah ke ibadat khane mein but aa gaye.</w:t>
      </w:r>
    </w:p>
    <w:p>
      <w:pPr>
        <w:jc w:val="right"/>
      </w:pPr>
      <w:r>
        <w:t>کرتے؟ تو ٹورسٹ کے آنے کو وہی سمجھتے ہیں جیسے کہ مکہ کے عبادت خانے میں بت آ گئے.</w:t>
      </w:r>
    </w:p>
    <w:p>
      <w:r>
        <w:rPr>
          <w:b/>
        </w:rPr>
        <w:t xml:space="preserve">[20:40] </w:t>
      </w:r>
      <w:r>
        <w:t>aur unke unke unke majma ko hazaron hazar tourist aate hain daily.</w:t>
      </w:r>
    </w:p>
    <w:p>
      <w:pPr>
        <w:jc w:val="right"/>
      </w:pPr>
      <w:r>
        <w:t>اور ان کے ان کے ان کے مجمع کو ہزاروں ہزار ٹورسٹ آتے ہیں daily.</w:t>
      </w:r>
    </w:p>
    <w:p>
      <w:r>
        <w:rPr>
          <w:b/>
        </w:rPr>
        <w:t xml:space="preserve">[20:48] </w:t>
      </w:r>
      <w:r>
        <w:t>un ko apne audience ke taur par istemal karte. mislan quran un ki zaban mein tayyar kar ke is ka chancellor chhapte aur phir un ko distribute karte. ke apne mulk se nikal kar wahan hamare paas khud hi aa gaye hain woh. ab un ki zaban mein islami literature phailao. to isi wisdom ka isi hikmat ka na istemal hota</w:t>
      </w:r>
    </w:p>
    <w:p>
      <w:pPr>
        <w:jc w:val="right"/>
      </w:pPr>
      <w:r>
        <w:t>ان کو اپنے آڈینس کے طور پر استعمال کرتے. مثلاً قرآن ان کی زبان میں تیار کر کے اس کا چانسلر چھاپتے اور پھر ان کو distribute کرتے. کہ اپنے ملک سے نکل کر وہاں ہمارے پاس خود ہی آ گئے ہیں وہ. اب ان کی زبان میں اسلامی لٹریچر پھیلاؤ. تو اسی wisdom کا اسی حکمت کا نہ استعمال ہوت</w:t>
      </w:r>
    </w:p>
    <w:p>
      <w:r>
        <w:rPr>
          <w:b/>
        </w:rPr>
        <w:t xml:space="preserve">[21:18] </w:t>
      </w:r>
      <w:r>
        <w:t>a applied istemal hota.</w:t>
      </w:r>
    </w:p>
    <w:p>
      <w:pPr>
        <w:jc w:val="right"/>
      </w:pPr>
      <w:r>
        <w:t>ا اپلائیڈ استعمال ہوتا.</w:t>
      </w:r>
    </w:p>
    <w:p>
      <w:r>
        <w:rPr>
          <w:b/>
        </w:rPr>
        <w:t xml:space="preserve">[21:24] </w:t>
      </w:r>
      <w:r>
        <w:t>lekin mujhe Noman ki koi is hikmat ko janta tha.</w:t>
      </w:r>
    </w:p>
    <w:p>
      <w:pPr>
        <w:jc w:val="right"/>
      </w:pPr>
      <w:r>
        <w:t>لیکن مجھے نعمان کی کوئی اس حکمت کو جانتا تھا.</w:t>
      </w:r>
    </w:p>
    <w:p>
      <w:r>
        <w:rPr>
          <w:b/>
        </w:rPr>
        <w:t xml:space="preserve">[21:30] </w:t>
      </w:r>
      <w:r>
        <w:t>kitabon mein to kisi ne likha nahi ke yeh hikmat hai.</w:t>
      </w:r>
    </w:p>
    <w:p>
      <w:pPr>
        <w:jc w:val="right"/>
      </w:pPr>
      <w:r>
        <w:t>کتابوں میں تو کسی نے لکھا نہیں کہ یہ حکمت ہے.</w:t>
      </w:r>
    </w:p>
    <w:p>
      <w:r>
        <w:rPr>
          <w:b/>
        </w:rPr>
        <w:t xml:space="preserve">[21:36] </w:t>
      </w:r>
      <w:r>
        <w:t>is hikmat ko dobara revive karo.</w:t>
      </w:r>
    </w:p>
    <w:p>
      <w:pPr>
        <w:jc w:val="right"/>
      </w:pPr>
      <w:r>
        <w:t>اس حکمت کو دوبارہ revive کرو.</w:t>
      </w:r>
    </w:p>
    <w:p>
      <w:r>
        <w:rPr>
          <w:b/>
        </w:rPr>
        <w:t xml:space="preserve">[21:42] </w:t>
      </w:r>
      <w:r>
        <w:t>mere ilm ke mutabiq kisi ne nahi kaha dunya mein Muslim dunya mein ke is hikmat ko revive karo. Touriston ke</w:t>
      </w:r>
    </w:p>
    <w:p>
      <w:pPr>
        <w:jc w:val="right"/>
      </w:pPr>
      <w:r>
        <w:t>میرے علم کے مطابق کسی نے نہیں کہا دنیا میں مسلم دنیا میں کہ اس حکمت کو revive کرو. ٹورسٹوں کے</w:t>
      </w:r>
    </w:p>
    <w:p>
      <w:r>
        <w:rPr>
          <w:b/>
        </w:rPr>
        <w:t xml:space="preserve">[21:48] </w:t>
      </w:r>
      <w:r>
        <w:t>andar agar kuch aisi baatein hain jo hamein pasand nahi hain to theek hai usko ignore karo.</w:t>
      </w:r>
    </w:p>
    <w:p>
      <w:pPr>
        <w:jc w:val="right"/>
      </w:pPr>
      <w:r>
        <w:t>اندر اگر کچھ ایسی باتیں ہیں جو ہمیں پسند نہیں ہیں تو ٹھیک ہے اس کو اگنور کرو.</w:t>
      </w:r>
    </w:p>
    <w:p>
      <w:r>
        <w:rPr>
          <w:b/>
        </w:rPr>
        <w:t xml:space="preserve">[21:53] </w:t>
      </w:r>
      <w:r>
        <w:t>woh woh jo audience de rahe hain hum ko audience is audience ko hamein istemal karna hai.</w:t>
      </w:r>
    </w:p>
    <w:p>
      <w:pPr>
        <w:jc w:val="right"/>
      </w:pPr>
      <w:r>
        <w:t>وہ وہ جو آڈینس دے رہے ہیں ہم کو آڈینس اس آڈینس کو ہمیں استعمال کرنا ہے.</w:t>
      </w:r>
    </w:p>
    <w:p>
      <w:r>
        <w:rPr>
          <w:b/>
        </w:rPr>
        <w:t xml:space="preserve">[21:59] </w:t>
      </w:r>
      <w:r>
        <w:t>bhai aisa nahi hua.</w:t>
      </w:r>
    </w:p>
    <w:p>
      <w:pPr>
        <w:jc w:val="right"/>
      </w:pPr>
      <w:r>
        <w:t>بھئی ایسا نہیں ہوا.</w:t>
      </w:r>
    </w:p>
    <w:p>
      <w:r>
        <w:rPr>
          <w:b/>
        </w:rPr>
        <w:t xml:space="preserve">[22:04] </w:t>
      </w:r>
      <w:r>
        <w:t>to is woh ko agar aap wasee tar mani mein lein mahdood mani mein na lein to bohat bara</w:t>
      </w:r>
    </w:p>
    <w:p>
      <w:pPr>
        <w:jc w:val="right"/>
      </w:pPr>
      <w:r>
        <w:t>تو اسوہ کو اگر آپ وسیع تر معنی میں لیں محدود معنی میں نہ لیں تو بہت بڑا</w:t>
      </w:r>
    </w:p>
    <w:p>
      <w:r>
        <w:rPr>
          <w:b/>
        </w:rPr>
        <w:t xml:space="preserve">[22:09] </w:t>
      </w:r>
      <w:r>
        <w:t>hum ko wisdom mil jayega.</w:t>
      </w:r>
    </w:p>
    <w:p>
      <w:pPr>
        <w:jc w:val="right"/>
      </w:pPr>
      <w:r>
        <w:t>ہم کو wisdom مل جائے گا.</w:t>
      </w:r>
    </w:p>
    <w:p>
      <w:r>
        <w:rPr>
          <w:b/>
        </w:rPr>
        <w:t xml:space="preserve">[22:15] </w:t>
      </w:r>
      <w:r>
        <w:t>bohat bari hikmat mil jayegi.</w:t>
      </w:r>
    </w:p>
    <w:p>
      <w:pPr>
        <w:jc w:val="right"/>
      </w:pPr>
      <w:r>
        <w:t>بہت بڑی حکمت مل جائے گی.</w:t>
      </w:r>
    </w:p>
    <w:p>
      <w:r>
        <w:rPr>
          <w:b/>
        </w:rPr>
        <w:t xml:space="preserve">[22:20] </w:t>
      </w:r>
      <w:r>
        <w:t>bohat bara wisdom.</w:t>
      </w:r>
    </w:p>
    <w:p>
      <w:pPr>
        <w:jc w:val="right"/>
      </w:pPr>
      <w:r>
        <w:t>بہت بڑا wisdom.</w:t>
      </w:r>
    </w:p>
    <w:p>
      <w:r>
        <w:rPr>
          <w:b/>
        </w:rPr>
        <w:t xml:space="preserve">[22:25] </w:t>
      </w:r>
      <w:r>
        <w:t>aisi dekhiye Rasool Allah ne hijrat ke baad jab aap Madinah mein se travel ho gaye the to</w:t>
      </w:r>
    </w:p>
    <w:p>
      <w:pPr>
        <w:jc w:val="right"/>
      </w:pPr>
      <w:r>
        <w:t>ایسی دیکھیے رسول اللہ نے ہجرت کے بعد جب آپ مدینہ میں سے ٹریول ہو گئے تھے تو</w:t>
      </w:r>
    </w:p>
    <w:p>
      <w:r>
        <w:rPr>
          <w:b/>
        </w:rPr>
        <w:t xml:space="preserve">[22:30] </w:t>
      </w:r>
      <w:r>
        <w:t>Makkah jana chaha umrah karne ke liye.</w:t>
      </w:r>
    </w:p>
    <w:p>
      <w:pPr>
        <w:jc w:val="right"/>
      </w:pPr>
      <w:r>
        <w:t>مکہ جانا چاہا عمرہ کرنے کے لیے.</w:t>
      </w:r>
    </w:p>
    <w:p>
      <w:r>
        <w:rPr>
          <w:b/>
        </w:rPr>
        <w:t xml:space="preserve">[22:35] </w:t>
      </w:r>
      <w:r>
        <w:t>Hudaybiyah ke maqam par unhon ne roka ke hum nahi jaane denge aap ko.</w:t>
      </w:r>
    </w:p>
    <w:p>
      <w:pPr>
        <w:jc w:val="right"/>
      </w:pPr>
      <w:r>
        <w:t>حدیبیہ کے مقام پر انہوں نے روکا کہ ہم نہیں جانے دیں گے آپ کو.</w:t>
      </w:r>
    </w:p>
    <w:p>
      <w:r>
        <w:rPr>
          <w:b/>
        </w:rPr>
        <w:t xml:space="preserve">[22:40] </w:t>
      </w:r>
      <w:r>
        <w:t>ab ek shart thi ke aap lad jaate ho is se.</w:t>
      </w:r>
    </w:p>
    <w:p>
      <w:pPr>
        <w:jc w:val="right"/>
      </w:pPr>
      <w:r>
        <w:t>اب ایک شرط تھی کہ آپ لڑ جاتے ہو اس سے.</w:t>
      </w:r>
    </w:p>
    <w:p>
      <w:r>
        <w:rPr>
          <w:b/>
        </w:rPr>
        <w:t xml:space="preserve">[22:45] </w:t>
      </w:r>
      <w:r>
        <w:t>yeh to hamara haq hai</w:t>
      </w:r>
    </w:p>
    <w:p>
      <w:pPr>
        <w:jc w:val="right"/>
      </w:pPr>
      <w:r>
        <w:t>یہ تو ہمارا حق ہے</w:t>
      </w:r>
    </w:p>
    <w:p>
      <w:r>
        <w:rPr>
          <w:b/>
        </w:rPr>
        <w:t xml:space="preserve">[22:50] </w:t>
      </w:r>
      <w:r>
        <w:t>hum jayenge.</w:t>
      </w:r>
    </w:p>
    <w:p>
      <w:pPr>
        <w:jc w:val="right"/>
      </w:pPr>
      <w:r>
        <w:t>ہم جائیں گے.</w:t>
      </w:r>
    </w:p>
    <w:p>
      <w:r>
        <w:rPr>
          <w:b/>
        </w:rPr>
        <w:t xml:space="preserve">[22:55] </w:t>
      </w:r>
      <w:r>
        <w:t>kaun rokega hum ko? to bhai ladai ladai ladai.</w:t>
      </w:r>
    </w:p>
    <w:p>
      <w:pPr>
        <w:jc w:val="right"/>
      </w:pPr>
      <w:r>
        <w:t>کون روکے گا ہم کو؟ تو بھئی لڑائی لڑائی لڑائی.</w:t>
      </w:r>
    </w:p>
    <w:p>
      <w:r>
        <w:rPr>
          <w:b/>
        </w:rPr>
        <w:t xml:space="preserve">[23:00] </w:t>
      </w:r>
      <w:r>
        <w:t>aur Islam chahe Islam ki tareekh wahin dafan ho jaye Hudaybiyah mein lekin ladte rehte aap ke hum</w:t>
      </w:r>
    </w:p>
    <w:p>
      <w:pPr>
        <w:jc w:val="right"/>
      </w:pPr>
      <w:r>
        <w:t>اور اسلام چاہے اسلام کی تاریخ وہیں دفن ہو جائے حدیبیہ میں لیکن لڑتے رہتے آپ کہ ہم</w:t>
      </w:r>
    </w:p>
    <w:p>
      <w:r>
        <w:rPr>
          <w:b/>
        </w:rPr>
        <w:t xml:space="preserve">[23:05] </w:t>
      </w:r>
      <w:r>
        <w:t>haq par hain is liye hum ladenge.</w:t>
      </w:r>
    </w:p>
    <w:p>
      <w:pPr>
        <w:jc w:val="right"/>
      </w:pPr>
      <w:r>
        <w:t>حق پر ہیں اس لیے ہم لڑیں گے.</w:t>
      </w:r>
    </w:p>
    <w:p>
      <w:r>
        <w:rPr>
          <w:b/>
        </w:rPr>
        <w:t xml:space="preserve">[23:10] </w:t>
      </w:r>
      <w:r>
        <w:t>aap ne aisa nahi kiya.</w:t>
      </w:r>
    </w:p>
    <w:p>
      <w:pPr>
        <w:jc w:val="right"/>
      </w:pPr>
      <w:r>
        <w:t>آپ نے ایسا نہیں کیا.</w:t>
      </w:r>
    </w:p>
    <w:p>
      <w:r>
        <w:rPr>
          <w:b/>
        </w:rPr>
        <w:t xml:space="preserve">[23:15] </w:t>
      </w:r>
      <w:r>
        <w:t>isi zamane ka waqia hai ke Hudaybiyah Makkah se ek Hudaybiyah ki taraf ek aa raha tha</w:t>
      </w:r>
    </w:p>
    <w:p>
      <w:pPr>
        <w:jc w:val="right"/>
      </w:pPr>
      <w:r>
        <w:t>اسی زمانے کا واقعہ ہے کہ حدیبیہ مکہ سے ایک حدیبیہ کی طرف ایک آ رہا تھا</w:t>
      </w:r>
    </w:p>
    <w:p>
      <w:r>
        <w:rPr>
          <w:b/>
        </w:rPr>
        <w:t xml:space="preserve">[23:20] </w:t>
      </w:r>
      <w:r>
        <w:t>dasta mushrikeen ka. khalid ki sarbarahi mein. to aap ko pata chala ke dasta aa raha hai. to aap ne kya kiya? us waqt aap safar mein thay. aap ne ab rasta badal diya. woh woh udhar se nikal gaye aap is taraf nikal gaye. to avoid kiya aap ne. avoid kiya aap ne. tab ja kar</w:t>
      </w:r>
    </w:p>
    <w:p>
      <w:pPr>
        <w:jc w:val="right"/>
      </w:pPr>
      <w:r>
        <w:t>دستہ مشرکین کا. خالد کی سربراہی میں. تو آپ کو پتہ چلا کہ دستہ آ رہا ہے. تو آپ نے کیا کیا؟ اس وقت آپ سفر میں تھے. آپ نے اب راستہ بدل دیا. وہ وہ ادھر سے نکل گئے آپ اس طرف نکل گئے. تو avoid کیا آپ نے. avoid کیا آپ نے. تب جا کر</w:t>
      </w:r>
    </w:p>
    <w:p>
      <w:r>
        <w:rPr>
          <w:b/>
        </w:rPr>
        <w:t xml:space="preserve">[23:50] </w:t>
      </w:r>
      <w:r>
        <w:t>ke hua possible ke hudaybiyah agreement hua jis ko quran ne fath bin kaha.</w:t>
      </w:r>
    </w:p>
    <w:p>
      <w:pPr>
        <w:jc w:val="right"/>
      </w:pPr>
      <w:r>
        <w:t>کے ہوا possible کہ حدیبیہ agreement ہوا جس کو قرآن نے فتح بن کہا.</w:t>
      </w:r>
    </w:p>
    <w:p>
      <w:r>
        <w:rPr>
          <w:b/>
        </w:rPr>
        <w:t xml:space="preserve">[23:55] </w:t>
      </w:r>
      <w:r>
        <w:t>is zamane mein sare mawaqe hain lekin hum hudaybiyah agreement karne ke liye tayyar nahi hain.</w:t>
      </w:r>
    </w:p>
    <w:p>
      <w:pPr>
        <w:jc w:val="right"/>
      </w:pPr>
      <w:r>
        <w:t>اس زمانے میں سارے مواقع ہیں لیکن ہم حدیبیہ agreement کرنے کے لیے تیار نہیں ہیں.</w:t>
      </w:r>
    </w:p>
    <w:p>
      <w:r>
        <w:rPr>
          <w:b/>
        </w:rPr>
        <w:t xml:space="preserve">[24:01] </w:t>
      </w:r>
      <w:r>
        <w:t>matlab ladai ladai ladai yeh kar rahe hain bas.</w:t>
      </w:r>
    </w:p>
    <w:p>
      <w:pPr>
        <w:jc w:val="right"/>
      </w:pPr>
      <w:r>
        <w:t>مطلب لڑائی لڑائی لڑائی یہ کر رہے ہیں بس.</w:t>
      </w:r>
    </w:p>
    <w:p>
      <w:r>
        <w:rPr>
          <w:b/>
        </w:rPr>
        <w:t xml:space="preserve">[24:06] </w:t>
      </w:r>
      <w:r>
        <w:t>aaj agreement karne ki zaroorat nahi hai.</w:t>
      </w:r>
    </w:p>
    <w:p>
      <w:pPr>
        <w:jc w:val="right"/>
      </w:pPr>
      <w:r>
        <w:t>آج agreement کرنے کی ضرورت نہیں ہے.</w:t>
      </w:r>
    </w:p>
    <w:p>
      <w:r>
        <w:rPr>
          <w:b/>
        </w:rPr>
        <w:t xml:space="preserve">[24:11] </w:t>
      </w:r>
      <w:r>
        <w:t>aaj to sirf agreement to hai hi hai.</w:t>
      </w:r>
    </w:p>
    <w:p>
      <w:pPr>
        <w:jc w:val="right"/>
      </w:pPr>
      <w:r>
        <w:t>آج تو صرف agreement تو ہے ہی ہے.</w:t>
      </w:r>
    </w:p>
    <w:p>
      <w:r>
        <w:rPr>
          <w:b/>
        </w:rPr>
        <w:t xml:space="preserve">[24:16] </w:t>
      </w:r>
      <w:r>
        <w:t>United Nations ne jo charter</w:t>
      </w:r>
    </w:p>
    <w:p>
      <w:pPr>
        <w:jc w:val="right"/>
      </w:pPr>
      <w:r>
        <w:t>United Nations نے جو charter</w:t>
      </w:r>
    </w:p>
    <w:p>
      <w:r>
        <w:rPr>
          <w:b/>
        </w:rPr>
        <w:t xml:space="preserve">[24:22] </w:t>
      </w:r>
      <w:r>
        <w:t>jo jo jo is ka jo charter hai universal decision of human rights woh to already hudaybiyah agreement hai.</w:t>
      </w:r>
    </w:p>
    <w:p>
      <w:pPr>
        <w:jc w:val="right"/>
      </w:pPr>
      <w:r>
        <w:t>جو جو جو اس کا جو charter ہے universal decision of human rights وہ تو already حدیبیہ agreement ہے.</w:t>
      </w:r>
    </w:p>
    <w:p>
      <w:r>
        <w:rPr>
          <w:b/>
        </w:rPr>
        <w:t xml:space="preserve">[24:28] </w:t>
      </w:r>
      <w:r>
        <w:t>is ko accept karna hai.</w:t>
      </w:r>
    </w:p>
    <w:p>
      <w:pPr>
        <w:jc w:val="right"/>
      </w:pPr>
      <w:r>
        <w:t>اس کو accept کرنا ہے.</w:t>
      </w:r>
    </w:p>
    <w:p>
      <w:r>
        <w:rPr>
          <w:b/>
        </w:rPr>
        <w:t xml:space="preserve">[24:34] </w:t>
      </w:r>
      <w:r>
        <w:t>is ke mawaqe ko avail karna hai.</w:t>
      </w:r>
    </w:p>
    <w:p>
      <w:pPr>
        <w:jc w:val="right"/>
      </w:pPr>
      <w:r>
        <w:t>اس کے مواقع کو avail کرنا ہے.</w:t>
      </w:r>
    </w:p>
    <w:p>
      <w:r>
        <w:rPr>
          <w:b/>
        </w:rPr>
        <w:t xml:space="preserve">[24:40] </w:t>
      </w:r>
      <w:r>
        <w:t>bas is ke mawaqe ko avail karna hai bas aur kuch karna hi nahi hai.</w:t>
      </w:r>
    </w:p>
    <w:p>
      <w:pPr>
        <w:jc w:val="right"/>
      </w:pPr>
      <w:r>
        <w:t>بس اس کے مواقع کو avail کرنا ہے بس اور کچھ کرنا ہی نہیں ہے.</w:t>
      </w:r>
    </w:p>
    <w:p>
      <w:r>
        <w:rPr>
          <w:b/>
        </w:rPr>
        <w:t xml:space="preserve">[24:46] </w:t>
      </w:r>
      <w:r>
        <w:t>lekin is waqt ka bohat hi mehdood hai logon ke zehan mein ke dadi aisi ho pajama aisa ho.</w:t>
      </w:r>
    </w:p>
    <w:p>
      <w:pPr>
        <w:jc w:val="right"/>
      </w:pPr>
      <w:r>
        <w:t>لیکن اس وقت کا بہت ہی محدود ہے لوگوں کے ذہن میں کہ داڑھی ایسی ہو پجامہ ایسا ہو.</w:t>
      </w:r>
    </w:p>
    <w:p>
      <w:r>
        <w:rPr>
          <w:b/>
        </w:rPr>
        <w:t xml:space="preserve">[24:52] </w:t>
      </w:r>
      <w:r>
        <w:t>topi aisi ho kapra aisa ho.</w:t>
      </w:r>
    </w:p>
    <w:p>
      <w:pPr>
        <w:jc w:val="right"/>
      </w:pPr>
      <w:r>
        <w:t>ٹوپی ایسی ہو کپڑا ایسا ہو.</w:t>
      </w:r>
    </w:p>
    <w:p>
      <w:r>
        <w:rPr>
          <w:b/>
        </w:rPr>
        <w:t xml:space="preserve">[24:56] </w:t>
      </w:r>
      <w:r>
        <w:t>isi ko is woh samajhte hain.</w:t>
      </w:r>
    </w:p>
    <w:p>
      <w:pPr>
        <w:jc w:val="right"/>
      </w:pPr>
      <w:r>
        <w:t>اسی کو اسوہ سمجھتے ہیں.</w:t>
      </w:r>
    </w:p>
    <w:p>
      <w:r>
        <w:rPr>
          <w:b/>
        </w:rPr>
        <w:t xml:space="preserve">[24:59] </w:t>
      </w:r>
      <w:r>
        <w:t>jis ko kehte hain shanakht identity.</w:t>
      </w:r>
    </w:p>
    <w:p>
      <w:pPr>
        <w:jc w:val="right"/>
      </w:pPr>
      <w:r>
        <w:t>جس کو کہتے ہیں شناخت identity.</w:t>
      </w:r>
    </w:p>
    <w:p>
      <w:r>
        <w:rPr>
          <w:b/>
        </w:rPr>
        <w:t xml:space="preserve">[25:03] </w:t>
      </w:r>
      <w:r>
        <w:t>dress ke aitbar se aur inhi cheezon ke aitbar se.</w:t>
      </w:r>
    </w:p>
    <w:p>
      <w:pPr>
        <w:jc w:val="right"/>
      </w:pPr>
      <w:r>
        <w:t>dress کے اعتبار سے اور انہی چیزوں کے اعتبار سے.</w:t>
      </w:r>
    </w:p>
    <w:p>
      <w:r>
        <w:rPr>
          <w:b/>
        </w:rPr>
        <w:t xml:space="preserve">[25:07] </w:t>
      </w:r>
      <w:r>
        <w:t>is se dhoom machate hain is ki khoob dhoom machate hain.</w:t>
      </w:r>
    </w:p>
    <w:p>
      <w:pPr>
        <w:jc w:val="right"/>
      </w:pPr>
      <w:r>
        <w:t>اس سے دھوم مچاتے ہیں اس کی خوب دھوم مچاتے ہیں.</w:t>
      </w:r>
    </w:p>
    <w:p>
      <w:r>
        <w:rPr>
          <w:b/>
        </w:rPr>
        <w:t xml:space="preserve">[25:11] </w:t>
      </w:r>
      <w:r>
        <w:t>lekin jo real is woh hai is se be khabar hain.</w:t>
      </w:r>
    </w:p>
    <w:p>
      <w:pPr>
        <w:jc w:val="right"/>
      </w:pPr>
      <w:r>
        <w:t>لیکن جو real اسوہ ہے اس سے بے خبر ہیں.</w:t>
      </w:r>
    </w:p>
    <w:p>
      <w:r>
        <w:rPr>
          <w:b/>
        </w:rPr>
        <w:t xml:space="preserve">[25:14] </w:t>
      </w:r>
      <w:r>
        <w:t>kyun ke is ko to woh to applied way mein hai.</w:t>
      </w:r>
    </w:p>
    <w:p>
      <w:pPr>
        <w:jc w:val="right"/>
      </w:pPr>
      <w:r>
        <w:t>کیونکہ اس کو تو وہ تو اپلائیڈ way میں ہے.</w:t>
      </w:r>
    </w:p>
    <w:p>
      <w:r>
        <w:rPr>
          <w:b/>
        </w:rPr>
        <w:t xml:space="preserve">[25:18] </w:t>
      </w:r>
      <w:r>
        <w:t>is ko humein disc</w:t>
      </w:r>
    </w:p>
    <w:p>
      <w:pPr>
        <w:jc w:val="right"/>
      </w:pPr>
      <w:r>
        <w:t>اس کو ہمیں disc</w:t>
      </w:r>
    </w:p>
    <w:p>
      <w:r>
        <w:rPr>
          <w:b/>
        </w:rPr>
        <w:t xml:space="preserve">[25:22] </w:t>
      </w:r>
      <w:r>
        <w:t>over karna parega.</w:t>
      </w:r>
    </w:p>
    <w:p>
      <w:pPr>
        <w:jc w:val="right"/>
      </w:pPr>
      <w:r>
        <w:t>over کرنا پڑے گا.</w:t>
      </w:r>
    </w:p>
    <w:p>
      <w:r>
        <w:rPr>
          <w:b/>
        </w:rPr>
        <w:t xml:space="preserve">[25:26] </w:t>
      </w:r>
      <w:r>
        <w:t>apne halaat par apply karna parega.</w:t>
      </w:r>
    </w:p>
    <w:p>
      <w:pPr>
        <w:jc w:val="right"/>
      </w:pPr>
      <w:r>
        <w:t>اپنے حالات پر اپلائی کرنا پڑے گا.</w:t>
      </w:r>
    </w:p>
    <w:p>
      <w:r>
        <w:rPr>
          <w:b/>
        </w:rPr>
        <w:t xml:space="preserve">[25:31] </w:t>
      </w:r>
      <w:r>
        <w:t>tab hum janenge ke yeh is woh hai.</w:t>
      </w:r>
    </w:p>
    <w:p>
      <w:pPr>
        <w:jc w:val="right"/>
      </w:pPr>
      <w:r>
        <w:t>تب ہم جانیں گے کہ یہ اسوہ ہے.</w:t>
      </w:r>
    </w:p>
    <w:p>
      <w:r>
        <w:rPr>
          <w:b/>
        </w:rPr>
        <w:t xml:space="preserve">[25:35] </w:t>
      </w:r>
      <w:r>
        <w:t>to hum jayenge ke is woh hai.</w:t>
      </w:r>
    </w:p>
    <w:p>
      <w:pPr>
        <w:jc w:val="right"/>
      </w:pPr>
      <w:r>
        <w:t>تو ہم جائیں گے کہ اسوہ ہے.</w:t>
      </w:r>
    </w:p>
    <w:p>
      <w:r>
        <w:rPr>
          <w:b/>
        </w:rPr>
        <w:t xml:space="preserve">[25:39] </w:t>
      </w:r>
      <w:r>
        <w:t>mein aik martaba ja raha tha bahar ke mulk mein aik seminar mein aik conference mein.</w:t>
      </w:r>
    </w:p>
    <w:p>
      <w:pPr>
        <w:jc w:val="right"/>
      </w:pPr>
      <w:r>
        <w:t>میں ایک مرتبہ جا رہا تھا باہر کے ملک میں ایک سیمینار میں ایک کانفرنس میں.</w:t>
      </w:r>
    </w:p>
    <w:p>
      <w:r>
        <w:rPr>
          <w:b/>
        </w:rPr>
        <w:t xml:space="preserve">[25:44] </w:t>
      </w:r>
      <w:r>
        <w:t>is conference mein har mazhab ke log aane wale the.</w:t>
      </w:r>
    </w:p>
    <w:p>
      <w:pPr>
        <w:jc w:val="right"/>
      </w:pPr>
      <w:r>
        <w:t>اس کانفرنس میں ہر مذہب کے لوگ آنے والے تھے.</w:t>
      </w:r>
    </w:p>
    <w:p>
      <w:r>
        <w:rPr>
          <w:b/>
        </w:rPr>
        <w:t xml:space="preserve">[25:48] </w:t>
      </w:r>
      <w:r>
        <w:t>hindu mazhab isai mazhab yahudi mazhab.</w:t>
      </w:r>
    </w:p>
    <w:p>
      <w:pPr>
        <w:jc w:val="right"/>
      </w:pPr>
      <w:r>
        <w:t>ہندو مذہب عیسائی مذہب یہودی مذہب.</w:t>
      </w:r>
    </w:p>
    <w:p>
      <w:r>
        <w:rPr>
          <w:b/>
        </w:rPr>
        <w:t xml:space="preserve">[25:52] </w:t>
      </w:r>
      <w:r>
        <w:t>to aik musalman ne mujh se poocha kahan ja rahe hain aap? to mein ne kaha ke falan conference mein. kaha woh woh conference hai. woh to kafiron aur mushrikon ki conference hai. aap bataiye ke kitna galat tha yeh remark. woh madعو logon ki conference hai. madعو. rasool Allah ne makkah ke puj</w:t>
      </w:r>
    </w:p>
    <w:p>
      <w:pPr>
        <w:jc w:val="right"/>
      </w:pPr>
      <w:r>
        <w:t>تو ایک مسلمان نے مجھ سے پوچھا کہاں جا رہے ہیں آپ؟ تو میں نے کہا کہ فلاں کانفرنس میں. کہا وہ وہ کانفرنس ہے. وہ تو کافروں اور مشرکوں کی کانفرنس ہے. آپ بتائیے کہ کتنا غلط تھا یہ remark. وہ مدعو لوگوں کی کانفرنس ہے. مدعو. رسول اللہ نے مکہ کے پج</w:t>
      </w:r>
    </w:p>
    <w:p>
      <w:r>
        <w:rPr>
          <w:b/>
        </w:rPr>
        <w:t xml:space="preserve">[26:22] </w:t>
      </w:r>
      <w:r>
        <w:t>ariyon ko madعو samjha.</w:t>
      </w:r>
    </w:p>
    <w:p>
      <w:pPr>
        <w:jc w:val="right"/>
      </w:pPr>
      <w:r>
        <w:t>اریوں کو مدعو سمجھا.</w:t>
      </w:r>
    </w:p>
    <w:p>
      <w:r>
        <w:rPr>
          <w:b/>
        </w:rPr>
        <w:t xml:space="preserve">[26:27] </w:t>
      </w:r>
      <w:r>
        <w:t>is liye is ko istemal kiya.</w:t>
      </w:r>
    </w:p>
    <w:p>
      <w:pPr>
        <w:jc w:val="right"/>
      </w:pPr>
      <w:r>
        <w:t>اس لیے اس کو استعمال کیا.</w:t>
      </w:r>
    </w:p>
    <w:p>
      <w:r>
        <w:rPr>
          <w:b/>
        </w:rPr>
        <w:t xml:space="preserve">[26:31] </w:t>
      </w:r>
      <w:r>
        <w:t>to aaj jo conference hoti hai jo seminar hota hai.</w:t>
      </w:r>
    </w:p>
    <w:p>
      <w:pPr>
        <w:jc w:val="right"/>
      </w:pPr>
      <w:r>
        <w:t>تو آج جو کانفرنس ہوتی ہے جو سیمینار ہوتا ہے.</w:t>
      </w:r>
    </w:p>
    <w:p>
      <w:r>
        <w:rPr>
          <w:b/>
        </w:rPr>
        <w:t xml:space="preserve">[26:35] </w:t>
      </w:r>
      <w:r>
        <w:t>is mein jo log ikatha hote hain mukhtalif mazhab ke.</w:t>
      </w:r>
    </w:p>
    <w:p>
      <w:pPr>
        <w:jc w:val="right"/>
      </w:pPr>
      <w:r>
        <w:t>اس میں جو لوگ اکٹھا ہوتے ہیں مختلف مذہب کے.</w:t>
      </w:r>
    </w:p>
    <w:p>
      <w:r>
        <w:rPr>
          <w:b/>
        </w:rPr>
        <w:t xml:space="preserve">[26:39] </w:t>
      </w:r>
      <w:r>
        <w:t>to wo madعو logon ki conference hoti hai.</w:t>
      </w:r>
    </w:p>
    <w:p>
      <w:pPr>
        <w:jc w:val="right"/>
      </w:pPr>
      <w:r>
        <w:t>تو وہ مدعو لوگوں کی کانفرنس ہوتی ہے.</w:t>
      </w:r>
    </w:p>
    <w:p>
      <w:r>
        <w:rPr>
          <w:b/>
        </w:rPr>
        <w:t xml:space="preserve">[26:44] </w:t>
      </w:r>
      <w:r>
        <w:t>is ko mein istemal kar raha hoon ja kar ke.</w:t>
      </w:r>
    </w:p>
    <w:p>
      <w:pPr>
        <w:jc w:val="right"/>
      </w:pPr>
      <w:r>
        <w:t>اس کو میں استعمال کر رہا ہوں جا کر کے.</w:t>
      </w:r>
    </w:p>
    <w:p>
      <w:r>
        <w:rPr>
          <w:b/>
        </w:rPr>
        <w:t xml:space="preserve">[26:48] </w:t>
      </w:r>
      <w:r>
        <w:t>Peaceful tareeqe se agar hum istemal karein conferenceon ko seminaron ko aur doosre jo</w:t>
      </w:r>
    </w:p>
    <w:p>
      <w:pPr>
        <w:jc w:val="right"/>
      </w:pPr>
      <w:r>
        <w:t>Peaceful طریقے سے اگر ہم استعمال کریں کانفرنسوں کو سیمیناروں کو اور دوسرے جو</w:t>
      </w:r>
    </w:p>
    <w:p>
      <w:r>
        <w:rPr>
          <w:b/>
        </w:rPr>
        <w:t xml:space="preserve">[26:52] </w:t>
      </w:r>
      <w:r>
        <w:t>ijtimat hote hain un ko.</w:t>
      </w:r>
    </w:p>
    <w:p>
      <w:pPr>
        <w:jc w:val="right"/>
      </w:pPr>
      <w:r>
        <w:t>اجتماعات ہوتے ہیں ان کو.</w:t>
      </w:r>
    </w:p>
    <w:p>
      <w:r>
        <w:rPr>
          <w:b/>
        </w:rPr>
        <w:t xml:space="preserve">[26:57] </w:t>
      </w:r>
      <w:r>
        <w:t>to ek universal mawaqe khule hue hain.</w:t>
      </w:r>
    </w:p>
    <w:p>
      <w:pPr>
        <w:jc w:val="right"/>
      </w:pPr>
      <w:r>
        <w:t>تو ایک universal مواقع کھلے ہوئے ہیں.</w:t>
      </w:r>
    </w:p>
    <w:p>
      <w:r>
        <w:rPr>
          <w:b/>
        </w:rPr>
        <w:t xml:space="preserve">[27:02] </w:t>
      </w:r>
      <w:r>
        <w:t>hum payein ge ke opportunity ka explosion hai.</w:t>
      </w:r>
    </w:p>
    <w:p>
      <w:pPr>
        <w:jc w:val="right"/>
      </w:pPr>
      <w:r>
        <w:t>ہم پائیں گے کہ opportunity کا explosion ہے.</w:t>
      </w:r>
    </w:p>
    <w:p>
      <w:r>
        <w:rPr>
          <w:b/>
        </w:rPr>
        <w:t xml:space="preserve">[27:08] </w:t>
      </w:r>
      <w:r>
        <w:t>lekin hum chuna che is woh ka khas mafhoom le rakha hai hum ne.</w:t>
      </w:r>
    </w:p>
    <w:p>
      <w:pPr>
        <w:jc w:val="right"/>
      </w:pPr>
      <w:r>
        <w:t>لیکن ہم چونکہ اسوہ کا خاص مفہوم لے رکھا ہے ہم نے.</w:t>
      </w:r>
    </w:p>
    <w:p>
      <w:r>
        <w:rPr>
          <w:b/>
        </w:rPr>
        <w:t xml:space="preserve">[27:13] </w:t>
      </w:r>
      <w:r>
        <w:t>is ke is ke applied versions se hum be khabar hain.</w:t>
      </w:r>
    </w:p>
    <w:p>
      <w:pPr>
        <w:jc w:val="right"/>
      </w:pPr>
      <w:r>
        <w:t>اس کے اس کے اپلائیڈ ورژنز سے ہم بے خبر ہیں.</w:t>
      </w:r>
    </w:p>
    <w:p>
      <w:r>
        <w:rPr>
          <w:b/>
        </w:rPr>
        <w:t xml:space="preserve">[27:18] </w:t>
      </w:r>
      <w:r>
        <w:t>to maujooda zamane mein mein samajhta hoon ke sab se zaroori kaam yeh hai ke musalman</w:t>
      </w:r>
    </w:p>
    <w:p>
      <w:pPr>
        <w:jc w:val="right"/>
      </w:pPr>
      <w:r>
        <w:t>تو موجودہ زمانے میں میں سمجھتا ہوں کہ سب سے ضروری کام یہ ہے کہ مسلمان</w:t>
      </w:r>
    </w:p>
    <w:p>
      <w:r>
        <w:rPr>
          <w:b/>
        </w:rPr>
        <w:t xml:space="preserve">[27:23] </w:t>
      </w:r>
      <w:r>
        <w:t>uswah rasool ka applied version applied version daryaft karein. mein samajhta hoon ke yeh aik ijtihad hai. yeh ijtihadi kaam hai. maujooda zamanay ke musalman ijtihad kar ke rasool Allah ke uswah ko parhein aur rasool Allah ke uswah ka applied version daryaft karein. jo aaj ke halaat mein mut</w:t>
      </w:r>
    </w:p>
    <w:p>
      <w:pPr>
        <w:jc w:val="right"/>
      </w:pPr>
      <w:r>
        <w:t>اسوہ رسول کا اپلائیڈ ورژن اپلائیڈ ورژن دریافت کریں. میں سمجھتا ہوں کہ یہ ایک اجتہاد ہے. یہ اجتہادی کام ہے. موجودہ زمانے کے مسلمان اجتہاد کر کے رسول اللہ کے اسوہ کو پڑھیں اور رسول اللہ کے اسوہ کا اپلائیڈ ورژن دریافت کریں. جو آج کے حالات میں مط</w:t>
      </w:r>
    </w:p>
    <w:p>
      <w:r>
        <w:rPr>
          <w:b/>
        </w:rPr>
        <w:t xml:space="preserve">[27:53] </w:t>
      </w:r>
      <w:r>
        <w:t>abaq hota ho.</w:t>
      </w:r>
    </w:p>
    <w:p>
      <w:pPr>
        <w:jc w:val="right"/>
      </w:pPr>
      <w:r>
        <w:t>ابق ہوتا ہو.</w:t>
      </w:r>
    </w:p>
    <w:p>
      <w:r>
        <w:rPr>
          <w:b/>
        </w:rPr>
        <w:t xml:space="preserve">[27:58] </w:t>
      </w:r>
      <w:r>
        <w:t>to phir unhein pata chalega ke to bohat mauqa hum sab mauqa hamare liye khul gaye hain.</w:t>
      </w:r>
    </w:p>
    <w:p>
      <w:pPr>
        <w:jc w:val="right"/>
      </w:pPr>
      <w:r>
        <w:t>تو پھر انہیں پتہ چلے گا کہ تو بہت موقع ہم سب موقع ہمارے لیے کھل گئے ہیں.</w:t>
      </w:r>
    </w:p>
    <w:p>
      <w:r>
        <w:rPr>
          <w:b/>
        </w:rPr>
        <w:t xml:space="preserve">[28:03] </w:t>
      </w:r>
      <w:r>
        <w:t>yani fateh mubeen aap ke darwaze par knock kar rahi hai.</w:t>
      </w:r>
    </w:p>
    <w:p>
      <w:pPr>
        <w:jc w:val="right"/>
      </w:pPr>
      <w:r>
        <w:t>یعنی فتح مبین آپ کے دروازے پر ناک کر رہی ہے.</w:t>
      </w:r>
    </w:p>
    <w:p>
      <w:r>
        <w:rPr>
          <w:b/>
        </w:rPr>
        <w:t xml:space="preserve">[28:08] </w:t>
      </w:r>
      <w:r>
        <w:t>yani aisa hai jaise ke fateh mubeen aa kar aap ke darwaze par knock kar rahi ho.</w:t>
      </w:r>
    </w:p>
    <w:p>
      <w:pPr>
        <w:jc w:val="right"/>
      </w:pPr>
      <w:r>
        <w:t>یعنی ایسا ہے جیسے کہ فتح مبین آ کر آپ کے دروازے پر ناک کر رہی ہو.</w:t>
      </w:r>
    </w:p>
    <w:p>
      <w:r>
        <w:rPr>
          <w:b/>
        </w:rPr>
        <w:t xml:space="preserve">[28:13] </w:t>
      </w:r>
      <w:r>
        <w:t>aur aap is ko nahi sun rahe hain.</w:t>
      </w:r>
    </w:p>
    <w:p>
      <w:pPr>
        <w:jc w:val="right"/>
      </w:pPr>
      <w:r>
        <w:t>اور آپ اس کو نہیں سن رہے ہیں.</w:t>
      </w:r>
    </w:p>
    <w:p>
      <w:r>
        <w:rPr>
          <w:b/>
        </w:rPr>
        <w:t xml:space="preserve">[28:18] </w:t>
      </w:r>
      <w:r>
        <w:t>to mein samajhta hoon ke</w:t>
      </w:r>
    </w:p>
    <w:p>
      <w:pPr>
        <w:jc w:val="right"/>
      </w:pPr>
      <w:r>
        <w:t>تو میں سمجھتا ہوں کہ</w:t>
      </w:r>
    </w:p>
    <w:p>
      <w:r>
        <w:rPr>
          <w:b/>
        </w:rPr>
        <w:t xml:space="preserve">[28:24] </w:t>
      </w:r>
      <w:r>
        <w:t>wo jo hadith mein hai ke in Allah Allah min yud radana.</w:t>
      </w:r>
    </w:p>
    <w:p>
      <w:pPr>
        <w:jc w:val="right"/>
      </w:pPr>
      <w:r>
        <w:t>وہ جو حدیث میں ہے کہ ان اللہ اللہ من ید رادنا.</w:t>
      </w:r>
    </w:p>
    <w:p>
      <w:r>
        <w:rPr>
          <w:b/>
        </w:rPr>
        <w:t xml:space="preserve">[28:30] </w:t>
      </w:r>
      <w:r>
        <w:t>yani ek tajdeed ki zaroorat.</w:t>
      </w:r>
    </w:p>
    <w:p>
      <w:pPr>
        <w:jc w:val="right"/>
      </w:pPr>
      <w:r>
        <w:t>یعنی ایک تجدید کی ضرورت.</w:t>
      </w:r>
    </w:p>
    <w:p>
      <w:r>
        <w:rPr>
          <w:b/>
        </w:rPr>
        <w:t xml:space="preserve">[28:36] </w:t>
      </w:r>
      <w:r>
        <w:t>tajdeed ke liye ijtihad ki zaroorat hoti hai.</w:t>
      </w:r>
    </w:p>
    <w:p>
      <w:pPr>
        <w:jc w:val="right"/>
      </w:pPr>
      <w:r>
        <w:t>تجدید کے لیے اجتہاد کی ضرورت ہوتی ہے.</w:t>
      </w:r>
    </w:p>
    <w:p>
      <w:r>
        <w:rPr>
          <w:b/>
        </w:rPr>
        <w:t xml:space="preserve">[28:42] </w:t>
      </w:r>
      <w:r>
        <w:t>to aaj hamein ijtihad kar ke tajdeed karna hai.</w:t>
      </w:r>
    </w:p>
    <w:p>
      <w:pPr>
        <w:jc w:val="right"/>
      </w:pPr>
      <w:r>
        <w:t>تو آج ہمیں اجتہاد کر کے تجدید کرنا ہے.</w:t>
      </w:r>
    </w:p>
    <w:p>
      <w:r>
        <w:rPr>
          <w:b/>
        </w:rPr>
        <w:t xml:space="preserve">[28:49] </w:t>
      </w:r>
      <w:r>
        <w:t>aur wo is ka sab se bara maidan</w:t>
      </w:r>
    </w:p>
    <w:p>
      <w:pPr>
        <w:jc w:val="right"/>
      </w:pPr>
      <w:r>
        <w:t>اور وہ اس کا سب سے بڑا میدان</w:t>
      </w:r>
    </w:p>
    <w:p>
      <w:r>
        <w:rPr>
          <w:b/>
        </w:rPr>
        <w:t xml:space="preserve">[28:55] </w:t>
      </w:r>
      <w:r>
        <w:t>yeh hai ke hum rasool Allah ke iswah ka applied version daryaft karein.</w:t>
      </w:r>
    </w:p>
    <w:p>
      <w:pPr>
        <w:jc w:val="right"/>
      </w:pPr>
      <w:r>
        <w:t>یہ ہے کہ ہم رسول اللہ کے اسوہ کا اپلائیڈ ورژن دریافت کریں.</w:t>
      </w:r>
    </w:p>
    <w:p>
      <w:r>
        <w:rPr>
          <w:b/>
        </w:rPr>
        <w:t xml:space="preserve">[29:02] </w:t>
      </w:r>
      <w:r>
        <w:t>aaj ki jo tajdeed hai aaj ka jo ijtihad hai aaj ka aaj ka jo tajdeed hai aaj</w:t>
      </w:r>
    </w:p>
    <w:p>
      <w:pPr>
        <w:jc w:val="right"/>
      </w:pPr>
      <w:r>
        <w:t>آج کی جو تجدید ہے آج کا جو اجتہاد ہے آج کا آج کا جو تجدید ہے آج</w:t>
      </w:r>
    </w:p>
    <w:p>
      <w:r>
        <w:rPr>
          <w:b/>
        </w:rPr>
        <w:t xml:space="preserve">[29:10] </w:t>
      </w:r>
      <w:r>
        <w:t>ka jo ijtihad hai.</w:t>
      </w:r>
    </w:p>
    <w:p>
      <w:pPr>
        <w:jc w:val="right"/>
      </w:pPr>
      <w:r>
        <w:t>کا جو اجتہاد ہے.</w:t>
      </w:r>
    </w:p>
    <w:p>
      <w:r>
        <w:rPr>
          <w:b/>
        </w:rPr>
        <w:t xml:space="preserve">[29:17] </w:t>
      </w:r>
      <w:r>
        <w:t>mein samajhta hoon is ka sab se bara maidan yeh hai ke hum is iswah rasool ka applied version daryaft karein.</w:t>
      </w:r>
    </w:p>
    <w:p>
      <w:pPr>
        <w:jc w:val="right"/>
      </w:pPr>
      <w:r>
        <w:t>میں سمجھتا ہوں اس کا سب سے بڑا میدان یہ ہے کہ ہم اسوہ رسول کا اپلائیڈ ورژن دریافت کریں.</w:t>
      </w:r>
    </w:p>
    <w:p>
      <w:r>
        <w:rPr>
          <w:b/>
        </w:rPr>
        <w:t xml:space="preserve">[29:25] </w:t>
      </w:r>
      <w:r>
        <w:t>misalan hum yeh daryaft karein ke saatveen sadi mein jo waqea hudaybiya ka hua tha jis ko Allah</w:t>
      </w:r>
    </w:p>
    <w:p>
      <w:pPr>
        <w:jc w:val="right"/>
      </w:pPr>
      <w:r>
        <w:t>مثلاً ہم یہ دریافت کریں کہ ساتویں صدی میں جو واقعہ حدیبیہ کا ہوا تھا جس کو اللہ</w:t>
      </w:r>
    </w:p>
    <w:p>
      <w:r>
        <w:rPr>
          <w:b/>
        </w:rPr>
        <w:t xml:space="preserve">[29:31] </w:t>
      </w:r>
      <w:r>
        <w:t>ne farmaya ke yeh to yeh to fath mubeen ho gayi tum ko.</w:t>
      </w:r>
    </w:p>
    <w:p>
      <w:pPr>
        <w:jc w:val="right"/>
      </w:pPr>
      <w:r>
        <w:t>نے فرمایا کہ یہ تو یہ تو فتح مبین ہو گئی تم کو.</w:t>
      </w:r>
    </w:p>
    <w:p>
      <w:r>
        <w:rPr>
          <w:b/>
        </w:rPr>
        <w:t xml:space="preserve">[29:37] </w:t>
      </w:r>
      <w:r>
        <w:t>yani hudaybiya agreement ko Allah ne ailan kiya ke fath mubeen hai.</w:t>
      </w:r>
    </w:p>
    <w:p>
      <w:pPr>
        <w:jc w:val="right"/>
      </w:pPr>
      <w:r>
        <w:t>یعنی حدیبیہ agreement کو اللہ نے اعلان کیا کہ فتح مبین ہے.</w:t>
      </w:r>
    </w:p>
    <w:p>
      <w:r>
        <w:rPr>
          <w:b/>
        </w:rPr>
        <w:t xml:space="preserve">[29:43] </w:t>
      </w:r>
      <w:r>
        <w:t>to applied version kya hoga? Aaj jo halaat hain is ke andar chhupe hue mawaqe hain.</w:t>
      </w:r>
    </w:p>
    <w:p>
      <w:pPr>
        <w:jc w:val="right"/>
      </w:pPr>
      <w:r>
        <w:t>تو اپلائیڈ ورژن کیا ہوگا؟ آج جو حالات ہیں اس کے اندر چھپے ہوئے مواقع ہیں.</w:t>
      </w:r>
    </w:p>
    <w:p>
      <w:r>
        <w:rPr>
          <w:b/>
        </w:rPr>
        <w:t xml:space="preserve">[29:49] </w:t>
      </w:r>
      <w:r>
        <w:t>is ko daryaft karein ge aap.</w:t>
      </w:r>
    </w:p>
    <w:p>
      <w:pPr>
        <w:jc w:val="right"/>
      </w:pPr>
      <w:r>
        <w:t>اس کو دریافت کریں گے آپ.</w:t>
      </w:r>
    </w:p>
    <w:p>
      <w:r>
        <w:rPr>
          <w:b/>
        </w:rPr>
        <w:t xml:space="preserve">[29:55] </w:t>
      </w:r>
      <w:r>
        <w:t>dobara kehne wala kahega ke yeh to fath mubeen hai.</w:t>
      </w:r>
    </w:p>
    <w:p>
      <w:pPr>
        <w:jc w:val="right"/>
      </w:pPr>
      <w:r>
        <w:t>دوبارہ کہنے والا کہے گا کہ یہ تو فتح مبین ہے.</w:t>
      </w:r>
    </w:p>
    <w:p>
      <w:r>
        <w:rPr>
          <w:b/>
        </w:rPr>
        <w:t xml:space="preserve">[30:00] </w:t>
      </w:r>
      <w:r>
        <w:t>yani twenty first sadi ki fath mubeen hai yeh.</w:t>
      </w:r>
    </w:p>
    <w:p>
      <w:pPr>
        <w:jc w:val="right"/>
      </w:pPr>
      <w:r>
        <w:t>یعنی ٹونٹی فرسٹ صدی کی فتح مبین ہے یہ.</w:t>
      </w:r>
    </w:p>
    <w:p>
      <w:r>
        <w:rPr>
          <w:b/>
        </w:rPr>
        <w:t xml:space="preserve">[30:05] </w:t>
      </w:r>
      <w:r>
        <w:t>wo saatveen sadi ki fath mubeen thi yeh.</w:t>
      </w:r>
    </w:p>
    <w:p>
      <w:pPr>
        <w:jc w:val="right"/>
      </w:pPr>
      <w:r>
        <w:t>وہ ساتویں صدی کی فتح مبین تھی یہ.</w:t>
      </w:r>
    </w:p>
    <w:p>
      <w:r>
        <w:rPr>
          <w:b/>
        </w:rPr>
        <w:t xml:space="preserve">[30:10] </w:t>
      </w:r>
      <w:r>
        <w:t>yeh twenty first sadi ki fath mubeen hai.</w:t>
      </w:r>
    </w:p>
    <w:p>
      <w:pPr>
        <w:jc w:val="right"/>
      </w:pPr>
      <w:r>
        <w:t>یہ ٹونٹی فرسٹ صدی کی فتح مبین ہے.</w:t>
      </w:r>
    </w:p>
    <w:p>
      <w:r>
        <w:rPr>
          <w:b/>
        </w:rPr>
        <w:t xml:space="preserve">[30:15] </w:t>
      </w:r>
      <w:r>
        <w:t>lekin logon ka haal yeh hai ke wo chhote chhote cheezein bhool chuke hue hain.</w:t>
      </w:r>
    </w:p>
    <w:p>
      <w:pPr>
        <w:jc w:val="right"/>
      </w:pPr>
      <w:r>
        <w:t>لیکن لوگوں کا حال یہ ہے کہ وہ چھوٹے چھوٹے چیزیں بھول چکے ہوئے ہیں.</w:t>
      </w:r>
    </w:p>
    <w:p>
      <w:r>
        <w:rPr>
          <w:b/>
        </w:rPr>
        <w:t xml:space="preserve">[30:20] </w:t>
      </w:r>
      <w:r>
        <w:t>chhotee see cheezon mein. Bari bari</w:t>
      </w:r>
    </w:p>
    <w:p>
      <w:pPr>
        <w:jc w:val="right"/>
      </w:pPr>
      <w:r>
        <w:t>چھوٹی سی چیزوں میں. بڑی بڑی</w:t>
      </w:r>
    </w:p>
    <w:p>
      <w:r>
        <w:rPr>
          <w:b/>
        </w:rPr>
        <w:t xml:space="preserve">[30:25] </w:t>
      </w:r>
      <w:r>
        <w:t>cheezein jo hain is se be khabar hain. to mein samajhta hoon ke maujooda zamanay mein sab se zaroori cheez hai ke twenty first sadi ke aitbaar se hum Islam ka applied version daryaft karein. twenty first sadi ke aitbaar se hum uswah rasool ka applied version daryaft karein. aik sahib ne aik bible se poocha ke maujooda zamanay ke musalmanon</w:t>
      </w:r>
    </w:p>
    <w:p>
      <w:pPr>
        <w:jc w:val="right"/>
      </w:pPr>
      <w:r>
        <w:t>چیزیں جو ہیں اس سے بے خبر ہیں. تو میں سمجھتا ہوں کہ موجودہ زمانے میں سب سے ضروری چیز ہے کہ ٹونٹی فرسٹ صدی کے اعتبار سے ہم اسلام کا اپلائیڈ ورژن دریافت کریں. ٹونٹی فرسٹ صدی کے اعتبار سے ہم اسوہ رسول کا اپلائیڈ ورژن دریافت کریں. ایک صاحب نے ایک بائبل سے پوچھا کہ موجودہ زمانے کے مسلمانوں</w:t>
      </w:r>
    </w:p>
    <w:p>
      <w:r>
        <w:rPr>
          <w:b/>
        </w:rPr>
        <w:t xml:space="preserve">[30:55] </w:t>
      </w:r>
      <w:r>
        <w:t>ke liye line of action kya hai? Wo bohat parhe likhe aadmi they.</w:t>
      </w:r>
    </w:p>
    <w:p>
      <w:pPr>
        <w:jc w:val="right"/>
      </w:pPr>
      <w:r>
        <w:t>کے لیے لائن آف ایکشن کیا ہے؟ وہ بہت پڑھے لکھے آدمی تھے.</w:t>
      </w:r>
    </w:p>
    <w:p>
      <w:r>
        <w:rPr>
          <w:b/>
        </w:rPr>
        <w:t xml:space="preserve">[31:01] </w:t>
      </w:r>
      <w:r>
        <w:t>to unhon ne kaha ke maujooda zamane ke musalmanon ke liye aap ke nazdeek line of action kya</w:t>
      </w:r>
    </w:p>
    <w:p>
      <w:pPr>
        <w:jc w:val="right"/>
      </w:pPr>
      <w:r>
        <w:t>تو انہوں نے کہا کہ موجودہ زمانے کے مسلمانوں کے لیے آپ کے نزدیک لائن آف ایکشن کیا</w:t>
      </w:r>
    </w:p>
    <w:p>
      <w:r>
        <w:rPr>
          <w:b/>
        </w:rPr>
        <w:t xml:space="preserve">[31:07] </w:t>
      </w:r>
      <w:r>
        <w:t>hai? To mein ne kaha ke sab se pehla kaam yeh hai ke musalman Islam ka applied version daryaft karein.</w:t>
      </w:r>
    </w:p>
    <w:p>
      <w:pPr>
        <w:jc w:val="right"/>
      </w:pPr>
      <w:r>
        <w:t>ہے؟ تو میں نے کہا کہ سب سے پہلا کام یہ ہے کہ مسلمان اسلام کا اپلائیڈ ورژن دریافت کریں.</w:t>
      </w:r>
    </w:p>
    <w:p>
      <w:r>
        <w:rPr>
          <w:b/>
        </w:rPr>
        <w:t xml:space="preserve">[31:13] </w:t>
      </w:r>
      <w:r>
        <w:t>aaj ke lehaz se.</w:t>
      </w:r>
    </w:p>
    <w:p>
      <w:pPr>
        <w:jc w:val="right"/>
      </w:pPr>
      <w:r>
        <w:t>آج کے لحاظ سے.</w:t>
      </w:r>
    </w:p>
    <w:p>
      <w:r>
        <w:rPr>
          <w:b/>
        </w:rPr>
        <w:t xml:space="preserve">[31:19] </w:t>
      </w:r>
      <w:r>
        <w:t>to apna aap khul jaye ga un ko line of action kya hai?</w:t>
      </w:r>
    </w:p>
    <w:p>
      <w:pPr>
        <w:jc w:val="right"/>
      </w:pPr>
      <w:r>
        <w:t>تو اپنا آپ کھل جائے گا ان کو لائن آف ایکشن کیا ہے؟</w:t>
      </w:r>
    </w:p>
    <w:p>
      <w:r>
        <w:rPr>
          <w:b/>
        </w:rPr>
        <w:t xml:space="preserve">[31:25] </w:t>
      </w:r>
      <w:r>
        <w:t>misalan yehi cheez agar daryaft karein musalman ke maujooda zamane ka jo UNO ke zariye jo</w:t>
      </w:r>
    </w:p>
    <w:p>
      <w:pPr>
        <w:jc w:val="right"/>
      </w:pPr>
      <w:r>
        <w:t>مثلاً یہی چیز اگر دریافت کریں مسلمان کہ موجودہ زمانے کا جو یو این او کے ذریعے جو</w:t>
      </w:r>
    </w:p>
    <w:p>
      <w:r>
        <w:rPr>
          <w:b/>
        </w:rPr>
        <w:t xml:space="preserve">[31:36] </w:t>
      </w:r>
      <w:r>
        <w:t>universal declaration of human rights samne aaya hai wo hudaybiya agreement ka modern edition hai.</w:t>
      </w:r>
    </w:p>
    <w:p>
      <w:pPr>
        <w:jc w:val="right"/>
      </w:pPr>
      <w:r>
        <w:t>یونیورسل ڈیکلیریشن آف ہیومن رائٹس سامنے آیا ہے وہ حدیبیہ agreement کا ماڈرن ایڈیشن ہے.</w:t>
      </w:r>
    </w:p>
    <w:p>
      <w:r>
        <w:rPr>
          <w:b/>
        </w:rPr>
        <w:t xml:space="preserve">[31:46] </w:t>
      </w:r>
      <w:r>
        <w:t>yani United Nations ka jo jo declaration hai jo kaha hai jis ko kehte hain</w:t>
      </w:r>
    </w:p>
    <w:p>
      <w:pPr>
        <w:jc w:val="right"/>
      </w:pPr>
      <w:r>
        <w:t>یعنی United Nations کا جو جو ڈیکلیریشن ہے جو کہا ہے جس کو کہتے ہیں</w:t>
      </w:r>
    </w:p>
    <w:p>
      <w:r>
        <w:rPr>
          <w:b/>
        </w:rPr>
        <w:t xml:space="preserve">[31:56] </w:t>
      </w:r>
      <w:r>
        <w:t>یونیورسل ڈیکلیریشن آف ہیومن رائٹس وہ دو جدید کا حدیبیہ agreement ہے۔</w:t>
      </w:r>
    </w:p>
    <w:p>
      <w:pPr>
        <w:jc w:val="right"/>
      </w:pPr>
      <w:r>
        <w:t>یونیورسل ڈیکلیریشن آف ہیومن رائٹس وہ دو جدید کا حدیبیہ agreement ہے.</w:t>
      </w:r>
    </w:p>
    <w:p>
      <w:r>
        <w:rPr>
          <w:b/>
        </w:rPr>
        <w:t xml:space="preserve">[32:01] </w:t>
      </w:r>
      <w:r>
        <w:t>zyada baray peymane par.</w:t>
      </w:r>
    </w:p>
    <w:p>
      <w:pPr>
        <w:jc w:val="right"/>
      </w:pPr>
      <w:r>
        <w:t>زیادہ بڑے پیمانے پر.</w:t>
      </w:r>
    </w:p>
    <w:p>
      <w:r>
        <w:rPr>
          <w:b/>
        </w:rPr>
        <w:t xml:space="preserve">[32:06] </w:t>
      </w:r>
      <w:r>
        <w:t>to is ko agar daryaft karein to sari ladai band kar dein sari nafrat chhod dein sari jo</w:t>
      </w:r>
    </w:p>
    <w:p>
      <w:pPr>
        <w:jc w:val="right"/>
      </w:pPr>
      <w:r>
        <w:t>تو اس کو اگر دریافت کریں تو ساری لڑائی بند کر دیں ساری نفرت چھوڑ دیں ساری جو</w:t>
      </w:r>
    </w:p>
    <w:p>
      <w:r>
        <w:rPr>
          <w:b/>
        </w:rPr>
        <w:t xml:space="preserve">[32:11] </w:t>
      </w:r>
      <w:r>
        <w:t>suicide bombing ho rahi hai woh achaanak khatm kar dein aur dauren is ke liye ke is ke</w:t>
      </w:r>
    </w:p>
    <w:p>
      <w:pPr>
        <w:jc w:val="right"/>
      </w:pPr>
      <w:r>
        <w:t>suicide bombing ہو رہی ہے وہ اچانک ختم کر دیں اور دوڑیں اس کے لیے کہ اس کے</w:t>
      </w:r>
    </w:p>
    <w:p>
      <w:r>
        <w:rPr>
          <w:b/>
        </w:rPr>
        <w:t xml:space="preserve">[32:16] </w:t>
      </w:r>
      <w:r>
        <w:t>mawaqe ko hum avail karein.</w:t>
      </w:r>
    </w:p>
    <w:p>
      <w:pPr>
        <w:jc w:val="right"/>
      </w:pPr>
      <w:r>
        <w:t>مواقع کو ہم avail کریں.</w:t>
      </w:r>
    </w:p>
    <w:p>
      <w:r>
        <w:rPr>
          <w:b/>
        </w:rPr>
        <w:t xml:space="preserve">[32:22] </w:t>
      </w:r>
      <w:r>
        <w:t>phir sari negative treaties khatm ho jayein sara</w:t>
      </w:r>
    </w:p>
    <w:p>
      <w:pPr>
        <w:jc w:val="right"/>
      </w:pPr>
      <w:r>
        <w:t>پھر ساری negative treaties ختم ہو جائیں سارا</w:t>
      </w:r>
    </w:p>
    <w:p>
      <w:r>
        <w:rPr>
          <w:b/>
        </w:rPr>
        <w:t xml:space="preserve">[32:27] </w:t>
      </w:r>
      <w:r>
        <w:t>violence khatm ho jaye.</w:t>
      </w:r>
    </w:p>
    <w:p>
      <w:pPr>
        <w:jc w:val="right"/>
      </w:pPr>
      <w:r>
        <w:t>violence ختم ہو جائے.</w:t>
      </w:r>
    </w:p>
    <w:p>
      <w:r>
        <w:rPr>
          <w:b/>
        </w:rPr>
        <w:t xml:space="preserve">[32:33] </w:t>
      </w:r>
      <w:r>
        <w:t>yeh sab jo ho raha hai yeh due to unawareness hai.</w:t>
      </w:r>
    </w:p>
    <w:p>
      <w:pPr>
        <w:jc w:val="right"/>
      </w:pPr>
      <w:r>
        <w:t>یہ سب جو ہو رہا ہے یہ due to unawareness ہے.</w:t>
      </w:r>
    </w:p>
    <w:p>
      <w:r>
        <w:rPr>
          <w:b/>
        </w:rPr>
        <w:t xml:space="preserve">[32:39] </w:t>
      </w:r>
      <w:r>
        <w:t>due to unawareness.</w:t>
      </w:r>
    </w:p>
    <w:p>
      <w:pPr>
        <w:jc w:val="right"/>
      </w:pPr>
      <w:r>
        <w:t>due to unawareness.</w:t>
      </w:r>
    </w:p>
    <w:p>
      <w:r>
        <w:rPr>
          <w:b/>
        </w:rPr>
        <w:t xml:space="preserve">[32:45] </w:t>
      </w:r>
      <w:r>
        <w:t>to main samajhta hoon ke yeh sab se pehla kaam jo hamein karna hai woh yahi hai ke</w:t>
      </w:r>
    </w:p>
    <w:p>
      <w:pPr>
        <w:jc w:val="right"/>
      </w:pPr>
      <w:r>
        <w:t>تو میں سمجھتا ہوں کہ یہ سب سے پہلا کام جو ہمیں کرنا ہے وہ یہی ہے کہ</w:t>
      </w:r>
    </w:p>
    <w:p>
      <w:r>
        <w:rPr>
          <w:b/>
        </w:rPr>
        <w:t xml:space="preserve">[32:51] </w:t>
      </w:r>
      <w:r>
        <w:t>logon ke unawareness ko torein un ko aware banayein.</w:t>
      </w:r>
    </w:p>
    <w:p>
      <w:pPr>
        <w:jc w:val="right"/>
      </w:pPr>
      <w:r>
        <w:t>لوگوں کے unawareness کو توڑیں ان کو aware بنائیں.</w:t>
      </w:r>
    </w:p>
    <w:p>
      <w:r>
        <w:rPr>
          <w:b/>
        </w:rPr>
        <w:t xml:space="preserve">[32:57] </w:t>
      </w:r>
      <w:r>
        <w:t>yeh yeh yeh yeh yeh jo hai starting point hai. here is the starting point. jab tak yeh na ho koi result oriented kaam aagay ka nahi ho sakta. logon ko kaha haal yeh hai ke present age is age of opportunities. present age is age of opportunities. lekin woh samajh ke keh bethe hain ke</w:t>
      </w:r>
    </w:p>
    <w:p>
      <w:pPr>
        <w:jc w:val="right"/>
      </w:pPr>
      <w:r>
        <w:t>یہ یہ یہ یہ یہ جو ہے starting point ہے. here is the starting point. جب تک یہ نہ ہو کوئی result oriented کام آگے کا نہیں ہو سکتا. لوگوں کو کہا حال یہ ہے کہ present age is age of opportunities. present age is age of opportunities. لیکن وہ سمجھ کے کہہ بیٹھے ہیں کہ</w:t>
      </w:r>
    </w:p>
    <w:p>
      <w:r>
        <w:rPr>
          <w:b/>
        </w:rPr>
        <w:t xml:space="preserve">[33:27] </w:t>
      </w:r>
      <w:r>
        <w:t>yeh age of problem hai.</w:t>
      </w:r>
    </w:p>
    <w:p>
      <w:pPr>
        <w:jc w:val="right"/>
      </w:pPr>
      <w:r>
        <w:t>یہ age of problem ہے.</w:t>
      </w:r>
    </w:p>
    <w:p>
      <w:r>
        <w:rPr>
          <w:b/>
        </w:rPr>
        <w:t xml:space="preserve">[33:33] </w:t>
      </w:r>
      <w:r>
        <w:t>india mein is ki misaal main batata hoon main.</w:t>
      </w:r>
    </w:p>
    <w:p>
      <w:pPr>
        <w:jc w:val="right"/>
      </w:pPr>
      <w:r>
        <w:t>انڈیا میں اس کی مثال میں بتاتا ہوں میں.</w:t>
      </w:r>
    </w:p>
    <w:p>
      <w:r>
        <w:rPr>
          <w:b/>
        </w:rPr>
        <w:t xml:space="preserve">[33:38] </w:t>
      </w:r>
      <w:r>
        <w:t>india ke aitbaar se.</w:t>
      </w:r>
    </w:p>
    <w:p>
      <w:pPr>
        <w:jc w:val="right"/>
      </w:pPr>
      <w:r>
        <w:t>انڈیا کے اعتبار سے.</w:t>
      </w:r>
    </w:p>
    <w:p>
      <w:r>
        <w:rPr>
          <w:b/>
        </w:rPr>
        <w:t xml:space="preserve">[33:43] </w:t>
      </w:r>
      <w:r>
        <w:t>nineteen forty seven ke baad sare musalmanon ke mind mein kya tha ke hamare liye india aik aik</w:t>
      </w:r>
    </w:p>
    <w:p>
      <w:pPr>
        <w:jc w:val="right"/>
      </w:pPr>
      <w:r>
        <w:t>نائنٹین فورٹی سیون کے بعد سارے مسلمانوں کے mind میں کیا تھا کہ ہمارے لیے انڈیا ایک ایک</w:t>
      </w:r>
    </w:p>
    <w:p>
      <w:r>
        <w:rPr>
          <w:b/>
        </w:rPr>
        <w:t xml:space="preserve">[33:48] </w:t>
      </w:r>
      <w:r>
        <w:t>problem country hai.</w:t>
      </w:r>
    </w:p>
    <w:p>
      <w:pPr>
        <w:jc w:val="right"/>
      </w:pPr>
      <w:r>
        <w:t>problem country ہے.</w:t>
      </w:r>
    </w:p>
    <w:p>
      <w:r>
        <w:rPr>
          <w:b/>
        </w:rPr>
        <w:t xml:space="preserve">[33:54] </w:t>
      </w:r>
      <w:r>
        <w:t>sare sare leader yaani barish aur barish dono aik hi baat bolte the</w:t>
      </w:r>
    </w:p>
    <w:p>
      <w:pPr>
        <w:jc w:val="right"/>
      </w:pPr>
      <w:r>
        <w:t>سارے سارے leader یعنی بارش اور بارش دونوں ایک ہی بات بولتے تھے</w:t>
      </w:r>
    </w:p>
    <w:p>
      <w:r>
        <w:rPr>
          <w:b/>
        </w:rPr>
        <w:t xml:space="preserve">[33:59] </w:t>
      </w:r>
      <w:r>
        <w:t>ke hamare liye india aik problem country hai.</w:t>
      </w:r>
    </w:p>
    <w:p>
      <w:pPr>
        <w:jc w:val="right"/>
      </w:pPr>
      <w:r>
        <w:t>کہ ہمارے لیے انڈیا ایک problem country ہے.</w:t>
      </w:r>
    </w:p>
    <w:p>
      <w:r>
        <w:rPr>
          <w:b/>
        </w:rPr>
        <w:t xml:space="preserve">[34:03] </w:t>
      </w:r>
      <w:r>
        <w:t>yahan opportunities nahi hain.</w:t>
      </w:r>
    </w:p>
    <w:p>
      <w:pPr>
        <w:jc w:val="right"/>
      </w:pPr>
      <w:r>
        <w:t>یہاں opportunities نہیں ہیں.</w:t>
      </w:r>
    </w:p>
    <w:p>
      <w:r>
        <w:rPr>
          <w:b/>
        </w:rPr>
        <w:t xml:space="preserve">[34:07] </w:t>
      </w:r>
      <w:r>
        <w:t>lekin yeh history jo hai nineteen seventy one ke baad badli yaani bangladesh banne ke baad badli.</w:t>
      </w:r>
    </w:p>
    <w:p>
      <w:pPr>
        <w:jc w:val="right"/>
      </w:pPr>
      <w:r>
        <w:t>لیکن یہ history جو ہے نائنٹین سیونٹی ون کے بعد بدلی یعنی بنگلہ دیش بننے کے بعد بدلی.</w:t>
      </w:r>
    </w:p>
    <w:p>
      <w:r>
        <w:rPr>
          <w:b/>
        </w:rPr>
        <w:t xml:space="preserve">[34:12] </w:t>
      </w:r>
      <w:r>
        <w:t>aik naya process shuru hua.</w:t>
      </w:r>
    </w:p>
    <w:p>
      <w:pPr>
        <w:jc w:val="right"/>
      </w:pPr>
      <w:r>
        <w:t>ایک نیا process شروع ہوا.</w:t>
      </w:r>
    </w:p>
    <w:p>
      <w:r>
        <w:rPr>
          <w:b/>
        </w:rPr>
        <w:t xml:space="preserve">[34:16] </w:t>
      </w:r>
      <w:r>
        <w:t>ab yeh haal hai ke musalman daryaft karte hain ke india un ke liye country of opportunities hai.</w:t>
      </w:r>
    </w:p>
    <w:p>
      <w:pPr>
        <w:jc w:val="right"/>
      </w:pPr>
      <w:r>
        <w:t>اب یہ حال ہے کہ مسلمان دریافت کرتے ہیں کہ انڈیا ان کے لیے country of opportunities ہے.</w:t>
      </w:r>
    </w:p>
    <w:p>
      <w:r>
        <w:rPr>
          <w:b/>
        </w:rPr>
        <w:t xml:space="preserve">[34:20] </w:t>
      </w:r>
      <w:r>
        <w:t>country of opportunities hai.</w:t>
      </w:r>
    </w:p>
    <w:p>
      <w:pPr>
        <w:jc w:val="right"/>
      </w:pPr>
      <w:r>
        <w:t>country of opportunities ہے.</w:t>
      </w:r>
    </w:p>
    <w:p>
      <w:r>
        <w:rPr>
          <w:b/>
        </w:rPr>
        <w:t xml:space="preserve">[34:24] </w:t>
      </w:r>
      <w:r>
        <w:t>har aadmi daud raha</w:t>
      </w:r>
    </w:p>
    <w:p>
      <w:pPr>
        <w:jc w:val="right"/>
      </w:pPr>
      <w:r>
        <w:t>ہر آدمی دوڑ رہا</w:t>
      </w:r>
    </w:p>
    <w:p>
      <w:r>
        <w:rPr>
          <w:b/>
        </w:rPr>
        <w:t xml:space="preserve">[34:29] </w:t>
      </w:r>
      <w:r>
        <w:t>hai. har aik ko raasta khara us ko dikhai parta hai. jis ghar mein aap chahein achaanak aik ghar chale jaiye aap. achaanak kisi ghar mein. kisi jhonpdi mein. achaanak chale jaiye. kisi ghar mein kisi flat mein kisi jhonpdi mein. aur wahan ko pata kijiye. to aap maloom karein ke wahan ke ladkay un ke jo member hain un family ke sab kaheen na kaheen raasta n</w:t>
      </w:r>
    </w:p>
    <w:p>
      <w:pPr>
        <w:jc w:val="right"/>
      </w:pPr>
      <w:r>
        <w:t>ہے. ہر ایک کو راستہ کھڑا اس کو دکھائی پڑتا ہے. جس گھر میں آپ چاہیں اچانک ایک گھر چلے جائیے آپ. اچانک کسی گھر میں. کسی جھونپڑی میں. اچانک چلے جائیے. کسی گھر میں کسی فلیٹ میں کسی جھونپڑی میں. اور وہاں کو پتہ کیجیے. تو آپ معلوم کریں کہ وہاں کے لڑکے ان کے جو ممبر ہیں ان فیملی کے سب کہیں نہ کہیں راستہ ن</w:t>
      </w:r>
    </w:p>
    <w:p>
      <w:r>
        <w:rPr>
          <w:b/>
        </w:rPr>
        <w:t xml:space="preserve">[34:59] </w:t>
      </w:r>
      <w:r>
        <w:t>kaalay hue hain aur kaam kar rahay hain kaam kar rahay hain kaam kar rahay hain. yani kisi bhi aik ghar mein aap chale jaiye. chahe woh flat ho chahe woh koi jhaggu jhonpdi ho koi bhi ghar ho. har jagah logon ko aap paayenge ke woh unhein India mein mawaqay dikhai de rahay hain opportunities dikhai de rahi</w:t>
      </w:r>
    </w:p>
    <w:p>
      <w:pPr>
        <w:jc w:val="right"/>
      </w:pPr>
      <w:r>
        <w:t>کالے ہوئے ہیں اور کام کر رہے ہیں کام کر رہے ہیں کام کر رہے ہیں. یعنی کسی بھی ایک گھر میں آپ چلے جائیے. چاہے وہ فلیٹ ہو چاہے وہ کوئی جھگگو جھونپڑی ہو کوئی بھی گھر ہو. ہر جگہ لوگوں کو آپ پائیں گے کہ وہ انہیں انڈیا میں مواقع دکھائی دے رہے ہیں opportunities دکھائی دے رہی</w:t>
      </w:r>
    </w:p>
    <w:p>
      <w:r>
        <w:rPr>
          <w:b/>
        </w:rPr>
        <w:t xml:space="preserve">[35:29] </w:t>
      </w:r>
      <w:r>
        <w:t>hain.</w:t>
      </w:r>
    </w:p>
    <w:p>
      <w:pPr>
        <w:jc w:val="right"/>
      </w:pPr>
      <w:r>
        <w:t>ہیں.</w:t>
      </w:r>
    </w:p>
    <w:p>
      <w:r>
        <w:rPr>
          <w:b/>
        </w:rPr>
        <w:t xml:space="preserve">[35:35] </w:t>
      </w:r>
      <w:r>
        <w:t>aur log apne bachon ko dhoom se is mein dakhil kar rakha hai unhon ne.</w:t>
      </w:r>
    </w:p>
    <w:p>
      <w:pPr>
        <w:jc w:val="right"/>
      </w:pPr>
      <w:r>
        <w:t>اور لوگ اپنے بچوں کو دھوم سے اس میں داخل کر رکھا ہے انہوں نے.</w:t>
      </w:r>
    </w:p>
    <w:p>
      <w:r>
        <w:rPr>
          <w:b/>
        </w:rPr>
        <w:t xml:space="preserve">[35:41] </w:t>
      </w:r>
      <w:r>
        <w:t>is par main ne aik kitaab bhi likhi hai aap parhein is ko hindustani musalman.</w:t>
      </w:r>
    </w:p>
    <w:p>
      <w:pPr>
        <w:jc w:val="right"/>
      </w:pPr>
      <w:r>
        <w:t>اس پر میں نے ایک کتاب بھی لکھی ہے آپ پڑھیں اس کو ہندوستانی مسلمان.</w:t>
      </w:r>
    </w:p>
    <w:p>
      <w:r>
        <w:rPr>
          <w:b/>
        </w:rPr>
        <w:t xml:space="preserve">[35:47] </w:t>
      </w:r>
      <w:r>
        <w:t>to yahi baat jo india mein hum dekh rahe hain yeh baat poori duniya mein hai.</w:t>
      </w:r>
    </w:p>
    <w:p>
      <w:pPr>
        <w:jc w:val="right"/>
      </w:pPr>
      <w:r>
        <w:t>تو یہی بات جو انڈیا میں ہم دیکھ رہے ہیں یہ بات پوری دنیا میں ہے.</w:t>
      </w:r>
    </w:p>
    <w:p>
      <w:r>
        <w:rPr>
          <w:b/>
        </w:rPr>
        <w:t xml:space="preserve">[35:53] </w:t>
      </w:r>
      <w:r>
        <w:t>aur main samajhta hoon ke jo log ab tak yeh boli bolte thay ke dunya hamare dushman hai</w:t>
      </w:r>
    </w:p>
    <w:p>
      <w:pPr>
        <w:jc w:val="right"/>
      </w:pPr>
      <w:r>
        <w:t>اور میں سمجھتا ہوں کہ جو لوگ اب تک یہ بولی بولتے تھے کہ دنیا ہمارے دشمن ہے</w:t>
      </w:r>
    </w:p>
    <w:p>
      <w:r>
        <w:rPr>
          <w:b/>
        </w:rPr>
        <w:t xml:space="preserve">[35:59] </w:t>
      </w:r>
      <w:r>
        <w:t>har jagah hamare khilaf conspiracy ho rahi hai.</w:t>
      </w:r>
    </w:p>
    <w:p>
      <w:pPr>
        <w:jc w:val="right"/>
      </w:pPr>
      <w:r>
        <w:t>ہر جگہ ہمارے خلاف conspiracy ہو رہی ہے.</w:t>
      </w:r>
    </w:p>
    <w:p>
      <w:r>
        <w:rPr>
          <w:b/>
        </w:rPr>
        <w:t xml:space="preserve">[36:04] </w:t>
      </w:r>
      <w:r>
        <w:t>yeh awaz ab bohat hi be-asar hoti chali ja rahi hai.</w:t>
      </w:r>
    </w:p>
    <w:p>
      <w:pPr>
        <w:jc w:val="right"/>
      </w:pPr>
      <w:r>
        <w:t>یہ آواز اب بہت ہی بے اثر ہوتی چلی جا رہی ہے.</w:t>
      </w:r>
    </w:p>
    <w:p>
      <w:r>
        <w:rPr>
          <w:b/>
        </w:rPr>
        <w:t xml:space="preserve">[36:09] </w:t>
      </w:r>
      <w:r>
        <w:t>ab se pachas saal pehle is awaz pe log daurte thay bheer lagti thi.</w:t>
      </w:r>
    </w:p>
    <w:p>
      <w:pPr>
        <w:jc w:val="right"/>
      </w:pPr>
      <w:r>
        <w:t>اب سے پچاس سال پہلے اس آواز پہ لوگ دوڑتے تھے بھیڑ لگتی تھی.</w:t>
      </w:r>
    </w:p>
    <w:p>
      <w:r>
        <w:rPr>
          <w:b/>
        </w:rPr>
        <w:t xml:space="preserve">[36:13] </w:t>
      </w:r>
      <w:r>
        <w:t>ab is pe bheer lagti hai.</w:t>
      </w:r>
    </w:p>
    <w:p>
      <w:pPr>
        <w:jc w:val="right"/>
      </w:pPr>
      <w:r>
        <w:t>اب اس پہ بھیڑ لگتی ہے.</w:t>
      </w:r>
    </w:p>
    <w:p>
      <w:r>
        <w:rPr>
          <w:b/>
        </w:rPr>
        <w:t xml:space="preserve">[36:18] </w:t>
      </w:r>
      <w:r>
        <w:t>ab koi daurta nahi is ke peeche.</w:t>
      </w:r>
    </w:p>
    <w:p>
      <w:pPr>
        <w:jc w:val="right"/>
      </w:pPr>
      <w:r>
        <w:t>اب کوئی دوڑتا نہیں اس کے پیچھے.</w:t>
      </w:r>
    </w:p>
    <w:p>
      <w:r>
        <w:rPr>
          <w:b/>
        </w:rPr>
        <w:t xml:space="preserve">[36:22] </w:t>
      </w:r>
      <w:r>
        <w:t>kyun har ek ko nazar aata hai ke bawaqe hum ko hum is ko avail karna hai humein</w:t>
      </w:r>
    </w:p>
    <w:p>
      <w:pPr>
        <w:jc w:val="right"/>
      </w:pPr>
      <w:r>
        <w:t>کیوں ہر ایک کو نظر آتا ہے کہ بواقع ہم کو ہم اس کو avail کرنا ہے ہمیں</w:t>
      </w:r>
    </w:p>
    <w:p>
      <w:r>
        <w:rPr>
          <w:b/>
        </w:rPr>
        <w:t xml:space="preserve">[36:27] </w:t>
      </w:r>
      <w:r>
        <w:t>subah shaam is mein lagna hai.</w:t>
      </w:r>
    </w:p>
    <w:p>
      <w:pPr>
        <w:jc w:val="right"/>
      </w:pPr>
      <w:r>
        <w:t>صبح شام اس میں لگنا ہے.</w:t>
      </w:r>
    </w:p>
    <w:p>
      <w:r>
        <w:rPr>
          <w:b/>
        </w:rPr>
        <w:t xml:space="preserve">[36:31] </w:t>
      </w:r>
      <w:r>
        <w:t>ab kisi ko fursat nahi hai shikayat ki.</w:t>
      </w:r>
    </w:p>
    <w:p>
      <w:pPr>
        <w:jc w:val="right"/>
      </w:pPr>
      <w:r>
        <w:t>اب کسی کو فرصت نہیں ہے شکایت کی.</w:t>
      </w:r>
    </w:p>
    <w:p>
      <w:r>
        <w:rPr>
          <w:b/>
        </w:rPr>
        <w:t xml:space="preserve">[36:36] </w:t>
      </w:r>
      <w:r>
        <w:t>sachi baat yeh hai.</w:t>
      </w:r>
    </w:p>
    <w:p>
      <w:pPr>
        <w:jc w:val="right"/>
      </w:pPr>
      <w:r>
        <w:t>سچی بات یہ ہے.</w:t>
      </w:r>
    </w:p>
    <w:p>
      <w:r>
        <w:rPr>
          <w:b/>
        </w:rPr>
        <w:t xml:space="preserve">[36:41] </w:t>
      </w:r>
      <w:r>
        <w:t>lekin yeh hua hai material sense mein.</w:t>
      </w:r>
    </w:p>
    <w:p>
      <w:pPr>
        <w:jc w:val="right"/>
      </w:pPr>
      <w:r>
        <w:t>لیکن یہ ہوا ہے material sense میں.</w:t>
      </w:r>
    </w:p>
    <w:p>
      <w:r>
        <w:rPr>
          <w:b/>
        </w:rPr>
        <w:t xml:space="preserve">[36:45] </w:t>
      </w:r>
      <w:r>
        <w:t>material sense mein musalmanon ne daryaft kar liya hai ke maujooda awam ne un ke liye mawaqe hain.</w:t>
      </w:r>
    </w:p>
    <w:p>
      <w:pPr>
        <w:jc w:val="right"/>
      </w:pPr>
      <w:r>
        <w:t>material sense میں مسلمانوں نے دریافت کر لیا ہے کہ موجودہ عوام نے ان کے لیے مواقع ہیں.</w:t>
      </w:r>
    </w:p>
    <w:p>
      <w:r>
        <w:rPr>
          <w:b/>
        </w:rPr>
        <w:t xml:space="preserve">[36:50] </w:t>
      </w:r>
      <w:r>
        <w:t>material sense mein musalmanon ne is baat ko discover kar liya hai ke aaj ke dunya mein un</w:t>
      </w:r>
    </w:p>
    <w:p>
      <w:pPr>
        <w:jc w:val="right"/>
      </w:pPr>
      <w:r>
        <w:t>material sense میں مسلمانوں نے اس بات کو discover کر لیا ہے کہ آج کے دنیا میں ان</w:t>
      </w:r>
    </w:p>
    <w:p>
      <w:r>
        <w:rPr>
          <w:b/>
        </w:rPr>
        <w:t xml:space="preserve">[36:55] </w:t>
      </w:r>
      <w:r>
        <w:t>ke liye mawaqe hain.</w:t>
      </w:r>
    </w:p>
    <w:p>
      <w:pPr>
        <w:jc w:val="right"/>
      </w:pPr>
      <w:r>
        <w:t>کے لیے مواقع ہیں.</w:t>
      </w:r>
    </w:p>
    <w:p>
      <w:r>
        <w:rPr>
          <w:b/>
        </w:rPr>
        <w:t xml:space="preserve">[37:00] </w:t>
      </w:r>
      <w:r>
        <w:t>lekin dawat ke silsile mein abhi tak be-khabar hain woh.</w:t>
      </w:r>
    </w:p>
    <w:p>
      <w:pPr>
        <w:jc w:val="right"/>
      </w:pPr>
      <w:r>
        <w:t>لیکن دعوت کے سلسلے میں ابھی تک بے خبر ہیں وہ.</w:t>
      </w:r>
    </w:p>
    <w:p>
      <w:r>
        <w:rPr>
          <w:b/>
        </w:rPr>
        <w:t xml:space="preserve">[37:04] </w:t>
      </w:r>
      <w:r>
        <w:t>yani dawati jo dawat ke jo opportunities hain dawat ke jo mawaqe hain us ke lehaz se abhi</w:t>
      </w:r>
    </w:p>
    <w:p>
      <w:pPr>
        <w:jc w:val="right"/>
      </w:pPr>
      <w:r>
        <w:t>یعنی دعوتی جو دعوت کے جو opportunities ہیں دعوت کے جو مواقع ہیں اس کے لحاظ سے ابھی</w:t>
      </w:r>
    </w:p>
    <w:p>
      <w:r>
        <w:rPr>
          <w:b/>
        </w:rPr>
        <w:t xml:space="preserve">[37:09] </w:t>
      </w:r>
      <w:r>
        <w:t>woh be-khabar hain.</w:t>
      </w:r>
    </w:p>
    <w:p>
      <w:pPr>
        <w:jc w:val="right"/>
      </w:pPr>
      <w:r>
        <w:t>وہ بے خبر ہیں.</w:t>
      </w:r>
    </w:p>
    <w:p>
      <w:r>
        <w:rPr>
          <w:b/>
        </w:rPr>
        <w:t xml:space="preserve">[37:14] </w:t>
      </w:r>
      <w:r>
        <w:t>kal parson ek sahab mere paas aaye un ke sath koi naujawan ladka tha.</w:t>
      </w:r>
    </w:p>
    <w:p>
      <w:pPr>
        <w:jc w:val="right"/>
      </w:pPr>
      <w:r>
        <w:t>کل پرسوں ایک صاحب میرے پاس آئے ان کے ساتھ کوئی نوجوان لڑکا تھا.</w:t>
      </w:r>
    </w:p>
    <w:p>
      <w:r>
        <w:rPr>
          <w:b/>
        </w:rPr>
        <w:t xml:space="preserve">[37:19] </w:t>
      </w:r>
      <w:r>
        <w:t>maloom hua ke un ka ladka jo hai tayari kar raha hai ek kisi test mein baithne ki</w:t>
      </w:r>
    </w:p>
    <w:p>
      <w:pPr>
        <w:jc w:val="right"/>
      </w:pPr>
      <w:r>
        <w:t>معلوم ہوا کہ ان کا لڑکا جو ہے تیاری کر رہا ہے ایک کسی ٹیسٹ میں بیٹھنے کی</w:t>
      </w:r>
    </w:p>
    <w:p>
      <w:r>
        <w:rPr>
          <w:b/>
        </w:rPr>
        <w:t xml:space="preserve">[37:24] </w:t>
      </w:r>
      <w:r>
        <w:t>ab woh America jaye ga.</w:t>
      </w:r>
    </w:p>
    <w:p>
      <w:pPr>
        <w:jc w:val="right"/>
      </w:pPr>
      <w:r>
        <w:t>اب وہ امریکہ جائے گا.</w:t>
      </w:r>
    </w:p>
    <w:p>
      <w:r>
        <w:rPr>
          <w:b/>
        </w:rPr>
        <w:t xml:space="preserve">[37:29] </w:t>
      </w:r>
      <w:r>
        <w:t>ab woh ek mamooli ghar ke aadmi thay woh</w:t>
      </w:r>
    </w:p>
    <w:p>
      <w:pPr>
        <w:jc w:val="right"/>
      </w:pPr>
      <w:r>
        <w:t>اب وہ ایک معمولی گھر کے آدمی تھے وہ</w:t>
      </w:r>
    </w:p>
    <w:p>
      <w:r>
        <w:rPr>
          <w:b/>
        </w:rPr>
        <w:t xml:space="preserve">[37:34] </w:t>
      </w:r>
      <w:r>
        <w:t>—</w:t>
      </w:r>
    </w:p>
    <w:p>
      <w:pPr>
        <w:jc w:val="right"/>
      </w:pPr>
      <w:r>
        <w:t>.</w:t>
      </w:r>
    </w:p>
    <w:p>
      <w:r>
        <w:rPr>
          <w:b/>
        </w:rPr>
        <w:t xml:space="preserve">[37:39] </w:t>
      </w:r>
      <w:r>
        <w:t>lekin unhon ne dekha ke America mein rasta khula hua hai bhejo apne bachon ko America.</w:t>
      </w:r>
    </w:p>
    <w:p>
      <w:pPr>
        <w:jc w:val="right"/>
      </w:pPr>
      <w:r>
        <w:t>لیکن انہوں نے دیکھا کہ امریکہ میں راستہ کھلا ہوا ہے بھیجو اپنے بچوں کو امریکہ.</w:t>
      </w:r>
    </w:p>
    <w:p>
      <w:r>
        <w:rPr>
          <w:b/>
        </w:rPr>
        <w:t xml:space="preserve">[37:44] </w:t>
      </w:r>
      <w:r>
        <w:t>to material aitbar se logon ko dikhai pad chuka hai ke hamare liye sari dunya mein scope hain</w:t>
      </w:r>
    </w:p>
    <w:p>
      <w:pPr>
        <w:jc w:val="right"/>
      </w:pPr>
      <w:r>
        <w:t>تو material اعتبار سے لوگوں کو دکھائی پڑ چکا ہے کہ ہمارے لیے ساری دنیا میں scope ہیں</w:t>
      </w:r>
    </w:p>
    <w:p>
      <w:r>
        <w:rPr>
          <w:b/>
        </w:rPr>
        <w:t xml:space="preserve">[37:49] </w:t>
      </w:r>
      <w:r>
        <w:t>sari dunya mein opportunities hain.</w:t>
      </w:r>
    </w:p>
    <w:p>
      <w:pPr>
        <w:jc w:val="right"/>
      </w:pPr>
      <w:r>
        <w:t>ساری دنیا میں opportunities ہیں.</w:t>
      </w:r>
    </w:p>
    <w:p>
      <w:r>
        <w:rPr>
          <w:b/>
        </w:rPr>
        <w:t xml:space="preserve">[37:55] </w:t>
      </w:r>
      <w:r>
        <w:t>aur khoob daur rahe hain khoob daur rahe hain khoob daur rahe hain.</w:t>
      </w:r>
    </w:p>
    <w:p>
      <w:pPr>
        <w:jc w:val="right"/>
      </w:pPr>
      <w:r>
        <w:t>اور خوب دوڑ رہے ہیں خوب دوڑ رہے ہیں خوب دوڑ رہے ہیں.</w:t>
      </w:r>
    </w:p>
    <w:p>
      <w:r>
        <w:rPr>
          <w:b/>
        </w:rPr>
        <w:t xml:space="preserve">[38:00] </w:t>
      </w:r>
      <w:r>
        <w:t>lekin dawat ke aitbaar se abhi unko unko</w:t>
      </w:r>
    </w:p>
    <w:p>
      <w:pPr>
        <w:jc w:val="right"/>
      </w:pPr>
      <w:r>
        <w:t>لیکن دعوت کے اعتبار سے ابھی ان کو ان کو</w:t>
      </w:r>
    </w:p>
    <w:p>
      <w:r>
        <w:rPr>
          <w:b/>
        </w:rPr>
        <w:t xml:space="preserve">[38:05] </w:t>
      </w:r>
      <w:r>
        <w:t>khabar nahi hui hai.</w:t>
      </w:r>
    </w:p>
    <w:p>
      <w:pPr>
        <w:jc w:val="right"/>
      </w:pPr>
      <w:r>
        <w:t>خبر نہیں ہوئی ہے.</w:t>
      </w:r>
    </w:p>
    <w:p>
      <w:r>
        <w:rPr>
          <w:b/>
        </w:rPr>
        <w:t xml:space="preserve">[38:10] </w:t>
      </w:r>
      <w:r>
        <w:t>dawat ke mawaqe ke aitbaar se abhi bhi woh unaware hain.</w:t>
      </w:r>
    </w:p>
    <w:p>
      <w:pPr>
        <w:jc w:val="right"/>
      </w:pPr>
      <w:r>
        <w:t>دعوت کے مواقع کے اعتبار سے ابھی بھی وہ unaware ہیں.</w:t>
      </w:r>
    </w:p>
    <w:p>
      <w:r>
        <w:rPr>
          <w:b/>
        </w:rPr>
        <w:t xml:space="preserve">[38:15] </w:t>
      </w:r>
      <w:r>
        <w:t>to main samajhta hoon ke maujooda zamane mein iski zaroorat nahi rahi pehle mein bohat likha tha</w:t>
      </w:r>
    </w:p>
    <w:p>
      <w:pPr>
        <w:jc w:val="right"/>
      </w:pPr>
      <w:r>
        <w:t>تو میں سمجھتا ہوں کہ موجودہ زمانے میں اس کی ضرورت نہیں رہی پہلے میں بہت لکھا تھا</w:t>
      </w:r>
    </w:p>
    <w:p>
      <w:r>
        <w:rPr>
          <w:b/>
        </w:rPr>
        <w:t xml:space="preserve">[38:20] </w:t>
      </w:r>
      <w:r>
        <w:t>لکھتا تھا modern opportunities material opportunities ke bare mein bahut likhta tha maine bahut kitaben likhi thin</w:t>
      </w:r>
    </w:p>
    <w:p>
      <w:pPr>
        <w:jc w:val="right"/>
      </w:pPr>
      <w:r>
        <w:t>لکھتا تھا modern opportunities material opportunities کے بارے میں بہت لکھتا تھا میں نے بہت کتابیں لکھی تھیں</w:t>
      </w:r>
    </w:p>
    <w:p>
      <w:r>
        <w:rPr>
          <w:b/>
        </w:rPr>
        <w:t xml:space="preserve">[38:25] </w:t>
      </w:r>
      <w:r>
        <w:t>ab iski zaroorat nahi hai kyunke log jaan chuke hain.</w:t>
      </w:r>
    </w:p>
    <w:p>
      <w:pPr>
        <w:jc w:val="right"/>
      </w:pPr>
      <w:r>
        <w:t>اب اس کی ضرورت نہیں ہے کیونکہ لوگ جان چکے ہیں.</w:t>
      </w:r>
    </w:p>
    <w:p>
      <w:r>
        <w:rPr>
          <w:b/>
        </w:rPr>
        <w:t xml:space="preserve">[38:30] </w:t>
      </w:r>
      <w:r>
        <w:t>jab aadmi apne</w:t>
      </w:r>
    </w:p>
    <w:p>
      <w:pPr>
        <w:jc w:val="right"/>
      </w:pPr>
      <w:r>
        <w:t>جب آدمی اپنے</w:t>
      </w:r>
    </w:p>
    <w:p>
      <w:r>
        <w:rPr>
          <w:b/>
        </w:rPr>
        <w:t xml:space="preserve">[38:35] </w:t>
      </w:r>
      <w:r>
        <w:t>interest ko jaan le to daur khud daurta hai woh aap ko daurane ki zaroorat nahi hai.</w:t>
      </w:r>
    </w:p>
    <w:p>
      <w:pPr>
        <w:jc w:val="right"/>
      </w:pPr>
      <w:r>
        <w:t>interest کو جان لے تو دوڑ خود دوڑتا ہے وہ آپ کو دوڑانے کی ضرورت نہیں ہے.</w:t>
      </w:r>
    </w:p>
    <w:p>
      <w:r>
        <w:rPr>
          <w:b/>
        </w:rPr>
        <w:t xml:space="preserve">[38:41] </w:t>
      </w:r>
      <w:r>
        <w:t>to material opportunities ke log khoob jaan chuke hain aur khoob daur rahe hain apne bachchon ko khoob</w:t>
      </w:r>
    </w:p>
    <w:p>
      <w:pPr>
        <w:jc w:val="right"/>
      </w:pPr>
      <w:r>
        <w:t>تو material opportunities کے لوگ خوب جان چکے ہیں اور خوب دوڑ رہے ہیں اپنے بچوں کو خوب</w:t>
      </w:r>
    </w:p>
    <w:p>
      <w:r>
        <w:rPr>
          <w:b/>
        </w:rPr>
        <w:t xml:space="preserve">[38:47] </w:t>
      </w:r>
      <w:r>
        <w:t>bhaga rahe hain isi ko daura rahe hain.</w:t>
      </w:r>
    </w:p>
    <w:p>
      <w:pPr>
        <w:jc w:val="right"/>
      </w:pPr>
      <w:r>
        <w:t>بھگا رہے ہیں اسی کو دوڑا رہے ہیں.</w:t>
      </w:r>
    </w:p>
    <w:p>
      <w:r>
        <w:rPr>
          <w:b/>
        </w:rPr>
        <w:t xml:space="preserve">[38:54] </w:t>
      </w:r>
      <w:r>
        <w:t>lekin dawat ki opportunities hain abhi tak is se woh be khabar hain.</w:t>
      </w:r>
    </w:p>
    <w:p>
      <w:pPr>
        <w:jc w:val="right"/>
      </w:pPr>
      <w:r>
        <w:t>لیکن دعوت کی opportunities ہیں ابھی تک اس سے وہ بے خبر ہیں.</w:t>
      </w:r>
    </w:p>
    <w:p>
      <w:r>
        <w:rPr>
          <w:b/>
        </w:rPr>
        <w:t xml:space="preserve">[39:00] </w:t>
      </w:r>
      <w:r>
        <w:t>to main aap logon ko yeh kahoon ga</w:t>
      </w:r>
    </w:p>
    <w:p>
      <w:pPr>
        <w:jc w:val="right"/>
      </w:pPr>
      <w:r>
        <w:t>تو میں آپ لوگوں کو یہ کہوں گا</w:t>
      </w:r>
    </w:p>
    <w:p>
      <w:r>
        <w:rPr>
          <w:b/>
        </w:rPr>
        <w:t xml:space="preserve">[39:06] </w:t>
      </w:r>
      <w:r>
        <w:t>keh jo dawat ke aitbaar se jo dunya mein opportunities hain us ko janiye. maine apni kitaab jo hamari latest book hai age of peace isi maqsad ke liye likhi hui hai. is ka doosra naam yeh ho sakta hai keh age of daawa opportunities. is kitaab ka title hai age of peace lekin agar</w:t>
      </w:r>
    </w:p>
    <w:p>
      <w:pPr>
        <w:jc w:val="right"/>
      </w:pPr>
      <w:r>
        <w:t>کہ جو دعوت کے اعتبار سے جو دنیا میں opportunities ہیں اس کو جانیے. میں نے اپنی کتاب جو ہماری latest book ہے age of peace اسی مقصد کے لیے لکھی ہوئی ہے. اس کا دوسرا نام یہ ہو سکتا ہے کہ age of دعویٰ opportunities. اس کتاب کا ٹائٹل ہے age of peace لیکن اگر</w:t>
      </w:r>
    </w:p>
    <w:p>
      <w:r>
        <w:rPr>
          <w:b/>
        </w:rPr>
        <w:t xml:space="preserve">[39:36] </w:t>
      </w:r>
      <w:r>
        <w:t>aap parhein is ko to aap paayein ge keh is ka doosra title yeh hai keh age of daawa opportunities. to yeh hai woh cheez jis se humein logon ko ba-khabar karna hai. kal aik musalman mile to unhone kaha hari bhai aap quran distribute kar rahe hain woh to woh to is ko be-hurmati karein ge. yaani unhein isi ko mein be-khabar hi kehta hoon. woh is ke intezaar mein</w:t>
      </w:r>
    </w:p>
    <w:p>
      <w:pPr>
        <w:jc w:val="right"/>
      </w:pPr>
      <w:r>
        <w:t>آپ پڑھیں اس کو تو آپ پائیں گے کہ اس کا دوسرا ٹائٹل یہ ہے کہ age of دعویٰ opportunities. تو یہ ہے وہ چیز جس سے ہمیں لوگوں کو باخبر کرنا ہے. کل ایک مسلمان ملے تو انہوں نے کہا ہری بھائی آپ قرآن distribute کر رہے ہیں وہ تو وہ تو اس کو بے حرمتی کریں گے. یعنی انہیں اسی کو میں بے خبر ہی کہتا ہوں. وہ اس کے انتظار میں</w:t>
      </w:r>
    </w:p>
    <w:p>
      <w:r>
        <w:rPr>
          <w:b/>
        </w:rPr>
        <w:t xml:space="preserve">[40:06] </w:t>
      </w:r>
      <w:r>
        <w:t>hain ke koi de hamein quran is ko padhein.</w:t>
      </w:r>
    </w:p>
    <w:p>
      <w:pPr>
        <w:jc w:val="right"/>
      </w:pPr>
      <w:r>
        <w:t>ہیں کہ کوئی دے ہمیں قرآن اس کو پڑھیں.</w:t>
      </w:r>
    </w:p>
    <w:p>
      <w:r>
        <w:rPr>
          <w:b/>
        </w:rPr>
        <w:t xml:space="preserve">[40:11] </w:t>
      </w:r>
      <w:r>
        <w:t>aur aap samajhte hain ke be hurmati karenge woh.</w:t>
      </w:r>
    </w:p>
    <w:p>
      <w:pPr>
        <w:jc w:val="right"/>
      </w:pPr>
      <w:r>
        <w:t>اور آپ سمجھتے ہیں کہ بے حرمتی کریں گے وہ.</w:t>
      </w:r>
    </w:p>
    <w:p>
      <w:r>
        <w:rPr>
          <w:b/>
        </w:rPr>
        <w:t xml:space="preserve">[40:16] </w:t>
      </w:r>
      <w:r>
        <w:t>yeh be hurmati ka afsana bilkul hi be maeni hai.</w:t>
      </w:r>
    </w:p>
    <w:p>
      <w:pPr>
        <w:jc w:val="right"/>
      </w:pPr>
      <w:r>
        <w:t>یہ بے حرمتی کا افسانہ بالکل ہی بے معنی ہے.</w:t>
      </w:r>
    </w:p>
    <w:p>
      <w:r>
        <w:rPr>
          <w:b/>
        </w:rPr>
        <w:t xml:space="preserve">[40:21] </w:t>
      </w:r>
      <w:r>
        <w:t>main dua karta hoon ke Allah taala hum ko tofeeq de ke hum jaanein ke kya opportunity khuli</w:t>
      </w:r>
    </w:p>
    <w:p>
      <w:pPr>
        <w:jc w:val="right"/>
      </w:pPr>
      <w:r>
        <w:t>میں دعا کرتا ہوں کہ اللہ تعالیٰ ہم کو توفیق دے کہ ہم جانیں کہ کیا opportunity کھلی</w:t>
      </w:r>
    </w:p>
    <w:p>
      <w:r>
        <w:rPr>
          <w:b/>
        </w:rPr>
        <w:t xml:space="preserve">[40:25] </w:t>
      </w:r>
      <w:r>
        <w:t>hai hamare liye is ko avail karein.</w:t>
      </w:r>
    </w:p>
    <w:p>
      <w:pPr>
        <w:jc w:val="right"/>
      </w:pPr>
      <w:r>
        <w:t>ہے ہمارے لیے اس کو avail کریں.</w:t>
      </w:r>
    </w:p>
    <w:p>
      <w:r>
        <w:rPr>
          <w:b/>
        </w:rPr>
        <w:t xml:space="preserve">[40:30] </w:t>
      </w:r>
      <w:r>
        <w:t>Allah hamein tofeeq de.</w:t>
      </w:r>
    </w:p>
    <w:p>
      <w:pPr>
        <w:jc w:val="right"/>
      </w:pPr>
      <w:r>
        <w:t>اللہ ہمیں توفیق دے.</w:t>
      </w:r>
    </w:p>
    <w:p>
      <w:r>
        <w:rPr>
          <w:b/>
        </w:rPr>
        <w:t xml:space="preserve">[40:35] </w:t>
      </w:r>
      <w:r>
        <w:t>assalam o alaikum wa rehmatullah wa barakatuh.</w:t>
      </w:r>
    </w:p>
    <w:p>
      <w:pPr>
        <w:jc w:val="right"/>
      </w:pPr>
      <w:r>
        <w:t>السلام علیکم ورحمۃ اللہ وبرکاتہ.</w:t>
      </w:r>
    </w:p>
    <w:p>
      <w:r>
        <w:rPr>
          <w:b/>
        </w:rPr>
        <w:t xml:space="preserve">[40:40] </w:t>
      </w:r>
      <w:r>
        <w:t>Okay so we'll be starting with the question answer session now.</w:t>
      </w:r>
    </w:p>
    <w:p>
      <w:pPr>
        <w:jc w:val="right"/>
      </w:pPr>
      <w:r>
        <w:t>Okay so we'll be starting with the question answer session now.</w:t>
      </w:r>
    </w:p>
    <w:p>
      <w:r>
        <w:rPr>
          <w:b/>
        </w:rPr>
        <w:t xml:space="preserve">[40:45] </w:t>
      </w:r>
      <w:r>
        <w:t>All the online viewers are requested to send their questions on info@cpsglobal.org.</w:t>
      </w:r>
    </w:p>
    <w:p>
      <w:pPr>
        <w:jc w:val="right"/>
      </w:pPr>
      <w:r>
        <w:t>All the online viewers are requested to send their questions on info@cpsglobal.org.</w:t>
      </w:r>
    </w:p>
    <w:p>
      <w:r>
        <w:rPr>
          <w:b/>
        </w:rPr>
        <w:t xml:space="preserve">[40:50] </w:t>
      </w:r>
      <w:r>
        <w:t>Viewers who are watching it on Facebook, we would request them that in the comment section where they</w:t>
      </w:r>
    </w:p>
    <w:p>
      <w:pPr>
        <w:jc w:val="right"/>
      </w:pPr>
      <w:r>
        <w:t>Viewers who are watching it on Facebook, we would request them that in the comment section where they</w:t>
      </w:r>
    </w:p>
    <w:p>
      <w:r>
        <w:rPr>
          <w:b/>
        </w:rPr>
        <w:t xml:space="preserve">[40:55] </w:t>
      </w:r>
      <w:r>
        <w:t>mention their question, please also mention the location from where you are asking the question.</w:t>
      </w:r>
    </w:p>
    <w:p>
      <w:pPr>
        <w:jc w:val="right"/>
      </w:pPr>
      <w:r>
        <w:t>mention their question, please also mention the location from where you are asking the question.</w:t>
      </w:r>
    </w:p>
    <w:p>
      <w:r>
        <w:rPr>
          <w:b/>
        </w:rPr>
        <w:t xml:space="preserve">[41:00] </w:t>
      </w:r>
      <w:r>
        <w:t>maulana hum sab se pehle ek comment se shuru karna chahenge aaj ka session.</w:t>
      </w:r>
    </w:p>
    <w:p>
      <w:pPr>
        <w:jc w:val="right"/>
      </w:pPr>
      <w:r>
        <w:t>مولانا ہم سب سے پہلے ایک comment سے شروع کرنا چاہیں گے آج کا session.</w:t>
      </w:r>
    </w:p>
    <w:p>
      <w:r>
        <w:rPr>
          <w:b/>
        </w:rPr>
        <w:t xml:space="preserve">[41:05] </w:t>
      </w:r>
      <w:r>
        <w:t>yeh comment bheja hai</w:t>
      </w:r>
    </w:p>
    <w:p>
      <w:pPr>
        <w:jc w:val="right"/>
      </w:pPr>
      <w:r>
        <w:t>یہ comment بھیجا ہے</w:t>
      </w:r>
    </w:p>
    <w:p>
      <w:r>
        <w:rPr>
          <w:b/>
        </w:rPr>
        <w:t xml:space="preserve">[41:10] </w:t>
      </w:r>
      <w:r>
        <w:t>Miss Shabana Atib ne Pakistan se aur unhon ne likha hai: "I have been with Al Risala Mission</w:t>
      </w:r>
    </w:p>
    <w:p>
      <w:pPr>
        <w:jc w:val="right"/>
      </w:pPr>
      <w:r>
        <w:t>Miss Shabana Atib نے پاکستان سے اور انہوں نے لکھا ہے: "I have been with Al Risala Mission</w:t>
      </w:r>
    </w:p>
    <w:p>
      <w:r>
        <w:rPr>
          <w:b/>
        </w:rPr>
        <w:t xml:space="preserve">[41:15] </w:t>
      </w:r>
      <w:r>
        <w:t>for so long.</w:t>
      </w:r>
    </w:p>
    <w:p>
      <w:pPr>
        <w:jc w:val="right"/>
      </w:pPr>
      <w:r>
        <w:t>for so long.</w:t>
      </w:r>
    </w:p>
    <w:p>
      <w:r>
        <w:rPr>
          <w:b/>
        </w:rPr>
        <w:t xml:space="preserve">[41:20] </w:t>
      </w:r>
      <w:r>
        <w:t>I have always been praying for this mission to build a strong team.</w:t>
      </w:r>
    </w:p>
    <w:p>
      <w:pPr>
        <w:jc w:val="right"/>
      </w:pPr>
      <w:r>
        <w:t>I have always been praying for this mission to build a strong team.</w:t>
      </w:r>
    </w:p>
    <w:p>
      <w:r>
        <w:rPr>
          <w:b/>
        </w:rPr>
        <w:t xml:space="preserve">[41:26] </w:t>
      </w:r>
      <w:r>
        <w:t>For the very first time I have become the part of this team in the Book Fair of Islamabad.</w:t>
      </w:r>
    </w:p>
    <w:p>
      <w:pPr>
        <w:jc w:val="right"/>
      </w:pPr>
      <w:r>
        <w:t>For the very first time I have become the part of this team in the Book Fair of Islamabad.</w:t>
      </w:r>
    </w:p>
    <w:p>
      <w:r>
        <w:rPr>
          <w:b/>
        </w:rPr>
        <w:t xml:space="preserve">[41:31] </w:t>
      </w:r>
      <w:r>
        <w:t>It was incredible.</w:t>
      </w:r>
    </w:p>
    <w:p>
      <w:pPr>
        <w:jc w:val="right"/>
      </w:pPr>
      <w:r>
        <w:t>It was incredible.</w:t>
      </w:r>
    </w:p>
    <w:p>
      <w:r>
        <w:rPr>
          <w:b/>
        </w:rPr>
        <w:t xml:space="preserve">[41:36] </w:t>
      </w:r>
      <w:r>
        <w:t>I saw the people of all age groups buying Maulana Sahab's books with love.</w:t>
      </w:r>
    </w:p>
    <w:p>
      <w:pPr>
        <w:jc w:val="right"/>
      </w:pPr>
      <w:r>
        <w:t>I saw the people of all age groups buying مولانا صاحب's books with love.</w:t>
      </w:r>
    </w:p>
    <w:p>
      <w:r>
        <w:rPr>
          <w:b/>
        </w:rPr>
        <w:t xml:space="preserve">[41:41] </w:t>
      </w:r>
      <w:r>
        <w:t>Even the opponents were saying we read Maulana Sahab's books because he is such a knowledgeable scholar.</w:t>
      </w:r>
    </w:p>
    <w:p>
      <w:pPr>
        <w:jc w:val="right"/>
      </w:pPr>
      <w:r>
        <w:t>Even the opponents were saying we read مولانا صاحب's books because he is such a knowledgeable scholar.</w:t>
      </w:r>
    </w:p>
    <w:p>
      <w:r>
        <w:rPr>
          <w:b/>
        </w:rPr>
        <w:t xml:space="preserve">[41:47] </w:t>
      </w:r>
      <w:r>
        <w:t>My happiness was beyond description.</w:t>
      </w:r>
    </w:p>
    <w:p>
      <w:pPr>
        <w:jc w:val="right"/>
      </w:pPr>
      <w:r>
        <w:t>My happiness was beyond description.</w:t>
      </w:r>
    </w:p>
    <w:p>
      <w:r>
        <w:rPr>
          <w:b/>
        </w:rPr>
        <w:t xml:space="preserve">[41:53] </w:t>
      </w:r>
      <w:r>
        <w:t>I never imagined this splendid response from Pakistanis.</w:t>
      </w:r>
    </w:p>
    <w:p>
      <w:pPr>
        <w:jc w:val="right"/>
      </w:pPr>
      <w:r>
        <w:t>I never imagined this splendid response from Pakistanis.</w:t>
      </w:r>
    </w:p>
    <w:p>
      <w:r>
        <w:rPr>
          <w:b/>
        </w:rPr>
        <w:t xml:space="preserve">[41:59] </w:t>
      </w:r>
      <w:r>
        <w:t>Now I believe InshaAllah this mission will spread like a fire." Maulana agla sawal bheja hai Delhi se</w:t>
      </w:r>
    </w:p>
    <w:p>
      <w:pPr>
        <w:jc w:val="right"/>
      </w:pPr>
      <w:r>
        <w:t>Now I believe انشاءاللہ this mission will spread like a fire." مولانا اگلا سوال بھیجا ہے دہلی سے</w:t>
      </w:r>
    </w:p>
    <w:p>
      <w:r>
        <w:rPr>
          <w:b/>
        </w:rPr>
        <w:t xml:space="preserve">[42:05] </w:t>
      </w:r>
      <w:r>
        <w:t>Maulana Farhad Ahmed Sahab ne</w:t>
      </w:r>
    </w:p>
    <w:p>
      <w:pPr>
        <w:jc w:val="right"/>
      </w:pPr>
      <w:r>
        <w:t>مولانا فرہاد احمد صاحب نے</w:t>
      </w:r>
    </w:p>
    <w:p>
      <w:r>
        <w:rPr>
          <w:b/>
        </w:rPr>
        <w:t xml:space="preserve">[42:11] </w:t>
      </w:r>
      <w:r>
        <w:t>aur unhon ne likha hai: " Nowadays I am studying Indian history in the context of Islam.</w:t>
      </w:r>
    </w:p>
    <w:p>
      <w:pPr>
        <w:jc w:val="right"/>
      </w:pPr>
      <w:r>
        <w:t>اور انہوں نے لکھا ہے: "Nowadays I am studying Indian history in the context of Islam.</w:t>
      </w:r>
    </w:p>
    <w:p>
      <w:r>
        <w:rPr>
          <w:b/>
        </w:rPr>
        <w:t xml:space="preserve">[42:17] </w:t>
      </w:r>
      <w:r>
        <w:t>After comparing the early period of Muslims arriving in India and the latter period of Indian Muslims, I</w:t>
      </w:r>
    </w:p>
    <w:p>
      <w:pPr>
        <w:jc w:val="right"/>
      </w:pPr>
      <w:r>
        <w:t>After comparing the early period of Muslims arriving in India and the latter period of Indian Muslims, I</w:t>
      </w:r>
    </w:p>
    <w:p>
      <w:r>
        <w:rPr>
          <w:b/>
        </w:rPr>
        <w:t xml:space="preserve">[42:23] </w:t>
      </w:r>
      <w:r>
        <w:t>saw that the earlier Muslims were tolerant than of later period.</w:t>
      </w:r>
    </w:p>
    <w:p>
      <w:pPr>
        <w:jc w:val="right"/>
      </w:pPr>
      <w:r>
        <w:t>saw that the earlier Muslims were tolerant than of later period.</w:t>
      </w:r>
    </w:p>
    <w:p>
      <w:r>
        <w:rPr>
          <w:b/>
        </w:rPr>
        <w:t xml:space="preserve">[42:30] </w:t>
      </w:r>
      <w:r>
        <w:t>By earlier period I mean the period of Tabi'in.</w:t>
      </w:r>
    </w:p>
    <w:p>
      <w:pPr>
        <w:jc w:val="right"/>
      </w:pPr>
      <w:r>
        <w:t>By earlier period I mean the period of Tabi'in.</w:t>
      </w:r>
    </w:p>
    <w:p>
      <w:r>
        <w:rPr>
          <w:b/>
        </w:rPr>
        <w:t xml:space="preserve">[42:36] </w:t>
      </w:r>
      <w:r>
        <w:t>Maulana what is your comment on this?"</w:t>
      </w:r>
    </w:p>
    <w:p>
      <w:pPr>
        <w:jc w:val="right"/>
      </w:pPr>
      <w:r>
        <w:t>مولانا what is your comment on this?"</w:t>
      </w:r>
    </w:p>
    <w:p>
      <w:r>
        <w:rPr>
          <w:b/>
        </w:rPr>
        <w:t xml:space="preserve">[42:42] </w:t>
      </w:r>
      <w:r>
        <w:t>Hamara khayal baat to sahi hai kyunke shuru ke zamane mein early jo period hai jo log aaye</w:t>
      </w:r>
    </w:p>
    <w:p>
      <w:pPr>
        <w:jc w:val="right"/>
      </w:pPr>
      <w:r>
        <w:t>ہمارا خیال بات تو صحیح ہے کیونکہ شروع کے زمانے میں early جو period ہے جو لوگ آئے</w:t>
      </w:r>
    </w:p>
    <w:p>
      <w:r>
        <w:rPr>
          <w:b/>
        </w:rPr>
        <w:t xml:space="preserve">[42:52] </w:t>
      </w:r>
      <w:r>
        <w:t>the bahar se jo musalman woh dawat ke jazbe ke tehat aaye the yani Islam ke paigham ko</w:t>
      </w:r>
    </w:p>
    <w:p>
      <w:pPr>
        <w:jc w:val="right"/>
      </w:pPr>
      <w:r>
        <w:t>تھے باہر سے جو مسلمان وہ دعوت کے جذبے کے تحت آئے تھے یعنی اسلام کے پیغام کو</w:t>
      </w:r>
    </w:p>
    <w:p>
      <w:r>
        <w:rPr>
          <w:b/>
        </w:rPr>
        <w:t xml:space="preserve">[43:03] </w:t>
      </w:r>
      <w:r>
        <w:t>phailane ke liye yeh khuli misaal hai Sufi log Sufi log bahar se aaye the</w:t>
      </w:r>
    </w:p>
    <w:p>
      <w:pPr>
        <w:jc w:val="right"/>
      </w:pPr>
      <w:r>
        <w:t>پھیلانے کے لیے یہ کھلی مثال ہے صوفی لوگ صوفی لوگ باہر سے آئے تھے</w:t>
      </w:r>
    </w:p>
    <w:p>
      <w:r>
        <w:rPr>
          <w:b/>
        </w:rPr>
        <w:t xml:space="preserve">[43:14] </w:t>
      </w:r>
      <w:r>
        <w:t>lekin baad ko jab yahan India mein hukumat qaim ho gayi to taqreeban poora India jo hai un</w:t>
      </w:r>
    </w:p>
    <w:p>
      <w:pPr>
        <w:jc w:val="right"/>
      </w:pPr>
      <w:r>
        <w:t>لیکن بعد کو جب یہاں انڈیا میں حکومت قائم ہو گئی تو تقریباً پورا انڈیا جو ہے ان</w:t>
      </w:r>
    </w:p>
    <w:p>
      <w:r>
        <w:rPr>
          <w:b/>
        </w:rPr>
        <w:t xml:space="preserve">[43:24] </w:t>
      </w:r>
      <w:r>
        <w:t>ke siyasi iqtidaar ke tehat aa gaya tab tab un ke andar fakhr fakhr ka jazba paida ho</w:t>
      </w:r>
    </w:p>
    <w:p>
      <w:pPr>
        <w:jc w:val="right"/>
      </w:pPr>
      <w:r>
        <w:t>کے سیاسی اقتدار کے تحت آ گیا تب تب ان کے اندر فخر فخر کا جذبہ پیدا ہو</w:t>
      </w:r>
    </w:p>
    <w:p>
      <w:r>
        <w:rPr>
          <w:b/>
        </w:rPr>
        <w:t xml:space="preserve">[43:34] </w:t>
      </w:r>
      <w:r>
        <w:t>gaya fakhr aur fakhr jazba jahan aata hai wahan intolerance aata hai dekhiye ek do lafz mein khulasa hai</w:t>
      </w:r>
    </w:p>
    <w:p>
      <w:pPr>
        <w:jc w:val="right"/>
      </w:pPr>
      <w:r>
        <w:t>گیا فخر اور فخر جذبہ جہاں آتا ہے وہاں intolerance آتا ہے دیکھیے ایک دو لفظ میں خلاصہ ہے</w:t>
      </w:r>
    </w:p>
    <w:p>
      <w:r>
        <w:rPr>
          <w:b/>
        </w:rPr>
        <w:t xml:space="preserve">[43:44] </w:t>
      </w:r>
      <w:r>
        <w:t>ke dawat ka dawat ki spirit agar hai to is se aap ke andar tolerance aayega agar</w:t>
      </w:r>
    </w:p>
    <w:p>
      <w:pPr>
        <w:jc w:val="right"/>
      </w:pPr>
      <w:r>
        <w:t>کہ دعوت کا دعوت کی spirit اگر ہے تو اس سے آپ کے اندر tolerance آئے گا اگر</w:t>
      </w:r>
    </w:p>
    <w:p>
      <w:r>
        <w:rPr>
          <w:b/>
        </w:rPr>
        <w:t xml:space="preserve">[43:51] </w:t>
      </w:r>
      <w:r>
        <w:t>aap ke andar fakhr ka jazba hai to aap ke andar is ka ulta aayega yani intolerance</w:t>
      </w:r>
    </w:p>
    <w:p>
      <w:pPr>
        <w:jc w:val="right"/>
      </w:pPr>
      <w:r>
        <w:t>آپ کے اندر فخر کا جذبہ ہے تو آپ کے اندر اس کا الٹا آئے گا یعنی intolerance</w:t>
      </w:r>
    </w:p>
    <w:p>
      <w:r>
        <w:rPr>
          <w:b/>
        </w:rPr>
        <w:t xml:space="preserve">[43:59] </w:t>
      </w:r>
      <w:r>
        <w:t>dawat se tolerance aata hai aur fakhr se fakhr se matlab siyasi fakhr se intolerance aata hai Maulana</w:t>
      </w:r>
    </w:p>
    <w:p>
      <w:pPr>
        <w:jc w:val="right"/>
      </w:pPr>
      <w:r>
        <w:t>دعوت سے tolerance آتا ہے اور فخر سے فخر سے مطلب سیاسی فخر سے intolerance آتا ہے مولانا</w:t>
      </w:r>
    </w:p>
    <w:p>
      <w:r>
        <w:rPr>
          <w:b/>
        </w:rPr>
        <w:t xml:space="preserve">[44:06] </w:t>
      </w:r>
      <w:r>
        <w:t>in ka doosra</w:t>
      </w:r>
    </w:p>
    <w:p>
      <w:pPr>
        <w:jc w:val="right"/>
      </w:pPr>
      <w:r>
        <w:t>ان کا دوسرا</w:t>
      </w:r>
    </w:p>
    <w:p>
      <w:r>
        <w:rPr>
          <w:b/>
        </w:rPr>
        <w:t xml:space="preserve">[44:14] </w:t>
      </w:r>
      <w:r>
        <w:t>sawal hai unhon ne likha hai ke "Can we say that Islam differentiates between ideology and methods?</w:t>
      </w:r>
    </w:p>
    <w:p>
      <w:pPr>
        <w:jc w:val="right"/>
      </w:pPr>
      <w:r>
        <w:t>سوال ہے انہوں نے لکھا ہے کہ "Can we say that Islam differentiates between ideology and methods?</w:t>
      </w:r>
    </w:p>
    <w:p>
      <w:r>
        <w:rPr>
          <w:b/>
        </w:rPr>
        <w:t xml:space="preserve">[44:21] </w:t>
      </w:r>
      <w:r>
        <w:t>In Islam, ideology is absolute and the method is based upon the situation.</w:t>
      </w:r>
    </w:p>
    <w:p>
      <w:pPr>
        <w:jc w:val="right"/>
      </w:pPr>
      <w:r>
        <w:t>In Islam, ideology is absolute and the method is based upon the situation.</w:t>
      </w:r>
    </w:p>
    <w:p>
      <w:r>
        <w:rPr>
          <w:b/>
        </w:rPr>
        <w:t xml:space="preserve">[44:29] </w:t>
      </w:r>
      <w:r>
        <w:t>What is your opinion on this?" haan yeh sahi hai koi shaq nahi Maulana agla sawal Amjad Ali</w:t>
      </w:r>
    </w:p>
    <w:p>
      <w:pPr>
        <w:jc w:val="right"/>
      </w:pPr>
      <w:r>
        <w:t>What is your opinion on this?" ہاں یہ صحیح ہے کوئی شک نہیں مولانا اگلا سوال امجد علی</w:t>
      </w:r>
    </w:p>
    <w:p>
      <w:r>
        <w:rPr>
          <w:b/>
        </w:rPr>
        <w:t xml:space="preserve">[44:36] </w:t>
      </w:r>
      <w:r>
        <w:t>sahib ne kiya hai Multan Pakistan se aur unhon ne likha hai ke "Muslims are going away</w:t>
      </w:r>
    </w:p>
    <w:p>
      <w:pPr>
        <w:jc w:val="right"/>
      </w:pPr>
      <w:r>
        <w:t>صاحب نے کیا ہے ملتان پاکستان سے اور انہوں نے لکھا ہے کہ "Muslims are going away</w:t>
      </w:r>
    </w:p>
    <w:p>
      <w:r>
        <w:rPr>
          <w:b/>
        </w:rPr>
        <w:t xml:space="preserve">[44:44] </w:t>
      </w:r>
      <w:r>
        <w:t>from Islam despite Quran aur dawah work.</w:t>
      </w:r>
    </w:p>
    <w:p>
      <w:pPr>
        <w:jc w:val="right"/>
      </w:pPr>
      <w:r>
        <w:t>from Islam despite قرآن and the دعویٰ work.</w:t>
      </w:r>
    </w:p>
    <w:p>
      <w:r>
        <w:rPr>
          <w:b/>
        </w:rPr>
        <w:t xml:space="preserve">[44:52] </w:t>
      </w:r>
      <w:r>
        <w:t>Why is this so?" mein yeh dekhiye aap ko generalize nahi kar sakte aap aakhir isi mein aap</w:t>
      </w:r>
    </w:p>
    <w:p>
      <w:pPr>
        <w:jc w:val="right"/>
      </w:pPr>
      <w:r>
        <w:t>Why is this so?" میں یہ دیکھیے آپ کو generalize نہیں کر سکتے آپ آخر اسی میں آپ</w:t>
      </w:r>
    </w:p>
    <w:p>
      <w:r>
        <w:rPr>
          <w:b/>
        </w:rPr>
        <w:t xml:space="preserve">[45:00] </w:t>
      </w:r>
      <w:r>
        <w:t>bhi to hain aksar mein kehta hoon ke aap aap log exclude kar ke kuch bolte hain aap</w:t>
      </w:r>
    </w:p>
    <w:p>
      <w:pPr>
        <w:jc w:val="right"/>
      </w:pPr>
      <w:r>
        <w:t>بھی تو ہیں اکثر میں کہتا ہوں کہ آپ آپ لوگ exclude کر کے کچھ بولتے ہیں آپ</w:t>
      </w:r>
    </w:p>
    <w:p>
      <w:r>
        <w:rPr>
          <w:b/>
        </w:rPr>
        <w:t xml:space="preserve">[45:08] </w:t>
      </w:r>
      <w:r>
        <w:t>log alag kar ke kyun bolte hain to mein kahunga ke agarche</w:t>
      </w:r>
    </w:p>
    <w:p>
      <w:pPr>
        <w:jc w:val="right"/>
      </w:pPr>
      <w:r>
        <w:t>لوگ الگ کر کے کیوں بولتے ہیں تو میں کہوں گا کہ اگرچہ</w:t>
      </w:r>
    </w:p>
    <w:p>
      <w:r>
        <w:rPr>
          <w:b/>
        </w:rPr>
        <w:t xml:space="preserve">[45:16] </w:t>
      </w:r>
      <w:r>
        <w:t>dunya mein bohat si aisi baatein huin baad ke zamane mein jo Islam ki spirit ke mutabiq nahi</w:t>
      </w:r>
    </w:p>
    <w:p>
      <w:pPr>
        <w:jc w:val="right"/>
      </w:pPr>
      <w:r>
        <w:t>دنیا میں بہت سی ایسی باتیں ہوئیں بعد کے زمانے میں جو اسلام کی spirit کے مطابق نہیں</w:t>
      </w:r>
    </w:p>
    <w:p>
      <w:r>
        <w:rPr>
          <w:b/>
        </w:rPr>
        <w:t xml:space="preserve">[45:24] </w:t>
      </w:r>
      <w:r>
        <w:t>thin lekin ab ek revival bhi hai revival har jagah har jagah log Islam ki taraf lot rahe</w:t>
      </w:r>
    </w:p>
    <w:p>
      <w:pPr>
        <w:jc w:val="right"/>
      </w:pPr>
      <w:r>
        <w:t>تھیں لیکن اب ایک revival بھی ہے revival ہر جگہ ہر جگہ لوگ اسلام کی طرف لوٹ رہے</w:t>
      </w:r>
    </w:p>
    <w:p>
      <w:r>
        <w:rPr>
          <w:b/>
        </w:rPr>
        <w:t xml:space="preserve">[45:31] </w:t>
      </w:r>
      <w:r>
        <w:t>hain to hamein is ko bhi dekhna chahiye aksar sawal sawal karne wala khud isi ka part hota</w:t>
      </w:r>
    </w:p>
    <w:p>
      <w:pPr>
        <w:jc w:val="right"/>
      </w:pPr>
      <w:r>
        <w:t>ہیں تو ہمیں اس کو بھی دیکھنا چاہیے اکثر سوال سوال کرنے والا خود اسی کا part ہوتا</w:t>
      </w:r>
    </w:p>
    <w:p>
      <w:r>
        <w:rPr>
          <w:b/>
        </w:rPr>
        <w:t xml:space="preserve">[45:39] </w:t>
      </w:r>
      <w:r>
        <w:t>hai to yeh bhi isi mein shamil hai Maulana agla sawal</w:t>
      </w:r>
    </w:p>
    <w:p>
      <w:pPr>
        <w:jc w:val="right"/>
      </w:pPr>
      <w:r>
        <w:t>ہے تو یہ بھی اسی میں شامل ہے مولانا اگلا سوال</w:t>
      </w:r>
    </w:p>
    <w:p>
      <w:r>
        <w:rPr>
          <w:b/>
        </w:rPr>
        <w:t xml:space="preserve">[45:47] </w:t>
      </w:r>
      <w:r>
        <w:t>aa jhabua Madhya Pradesh se kiya hai Adeeb Rizwan Al-Sabaq sahib ne aur unhon ne aap se poocha</w:t>
      </w:r>
    </w:p>
    <w:p>
      <w:pPr>
        <w:jc w:val="right"/>
      </w:pPr>
      <w:r>
        <w:t>آ جھابوا مدھے پردیش سے کیا ہے ادیب رضوان السباق صاحب نے اور انہوں نے آپ سے پوچھا</w:t>
      </w:r>
    </w:p>
    <w:p>
      <w:r>
        <w:rPr>
          <w:b/>
        </w:rPr>
        <w:t xml:space="preserve">[45:53] </w:t>
      </w:r>
      <w:r>
        <w:t>hai ke Maulana sahib Sham aur Halab ke halaat par aap kya kahenge kya yeh sahi hai</w:t>
      </w:r>
    </w:p>
    <w:p>
      <w:pPr>
        <w:jc w:val="right"/>
      </w:pPr>
      <w:r>
        <w:t>ہے کہ مولانا صاحب شام اور حلب کے حالات پر آپ کیا کہیں گے کیا یہ صحیح ہے</w:t>
      </w:r>
    </w:p>
    <w:p>
      <w:r>
        <w:rPr>
          <w:b/>
        </w:rPr>
        <w:t xml:space="preserve">[45:59] </w:t>
      </w:r>
      <w:r>
        <w:t>ya galat dekhiye is par tabsarah karne ki zaroorat nahi hai aap ko maloom hai jo ho raha</w:t>
      </w:r>
    </w:p>
    <w:p>
      <w:pPr>
        <w:jc w:val="right"/>
      </w:pPr>
      <w:r>
        <w:t>یا غلط دیکھیے اس پر تبصرہ کرنے کی ضرورت نہیں ہے آپ کو معلوم ہے جو ہو رہا</w:t>
      </w:r>
    </w:p>
    <w:p>
      <w:r>
        <w:rPr>
          <w:b/>
        </w:rPr>
        <w:t xml:space="preserve">[46:05] </w:t>
      </w:r>
      <w:r>
        <w:t>hai mein aksar kaha karta hoon ke yeh sab ho raha hai unawareness ki wajah se bekhabari</w:t>
      </w:r>
    </w:p>
    <w:p>
      <w:pPr>
        <w:jc w:val="right"/>
      </w:pPr>
      <w:r>
        <w:t>ہے میں اکثر کہا کرتا ہوں کہ یہ سب ہو رہا ہے unawareness کی وجہ سے بے خبری</w:t>
      </w:r>
    </w:p>
    <w:p>
      <w:r>
        <w:rPr>
          <w:b/>
        </w:rPr>
        <w:t xml:space="preserve">[46:12] </w:t>
      </w:r>
      <w:r>
        <w:t>ki wajah se</w:t>
      </w:r>
    </w:p>
    <w:p>
      <w:pPr>
        <w:jc w:val="right"/>
      </w:pPr>
      <w:r>
        <w:t>کی وجہ سے</w:t>
      </w:r>
    </w:p>
    <w:p>
      <w:r>
        <w:rPr>
          <w:b/>
        </w:rPr>
        <w:t xml:space="preserve">[46:18] </w:t>
      </w:r>
      <w:r>
        <w:t>un ki bekhabari ko todiye to yeh halaat hamari aap ki zimmedari ko batate hain log</w:t>
      </w:r>
    </w:p>
    <w:p>
      <w:pPr>
        <w:jc w:val="right"/>
      </w:pPr>
      <w:r>
        <w:t>ان کی بے خبری کو توڑیے تو یہ حالات ہماری آپ کی ذمہ داری کو بتاتے ہیں لوگ</w:t>
      </w:r>
    </w:p>
    <w:p>
      <w:r>
        <w:rPr>
          <w:b/>
        </w:rPr>
        <w:t xml:space="preserve">[46:28] </w:t>
      </w:r>
      <w:r>
        <w:t>aksar doosron ka halat batane lagte hain nahi aise halaat mein aap apni zimmedari ko sochiye hum</w:t>
      </w:r>
    </w:p>
    <w:p>
      <w:pPr>
        <w:jc w:val="right"/>
      </w:pPr>
      <w:r>
        <w:t>اکثر دوسروں کا حالت بتانے لگتے ہیں نہیں ایسے حالات میں آپ اپنی ذمہ داری کو سوچیے ہم</w:t>
      </w:r>
    </w:p>
    <w:p>
      <w:r>
        <w:rPr>
          <w:b/>
        </w:rPr>
        <w:t xml:space="preserve">[46:38] </w:t>
      </w:r>
      <w:r>
        <w:t>hamare saathi yahi kar rahe hain hum in halaat ko</w:t>
      </w:r>
    </w:p>
    <w:p>
      <w:pPr>
        <w:jc w:val="right"/>
      </w:pPr>
      <w:r>
        <w:t>ہمارے ساتھی یہی کر رہے ہیں ہم ان حالات کو</w:t>
      </w:r>
    </w:p>
    <w:p>
      <w:r>
        <w:rPr>
          <w:b/>
        </w:rPr>
        <w:t xml:space="preserve">[46:48] </w:t>
      </w:r>
      <w:r>
        <w:t>is aitbaar se lete hain ke hamari zimmedari ko bata rahe hain aur Inshallah har raat ke</w:t>
      </w:r>
    </w:p>
    <w:p>
      <w:pPr>
        <w:jc w:val="right"/>
      </w:pPr>
      <w:r>
        <w:t>اس اعتبار سے لیتے ہیں کہ ہماری ذمہ داری کو بتا رہے ہیں اور انشاءاللہ ہر رات کے</w:t>
      </w:r>
    </w:p>
    <w:p>
      <w:r>
        <w:rPr>
          <w:b/>
        </w:rPr>
        <w:t xml:space="preserve">[46:56] </w:t>
      </w:r>
      <w:r>
        <w:t>baad subah aati hai to yahan bhi halaat badlenge zaroorat hai ke hum apna positive kaam jari</w:t>
      </w:r>
    </w:p>
    <w:p>
      <w:pPr>
        <w:jc w:val="right"/>
      </w:pPr>
      <w:r>
        <w:t>بعد صبح آتی ہے تو یہاں بھی حالات بدلیں گے ضرورت ہے کہ ہم اپنا positive کام جاری</w:t>
      </w:r>
    </w:p>
    <w:p>
      <w:r>
        <w:rPr>
          <w:b/>
        </w:rPr>
        <w:t xml:space="preserve">[47:04] </w:t>
      </w:r>
      <w:r>
        <w:t>rakhein Maulana agla sawal Mr. Ajay Dwivedi ne kiya hai Delhi se aur unhon ne likha hai Maulana</w:t>
      </w:r>
    </w:p>
    <w:p>
      <w:pPr>
        <w:jc w:val="right"/>
      </w:pPr>
      <w:r>
        <w:t>رکھیں مولانا اگلا سوال مسٹر اجے دیویدی نے کیا ہے دہلی سے اور انہوں نے لکھا ہے مولانا</w:t>
      </w:r>
    </w:p>
    <w:p>
      <w:r>
        <w:rPr>
          <w:b/>
        </w:rPr>
        <w:t xml:space="preserve">[47:11] </w:t>
      </w:r>
      <w:r>
        <w:t>sahib in the last Sunday class you had said that we have</w:t>
      </w:r>
    </w:p>
    <w:p>
      <w:pPr>
        <w:jc w:val="right"/>
      </w:pPr>
      <w:r>
        <w:t>صاحب in the last Sunday class you had said that we have</w:t>
      </w:r>
    </w:p>
    <w:p>
      <w:r>
        <w:rPr>
          <w:b/>
        </w:rPr>
        <w:t xml:space="preserve">[47:19] </w:t>
      </w:r>
      <w:r>
        <w:t>to finish the unfinished task of Prophet of Islam Maulana as we know that Prophet was chosen to</w:t>
      </w:r>
    </w:p>
    <w:p>
      <w:pPr>
        <w:jc w:val="right"/>
      </w:pPr>
      <w:r>
        <w:t>to finish the unfinished task of Prophet of Islam مولانا as we know that Prophet was chosen to</w:t>
      </w:r>
    </w:p>
    <w:p>
      <w:r>
        <w:rPr>
          <w:b/>
        </w:rPr>
        <w:t xml:space="preserve">[47:26] </w:t>
      </w:r>
      <w:r>
        <w:t>receive the revelations from God and as a result Quran was given to mankind so in what context</w:t>
      </w:r>
    </w:p>
    <w:p>
      <w:pPr>
        <w:jc w:val="right"/>
      </w:pPr>
      <w:r>
        <w:t>receive the revelations from God and as a result قرآن was given to mankind so in what context</w:t>
      </w:r>
    </w:p>
    <w:p>
      <w:r>
        <w:rPr>
          <w:b/>
        </w:rPr>
        <w:t xml:space="preserve">[47:34] </w:t>
      </w:r>
      <w:r>
        <w:t>you said that we have to finish the unfinished task of Prophet of Islam could you please elaborate</w:t>
      </w:r>
    </w:p>
    <w:p>
      <w:pPr>
        <w:jc w:val="right"/>
      </w:pPr>
      <w:r>
        <w:t>you said that we have to finish the unfinished task of Prophet of Islam could you please elaborate</w:t>
      </w:r>
    </w:p>
    <w:p>
      <w:r>
        <w:rPr>
          <w:b/>
        </w:rPr>
        <w:t xml:space="preserve">[47:41] </w:t>
      </w:r>
      <w:r>
        <w:t>and clarify the same dekhiye jahan tak Quran ki baat hai to Quran to hamein poori</w:t>
      </w:r>
    </w:p>
    <w:p>
      <w:pPr>
        <w:jc w:val="right"/>
      </w:pPr>
      <w:r>
        <w:t>and clarify the same دیکھیے جہاں تک قرآن کی بات ہے تو قرآن تو ہمیں پوری</w:t>
      </w:r>
    </w:p>
    <w:p>
      <w:r>
        <w:rPr>
          <w:b/>
        </w:rPr>
        <w:t xml:space="preserve">[47:49] </w:t>
      </w:r>
      <w:r>
        <w:t>hidayat is mein di ja chuki hai Quran hamare liye mukammal hidayat nama hai is cheez mein humein finish nahi humein kya finish karenge woh to finish already finish ho chuka hai nahi us ko phailane ke maani mein yaani jo message hai jo Quran ka aur Sunnah ka jo message hai woh to us ko phailane ka kaam jaari rahega kyunkeh humein</w:t>
      </w:r>
    </w:p>
    <w:p>
      <w:pPr>
        <w:jc w:val="right"/>
      </w:pPr>
      <w:r>
        <w:t>ہدایت اس میں دی جا چکی ہے قرآن ہمارے لیے مکمل ہدایت نامہ ہے اس چیز میں ہمیں finish نہیں ہمیں کیا finish کریں گے وہ تو finish already finish ہو چکا ہے نہیں اس کو پھیلانے کے معنی میں یعنی جو message ہے جو قرآن کا اور سنت کا جو message ہے وہ تو اس کو پھیلانے کا کام جاری رہے گا کیونکہ ہمی</w:t>
      </w:r>
    </w:p>
    <w:p>
      <w:r>
        <w:rPr>
          <w:b/>
        </w:rPr>
        <w:t xml:space="preserve">[48:19] </w:t>
      </w:r>
      <w:r>
        <w:t>shuh naye log paida honge nayi generation aayegi aaj jo log hain woh mar jayenge</w:t>
      </w:r>
    </w:p>
    <w:p>
      <w:pPr>
        <w:jc w:val="right"/>
      </w:pPr>
      <w:r>
        <w:t>شہ نئے لوگ پیدا ہوں گے نئی generation آئے گی آج جو لوگ ہیں وہ مر جائیں گے</w:t>
      </w:r>
    </w:p>
    <w:p>
      <w:r>
        <w:rPr>
          <w:b/>
        </w:rPr>
        <w:t xml:space="preserve">[48:25] </w:t>
      </w:r>
      <w:r>
        <w:t>phir doosre log paida ho ke saamne aayenge woh to hamesha hi unfinished rahega woh due</w:t>
      </w:r>
    </w:p>
    <w:p>
      <w:pPr>
        <w:jc w:val="right"/>
      </w:pPr>
      <w:r>
        <w:t>پھر دوسرے لوگ پیدا ہو کے سامنے آئیں گے وہ تو ہمیشہ ہی unfinished رہے گا وہ due</w:t>
      </w:r>
    </w:p>
    <w:p>
      <w:r>
        <w:rPr>
          <w:b/>
        </w:rPr>
        <w:t xml:space="preserve">[48:31] </w:t>
      </w:r>
      <w:r>
        <w:t>to the law of nature to koi bhi shakhs yeh nahi kar sakta ke in terms of ideology</w:t>
      </w:r>
    </w:p>
    <w:p>
      <w:pPr>
        <w:jc w:val="right"/>
      </w:pPr>
      <w:r>
        <w:t>to the law of nature تو کوئی بھی شرط یہ نہیں کر سکتا کہ in terms of ideology</w:t>
      </w:r>
    </w:p>
    <w:p>
      <w:r>
        <w:rPr>
          <w:b/>
        </w:rPr>
        <w:t xml:space="preserve">[48:37] </w:t>
      </w:r>
      <w:r>
        <w:t>in terms of book woh unfinished hai unfinished is cheez mein hai ke log paida ho rahe hain</w:t>
      </w:r>
    </w:p>
    <w:p>
      <w:pPr>
        <w:jc w:val="right"/>
      </w:pPr>
      <w:r>
        <w:t>in terms of book وہ unfinished ہے unfinished اس چیز میں ہے کہ لوگ پیدا ہو رہے ہیں</w:t>
      </w:r>
    </w:p>
    <w:p>
      <w:r>
        <w:rPr>
          <w:b/>
        </w:rPr>
        <w:t xml:space="preserve">[48:44] </w:t>
      </w:r>
      <w:r>
        <w:t>paida ho rahe hain paida ho rahe hain</w:t>
      </w:r>
    </w:p>
    <w:p>
      <w:pPr>
        <w:jc w:val="right"/>
      </w:pPr>
      <w:r>
        <w:t>پیدا ہو رہے ہیں پیدا ہو رہے ہیں</w:t>
      </w:r>
    </w:p>
    <w:p>
      <w:r>
        <w:rPr>
          <w:b/>
        </w:rPr>
        <w:t xml:space="preserve">[48:50] </w:t>
      </w:r>
      <w:r>
        <w:t>to unko kaun pahunchaye unko un logon ko pahunchana hai jo believers hain jo apne ko</w:t>
      </w:r>
    </w:p>
    <w:p>
      <w:pPr>
        <w:jc w:val="right"/>
      </w:pPr>
      <w:r>
        <w:t>تو ان کو کون پہنچائے ان کو ان لوگوں کو پہنچانا ہے جو believers ہیں جو اپنے کو</w:t>
      </w:r>
    </w:p>
    <w:p>
      <w:r>
        <w:rPr>
          <w:b/>
        </w:rPr>
        <w:t xml:space="preserve">[48:56] </w:t>
      </w:r>
      <w:r>
        <w:t>kehte hain ke hum iske waris hain to unko ek kaam to qayamat tak karte rehna</w:t>
      </w:r>
    </w:p>
    <w:p>
      <w:pPr>
        <w:jc w:val="right"/>
      </w:pPr>
      <w:r>
        <w:t>کہتے ہیں کہ ہم اس کے وارث ہیں تو ان کو ایک کام تو قیامت تک کرتے رہنا</w:t>
      </w:r>
    </w:p>
    <w:p>
      <w:r>
        <w:rPr>
          <w:b/>
        </w:rPr>
        <w:t xml:space="preserve">[49:02] </w:t>
      </w:r>
      <w:r>
        <w:t>hai Maulana agla sawal Pakistan se kya hai Jalal Ahmed Dawar Sahab ne aur unhone likha hai</w:t>
      </w:r>
    </w:p>
    <w:p>
      <w:pPr>
        <w:jc w:val="right"/>
      </w:pPr>
      <w:r>
        <w:t>ہے مولانا اگلا سوال پاکستان سے کیا ہے جلال احمد داور صاحب نے اور انہوں نے لکھا ہے</w:t>
      </w:r>
    </w:p>
    <w:p>
      <w:r>
        <w:rPr>
          <w:b/>
        </w:rPr>
        <w:t xml:space="preserve">[49:08] </w:t>
      </w:r>
      <w:r>
        <w:t>ke "My question is about the most recent plight of Muslims in Syria where Muslims are being slain</w:t>
      </w:r>
    </w:p>
    <w:p>
      <w:pPr>
        <w:jc w:val="right"/>
      </w:pPr>
      <w:r>
        <w:t>کہ "My question is about the most recent plight of Muslims in Syria where Muslims are being slain</w:t>
      </w:r>
    </w:p>
    <w:p>
      <w:r>
        <w:rPr>
          <w:b/>
        </w:rPr>
        <w:t xml:space="preserve">[49:14] </w:t>
      </w:r>
      <w:r>
        <w:t>by other Muslims</w:t>
      </w:r>
    </w:p>
    <w:p>
      <w:pPr>
        <w:jc w:val="right"/>
      </w:pPr>
      <w:r>
        <w:t>by other Muslims</w:t>
      </w:r>
    </w:p>
    <w:p>
      <w:r>
        <w:rPr>
          <w:b/>
        </w:rPr>
        <w:t xml:space="preserve">[49:20] </w:t>
      </w:r>
      <w:r>
        <w:t>without any discrimination. Maulana sahib what is your stance on this?" dekhiye is qism ke question ka koi mere nazdeek yaani Islami nuqta nazar se koi value nahi hai Islami nuqta nazar se sahi sawal sirf aik hai keh hum aap apni apne kaam ko badhayein apne kaam ko badhayein apne kaam ko badhayein hamara aap ka jo kaam hai</w:t>
      </w:r>
    </w:p>
    <w:p>
      <w:pPr>
        <w:jc w:val="right"/>
      </w:pPr>
      <w:r>
        <w:t>without any discrimination. مولانا صاحب what is your stance on this?" دیکھیے اس قسم کے question کا کوئی میرے نزدیک یعنی اسلامی نقطہ نظر سے کوئی value نہیں ہے اسلامی نقطہ نظر سے صحیح سوال صرف ایک ہے کہ ہم آپ اپنی اپنے کام کو بڑھائیں اپنے کام کو بڑھائیں اپنے کام کو بڑھائیں ہمارا آپ کا جو کام ہے</w:t>
      </w:r>
    </w:p>
    <w:p>
      <w:r>
        <w:rPr>
          <w:b/>
        </w:rPr>
        <w:t xml:space="preserve">[49:50] </w:t>
      </w:r>
      <w:r>
        <w:t>woh hai apni zimmedari ko mehsoos karna aur dawati zimmedari ko poora karna bas Maulana agla</w:t>
      </w:r>
    </w:p>
    <w:p>
      <w:pPr>
        <w:jc w:val="right"/>
      </w:pPr>
      <w:r>
        <w:t>وہ ہے اپنی ذمہ داری کو محسوس کرنا اور دعوتی ذمہ داری کو پورا کرنا بس مولانا اگلا</w:t>
      </w:r>
    </w:p>
    <w:p>
      <w:r>
        <w:rPr>
          <w:b/>
        </w:rPr>
        <w:t xml:space="preserve">[49:58] </w:t>
      </w:r>
      <w:r>
        <w:t>sawal lene se pehle ek comment padhna chahenge jo Taufiq Khan Sahab ne bheja hai Bahrain se</w:t>
      </w:r>
    </w:p>
    <w:p>
      <w:pPr>
        <w:jc w:val="right"/>
      </w:pPr>
      <w:r>
        <w:t>سوال لینے سے پہلے ایک comment پڑھنا چاہیں گے جو توفیق خان صاحب نے بھیجا ہے بحرین سے</w:t>
      </w:r>
    </w:p>
    <w:p>
      <w:r>
        <w:rPr>
          <w:b/>
        </w:rPr>
        <w:t xml:space="preserve">[50:05] </w:t>
      </w:r>
      <w:r>
        <w:t>aur unhone likha hai ke Allah ko yaad karne ka jo tareeqa Maulana Sahab ne bataya us</w:t>
      </w:r>
    </w:p>
    <w:p>
      <w:pPr>
        <w:jc w:val="right"/>
      </w:pPr>
      <w:r>
        <w:t>اور انہوں نے لکھا ہے کہ اللہ کو یاد کرنے کا جو طریقہ مولانا صاحب نے بتایا اس</w:t>
      </w:r>
    </w:p>
    <w:p>
      <w:r>
        <w:rPr>
          <w:b/>
        </w:rPr>
        <w:t xml:space="preserve">[50:13] </w:t>
      </w:r>
      <w:r>
        <w:t>se pehle maine kisi se yeh baat jaani hi nahi Allah aapko lambi umar de Maulana agla s</w:t>
      </w:r>
    </w:p>
    <w:p>
      <w:pPr>
        <w:jc w:val="right"/>
      </w:pPr>
      <w:r>
        <w:t>سے پہلے میں نے کسی سے یہ بات جانی ہی نہیں اللہ آپ کو لمبی عمر دے مولانا اگلا س</w:t>
      </w:r>
    </w:p>
    <w:p>
      <w:r>
        <w:rPr>
          <w:b/>
        </w:rPr>
        <w:t xml:space="preserve">[50:20] </w:t>
      </w:r>
      <w:r>
        <w:t>wal aa Miss Naghma Siddiqui ne kiya hai Delhi se aur unhone aapse poocha hai ke</w:t>
      </w:r>
    </w:p>
    <w:p>
      <w:pPr>
        <w:jc w:val="right"/>
      </w:pPr>
      <w:r>
        <w:t>وال آ Miss نغمہ صدیقی نے کیا ہے دہلی سے اور انہوں نے آپ سے پوچھا ہے کہ</w:t>
      </w:r>
    </w:p>
    <w:p>
      <w:r>
        <w:rPr>
          <w:b/>
        </w:rPr>
        <w:t xml:space="preserve">[50:28] </w:t>
      </w:r>
      <w:r>
        <w:t>"How to overcome negativity that stands in the way of our discovering the real Uswaye Rasool?" بس یہی</w:t>
      </w:r>
    </w:p>
    <w:p>
      <w:pPr>
        <w:jc w:val="right"/>
      </w:pPr>
      <w:r>
        <w:t>"How to overcome negativity that stands in the way of our discovering the real Uswائے رسول?" بس یہی</w:t>
      </w:r>
    </w:p>
    <w:p>
      <w:r>
        <w:rPr>
          <w:b/>
        </w:rPr>
        <w:t xml:space="preserve">[50:35] </w:t>
      </w:r>
      <w:r>
        <w:t>hai ke hamara paigham jo hai isko phailaiye latest nation ko phailaiye yani print media aur electronic</w:t>
      </w:r>
    </w:p>
    <w:p>
      <w:pPr>
        <w:jc w:val="right"/>
      </w:pPr>
      <w:r>
        <w:t>ہے کہ ہمارا پیغام جو ہے اس کو پھیلائیے لیٹسٹ نیشن کو پھیلائیے یعنی پرنٹ میڈیا اور الیکٹرانک</w:t>
      </w:r>
    </w:p>
    <w:p>
      <w:r>
        <w:rPr>
          <w:b/>
        </w:rPr>
        <w:t xml:space="preserve">[50:43] </w:t>
      </w:r>
      <w:r>
        <w:t>media dono ke zariye jo mission chalaya ja raha hai usko zyada se zyada phailaiye</w:t>
      </w:r>
    </w:p>
    <w:p>
      <w:pPr>
        <w:jc w:val="right"/>
      </w:pPr>
      <w:r>
        <w:t>میڈیا دونوں کے ذریعے جو مشن چلایا جا رہا ہے اس کو زیادہ سے زیادہ پھیلائیے</w:t>
      </w:r>
    </w:p>
    <w:p>
      <w:r>
        <w:rPr>
          <w:b/>
        </w:rPr>
        <w:t xml:space="preserve">[50:51] </w:t>
      </w:r>
      <w:r>
        <w:t>yahi kaam hai ek comment padhna chahenge jo Mahtab Sahab ne Dhampur se bheja hai aur unhon</w:t>
      </w:r>
    </w:p>
    <w:p>
      <w:pPr>
        <w:jc w:val="right"/>
      </w:pPr>
      <w:r>
        <w:t>یہی کام ہے ایک comment پڑھنا چاہیں گے جو مہتاب صاحب نے دھامپور سے بھیجا ہے اور انہوں</w:t>
      </w:r>
    </w:p>
    <w:p>
      <w:r>
        <w:rPr>
          <w:b/>
        </w:rPr>
        <w:t xml:space="preserve">[50:58] </w:t>
      </w:r>
      <w:r>
        <w:t>ne likha hai Maulana Sahab mujhe to siwaye aapke mission ke alawa dawah mission ke liye koi</w:t>
      </w:r>
    </w:p>
    <w:p>
      <w:pPr>
        <w:jc w:val="right"/>
      </w:pPr>
      <w:r>
        <w:t>نے لکھا ہے مولانا صاحب مجھے تو سوائے آپ کے مشن کے علاوہ دعویٰ مشن کے لیے کوئی</w:t>
      </w:r>
    </w:p>
    <w:p>
      <w:r>
        <w:rPr>
          <w:b/>
        </w:rPr>
        <w:t xml:space="preserve">[51:06] </w:t>
      </w:r>
      <w:r>
        <w:t>aur sincere nazar nahi aata sab log material goal ki taraf bhaag rahe hain chahe aalim ho ya</w:t>
      </w:r>
    </w:p>
    <w:p>
      <w:pPr>
        <w:jc w:val="right"/>
      </w:pPr>
      <w:r>
        <w:t>اور sincere نظر نہیں آتا سب لوگ material goal کی طرف بھاگ رہے ہیں چاہے عالم ہو یا</w:t>
      </w:r>
    </w:p>
    <w:p>
      <w:r>
        <w:rPr>
          <w:b/>
        </w:rPr>
        <w:t xml:space="preserve">[51:13] </w:t>
      </w:r>
      <w:r>
        <w:t>phir aam aadmi Maulana agla sawal kya hai Saharanpur se Fazal Karim Sahab ne aur unhone likha hai</w:t>
      </w:r>
    </w:p>
    <w:p>
      <w:pPr>
        <w:jc w:val="right"/>
      </w:pPr>
      <w:r>
        <w:t>پھر عام آدمی مولانا اگلا سوال کیا ہے سہارن پور سے فضل کریم صاحب نے اور انہوں نے لکھا ہے</w:t>
      </w:r>
    </w:p>
    <w:p>
      <w:r>
        <w:rPr>
          <w:b/>
        </w:rPr>
        <w:t xml:space="preserve">[51:21] </w:t>
      </w:r>
      <w:r>
        <w:t>molana sahib there is one hadith in bukhari shareef that if a fly falls in your cup of</w:t>
      </w:r>
    </w:p>
    <w:p>
      <w:pPr>
        <w:jc w:val="right"/>
      </w:pPr>
      <w:r>
        <w:t>مولانا صاحب there is one حدیث in بخاری شریف that if a fly falls in your cup of</w:t>
      </w:r>
    </w:p>
    <w:p>
      <w:r>
        <w:rPr>
          <w:b/>
        </w:rPr>
        <w:t xml:space="preserve">[51:29] </w:t>
      </w:r>
      <w:r>
        <w:t>tea or milk then we must dip it properly and then tea or milk can be taken as</w:t>
      </w:r>
    </w:p>
    <w:p>
      <w:pPr>
        <w:jc w:val="right"/>
      </w:pPr>
      <w:r>
        <w:t>tea or milk then we must dip it properly and then tea or milk can be taken as</w:t>
      </w:r>
    </w:p>
    <w:p>
      <w:r>
        <w:rPr>
          <w:b/>
        </w:rPr>
        <w:t xml:space="preserve">[51:37] </w:t>
      </w:r>
      <w:r>
        <w:t>per this hadith there are benefits in one feather of the fly molana sahib this is not digestible</w:t>
      </w:r>
    </w:p>
    <w:p>
      <w:pPr>
        <w:jc w:val="right"/>
      </w:pPr>
      <w:r>
        <w:t>per this حدیث there are benefits in one feather of the fly مولانا صاحب this is not digestible</w:t>
      </w:r>
    </w:p>
    <w:p>
      <w:r>
        <w:rPr>
          <w:b/>
        </w:rPr>
        <w:t xml:space="preserve">[51:44] </w:t>
      </w:r>
      <w:r>
        <w:t>to me kindly guide me on the message of this hadith dekhiye yeh hadith literal sense mein nahi hai</w:t>
      </w:r>
    </w:p>
    <w:p>
      <w:pPr>
        <w:jc w:val="right"/>
      </w:pPr>
      <w:r>
        <w:t>to me kindly guide me on the message of this حدیث دیکھیے یہ حدیث literal sense میں نہیں ہے</w:t>
      </w:r>
    </w:p>
    <w:p>
      <w:r>
        <w:rPr>
          <w:b/>
        </w:rPr>
        <w:t xml:space="preserve">[51:52] </w:t>
      </w:r>
      <w:r>
        <w:t>literal sense mein nahi hai yeh aik to aik bashar convey karne ke liye aik usloob hai aik</w:t>
      </w:r>
    </w:p>
    <w:p>
      <w:pPr>
        <w:jc w:val="right"/>
      </w:pPr>
      <w:r>
        <w:t>literal sense میں نہیں ہے یہ ایک تو ایک بشر convey کرنے کے لیے ایک اسلوب ہے ایک</w:t>
      </w:r>
    </w:p>
    <w:p>
      <w:r>
        <w:rPr>
          <w:b/>
        </w:rPr>
        <w:t xml:space="preserve">[52:00] </w:t>
      </w:r>
      <w:r>
        <w:t>bashar convey karne ke liye apne halaat ke lehaz se aap is ko aap samjhiye is ki makhi</w:t>
      </w:r>
    </w:p>
    <w:p>
      <w:pPr>
        <w:jc w:val="right"/>
      </w:pPr>
      <w:r>
        <w:t>بشر convey کرنے کے لیے اپنے حالات کے لحاظ سے آپ اس کو آپ سمجھیے اس کی مکھی</w:t>
      </w:r>
    </w:p>
    <w:p>
      <w:r>
        <w:rPr>
          <w:b/>
        </w:rPr>
        <w:t xml:space="preserve">[52:07] </w:t>
      </w:r>
      <w:r>
        <w:t>ke makhi ki tarah maine socha hai is ko apne halaat ke lehaz se yani aap ki</w:t>
      </w:r>
    </w:p>
    <w:p>
      <w:pPr>
        <w:jc w:val="right"/>
      </w:pPr>
      <w:r>
        <w:t>کے مکھی کی طرح میں نے سوچا ہے اس کو اپنے حالات کے لحاظ سے یعنی آپ کی</w:t>
      </w:r>
    </w:p>
    <w:p>
      <w:r>
        <w:rPr>
          <w:b/>
        </w:rPr>
        <w:t xml:space="preserve">[52:15] </w:t>
      </w:r>
      <w:r>
        <w:t>makhi kya hai jaise aaj hi</w:t>
      </w:r>
    </w:p>
    <w:p>
      <w:pPr>
        <w:jc w:val="right"/>
      </w:pPr>
      <w:r>
        <w:t>مکھی کیا ہے جیسے آج ہی</w:t>
      </w:r>
    </w:p>
    <w:p>
      <w:r>
        <w:rPr>
          <w:b/>
        </w:rPr>
        <w:t xml:space="preserve">[52:22] </w:t>
      </w:r>
      <w:r>
        <w:t>aik sahib se mulaqat hui woh saudi arab mein bees saal rahe hain to unhon ne kaha ke</w:t>
      </w:r>
    </w:p>
    <w:p>
      <w:pPr>
        <w:jc w:val="right"/>
      </w:pPr>
      <w:r>
        <w:t>ایک صاحب سے ملاقات ہوئی وہ سعودی عرب میں بیس سال رہے ہیں تو انہوں نے کہا کہ</w:t>
      </w:r>
    </w:p>
    <w:p>
      <w:r>
        <w:rPr>
          <w:b/>
        </w:rPr>
        <w:t xml:space="preserve">[52:30] </w:t>
      </w:r>
      <w:r>
        <w:t>wahan yeh haal hai ke agar doodh aaya aur is mein zara sa aik koi zara gir gaya</w:t>
      </w:r>
    </w:p>
    <w:p>
      <w:pPr>
        <w:jc w:val="right"/>
      </w:pPr>
      <w:r>
        <w:t>وہاں یہ حال ہے کہ اگر دودھ آیا اور اس میں ذرا سا ایک کوئی ذرہ گر گیا</w:t>
      </w:r>
    </w:p>
    <w:p>
      <w:r>
        <w:rPr>
          <w:b/>
        </w:rPr>
        <w:t xml:space="preserve">[52:38] </w:t>
      </w:r>
      <w:r>
        <w:t>hawa hawa se chal kar ke ya roti ka tukra gir gaya to foran is ko hata dete</w:t>
      </w:r>
    </w:p>
    <w:p>
      <w:pPr>
        <w:jc w:val="right"/>
      </w:pPr>
      <w:r>
        <w:t>ہوا ہوا سے چل کر کے یا روٹی کا ٹکڑا گر گیا تو فوراً اس کو ہٹا دیتے</w:t>
      </w:r>
    </w:p>
    <w:p>
      <w:r>
        <w:rPr>
          <w:b/>
        </w:rPr>
        <w:t xml:space="preserve">[52:46] </w:t>
      </w:r>
      <w:r>
        <w:t>hain to is is mentality ko main samajhta hoon ke</w:t>
      </w:r>
    </w:p>
    <w:p>
      <w:pPr>
        <w:jc w:val="right"/>
      </w:pPr>
      <w:r>
        <w:t>ہیں تو اس اس mentality کو میں سمجھتا ہوں کہ</w:t>
      </w:r>
    </w:p>
    <w:p>
      <w:r>
        <w:rPr>
          <w:b/>
        </w:rPr>
        <w:t xml:space="preserve">[52:54] </w:t>
      </w:r>
      <w:r>
        <w:t>check karne ke liye hadith hai un se maine poocha to unhon ne bataya ke main bees</w:t>
      </w:r>
    </w:p>
    <w:p>
      <w:pPr>
        <w:jc w:val="right"/>
      </w:pPr>
      <w:r>
        <w:t>چیک کرنے کے لیے حدیث ہے ان سے میں نے پوچھا تو انہوں نے بتایا کہ میں بیس</w:t>
      </w:r>
    </w:p>
    <w:p>
      <w:r>
        <w:rPr>
          <w:b/>
        </w:rPr>
        <w:t xml:space="preserve">[53:00] </w:t>
      </w:r>
      <w:r>
        <w:t>saal raha hoon aur wahan par khana itna waste kiya jata hai itna waste kiya jata hai jis</w:t>
      </w:r>
    </w:p>
    <w:p>
      <w:pPr>
        <w:jc w:val="right"/>
      </w:pPr>
      <w:r>
        <w:t>سال رہا ہوں اور وہاں پر کھانا اتنا waste کیا جاتا ہے اتنا waste کیا جاتا ہے جس</w:t>
      </w:r>
    </w:p>
    <w:p>
      <w:r>
        <w:rPr>
          <w:b/>
        </w:rPr>
        <w:t xml:space="preserve">[53:06] </w:t>
      </w:r>
      <w:r>
        <w:t>ka koi hisab nahi to main samajhta hoon ke zyada zor is par yeh hai ke khane ko</w:t>
      </w:r>
    </w:p>
    <w:p>
      <w:pPr>
        <w:jc w:val="right"/>
      </w:pPr>
      <w:r>
        <w:t>کا کوئی حساب نہیں تو میں سمجھتا ہوں کہ زیادہ زور اس پر یہ ہے کہ کھانے کو</w:t>
      </w:r>
    </w:p>
    <w:p>
      <w:r>
        <w:rPr>
          <w:b/>
        </w:rPr>
        <w:t xml:space="preserve">[53:12] </w:t>
      </w:r>
      <w:r>
        <w:t>waste na karo zahir si baat hai to is ko is ko literal mani mein mat lije ke</w:t>
      </w:r>
    </w:p>
    <w:p>
      <w:pPr>
        <w:jc w:val="right"/>
      </w:pPr>
      <w:r>
        <w:t>waste نہ کرو ظاہر سی بات ہے تو اس کو اس کو literal معنی میں مت لیجئے کہ</w:t>
      </w:r>
    </w:p>
    <w:p>
      <w:r>
        <w:rPr>
          <w:b/>
        </w:rPr>
        <w:t xml:space="preserve">[53:18] </w:t>
      </w:r>
      <w:r>
        <w:t>makhi ke par bhi yeh hai makhi ke par bhi woh hai nahi woh aap ke mind mein hai</w:t>
      </w:r>
    </w:p>
    <w:p>
      <w:pPr>
        <w:jc w:val="right"/>
      </w:pPr>
      <w:r>
        <w:t>مکھی کے پر بھی یہ ہے مکھی کے پر بھی وہ ہے نہیں وہ آپ کے mind میں ہے</w:t>
      </w:r>
    </w:p>
    <w:p>
      <w:r>
        <w:rPr>
          <w:b/>
        </w:rPr>
        <w:t xml:space="preserve">[53:24] </w:t>
      </w:r>
      <w:r>
        <w:t>aap khane ko waste kar rahe hain is ki is ko rizq ke khuda nahi samajhte yeh nahi</w:t>
      </w:r>
    </w:p>
    <w:p>
      <w:pPr>
        <w:jc w:val="right"/>
      </w:pPr>
      <w:r>
        <w:t>آپ کھانے کو waste کر رہے ہیں اس کی اس کو رزق کے خدا نہیں سمجھتے یہ نہیں</w:t>
      </w:r>
    </w:p>
    <w:p>
      <w:r>
        <w:rPr>
          <w:b/>
        </w:rPr>
        <w:t xml:space="preserve">[53:30] </w:t>
      </w:r>
      <w:r>
        <w:t>sochte ke is ke baghair hum zinda nahi reh sakte rizq ki ahmiyat batayi gayi hai na ke</w:t>
      </w:r>
    </w:p>
    <w:p>
      <w:pPr>
        <w:jc w:val="right"/>
      </w:pPr>
      <w:r>
        <w:t>سوچتے کہ اس کے بغیر ہم زندہ نہیں رہ سکتے رزق کی اہمیت بتائی گئی ہے نہ کہ</w:t>
      </w:r>
    </w:p>
    <w:p>
      <w:r>
        <w:rPr>
          <w:b/>
        </w:rPr>
        <w:t xml:space="preserve">[53:36] </w:t>
      </w:r>
      <w:r>
        <w:t>makhi ke par ka qanoon molana agla sawal molana iqbal umri ne kiya hai chennai se aur unhon</w:t>
      </w:r>
    </w:p>
    <w:p>
      <w:pPr>
        <w:jc w:val="right"/>
      </w:pPr>
      <w:r>
        <w:t>مکھی کے پر کا قانون مولانا اگلا سوال مولانا اقبال عمری نے کیا ہے چنئی سے اور انہوں</w:t>
      </w:r>
    </w:p>
    <w:p>
      <w:r>
        <w:rPr>
          <w:b/>
        </w:rPr>
        <w:t xml:space="preserve">[53:42] </w:t>
      </w:r>
      <w:r>
        <w:t>ne aap se poocha hai ke dawat kis ko kehte hain aur is ko ada karne ka sahi</w:t>
      </w:r>
    </w:p>
    <w:p>
      <w:pPr>
        <w:jc w:val="right"/>
      </w:pPr>
      <w:r>
        <w:t>نے آپ سے پوچھا ہے کہ دعوت کس کو کہتے ہیں اور اس کو ادا کرنے کا صحیح</w:t>
      </w:r>
    </w:p>
    <w:p>
      <w:r>
        <w:rPr>
          <w:b/>
        </w:rPr>
        <w:t xml:space="preserve">[53:48] </w:t>
      </w:r>
      <w:r>
        <w:t>tareeqa kya hai molana itmam</w:t>
      </w:r>
    </w:p>
    <w:p>
      <w:pPr>
        <w:jc w:val="right"/>
      </w:pPr>
      <w:r>
        <w:t>طریقہ کیا ہے مولانا اتمام</w:t>
      </w:r>
    </w:p>
    <w:p>
      <w:r>
        <w:rPr>
          <w:b/>
        </w:rPr>
        <w:t xml:space="preserve">[53:54] </w:t>
      </w:r>
      <w:r>
        <w:t>hujjat ka criteria kya hai in baaton ke jawab bataiye dekhiye hujjat hamare aap ke janne ki baat</w:t>
      </w:r>
    </w:p>
    <w:p>
      <w:pPr>
        <w:jc w:val="right"/>
      </w:pPr>
      <w:r>
        <w:t>حجت کا کرائٹیریا کیا ہے ان باتوں کے جواب بتائیے دیکھیے حجت ہمارے آپ کے جاننے کی بات</w:t>
      </w:r>
    </w:p>
    <w:p>
      <w:r>
        <w:rPr>
          <w:b/>
        </w:rPr>
        <w:t xml:space="preserve">[54:01] </w:t>
      </w:r>
      <w:r>
        <w:t>nahi hai hum yeh nahi keh sakte ke hujjat tamam ho gayi yeh allah ke ilm mein hai</w:t>
      </w:r>
    </w:p>
    <w:p>
      <w:pPr>
        <w:jc w:val="right"/>
      </w:pPr>
      <w:r>
        <w:t>نہیں ہے ہم یہ نہیں کہہ سکتے کہ حجت تمام ہو گئی یہ اللہ کے علم میں ہے</w:t>
      </w:r>
    </w:p>
    <w:p>
      <w:r>
        <w:rPr>
          <w:b/>
        </w:rPr>
        <w:t xml:space="preserve">[54:07] </w:t>
      </w:r>
      <w:r>
        <w:t>ke hujjat hui ke nahi hui peghambaron ko pata nahi hota tha ke hujjat hui ke nahi hui</w:t>
      </w:r>
    </w:p>
    <w:p>
      <w:pPr>
        <w:jc w:val="right"/>
      </w:pPr>
      <w:r>
        <w:t>کہ حجت ہوئی کہ نہیں ہوئی پیغمبروں کو پتہ نہیں ہوتا تھا کہ حجت ہوئی کہ نہیں ہوئی</w:t>
      </w:r>
    </w:p>
    <w:p>
      <w:r>
        <w:rPr>
          <w:b/>
        </w:rPr>
        <w:t xml:space="preserve">[54:13] </w:t>
      </w:r>
      <w:r>
        <w:t>yeh soch sahi nahi hai hamein to apni zimmedari ke liye kaam karna hai hujjat poori hui</w:t>
      </w:r>
    </w:p>
    <w:p>
      <w:pPr>
        <w:jc w:val="right"/>
      </w:pPr>
      <w:r>
        <w:t>یہ سوچ صحیح نہیں ہے ہمیں تو اپنی ذمہ داری کے لیے کام کرنا ہے حجت پوری ہوئی</w:t>
      </w:r>
    </w:p>
    <w:p>
      <w:r>
        <w:rPr>
          <w:b/>
        </w:rPr>
        <w:t xml:space="preserve">[54:20] </w:t>
      </w:r>
      <w:r>
        <w:t>ya nahi hui yeh Allah ka ke ilm ki baat hai</w:t>
      </w:r>
    </w:p>
    <w:p>
      <w:pPr>
        <w:jc w:val="right"/>
      </w:pPr>
      <w:r>
        <w:t>یا نہیں ہوئی یہ اللہ کا کے علم کی بات ہے</w:t>
      </w:r>
    </w:p>
    <w:p>
      <w:r>
        <w:rPr>
          <w:b/>
        </w:rPr>
        <w:t xml:space="preserve">[54:26] </w:t>
      </w:r>
      <w:r>
        <w:t>baqi jahan tak dawat ka talluq hai to wahi jo quran mein hai ke wa ma arsalna rasulan illa</w:t>
      </w:r>
    </w:p>
    <w:p>
      <w:pPr>
        <w:jc w:val="right"/>
      </w:pPr>
      <w:r>
        <w:t>باقی جہاں تک دعوت کا تعلق ہے تو وہی جو قرآن میں ہے کہ وما أرسلنا رسولاً إلا</w:t>
      </w:r>
    </w:p>
    <w:p>
      <w:r>
        <w:rPr>
          <w:b/>
        </w:rPr>
        <w:t xml:space="preserve">[54:36] </w:t>
      </w:r>
      <w:r>
        <w:t>bi risalatin qawmiyyatin to logon ki apni understandable zaban mein Allah ke paigham ko pahunchana logon ki apni understandable</w:t>
      </w:r>
    </w:p>
    <w:p>
      <w:pPr>
        <w:jc w:val="right"/>
      </w:pPr>
      <w:r>
        <w:t>برسالة قومية تو لوگوں کی اپنی understandable زبان میں اللہ کے پیغام کو پہنچانا لوگوں کی اپنی understandable</w:t>
      </w:r>
    </w:p>
    <w:p>
      <w:r>
        <w:rPr>
          <w:b/>
        </w:rPr>
        <w:t xml:space="preserve">[54:46] </w:t>
      </w:r>
      <w:r>
        <w:t>zaban mein Allah ke paigham un ko pahunchana mislan quran ka tarjuma phailana literature phailana</w:t>
      </w:r>
    </w:p>
    <w:p>
      <w:pPr>
        <w:jc w:val="right"/>
      </w:pPr>
      <w:r>
        <w:t>زبان میں اللہ کے پیغام ان کو پہنچانا مثلاً قرآن کا ترجمہ پھیلانا literature پھیلانا</w:t>
      </w:r>
    </w:p>
    <w:p>
      <w:r>
        <w:rPr>
          <w:b/>
        </w:rPr>
        <w:t xml:space="preserve">[54:57] </w:t>
      </w:r>
      <w:r>
        <w:t>bas yahi dawat hai baqi hujjat ka kaam aap ko hujjat ka muamla aap ko Allah ke upar</w:t>
      </w:r>
    </w:p>
    <w:p>
      <w:pPr>
        <w:jc w:val="right"/>
      </w:pPr>
      <w:r>
        <w:t>بس یہی دعوت ہے باقی حجت کا کام آپ کو حجت کا معاملہ آپ کو اللہ کے اوپر</w:t>
      </w:r>
    </w:p>
    <w:p>
      <w:r>
        <w:rPr>
          <w:b/>
        </w:rPr>
        <w:t xml:space="preserve">[55:04] </w:t>
      </w:r>
      <w:r>
        <w:t>dalna hai Maulana agla sawal kya hai Suhail Nasir Sahab ne Balochistan se aur unhon ne likha hai</w:t>
      </w:r>
    </w:p>
    <w:p>
      <w:pPr>
        <w:jc w:val="right"/>
      </w:pPr>
      <w:r>
        <w:t>ڈالنا ہے مولانا اگلا سوال کیا ہے سہیل ناصر صاحب نے بلوچستان سے اور انہوں نے لکھا ہے</w:t>
      </w:r>
    </w:p>
    <w:p>
      <w:r>
        <w:rPr>
          <w:b/>
        </w:rPr>
        <w:t xml:space="preserve">[55:12] </w:t>
      </w:r>
      <w:r>
        <w:t>I am from Balochistan and I am a little skeptic and confused Muslim. I want to ask a simple</w:t>
      </w:r>
    </w:p>
    <w:p>
      <w:pPr>
        <w:jc w:val="right"/>
      </w:pPr>
      <w:r>
        <w:t>آئی ایم فرام بلوچستان اینڈ آئی ایم لٹل سکیپٹک اینڈ کنفیوزڈ مسلم آئی وانٹ ٹو اسک ا سمپل</w:t>
      </w:r>
    </w:p>
    <w:p>
      <w:r>
        <w:rPr>
          <w:b/>
        </w:rPr>
        <w:t xml:space="preserve">[55:19] </w:t>
      </w:r>
      <w:r>
        <w:t>question about Islamic state that since 1400 years the</w:t>
      </w:r>
    </w:p>
    <w:p>
      <w:pPr>
        <w:jc w:val="right"/>
      </w:pPr>
      <w:r>
        <w:t>کوئسچن اباؤٹ اسلامک سٹیٹ دیٹ سنس فورٹین ہنڈرڈ ایئرز د</w:t>
      </w:r>
    </w:p>
    <w:p>
      <w:r>
        <w:rPr>
          <w:b/>
        </w:rPr>
        <w:t xml:space="preserve">[55:27] </w:t>
      </w:r>
      <w:r>
        <w:t>His dream couldn't be achieved even though there were Islamic kingdoms. So if now for argument's sake even</w:t>
      </w:r>
    </w:p>
    <w:p>
      <w:pPr>
        <w:jc w:val="right"/>
      </w:pPr>
      <w:r>
        <w:t>س ڈریم کڈنٹ بی اچیوڈ ایون دو دیر وار اسلامک کنگڈمز سو اف ناو فار ارگیومنٹ سیک ایون</w:t>
      </w:r>
    </w:p>
    <w:p>
      <w:r>
        <w:rPr>
          <w:b/>
        </w:rPr>
        <w:t xml:space="preserve">[55:34] </w:t>
      </w:r>
      <w:r>
        <w:t>If a state comes into being then again there is no assurance that whether it would be a</w:t>
      </w:r>
    </w:p>
    <w:p>
      <w:pPr>
        <w:jc w:val="right"/>
      </w:pPr>
      <w:r>
        <w:t>اف ا سٹیٹ کمز انٹو بینگ دین اگین دیر از نو ایشورنس دیٹ ویدر اٹ وڈ بی ا</w:t>
      </w:r>
    </w:p>
    <w:p>
      <w:r>
        <w:rPr>
          <w:b/>
        </w:rPr>
        <w:t xml:space="preserve">[55:42] </w:t>
      </w:r>
      <w:r>
        <w:t>complete Islamic state or a partial one. So how to differentiate this from the governing systems like capitalism?</w:t>
      </w:r>
    </w:p>
    <w:p>
      <w:pPr>
        <w:jc w:val="right"/>
      </w:pPr>
      <w:r>
        <w:t>کمپلیٹ اسلامک سٹیٹ اور ا پارشل ون سو ہاؤ ٹو ڈیفرنشیٹ دس فرام دا گورننگ سسٹمز لائک کیپیٹلزم</w:t>
      </w:r>
    </w:p>
    <w:p>
      <w:r>
        <w:rPr>
          <w:b/>
        </w:rPr>
        <w:t xml:space="preserve">[55:49] </w:t>
      </w:r>
      <w:r>
        <w:t>aur socialism what is your comment on this Maulana Sahab dekhiye Islami</w:t>
      </w:r>
    </w:p>
    <w:p>
      <w:pPr>
        <w:jc w:val="right"/>
      </w:pPr>
      <w:r>
        <w:t>اور سوشلزم واٹ از یور کمنٹ ان دس مولانا صاحب دیکھیے اسلامی</w:t>
      </w:r>
    </w:p>
    <w:p>
      <w:r>
        <w:rPr>
          <w:b/>
        </w:rPr>
        <w:t xml:space="preserve">[55:57] </w:t>
      </w:r>
      <w:r>
        <w:t>dawat aik non political dawat hai harghiz harghiz woh koi political dawat nahi hai yeh system aur law yeh sab cheezein hain is ka target nahi hai is ka target yeh hai ke aap quran ko phailaye logon ke jannat o jahannum se baghabar karein ke kis ne pyar of guard kiya hai is se logon ko agah karein yahi sab dawat hai yeh jo log kehte hain ke nizam qaim kar raha ho s</w:t>
      </w:r>
    </w:p>
    <w:p>
      <w:pPr>
        <w:jc w:val="right"/>
      </w:pPr>
      <w:r>
        <w:t>دعوت ایک نان پولیٹیکل دعوت ہے ہرگز ہرگز وہ کوئی پولیٹیکل دعوت نہیں ہے یہ سسٹم اور لاء یہ سب چیزیں ہیں اس کا ٹارگٹ نہیں ہے اس کا ٹارگٹ یہ ہے کہ آپ قرآن کو پھیلائیں لوگوں کے جنت و جہنم سے باخبر کریں کہ کس نے پیار اف گارڈ کیا ہے اس سے لوگوں کو آگاہ کریں یہی سب دعوت ہے یہ جو لوگ کہتے ہیں کہ نظام قائم کر رہا ہو س</w:t>
      </w:r>
    </w:p>
    <w:p>
      <w:r>
        <w:rPr>
          <w:b/>
        </w:rPr>
        <w:t xml:space="preserve">[56:27] </w:t>
      </w:r>
      <w:r>
        <w:t>system ko tod raha ho hukumat badal raha ho yeh sab un ki apni cheezain hain yeh sab</w:t>
      </w:r>
    </w:p>
    <w:p>
      <w:pPr>
        <w:jc w:val="right"/>
      </w:pPr>
      <w:r>
        <w:t>سٹم کو توڑ رہا ہو حکومت بدل رہا ہو یہ سب ان کی اپنی چیزیں ہیں یہ سب</w:t>
      </w:r>
    </w:p>
    <w:p>
      <w:r>
        <w:rPr>
          <w:b/>
        </w:rPr>
        <w:t xml:space="preserve">[56:33] </w:t>
      </w:r>
      <w:r>
        <w:t>mein is ko bidat samajhta hoon bidat woh koi masnoon kaam nahi hai Maulana agla sawal Delhi se</w:t>
      </w:r>
    </w:p>
    <w:p>
      <w:pPr>
        <w:jc w:val="right"/>
      </w:pPr>
      <w:r>
        <w:t>میں اس کو بدعت سمجھتا ہوں بدعت وہ کوئی مسنون کام نہیں ہے مولانا اگلا سوال دہلی سے</w:t>
      </w:r>
    </w:p>
    <w:p>
      <w:r>
        <w:rPr>
          <w:b/>
        </w:rPr>
        <w:t xml:space="preserve">[56:39] </w:t>
      </w:r>
      <w:r>
        <w:t>کیا ہے مولانا فرہاد احمد صاحب نے اور انہوں نے لکھا ہے کہ مولانا in the earlier period</w:t>
      </w:r>
    </w:p>
    <w:p>
      <w:pPr>
        <w:jc w:val="right"/>
      </w:pPr>
      <w:r>
        <w:t>کیا ہے مولانا فرہاد احمد صاحب نے اور انہوں نے لکھا ہے کہ مولانا ان دا ارلیئر پیریڈ</w:t>
      </w:r>
    </w:p>
    <w:p>
      <w:r>
        <w:rPr>
          <w:b/>
        </w:rPr>
        <w:t xml:space="preserve">[56:45] </w:t>
      </w:r>
      <w:r>
        <w:t>of Islam there was religious persecution so war was permitted to Muslims but now a days I am seeing</w:t>
      </w:r>
    </w:p>
    <w:p>
      <w:pPr>
        <w:jc w:val="right"/>
      </w:pPr>
      <w:r>
        <w:t>آف اسلام دیر واز ریلیجیس پرسیکیوشن سو وار واز پرمیٹڈ ٹو مسلمز بٹ ناؤ ایڈیز آئی ایم سینگ</w:t>
      </w:r>
    </w:p>
    <w:p>
      <w:r>
        <w:rPr>
          <w:b/>
        </w:rPr>
        <w:t xml:space="preserve">[56:51] </w:t>
      </w:r>
      <w:r>
        <w:t>that there is no persecution in the</w:t>
      </w:r>
    </w:p>
    <w:p>
      <w:pPr>
        <w:jc w:val="right"/>
      </w:pPr>
      <w:r>
        <w:t>دیٹ دیر از نو پرسیکیوشن ان دا</w:t>
      </w:r>
    </w:p>
    <w:p>
      <w:r>
        <w:rPr>
          <w:b/>
        </w:rPr>
        <w:t xml:space="preserve">[56:57] </w:t>
      </w:r>
      <w:r>
        <w:t>name of race or religion so there is no need of war in the name of Allah that</w:t>
      </w:r>
    </w:p>
    <w:p>
      <w:pPr>
        <w:jc w:val="right"/>
      </w:pPr>
      <w:r>
        <w:t>نیم آف ریس اور ریلیجن سو دیر از نو نیڈ آف وار ان دا نیم آف اللہ دیٹ</w:t>
      </w:r>
    </w:p>
    <w:p>
      <w:r>
        <w:rPr>
          <w:b/>
        </w:rPr>
        <w:t xml:space="preserve">[57:05] </w:t>
      </w:r>
      <w:r>
        <w:t>Muslims are waging today which is called jihad what is the reason for this main to yahi sochta</w:t>
      </w:r>
    </w:p>
    <w:p>
      <w:pPr>
        <w:jc w:val="right"/>
      </w:pPr>
      <w:r>
        <w:t>مسلمز آر ویجنگ ٹوڈے وچ از کالڈ جہاد واٹ از دا ریزن فار دس میں تو یہی سوچتا</w:t>
      </w:r>
    </w:p>
    <w:p>
      <w:r>
        <w:rPr>
          <w:b/>
        </w:rPr>
        <w:t xml:space="preserve">[57:12] </w:t>
      </w:r>
      <w:r>
        <w:t>hoon ke ab qital ka daur khatm ho chuka hai aur khud quran mein hai ke hatta la</w:t>
      </w:r>
    </w:p>
    <w:p>
      <w:pPr>
        <w:jc w:val="right"/>
      </w:pPr>
      <w:r>
        <w:t>ہوں کہ اب قتال کا دور ختم ہو چکا ہے اور خود قرآن میں ہے کہ حتیٰ لا</w:t>
      </w:r>
    </w:p>
    <w:p>
      <w:r>
        <w:rPr>
          <w:b/>
        </w:rPr>
        <w:t xml:space="preserve">[57:20] </w:t>
      </w:r>
      <w:r>
        <w:t>takuna fitna woh daur hi khatm ho gaya ab khwamkhwah lad rahe hain</w:t>
      </w:r>
    </w:p>
    <w:p>
      <w:pPr>
        <w:jc w:val="right"/>
      </w:pPr>
      <w:r>
        <w:t>تكون فتنہ وہ دور ہی ختم ہو گیا اب خوامخواہ لڑ رہے ہیں</w:t>
      </w:r>
    </w:p>
    <w:p>
      <w:r>
        <w:rPr>
          <w:b/>
        </w:rPr>
        <w:t xml:space="preserve">[57:28] </w:t>
      </w:r>
      <w:r>
        <w:t>daur qital khatam ho chuka ab peace zariya aap jo chahe kijiye sare rastay khule hue hain mein isi ke liye ke meri kitab likhi hai ejaz peace ke daur qital khatam ho chuka ab ladai bhadai ki koi zaroorat hi nahi hai ab to sirf yeh hai ke aap peaceful jo zariye hain un ko istemal kar ke islam ko khoob phailaiye bas.</w:t>
      </w:r>
    </w:p>
    <w:p>
      <w:pPr>
        <w:jc w:val="right"/>
      </w:pPr>
      <w:r>
        <w:t>دور قتال ختم ہو چکا اب پیس ذریعہ آپ جو چاہے کیجئے سارے راستے کھلے ہوئے ہیں میں اسی کے لیے کہ میری کتاب لکھی ہے اعجاز پیس کہ دور قتال ختم ہو چکا اب لڑائی بھڑائی کی کوئی ضرورت ہی نہیں ہے اب تو صرف یہ ہے کہ آپ پیس فل جو ذرائع ہیں ان کو استعمال کر کے اسلام کو خوب پھیلائیے بس.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