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Alternative April 24, 2016</w:t>
      </w:r>
    </w:p>
    <w:p>
      <w:r>
        <w:t>https://www.youtube.com/watch?v=JoilI-TK4Ig</w:t>
      </w:r>
    </w:p>
    <w:p>
      <w:r>
        <w:rPr>
          <w:b/>
        </w:rPr>
        <w:t xml:space="preserve">[00:21] </w:t>
      </w:r>
      <w:r>
        <w:t>bismillah rahman rahim, wa salallahu ala nabiyil karim. rab ishrah li sadri, wa yassir li amri, wa al uqdatan min lisani yafqahu qawli.</w:t>
      </w:r>
    </w:p>
    <w:p>
      <w:pPr>
        <w:jc w:val="right"/>
      </w:pPr>
      <w:r>
        <w:t>بسم اللہ الرحمن الرحیم، وصلی اللہ علی نبی الکریم۔ رب اشرح لی صدری، ویسر لی امری، واعل العقدۃ باللسانی یفقہ قولی۔</w:t>
      </w:r>
    </w:p>
    <w:p>
      <w:r>
        <w:rPr>
          <w:b/>
        </w:rPr>
        <w:t xml:space="preserve">[00:36] </w:t>
      </w:r>
      <w:r>
        <w:t>24 april 2016. aaj ka topic hai "the age of altered natives\</w:t>
      </w:r>
    </w:p>
    <w:p>
      <w:pPr>
        <w:jc w:val="right"/>
      </w:pPr>
      <w:r>
        <w:t>24 اپریل 2016۔ آج کا ٹاپک ہے "The Age of Altered Natives"، یعنی متبادلات کا دور۔</w:t>
      </w:r>
    </w:p>
    <w:p>
      <w:r>
        <w:rPr>
          <w:b/>
        </w:rPr>
        <w:t xml:space="preserve">[00:59] </w:t>
      </w:r>
      <w:r>
        <w:t>dekhein, aap jante hain ke hamara yeh haftawar program jo itwar ko hota hai, woh hamesha hota hai c 1 jamia uddin university market mein.</w:t>
      </w:r>
    </w:p>
    <w:p>
      <w:pPr>
        <w:jc w:val="right"/>
      </w:pPr>
      <w:r>
        <w:t>دیکھیں، آپ جانتے ہیں کہ ہمارا یہ ہفتہ وار پروگرام جو اتوار کو ہوتا ہے، وہ ہمیشہ ہوتا ہے سی ون جامع الدین یونیورسٹی مارکیٹ میں۔</w:t>
      </w:r>
    </w:p>
    <w:p>
      <w:r>
        <w:rPr>
          <w:b/>
        </w:rPr>
        <w:t xml:space="preserve">[01:15] </w:t>
      </w:r>
      <w:r>
        <w:t>aaj ki is wajah se yeh aisa hai ke mein c 29 jamia uddin university se bol raha hoon. inshallah aindah wohi hoga jo pehle hota tha.</w:t>
      </w:r>
    </w:p>
    <w:p>
      <w:pPr>
        <w:jc w:val="right"/>
      </w:pPr>
      <w:r>
        <w:t>آج کی اس وجہ سے یہ ایسا ہے کہ میں سی 29 جامع الدین یونیورسٹی سے بول رہا ہوں۔ انشاءاللہ آئندہ وہی ہوگا جو پہلے ہوتا تھا۔</w:t>
      </w:r>
    </w:p>
    <w:p>
      <w:r>
        <w:rPr>
          <w:b/>
        </w:rPr>
        <w:t xml:space="preserve">[01:30] </w:t>
      </w:r>
      <w:r>
        <w:t>aaj jo aisa hua is mein allah ki aik maslihat thi, kyunke isi wajah se mera mind trigger hua aur aik bohat bari baat samajh mein aayi.</w:t>
      </w:r>
    </w:p>
    <w:p>
      <w:pPr>
        <w:jc w:val="right"/>
      </w:pPr>
      <w:r>
        <w:t>آج جو ایسا ہوا اس میں اللہ کی ایک مصلحت تھی، کیونکہ اسی وجہ سے میرا مائنڈ ٹگر ہوا اور ایک بہت بڑی بات سمجھ میں آئی۔</w:t>
      </w:r>
    </w:p>
    <w:p>
      <w:r>
        <w:rPr>
          <w:b/>
        </w:rPr>
        <w:t xml:space="preserve">[01:44] </w:t>
      </w:r>
      <w:r>
        <w:t>dekhein, surah al baqarah ke aakhir mein aik dua hai sahaba ki zaban se ke "rabbana wala tahmil alaina isran kama hamaltahu alal lazeena min qablana".</w:t>
      </w:r>
    </w:p>
    <w:p>
      <w:pPr>
        <w:jc w:val="right"/>
      </w:pPr>
      <w:r>
        <w:t>دیکھیں، سورہ البقرہ کے آخر میں ایک دعا ہے صحابہ کی زبان سے کہ "ربنا ولا تحمل علینا اسراً کما حملته علی الذین من قبلنا"۔</w:t>
      </w:r>
    </w:p>
    <w:p>
      <w:r>
        <w:rPr>
          <w:b/>
        </w:rPr>
        <w:t xml:space="preserve">[02:00] </w:t>
      </w:r>
      <w:r>
        <w:t>ae hamare rab</w:t>
      </w:r>
    </w:p>
    <w:p>
      <w:pPr>
        <w:jc w:val="right"/>
      </w:pPr>
      <w:r>
        <w:t>اے ہمارے رب</w:t>
      </w:r>
    </w:p>
    <w:p>
      <w:r>
        <w:rPr>
          <w:b/>
        </w:rPr>
        <w:t xml:space="preserve">[02:03] </w:t>
      </w:r>
      <w:r>
        <w:t>hamare paas woh bojh na daal jo peechli qomon par to ne dala tha.</w:t>
      </w:r>
    </w:p>
    <w:p>
      <w:pPr>
        <w:jc w:val="right"/>
      </w:pPr>
      <w:r>
        <w:t>، ہمارے پاس وہ بوجھ نہ ڈال جو پچھلی قوموں پر تو نے ڈالا تھا۔</w:t>
      </w:r>
    </w:p>
    <w:p>
      <w:r>
        <w:rPr>
          <w:b/>
        </w:rPr>
        <w:t xml:space="preserve">[02:12] </w:t>
      </w:r>
      <w:r>
        <w:t>to yeh ayat bazahir aik mustri se lagti thi mujhe. aaj mujhe samajh mein aaya ke is ka matlab tha ke agla zamana jo aaye ummat ke upar, woh behtar mutabadil ka zamana ho.</w:t>
      </w:r>
    </w:p>
    <w:p>
      <w:pPr>
        <w:jc w:val="right"/>
      </w:pPr>
      <w:r>
        <w:t>تو یہ آیت بظاہر ایک مستری سے لگتی تھی مجھے۔ آج مجھے سمجھ میں آیا کہ اس کا مطلب تھا کہ اگلا زمانہ جو آئے امت کے اوپر، وہ بہتر متبادل کا زمانہ ہو۔</w:t>
      </w:r>
    </w:p>
    <w:p>
      <w:r>
        <w:rPr>
          <w:b/>
        </w:rPr>
        <w:t xml:space="preserve">[02:32] </w:t>
      </w:r>
      <w:r>
        <w:t>yeh bohat bari baat hai.</w:t>
      </w:r>
    </w:p>
    <w:p>
      <w:pPr>
        <w:jc w:val="right"/>
      </w:pPr>
      <w:r>
        <w:t>یہ بہت بڑی بات ہے۔</w:t>
      </w:r>
    </w:p>
    <w:p>
      <w:r>
        <w:rPr>
          <w:b/>
        </w:rPr>
        <w:t xml:space="preserve">[02:36] </w:t>
      </w:r>
      <w:r>
        <w:t>yani sahaba ke zamane jo tha, yani second sadi ka zamana, us waqt aik ayat aata tha ke "al harbu infa un lil harbi".</w:t>
      </w:r>
    </w:p>
    <w:p>
      <w:pPr>
        <w:jc w:val="right"/>
      </w:pPr>
      <w:r>
        <w:t>یعنی صحابہ کے زمانے جو تھا، یعنی سیکنڈ صدی کا زمانہ، اس وقت ایک آیت آتا تھا کہ "الحرب انفاء للحرب"۔</w:t>
      </w:r>
    </w:p>
    <w:p>
      <w:r>
        <w:rPr>
          <w:b/>
        </w:rPr>
        <w:t xml:space="preserve">[02:46] </w:t>
      </w:r>
      <w:r>
        <w:t>jang ka tod jang hai. yeh</w:t>
      </w:r>
    </w:p>
    <w:p>
      <w:pPr>
        <w:jc w:val="right"/>
      </w:pPr>
      <w:r>
        <w:t>جنگ کا توڑ جنگ ہے۔ یہ</w:t>
      </w:r>
    </w:p>
    <w:p>
      <w:r>
        <w:rPr>
          <w:b/>
        </w:rPr>
        <w:t xml:space="preserve">[02:54] </w:t>
      </w:r>
      <w:r>
        <w:t>islam ke liye achi baat nahi thi, kyunke jang se halaat</w:t>
      </w:r>
    </w:p>
    <w:p>
      <w:pPr>
        <w:jc w:val="right"/>
      </w:pPr>
      <w:r>
        <w:t>اسلام کے لیے اچھی بات نہیں تھی، کیونکہ جنگ سے حالات</w:t>
      </w:r>
    </w:p>
    <w:p>
      <w:r>
        <w:rPr>
          <w:b/>
        </w:rPr>
        <w:t xml:space="preserve">[03:02] </w:t>
      </w:r>
      <w:r>
        <w:t>kharab hotay hain,</w:t>
      </w:r>
    </w:p>
    <w:p>
      <w:pPr>
        <w:jc w:val="right"/>
      </w:pPr>
      <w:r>
        <w:t>خراب ہوتے ہیں،</w:t>
      </w:r>
    </w:p>
    <w:p>
      <w:r>
        <w:rPr>
          <w:b/>
        </w:rPr>
        <w:t xml:space="preserve">[03:07] </w:t>
      </w:r>
      <w:r>
        <w:t>narmasi khatam ho jati hai, taluqat bigar jatay hain. yeh sab cheezain jo hain, dawat Allah ke kaam mein rukawat hain.</w:t>
      </w:r>
    </w:p>
    <w:p>
      <w:pPr>
        <w:jc w:val="right"/>
      </w:pPr>
      <w:r>
        <w:t>نارمسی ختم ہو جاتی ہے، تعلقات بگڑ جاتے ہیں۔ یہ سب چیزیں جو ہیں، دعوت اللہ کے کام میں رکاوٹ ہیں۔</w:t>
      </w:r>
    </w:p>
    <w:p>
      <w:r>
        <w:rPr>
          <w:b/>
        </w:rPr>
        <w:t xml:space="preserve">[03:22] </w:t>
      </w:r>
      <w:r>
        <w:t>to sahaba ki dua thi ke yeh halaat khatam hon, aisi shakal paida ho ke dawat ka kaam asboot tor par kisi rukawat ke baghair jari rahay.</w:t>
      </w:r>
    </w:p>
    <w:p>
      <w:pPr>
        <w:jc w:val="right"/>
      </w:pPr>
      <w:r>
        <w:t>تو صحابہ کی دعا تھی کہ یہ حالات ختم ہوں، ایسی شکل پیدا ہو کہ دعوت کا کام اثبوت طور پر کسی رکاوٹ کے بغیر جاری رہے۔</w:t>
      </w:r>
    </w:p>
    <w:p>
      <w:r>
        <w:rPr>
          <w:b/>
        </w:rPr>
        <w:t xml:space="preserve">[03:39] </w:t>
      </w:r>
      <w:r>
        <w:t>to Allah taala ne faisla farmaya aur woh ab waqia ban chuka hai. aaj ziyada clear tor par yeh baat meri samajh mein aai. dekhen, mein aaj bol raha hoon faaslay se, lekin aap jahan bethay hain,</w:t>
      </w:r>
    </w:p>
    <w:p>
      <w:pPr>
        <w:jc w:val="right"/>
      </w:pPr>
      <w:r>
        <w:t>تو اللہ تعالیٰ نے فیصلہ فرمایا اور وہ اب واقعہ بن چکا ہے۔ آج زیادہ کلیئر طور پر یہ بات میری سمجھ میں آئی۔ دیکھیں، میں آج بول رہا ہوں فاصلے سے، لیکن آپ جہاں بیٹھے ہیں،</w:t>
      </w:r>
    </w:p>
    <w:p>
      <w:r>
        <w:rPr>
          <w:b/>
        </w:rPr>
        <w:t xml:space="preserve">[03:56] </w:t>
      </w:r>
      <w:r>
        <w:t>wahan par aap ko meri tasweer bhi dikhai de rahi hai aur meri awaz bhi. aap saken din sadi eesvi ke waqie ko sochiye.</w:t>
      </w:r>
    </w:p>
    <w:p>
      <w:pPr>
        <w:jc w:val="right"/>
      </w:pPr>
      <w:r>
        <w:t>وہاں پر آپ کو میری تصویر بھی دکھائی دے رہی ہے اور میری آواز بھی۔ آپ سیکنڈ صدی عیسوی کے واقعے کو سوچیے۔</w:t>
      </w:r>
    </w:p>
    <w:p>
      <w:r>
        <w:rPr>
          <w:b/>
        </w:rPr>
        <w:t xml:space="preserve">[04:08] </w:t>
      </w:r>
      <w:r>
        <w:t>Quran mein Surah At-Tawbah nazil hui Madani dour mein. is mein yeh hukum tha ke Makkah ke mushrik log thay, un par ailan kar do, ailan-e-baraat kar kar do.</w:t>
      </w:r>
    </w:p>
    <w:p>
      <w:pPr>
        <w:jc w:val="right"/>
      </w:pPr>
      <w:r>
        <w:t>قرآن میں سورہ التوبہ نازل ہوئی مدنی دور میں۔ اس میں یہ حکم تھا کہ مکہ کے مشرک لوگ تھے، ان پر اعلان کر دو، اعلان برات کر کر دو۔</w:t>
      </w:r>
    </w:p>
    <w:p>
      <w:r>
        <w:rPr>
          <w:b/>
        </w:rPr>
        <w:t xml:space="preserve">[04:24] </w:t>
      </w:r>
      <w:r>
        <w:t>to yeh ailan-e-baraat karna tha Rasool Allah ko khud, lekin Rasool Allah kisi wajah se Makkah nahi aa saktay thay. to aap ne Ali ko bheja ke Makkah ja kar ailan karte thay,</w:t>
      </w:r>
    </w:p>
    <w:p>
      <w:pPr>
        <w:jc w:val="right"/>
      </w:pPr>
      <w:r>
        <w:t>تو یہ اعلان برات کرنا تھا رسول اللہ کو خود، لیکن رسول اللہ کسی وجہ سے مکہ نہیں آ سکتے تھے۔ تو آپ نے علی کو بھیجا کہ مکہ جا کر اعلان کرتے تھے،</w:t>
      </w:r>
    </w:p>
    <w:p>
      <w:r>
        <w:rPr>
          <w:b/>
        </w:rPr>
        <w:t xml:space="preserve">[04:42] </w:t>
      </w:r>
      <w:r>
        <w:t>jahan charon taraf. yeh woh Hajj ka zamana tha jab gaye thay woh. to jagah jagah gathering thi, wahan ja kar ailan karte thay. to</w:t>
      </w:r>
    </w:p>
    <w:p>
      <w:pPr>
        <w:jc w:val="right"/>
      </w:pPr>
      <w:r>
        <w:t>جہاں چاروں طرف۔ یہ وہ حج کا زمانہ تھا جب گئے تھے وہ۔ تو جگہ جگہ گیدرنگ تھی، وہاں جا کر اعلان کرتے تھے۔ تو</w:t>
      </w:r>
    </w:p>
    <w:p>
      <w:r>
        <w:rPr>
          <w:b/>
        </w:rPr>
        <w:t xml:space="preserve">[04:57] </w:t>
      </w:r>
      <w:r>
        <w:t>dekhen, maine socha ke is zamane mein mutabadil maujood nahi tha. Rasool Allah ka mutabadil kya hota?</w:t>
      </w:r>
    </w:p>
    <w:p>
      <w:pPr>
        <w:jc w:val="right"/>
      </w:pPr>
      <w:r>
        <w:t>دیکھیں، میں نے سوچا کہ اس زمانے میں متبادل موجود نہیں تھا۔ رسول اللہ کا متبادل کیا ہوتا؟</w:t>
      </w:r>
    </w:p>
    <w:p>
      <w:r>
        <w:rPr>
          <w:b/>
        </w:rPr>
        <w:t xml:space="preserve">[05:09] </w:t>
      </w:r>
      <w:r>
        <w:t>ke ab video recording is zamane mein mumkin agar hoti to Rasool Allah ki awaz aur aap ki surat record kar di jati aur Makkah mein suna di jati.</w:t>
      </w:r>
    </w:p>
    <w:p>
      <w:pPr>
        <w:jc w:val="right"/>
      </w:pPr>
      <w:r>
        <w:t>کہ اب ویڈیو ریکارڈنگ اس زمانے میں ممکن اگر ہوتی تو رسول اللہ کی آواز اور آپ کی صورت ریکارڈ کر دی جاتی اور مکہ میں سنا دی جاتی۔</w:t>
      </w:r>
    </w:p>
    <w:p>
      <w:r>
        <w:rPr>
          <w:b/>
        </w:rPr>
        <w:t xml:space="preserve">[05:22] </w:t>
      </w:r>
      <w:r>
        <w:t>mujhe mumkin nahi tha. Rasool Allah ka mutabadil banana is zamane mein mumkin nahi tha. to ek shakhs gaya jo aap ke badlay mein wahan par awaz de kar ailan karta tha.</w:t>
      </w:r>
    </w:p>
    <w:p>
      <w:pPr>
        <w:jc w:val="right"/>
      </w:pPr>
      <w:r>
        <w:t>مجھے ممکن نہیں تھا۔ رسول اللہ کا متبادل بنانا اس زمانے میں ممکن نہیں تھا۔ تو ایک شخص گیا جو آپ کے بدلے میں وہاں پر آواز دے کر اعلان کرتا تھا۔</w:t>
      </w:r>
    </w:p>
    <w:p>
      <w:r>
        <w:rPr>
          <w:b/>
        </w:rPr>
        <w:t xml:space="preserve">[05:37] </w:t>
      </w:r>
      <w:r>
        <w:t>aaj yeh mumkin ho gaya hai ke aap kahin bhi hon, kisi bhi maqam se aap ko video bheja ja sakta hai, wahan aap sun sakte hain.</w:t>
      </w:r>
    </w:p>
    <w:p>
      <w:pPr>
        <w:jc w:val="right"/>
      </w:pPr>
      <w:r>
        <w:t>آج یہ ممکن ہو گیا ہے کہ آپ کہیں بھی ہوں، کسی بھی مقام سے آپ کو ویڈیو بھیجا جا سکتا ہے، وہاں آپ سن سکتے ہیں۔</w:t>
      </w:r>
    </w:p>
    <w:p>
      <w:r>
        <w:rPr>
          <w:b/>
        </w:rPr>
        <w:t xml:space="preserve">[05:50] </w:t>
      </w:r>
      <w:r>
        <w:t>ab is ko aap kijiye, extended stretch bhi lijiyey. to yeh sochte hue meri samajh mein aaya ke Allah taala ne Rasool Allah ke zariye se ek bohat bara drama silsila diya tha mutabadil ka.</w:t>
      </w:r>
    </w:p>
    <w:p>
      <w:pPr>
        <w:jc w:val="right"/>
      </w:pPr>
      <w:r>
        <w:t>اب اس کو آپ کیجیے، ایکسٹینڈڈ سٹریچ بھی لیجیے۔ تو یہ سوچتے ہوئے میری سمجھ میں آیا کہ اللہ تعالیٰ نے رسول اللہ کے ذریعے سے ایک بہت بڑا ڈرامہ سلسلہ دیا تھا متبادل کا۔</w:t>
      </w:r>
    </w:p>
    <w:p>
      <w:r>
        <w:rPr>
          <w:b/>
        </w:rPr>
        <w:t xml:space="preserve">[06:10] </w:t>
      </w:r>
      <w:r>
        <w:t>woh tha Surah Hudaybiyah. Surah Hudaybiyah</w:t>
      </w:r>
    </w:p>
    <w:p>
      <w:pPr>
        <w:jc w:val="right"/>
      </w:pPr>
      <w:r>
        <w:t>وہ تھا سورہ حدیبیہ۔ سورہ حدیبیہ</w:t>
      </w:r>
    </w:p>
    <w:p>
      <w:r>
        <w:rPr>
          <w:b/>
        </w:rPr>
        <w:t xml:space="preserve">[06:18] </w:t>
      </w:r>
      <w:r>
        <w:t>ek peace ki agreement thi, lekin woh zamana to jang ka zamana tha. wahi tha "al-harbu infaa'un lil-harb". is zamane mein Rasool Allah ne Hudaybiyah ki shakal mein peace ka agreement kiya apnay mukhalifeen se.</w:t>
      </w:r>
    </w:p>
    <w:p>
      <w:pPr>
        <w:jc w:val="right"/>
      </w:pPr>
      <w:r>
        <w:t>ایک پیس کی ایگریمنٹ تھی، لیکن وہ زمانہ تو جنگ کا زمانہ تھا۔ وہی تھا "الحرب انفاء للحرب"۔ اس زمانے میں رسول اللہ نے حدیبیہ کی شکل میں پیس کا ایگریمنٹ کیا اپنے مخالفین سے۔</w:t>
      </w:r>
    </w:p>
    <w:p>
      <w:r>
        <w:rPr>
          <w:b/>
        </w:rPr>
        <w:t xml:space="preserve">[06:38] </w:t>
      </w:r>
      <w:r>
        <w:t>lekin yeh amalan ek drama silsila ban gaya. drama silsila mutabadil ka.</w:t>
      </w:r>
    </w:p>
    <w:p>
      <w:pPr>
        <w:jc w:val="right"/>
      </w:pPr>
      <w:r>
        <w:t>لیکن یہ عملاً ایک ڈرامہ سلسلہ بن گیا۔ ڈرامہ سلسلہ متبادل کا۔</w:t>
      </w:r>
    </w:p>
    <w:p>
      <w:r>
        <w:rPr>
          <w:b/>
        </w:rPr>
        <w:t xml:space="preserve">[06:47] </w:t>
      </w:r>
      <w:r>
        <w:t>woh kaise? ke unilateral level par aap ne qurbani ki, yani un ki sari conditions ko aap ne qabool kar liya.</w:t>
      </w:r>
    </w:p>
    <w:p>
      <w:pPr>
        <w:jc w:val="right"/>
      </w:pPr>
      <w:r>
        <w:t>وہ کیسے؟ کہ یونی لیٹرل لیول پر آپ نے قربانی کی، یعنی ان کی ساری کنڈیشنز کو آپ نے قبول کر لیا۔</w:t>
      </w:r>
    </w:p>
    <w:p>
      <w:r>
        <w:rPr>
          <w:b/>
        </w:rPr>
        <w:t xml:space="preserve">[07:00] </w:t>
      </w:r>
      <w:r>
        <w:t>fareeq-e-insani ki sari sharton ko aap ne maan liya aur peace agreement hua.</w:t>
      </w:r>
    </w:p>
    <w:p>
      <w:pPr>
        <w:jc w:val="right"/>
      </w:pPr>
      <w:r>
        <w:t>فریق انسانی کی ساری شرطوں کو آپ نے مان لیا اور پیس ایگریمنٹ ہوا۔</w:t>
      </w:r>
    </w:p>
    <w:p>
      <w:r>
        <w:rPr>
          <w:b/>
        </w:rPr>
        <w:t xml:space="preserve">[07:11] </w:t>
      </w:r>
      <w:r>
        <w:t>to is ke baad kya hua? Fatah Makkah ho gaya, yani baghair harb ke ladaai ho, baghair ladaai ke Makkah Fatah ho gaya. peace ki taqat se Makkah jo Fatah hua tha, woh peace ki taqat se Fatah hua tha, harb ki taqat se nahi.</w:t>
      </w:r>
    </w:p>
    <w:p>
      <w:pPr>
        <w:jc w:val="right"/>
      </w:pPr>
      <w:r>
        <w:t>تو اس کے بعد کیا ہوا؟ فتح مکہ ہو گیا، یعنی بغیر حرب کے لڑائی ہو، بغیر لڑائی کے مکہ فتح ہو گیا۔ پیس کی طاقت سے مکہ جو فتح ہوا تھا، وہ پیس کی طاقت سے فتح ہوا تھا، حرب کی طاقت سے نہیں۔</w:t>
      </w:r>
    </w:p>
    <w:p>
      <w:r>
        <w:rPr>
          <w:b/>
        </w:rPr>
        <w:t xml:space="preserve">[07:28] </w:t>
      </w:r>
      <w:r>
        <w:t>to Fatah Makkah was a drama silsila is haqeeqat ka. to Rasool Allah ne pehli baar history mein ek drama silsila diya ke "peace is a power".</w:t>
      </w:r>
    </w:p>
    <w:p>
      <w:pPr>
        <w:jc w:val="right"/>
      </w:pPr>
      <w:r>
        <w:t>تو فتح مکہ واز ا ڈرامہ سلسلہ اس حقیقت کا۔ تو رسول اللہ نے پہلی بار ہسٹری میں ایک ڈرامہ سلسلہ دیا کہ "پیس از ا پاور"۔</w:t>
      </w:r>
    </w:p>
    <w:p>
      <w:r>
        <w:rPr>
          <w:b/>
        </w:rPr>
        <w:t xml:space="preserve">[07:47] </w:t>
      </w:r>
      <w:r>
        <w:t>peace is the end mutabadil war.</w:t>
      </w:r>
    </w:p>
    <w:p>
      <w:pPr>
        <w:jc w:val="right"/>
      </w:pPr>
      <w:r>
        <w:t>پیس از اینڈ متبادل وار۔</w:t>
      </w:r>
    </w:p>
    <w:p>
      <w:r>
        <w:rPr>
          <w:b/>
        </w:rPr>
        <w:t xml:space="preserve">[07:51] </w:t>
      </w:r>
      <w:r>
        <w:t>peace ke zariye se tum peaceful planning ke zariye se tum baray se bara maqsad hasil kar saktay ho. is tarah se aap dekhiye to Hudaybiyah agreement jo thi,</w:t>
      </w:r>
    </w:p>
    <w:p>
      <w:pPr>
        <w:jc w:val="right"/>
      </w:pPr>
      <w:r>
        <w:t>پیس کے ذریعے سے تم پیس فل پلاننگ کے ذریعے سے تم بڑے سے بڑا مقصد حاصل کر سکتے ہو۔ اس طرح سے آپ دیکھیے تو حدیبیہ ایگریمنٹ جو تھی،</w:t>
      </w:r>
    </w:p>
    <w:p>
      <w:r>
        <w:rPr>
          <w:b/>
        </w:rPr>
        <w:t xml:space="preserve">[08:06] </w:t>
      </w:r>
      <w:r>
        <w:t>woh ek historical drama silsila tha. yeh tareekh mein pehli baar yeh hua ke Rasool Allah ne ek peaceful agreement kiya jang ko khatam karne ke liye.</w:t>
      </w:r>
    </w:p>
    <w:p>
      <w:pPr>
        <w:jc w:val="right"/>
      </w:pPr>
      <w:r>
        <w:t>وہ ایک ہسٹوریکل ڈرامہ سلسلہ تھا۔ یہ تاریخ میں پہلی بار یہ ہوا کہ رسول اللہ نے ایک پیس فل ایگریمنٹ کیا جنگ کو ختم کرنے کے لیے۔</w:t>
      </w:r>
    </w:p>
    <w:p>
      <w:r>
        <w:rPr>
          <w:b/>
        </w:rPr>
        <w:t xml:space="preserve">[08:24] </w:t>
      </w:r>
      <w:r>
        <w:t>woh log to jang par tule hue thay. aap ka jo mukhalif giroh tha, woh to jang par tula hua tha. aap ne kaha ke 24 to qaum mantay hain, sab kuch kehtay hue maan gaye huay.</w:t>
      </w:r>
    </w:p>
    <w:p>
      <w:pPr>
        <w:jc w:val="right"/>
      </w:pPr>
      <w:r>
        <w:t>وہ لوگ تو جنگ پر تلے ہوئے تھے۔ آپ کا جو مخالف گروہ تھا، وہ تو جنگ پر تلا ہوا تھا۔ آپ نے کہا کہ 24 تو قوم مانتے ہیں، سب کچھ کہتے ہوئے مان گئے ہوئے۔</w:t>
      </w:r>
    </w:p>
    <w:p>
      <w:r>
        <w:rPr>
          <w:b/>
        </w:rPr>
        <w:t xml:space="preserve">[08:38] </w:t>
      </w:r>
      <w:r>
        <w:t>hata ke aap jantay hain ke paper par, yani agreement ke paper par, Rasool Allah ke ladhe mita diya.</w:t>
      </w:r>
    </w:p>
    <w:p>
      <w:pPr>
        <w:jc w:val="right"/>
      </w:pPr>
      <w:r>
        <w:t>حتیٰ کہ آپ جانتے ہیں کہ پیپر پر، یعنی ایگریمنٹ کے پیپر پر، رسول اللہ کے لدھے مٹا دیا۔</w:t>
      </w:r>
    </w:p>
    <w:p>
      <w:r>
        <w:rPr>
          <w:b/>
        </w:rPr>
        <w:t xml:space="preserve">[08:50] </w:t>
      </w:r>
      <w:r>
        <w:t>aap ki jo asal hesiyat thi, wahi thi ke aap rasool Allah thay, is ko mita diya. yeh kitni bari qurbani thi yeh?</w:t>
      </w:r>
    </w:p>
    <w:p>
      <w:pPr>
        <w:jc w:val="right"/>
      </w:pPr>
      <w:r>
        <w:t>آپ کی جو اصل حیثیت تھی، وہی تھی کہ آپ رسول اللہ تھے، اس کو مٹا دیا۔ یہ کتنی بڑی قربانی تھی یہ؟</w:t>
      </w:r>
    </w:p>
    <w:p>
      <w:r>
        <w:rPr>
          <w:b/>
        </w:rPr>
        <w:t xml:space="preserve">[09:00] </w:t>
      </w:r>
      <w:r>
        <w:t>kyun? taake aap ka maqsad tha ke ek drama silsila dena, ek nayi tareekh create karna. Hudaybiyah agreement history mein ek nayi shuruaat thi.</w:t>
      </w:r>
    </w:p>
    <w:p>
      <w:pPr>
        <w:jc w:val="right"/>
      </w:pPr>
      <w:r>
        <w:t>کیوں؟ تاکہ آپ کا مقصد تھا کہ ایک ڈرامہ سلسلہ دینا، ایک نئی تاریخ کریٹ کرنا۔ حدیبیہ ایگریمنٹ ہسٹری میں ایک نئی شروعات تھی۔</w:t>
      </w:r>
    </w:p>
    <w:p>
      <w:r>
        <w:rPr>
          <w:b/>
        </w:rPr>
        <w:t xml:space="preserve">[09:17] </w:t>
      </w:r>
      <w:r>
        <w:t>agar aap aisa na karte, agar aap qurbani na karte to nayi shuruaat shuru nahi ho sakti thi.</w:t>
      </w:r>
    </w:p>
    <w:p>
      <w:pPr>
        <w:jc w:val="right"/>
      </w:pPr>
      <w:r>
        <w:t>اگر آپ ایسا نہ کرتے، اگر آپ قربانی نہ کرتے تو نئی شروعات شروع نہیں ہو سکتی تھی۔</w:t>
      </w:r>
    </w:p>
    <w:p>
      <w:r>
        <w:rPr>
          <w:b/>
        </w:rPr>
        <w:t xml:space="preserve">[09:28] </w:t>
      </w:r>
      <w:r>
        <w:t>nayi shuruaat ke baad bhi insaan ko bohat dair mein baat samajh mein aayi.</w:t>
      </w:r>
    </w:p>
    <w:p>
      <w:pPr>
        <w:jc w:val="right"/>
      </w:pPr>
      <w:r>
        <w:t>نئی شروعات کے بعد بھی انسان کو بہت دیر میں بات سمجھ میں آئی۔</w:t>
      </w:r>
    </w:p>
    <w:p>
      <w:r>
        <w:rPr>
          <w:b/>
        </w:rPr>
        <w:t xml:space="preserve">[09:36] </w:t>
      </w:r>
      <w:r>
        <w:t>yaani peace is end mutabadil war</w:t>
      </w:r>
    </w:p>
    <w:p>
      <w:pPr>
        <w:jc w:val="right"/>
      </w:pPr>
      <w:r>
        <w:t>یعنی پیس از اینڈ متبادل وار</w:t>
      </w:r>
    </w:p>
    <w:p>
      <w:r>
        <w:rPr>
          <w:b/>
        </w:rPr>
        <w:t xml:space="preserve">[09:40] </w:t>
      </w:r>
      <w:r>
        <w:t>. yeh tha is drama silsile ka khulasa. lekin phir bhi bohat dair mein baat samajh mein aayi.</w:t>
      </w:r>
    </w:p>
    <w:p>
      <w:pPr>
        <w:jc w:val="right"/>
      </w:pPr>
      <w:r>
        <w:t>۔ یہ تھا اس ڈرامہ سلسلے کا خلاصہ۔ لیکن پھر بھی بہت دیر میں بات سمجھ میں آئی۔</w:t>
      </w:r>
    </w:p>
    <w:p>
      <w:r>
        <w:rPr>
          <w:b/>
        </w:rPr>
        <w:t xml:space="preserve">[09:50] </w:t>
      </w:r>
      <w:r>
        <w:t>mein aap ko misaal deta hoon.</w:t>
      </w:r>
    </w:p>
    <w:p>
      <w:pPr>
        <w:jc w:val="right"/>
      </w:pPr>
      <w:r>
        <w:t>میں آپ کو مثال دیتا ہوں۔</w:t>
      </w:r>
    </w:p>
    <w:p>
      <w:r>
        <w:rPr>
          <w:b/>
        </w:rPr>
        <w:t xml:space="preserve">[09:54] </w:t>
      </w:r>
      <w:r>
        <w:t>dekhiye, atharveen sadi mein</w:t>
      </w:r>
    </w:p>
    <w:p>
      <w:pPr>
        <w:jc w:val="right"/>
      </w:pPr>
      <w:r>
        <w:t>دیکھیے، اٹھارویں صدی میں</w:t>
      </w:r>
    </w:p>
    <w:p>
      <w:r>
        <w:rPr>
          <w:b/>
        </w:rPr>
        <w:t xml:space="preserve">[10:01] </w:t>
      </w:r>
      <w:r>
        <w:t>colonialism aaya, apne saath fauj laya woh.</w:t>
      </w:r>
    </w:p>
    <w:p>
      <w:pPr>
        <w:jc w:val="right"/>
      </w:pPr>
      <w:r>
        <w:t>کولونیلزم آیا، اپنے ساتھ فوج لایا وہ۔</w:t>
      </w:r>
    </w:p>
    <w:p>
      <w:r>
        <w:rPr>
          <w:b/>
        </w:rPr>
        <w:t xml:space="preserve">[10:08] </w:t>
      </w:r>
      <w:r>
        <w:t>yaani Europe ki companies jo aayin is zamane mein, Asia aur Africa mein, to fauj le kar aayin woh. Siyasi qabza kiya unhon ne.</w:t>
      </w:r>
    </w:p>
    <w:p>
      <w:pPr>
        <w:jc w:val="right"/>
      </w:pPr>
      <w:r>
        <w:t>یعنی یورپ کی کمپنیاں جو آئیں اس زمانے میں، ایشیا اور افریقہ میں، تو فوج لے کر آئیں وہ۔ سیاسی قبضہ کیا انہوں نے۔</w:t>
      </w:r>
    </w:p>
    <w:p>
      <w:r>
        <w:rPr>
          <w:b/>
        </w:rPr>
        <w:t xml:space="preserve">[10:19] </w:t>
      </w:r>
      <w:r>
        <w:t>phir unhon ne apna eikhtisadi faida hasil kiya, market par qabza kiya.</w:t>
      </w:r>
    </w:p>
    <w:p>
      <w:pPr>
        <w:jc w:val="right"/>
      </w:pPr>
      <w:r>
        <w:t>پھر انہوں نے اپنا اقتصادی فائدہ حاصل کیا، مارکیٹ پر قبضہ کیا۔</w:t>
      </w:r>
    </w:p>
    <w:p>
      <w:r>
        <w:rPr>
          <w:b/>
        </w:rPr>
        <w:t xml:space="preserve">[10:31] </w:t>
      </w:r>
      <w:r>
        <w:t>to kya tha yeh? wahi tasalsul tha isi soch ka ke baghair ladaai ke kuch hota nahi. Ladaai to ladni padegi, tab market par qabza hoga.</w:t>
      </w:r>
    </w:p>
    <w:p>
      <w:pPr>
        <w:jc w:val="right"/>
      </w:pPr>
      <w:r>
        <w:t>تو کیا تھا یہ؟ وہی تسلسل تھا اسی سوچ کا کہ بغیر لڑائی کے کچھ ہوتا نہیں۔ لڑائی تو لڑنی پڑے گی، تب مارکیٹ پر قبضہ ہوگا۔</w:t>
      </w:r>
    </w:p>
    <w:p>
      <w:r>
        <w:rPr>
          <w:b/>
        </w:rPr>
        <w:t xml:space="preserve">[10:41] </w:t>
      </w:r>
      <w:r>
        <w:t>kyun ke dekhiye, colonialism kya tha? Europe mein jab jadeed sanat aayi to mass production hone laga.</w:t>
      </w:r>
    </w:p>
    <w:p>
      <w:pPr>
        <w:jc w:val="right"/>
      </w:pPr>
      <w:r>
        <w:t>کیونکہ دیکھیے، کولونیلزم کیا تھا؟ یورپ میں جب جدید صنعت آئی تو ماس پروڈکشن ہونے لگا۔</w:t>
      </w:r>
    </w:p>
    <w:p>
      <w:r>
        <w:rPr>
          <w:b/>
        </w:rPr>
        <w:t xml:space="preserve">[10:54] </w:t>
      </w:r>
      <w:r>
        <w:t>ab mass production mein itna zyada samaan banne laga ke is ki local khapat nahi thi. Local market mein is ki khapat nahi thi.</w:t>
      </w:r>
    </w:p>
    <w:p>
      <w:pPr>
        <w:jc w:val="right"/>
      </w:pPr>
      <w:r>
        <w:t>اب ماس پروڈکشن میں اتنا زیادہ سامان بننے لگا کہ اس کی لوکل کھاپت نہیں تھی۔ لوکل مارکیٹ میں اس کی کھاپت نہیں تھی۔</w:t>
      </w:r>
    </w:p>
    <w:p>
      <w:r>
        <w:rPr>
          <w:b/>
        </w:rPr>
        <w:t xml:space="preserve">[11:04] </w:t>
      </w:r>
      <w:r>
        <w:t>to unhein bahar, Europe se bahar, Asia aur Africa mein is ka market dhoondna pada. To saath saath unhon ne army banayi ke mulkon par qabza karein, tab mumkin hai ke un ki fauj dastiyab kar sakein.</w:t>
      </w:r>
    </w:p>
    <w:p>
      <w:pPr>
        <w:jc w:val="right"/>
      </w:pPr>
      <w:r>
        <w:t>تو انہیں باہر، یورپ سے باہر، ایشیا اور افریقہ میں اس کا مارکیٹ ڈھونڈنا پڑا۔ تو ساتھ ساتھ انہوں نے آرمی بنائی کہ ملکوں پر قبضہ کریں، تب ممکن ہے کہ ان کی فوج دستیاب کر سکیں۔</w:t>
      </w:r>
    </w:p>
    <w:p>
      <w:r>
        <w:rPr>
          <w:b/>
        </w:rPr>
        <w:t xml:space="preserve">[11:23] </w:t>
      </w:r>
      <w:r>
        <w:t>is ke baad kya hua? ladaaiyan huin, pehli jang hui, doosri jang hui, yahan tak ke woh tasawwur khatam ho gaya.</w:t>
      </w:r>
    </w:p>
    <w:p>
      <w:pPr>
        <w:jc w:val="right"/>
      </w:pPr>
      <w:r>
        <w:t>اس کے بعد کیا ہوا؟ لڑائیاں ہوئیں، پہلی جنگ ہوئی، دوسری جنگ ہوئی، یہاں تک کہ وہ تصور ختم ہوگیا۔</w:t>
      </w:r>
    </w:p>
    <w:p>
      <w:r>
        <w:rPr>
          <w:b/>
        </w:rPr>
        <w:t xml:space="preserve">[11:34] </w:t>
      </w:r>
      <w:r>
        <w:t>ab bhi wahi wahi qaumein dunya par qabiz hain, wahi maghribi mumalik, wahi Europe ke log, wahi America ke log. Dunya ki market par ab bhi un ka qabza hai, lekin baghair ladaai ke.</w:t>
      </w:r>
    </w:p>
    <w:p>
      <w:pPr>
        <w:jc w:val="right"/>
      </w:pPr>
      <w:r>
        <w:t>اب بھی وہی وہی قومیں دنیا پر قابض ہیں، وہی مغربی ممالک، وہی یورپ کے لوگ، وہی امریکہ کے لوگ۔ دنیا کی مارکیٹ پر اب بھی ان کا قبضہ ہے، لیکن بغیر لڑائی کے۔</w:t>
      </w:r>
    </w:p>
    <w:p>
      <w:r>
        <w:rPr>
          <w:b/>
        </w:rPr>
        <w:t xml:space="preserve">[11:48] </w:t>
      </w:r>
      <w:r>
        <w:t>kyun ke doosri jang ke baad unhon ne samajh liya ke ab dour jang khatam ho chuka hai. Ab peace jo hai, mutabadil hai jang ka.</w:t>
      </w:r>
    </w:p>
    <w:p>
      <w:pPr>
        <w:jc w:val="right"/>
      </w:pPr>
      <w:r>
        <w:t>کیونکہ دوسری جنگ کے بعد انہوں نے سمجھ لیا کہ اب دور جنگ ختم ہو چکا ہے۔ اب پیس جو ہے، متبادل ہے جنگ کا۔</w:t>
      </w:r>
    </w:p>
    <w:p>
      <w:r>
        <w:rPr>
          <w:b/>
        </w:rPr>
        <w:t xml:space="preserve">[12:02] </w:t>
      </w:r>
      <w:r>
        <w:t>thoda sa aap dekhiye, Bartania jo hai, is ne chhod diya, yaani qadeem jo pattern tha, is ko.</w:t>
      </w:r>
    </w:p>
    <w:p>
      <w:pPr>
        <w:jc w:val="right"/>
      </w:pPr>
      <w:r>
        <w:t>تھوڑا سا آپ دیکھیے، برطانیہ جو ہے، اس نے چھوڑ دیا، یعنی قدیم جو پیٹرن تھا، اس کو۔</w:t>
      </w:r>
    </w:p>
    <w:p>
      <w:r>
        <w:rPr>
          <w:b/>
        </w:rPr>
        <w:t xml:space="preserve">[12:13] </w:t>
      </w:r>
      <w:r>
        <w:t>aaj bhi woh dunya mein chhaye hue hain, India mein bhi chhaye hue hain, zariye سرمایہ کاری. Ab jo aaj ka jo colonialism hai, woh chal raha hai zariye سرمایہ کاری chal raha hai.</w:t>
      </w:r>
    </w:p>
    <w:p>
      <w:pPr>
        <w:jc w:val="right"/>
      </w:pPr>
      <w:r>
        <w:t>آج بھی وہ دنیا میں چھائے ہوئے ہیں، انڈیا میں بھی چھائے ہوئے ہیں، ذریعے سرمایہ کاری۔ اب جو آج کا جو کولونیلزم ہے، وہ چل رہا ہے ذریعے سرمایہ کاری چل رہا ہے۔</w:t>
      </w:r>
    </w:p>
    <w:p>
      <w:r>
        <w:rPr>
          <w:b/>
        </w:rPr>
        <w:t xml:space="preserve">[12:26] </w:t>
      </w:r>
      <w:r>
        <w:t>aaj dekhiye, Japan hai, Germany hai, Cheen hai, America hai, Bartania hai, France hai, sab ke sab aaj bhi qabiz hain dunya ke market par.</w:t>
      </w:r>
    </w:p>
    <w:p>
      <w:pPr>
        <w:jc w:val="right"/>
      </w:pPr>
      <w:r>
        <w:t>آج دیکھیے، جاپان ہے، جرمنی ہے، چین ہے، امریکہ ہے، برطانیہ ہے، فرانس ہے، سب کے سب آج بھی قابض ہیں دنیا کے مارکیٹ پر۔</w:t>
      </w:r>
    </w:p>
    <w:p>
      <w:r>
        <w:rPr>
          <w:b/>
        </w:rPr>
        <w:t xml:space="preserve">[12:42] </w:t>
      </w:r>
      <w:r>
        <w:t>lekin kaise? talwar ke zor se nahi, siyasi taqat ke zor se nahi, سرمایہ کاری ke zariye se. Chunancha aap dekhiye, jis India mein 1942 mein yeh naaray lagaya gaya tha ke "Quit India",</w:t>
      </w:r>
    </w:p>
    <w:p>
      <w:pPr>
        <w:jc w:val="right"/>
      </w:pPr>
      <w:r>
        <w:t>لیکن کیسے؟ تلوار کے زور سے نہیں، سیاسی طاقت کے زور سے نہیں، سرمایہ کاری کے ذریعے سے۔ چنانچہ آپ دیکھیے، جس انڈیا میں 1942 میں یہ نعرہ لگایا گیا تھا کہ "کویٹ انڈیا"،</w:t>
      </w:r>
    </w:p>
    <w:p>
      <w:r>
        <w:rPr>
          <w:b/>
        </w:rPr>
        <w:t xml:space="preserve">[13:00] </w:t>
      </w:r>
      <w:r>
        <w:t>us zamane mein Bartanvi daur tha, Bartanviyon ko India se nikalne ke liye hamara naaray laga tha 1942 mein ke "Quit India".</w:t>
      </w:r>
    </w:p>
    <w:p>
      <w:pPr>
        <w:jc w:val="right"/>
      </w:pPr>
      <w:r>
        <w:t>اس زمانے میں برطانوی دور تھا، برطانویوں کو انڈیا سے نکالنے کے لیے ہمارا نعرہ لگا تھا 1942 میں کہ "کویٹ انڈیا"۔</w:t>
      </w:r>
    </w:p>
    <w:p>
      <w:r>
        <w:rPr>
          <w:b/>
        </w:rPr>
        <w:t xml:space="preserve">[13:11] </w:t>
      </w:r>
      <w:r>
        <w:t>ab wahi India keh raha hai ke "Make in India", ke aao hamare haan سرمایہ کاری karo, hamare haan factoryan banao, aao hamare haan market par qabza karo.</w:t>
      </w:r>
    </w:p>
    <w:p>
      <w:pPr>
        <w:jc w:val="right"/>
      </w:pPr>
      <w:r>
        <w:t>اب وہی انڈیا کہہ رہا ہے کہ "میک ان انڈیا"، کہ آؤ ہمارے ہاں سرمایہ کاری کرو، ہمارے ہاں فیکٹریاں بناؤ، آؤ ہمارے ہاں مارکیٹ پر قبضہ کرو۔</w:t>
      </w:r>
    </w:p>
    <w:p>
      <w:r>
        <w:rPr>
          <w:b/>
        </w:rPr>
        <w:t xml:space="preserve">[13:21] </w:t>
      </w:r>
      <w:r>
        <w:t>wahi India. Ab "Quit India" ki jagah ab hai "Make in India". Yeh saari dunya ka haal hai. Saari dunya mein yahi maghribi mumalik jo hain, woh chhaye hue hain un ki market par, un ki eikhtisadi sargarmiyon par.</w:t>
      </w:r>
    </w:p>
    <w:p>
      <w:pPr>
        <w:jc w:val="right"/>
      </w:pPr>
      <w:r>
        <w:t>وہی انڈیا۔ اب "کویٹ انڈیا" کی جگہ اب ہے "میک ان انڈیا"۔ یہ ساری دنیا کا حال ہے۔ ساری دنیا میں یہی مغربی ممالک جو ہیں، وہ چھائی ہوئی ہیں ان کی مارکیٹ پر، ان کی معاشی سرگرمیوں پر۔</w:t>
      </w:r>
    </w:p>
    <w:p>
      <w:r>
        <w:rPr>
          <w:b/>
        </w:rPr>
        <w:t xml:space="preserve">[13:39] </w:t>
      </w:r>
      <w:r>
        <w:t>lekin kaise? aman tareeqay ke zariye se.</w:t>
      </w:r>
    </w:p>
    <w:p>
      <w:pPr>
        <w:jc w:val="right"/>
      </w:pPr>
      <w:r>
        <w:t>لیکن کیسے؟ امن طریقے کے ذریعے سے۔</w:t>
      </w:r>
    </w:p>
    <w:p>
      <w:r>
        <w:rPr>
          <w:b/>
        </w:rPr>
        <w:t xml:space="preserve">[13:45] </w:t>
      </w:r>
      <w:r>
        <w:t>to rasool ALLAH sal ALLAH alaihi wasallam ne jo drama silsila diya tha hudaybiya agreement ke waqt, wo insaan ko bohat der mein samajh mein aya. aur main is par aur mazeed izafa karoon ke musalmanon ko to aaj bhi nahi samajh mein aya hai.</w:t>
      </w:r>
    </w:p>
    <w:p>
      <w:pPr>
        <w:jc w:val="right"/>
      </w:pPr>
      <w:r>
        <w:t>تو رسول اللہ صلی اللہ علیہ وسلم نے جو ڈرامہ سلسلہ دیا تھا حدیبیہ ایگریمنٹ کے وقت، وہ انسان کو بہت دیر میں سمجھ میں آیا۔ اور میں اس پر اور مزید اضافہ کروں کہ مسلمانوں کو تو آج بھی نہیں سمجھ میں آیا ہے۔</w:t>
      </w:r>
    </w:p>
    <w:p>
      <w:r>
        <w:rPr>
          <w:b/>
        </w:rPr>
        <w:t xml:space="preserve">[13:59] </w:t>
      </w:r>
      <w:r>
        <w:t>musalman aaj bhi nahi jante. aap dekhiye, har jagah fauji chalai hui hai, society bahami kar rahe hain. yeh kyun?</w:t>
      </w:r>
    </w:p>
    <w:p>
      <w:pPr>
        <w:jc w:val="right"/>
      </w:pPr>
      <w:r>
        <w:t>مسلمان آج بھی نہیں جانتے۔ آپ دیکھیے، ہر جگہ فوجی چلائی ہوئی ہے، سوسائٹی باہمی کر رہے ہیں۔ یہ کیوں؟</w:t>
      </w:r>
    </w:p>
    <w:p>
      <w:r>
        <w:rPr>
          <w:b/>
        </w:rPr>
        <w:t xml:space="preserve">[14:09] </w:t>
      </w:r>
      <w:r>
        <w:t>kyun ke wo jante nahi ke "they are on ever of the power of peace".</w:t>
      </w:r>
    </w:p>
    <w:p>
      <w:pPr>
        <w:jc w:val="right"/>
      </w:pPr>
      <w:r>
        <w:t>کیونکہ وہ جانتے نہیں کہ "دی آر آن ایور آف دا پاور آف پیس"۔</w:t>
      </w:r>
    </w:p>
    <w:p>
      <w:r>
        <w:rPr>
          <w:b/>
        </w:rPr>
        <w:t xml:space="preserve">[14:15] </w:t>
      </w:r>
      <w:r>
        <w:t>abhi bhi wo pichle dahaiyon se jee rahe hain.</w:t>
      </w:r>
    </w:p>
    <w:p>
      <w:pPr>
        <w:jc w:val="right"/>
      </w:pPr>
      <w:r>
        <w:t>ابھی بھی وہ پچھلے دہائیوں سے جی رہے ہیں۔</w:t>
      </w:r>
    </w:p>
    <w:p>
      <w:r>
        <w:rPr>
          <w:b/>
        </w:rPr>
        <w:t xml:space="preserve">[14:20] </w:t>
      </w:r>
      <w:r>
        <w:t>to main yeh kahunga ke aaj ka daur mutabadal ka daur hai. daur mutabadal ka, yani ab jang ka mutabadal peace hai.</w:t>
      </w:r>
    </w:p>
    <w:p>
      <w:pPr>
        <w:jc w:val="right"/>
      </w:pPr>
      <w:r>
        <w:t>تو میں یہ کہوں گا کہ آج کا دور متبادل کا دور ہے۔ دور متبادل کا، یعنی اب جنگ کا متبادل پیس ہے۔</w:t>
      </w:r>
    </w:p>
    <w:p>
      <w:r>
        <w:rPr>
          <w:b/>
        </w:rPr>
        <w:t xml:space="preserve">[14:37] </w:t>
      </w:r>
      <w:r>
        <w:t>program ka mutabadal communication hai. jaise hum ek program kar rahe hain, hum dilli mein ek office mein baithe hue hain.</w:t>
      </w:r>
    </w:p>
    <w:p>
      <w:pPr>
        <w:jc w:val="right"/>
      </w:pPr>
      <w:r>
        <w:t>پروگرام کا متبادل کمیونیکیشن ہے۔ جیسے ہم ایک پروگرام کر رہے ہیں، ہم دلی میں ایک آفس میں بیٹھے ہوئے ہیں۔</w:t>
      </w:r>
    </w:p>
    <w:p>
      <w:r>
        <w:rPr>
          <w:b/>
        </w:rPr>
        <w:t xml:space="preserve">[14:47] </w:t>
      </w:r>
      <w:r>
        <w:t>hamari awaz sari duniya mein pahunch rahi hai, mumkin hai. hamari awaz, hamari tasveer mumkin hai sari duniya mein pahunch rahi hai.</w:t>
      </w:r>
    </w:p>
    <w:p>
      <w:pPr>
        <w:jc w:val="right"/>
      </w:pPr>
      <w:r>
        <w:t>ہماری آواز ساری دنیا میں پہنچ رہی ہے، ممکنہ طور پر۔ ہماری آواز، ہماری تصویر ممکنہ طور پر ساری دنیا میں پہنچ رہی ہے۔</w:t>
      </w:r>
    </w:p>
    <w:p>
      <w:r>
        <w:rPr>
          <w:b/>
        </w:rPr>
        <w:t xml:space="preserve">[14:58] </w:t>
      </w:r>
      <w:r>
        <w:t>dushman ki kya hai? yani jismani maujoodgi ka mutabadal ab ho gaya, wo technology. aap ka jismani maujoodgi har jagah zaroori nahi hai.</w:t>
      </w:r>
    </w:p>
    <w:p>
      <w:pPr>
        <w:jc w:val="right"/>
      </w:pPr>
      <w:r>
        <w:t>دشمن کی کیا ہے؟ یعنی جسمانی موجودگی کا متبادل اب ہوگیا، وہ ٹیکنالوجی۔ آپ کا جسمانی موجودگی ہر جگہ ضروری نہیں ہے۔</w:t>
      </w:r>
    </w:p>
    <w:p>
      <w:r>
        <w:rPr>
          <w:b/>
        </w:rPr>
        <w:t xml:space="preserve">[15:11] </w:t>
      </w:r>
      <w:r>
        <w:t>technology aap ko jo pahuncha rahi hai, yeh hai mutabadal ka karishma.</w:t>
      </w:r>
    </w:p>
    <w:p>
      <w:pPr>
        <w:jc w:val="right"/>
      </w:pPr>
      <w:r>
        <w:t>ٹیکنالوجی آپ کو جو پہنچا رہی ہے، یہ ہے متبادل کا کرشمہ۔</w:t>
      </w:r>
    </w:p>
    <w:p>
      <w:r>
        <w:rPr>
          <w:b/>
        </w:rPr>
        <w:t xml:space="preserve">[15:21] </w:t>
      </w:r>
      <w:r>
        <w:t>to main samajhta hoon ke is zamane ke musalmanon ko sab se bari cheez jo daryaft karni chahiye, wo yeh hai ke "they are living in the door mutabadal".</w:t>
      </w:r>
    </w:p>
    <w:p>
      <w:pPr>
        <w:jc w:val="right"/>
      </w:pPr>
      <w:r>
        <w:t>تو میں سمجھتا ہوں کہ اس زمانے کے مسلمانوں کو سب سے بڑی چیز جو دریافت کرنی چاہیے، وہ یہ ہے کہ "دی آر لیونگ ان دا دور متبادل"۔</w:t>
      </w:r>
    </w:p>
    <w:p>
      <w:r>
        <w:rPr>
          <w:b/>
        </w:rPr>
        <w:t xml:space="preserve">[15:34] </w:t>
      </w:r>
      <w:r>
        <w:t>iska matlab kya hua? ke jo waqea rasool ALLAH ke zamane mein local tor par hua tha, aaj wo alamgir ho gaya.</w:t>
      </w:r>
    </w:p>
    <w:p>
      <w:pPr>
        <w:jc w:val="right"/>
      </w:pPr>
      <w:r>
        <w:t>اس کا مطلب کیا ہوا؟ کہ جو واقعہ رسول اللہ کے زمانے میں لوکل طور پر ہوا تھا، آج وہ عالمگیر ہو گیا۔</w:t>
      </w:r>
    </w:p>
    <w:p>
      <w:r>
        <w:rPr>
          <w:b/>
        </w:rPr>
        <w:t xml:space="preserve">[15:49] </w:t>
      </w:r>
      <w:r>
        <w:t>yani hudaybiya ke mauqe par yeh drama silsila diya tha rasool aur ashaab rasool ne ke peace jo hai, wo mutabadal hai larai ka.</w:t>
      </w:r>
    </w:p>
    <w:p>
      <w:pPr>
        <w:jc w:val="right"/>
      </w:pPr>
      <w:r>
        <w:t>یعنی حدیبیہ کے موقع پر یہ ڈرامہ سلسلہ دیا تھا رسول اور اصحاب رسول نے کہ پیس جو ہے، وہ متبادل ہے لڑائی کا۔</w:t>
      </w:r>
    </w:p>
    <w:p>
      <w:r>
        <w:rPr>
          <w:b/>
        </w:rPr>
        <w:t xml:space="preserve">[16:01] </w:t>
      </w:r>
      <w:r>
        <w:t>Peace is a better mutabadal to the war.</w:t>
      </w:r>
    </w:p>
    <w:p>
      <w:pPr>
        <w:jc w:val="right"/>
      </w:pPr>
      <w:r>
        <w:t>پیس از اے بیٹر متبادل ٹو دا وار۔</w:t>
      </w:r>
    </w:p>
    <w:p>
      <w:r>
        <w:rPr>
          <w:b/>
        </w:rPr>
        <w:t xml:space="preserve">[16:06] </w:t>
      </w:r>
      <w:r>
        <w:t>wo drama silsila tha pehle. ka. aaj wo aam ho gaya, aaj wo almi ho gaya, aaj wo sari duniya mein mana ja raha hai.</w:t>
      </w:r>
    </w:p>
    <w:p>
      <w:pPr>
        <w:jc w:val="right"/>
      </w:pPr>
      <w:r>
        <w:t>وہ ڈرامہ سلسلہ تھا پہلے۔ کا۔ آج وہ عام ہو گیا، آج وہ عالمی ہو گیا، آج وہ ساری دنیا میں مانا جا رہا ہے۔</w:t>
      </w:r>
    </w:p>
    <w:p>
      <w:r>
        <w:rPr>
          <w:b/>
        </w:rPr>
        <w:t xml:space="preserve">[16:18] </w:t>
      </w:r>
      <w:r>
        <w:t>sari duniya isi isi usool ko follow kar ke taraqqi kar rahi hai.</w:t>
      </w:r>
    </w:p>
    <w:p>
      <w:pPr>
        <w:jc w:val="right"/>
      </w:pPr>
      <w:r>
        <w:t>ساری دنیا اسی اسی اصول کو فالو کر کے ترقی کر رہی ہے۔</w:t>
      </w:r>
    </w:p>
    <w:p>
      <w:r>
        <w:rPr>
          <w:b/>
        </w:rPr>
        <w:t xml:space="preserve">[16:26] </w:t>
      </w:r>
      <w:r>
        <w:t>aap ghor kijiye ke japan aur germany jo chahte the maqsad, jang ke zariye, usi same maqsad ko wo hasil kiye hue hain technology ke zariye se, taleem ke zariye se.</w:t>
      </w:r>
    </w:p>
    <w:p>
      <w:pPr>
        <w:jc w:val="right"/>
      </w:pPr>
      <w:r>
        <w:t>آپ غور کیجیے کہ جاپان اور جرمنی جو چاہتے تھے مقصد، جنگ کے ذریعے، اسی سیم مقصد کو وہ حاصل کیے ہوئے ہیں ٹیکنالوجی کے ذریعے سے، تعلیم کے ذریعے سے۔</w:t>
      </w:r>
    </w:p>
    <w:p>
      <w:r>
        <w:rPr>
          <w:b/>
        </w:rPr>
        <w:t xml:space="preserve">[16:40] </w:t>
      </w:r>
      <w:r>
        <w:t>australia dekhiye, taleem ki saltanat banai hui hai. taleem ki saltanat, yani is ne kya kiya?</w:t>
      </w:r>
    </w:p>
    <w:p>
      <w:pPr>
        <w:jc w:val="right"/>
      </w:pPr>
      <w:r>
        <w:t>آسٹریلیا دیکھیے، تعلیم کی سلطنت بنائی ہوئی ہے۔ تعلیم کی سلطنت، یعنی اس نے کیا کیا؟</w:t>
      </w:r>
    </w:p>
    <w:p>
      <w:r>
        <w:rPr>
          <w:b/>
        </w:rPr>
        <w:t xml:space="preserve">[16:50] </w:t>
      </w:r>
      <w:r>
        <w:t>australia mein behtareen taleem ka intezam kiya unhon ne. behtareen taleem. ab sari duniya ke log jate hain wahan, bhejte hain apne bachon ko parhne ke liye, aur bari bari fees ada karte hain, bohat bhari fees ada karte hain.</w:t>
      </w:r>
    </w:p>
    <w:p>
      <w:pPr>
        <w:jc w:val="right"/>
      </w:pPr>
      <w:r>
        <w:t>آسٹریلیا میں بہترین تعلیم کا انتظام کیا انہوں نے۔ بہترین تعلیم۔ اب ساری دنیا کے لوگ جاتے ہیں وہاں، بھیجتے ہیں اپنے بچوں کو پڑھنے کے لیے، اور بڑی بڑی فیس ادا کرتے ہیں، بہت بھاری فیس ادا کرتے ہیں۔</w:t>
      </w:r>
    </w:p>
    <w:p>
      <w:r>
        <w:rPr>
          <w:b/>
        </w:rPr>
        <w:t xml:space="preserve">[17:06] </w:t>
      </w:r>
      <w:r>
        <w:t>outsourcing ka jo tasawwur hai, outsourcing ka tasawwur kya hai? ab planning jo hai, wo mutabadal ban gaya jang ka.</w:t>
      </w:r>
    </w:p>
    <w:p>
      <w:pPr>
        <w:jc w:val="right"/>
      </w:pPr>
      <w:r>
        <w:t>آؤٹ سورسنگ کا جو تصور ہے، آؤٹ سورسنگ کا تصور کیا ہے؟ اب پلاننگ جو ہے، وہ متبادل بن گیا جنگ کا۔</w:t>
      </w:r>
    </w:p>
    <w:p>
      <w:r>
        <w:rPr>
          <w:b/>
        </w:rPr>
        <w:t xml:space="preserve">[17:17] </w:t>
      </w:r>
      <w:r>
        <w:t>aap ko jane ki zaroorat nahi, kahin hamla karne ki zaroorat nahi, kisi ke upar qabza karne ki zaroorat nahi. aap kahin bhi rahiye, outsourcing ke zariye aap doosre ke wasail ko istemal kar sakte hain.</w:t>
      </w:r>
    </w:p>
    <w:p>
      <w:pPr>
        <w:jc w:val="right"/>
      </w:pPr>
      <w:r>
        <w:t>آپ کو جانے کی ضرورت نہیں، کہیں حملہ کرنے کی ضرورت نہیں، کسی کے اوپر قبضہ کرنے کی ضرورت نہیں۔ آپ کہیں بھی رہیے، آؤٹ سورسنگ کے ذریعے آپ دوسرے کے وسائل کو استعمال کر سکتے ہیں۔</w:t>
      </w:r>
    </w:p>
    <w:p>
      <w:r>
        <w:rPr>
          <w:b/>
        </w:rPr>
        <w:t xml:space="preserve">[17:33] </w:t>
      </w:r>
      <w:r>
        <w:t>yeh sab daur ka farq hai. to "we are living in the door mutabadal".</w:t>
      </w:r>
    </w:p>
    <w:p>
      <w:pPr>
        <w:jc w:val="right"/>
      </w:pPr>
      <w:r>
        <w:t>یہ سب دور کا فرق ہے۔ تو "وی آر لیونگ ان دا دور متبادل"۔</w:t>
      </w:r>
    </w:p>
    <w:p>
      <w:r>
        <w:rPr>
          <w:b/>
        </w:rPr>
        <w:t xml:space="preserve">[17:44] </w:t>
      </w:r>
      <w:r>
        <w:t>yani "you are living in the door mutabadal". to humein is ko janna hai, humein khud apne mission mein, apni dawat mein is</w:t>
      </w:r>
    </w:p>
    <w:p>
      <w:pPr>
        <w:jc w:val="right"/>
      </w:pPr>
      <w:r>
        <w:t>یعنی "یو آر لیونگ ان دا دور متبادل"۔ تو ہمیں اس کو جاننا ہے، ہمیں خود اپنے مشن میں، اپنی دعوت میں اس</w:t>
      </w:r>
    </w:p>
    <w:p>
      <w:r>
        <w:rPr>
          <w:b/>
        </w:rPr>
        <w:t xml:space="preserve">[18:02] </w:t>
      </w:r>
      <w:r>
        <w:t>is haqeeqat ko istemal karna hai ke hum ek jagah reh kar ke sari duniya mein planning karein dawat ki. aur duniya aur musalmanon ko batana hai ke musalman abhi bhi be abhi bhi unaware hain is haqeeqat se.</w:t>
      </w:r>
    </w:p>
    <w:p>
      <w:pPr>
        <w:jc w:val="right"/>
      </w:pPr>
      <w:r>
        <w:t>اس حقیقت کو استعمال کرنا ہے کہ ہم ایک جگہ رہ کر کے ساری دنیا میں پلاننگ کریں دعوت کی۔ اور دنیا اور مسلمانوں کو بتانا ہے کہ مسلمان ابھی بھی بے ابھی بھی آن ایور ہیں اس حقیقت سے۔</w:t>
      </w:r>
    </w:p>
    <w:p>
      <w:r>
        <w:rPr>
          <w:b/>
        </w:rPr>
        <w:t xml:space="preserve">[18:20] </w:t>
      </w:r>
      <w:r>
        <w:t>yani kaisi ajeeb baat hai ke ALLAH taala ne insaan ki sahulat ke liye pure daur ko badal diya.</w:t>
      </w:r>
    </w:p>
    <w:p>
      <w:pPr>
        <w:jc w:val="right"/>
      </w:pPr>
      <w:r>
        <w:t>یعنی کیسی عجیب بات ہے کہ اللہ تعالیٰ نے انسان کی سہولت کے لیے پورے دور کو بدل دیا۔</w:t>
      </w:r>
    </w:p>
    <w:p>
      <w:r>
        <w:rPr>
          <w:b/>
        </w:rPr>
        <w:t xml:space="preserve">[18:30] </w:t>
      </w:r>
      <w:r>
        <w:t>kaisi ajeeb baat hai.</w:t>
      </w:r>
    </w:p>
    <w:p>
      <w:pPr>
        <w:jc w:val="right"/>
      </w:pPr>
      <w:r>
        <w:t>کیسی عجیب بات ہے۔</w:t>
      </w:r>
    </w:p>
    <w:p>
      <w:r>
        <w:rPr>
          <w:b/>
        </w:rPr>
        <w:t xml:space="preserve">[18:33] </w:t>
      </w:r>
      <w:r>
        <w:t>aik aisa daur dunya mein laya hai Allah taala ne ke ab dunya mein zaroorat nahi hai aap ko nafrat karne ki, ihtijaj karne ki, kisi ko dushman banane ki zaroorat nahi hai.</w:t>
      </w:r>
    </w:p>
    <w:p>
      <w:pPr>
        <w:jc w:val="right"/>
      </w:pPr>
      <w:r>
        <w:t>ایک ایسا دور دنیا میں لایا ہے اللہ تعالیٰ نے کہ اب دنیا میں ضرورت نہیں ہے آپ کو نفرت کرنے کی، احتجاج کرنے کی، کسی کو دشمن بنانے کی ضرورت نہیں ہے۔</w:t>
      </w:r>
    </w:p>
    <w:p>
      <w:r>
        <w:rPr>
          <w:b/>
        </w:rPr>
        <w:t xml:space="preserve">[18:46] </w:t>
      </w:r>
      <w:r>
        <w:t>lrai karne ki zaroorat nahi hai. Aman ki planning ke zareeye aap jo chahein hasil kijiye. Aman ki planning ke zareeye aap taleem ki saltanat banaiye.</w:t>
      </w:r>
    </w:p>
    <w:p>
      <w:pPr>
        <w:jc w:val="right"/>
      </w:pPr>
      <w:r>
        <w:t>لڑائی کرنے کی ضرورت نہیں ہے۔ امن کی پلاننگ کے ذریعے آپ جو چاہیں حاصل کیجیے۔ امن کی پلاننگ کے ذریعے آپ تعلیم کی سلطنت بنائیے۔</w:t>
      </w:r>
    </w:p>
    <w:p>
      <w:r>
        <w:rPr>
          <w:b/>
        </w:rPr>
        <w:t xml:space="preserve">[18:58] </w:t>
      </w:r>
      <w:r>
        <w:t>aman</w:t>
      </w:r>
    </w:p>
    <w:p>
      <w:pPr>
        <w:jc w:val="right"/>
      </w:pPr>
      <w:r>
        <w:t>امن</w:t>
      </w:r>
    </w:p>
    <w:p>
      <w:r>
        <w:rPr>
          <w:b/>
        </w:rPr>
        <w:t xml:space="preserve">[19:01] </w:t>
      </w:r>
      <w:r>
        <w:t>ki planning ke zareeye aap taleem ki saltanat banaiye. Aman ki planning ke zareeye aap dawah saltanat banaiye. Aman ki planning ke zareeye aap sanati saltanat banaiye.</w:t>
      </w:r>
    </w:p>
    <w:p>
      <w:pPr>
        <w:jc w:val="right"/>
      </w:pPr>
      <w:r>
        <w:t>کی پلاننگ کے ذریعے آپ تعلیم کی سلطنت بنائیے۔ امن کی پلاننگ کے ذریعے آپ دعویٰ سلطنت بنائیے۔ امن کی پلاننگ کے ذریعے آپ صنعتی سلطنت بنائیے۔</w:t>
      </w:r>
    </w:p>
    <w:p>
      <w:r>
        <w:rPr>
          <w:b/>
        </w:rPr>
        <w:t xml:space="preserve">[19:15] </w:t>
      </w:r>
      <w:r>
        <w:t>jo chahein kijiye, aman ki planning. Aur doosri qaumein pehle hi kar rahi hain. Doosri qaumein pehle hi kar rahi hain. Is mein istisna hai to musalmanon ka hai.</w:t>
      </w:r>
    </w:p>
    <w:p>
      <w:pPr>
        <w:jc w:val="right"/>
      </w:pPr>
      <w:r>
        <w:t>جو چاہیں کیجیے، امن کی پلاننگ۔ اور دوسری قومیں پہلے ہی کر رہی ہیں۔ دوسری قومیں پہلے ہی کر رہی ہیں۔ اس میں استثنا ہے تو مسلمانوں کا ہے۔</w:t>
      </w:r>
    </w:p>
    <w:p>
      <w:r>
        <w:rPr>
          <w:b/>
        </w:rPr>
        <w:t xml:space="preserve">[19:28] </w:t>
      </w:r>
      <w:r>
        <w:t>Aur musalmanon ka istisna kyun hai? Hamare leader is zamane mein bohat hi zyada, yani</w:t>
      </w:r>
    </w:p>
    <w:p>
      <w:pPr>
        <w:jc w:val="right"/>
      </w:pPr>
      <w:r>
        <w:t>اور مسلمانوں کا استثنا کیوں ہے؟ ہمارے لیڈر اس زمانے میں بہت ہی زیادہ، یعنی</w:t>
      </w:r>
    </w:p>
    <w:p>
      <w:r>
        <w:rPr>
          <w:b/>
        </w:rPr>
        <w:t xml:space="preserve">[19:39] </w:t>
      </w:r>
      <w:r>
        <w:t>n-a-a-h-i-l sabit hue. Ab mein is is jo is tarah se mein ne mujhe samjha, mein ne jo meri daryaft hui, to ab mein aik aur hadith ko samjha.</w:t>
      </w:r>
    </w:p>
    <w:p>
      <w:pPr>
        <w:jc w:val="right"/>
      </w:pPr>
      <w:r>
        <w:t>نااہل ثابت ہوئے۔ اب میں اس اس جو اس طرح سے میں نے مجھے سمجھا، میں نے جو میری دریافت ہوئی، تو اب میں ایک اور حدیث کو سمجھا۔</w:t>
      </w:r>
    </w:p>
    <w:p>
      <w:r>
        <w:rPr>
          <w:b/>
        </w:rPr>
        <w:t xml:space="preserve">[19:51] </w:t>
      </w:r>
      <w:r>
        <w:t>aik hadith hai ke aik zamana aaye ga jab ke ulama aasman ke neeche sab se buri makhlooq honge.</w:t>
      </w:r>
    </w:p>
    <w:p>
      <w:pPr>
        <w:jc w:val="right"/>
      </w:pPr>
      <w:r>
        <w:t>ایک حدیث ہے کہ ایک زمانہ آئے گا جب کہ علماء آسمان کے نیچے سب سے بری مخلوق ہوں گے۔</w:t>
      </w:r>
    </w:p>
    <w:p>
      <w:r>
        <w:rPr>
          <w:b/>
        </w:rPr>
        <w:t xml:space="preserve">[20:04] </w:t>
      </w:r>
      <w:r>
        <w:t>aik zamana aaye ga jab ke ulama, musalman ulama, aasman ke neeche sab se buri makhlooq honge. Dekhiye, yeh sakht lafz hai.</w:t>
      </w:r>
    </w:p>
    <w:p>
      <w:pPr>
        <w:jc w:val="right"/>
      </w:pPr>
      <w:r>
        <w:t>ایک زمانہ آئے گا جب کہ علماء، مسلم علماء، آسمان کے نیچے سب سے بری مخلوق ہوں گے۔ دیکھیے، یہ سخت لفظ ہے۔</w:t>
      </w:r>
    </w:p>
    <w:p>
      <w:r>
        <w:rPr>
          <w:b/>
        </w:rPr>
        <w:t xml:space="preserve">[20:14] </w:t>
      </w:r>
      <w:r>
        <w:t>ulama se murad leader hai. Musalman leader hai. Aur buri makhlooq ke mani hain ke feal. Yeh akhlaqi bayan nahi hai.</w:t>
      </w:r>
    </w:p>
    <w:p>
      <w:pPr>
        <w:jc w:val="right"/>
      </w:pPr>
      <w:r>
        <w:t>علماء سے مراد لیڈر ہے۔ مسلمان لیڈر ہے۔ اور بری مخلوق کے معنی ہیں کہ فعل۔ یہ اخلاقی بیان نہیں ہے۔</w:t>
      </w:r>
    </w:p>
    <w:p>
      <w:r>
        <w:rPr>
          <w:b/>
        </w:rPr>
        <w:t xml:space="preserve">[20:27] </w:t>
      </w:r>
      <w:r>
        <w:t>aik zamana aaye ga jab ke musalman leader is zamane ke sab se zyada nakaam leader honge.</w:t>
      </w:r>
    </w:p>
    <w:p>
      <w:pPr>
        <w:jc w:val="right"/>
      </w:pPr>
      <w:r>
        <w:t>ایک زمانہ آئے گا جب کہ مسلمان لیڈر اس زمانے کے سب سے زیادہ ناکام لیڈر ہوں گے۔</w:t>
      </w:r>
    </w:p>
    <w:p>
      <w:r>
        <w:rPr>
          <w:b/>
        </w:rPr>
        <w:t xml:space="preserve">[20:36] </w:t>
      </w:r>
      <w:r>
        <w:t>sab se zyada nakaam leader honge. Yeh matlab hai is ka. Bure ke mani hain, bure ko aap akhlaqi se mat lijiye. Yani ke is lehaz se mat lijiye ke woh nawaan dawan chhod denge.</w:t>
      </w:r>
    </w:p>
    <w:p>
      <w:pPr>
        <w:jc w:val="right"/>
      </w:pPr>
      <w:r>
        <w:t>سب سے زیادہ ناکام لیڈر ہوں گے۔ یہ مطلب ہے اس کا۔ برے کے معنی ہیں، برے کو آپ اخلاقی سے مت لیجیے۔ یعنی کہ اس لحاظ سے مت لیجیے کہ وہ نواں دواں چھوڑ دیں گے۔</w:t>
      </w:r>
    </w:p>
    <w:p>
      <w:r>
        <w:rPr>
          <w:b/>
        </w:rPr>
        <w:t xml:space="preserve">[20:47] </w:t>
      </w:r>
      <w:r>
        <w:t>Yeh is mani mein nahi hai. Aur ulama ke mani hain leader. Aik zamana aaye ga jab ke musalman ke ulama apne zamane ke sab se zyada nakaam leader honge.</w:t>
      </w:r>
    </w:p>
    <w:p>
      <w:pPr>
        <w:jc w:val="right"/>
      </w:pPr>
      <w:r>
        <w:t>یہ اس معنی میں نہیں ہے۔ اور علماء کے معنی ہیں لیڈر۔ ایک زمانہ آئے گا جب کہ مسلمان کے علماء اپنے زمانے کے سب سے زیادہ ناکام لیڈر ہوں گے۔</w:t>
      </w:r>
    </w:p>
    <w:p>
      <w:r>
        <w:rPr>
          <w:b/>
        </w:rPr>
        <w:t xml:space="preserve">[21:02] </w:t>
      </w:r>
      <w:r>
        <w:t>rehanuma honge. Yeh matlab hai is ka. Yahi to hai ke daur mubaddal ka rooh ko nahi pehchanenge.</w:t>
      </w:r>
    </w:p>
    <w:p>
      <w:pPr>
        <w:jc w:val="right"/>
      </w:pPr>
      <w:r>
        <w:t>رہنما ہوں گے۔ یہ مطلب ہے اس کا۔ یہی تو ہے کہ دور متبادل کا روح کو نہیں پہچانیں گے۔</w:t>
      </w:r>
    </w:p>
    <w:p>
      <w:r>
        <w:rPr>
          <w:b/>
        </w:rPr>
        <w:t xml:space="preserve">[21:13] </w:t>
      </w:r>
      <w:r>
        <w:t>zamana aa chuka hoga ke aman ki taqat aaj aman ki taqat hai. Aman ki taqat, is se is se bekhabar honge aur khwamkhwah ladenge.</w:t>
      </w:r>
    </w:p>
    <w:p>
      <w:pPr>
        <w:jc w:val="right"/>
      </w:pPr>
      <w:r>
        <w:t>زمانہ آ چکا ہوگا کہ امن کی طاقت آج امن کی طاقت ہے۔ امن کی طاقت، اس سے اس سے بے خبر ہوں گے اور خوامخواہ لڑیں گے۔</w:t>
      </w:r>
    </w:p>
    <w:p>
      <w:r>
        <w:rPr>
          <w:b/>
        </w:rPr>
        <w:t xml:space="preserve">[21:23] </w:t>
      </w:r>
      <w:r>
        <w:t>khwamkhwah bomb marenge, khwamkhwah gun chalayenge. To yeh yeh jo hadith hai, yeh dalal nubuwat mein se hai.</w:t>
      </w:r>
    </w:p>
    <w:p>
      <w:pPr>
        <w:jc w:val="right"/>
      </w:pPr>
      <w:r>
        <w:t>خوامخواہ بم ماریں گے، خوامخواہ گن چلائیں گے۔ تو یہ یہ جو حدیث ہے، یہ دلال نبوت میں سے ہے۔</w:t>
      </w:r>
    </w:p>
    <w:p>
      <w:r>
        <w:rPr>
          <w:b/>
        </w:rPr>
        <w:t xml:space="preserve">[21:34] </w:t>
      </w:r>
      <w:r>
        <w:t>dalal nubuwat ka matlab hai ke is baat ka saboot hai ke Rasool Allah Allah ke Rasool the. Muhammad bin Abdullah Allah ke Rasool the.</w:t>
      </w:r>
    </w:p>
    <w:p>
      <w:pPr>
        <w:jc w:val="right"/>
      </w:pPr>
      <w:r>
        <w:t>دلال نبوت کا مطلب ہے کہ اس بات کا ثبوت ہے کہ رسول اللہ اللہ کے رسول تھے۔ محمد بن عبداللہ اللہ کے رسول تھے۔</w:t>
      </w:r>
    </w:p>
    <w:p>
      <w:r>
        <w:rPr>
          <w:b/>
        </w:rPr>
        <w:t xml:space="preserve">[21:44] </w:t>
      </w:r>
      <w:r>
        <w:t>kaun janta tha? Kaun jaan sakta tha is baat ko</w:t>
      </w:r>
    </w:p>
    <w:p>
      <w:pPr>
        <w:jc w:val="right"/>
      </w:pPr>
      <w:r>
        <w:t>کون جانتا تھا؟ کون جان سکتا تھا اس بات کو</w:t>
      </w:r>
    </w:p>
    <w:p>
      <w:r>
        <w:rPr>
          <w:b/>
        </w:rPr>
        <w:t xml:space="preserve">[21:51] </w:t>
      </w:r>
      <w:r>
        <w:t>ke deyr hazar saal baad aik zamana aaye ga jab ke musalmanon ki jo qiyadat hogi, woh is zamane se bekhabar hogi.</w:t>
      </w:r>
    </w:p>
    <w:p>
      <w:pPr>
        <w:jc w:val="right"/>
      </w:pPr>
      <w:r>
        <w:t>کہ ڈیڑھ ہزار سال بعد ایک زمانہ آئے گا جب کہ مسلمانوں کی جو قیادت ہوگی، وہ اس زمانے سے بے خبر ہوگی۔</w:t>
      </w:r>
    </w:p>
    <w:p>
      <w:r>
        <w:rPr>
          <w:b/>
        </w:rPr>
        <w:t xml:space="preserve">[22:01] </w:t>
      </w:r>
      <w:r>
        <w:t>aik zamana jo aa chuka hoga, us se bekhabar hogi.</w:t>
      </w:r>
    </w:p>
    <w:p>
      <w:pPr>
        <w:jc w:val="right"/>
      </w:pPr>
      <w:r>
        <w:t>ایک زمانہ جو آ چکا ہوگا، اس سے بے خبر ہوگی۔</w:t>
      </w:r>
    </w:p>
    <w:p>
      <w:r>
        <w:rPr>
          <w:b/>
        </w:rPr>
        <w:t xml:space="preserve">[22:07] </w:t>
      </w:r>
      <w:r>
        <w:t>aik zamana jo aa chuka hoga, aankhon ke samne hoga, doosri qaumein is ka amal kar rahi hongi, phir woh bekhabar hongi. Yeh kaun jaan sakta tha siwa peghambar ke?</w:t>
      </w:r>
    </w:p>
    <w:p>
      <w:pPr>
        <w:jc w:val="right"/>
      </w:pPr>
      <w:r>
        <w:t>ایک زمانہ جو آ چکا ہوگا، آنکھوں کے سامنے ہوگا، دوسری قومیں اس کا عمل کر رہی ہوں گی، پھر وہ بے خبر ہوں گی۔ یہ کون جان سکتا تھا سوا پیغمبر کے؟</w:t>
      </w:r>
    </w:p>
    <w:p>
      <w:r>
        <w:rPr>
          <w:b/>
        </w:rPr>
        <w:t xml:space="preserve">[22:19] </w:t>
      </w:r>
      <w:r>
        <w:t>is ko sochiye, is ko to aap ko yaqeen barhega Quran ki peghambar ki sadaqat par, Quran ki sadaqat par aur khud Allah taala ki sadaqat par.</w:t>
      </w:r>
    </w:p>
    <w:p>
      <w:pPr>
        <w:jc w:val="right"/>
      </w:pPr>
      <w:r>
        <w:t>اس کو سوچیے، اس کو تو آپ کو یقین بڑھے گا قرآن کی پیغمبر کی صداقت پر، قرآن کی صداقت پر اور خود اللہ تعالیٰ کی صداقت پر۔</w:t>
      </w:r>
    </w:p>
    <w:p>
      <w:r>
        <w:rPr>
          <w:b/>
        </w:rPr>
        <w:t xml:space="preserve">[22:30] </w:t>
      </w:r>
      <w:r>
        <w:t>kyun ke Allah hi ne bataya hai peghambar ko. Yani mustaqbil ki yeh haqeeqat kis ne bataya? Rasool Allah ko. Allah ne bataya.</w:t>
      </w:r>
    </w:p>
    <w:p>
      <w:pPr>
        <w:jc w:val="right"/>
      </w:pPr>
      <w:r>
        <w:t>کیونکہ اللہ ہی نے بتایا ہے پیغمبر کو۔ یعنی مستقبل کی یہ حقیقت کس نے بتایا؟ رسول اللہ کو۔ اللہ نے بتایا۔</w:t>
      </w:r>
    </w:p>
    <w:p>
      <w:r>
        <w:rPr>
          <w:b/>
        </w:rPr>
        <w:t xml:space="preserve">[22:40] </w:t>
      </w:r>
      <w:r>
        <w:t>jo aalim ul ghaib hai. To aap ka yaqeen barhega, yani Allah ki sadaqat par, nabi ki sadaqat par aur Quran ki sadaqat par.</w:t>
      </w:r>
    </w:p>
    <w:p>
      <w:pPr>
        <w:jc w:val="right"/>
      </w:pPr>
      <w:r>
        <w:t>جو عالم الغیب ہے۔ تو آپ کا یقین بڑھے گا، یعنی اللہ کی صداقت پر، نبی کی صداقت پر اور قرآن کی صداقت پر۔</w:t>
      </w:r>
    </w:p>
    <w:p>
      <w:r>
        <w:rPr>
          <w:b/>
        </w:rPr>
        <w:t xml:space="preserve">[22:56] </w:t>
      </w:r>
      <w:r>
        <w:t>mein hairaan ho jata hoon ke deyr hazar saal pehle kaun soch sakta tha kaisa zamana aaye ga jab ke ummat ke jo rehnuma hain, yaad rakhiye, ulama ke mani sand yafta ulama nahi hain,</w:t>
      </w:r>
    </w:p>
    <w:p>
      <w:pPr>
        <w:jc w:val="right"/>
      </w:pPr>
      <w:r>
        <w:t>میں حیران ہو جاتا ہوں کہ ڈیڑھ ہزار سال پہلے کون سوچ سکتا تھا کیسا زمانہ آئے گا جبکہ امت کے جو رہنما ہیں، یاد رکھیے، علماء کے معنی سند یافتہ علماء نہیں ہیں،</w:t>
      </w:r>
    </w:p>
    <w:p>
      <w:r>
        <w:rPr>
          <w:b/>
        </w:rPr>
        <w:t xml:space="preserve">[23:13] </w:t>
      </w:r>
      <w:r>
        <w:t>madrason ke sand yafta log. yeh yahan jo hai ke ulma is zamane ke aasman ke neeche sab se bure makhlooq ho gaye.</w:t>
      </w:r>
    </w:p>
    <w:p>
      <w:pPr>
        <w:jc w:val="right"/>
      </w:pPr>
      <w:r>
        <w:t>مدرسوں کے سند یافتہ لوگ۔ یہ یہاں جو ہے کہ علماء اس زمانے کے آسمان کے نیچے سب سے بری مخلوق ہو گئے۔</w:t>
      </w:r>
    </w:p>
    <w:p>
      <w:r>
        <w:rPr>
          <w:b/>
        </w:rPr>
        <w:t xml:space="preserve">[23:24] </w:t>
      </w:r>
      <w:r>
        <w:t>yahan madrason ke sand yafta log nahi hain. nahi, ummat mein jin ko rehnumai ka moqa mil jaye ga, ummat mein jin logon ko qiyadat mil jaye gi, woh murad hain yahan par.</w:t>
      </w:r>
    </w:p>
    <w:p>
      <w:pPr>
        <w:jc w:val="right"/>
      </w:pPr>
      <w:r>
        <w:t>یہاں مدرسوں کے سند یافتہ لوگ نہیں ہیں۔ نہیں، امت میں جن کو رہنمائی کا موقع مل جائے گا، امت میں جن لوگوں کو قیادت مل جائے گی، وہ مراد ہیں یہاں پر۔</w:t>
      </w:r>
    </w:p>
    <w:p>
      <w:r>
        <w:rPr>
          <w:b/>
        </w:rPr>
        <w:t xml:space="preserve">[23:39] </w:t>
      </w:r>
      <w:r>
        <w:t>to yeh kaha gaya hai ke ek zamana aisa aye ga jabke ummat ke jo rehnama hon ge, woh sab se ziyada nakaam rehnumai de rahe hon ge qom ko.</w:t>
      </w:r>
    </w:p>
    <w:p>
      <w:pPr>
        <w:jc w:val="right"/>
      </w:pPr>
      <w:r>
        <w:t>تو یہ کہا گیا ہے کہ ایک زمانہ ایسا آئے گا جبکہ امت کے جو رہنما ہوں گے، وہ سب سے زیادہ ناکام رہنمائی دے رہے ہوں گے قوم کو۔</w:t>
      </w:r>
    </w:p>
    <w:p>
      <w:r>
        <w:rPr>
          <w:b/>
        </w:rPr>
        <w:t xml:space="preserve">[23:51] </w:t>
      </w:r>
      <w:r>
        <w:t>kesi ajeeb baat hai ke ek zamana khul kar aa chuka samne, khul kar aa chuka ke peace hi mein value hai, jang mein koi value nahi hai.</w:t>
      </w:r>
    </w:p>
    <w:p>
      <w:pPr>
        <w:jc w:val="right"/>
      </w:pPr>
      <w:r>
        <w:t>کیسی عجیب بات ہے کہ ایک زمانہ کھل کر آ چکا سامنے، کھل کر آ چکا کہ پیس ہی میں ویلیو ہے، جنگ میں کوئی ویلیو نہیں ہے۔</w:t>
      </w:r>
    </w:p>
    <w:p>
      <w:r>
        <w:rPr>
          <w:b/>
        </w:rPr>
        <w:t xml:space="preserve">[24:05] </w:t>
      </w:r>
      <w:r>
        <w:t>yani pehli jang hui, koi jeeta na hara. doosri jang hui, is mein bhi koi jeeta na hara. sab barbadi, barbadi, barbadi.</w:t>
      </w:r>
    </w:p>
    <w:p>
      <w:pPr>
        <w:jc w:val="right"/>
      </w:pPr>
      <w:r>
        <w:t>یعنی پہلی جنگ ہوئی، کوئی جیتا نہ ہارا۔ دوسری جنگ ہوئی، اس میں بھی کوئی جیتا نہ ہارا۔ سب بربادی، بربادی، بربادی۔</w:t>
      </w:r>
    </w:p>
    <w:p>
      <w:r>
        <w:rPr>
          <w:b/>
        </w:rPr>
        <w:t xml:space="preserve">[24:17] </w:t>
      </w:r>
      <w:r>
        <w:t>yani hitler ne jo doosri jang ka hero tha, us ne aakhir mein kaha tha ke ab agar teesri jang hoti hai to is mein koi jeetne wala nahi hoga.</w:t>
      </w:r>
    </w:p>
    <w:p>
      <w:pPr>
        <w:jc w:val="right"/>
      </w:pPr>
      <w:r>
        <w:t>یعنی ہٹلر نے جو دوسری جنگ کا ہیرو تھا، اس نے آخر میں کہا تھا کہ اب اگر تیسری جنگ ہوتی ہے تو اس میں کوئی جیتنے والا نہیں ہوگا۔</w:t>
      </w:r>
    </w:p>
    <w:p>
      <w:r>
        <w:rPr>
          <w:b/>
        </w:rPr>
        <w:t xml:space="preserve">[24:31] </w:t>
      </w:r>
      <w:r>
        <w:t>no victor, only survivor. ab koi jeetne wala nahi hoga, sirf kuch log tabahi se bach jayen ge. bas.</w:t>
      </w:r>
    </w:p>
    <w:p>
      <w:pPr>
        <w:jc w:val="right"/>
      </w:pPr>
      <w:r>
        <w:t>نو وکٹر، اونلی سروائیور۔ اب کوئی جیتنے والا نہیں ہوگا، صرف کچھ لوگ تباہی سے بچ جائیں گے۔ بس۔</w:t>
      </w:r>
    </w:p>
    <w:p>
      <w:r>
        <w:rPr>
          <w:b/>
        </w:rPr>
        <w:t xml:space="preserve">[24:45] </w:t>
      </w:r>
      <w:r>
        <w:t>to yeh aisi haqeeqat hai jo sari dunya jaan chuki hai, siwa hamare rehnamaon ke. main samajhta hoon ke chotiyan bhi jaan chuki hain.</w:t>
      </w:r>
    </w:p>
    <w:p>
      <w:pPr>
        <w:jc w:val="right"/>
      </w:pPr>
      <w:r>
        <w:t>تو یہ ایسی حقیقت ہے جو ساری دنیا جان چکی ہے، سوا ہمارے رہنماؤں کے۔ میں سمجھتا ہوں کہ چوٹیاں بھی جان چکی ہیں۔</w:t>
      </w:r>
    </w:p>
    <w:p>
      <w:r>
        <w:rPr>
          <w:b/>
        </w:rPr>
        <w:t xml:space="preserve">[24:55] </w:t>
      </w:r>
      <w:r>
        <w:t>is zamane ki chotiyan bhi janti hain is haqeeqat ko.</w:t>
      </w:r>
    </w:p>
    <w:p>
      <w:pPr>
        <w:jc w:val="right"/>
      </w:pPr>
      <w:r>
        <w:t>اس زمانے کی چوٹیاں بھی جانتی ہیں اس حقیقت کو۔</w:t>
      </w:r>
    </w:p>
    <w:p>
      <w:r>
        <w:rPr>
          <w:b/>
        </w:rPr>
        <w:t xml:space="preserve">[25:01] </w:t>
      </w:r>
      <w:r>
        <w:t>lekin hamare jo rehnama hain, is ki waja kya hai? is ki waja yeh hai ke hamare rehnamaon ka jo deen hai, yeh sab woh pride par qaim hai.</w:t>
      </w:r>
    </w:p>
    <w:p>
      <w:pPr>
        <w:jc w:val="right"/>
      </w:pPr>
      <w:r>
        <w:t>لیکن ہمارے جو رہنما ہیں، اس کی وجہ کیا ہے؟ اس کی وجہ یہ ہے کہ ہمارے رہنماؤں کا جو دین ہے، یہ سب وہ پرائیڈ پر قائم ہے۔</w:t>
      </w:r>
    </w:p>
    <w:p>
      <w:r>
        <w:rPr>
          <w:b/>
        </w:rPr>
        <w:t xml:space="preserve">[25:13] </w:t>
      </w:r>
      <w:r>
        <w:t>pride. yani yahudiyon mein baad ke zamane mein ek aaya tha daur jis ko kehte hain yahudi supremacism.</w:t>
      </w:r>
    </w:p>
    <w:p>
      <w:pPr>
        <w:jc w:val="right"/>
      </w:pPr>
      <w:r>
        <w:t>پرائیڈ۔ یعنی یہودیوں میں بعد کے زمانے میں ایک آیا تھا دور جس کو کہتے ہیں یہودی سپریمیسیزم۔</w:t>
      </w:r>
    </w:p>
    <w:p>
      <w:r>
        <w:rPr>
          <w:b/>
        </w:rPr>
        <w:t xml:space="preserve">[25:23] </w:t>
      </w:r>
      <w:r>
        <w:t>yahudi supremacism, yani yahudi fakhr. aaj ka zamana jo hai, woh muslim supremacism ka zamana hai. muslim supremacism, yani muslim fakhr.</w:t>
      </w:r>
    </w:p>
    <w:p>
      <w:pPr>
        <w:jc w:val="right"/>
      </w:pPr>
      <w:r>
        <w:t>یہودی سپریمیسیزم، یعنی یہودی فخر۔ آج کا زمانہ جو ہے، وہ مسلم سپریمیسیزم کا زمانہ ہے۔ مسلم سپریمیسیزم، یعنی مسلم فخر۔</w:t>
      </w:r>
    </w:p>
    <w:p>
      <w:r>
        <w:rPr>
          <w:b/>
        </w:rPr>
        <w:t xml:space="preserve">[25:37] </w:t>
      </w:r>
      <w:r>
        <w:t>yeh zamana muslim fakhr ka zamana hai. muslim supremacism. to yaad rakhiye, jahan fakhr hoga, wahan andha pan hoga.</w:t>
      </w:r>
    </w:p>
    <w:p>
      <w:pPr>
        <w:jc w:val="right"/>
      </w:pPr>
      <w:r>
        <w:t>یہ زمانہ مسلم فخر کا زمانہ ہے۔ مسلم سپریمیسیزم۔ تو یاد رکھیے، جہاں فخر ہوگا، وہاں اندھا پن ہوگا۔</w:t>
      </w:r>
    </w:p>
    <w:p>
      <w:r>
        <w:rPr>
          <w:b/>
        </w:rPr>
        <w:t xml:space="preserve">[25:51] </w:t>
      </w:r>
      <w:r>
        <w:t>jahan fakhr hoga, wahan aap ko kuch samajh mein baat nahi aye gi.</w:t>
      </w:r>
    </w:p>
    <w:p>
      <w:pPr>
        <w:jc w:val="right"/>
      </w:pPr>
      <w:r>
        <w:t>جہاں فخر ہوگا، وہاں آپ کو کچھ سمجھ میں بات نہیں آئے گی۔</w:t>
      </w:r>
    </w:p>
    <w:p>
      <w:r>
        <w:rPr>
          <w:b/>
        </w:rPr>
        <w:t xml:space="preserve">[25:57] </w:t>
      </w:r>
      <w:r>
        <w:t>jahan fakhr hoga, aap ko aap ko zamane ki haqeeqat se be khabar ho jayen ge aap. bas apne fakhr mein jiyen ge.</w:t>
      </w:r>
    </w:p>
    <w:p>
      <w:pPr>
        <w:jc w:val="right"/>
      </w:pPr>
      <w:r>
        <w:t>جہاں فخر ہوگا، آپ کو آپ کو زمانے کی حقیقت سے بے خبر ہو جائیں گے آپ۔ بس اپنے فخر میں جئیں گے۔</w:t>
      </w:r>
    </w:p>
    <w:p>
      <w:r>
        <w:rPr>
          <w:b/>
        </w:rPr>
        <w:t xml:space="preserve">[26:10] </w:t>
      </w:r>
      <w:r>
        <w:t>abhi mere pas ek kitab aayi, ek aalim ki kitab hai, woh is mein woh likh rahe hain ke muslim daur mein dunya mein jahan jahan un ki hukoomaten theen musalmanon ki, wahan doodh aur shehad ke nahrein abad theen.</w:t>
      </w:r>
    </w:p>
    <w:p>
      <w:pPr>
        <w:jc w:val="right"/>
      </w:pPr>
      <w:r>
        <w:t>ابھی میرے پاس ایک کتاب آئی، ایک عالم کی کتاب ہے، وہ اس میں وہ لکھ رہے ہیں کہ مسلم دور میں دنیا میں جہاں جہاں ان کی حکومتیں تھیں مسلمانوں کی، وہاں دودھ اور شہد کے نہریں آباد تھیں۔</w:t>
      </w:r>
    </w:p>
    <w:p>
      <w:r>
        <w:rPr>
          <w:b/>
        </w:rPr>
        <w:t xml:space="preserve">[26:27] </w:t>
      </w:r>
      <w:r>
        <w:t>yani musalmanon ne jahan jahan hukoomaten qaim keen, wahan doodh aur shehad ke nahrein abad theen. to main ne ek sahib, ek ghair muslim se baat ki to hansa hans ke kaha ke baat to us ki ulti thi ke khoon ke nahrein abad theen.</w:t>
      </w:r>
    </w:p>
    <w:p>
      <w:pPr>
        <w:jc w:val="right"/>
      </w:pPr>
      <w:r>
        <w:t>یعنی مسلمانوں نے جہاں جہاں حکومتیں قائم کیں، وہاں دودھ اور شہد کے نہریں آباد تھیں۔ تو میں نے ایک صاحب، ایک غیر مسلم سے بات کی تو ہنسا ہنس کے کہا کہ بات تو اس کی الٹی تھی کہ خون کے نہریں آباد تھیں۔</w:t>
      </w:r>
    </w:p>
    <w:p>
      <w:r>
        <w:rPr>
          <w:b/>
        </w:rPr>
        <w:t xml:space="preserve">[26:47] </w:t>
      </w:r>
      <w:r>
        <w:t>is zamane mein khoon ke nahrein abad theen. yeh hassan ke zamane mein khoon, ali ke zamane mein khoon, usman ke zamane mein khoon, ummaya ke zamane mein khoon, abbasi ke zamane mein khoon.</w:t>
      </w:r>
    </w:p>
    <w:p>
      <w:pPr>
        <w:jc w:val="right"/>
      </w:pPr>
      <w:r>
        <w:t>اس زمانے میں خون کے نہریں آباد تھیں۔ یہ حسان کے زمانے میں خون، علی کے زمانے میں خون، عثمان کے زمانے میں خون، امیہ کے زمانے میں خون، عباسی کے زمانے میں خون۔</w:t>
      </w:r>
    </w:p>
    <w:p>
      <w:r>
        <w:rPr>
          <w:b/>
        </w:rPr>
        <w:t xml:space="preserve">[26:59] </w:t>
      </w:r>
      <w:r>
        <w:t>khud india mein aurangzeb pachas baras tak ladta raha. to haqeeqat to yeh hai ke dunya mein khoon ki nahrein abad theen, lekin kehte kya hain ke doodh aur shehad ke nahrein.</w:t>
      </w:r>
    </w:p>
    <w:p>
      <w:pPr>
        <w:jc w:val="right"/>
      </w:pPr>
      <w:r>
        <w:t>خود انڈیا میں اورنگزیب پچاس برس تک لڑتا رہا۔ تو حقیقت تو یہ ہے کہ دنیا میں خون کی نہریں آباد تھیں، لیکن کہتے کیا ہیں کہ دودھ اور شہد کے نہریں۔</w:t>
      </w:r>
    </w:p>
    <w:p>
      <w:r>
        <w:rPr>
          <w:b/>
        </w:rPr>
        <w:t xml:space="preserve">[27:15] </w:t>
      </w:r>
      <w:r>
        <w:t>kyun? fakhr ki waja se. yeh fakhr bol raha hai, yaad rakhiye, yeh jo hai, yeh zuban fakhr ki zuban hai. zuban of pride hai yeh.</w:t>
      </w:r>
    </w:p>
    <w:p>
      <w:pPr>
        <w:jc w:val="right"/>
      </w:pPr>
      <w:r>
        <w:t>کیوں؟ فخر کی وجہ سے۔ یہ فخر بول رہا ہے، یاد رکھیے، یہ جو ہے، یہ زبان فخر کی زبان ہے۔ زبان آف پرائیڈ ہے یہ۔</w:t>
      </w:r>
    </w:p>
    <w:p>
      <w:r>
        <w:rPr>
          <w:b/>
        </w:rPr>
        <w:t xml:space="preserve">[27:27] </w:t>
      </w:r>
      <w:r>
        <w:t>yeh zuban of pride hai. zuban of pride aisi hoti hai.</w:t>
      </w:r>
    </w:p>
    <w:p>
      <w:pPr>
        <w:jc w:val="right"/>
      </w:pPr>
      <w:r>
        <w:t>یہ زبان آف پرائیڈ ہے۔ زبان آف پرائیڈ ایسی ہوتی ہے۔</w:t>
      </w:r>
    </w:p>
    <w:p>
      <w:r>
        <w:rPr>
          <w:b/>
        </w:rPr>
        <w:t xml:space="preserve">[27:35] </w:t>
      </w:r>
      <w:r>
        <w:t>to behal yeh main samajhta hoon ke aakhir waqt aa gaya hai ke hum aap aur sari muslim ummat jo hai, faisla kare ke is ko u turn lena hai.</w:t>
      </w:r>
    </w:p>
    <w:p>
      <w:pPr>
        <w:jc w:val="right"/>
      </w:pPr>
      <w:r>
        <w:t>تو بہرحال یہ میں سمجھتا ہوں کہ آخر وقت آ گیا ہے کہ ہم آپ اور ساری مسلم امت جو ہے، فیصلہ کرے کہ اس کو یو ٹرن لینا ہے۔</w:t>
      </w:r>
    </w:p>
    <w:p>
      <w:r>
        <w:rPr>
          <w:b/>
        </w:rPr>
        <w:t xml:space="preserve">[27:48] </w:t>
      </w:r>
      <w:r>
        <w:t>sari ummat musalma ko yeh faisla karna hai, baghair kisi mazeed taakhir ke ke hum ko u turn lena hai. yani from war to peace, from hate to love.</w:t>
      </w:r>
    </w:p>
    <w:p>
      <w:pPr>
        <w:jc w:val="right"/>
      </w:pPr>
      <w:r>
        <w:t>ساری امت مسلمہ کو یہ فیصلہ کرنا ہے، بغیر کسی مزید تاخیر کے کہ ہم کو یو ٹرن لینا ہے۔ یعنی فرام وار ٹو پیس، فرام ہیٹ ٹو لو۔</w:t>
      </w:r>
    </w:p>
    <w:p>
      <w:r>
        <w:rPr>
          <w:b/>
        </w:rPr>
        <w:t xml:space="preserve">[28:06] </w:t>
      </w:r>
      <w:r>
        <w:t>yeh yeh ab ab ab ek second bhi taakhir karne ka waqt nahi raha.</w:t>
      </w:r>
    </w:p>
    <w:p>
      <w:pPr>
        <w:jc w:val="right"/>
      </w:pPr>
      <w:r>
        <w:t>یہ یہ اب اب اب ایک سیکنڈ بھی تاخیر کرنے کا وقت نہیں رہا۔</w:t>
      </w:r>
    </w:p>
    <w:p>
      <w:r>
        <w:rPr>
          <w:b/>
        </w:rPr>
        <w:t xml:space="preserve">[28:14] </w:t>
      </w:r>
      <w:r>
        <w:t>ab aap ek din bhi taakhir karne ka afford nahi kar sakte. you can't afford any mazeed taakhir. aap ko u turn lena hai.</w:t>
      </w:r>
    </w:p>
    <w:p>
      <w:pPr>
        <w:jc w:val="right"/>
      </w:pPr>
      <w:r>
        <w:t>اب آپ ایک دن بھی تاخیر کرنے کا افورڈ نہیں کر سکتے۔ یو کینٹ افورڈ اینی مزید تاخیر۔ آپ کو یو ٹرن لینا ہے۔</w:t>
      </w:r>
    </w:p>
    <w:p>
      <w:r>
        <w:rPr>
          <w:b/>
        </w:rPr>
        <w:t xml:space="preserve">[28:28] </w:t>
      </w:r>
      <w:r>
        <w:t>aap ko yeh karna hai ke zamanay ko samjhein, modern dour ka hai, is ko samjhein</w:t>
      </w:r>
    </w:p>
    <w:p>
      <w:pPr>
        <w:jc w:val="right"/>
      </w:pPr>
      <w:r>
        <w:t>آپ کو یہ کرنا ہے کہ زمانے کو سمجھیں، ماڈرن دور کا ہے، اس کو سمجھیں</w:t>
      </w:r>
    </w:p>
    <w:p>
      <w:r>
        <w:rPr>
          <w:b/>
        </w:rPr>
        <w:t xml:space="preserve">[28:37] </w:t>
      </w:r>
      <w:r>
        <w:t>aur is ke mutabiq apni planning karein. apni planning jo ke abhi tak pride par based, yaani pride ki buniyad par thi,</w:t>
      </w:r>
    </w:p>
    <w:p>
      <w:pPr>
        <w:jc w:val="right"/>
      </w:pPr>
      <w:r>
        <w:t>اور اس کے مطابق اپنی پلاننگ کریں۔ اپنی پلاننگ جو کہ ابھی تک پرائیڈ پر بیسڈ، یعنی پرائیڈ کی بنیاد پر تھی،</w:t>
      </w:r>
    </w:p>
    <w:p>
      <w:r>
        <w:rPr>
          <w:b/>
        </w:rPr>
        <w:t xml:space="preserve">[28:51] </w:t>
      </w:r>
      <w:r>
        <w:t>abhi tak musalmanon ki jo jo planning thi, woh pride based thi. pride based.</w:t>
      </w:r>
    </w:p>
    <w:p>
      <w:pPr>
        <w:jc w:val="right"/>
      </w:pPr>
      <w:r>
        <w:t>ابھی تک مسلمانوں کی جو جو پلاننگ تھی، وہ پرائیڈ بیسڈ تھی۔ پرائیڈ بیسڈ۔</w:t>
      </w:r>
    </w:p>
    <w:p>
      <w:r>
        <w:rPr>
          <w:b/>
        </w:rPr>
        <w:t xml:space="preserve">[29:02] </w:t>
      </w:r>
      <w:r>
        <w:t>ab kya karna hai? planning ko haqeeqat par mabni karna hai. from pride to haqeeqat. ab tak musalmanon ki sari planning jo thi, fakhar par mabni thi, fakhar par.</w:t>
      </w:r>
    </w:p>
    <w:p>
      <w:pPr>
        <w:jc w:val="right"/>
      </w:pPr>
      <w:r>
        <w:t>اب کیا کرنا ہے؟ پلاننگ کو حقیقت پر مبنی کرنا ہے۔ فرام پرائیڈ ٹو حقیقت۔ اب تک مسلمانوں کی ساری پلاننگ جو تھی، فخر پر مبنی تھی، فخر پر۔</w:t>
      </w:r>
    </w:p>
    <w:p>
      <w:r>
        <w:rPr>
          <w:b/>
        </w:rPr>
        <w:t xml:space="preserve">[29:18] </w:t>
      </w:r>
      <w:r>
        <w:t>ab ab aap ko planning ko haqeeqat par mabni karna hai. yaani from pride based to to haqeeqat based.</w:t>
      </w:r>
    </w:p>
    <w:p>
      <w:pPr>
        <w:jc w:val="right"/>
      </w:pPr>
      <w:r>
        <w:t>اب اب آپ کو پلاننگ کو حقیقت پر مبنی کرنا ہے۔ یعنی فرام پرائیڈ بیسڈ ٹو ٹو حقیقت بیسڈ۔</w:t>
      </w:r>
    </w:p>
    <w:p>
      <w:r>
        <w:rPr>
          <w:b/>
        </w:rPr>
        <w:t xml:space="preserve">[29:32] </w:t>
      </w:r>
      <w:r>
        <w:t>yahi sab se bara kaam hai jo is waqt musalmanon ko anjam dena hai. to yeh meri aaj ki daryaft hai, yeh meri aaj ki daryaft hai.</w:t>
      </w:r>
    </w:p>
    <w:p>
      <w:pPr>
        <w:jc w:val="right"/>
      </w:pPr>
      <w:r>
        <w:t>یہی سب سے بڑا کام ہے جو اس وقت مسلمانوں کو انجام دینا ہے۔ تو یہ میری آج کی دریافت ہے، یہ میری آج کی دریافت ہے۔</w:t>
      </w:r>
    </w:p>
    <w:p>
      <w:r>
        <w:rPr>
          <w:b/>
        </w:rPr>
        <w:t xml:space="preserve">[29:44] </w:t>
      </w:r>
      <w:r>
        <w:t>to aaj jo yeh hua ke hum apna program karna para, hum ko thora badal kar, mein c 29 mein bol raha hoon aur c 11 mein log sun rahe hain aur doosre maqamon par sun rahe hain, is se mera bond trigger hua aur us ne mujhe bataya ke zamana badal chuka.</w:t>
      </w:r>
    </w:p>
    <w:p>
      <w:pPr>
        <w:jc w:val="right"/>
      </w:pPr>
      <w:r>
        <w:t>تو آج جو یہ ہوا کہ ہم اپنا پروگرام کرنا پڑا، ہم کو تھوڑا بدل کر، میں سی 29 میں بول رہا ہوں اور سی 11 میں لوگ سن رہے ہیں اور دوسرے مقاموں پر سن رہے ہیں، اس سے میرا بانڈ ٹریگر ہوا اور اس نے مجھے بتایا کہ زمانہ بدل چکا۔</w:t>
      </w:r>
    </w:p>
    <w:p>
      <w:r>
        <w:rPr>
          <w:b/>
        </w:rPr>
        <w:t xml:space="preserve">[30:06] </w:t>
      </w:r>
      <w:r>
        <w:t>zamana badal chuka. yeh to dour mutabadal ka hai. har cheez ka alternative hai, har cheez ka alternative hai. to jitni jaldi musalman is haqeeqat ko samajh jayenge, utna hi acha hai.</w:t>
      </w:r>
    </w:p>
    <w:p>
      <w:pPr>
        <w:jc w:val="right"/>
      </w:pPr>
      <w:r>
        <w:t>زمانہ بدل چکا۔ یہ تو دور متبادل کا ہے۔ ہر چیز کا الٹرنیٹو ہے، ہر چیز کا الٹرنیٹو ہے۔ تو جتنی جلدی مسلمان اس حقیقت کو سمجھ جائیں گے، اتنا ہی اچھا ہے۔</w:t>
      </w:r>
    </w:p>
    <w:p>
      <w:r>
        <w:rPr>
          <w:b/>
        </w:rPr>
        <w:t xml:space="preserve">[30:21] </w:t>
      </w:r>
      <w:r>
        <w:t>kyun ke har har taakhir, har taakhir sirf mazeed izafa karega tabahi mein.</w:t>
      </w:r>
    </w:p>
    <w:p>
      <w:pPr>
        <w:jc w:val="right"/>
      </w:pPr>
      <w:r>
        <w:t>کیونکہ ہر ہر تاخیر، ہر تاخیر صرف مزید اضافہ کرے گا تباہی میں۔</w:t>
      </w:r>
    </w:p>
    <w:p>
      <w:r>
        <w:rPr>
          <w:b/>
        </w:rPr>
        <w:t xml:space="preserve">[30:31] </w:t>
      </w:r>
      <w:r>
        <w:t>aur kuch nahin.</w:t>
      </w:r>
    </w:p>
    <w:p>
      <w:pPr>
        <w:jc w:val="right"/>
      </w:pPr>
      <w:r>
        <w:t>اور کچھ نہیں۔</w:t>
      </w:r>
    </w:p>
    <w:p>
      <w:r>
        <w:rPr>
          <w:b/>
        </w:rPr>
        <w:t xml:space="preserve">[30:35] </w:t>
      </w:r>
      <w:r>
        <w:t>aap ghor kijiye ke tamam qaumon ne larai chhod di hai. mein misaal deta hoon aap ko. america superpower hai, woh larai ki vietnam mein, afghanistan mein, khaleej war ki us ne.</w:t>
      </w:r>
    </w:p>
    <w:p>
      <w:pPr>
        <w:jc w:val="right"/>
      </w:pPr>
      <w:r>
        <w:t>آپ غور کیجیے کہ تمام قوموں نے لڑائی چھوڑ دی ہے۔ میں مثال دیتا ہوں آپ کو۔ امریکہ سپر پاور ہے، وہ لڑائی کی ویتنام میں، افغانستان میں، خلیج وار کی اس نے۔</w:t>
      </w:r>
    </w:p>
    <w:p>
      <w:r>
        <w:rPr>
          <w:b/>
        </w:rPr>
        <w:t xml:space="preserve">[30:54] </w:t>
      </w:r>
      <w:r>
        <w:t>ab ab aaj ki jo soch hai America ki, jo taza tareen soch ke no war in the future,</w:t>
      </w:r>
    </w:p>
    <w:p>
      <w:pPr>
        <w:jc w:val="right"/>
      </w:pPr>
      <w:r>
        <w:t>اب اب آج کی جو سوچ ہے امریکہ کی، جو تازہ ترین سوچ کہ نو وار ان دا فیوچر،</w:t>
      </w:r>
    </w:p>
    <w:p>
      <w:r>
        <w:rPr>
          <w:b/>
        </w:rPr>
        <w:t xml:space="preserve">[31:03] </w:t>
      </w:r>
      <w:r>
        <w:t>ab kabhi bhi woh dohrane nahin karne wale hain vietnam ko, afghanistan ko, gulf war ko.</w:t>
      </w:r>
    </w:p>
    <w:p>
      <w:pPr>
        <w:jc w:val="right"/>
      </w:pPr>
      <w:r>
        <w:t>اب کبھی بھی وہ دہرانے نہیں کرنے والے ہیں ویتنام کو، افغانستان کو، گلف وار کو۔</w:t>
      </w:r>
    </w:p>
    <w:p>
      <w:r>
        <w:rPr>
          <w:b/>
        </w:rPr>
        <w:t xml:space="preserve">[31:13] </w:t>
      </w:r>
      <w:r>
        <w:t>ab in ka faisla ho chuka. america ne faisla kar liya ke ab hamein war nahin karna hai. war nahin karna hai. japan ne faisla kar liya ke hamein war nahin karna hai.</w:t>
      </w:r>
    </w:p>
    <w:p>
      <w:pPr>
        <w:jc w:val="right"/>
      </w:pPr>
      <w:r>
        <w:t>اب ان کا فیصلہ ہو چکا۔ امریکہ نے فیصلہ کر لیا کہ اب ہمیں وار نہیں کرنا ہے۔ وار نہیں کرنا ہے۔ جاپان نے فیصلہ کر لیا کہ ہمیں وار نہیں کرنا ہے۔</w:t>
      </w:r>
    </w:p>
    <w:p>
      <w:r>
        <w:rPr>
          <w:b/>
        </w:rPr>
        <w:t xml:space="preserve">[31:25] </w:t>
      </w:r>
      <w:r>
        <w:t>germany ne faisla kar liya ke hamein war nahin karna hai. cheen ne faisla kar liya ke hamein war nahin karna hai. sab ne faisla kar liya ke hamein war nahin karna hai.</w:t>
      </w:r>
    </w:p>
    <w:p>
      <w:pPr>
        <w:jc w:val="right"/>
      </w:pPr>
      <w:r>
        <w:t>جرمنی نے فیصلہ کر لیا کہ ہمیں وار نہیں کرنا ہے۔ چین نے فیصلہ کر لیا کہ ہمیں وار نہیں کرنا ہے۔ سب نے فیصلہ کر لیا کہ ہمیں وار نہیں کرنا ہے۔</w:t>
      </w:r>
    </w:p>
    <w:p>
      <w:r>
        <w:rPr>
          <w:b/>
        </w:rPr>
        <w:t xml:space="preserve">[31:35] </w:t>
      </w:r>
      <w:r>
        <w:t>kyun? war se jo cheez milti hai, woh tabahi hai. koi faida nahin hota. war se koi cheez aap hasil nahin kar paate.</w:t>
      </w:r>
    </w:p>
    <w:p>
      <w:pPr>
        <w:jc w:val="right"/>
      </w:pPr>
      <w:r>
        <w:t>کیوں؟ وار سے جو چیز ملتی ہے، وہ تباہی ہے۔ کوئی فائدہ نہیں ہوتا۔ وار سے کوئی چیز آپ حاصل نہیں کر پاتے۔</w:t>
      </w:r>
    </w:p>
    <w:p>
      <w:r>
        <w:rPr>
          <w:b/>
        </w:rPr>
        <w:t xml:space="preserve">[31:48] </w:t>
      </w:r>
      <w:r>
        <w:t>ab ab musalman kitni der karenge? kitni der karenge? You can't afford any mazeed taakhir in this regard.</w:t>
      </w:r>
    </w:p>
    <w:p>
      <w:pPr>
        <w:jc w:val="right"/>
      </w:pPr>
      <w:r>
        <w:t>اب اب مسلمان کتنی دیر کریں گے؟ کتنی دیر کریں گے؟ یو کینٹ افورڈ اینی مزید تاخیر ان دس ریگارڈ۔</w:t>
      </w:r>
    </w:p>
    <w:p>
      <w:r>
        <w:rPr>
          <w:b/>
        </w:rPr>
        <w:t xml:space="preserve">[31:59] </w:t>
      </w:r>
      <w:r>
        <w:t>ab aap ke liye aik hi option hai, woh option hai you turn lene. you turn lene hi ko kaha gaya hai quran majeed mein tauba.</w:t>
      </w:r>
    </w:p>
    <w:p>
      <w:pPr>
        <w:jc w:val="right"/>
      </w:pPr>
      <w:r>
        <w:t>اب آپ کے لیے ایک ہی آپشن ہے، وہ آپشن ہے یو ٹرن لینا۔ یو ٹرن لینے ہی کو کہا گیا ہے قرآن مجید میں توبہ۔</w:t>
      </w:r>
    </w:p>
    <w:p>
      <w:r>
        <w:rPr>
          <w:b/>
        </w:rPr>
        <w:t xml:space="preserve">[32:09] </w:t>
      </w:r>
      <w:r>
        <w:t>tauba kya hai? tauba you turn hai. tauba you turn hi koi to naam hai. tauba koi purasrar cheez nahin hai.</w:t>
      </w:r>
    </w:p>
    <w:p>
      <w:pPr>
        <w:jc w:val="right"/>
      </w:pPr>
      <w:r>
        <w:t>توبہ کیا ہے؟ توبہ یو ٹرن ہے۔ توبہ یو ٹرن ہی کوئی تو نام ہے۔ توبہ کوئی پراسرار چیز نہیں ہے۔</w:t>
      </w:r>
    </w:p>
    <w:p>
      <w:r>
        <w:rPr>
          <w:b/>
        </w:rPr>
        <w:t xml:space="preserve">[32:20] </w:t>
      </w:r>
      <w:r>
        <w:t>koi aham cheez nahin hai. tauba yeh hai you turn lene.</w:t>
      </w:r>
    </w:p>
    <w:p>
      <w:pPr>
        <w:jc w:val="right"/>
      </w:pPr>
      <w:r>
        <w:t>کوئی اہم چیز نہیں ہے۔ توبہ یہ ہے یو ٹرن لینا۔</w:t>
      </w:r>
    </w:p>
    <w:p>
      <w:r>
        <w:rPr>
          <w:b/>
        </w:rPr>
        <w:t xml:space="preserve">[32:30] </w:t>
      </w:r>
      <w:r>
        <w:t>to ab hum ko you turn lena hai</w:t>
      </w:r>
    </w:p>
    <w:p>
      <w:pPr>
        <w:jc w:val="right"/>
      </w:pPr>
      <w:r>
        <w:t>تو اب ہم کو یو ٹرن لینا ہے</w:t>
      </w:r>
    </w:p>
    <w:p>
      <w:r>
        <w:rPr>
          <w:b/>
        </w:rPr>
        <w:t xml:space="preserve">[32:37] </w:t>
      </w:r>
      <w:r>
        <w:t>aur hamari sari planning jo hai, woh bajaye takrao ke, peace par hona chahiye.</w:t>
      </w:r>
    </w:p>
    <w:p>
      <w:pPr>
        <w:jc w:val="right"/>
      </w:pPr>
      <w:r>
        <w:t>اور ہماری ساری پلاننگ جو ہے، وہ بجائے ٹکراؤ کے، پیس پر ہونا چاہیے۔</w:t>
      </w:r>
    </w:p>
    <w:p>
      <w:r>
        <w:rPr>
          <w:b/>
        </w:rPr>
        <w:t xml:space="preserve">[32:49] </w:t>
      </w:r>
      <w:r>
        <w:t>aur sab se aham kaam jo hamein karna hai, woh peace par daao hai.</w:t>
      </w:r>
    </w:p>
    <w:p>
      <w:pPr>
        <w:jc w:val="right"/>
      </w:pPr>
      <w:r>
        <w:t>اور سب سے اہم کام جو ہمیں کرنا ہے، وہ پیس پر داؤ ہے۔</w:t>
      </w:r>
    </w:p>
    <w:p>
      <w:r>
        <w:rPr>
          <w:b/>
        </w:rPr>
        <w:t xml:space="preserve">[32:56] </w:t>
      </w:r>
      <w:r>
        <w:t>aur mein is se pehle gaya tha canada to wahan mein ne yeh kaha tha ke hamein rasool Allah ke in unfinished mission ko finish karna hai.</w:t>
      </w:r>
    </w:p>
    <w:p>
      <w:pPr>
        <w:jc w:val="right"/>
      </w:pPr>
      <w:r>
        <w:t>اور میں اس سے پہلے گیا تھا کینیڈا تو وہاں میں نے یہ کہا تھا کہ ہمیں رسول اللہ کے ان فنشڈ مشن کو فنش کرنا ہے۔</w:t>
      </w:r>
    </w:p>
    <w:p>
      <w:r>
        <w:rPr>
          <w:b/>
        </w:rPr>
        <w:t xml:space="preserve">[33:09] </w:t>
      </w:r>
      <w:r>
        <w:t>yaani rasool Allah ka jo mission tha, woh kya tha? ke quran ko sari duniya mein pahunchana. Allah</w:t>
      </w:r>
    </w:p>
    <w:p>
      <w:pPr>
        <w:jc w:val="right"/>
      </w:pPr>
      <w:r>
        <w:t>یعنی رسول اللہ کا جو مشن تھا، وہ کیا تھا؟ کہ قرآن کو ساری دنیا میں پہنچانا۔ اللہ</w:t>
      </w:r>
    </w:p>
    <w:p>
      <w:r>
        <w:rPr>
          <w:b/>
        </w:rPr>
        <w:t xml:space="preserve">[33:19] </w:t>
      </w:r>
      <w:r>
        <w:t>ka kalam sari dunya mein, har insan tak pohnchay. Dawah, mission of the prophet. Lekin is say pehlay hamaray paas woh wasail nahi hua kertay thay musalmanon kay paas.</w:t>
      </w:r>
    </w:p>
    <w:p>
      <w:pPr>
        <w:jc w:val="right"/>
      </w:pPr>
      <w:r>
        <w:t>کا کلام ساری دنیا میں، ہر انسان تک پہنچ جائے۔ دیت وائے مشن آف دا پرافٹ۔ لیکن اس سے پہلے ہمارے پاس وہ وسائل نہیں ہوا کرتے تھے مسلمانوں کے پاس۔</w:t>
      </w:r>
    </w:p>
    <w:p>
      <w:r>
        <w:rPr>
          <w:b/>
        </w:rPr>
        <w:t xml:space="preserve">[33:33] </w:t>
      </w:r>
      <w:r>
        <w:t>ab to saray wasail hain. saray wasail hain, sari technology hai. openness hai, freedom hai. waqt aa gaya hai kay hum rasool Allah kay in unfinished mission ko mukammal karain.</w:t>
      </w:r>
    </w:p>
    <w:p>
      <w:pPr>
        <w:jc w:val="right"/>
      </w:pPr>
      <w:r>
        <w:t>اب تو سارے وسائل ہیں۔ سارے وسائل ہیں، ساری ٹیکنالوجی ہے۔ اوپننس ہے، فریڈم ہے۔ وقت آ گیا ہے کہ ہم رسول اللہ کے ان فنشڈ مشن کو مکمل کریں۔</w:t>
      </w:r>
    </w:p>
    <w:p>
      <w:r>
        <w:rPr>
          <w:b/>
        </w:rPr>
        <w:t xml:space="preserve">[33:50] </w:t>
      </w:r>
      <w:r>
        <w:t>bas aik hi agenda musalmanon ka hai, aik hi target musalmanon ka hai. we have to finish the unfinished mission of the prophet of Islam.</w:t>
      </w:r>
    </w:p>
    <w:p>
      <w:pPr>
        <w:jc w:val="right"/>
      </w:pPr>
      <w:r>
        <w:t>بس ایک ہی ایجنڈا مسلمانوں کا ہے، ایک ہی ٹارگٹ مسلمانوں کا ہے۔ وی ہیو ٹو فنش دا ان فنشڈ مشن آف دا پرافٹ آف اسلام۔</w:t>
      </w:r>
    </w:p>
    <w:p>
      <w:r>
        <w:rPr>
          <w:b/>
        </w:rPr>
        <w:t xml:space="preserve">[34:08] </w:t>
      </w:r>
      <w:r>
        <w:t>to wahan mein nay kaha tha musalmanon kay jalsay mein Canada mein kay what a thrilling idea. What a thrilling idea that in the twenty first century we are in a position to finish the unfinished mission of the prophet of Islam.</w:t>
      </w:r>
    </w:p>
    <w:p>
      <w:pPr>
        <w:jc w:val="right"/>
      </w:pPr>
      <w:r>
        <w:t>تو وہاں میں نے کہا تھا مسلمانوں کے جلسے میں کینیڈا میں کہ واٹ ا تھرلنگ آئیڈیا۔ واٹ ا تھرلنگ آئیڈیا دیٹ ان دا ٹوئنٹی فرسٹ سینچری وی آر ان ا پوزیشن ٹو فنش دا ان فنشڈ مشن آف دا پرافٹ آف اسلام۔</w:t>
      </w:r>
    </w:p>
    <w:p>
      <w:r>
        <w:rPr>
          <w:b/>
        </w:rPr>
        <w:t xml:space="preserve">[34:31] </w:t>
      </w:r>
      <w:r>
        <w:t>wohi mein yahan bhi kehta hoon.</w:t>
      </w:r>
    </w:p>
    <w:p>
      <w:pPr>
        <w:jc w:val="right"/>
      </w:pPr>
      <w:r>
        <w:t>وہی میں یہاں بھی کہتا ہوں۔</w:t>
      </w:r>
    </w:p>
    <w:p>
      <w:r>
        <w:rPr>
          <w:b/>
        </w:rPr>
        <w:t xml:space="preserve">[34:35] </w:t>
      </w:r>
      <w:r>
        <w:t>wohi mein yahan bhi kehta hoon. to is yeh jo hamari jo sa'adat aaj muqaddar hai, jo yeh opportunity hamari jo muqaddar hai,</w:t>
      </w:r>
    </w:p>
    <w:p>
      <w:pPr>
        <w:jc w:val="right"/>
      </w:pPr>
      <w:r>
        <w:t>وہی میں یہاں بھی کہتا ہوں۔ تو اس یہ جو ہماری جو سعادت آج مقدر ہے، جو یہ اپرچونیٹی ہماری جو مقدر ہے،</w:t>
      </w:r>
    </w:p>
    <w:p>
      <w:r>
        <w:rPr>
          <w:b/>
        </w:rPr>
        <w:t xml:space="preserve">[34:50] </w:t>
      </w:r>
      <w:r>
        <w:t>is ko hasil karnay kay liye sirf aik hi cheez ki zaroorat hai, woh hai u-turn policy. to hum ko aik to yeh, jaisay kay mein kehta raha hoon, aik to yeh hai kay hum ko quran ka tarjuma har zaban mein karna hai, har zaban mein, aur phir us ko sari dunya tak pohnchana hai.</w:t>
      </w:r>
    </w:p>
    <w:p>
      <w:pPr>
        <w:jc w:val="right"/>
      </w:pPr>
      <w:r>
        <w:t>اس کو حاصل کرنے کے لیے صرف ایک ہی چیز کی ضرورت ہے، وہ ہے یو ٹرن پالیسی۔ تو ہم کو ایک تو یہ، جیسے کہ میں کہتا رہا ہوں، ایک تو یہ ہے کہ ہم کو قرآن کا ترجمہ ہر زبان میں کرنا ہے، ہر زبان میں، اور پھر اس کو ساری دنیا تک پہنچانا ہے۔</w:t>
      </w:r>
    </w:p>
    <w:p>
      <w:r>
        <w:rPr>
          <w:b/>
        </w:rPr>
        <w:t xml:space="preserve">[35:12] </w:t>
      </w:r>
      <w:r>
        <w:t>kyun kay dekhiye, Allah taala ki jo sunnat hai, woh yeh hai kay wahan rasool Allah, rasool Allah, risala qaumi. peghambar be ijazat thay qaum ki zaban mein.</w:t>
      </w:r>
    </w:p>
    <w:p>
      <w:pPr>
        <w:jc w:val="right"/>
      </w:pPr>
      <w:r>
        <w:t>کیونکہ دیکھیے، اللہ تعالیٰ کی جو سنت ہے، وہ یہ ہے کہ وہاں رسول اللہ، رسول اللہ، رسالہ قومی۔ پیغمبر بے اجازت تھے قوم کی زبان میں۔</w:t>
      </w:r>
    </w:p>
    <w:p>
      <w:r>
        <w:rPr>
          <w:b/>
        </w:rPr>
        <w:t xml:space="preserve">[35:24] </w:t>
      </w:r>
      <w:r>
        <w:t>yani kay aisa nahi hua kay har peghambar bas arabi zaban ja kay bolnay lagay har jagah. peghambaron ki aam zaban arabi nahi thi, local zaban thi un ki.</w:t>
      </w:r>
    </w:p>
    <w:p>
      <w:pPr>
        <w:jc w:val="right"/>
      </w:pPr>
      <w:r>
        <w:t>یعنی کہ ایسا نہیں ہوا کہ ہر پیغمبر بس عربی زبان جا کے بولنے لگے ہر جگہ۔ پیغمبروں کی عام زبان عربی نہیں تھی، لوکل زبان تھی ان کی۔</w:t>
      </w:r>
    </w:p>
    <w:p>
      <w:r>
        <w:rPr>
          <w:b/>
        </w:rPr>
        <w:t xml:space="preserve">[35:36] </w:t>
      </w:r>
      <w:r>
        <w:t>wahan rasool Allah, rasool Allah, risala qaumi. to aaj arabi zaban phailanay ka say maqsad hasil nahi hoga. aap ko quran ka tarjuma har zaban mein achhay say achha tayyar kar kay dunya bhar mein us ko phailana hai.</w:t>
      </w:r>
    </w:p>
    <w:p>
      <w:pPr>
        <w:jc w:val="right"/>
      </w:pPr>
      <w:r>
        <w:t>وہاں رسول اللہ، رسول اللہ، رسالہ قومی۔ تو آج عربی زبان پھیلانے کا سے مقصد حاصل نہیں ہوگا۔ آپ کو قرآن کا ترجمہ ہر زبان میں اچھے سے اچھا تیار کر کے دنیا بھر میں اس کو پھیلانا ہے۔</w:t>
      </w:r>
    </w:p>
    <w:p>
      <w:r>
        <w:rPr>
          <w:b/>
        </w:rPr>
        <w:t xml:space="preserve">[35:57] </w:t>
      </w:r>
      <w:r>
        <w:t>sab say bara jo target hai hamara, woh yahi hai. sab say bara target. isi kay sath kuch aur cheezain rahay gi.</w:t>
      </w:r>
    </w:p>
    <w:p>
      <w:pPr>
        <w:jc w:val="right"/>
      </w:pPr>
      <w:r>
        <w:t>سب سے بڑا جو ٹارگٹ ہے ہمارا، وہ یہی ہے۔ سب سے بڑا ٹارگٹ۔ اسی کے ساتھ کچھ اور چیزیں رہیں گی۔</w:t>
      </w:r>
    </w:p>
    <w:p>
      <w:r>
        <w:rPr>
          <w:b/>
        </w:rPr>
        <w:t xml:space="preserve">[36:07] </w:t>
      </w:r>
      <w:r>
        <w:t>supportive literature. wasiyat mein kitab, hadith mein kitab. woh hai supportive literature. baqi jo asal nishani hai, woh to yahi hai kay quran ka tarjuma har zaban mein ho aur us ko sari dunya mein har insan tak pohnchaya jaye.</w:t>
      </w:r>
    </w:p>
    <w:p>
      <w:pPr>
        <w:jc w:val="right"/>
      </w:pPr>
      <w:r>
        <w:t>سپورٹیو لٹریچر۔ وصیت میں کتاب، حدیث میں کتاب۔ وہ ہے سپورٹیو لٹریچر۔ باقی جو اصل نشانی ہے، وہ تو یہی ہے کہ قرآن کا ترجمہ ہر زبان میں ہو اور اس کو ساری دنیا میں ہر انسان تک پہنچایا جائے۔</w:t>
      </w:r>
    </w:p>
    <w:p>
      <w:r>
        <w:rPr>
          <w:b/>
        </w:rPr>
        <w:t xml:space="preserve">[36:28] </w:t>
      </w:r>
      <w:r>
        <w:t>bohat hi wazeh target hai. is mein koi ambiguity nahi. koi ambiguity nahi.</w:t>
      </w:r>
    </w:p>
    <w:p>
      <w:pPr>
        <w:jc w:val="right"/>
      </w:pPr>
      <w:r>
        <w:t>بہت ہی واضح ٹارگٹ ہے۔ اس میں کوئی ابھیگوئیٹی نہیں۔ کوئی ابھیگوئیٹی نہیں۔</w:t>
      </w:r>
    </w:p>
    <w:p>
      <w:r>
        <w:rPr>
          <w:b/>
        </w:rPr>
        <w:t xml:space="preserve">[36:42] </w:t>
      </w:r>
      <w:r>
        <w:t>aur yeh target tha, woh din day diya gaya tha. yani quran mein isi zamanay mein yeh ayat utri thi kay nazal al-furqan ala abdih li yakuna lil alamin nadhira.</w:t>
      </w:r>
    </w:p>
    <w:p>
      <w:pPr>
        <w:jc w:val="right"/>
      </w:pPr>
      <w:r>
        <w:t>اور یہ ٹارگٹ تھا، وہ دن دے دیا گیا تھا۔ یعنی قرآن میں اسی زمانے میں یہ آیت اتری تھی کہ نزل الفرقان العابدین لیکون للعالمین نذرہ۔</w:t>
      </w:r>
    </w:p>
    <w:p>
      <w:r>
        <w:rPr>
          <w:b/>
        </w:rPr>
        <w:t xml:space="preserve">[36:56] </w:t>
      </w:r>
      <w:r>
        <w:t>kay Allah taala nay is quran ko utara hai ta kay sari alam tak pohnchay woh. usay yeh target day diya gaya tha.</w:t>
      </w:r>
    </w:p>
    <w:p>
      <w:pPr>
        <w:jc w:val="right"/>
      </w:pPr>
      <w:r>
        <w:t>کہ اللہ تعالیٰ نے اس قرآن کو اتارا ہے تاکہ ساری عالم تک پہنچے وہ۔ اسے یہ ٹارگٹ دے دیا گیا تھا۔</w:t>
      </w:r>
    </w:p>
    <w:p>
      <w:r>
        <w:rPr>
          <w:b/>
        </w:rPr>
        <w:t xml:space="preserve">[37:07] </w:t>
      </w:r>
      <w:r>
        <w:t>awwal din yeh target day diya gaya tha kay quran ko sari dunya kay logon tak pohnchana hai. lekin aap jantay hain kay wasail nahi thay, modern technology nahi thi, freedom nahi thi, openness nahi tha,</w:t>
      </w:r>
    </w:p>
    <w:p>
      <w:pPr>
        <w:jc w:val="right"/>
      </w:pPr>
      <w:r>
        <w:t>اول دن یہ ٹارگٹ دے دیا گیا تھا کہ قرآن کو ساری دنیا کے لوگوں تک پہنچانا ہے۔ لیکن آپ جانتے ہیں کہ وسائل نہیں تھے، ماڈرن ٹیکنالوجی نہیں تھی، فریڈم نہیں تھی، اوپننس نہیں تھا،</w:t>
      </w:r>
    </w:p>
    <w:p>
      <w:r>
        <w:rPr>
          <w:b/>
        </w:rPr>
        <w:t xml:space="preserve">[37:23] </w:t>
      </w:r>
      <w:r>
        <w:t>qaumon kay darmiyan normal taluqaat nahi thay. ab yeh sab kuch ho chuka hai. ab sab kuch ho chuka hai. ab to sirf hasil karnay ka waqt hai.</w:t>
      </w:r>
    </w:p>
    <w:p>
      <w:pPr>
        <w:jc w:val="right"/>
      </w:pPr>
      <w:r>
        <w:t>قوموں کے درمیان نارمل تعلقات نہیں تھے۔ اب یہ سب کچھ ہو چکا ہے۔ اب سب کچھ ہو چکا ہے۔ اب تو صرف حاصل کرنے کا وقت ہے۔</w:t>
      </w:r>
    </w:p>
    <w:p>
      <w:r>
        <w:rPr>
          <w:b/>
        </w:rPr>
        <w:t xml:space="preserve">[37:35] </w:t>
      </w:r>
      <w:r>
        <w:t>ab to sirf waqt hai kay opportunities ko hasil kiya jaye. bas</w:t>
      </w:r>
    </w:p>
    <w:p>
      <w:pPr>
        <w:jc w:val="right"/>
      </w:pPr>
      <w:r>
        <w:t>اب تو صرف وقت ہے کہ اپرچونیٹیز کو حاصل کیا جائے۔ بس</w:t>
      </w:r>
    </w:p>
    <w:p>
      <w:r>
        <w:rPr>
          <w:b/>
        </w:rPr>
        <w:t xml:space="preserve">[37:42] </w:t>
      </w:r>
      <w:r>
        <w:t>yeh daur, mein jaisay kay mein is say pehlay kaha tha, mein nay yeh daur jo hai, opportunity exploration ka daur hai. sari opportunities khul chuki hain.</w:t>
      </w:r>
    </w:p>
    <w:p>
      <w:pPr>
        <w:jc w:val="right"/>
      </w:pPr>
      <w:r>
        <w:t>یہ دور، میں جیسا کہ میں اس سے پہلے کہا تھا، میں نے یہ دور جو ہے، اپرچونیٹی ایکسپلورشن کا دور ہے۔ ساری اپرچونیٹیز کھل چکی ہیں۔</w:t>
      </w:r>
    </w:p>
    <w:p>
      <w:r>
        <w:rPr>
          <w:b/>
        </w:rPr>
        <w:t xml:space="preserve">[37:57] </w:t>
      </w:r>
      <w:r>
        <w:t>yani mawaqay ka infijar ho chuka hai. mawaqay ka infijar. quran mein hai kay wa saaroo ila jannatin 'arḍuha al-samāwāti wa al-arḍi saaroo ila maghfiratin wa jannatin 'arḍuha al-samāwāti wa al-arḍi doṛ jannat kar, doṛ jannat kar.</w:t>
      </w:r>
    </w:p>
    <w:p>
      <w:pPr>
        <w:jc w:val="right"/>
      </w:pPr>
      <w:r>
        <w:t>یعنی مواقع کا انفجار ہو چکا ہے۔ مواقع کا انفجار۔ قرآن میں ہے کہ وَسَارُوا إِلَىٰ جَنَةٍ عَرْضَ السَّمَاوَاتِ وَالْعَرْضِ سَارُوا إِلَىٰ مَغْفِرَةٍ وَجَنَةٍ عَرْضَ السَّمَاوَاتِ وَالْعَرْضِ دوڑ جنت کر، دوڑ جنت کر۔</w:t>
      </w:r>
    </w:p>
    <w:p>
      <w:r>
        <w:rPr>
          <w:b/>
        </w:rPr>
        <w:t xml:space="preserve">[38:15] </w:t>
      </w:r>
      <w:r>
        <w:t>to yahi to hai.</w:t>
      </w:r>
    </w:p>
    <w:p>
      <w:pPr>
        <w:jc w:val="right"/>
      </w:pPr>
      <w:r>
        <w:t>تو یہی تو ہے۔</w:t>
      </w:r>
    </w:p>
    <w:p>
      <w:r>
        <w:rPr>
          <w:b/>
        </w:rPr>
        <w:t xml:space="preserve">[38:19] </w:t>
      </w:r>
      <w:r>
        <w:t>yahi to hai kay doṛiye Allah kay mission kay, doṛiye rasool Allah kay mission ki takmeel kay liye.</w:t>
      </w:r>
    </w:p>
    <w:p>
      <w:pPr>
        <w:jc w:val="right"/>
      </w:pPr>
      <w:r>
        <w:t>یہی تو ہے کہ دوڑیے اللہ کے مشن کے، دوڑیے رسول اللہ کے مشن کی تکمیل کے لیے۔</w:t>
      </w:r>
    </w:p>
    <w:p>
      <w:r>
        <w:rPr>
          <w:b/>
        </w:rPr>
        <w:t xml:space="preserve">[38:28] </w:t>
      </w:r>
      <w:r>
        <w:t>doṛiye, doṛiye, doṛiye.</w:t>
      </w:r>
    </w:p>
    <w:p>
      <w:pPr>
        <w:jc w:val="right"/>
      </w:pPr>
      <w:r>
        <w:t>دوڑیے، دوڑیے، دوڑیے۔</w:t>
      </w:r>
    </w:p>
    <w:p>
      <w:r>
        <w:rPr>
          <w:b/>
        </w:rPr>
        <w:t xml:space="preserve">[38:33] </w:t>
      </w:r>
      <w:r>
        <w:t>Allah ka mission jo unfinished paṛa hua hai, us ko mukammal karnay kay liye doṛiye, doṛiye.</w:t>
      </w:r>
    </w:p>
    <w:p>
      <w:pPr>
        <w:jc w:val="right"/>
      </w:pPr>
      <w:r>
        <w:t>اللہ کا مشن جو ان فنشڈ پڑا ہوا ہے، اس کو مکمل کرنے کے لیے دوڑیے، دوڑیے۔</w:t>
      </w:r>
    </w:p>
    <w:p>
      <w:r>
        <w:rPr>
          <w:b/>
        </w:rPr>
        <w:t xml:space="preserve">[38:41] </w:t>
      </w:r>
      <w:r>
        <w:t>aur phir is ka reward paiye. zahir hai kay is mission ko mukammal karnay kay liye jo log doṛain gay, to un ko bohat hi bara reward milay ga.</w:t>
      </w:r>
    </w:p>
    <w:p>
      <w:pPr>
        <w:jc w:val="right"/>
      </w:pPr>
      <w:r>
        <w:t>اور پھر اس کا ریوارڈ پائیے۔ ظاہر ہے کہ اس مشن کو مکمل کرنے کے لیے جو لوگ دوڑیں گے، تو ان کو بہت ہی بڑا ریوارڈ ملے گا۔</w:t>
      </w:r>
    </w:p>
    <w:p>
      <w:r>
        <w:rPr>
          <w:b/>
        </w:rPr>
        <w:t xml:space="preserve">[38:53] </w:t>
      </w:r>
      <w:r>
        <w:t>aisa reward jis ka aaj tasawwur nahi kar sakte. jis ko woh reward lena hai, woh daud hai is mission ko poora karne ke liye.</w:t>
      </w:r>
    </w:p>
    <w:p>
      <w:pPr>
        <w:jc w:val="right"/>
      </w:pPr>
      <w:r>
        <w:t>ایسا ریوارڈ جس کا آج تصور نہیں کر سکتے۔ جس کو وہ ریوارڈ لینا ہے، وہ دوڑ ہے اس مشن کو پورا کرنے کے لیے۔</w:t>
      </w:r>
    </w:p>
    <w:p>
      <w:r>
        <w:rPr>
          <w:b/>
        </w:rPr>
        <w:t xml:space="preserve">[39:05] </w:t>
      </w:r>
      <w:r>
        <w:t>to beharhal yeh aaj mujhe aap se yeh baat karna tha.</w:t>
      </w:r>
    </w:p>
    <w:p>
      <w:pPr>
        <w:jc w:val="right"/>
      </w:pPr>
      <w:r>
        <w:t>تو بہرحال یہ آج مجھے آپ سے یہ بات کرنا تھا۔</w:t>
      </w:r>
    </w:p>
    <w:p>
      <w:r>
        <w:rPr>
          <w:b/>
        </w:rPr>
        <w:t xml:space="preserve">[39:13] </w:t>
      </w:r>
      <w:r>
        <w:t>aur main dua karta hoon apne apne liye, apne sathiyon ke liye, aur poori ummat ke liye, sare insanon ke liye ke Allah hamein yeh taqat de ke hum is mission ki takmeel ka zariya ban saken.</w:t>
      </w:r>
    </w:p>
    <w:p>
      <w:pPr>
        <w:jc w:val="right"/>
      </w:pPr>
      <w:r>
        <w:t>اور میں دعا کرتا ہوں اپنے اپنے لیے، اپنے ساتھیوں کے لیے، اور پوری امت کے لیے، سارے انسانوں کے لیے کہ اللہ ہمیں یہ طاقت دے کہ ہم اس مشن کی تکمیل کا ذریعہ بن سکیں۔</w:t>
      </w:r>
    </w:p>
    <w:p>
      <w:r>
        <w:rPr>
          <w:b/>
        </w:rPr>
        <w:t xml:space="preserve">[39:41] </w:t>
      </w:r>
      <w:r>
        <w:t>ek aisa mission jis ki takmeel ke liye zameen o aasman ko muddaton se intezar hai.</w:t>
      </w:r>
    </w:p>
    <w:p>
      <w:pPr>
        <w:jc w:val="right"/>
      </w:pPr>
      <w:r>
        <w:t>ایک ایسا مشن جس کی تکمیل کے لیے زمین و آسمان کو مدتوں سے انتظار ہے۔</w:t>
      </w:r>
    </w:p>
    <w:p>
      <w:r>
        <w:rPr>
          <w:b/>
        </w:rPr>
        <w:t xml:space="preserve">[39:51] </w:t>
      </w:r>
      <w:r>
        <w:t>to Allah hamein tofeeq de ke hum is</w:t>
      </w:r>
    </w:p>
    <w:p>
      <w:pPr>
        <w:jc w:val="right"/>
      </w:pPr>
      <w:r>
        <w:t>تو اللہ ہمیں توفیق دے کہ ہم اس</w:t>
      </w:r>
    </w:p>
    <w:p>
      <w:r>
        <w:rPr>
          <w:b/>
        </w:rPr>
        <w:t xml:space="preserve">[40:00] </w:t>
      </w:r>
      <w:r>
        <w:t>is kaam ko kar saken.</w:t>
      </w:r>
    </w:p>
    <w:p>
      <w:pPr>
        <w:jc w:val="right"/>
      </w:pPr>
      <w:r>
        <w:t>اس کام کو کر سکیں۔</w:t>
      </w:r>
    </w:p>
    <w:p>
      <w:r>
        <w:rPr>
          <w:b/>
        </w:rPr>
        <w:t xml:space="preserve">[40:07] </w:t>
      </w:r>
      <w:r>
        <w:t>jis ko angrezi mein kehte hain much awaited goal. yani bohat ziyada dinon se intezar kiya ja raha tha, ab is ke mawaqe samne aa gaye hain.</w:t>
      </w:r>
    </w:p>
    <w:p>
      <w:pPr>
        <w:jc w:val="right"/>
      </w:pPr>
      <w:r>
        <w:t>جس کو انگریزی میں کہتے ہیں مچ اوویٹڈ گول۔ یعنی بہت زیادہ دنوں سے انتظار کیا جا رہا تھا، اب اس کے مواقع سامنے آ گئے ہیں۔</w:t>
      </w:r>
    </w:p>
    <w:p>
      <w:r>
        <w:rPr>
          <w:b/>
        </w:rPr>
        <w:t xml:space="preserve">[40:20] </w:t>
      </w:r>
      <w:r>
        <w:t>to main isi ke liye dua karta hoon apne liye, aap sab logon ke liye, sari ummat ke liye, sare insanon ke liye.</w:t>
      </w:r>
    </w:p>
    <w:p>
      <w:pPr>
        <w:jc w:val="right"/>
      </w:pPr>
      <w:r>
        <w:t>تو میں اسی کے لیے دعا کرتا ہوں اپنے لیے، آپ سب لوگوں کے لیے، ساری امت کے لیے، سارے انسانوں کے لیے۔</w:t>
      </w:r>
    </w:p>
    <w:p>
      <w:r>
        <w:rPr>
          <w:b/>
        </w:rPr>
        <w:t xml:space="preserve">[40:36] </w:t>
      </w:r>
      <w:r>
        <w:t>kaha jata hai ke as-sawabunni wal-itmamu lillah. matlab hai ke planning insan karta hai, lekin is ki takmeel Allah ki madad se hoti hai, Allah ki madad se hoti hai.</w:t>
      </w:r>
    </w:p>
    <w:p>
      <w:pPr>
        <w:jc w:val="right"/>
      </w:pPr>
      <w:r>
        <w:t>کہا جاتا ہے کہ السَّوَابِنِّي وَالْاِتْمَامِ لِلَّهِ۔ مطلب ہے کہ پلاننگ انسان کرتا ہے، لیکن اس کی تکمیل اللہ کی مدد سے ہوتی ہے، اللہ کی مدد سے ہوتی ہے۔</w:t>
      </w:r>
    </w:p>
    <w:p>
      <w:r>
        <w:rPr>
          <w:b/>
        </w:rPr>
        <w:t xml:space="preserve">[40:52] </w:t>
      </w:r>
      <w:r>
        <w:t>to hum aap sirf planning kar sakte hain. Allah ki jab is ki madad, is ki takmeel Allah ki madad se hogi.</w:t>
      </w:r>
    </w:p>
    <w:p>
      <w:pPr>
        <w:jc w:val="right"/>
      </w:pPr>
      <w:r>
        <w:t>تو ہم آپ صرف پلاننگ کر سکتے ہیں۔ اللہ کی جب اس کی مدد، اس کی تکمیل اللہ کی مدد سے ہوگی۔</w:t>
      </w:r>
    </w:p>
    <w:p>
      <w:r>
        <w:rPr>
          <w:b/>
        </w:rPr>
        <w:t xml:space="preserve">[41:02] </w:t>
      </w:r>
      <w:r>
        <w:t>to hum aap ko isi line par planning karna hai.</w:t>
      </w:r>
    </w:p>
    <w:p>
      <w:pPr>
        <w:jc w:val="right"/>
      </w:pPr>
      <w:r>
        <w:t>تو ہم آپ کو اسی لائن پر پلاننگ کرنا ہے۔</w:t>
      </w:r>
    </w:p>
    <w:p>
      <w:r>
        <w:rPr>
          <w:b/>
        </w:rPr>
        <w:t xml:space="preserve">[41:09] </w:t>
      </w:r>
      <w:r>
        <w:t>aur Allah se hamein umeed rakhna hai ke woh zaroor hamari madad karega aur yeh kaam apni takmeel tak pohnchega. as-sawabunni wal-itmamu lillah.</w:t>
      </w:r>
    </w:p>
    <w:p>
      <w:pPr>
        <w:jc w:val="right"/>
      </w:pPr>
      <w:r>
        <w:t>اور اللہ سے ہمیں امید رکھنا ہے کہ وہ ضرور ہماری مدد کرے گا اور یہ کام اپنی تکمیل تک پہنچے گا۔ السَّوَابِنِّي وَالْاِتْمَامِ لِلَّهِ۔</w:t>
      </w:r>
    </w:p>
    <w:p>
      <w:r>
        <w:rPr>
          <w:b/>
        </w:rPr>
        <w:t xml:space="preserve">[41:25] </w:t>
      </w:r>
      <w:r>
        <w:t>to main isi dua par apni baat ko khatam karta hoon. Allah taala hum sab ko is mission ke liye qabool farmaye.</w:t>
      </w:r>
    </w:p>
    <w:p>
      <w:pPr>
        <w:jc w:val="right"/>
      </w:pPr>
      <w:r>
        <w:t>تو میں اسی دعا پر اپنی بات کو ختم کرتا ہوں۔ اللہ تعالیٰ ہم سب کو اس مشن کے لیے قبول فرمائے۔</w:t>
      </w:r>
    </w:p>
    <w:p>
      <w:r>
        <w:rPr>
          <w:b/>
        </w:rPr>
        <w:t xml:space="preserve">[41:34] </w:t>
      </w:r>
      <w:r>
        <w:t>assalam o alaikum.</w:t>
      </w:r>
    </w:p>
    <w:p>
      <w:pPr>
        <w:jc w:val="right"/>
      </w:pPr>
      <w:r>
        <w:t>السلام علیکم۔</w:t>
      </w:r>
    </w:p>
    <w:p>
      <w:r>
        <w:rPr>
          <w:b/>
        </w:rPr>
        <w:t xml:space="preserve">[41:39] </w:t>
      </w:r>
      <w:r>
        <w:t>We'll be starting with the question-answer session with Maulana sahib. All the online viewers and Facebook viewers, please send your questions on info@cpsglobal.org.</w:t>
      </w:r>
    </w:p>
    <w:p>
      <w:pPr>
        <w:jc w:val="right"/>
      </w:pPr>
      <w:r>
        <w:t>We'll be starting with the question-answer session with مولانا صاحب۔ All the online viewers and Facebook viewers, please send your questions on info@cpsglobal.org۔</w:t>
      </w:r>
    </w:p>
    <w:p>
      <w:r>
        <w:rPr>
          <w:b/>
        </w:rPr>
        <w:t xml:space="preserve">[41:52] </w:t>
      </w:r>
      <w:r>
        <w:t>people who are watching it on the facebook, we would request them to also mention their place while</w:t>
      </w:r>
    </w:p>
    <w:p>
      <w:pPr>
        <w:jc w:val="right"/>
      </w:pPr>
      <w:r>
        <w:t>People who are watching it on the Facebook, we would request them to also mention their place while</w:t>
      </w:r>
    </w:p>
    <w:p>
      <w:r>
        <w:rPr>
          <w:b/>
        </w:rPr>
        <w:t xml:space="preserve">[41:57] </w:t>
      </w:r>
      <w:r>
        <w:t>they post their questions on the comment section.</w:t>
      </w:r>
    </w:p>
    <w:p>
      <w:pPr>
        <w:jc w:val="right"/>
      </w:pPr>
      <w:r>
        <w:t>they post their questions on the comment section.</w:t>
      </w:r>
    </w:p>
    <w:p>
      <w:r>
        <w:rPr>
          <w:b/>
        </w:rPr>
        <w:t xml:space="preserve">[42:01] </w:t>
      </w:r>
      <w:r>
        <w:t>maulana, yeh sawal aaya hai chennai se maulana iqbal umri ka, aur unhone likha hai ke quran</w:t>
      </w:r>
    </w:p>
    <w:p>
      <w:pPr>
        <w:jc w:val="right"/>
      </w:pPr>
      <w:r>
        <w:t>مولانا، یہ سوال آیا ہے چنئی سے مولانا اقبال عمری کا، اور انہوں نے لکھا ہے کہ قرآن</w:t>
      </w:r>
    </w:p>
    <w:p>
      <w:r>
        <w:rPr>
          <w:b/>
        </w:rPr>
        <w:t xml:space="preserve">[42:09] </w:t>
      </w:r>
      <w:r>
        <w:t>ki ek aayat hai chapter 8 verse number 61,</w:t>
      </w:r>
    </w:p>
    <w:p>
      <w:pPr>
        <w:jc w:val="right"/>
      </w:pPr>
      <w:r>
        <w:t>کی ایک آیت ہے Chapter 8 Verse Number 61،</w:t>
      </w:r>
    </w:p>
    <w:p>
      <w:r>
        <w:rPr>
          <w:b/>
        </w:rPr>
        <w:t xml:space="preserve">[42:14] </w:t>
      </w:r>
      <w:r>
        <w:t>jisme likha hai ke "but if they incline to peace, you also incline to it and put</w:t>
      </w:r>
    </w:p>
    <w:p>
      <w:pPr>
        <w:jc w:val="right"/>
      </w:pPr>
      <w:r>
        <w:t>جس میں لکھا ہے کہ "But if they incline to peace, you also incline to it and put</w:t>
      </w:r>
    </w:p>
    <w:p>
      <w:r>
        <w:rPr>
          <w:b/>
        </w:rPr>
        <w:t xml:space="preserve">[42:23] </w:t>
      </w:r>
      <w:r>
        <w:t>your trust in allah.</w:t>
      </w:r>
    </w:p>
    <w:p>
      <w:pPr>
        <w:jc w:val="right"/>
      </w:pPr>
      <w:r>
        <w:t>your trust in Allah.</w:t>
      </w:r>
    </w:p>
    <w:p>
      <w:r>
        <w:rPr>
          <w:b/>
        </w:rPr>
        <w:t xml:space="preserve">[42:26] </w:t>
      </w:r>
      <w:r>
        <w:t>Verily He is the all-hearer, the all-knower." Musalman aaj is ayat par kyon sahi iman nahi rakhte?</w:t>
      </w:r>
    </w:p>
    <w:p>
      <w:pPr>
        <w:jc w:val="right"/>
      </w:pPr>
      <w:r>
        <w:t>Verily He is the all-hearer, the all-knower." مسلمان آج اس آیت پر کیوں صحیح ایمان نہیں رکھتے؟</w:t>
      </w:r>
    </w:p>
    <w:p>
      <w:r>
        <w:rPr>
          <w:b/>
        </w:rPr>
        <w:t xml:space="preserve">[42:34] </w:t>
      </w:r>
      <w:r>
        <w:t>kyon Musalman war ki planning mein rehte hain? Maulana sahib, is ki kya wajah hai?</w:t>
      </w:r>
    </w:p>
    <w:p>
      <w:pPr>
        <w:jc w:val="right"/>
      </w:pPr>
      <w:r>
        <w:t>کیوں مسلمان وار کی پلاننگ میں رہتے ہیں؟ مولانا صاحب، اس کی کیا وجہ ہے؟</w:t>
      </w:r>
    </w:p>
    <w:p>
      <w:r>
        <w:rPr>
          <w:b/>
        </w:rPr>
        <w:t xml:space="preserve">[42:42] </w:t>
      </w:r>
      <w:r>
        <w:t>is ki wajah behad hai ke Musalmanon ka mindset bigda hua hai zawal ki wajah se. is waqt Musalman apne daur zawal mein sab se, yani jitni siyaraton mein jo Musalman leader uthe,</w:t>
      </w:r>
    </w:p>
    <w:p>
      <w:pPr>
        <w:jc w:val="right"/>
      </w:pPr>
      <w:r>
        <w:t>اس کی وجہ بے حد ہے کہ مسلمانوں کا مائنڈ سیٹ بگڑا ہوا ہے زوال کی وجہ سے۔ اس وقت مسلمان اپنے دور زوال میں سب سے، یعنی جتنی سیاروں میں جو مسلمان لیڈر اٹھے،</w:t>
      </w:r>
    </w:p>
    <w:p>
      <w:r>
        <w:rPr>
          <w:b/>
        </w:rPr>
        <w:t xml:space="preserve">[42:59] </w:t>
      </w:r>
      <w:r>
        <w:t>woh sab se bekhabar isi baat se rahe mehnat ki. chahe Mr. Jinnah hon, chahe Dr. Iqbal hon, Maulana Muhammad Ali hon, Maulana Abdul Kalam Azad hon, Sir Syed hon, Maulana Abdullah Mahdi hon, jitne bhi hain, sab ke sab is haqiqat se bekhabar rahe ke Musalman is waqt apne daur zawal mein hain.</w:t>
      </w:r>
    </w:p>
    <w:p>
      <w:pPr>
        <w:jc w:val="right"/>
      </w:pPr>
      <w:r>
        <w:t>وہ سب سے بے خبر اسی بات سے رہے محنت کی۔ چاہے مسٹر جناح ہوں، چاہے ڈاکٹر اقبال ہوں، مولانا محمد علی ہوں، مولانا عبدالکرم آزاد ہوں، سر سید ہوں، مولانا عبداللہ مہودی ہوں، جتنے بھی ہیں، سب کے سب اس حقیقت سے بے خبر رہے کہ مسلمان اس وقت اپنے دور زوال میں ہیں۔</w:t>
      </w:r>
    </w:p>
    <w:p>
      <w:r>
        <w:rPr>
          <w:b/>
        </w:rPr>
        <w:t xml:space="preserve">[43:21] </w:t>
      </w:r>
      <w:r>
        <w:t>aise hi jaise main boodha ho gaya hoon, ab koi shakhs mere bare mein planning kare, jawan farz kar ke, to fail ho jayega.</w:t>
      </w:r>
    </w:p>
    <w:p>
      <w:pPr>
        <w:jc w:val="right"/>
      </w:pPr>
      <w:r>
        <w:t>ایسے ہی جیسے میں بوڑھا ہو گیا ہوں، اب کوئی شخص میرے بارے میں پلاننگ کرے، جوان فرض کر کے، تو فیل ہو جائے گا۔</w:t>
      </w:r>
    </w:p>
    <w:p>
      <w:r>
        <w:rPr>
          <w:b/>
        </w:rPr>
        <w:t xml:space="preserve">[43:31] </w:t>
      </w:r>
      <w:r>
        <w:t>to Musalmanon ke leaderon ne jo planning ki, woh farz kar ke Musalman zinda hain, halanke woh zawal yafta ho chuke the.</w:t>
      </w:r>
    </w:p>
    <w:p>
      <w:pPr>
        <w:jc w:val="right"/>
      </w:pPr>
      <w:r>
        <w:t>تو مسلمانوں کے لیڈروں نے جو پلاننگ کی، وہ فرض کر کے مسلمان زندہ ہیں، حالانکہ وہ زوال یافتہ ہو چکے تھے۔</w:t>
      </w:r>
    </w:p>
    <w:p>
      <w:r>
        <w:rPr>
          <w:b/>
        </w:rPr>
        <w:t xml:space="preserve">[43:42] </w:t>
      </w:r>
      <w:r>
        <w:t>zawal yafta daur mein yahi hota hai jo ho raha hai ke nafrat dilchaspi hoti hai un ko, pride se dilchaspi hoti hai un ko, taamiri kaam se un ko raghbat nahi hoti.</w:t>
      </w:r>
    </w:p>
    <w:p>
      <w:pPr>
        <w:jc w:val="right"/>
      </w:pPr>
      <w:r>
        <w:t>زوال یافتہ دور میں یہی ہوتا ہے جو ہو رہا ہے کہ نفرت دلچسپی ہوتی ہے ان کو، پرائیڈ سے دلچسپی ہوتی ہے ان کو، تعمری کام سے ان کو رغبت نہیں ہوتی۔</w:t>
      </w:r>
    </w:p>
    <w:p>
      <w:r>
        <w:rPr>
          <w:b/>
        </w:rPr>
        <w:t xml:space="preserve">[43:53] </w:t>
      </w:r>
      <w:r>
        <w:t>Maulana, agla sawal lene se pehle ek comment parhna chahenge jo Kaleem sahib ne bheja hai Pennsylvania, USA se. unhon ne likha hai ke Maulana sahib Gulzebah sahibah CPS USA ki ek senior member hain.</w:t>
      </w:r>
    </w:p>
    <w:p>
      <w:pPr>
        <w:jc w:val="right"/>
      </w:pPr>
      <w:r>
        <w:t>مولانا، اگلا سوال لینے سے پہلے ایک کمنٹ پڑھنا چاہیں گے جو کلیم صاحب نے بھیجا ہے پینسلوینیا، یو ایس اے سے۔ انہوں نے لکھا ہے کہ مولانا صاحب گل زیبہ صاحبہ سی پی ایس یو ایس اے کی ایک سینئر ممبر ہیں۔</w:t>
      </w:r>
    </w:p>
    <w:p>
      <w:r>
        <w:rPr>
          <w:b/>
        </w:rPr>
        <w:t xml:space="preserve">[44:10] </w:t>
      </w:r>
      <w:r>
        <w:t>woh kuch arse se kuch pareshani mein mubtala hain, lekin woh bilkul pareshan nahi hain. woh Allah par mukammal bharose par hain.</w:t>
      </w:r>
    </w:p>
    <w:p>
      <w:pPr>
        <w:jc w:val="right"/>
      </w:pPr>
      <w:r>
        <w:t>وہ کچھ عرصے سے کچھ پریشانی میں مبتلا ہیں، لیکن وہ بالکل پریشان نہیں ہیں۔ وہ اللہ پر مکمل بھروسے پر ہیں۔</w:t>
      </w:r>
    </w:p>
    <w:p>
      <w:r>
        <w:rPr>
          <w:b/>
        </w:rPr>
        <w:t xml:space="preserve">[44:20] </w:t>
      </w:r>
      <w:r>
        <w:t>woh in halaat mein bhi musalsal aap ke articles par mushtamil gem of the day title se sab ko bhej rahi hain. woh aap ki ideology ki mukammal tasweer bani hui hain.</w:t>
      </w:r>
    </w:p>
    <w:p>
      <w:pPr>
        <w:jc w:val="right"/>
      </w:pPr>
      <w:r>
        <w:t>وہ ان حالات میں بھی مسلسل آپ کے آرٹیکلز پر مشتمل جیم آف دا ڈے ٹائٹل سے سب کو بھیج رہی ہیں۔ وہ آپ کی آئیڈیالوجی کی مکمل تصویر بنی ہوئی ہیں۔</w:t>
      </w:r>
    </w:p>
    <w:p>
      <w:r>
        <w:rPr>
          <w:b/>
        </w:rPr>
        <w:t xml:space="preserve">[44:33] </w:t>
      </w:r>
      <w:r>
        <w:t>is haftay aik article "khushi ka raaz" ke title ka unhon ne bheja hai. is par asar mujh par bohat hua. is ka aik hissa is tarah hai: "khushi sirf us ke liye hai jo khushi ke baghair khush rehna seekh le." is jumlay ne mujh ko khushi ka raaz bata diya hai.</w:t>
      </w:r>
    </w:p>
    <w:p>
      <w:pPr>
        <w:jc w:val="right"/>
      </w:pPr>
      <w:r>
        <w:t>اس ہفتے ایک آرٹیکل "خوشی کا راز" کے ٹائٹل کا انہوں نے بھیجا ہے۔ اس پر اثر مجھ پر بہت ہوا۔ اس کا ایک حصہ اس طرح ہے: "خوشی صرف اس کے لیے ہے جو خوشی کے بغیر خوش رہنا سیکھ جائے۔" اس جملے نے مجھ کو خوشی کا راز بتا دیا ہے۔</w:t>
      </w:r>
    </w:p>
    <w:p>
      <w:r>
        <w:rPr>
          <w:b/>
        </w:rPr>
        <w:t xml:space="preserve">[44:55] </w:t>
      </w:r>
      <w:r>
        <w:t>allah taala aap ko aur gul zeeba sahiba ko jaza-e-khair ata farmaye. maulana, agla sawal dhampur se aaya hai mehtab sahib ka, aur unhon ne likha hai ke maulana sahib, aaj kal sab se ziyada zor namazon par diya ja raha hai,</w:t>
      </w:r>
    </w:p>
    <w:p>
      <w:pPr>
        <w:jc w:val="right"/>
      </w:pPr>
      <w:r>
        <w:t>اللہ تعالیٰ آپ کو اور گل زیبہ صاحبہ کو جزائے خیر عطا فرمائے۔ مولانا، اگلا سوال دھامپور سے آیا ہے مہتاب صاحب کا، اور انہوں نے لکھا ہے کہ مولانا صاحب، آج کل سب سے زیادہ زور نمازوں پر دیا جا رہا ہے،</w:t>
      </w:r>
    </w:p>
    <w:p>
      <w:r>
        <w:rPr>
          <w:b/>
        </w:rPr>
        <w:t xml:space="preserve">[45:13] </w:t>
      </w:r>
      <w:r>
        <w:t>magar nateeja zero hai. musalman mein koi positive change nahi dikhta. aisa kyun? is ki wajah yeh hai ke namaz ka matlab le liya unhon ne form.</w:t>
      </w:r>
    </w:p>
    <w:p>
      <w:pPr>
        <w:jc w:val="right"/>
      </w:pPr>
      <w:r>
        <w:t>مگر نتیجہ زیرو ہے۔ مسلمان میں کوئی پازیٹیو چینج نہیں دکھتا۔ ایسا کیوں؟ اس کی وجہ یہ ہے کہ نماز کا مطلب لے لیا انہوں نے فارم۔</w:t>
      </w:r>
    </w:p>
    <w:p>
      <w:r>
        <w:rPr>
          <w:b/>
        </w:rPr>
        <w:t xml:space="preserve">[45:26] </w:t>
      </w:r>
      <w:r>
        <w:t>jo dua zor de rahe hain, woh form par zor de rahe hain, speed par nahi. aap in ki taqreerein parh ke suniye, in ke program mein jaiye. woh log namaz par zor rahe hain sirf form ke aitbaar se, speed ke aitbaar se nahi.</w:t>
      </w:r>
    </w:p>
    <w:p>
      <w:pPr>
        <w:jc w:val="right"/>
      </w:pPr>
      <w:r>
        <w:t>جو دعا زور دے رہے ہیں، وہ فارم پر زور دے رہے ہیں، اسپیڈ پر نہیں۔ آپ ان کی تقریریں پڑھ کے سنیے، ان کے پروگرام میں جائیے۔ وہ لوگ نماز پر زور رہے ہیں صرف فارم کے اعتبار سے، اسپیڈ کے اعتبار سے نہیں۔</w:t>
      </w:r>
    </w:p>
    <w:p>
      <w:r>
        <w:rPr>
          <w:b/>
        </w:rPr>
        <w:t xml:space="preserve">[45:41] </w:t>
      </w:r>
      <w:r>
        <w:t>aur yeh hadees mein aata hai ke "masahib amirah wa kharab min al-huda". yeh hadees hai ke aik zamana aaye ga jab ke musalmanon ki masjidain namaziyon se bhari hongi,</w:t>
      </w:r>
    </w:p>
    <w:p>
      <w:pPr>
        <w:jc w:val="right"/>
      </w:pPr>
      <w:r>
        <w:t>اور یہ حدیث میں آتا ہے کہ "مصاحب عامرہ وی خراب من الہدی"۔ یہ حدیث ہے کہ ایک زمانہ آئے گا جب کہ مسلمانوں کی مسجدیں نمازیوں سے بھری ہوں گی،</w:t>
      </w:r>
    </w:p>
    <w:p>
      <w:r>
        <w:rPr>
          <w:b/>
        </w:rPr>
        <w:t xml:space="preserve">[45:57] </w:t>
      </w:r>
      <w:r>
        <w:t>lekin hidayat se khali hongi. is ka matlab kya hai? yaani form walay namaziyon se, form walay namaziyon se bhari hongi, aur speed walay namaziyon se khali hongi.</w:t>
      </w:r>
    </w:p>
    <w:p>
      <w:pPr>
        <w:jc w:val="right"/>
      </w:pPr>
      <w:r>
        <w:t>لیکن ہدایت سے خالی ہوں گی۔ اس کا مطلب کیا ہے؟ یعنی فارم والے نمازیوں سے، فارم والے نمازیوں سے بھری ہوں گی، اور اسپیڈ والے نمازیوں سے خالی ہوں گی۔</w:t>
      </w:r>
    </w:p>
    <w:p>
      <w:r>
        <w:rPr>
          <w:b/>
        </w:rPr>
        <w:t xml:space="preserve">[46:10] </w:t>
      </w:r>
      <w:r>
        <w:t>yeh hai is ka raaz. maulana, agla sawal bhopal se bheja hai salman sahib ne, aur unhon ne likha hai: "maulana, you have always referred to Hudaybiyyah agreement as peace agreement.</w:t>
      </w:r>
    </w:p>
    <w:p>
      <w:pPr>
        <w:jc w:val="right"/>
      </w:pPr>
      <w:r>
        <w:t>یہ ہے اس کا راز۔ مولانا، اگلا سوال بھوپال سے بھیجا ہے سلمان صاحب نے، اور انہوں نے لکھا ہے: "مولانا، یو ہیو آلویز ریفرڈ ٹو حدیبیہ ایگریمنٹ ایز پیس ایگریمنٹ۔</w:t>
      </w:r>
    </w:p>
    <w:p>
      <w:r>
        <w:rPr>
          <w:b/>
        </w:rPr>
        <w:t xml:space="preserve">[46:24] </w:t>
      </w:r>
      <w:r>
        <w:t>the lesson from it is as clear as day is after night. however, when we talk to muslim brothers, they always referred to verses or hadith pertaining to war to justify the violence in the name of Islam.</w:t>
      </w:r>
    </w:p>
    <w:p>
      <w:pPr>
        <w:jc w:val="right"/>
      </w:pPr>
      <w:r>
        <w:t>دا لیسن فرام اٹ از ایز کلیئر ایز ڈے از آفٹر نائٹ۔ ہاؤ ایور، وین وی ٹاک ٹو مسلم برادرز، دے آلویز ریفرڈ ٹو ورسز اور حدیث پرٹیننگ ٹو وار ٹو جسٹیفائی دا وائلنس ان دا نیم آف اسلام۔</w:t>
      </w:r>
    </w:p>
    <w:p>
      <w:r>
        <w:rPr>
          <w:b/>
        </w:rPr>
        <w:t xml:space="preserve">[46:41] </w:t>
      </w:r>
      <w:r>
        <w:t>why is it so difficult for them that they give no importance to Hudaybiyyah treaty? what is the reason for this, mol</w:t>
      </w:r>
    </w:p>
    <w:p>
      <w:pPr>
        <w:jc w:val="right"/>
      </w:pPr>
      <w:r>
        <w:t>وائی از اٹ سو ڈیفیکلٹ فار دیم دیٹ دے گیو نو امپورٹنس ٹو حدیبیہ ٹریٹی؟ واٹ از دا ریزن فار دس، مول</w:t>
      </w:r>
    </w:p>
    <w:p>
      <w:r>
        <w:rPr>
          <w:b/>
        </w:rPr>
        <w:t xml:space="preserve">[46:49] </w:t>
      </w:r>
      <w:r>
        <w:t>ana sahib?" dekhiye, aap ne koi hadees to naqal nahi ki, to mein batata hoon aap ko. musalmanon ka mizaj yeh hai ke apne maqsad ke liye aayaton aur hadeeson ko tor maror kar pesh karte hain.</w:t>
      </w:r>
    </w:p>
    <w:p>
      <w:pPr>
        <w:jc w:val="right"/>
      </w:pPr>
      <w:r>
        <w:t>انا صاحب؟" دیکھیں، آپ نے کوئی حدیث تو نقل نہیں کی، تو میں بتاتا ہوں آپ کو۔ مسلمانوں کا مزاج یہ ہے کہ اپنے مقصد کے لیے آیتوں اور حدیثوں کو توڑ مروڑ کر پیش کرتے ہیں۔</w:t>
      </w:r>
    </w:p>
    <w:p>
      <w:r>
        <w:rPr>
          <w:b/>
        </w:rPr>
        <w:t xml:space="preserve">[47:02] </w:t>
      </w:r>
      <w:r>
        <w:t>aap koi ayat, koi hadees batayein to mein us ka wazahat karunga is ki ke jo aayatein ya jo hadeesein yeh log jang ke liye pesh karte hain, woh sab tor maror kar hoti hain, distorted way hoti hain, sahi sadak par nahi hoti.</w:t>
      </w:r>
    </w:p>
    <w:p>
      <w:pPr>
        <w:jc w:val="right"/>
      </w:pPr>
      <w:r>
        <w:t>آپ کوئی آیت، کوئی حدیث بتائیں تو میں اس کا وضاحت کروں گا اس کی کہ جو آیتیں یا جو حدیثیں یہ لوگ جنگ کے لیے پیش کرتے ہیں، وہ سب توڑ مروڑ کر ہوتی ہیں، ڈسٹارٹرڈ وے ہوتی ہیں، صحیح سڑک پر نہیں ہوتی۔</w:t>
      </w:r>
    </w:p>
    <w:p>
      <w:r>
        <w:rPr>
          <w:b/>
        </w:rPr>
        <w:t xml:space="preserve">[47:17] </w:t>
      </w:r>
      <w:r>
        <w:t>okay, before we move on to the next question, we would like to tell all the viewers, particularly from the Pakistan area, that the Pakistan team has participated in the book fair which is going on currently at Islamabad, and today is the last day of the book fair.</w:t>
      </w:r>
    </w:p>
    <w:p>
      <w:pPr>
        <w:jc w:val="right"/>
      </w:pPr>
      <w:r>
        <w:t>اوکے، بیفور وی موو آن ٹو دا نیکسٹ کوئسچن، وی وڈ لائک ٹو ٹیل آل دا ویورز، پرٹیکولرلی فرام دی پاکستان ایریا، دیٹ دی پاکستان ٹیم ہیز پارٹیسپیٹڈ ان دا بک فیئر وچ از گوئنگ آن کرنٹلی ایٹ اسلام آباد، اینڈ ٹوڈے از دا لاسٹ ڈے آف دا بک فیئر۔</w:t>
      </w:r>
    </w:p>
    <w:p>
      <w:r>
        <w:rPr>
          <w:b/>
        </w:rPr>
        <w:t xml:space="preserve">[47:36] </w:t>
      </w:r>
      <w:r>
        <w:t>so all those people who want to buy Maulana sahib's books, particularly his recent publications, can go to stall number 39 at Pak China Friendship Centre.</w:t>
      </w:r>
    </w:p>
    <w:p>
      <w:pPr>
        <w:jc w:val="right"/>
      </w:pPr>
      <w:r>
        <w:t>سو آل دوز پیپل ہو وانٹ ٹو بائے مولانا صاحبز بک، پرٹیکولرلی ہز ریسنٹ پبلیکیشنز، کین گو ٹو سٹال نمبر 39 ایٹ پاک چائنا فرینڈشپ سینٹر۔</w:t>
      </w:r>
    </w:p>
    <w:p>
      <w:r>
        <w:rPr>
          <w:b/>
        </w:rPr>
        <w:t xml:space="preserve">[47:48] </w:t>
      </w:r>
      <w:r>
        <w:t>you can contact there Tariq Badar sahib, Saifullah sahib, Tariq Habib sahib, and sister Shabana Ansari to get books of Maulana sahib.</w:t>
      </w:r>
    </w:p>
    <w:p>
      <w:pPr>
        <w:jc w:val="right"/>
      </w:pPr>
      <w:r>
        <w:t>یو کین کانٹیکٹ دیر طارق بدر صاحب، سائف اللہ صاحب، طارق حبیب صاحب، اینڈ سسٹر شبانہ انصاری ٹو گیٹ بکس آف مولانا صاحب۔</w:t>
      </w:r>
    </w:p>
    <w:p>
      <w:r>
        <w:rPr>
          <w:b/>
        </w:rPr>
        <w:t xml:space="preserve">[48:01] </w:t>
      </w:r>
      <w:r>
        <w:t>maulana, agla sawal aaya hai ahmedabad se abdullah sahib ne kiya hai, aur unhon ne likha hai: "maulana, in the present times natural calamities like earthquakes, floods have increased in number across the world.</w:t>
      </w:r>
    </w:p>
    <w:p>
      <w:pPr>
        <w:jc w:val="right"/>
      </w:pPr>
      <w:r>
        <w:t>مولانا، اگلا سوال آیا ہے احمد آباد سے عبداللہ صاحب نے کیا ہے، اور انہوں نے لکھا ہے: "مولانا، ان دا پریزنٹ ٹائمز نیچرل کلیمٹیز لائک ارتھ کویکس، فلڈز ہیو انکریز ان نمبر اکراس دا ورلڈ۔</w:t>
      </w:r>
    </w:p>
    <w:p>
      <w:r>
        <w:rPr>
          <w:b/>
        </w:rPr>
        <w:t xml:space="preserve">[48:18] </w:t>
      </w:r>
      <w:r>
        <w:t>is this a sign of God that he is unhappy from mankind and sending out signals so that we can mend our ways? what is your op</w:t>
      </w:r>
    </w:p>
    <w:p>
      <w:pPr>
        <w:jc w:val="right"/>
      </w:pPr>
      <w:r>
        <w:t>از دس ا سائن آف گاڈ دیٹ ہی از ان ہیپی فرام مین کائنڈ اینڈ سینڈنگ آؤٹ سگنلز سو دیٹ وی کین مینڈ آؤٹ ویز؟ واٹ از یور اوپ</w:t>
      </w:r>
    </w:p>
    <w:p>
      <w:r>
        <w:rPr>
          <w:b/>
        </w:rPr>
        <w:t xml:space="preserve">[48:28] </w:t>
      </w:r>
      <w:r>
        <w:t>inion?" earthquake barhne ka hai. pehle media nahi hota tha. nahi to dekhiye, science ki research ke mutabiq har din pachas earthquake hotay hain.</w:t>
      </w:r>
    </w:p>
    <w:p>
      <w:pPr>
        <w:jc w:val="right"/>
      </w:pPr>
      <w:r>
        <w:t>ینین؟" ارتھ کویک بڑھنے کا ہے۔ پہلے میڈیا نہیں ہوتا تھا۔ نہیں تو دیکھیں، سائنس کی ریسرچ کے مطابق ہر دن پچاس ارتھ کویک ہوتے ہیں۔</w:t>
      </w:r>
    </w:p>
    <w:p>
      <w:r>
        <w:rPr>
          <w:b/>
        </w:rPr>
        <w:t xml:space="preserve">[48:41] </w:t>
      </w:r>
      <w:r>
        <w:t>ziyadah tar woh yaani marjar tremble ki shakal mein hotay hain, yaani halka zalzala.</w:t>
      </w:r>
    </w:p>
    <w:p>
      <w:pPr>
        <w:jc w:val="right"/>
      </w:pPr>
      <w:r>
        <w:t>زیادہ تر وہ یعنی مارجر ٹریبل کی شکل میں ہوتے ہیں، یعنی ہلکا زلزلہ۔</w:t>
      </w:r>
    </w:p>
    <w:p>
      <w:r>
        <w:rPr>
          <w:b/>
        </w:rPr>
        <w:t xml:space="preserve">[48:51] </w:t>
      </w:r>
      <w:r>
        <w:t>kyun ke zameen ke andar aik bohat bara movement hai, gulbah laav ka, us ki wajah se yeh tremble aata hai.</w:t>
      </w:r>
    </w:p>
    <w:p>
      <w:pPr>
        <w:jc w:val="right"/>
      </w:pPr>
      <w:r>
        <w:t>کیونکہ زمین کے اندر ایک بہت بڑا موومنٹ ہے، گلبہ لاؤ کا، اس کی وجہ سے یہ ٹریبل آتا ہے۔</w:t>
      </w:r>
    </w:p>
    <w:p>
      <w:r>
        <w:rPr>
          <w:b/>
        </w:rPr>
        <w:t xml:space="preserve">[49:02] </w:t>
      </w:r>
      <w:r>
        <w:t>to har din pachas taqreeban aata hai, saal bhar aata rehta hai. yeh hai warning ke liye. pehle bhi tha, ab bhi hai.</w:t>
      </w:r>
    </w:p>
    <w:p>
      <w:pPr>
        <w:jc w:val="right"/>
      </w:pPr>
      <w:r>
        <w:t>تو ہر دن پچاس تقریباً آتا ہے، سال بھر آتا رہتا ہے۔ یہ ہے وارننگ کے لیے۔ پہلے بھی تھا، اب بھی ہے۔</w:t>
      </w:r>
    </w:p>
    <w:p>
      <w:r>
        <w:rPr>
          <w:b/>
        </w:rPr>
        <w:t xml:space="preserve">[49:13] </w:t>
      </w:r>
      <w:r>
        <w:t>warning ke liye ke yeh duniya mein tumhari jo di gayi hai, yeh tumhari duniya ki raunaqe'n hain, hamesha nahi rahengi. yeh sab khatm ho jayega, naya daur aayega, nayi duniya banayi jayegi.</w:t>
      </w:r>
    </w:p>
    <w:p>
      <w:pPr>
        <w:jc w:val="right"/>
      </w:pPr>
      <w:r>
        <w:t>وارننگ کے لیے کہ یہ دنیا میں تمہاری جو دی گئی ہے، یہ تمہاری دنیا کی رونقیں ہیں، ہمیشہ نہیں رہیں گی۔ یہ سب ختم ہو جائے گا، نیا دور آئے گا، نئی دنیا بنائی جائے گی۔</w:t>
      </w:r>
    </w:p>
    <w:p>
      <w:r>
        <w:rPr>
          <w:b/>
        </w:rPr>
        <w:t xml:space="preserve">[49:26] </w:t>
      </w:r>
      <w:r>
        <w:t>to yeh hai reminder. yeh reminder hai aur is ke siwa kuch nahi hai. yeh azaab nahi hai.</w:t>
      </w:r>
    </w:p>
    <w:p>
      <w:pPr>
        <w:jc w:val="right"/>
      </w:pPr>
      <w:r>
        <w:t>تو یہ ہے ریمائنڈر۔ یہ ریمائنڈر ہے اور اس کے سوا کچھ نہیں ہے۔ یہ عذاب نہیں ہے۔</w:t>
      </w:r>
    </w:p>
    <w:p>
      <w:r>
        <w:rPr>
          <w:b/>
        </w:rPr>
        <w:t xml:space="preserve">[49:35] </w:t>
      </w:r>
      <w:r>
        <w:t>kuch log is ko azaab batate hain, azaab nahi, yeh reminder hai. maulana, agla sawal lene se pehle do comments parhna chahenge. pehla comment bheja hai ajmer se doctor safina tabassum ne.</w:t>
      </w:r>
    </w:p>
    <w:p>
      <w:pPr>
        <w:jc w:val="right"/>
      </w:pPr>
      <w:r>
        <w:t>کچھ لوگ اس کو عذاب بتاتے ہیں، عذاب نہیں، یہ ریمائنڈر ہے۔ مولانا، اگلا سوال لینے سے پہلے دو کمنٹس پڑھنا چاہیں گے۔ پہلا کمنٹ بھیجا ہے اجمیر سے ڈاکٹر سفینہ تبسم نے۔</w:t>
      </w:r>
    </w:p>
    <w:p>
      <w:r>
        <w:rPr>
          <w:b/>
        </w:rPr>
        <w:t xml:space="preserve">[49:47] </w:t>
      </w:r>
      <w:r>
        <w:t>unhon ne likha hai ke: "very rational thinking Maulana sahib, that being a muslim is not a matter of pride, it is a matter of responsibility." agla comment bheja hai faraz ahmed sahib ne, aur unhon ne likha hai ke: "u turn is a tauba and very well explained Maulana sahib, and I completely agree with you." mashallah.</w:t>
      </w:r>
    </w:p>
    <w:p>
      <w:pPr>
        <w:jc w:val="right"/>
      </w:pPr>
      <w:r>
        <w:t>انہوں نے لکھا ہے کہ: "ویری ریشنل تھنکنگ مولانا صاحب، دیٹ بینگ ا مسلم از ناٹ ا میٹر آف پرائیڈ، اٹ از ا میٹر آف رسپانسبیلٹی۔" اگلا کمنٹ بھیجا ہے فراز احمد صاحب نے، اور انہوں نے لکھا ہے کہ: "یو ٹرن از ا توبہ اینڈ ویری ویل ایکسپلینڈ مولانا صاحب، اینڈ آئی کمپلیٹلی ایگری ود یو۔" ماشاءاللہ۔</w:t>
      </w:r>
    </w:p>
    <w:p>
      <w:r>
        <w:rPr>
          <w:b/>
        </w:rPr>
        <w:t xml:space="preserve">[50:15] </w:t>
      </w:r>
      <w:r>
        <w:t>maulana, agla sawal bheja hai ikramullah dutani sahib ne, aur unhon ne likha hai ke: "maulana, why are you always against innocent muslims and openly support the infidel ideology?"</w:t>
      </w:r>
    </w:p>
    <w:p>
      <w:pPr>
        <w:jc w:val="right"/>
      </w:pPr>
      <w:r>
        <w:t>مولانا، اگلا سوال بھیجا ہے اکرام اللہ دوتانی صاحب نے، اور انہوں نے لکھا ہے کہ: "مولانا، وائی آر یو آلویز اگینسٹ انوسنٹ مسلمز اینڈ اوپنلی سپورٹ دا انفیڈل آئیڈیالوجی؟"</w:t>
      </w:r>
    </w:p>
    <w:p>
      <w:r>
        <w:rPr>
          <w:b/>
        </w:rPr>
        <w:t xml:space="preserve">[50:30] </w:t>
      </w:r>
      <w:r>
        <w:t>yeh to bilkul yani koi sar be base baat hai. ab aap mera article ka reference dijiye.</w:t>
      </w:r>
    </w:p>
    <w:p>
      <w:pPr>
        <w:jc w:val="right"/>
      </w:pPr>
      <w:r>
        <w:t>یہ تو بالکل یعنی کوئی سر بے بیس بات ہے۔ اب آپ میرا آرٹیکل کا ریفرنس دیجئے۔</w:t>
      </w:r>
    </w:p>
    <w:p>
      <w:r>
        <w:rPr>
          <w:b/>
        </w:rPr>
        <w:t xml:space="preserve">[50:40] </w:t>
      </w:r>
      <w:r>
        <w:t>kahan se aap ne nikal liya aap ke? yeh to aap ka ek meri taraf ghalat bhi attribute kar rahe hain. mujhe bataiye kis article mein aisa hai?</w:t>
      </w:r>
    </w:p>
    <w:p>
      <w:pPr>
        <w:jc w:val="right"/>
      </w:pPr>
      <w:r>
        <w:t>کہاں سے آپ نے نکال لیا آپ کے؟ یہ تو آپ کا ایک میری طرف غلط بھی ایٹریبیوٹ کر رہے ہیں۔ مجھے بتائیے کس آرٹیکل میں ایسا ہے؟</w:t>
      </w:r>
    </w:p>
    <w:p>
      <w:r>
        <w:rPr>
          <w:b/>
        </w:rPr>
        <w:t xml:space="preserve">[50:48] </w:t>
      </w:r>
      <w:r>
        <w:t>bataiye. main sachai ko support karta hoon aur false foot ke khilaf hoon. sun lijiye, main hamesha sachai ko support karta hoon aur false foot ke khilaf hoon.</w:t>
      </w:r>
    </w:p>
    <w:p>
      <w:pPr>
        <w:jc w:val="right"/>
      </w:pPr>
      <w:r>
        <w:t>بتائیے۔ میں سچائی کو سپورٹ کرتا ہوں اور فالس فوٹ کے خلاف ہوں۔ سن لیجئے، میں ہمیشہ سچائی کو سپورٹ کرتا ہوں اور فالس فوٹ کے خلاف ہوں۔</w:t>
      </w:r>
    </w:p>
    <w:p>
      <w:r>
        <w:rPr>
          <w:b/>
        </w:rPr>
        <w:t xml:space="preserve">[51:01] </w:t>
      </w:r>
      <w:r>
        <w:t>yeh jo aap ne farmaya, yeh to aap ki apni soch hai jis ki koi na aap ne koi reference diya hai, na koi koi de sakte hain koi reference.</w:t>
      </w:r>
    </w:p>
    <w:p>
      <w:pPr>
        <w:jc w:val="right"/>
      </w:pPr>
      <w:r>
        <w:t>یہ جو آپ نے فرمایا، یہ تو آپ کی اپنی سوچ ہے جس کی کوئی نہ آپ نے کوئی ریفرنس دیا ہے، نہ کوئی کوئی دے سکتے ہیں کوئی ریفرنس۔</w:t>
      </w:r>
    </w:p>
    <w:p>
      <w:r>
        <w:rPr>
          <w:b/>
        </w:rPr>
        <w:t xml:space="preserve">[51:11] </w:t>
      </w:r>
      <w:r>
        <w:t>maulana, unhon ne shayad aaj ke talk mein jo aap ne hudaybiyah treaty ke baad aap ne jo zikr kiya ke rehbaron ki ghalati hai, to shayad is se unhon ne is ko misunderstand kiya hai.</w:t>
      </w:r>
    </w:p>
    <w:p>
      <w:pPr>
        <w:jc w:val="right"/>
      </w:pPr>
      <w:r>
        <w:t>مولانا، انہوں نے شاید آج کے ٹاک میں جو آپ نے حدیبیہ ٹریٹی کے بعد آپ نے جو ذکر کیا کہ رہنماؤں کی غلطی ہے، تو شاید اس سے انہوں نے اس کو مس انڈرسٹینڈ کیا ہے۔</w:t>
      </w:r>
    </w:p>
    <w:p>
      <w:r>
        <w:rPr>
          <w:b/>
        </w:rPr>
        <w:t xml:space="preserve">[51:22] </w:t>
      </w:r>
      <w:r>
        <w:t>yeh to agar kiya hai to main example doon. example doon. sawal yeh hai ke hamare rehbar jo hain, kyun aisa kar rahe hain ke daur to peace ka hai aur ja ke baat karte hain?</w:t>
      </w:r>
    </w:p>
    <w:p>
      <w:pPr>
        <w:jc w:val="right"/>
      </w:pPr>
      <w:r>
        <w:t>یہ تو اگر کیا ہے تو میں ایگزیمپل دیں۔ ایگزیمپل دیں۔ سوال یہ ہے کہ ہمارے رہنما جو ہیں، کیوں ایسا کر رہے ہیں کہ دور تو پیس کا ہے اور جا کے بات کرتے ہیں؟</w:t>
      </w:r>
    </w:p>
    <w:p>
      <w:r>
        <w:rPr>
          <w:b/>
        </w:rPr>
        <w:t xml:space="preserve">[51:37] </w:t>
      </w:r>
      <w:r>
        <w:t>aap aap is ko mujhe bataiye, yani reference ke zariye bataiye. reference ke zariye bataiye. jab tak aap reference na dein, misaal na dein, tab tak is baat ki koi value nahi hai,</w:t>
      </w:r>
    </w:p>
    <w:p>
      <w:pPr>
        <w:jc w:val="right"/>
      </w:pPr>
      <w:r>
        <w:t>آپ آپ اس کو مجھے بتائیے، یعنی ریفرنس کے ذریعے بتائیے۔ ریفرنس کے ذریعے بتائیے۔ جب تک آپ ریفرنس نہ دیں، مثال نہ دیں، تب تک اس بات کی کوئی ویلیو نہیں ہے،</w:t>
      </w:r>
    </w:p>
    <w:p>
      <w:r>
        <w:rPr>
          <w:b/>
        </w:rPr>
        <w:t xml:space="preserve">[51:52] </w:t>
      </w:r>
      <w:r>
        <w:t>koi weight nahi hai is ka. maulana, agla sawal lete hain jo zakariya fazil sahib ne bheja hai. unhon ne likha hai ke: "islam and muslims are going through one of the toughest time ever.</w:t>
      </w:r>
    </w:p>
    <w:p>
      <w:pPr>
        <w:jc w:val="right"/>
      </w:pPr>
      <w:r>
        <w:t>کوئی ویٹ نہیں ہے اس کا۔ مولانا، اگلا سوال لیتے ہیں جو زکاریہ فضیل صاحب نے بھیجا ہے۔ انہوں نے لکھا ہے کہ: "اسلام اینڈ مسلمز آر گوئنگ تھرو ون آف دا ٹفیسٹ ٹائم ایور۔</w:t>
      </w:r>
    </w:p>
    <w:p>
      <w:r>
        <w:rPr>
          <w:b/>
        </w:rPr>
        <w:t xml:space="preserve">[52:05] </w:t>
      </w:r>
      <w:r>
        <w:t>any suggestion to get through this situation and be as respected as we all were before?"</w:t>
      </w:r>
    </w:p>
    <w:p>
      <w:pPr>
        <w:jc w:val="right"/>
      </w:pPr>
      <w:r>
        <w:t>اینی سجیشن ٹو گیٹ تھرو دس سچویشن اینڈ بی ایز ریسپیکٹڈ ایز وی آل وار بیفور؟</w:t>
      </w:r>
    </w:p>
    <w:p>
      <w:r>
        <w:rPr>
          <w:b/>
        </w:rPr>
        <w:t xml:space="preserve">[52:13] </w:t>
      </w:r>
      <w:r>
        <w:t>" main is ko nahi manta. toughest time nahi hai, best time hai. kahan toughest time hai?</w:t>
      </w:r>
    </w:p>
    <w:p>
      <w:pPr>
        <w:jc w:val="right"/>
      </w:pPr>
      <w:r>
        <w:t>" میں اس کو نہیں مانتا۔ ٹفیسٹ ٹائم نہیں ہے، بیسٹ ٹائم ہے۔ کہاں ٹفیسٹ ٹائم ہے؟</w:t>
      </w:r>
    </w:p>
    <w:p>
      <w:r>
        <w:rPr>
          <w:b/>
        </w:rPr>
        <w:t xml:space="preserve">[52:23] </w:t>
      </w:r>
      <w:r>
        <w:t>main ek parhta hoon, hyderabad mein tha, ek jalsa tha musalmanon ka, yahi baat kahi gayi thi. to unhon ne kaha yahan itne sare log hain, koi ek shakhs khara ho kar kahe ke 47 se pehle is ki family bohat achhe halat mein thi, aaj barbaad halat mein hai.</w:t>
      </w:r>
    </w:p>
    <w:p>
      <w:pPr>
        <w:jc w:val="right"/>
      </w:pPr>
      <w:r>
        <w:t>میں ایک پڑھتا ہوں، حیدرآباد میں تھا، ایک جلسہ تھا مسلمانوں کا، یہی بات کہی گئی تھی۔ تو انہوں نے کہا یہاں اتنے سارے لوگ ہیں، کوئی ایک شخص کھڑا ہو کر کہے کہ 47 سے پہلے اس کی فیملی بہت اچھے حالت میں تھی، آج برباد حالت میں ہے۔</w:t>
      </w:r>
    </w:p>
    <w:p>
      <w:r>
        <w:rPr>
          <w:b/>
        </w:rPr>
        <w:t xml:space="preserve">[52:40] </w:t>
      </w:r>
      <w:r>
        <w:t>ek ek ek shakhs hi khara hua to toughest kahan hai? time hai. har family jo hai, aaj pehle se behtar hai. har family pehle se behtar hai.</w:t>
      </w:r>
    </w:p>
    <w:p>
      <w:pPr>
        <w:jc w:val="right"/>
      </w:pPr>
      <w:r>
        <w:t>ایک ایک ایک شخص ہی کھڑا ہوا تو ٹفیسٹ کہاں ہے؟ ٹائم ہے۔ ہر فیملی جو ہے، آج پہلے سے بہتر ہے۔ ہر فیملی پہلے سے بہتر ہے۔</w:t>
      </w:r>
    </w:p>
    <w:p>
      <w:r>
        <w:rPr>
          <w:b/>
        </w:rPr>
        <w:t xml:space="preserve">[52:49] </w:t>
      </w:r>
      <w:r>
        <w:t>har masjid, har madrasa pehle se behtar hai. yeh kahan toughest kahan hai? yeh to ek ek rumour hai. kisi masjid mein jaiye, kisi madrasa mein jaiye, shandar buildingen ban rahi hain, pehle zyada student hain, pehle zyada un ke paas paisa hai,</w:t>
      </w:r>
    </w:p>
    <w:p>
      <w:pPr>
        <w:jc w:val="right"/>
      </w:pPr>
      <w:r>
        <w:t>ہر مسجد، ہر مدرسہ پہلے سے بہتر ہے۔ یہ کہاں ٹفیسٹ کہاں ہے؟ یہ تو ایک ایک ریومر ہے۔ کسی مسجد میں جائیے، کسی مدرسے میں جائیے، شاندار بلڈنگیں بن رہی ہیں، پہلے زیادہ اسٹوڈنٹ ہیں، پہلے زیادہ ان کے پاس پیسہ ہے،</w:t>
      </w:r>
    </w:p>
    <w:p>
      <w:r>
        <w:rPr>
          <w:b/>
        </w:rPr>
        <w:t xml:space="preserve">[53:05] </w:t>
      </w:r>
      <w:r>
        <w:t>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p>
    <w:p>
      <w:pPr>
        <w:jc w:val="right"/>
      </w:pPr>
      <w:r>
        <w:t>بڑے بڑے جلسے کر رہے ہیں۔ ٹفیسٹ کہاں ہے؟ یہ تو یہ تو بس ریومر ہے۔ ٹفیسٹ بیسٹ ٹائم ہے، یہ بیسٹ ٹائم ہے۔ مولانا، اکثر مسلمان اس لیے ٹفیسٹ ٹائم کہتے ہیں کیونکہ ہر جگہ میڈیا میں اسلام کو ایز ا ریلیجن آف وائلنس بتایا جا رہا ہے اور مسلمانوں کو مسلمان محسوس کرتے ہیں کہ ان کو ٹارگٹ کیا جا رہا ہے۔</w:t>
      </w:r>
    </w:p>
    <w:p>
      <w:r>
        <w:rPr>
          <w:b/>
        </w:rPr>
        <w:t xml:space="preserve">[53:29] </w:t>
      </w:r>
      <w:r>
        <w:t>to is sense mein woh toughest time mante hain is ko. koi media yeh nahi kehta ke yeh islam is religion of violence.</w:t>
      </w:r>
    </w:p>
    <w:p>
      <w:pPr>
        <w:jc w:val="right"/>
      </w:pPr>
      <w:r>
        <w:t>تو اس سینس میں وہ ٹفیسٹ ٹائم مانتے ہیں اس کو۔ کوئی میڈیا یہ نہیں کہتا کہ یہ اسلام از ریلیجن آف وائلنس۔</w:t>
      </w:r>
    </w:p>
    <w:p>
      <w:r>
        <w:rPr>
          <w:b/>
        </w:rPr>
        <w:t xml:space="preserve">[53:38] </w:t>
      </w:r>
      <w:r>
        <w:t>woh khabron ko chhapta hai, aap news create karte hain, woh chhapta hai. aap bataiye kaun sa media hai jo yeh kehta hai ke islam is religion of violence?</w:t>
      </w:r>
    </w:p>
    <w:p>
      <w:pPr>
        <w:jc w:val="right"/>
      </w:pPr>
      <w:r>
        <w:t>وہ خبروں کو چھاپتا ہے، آپ نیوز کریٹ کرتے ہیں، وہ چھاپتا ہے۔ آپ بتائیے کون سا میڈیا ہے جو یہ کہتا ہے کہ اسلام از ریلیجن آف وائلنس؟</w:t>
      </w:r>
    </w:p>
    <w:p>
      <w:r>
        <w:rPr>
          <w:b/>
        </w:rPr>
        <w:t xml:space="preserve">[53:47] </w:t>
      </w:r>
      <w:r>
        <w:t>kaun kehta hai woh? woh khabrein chhapte hain to aap khabrein create mat kijiye, aap bomb mat mariye, aap gun kachar mat chalaiye. to media jo hai, woh news agency hai.</w:t>
      </w:r>
    </w:p>
    <w:p>
      <w:pPr>
        <w:jc w:val="right"/>
      </w:pPr>
      <w:r>
        <w:t>کون کہتا ہے وہ؟ وہ خبریں چھاپتے ہیں تو آپ خبریں کریٹ مت کیجئے، آپ بم مت ماریے، آپ گن کچر مت چلائیے۔ تو میڈیا جو ہے، وہ نیوز ایجنسی ہے۔</w:t>
      </w:r>
    </w:p>
    <w:p>
      <w:r>
        <w:rPr>
          <w:b/>
        </w:rPr>
        <w:t xml:space="preserve">[54:03] </w:t>
      </w:r>
      <w:r>
        <w:t>news agency, woh koi fatwa dena engineer ka kaam nahi hai. to aap news create karte hain to news aati hai, news mat create kiye to nahi aayegi.</w:t>
      </w:r>
    </w:p>
    <w:p>
      <w:pPr>
        <w:jc w:val="right"/>
      </w:pPr>
      <w:r>
        <w:t>نیوز ایجنسی، وہ کوئی فتویٰ دینا انجینئر کا کام نہیں ہے۔ تو آپ نیوز کریٹ کرتے ہیں تو نیوز آتی ہے، نیوز مت کریٹ کیے تو نہیں آئے گی۔</w:t>
      </w:r>
    </w:p>
    <w:p>
      <w:r>
        <w:rPr>
          <w:b/>
        </w:rPr>
        <w:t xml:space="preserve">[54:12] </w:t>
      </w:r>
      <w:r>
        <w:t>misal ke taur par hum chala rahe hain, hamara mission hai, hum bomb nahi marte to hamare paas aisa koi news nahi aati. maulana, agla sawal delhi se kiya hai ajay dwivedi sahib ne, aur unhon ne likha hai:</w:t>
      </w:r>
    </w:p>
    <w:p>
      <w:pPr>
        <w:jc w:val="right"/>
      </w:pPr>
      <w:r>
        <w:t>مثلاً ہم چلا رہے ہیں، ہمارا مشن ہے، ہم بم نہیں مارتے تو ہمارے پاس ایسا کوئی نیوز نہیں آتی۔ مولانا، اگلا سوال دلی سے کیا ہے اجے دیوییدی صاحب نے، اور انہوں نے لکھا ہے:</w:t>
      </w:r>
    </w:p>
    <w:p>
      <w:r>
        <w:rPr>
          <w:b/>
        </w:rPr>
        <w:t xml:space="preserve">[54:26] </w:t>
      </w:r>
      <w:r>
        <w:t>"maulana, it is said that islam is the creator of modern age. shouldn't muslims take pride in their contribution to the world?</w:t>
      </w:r>
    </w:p>
    <w:p>
      <w:pPr>
        <w:jc w:val="right"/>
      </w:pPr>
      <w:r>
        <w:t>"مولانا، اٹ از سیڈ دیٹ اسلام از دی کریٹر آف ماڈرن ایج۔ شوڈنٹ مسلمز ٹیک پرائیڈ ان دیر کنٹریبیوشن ٹو دا ورلڈ؟</w:t>
      </w:r>
    </w:p>
    <w:p>
      <w:r>
        <w:rPr>
          <w:b/>
        </w:rPr>
        <w:t xml:space="preserve">[54:36] </w:t>
      </w:r>
      <w:r>
        <w:t>also, how to differentiate between pride and being arrogant?" arrogance jo hai, ek community ka phenomena hai. main ne kabhi community ki baat nahi ki hai, main ne ideology ki baat ki hai.</w:t>
      </w:r>
    </w:p>
    <w:p>
      <w:pPr>
        <w:jc w:val="right"/>
      </w:pPr>
      <w:r>
        <w:t>آل سو، ہاؤ ٹو ڈیفرنشیٹ بٹوین پرائیڈ اینڈ بینگ ایروگنٹ؟" ایروگنس جو ہے، ایک کمیونٹی کا فینامینا ہے۔ میں نے کبھی کمیونٹی کی بات نہیں کی ہے، میں نے آئیڈیالوجی کی بات کی ہے۔</w:t>
      </w:r>
    </w:p>
    <w:p>
      <w:r>
        <w:rPr>
          <w:b/>
        </w:rPr>
        <w:t xml:space="preserve">[54:51] </w:t>
      </w:r>
      <w:r>
        <w:t>ideology ka phenomena hai, koi ideology nahi farq karti. duniya mein koi ideology nahi jo farq kare.</w:t>
      </w:r>
    </w:p>
    <w:p>
      <w:pPr>
        <w:jc w:val="right"/>
      </w:pPr>
      <w:r>
        <w:t>آئیڈیالوجی کا فینامینا ہے، کوئی آئیڈیالوجی نہیں فرق کرتی۔ دنیا میں کوئی آئیڈیالوجی نہیں جو فرق کرے۔</w:t>
      </w:r>
    </w:p>
    <w:p>
      <w:r>
        <w:rPr>
          <w:b/>
        </w:rPr>
        <w:t xml:space="preserve">[55:01] </w:t>
      </w:r>
      <w:r>
        <w:t>ya is ko achhi tarah yaad rakhiye ke pride is phenomena of community, is not phenomena of ideology. main ideology of tauheed ki baat karta hoon, musalmanon ki baat nahi karta.</w:t>
      </w:r>
    </w:p>
    <w:p>
      <w:pPr>
        <w:jc w:val="right"/>
      </w:pPr>
      <w:r>
        <w:t>یا اس کو اچھی طرح یاد رکھیے کہ پرائیڈ از فینامینا آف کمیونٹی، از ناٹ فینامینا آف آئیڈیالوجی۔ میں آئیڈیالوجی آف توحید کی بات کرتا ہوں، مسلمانوں کی بات نہیں کرتا۔</w:t>
      </w:r>
    </w:p>
    <w:p>
      <w:r>
        <w:rPr>
          <w:b/>
        </w:rPr>
        <w:t xml:space="preserve">[55:13] </w:t>
      </w:r>
      <w:r>
        <w:t>main to farq kaise paida hoga? the difference between ideology and community. jo kuch main ne likha hai, woh yeh hai ke ideology of tauheed ki wajah se duniya mein waqea pesh aaya hai.</w:t>
      </w:r>
    </w:p>
    <w:p>
      <w:pPr>
        <w:jc w:val="right"/>
      </w:pPr>
      <w:r>
        <w:t>میں تو فرق کیسے پیدا ہوگا؟ دی ڈیفرنس بٹوین آئیڈیالوجی اینڈ کمیونٹی۔ جو کچھ میں نے لکھا ہے، وہ یہ ہے کہ آئیڈیالوجی آف توحید کی وجہ سے دنیا میں واقعہ پیش آیا ہے۔</w:t>
      </w:r>
    </w:p>
    <w:p>
      <w:r>
        <w:rPr>
          <w:b/>
        </w:rPr>
        <w:t xml:space="preserve">[55:27] </w:t>
      </w:r>
      <w:r>
        <w:t>muslim community ka to mein ne kabhi nahi kaha. Yaani mein ne jo baat kahi hai, woh ideology of tauheed ke bare mein hai, muslim community ke bare mein nahi hai.</w:t>
      </w:r>
    </w:p>
    <w:p>
      <w:pPr>
        <w:jc w:val="right"/>
      </w:pPr>
      <w:r>
        <w:t>مسلم کمیونٹی کا تو میں نے کبھی نہیں کہا۔ یعنی میں نے جو بات کہی ہے، وہ آئیڈیالوجی آف توحید کے بارے میں ہے، مسلم کمیونٹی کے بارے میں نہیں ہے۔</w:t>
      </w:r>
    </w:p>
    <w:p>
      <w:r>
        <w:rPr>
          <w:b/>
        </w:rPr>
        <w:t xml:space="preserve">[55:37] </w:t>
      </w:r>
      <w:r>
        <w:t>Maulana, agla sawal Dr. Fareeda Khanam ne bheja hai Delhi se, aur unhone likha hai ke: "I was going through a report on earthquakes, and this report mentioned that the occurrence of earthquakes these days is more than average.</w:t>
      </w:r>
    </w:p>
    <w:p>
      <w:pPr>
        <w:jc w:val="right"/>
      </w:pPr>
      <w:r>
        <w:t>مولانا، اگلا سوال ڈاکٹر فریدہ خانم نے بھیجا ہے دلی سے، اور انہوں نے لکھا ہے کہ: "آئی واز گوئنگ تھرو ا رپورٹ آن ارتھ کویکس، اینڈ دس رپورٹ مینشن دیٹ دی اکرنس آف ارتھ کویکس دیز ڈیز از مور دین ایوریج۔</w:t>
      </w:r>
    </w:p>
    <w:p>
      <w:r>
        <w:rPr>
          <w:b/>
        </w:rPr>
        <w:t xml:space="preserve">[55:54] </w:t>
      </w:r>
      <w:r>
        <w:t>Does it imply that the doomsday is near?</w:t>
      </w:r>
    </w:p>
    <w:p>
      <w:pPr>
        <w:jc w:val="right"/>
      </w:pPr>
      <w:r>
        <w:t>ڈز اٹ ایمپلائی دیٹ دا ڈومز ڈے از نیئر؟</w:t>
      </w:r>
    </w:p>
    <w:p>
      <w:r>
        <w:rPr>
          <w:b/>
        </w:rPr>
        <w:t xml:space="preserve">[55:57] </w:t>
      </w:r>
      <w:r>
        <w:t>Because there are such traditions as predicted the increase of earthquakes near the doomsday time." Theek hai, yeh baat bohat hi sochne wali hai.</w:t>
      </w:r>
    </w:p>
    <w:p>
      <w:pPr>
        <w:jc w:val="right"/>
      </w:pPr>
      <w:r>
        <w:t>بیکاز دیر آر سچ ٹریڈیشنز ایز پریڈکٹڈ دی انکریز آف ارتھ کویکس نیئر دا ڈومز ڈے ٹائم۔" ٹھیک ہے، یہ بات بہت ہی سوچنے والی ہے۔</w:t>
      </w:r>
    </w:p>
    <w:p>
      <w:r>
        <w:rPr>
          <w:b/>
        </w:rPr>
        <w:t xml:space="preserve">[56:11] </w:t>
      </w:r>
      <w:r>
        <w:t>Ho sakta hai ke bhai doom jo qareeb aa gaya ho, lekin mere paas aisa koi ilm nahi hai, aisi koi khabar nahi hai Khuda ki taraf se ke mein yeh keh sakoon.</w:t>
      </w:r>
    </w:p>
    <w:p>
      <w:pPr>
        <w:jc w:val="right"/>
      </w:pPr>
      <w:r>
        <w:t>ہو سکتا ہے کہ بھئی ڈوم جو قریب آ گیا ہو، لیکن میرے پاس ایسا کوئی علم نہیں ہے، ایسی کوئی خبر نہیں ہے خدا کی طرف سے کہ میں یہ کہہ سکوں۔</w:t>
      </w:r>
    </w:p>
    <w:p>
      <w:r>
        <w:rPr>
          <w:b/>
        </w:rPr>
        <w:t xml:space="preserve">[56:24] </w:t>
      </w:r>
      <w:r>
        <w:t>Maulana, agla sawal Ramish Siddiqui sahib ne bheja hai Delhi se, aur unhone likha hai: "Maulana, you narrated a hadith mentioning the degenerated leadership in ulema in future, but is there any hadith of Muslims coming out of this phase?"</w:t>
      </w:r>
    </w:p>
    <w:p>
      <w:pPr>
        <w:jc w:val="right"/>
      </w:pPr>
      <w:r>
        <w:t>مولانا، اگلا سوال رامش صدیقی صاحب نے بھیجا ہے دلی سے، اور انہوں نے لکھا ہے: "مولانا، یو نیریٹڈ ا حدیث مینشننگ دا ڈی جنریٹڈ لیڈرشپ ان علماء ان فیوچر، بٹ از دیر اینی حدیث آف مسلمز کمنگ آؤٹ آف دس فیز؟"</w:t>
      </w:r>
    </w:p>
    <w:p>
      <w:r>
        <w:rPr>
          <w:b/>
        </w:rPr>
        <w:t xml:space="preserve">[56:44] </w:t>
      </w:r>
      <w:r>
        <w:t>Yeh hadith hai iski bhi, aur ek bohat bade Imam the, Imam Malik, unka qaul hai ke: "Lan yuslih akhiru hazihil ummata illa bima salaka bihi awwaluha." Unhone kaha ke Rasool aur Sahaba Rasool ka jo pattern tha, us pattern ki taraf lotto,</w:t>
      </w:r>
    </w:p>
    <w:p>
      <w:pPr>
        <w:jc w:val="right"/>
      </w:pPr>
      <w:r>
        <w:t>یہ حدیث ہے اس کی بھی، اور ایک بہت بڑے امام تھے، امام مالک، ان کا قول ہے کہ: "لن یسر آخرہذی الامہ الا بما سلوہ بہ اولہا۔" انہوں نے کہا کہ رسول اور صحابہ رسول کا جو پیٹرن تھا، اس پیٹرن کی طرف لوٹو،</w:t>
      </w:r>
    </w:p>
    <w:p>
      <w:r>
        <w:rPr>
          <w:b/>
        </w:rPr>
        <w:t xml:space="preserve">[57:08] </w:t>
      </w:r>
      <w:r>
        <w:t>tab tum is se bahar aaogey. To phir dobara tum ko Allah ki rehmat mile gi</w:t>
      </w:r>
    </w:p>
    <w:p>
      <w:pPr>
        <w:jc w:val="right"/>
      </w:pPr>
      <w:r>
        <w:t>تب تم اس سے باہر آؤ گے۔ تو پھر دوبارہ تم کو اللہ کی رحمت ملے 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