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Natural Warning April 17, 2016</w:t>
      </w:r>
    </w:p>
    <w:p>
      <w:r>
        <w:t>https://www.youtube.com/watch?v=fSNOpwgzcss</w:t>
      </w:r>
    </w:p>
    <w:p>
      <w:r>
        <w:rPr>
          <w:b/>
        </w:rPr>
        <w:t xml:space="preserve">[00:21] </w:t>
      </w:r>
      <w:r>
        <w:t>Bismillah hir rehman nir raheem, wa sallallahu ala nabiyyil kareem. Rabbi ishrah li sadri, wa yassir li amri, wahlul uqdatam mil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[00:41] </w:t>
      </w:r>
      <w:r>
        <w:t>17 April 2016.</w:t>
      </w:r>
    </w:p>
    <w:p>
      <w:pPr>
        <w:jc w:val="right"/>
      </w:pPr>
      <w:r>
        <w:t>17 اپریل 2016۔</w:t>
      </w:r>
    </w:p>
    <w:p>
      <w:r>
        <w:rPr>
          <w:b/>
        </w:rPr>
        <w:t xml:space="preserve">[00:49] </w:t>
      </w:r>
      <w:r>
        <w:t>Aaj ka topic hai</w:t>
      </w:r>
    </w:p>
    <w:p>
      <w:pPr>
        <w:jc w:val="right"/>
      </w:pPr>
      <w:r>
        <w:t>آج کا ٹاپک ہے</w:t>
      </w:r>
    </w:p>
    <w:p>
      <w:r>
        <w:rPr>
          <w:b/>
        </w:rPr>
        <w:t xml:space="preserve">[00:55] </w:t>
      </w:r>
      <w:r>
        <w:t>natural warning ya qudrati tanbihaat,</w:t>
      </w:r>
    </w:p>
    <w:p>
      <w:pPr>
        <w:jc w:val="right"/>
      </w:pPr>
      <w:r>
        <w:t>نیچرل وارننگ یا قدرتی تنبیہات،</w:t>
      </w:r>
    </w:p>
    <w:p>
      <w:r>
        <w:rPr>
          <w:b/>
        </w:rPr>
        <w:t xml:space="preserve">[01:04] </w:t>
      </w:r>
      <w:r>
        <w:t>jisko shariat mein kaha jata hai muhasaba. Abhi aap ne media mein dekha hoga ke kai jagah zalzale aaye hain,</w:t>
      </w:r>
    </w:p>
    <w:p>
      <w:pPr>
        <w:jc w:val="right"/>
      </w:pPr>
      <w:r>
        <w:t>جس کو شریعت میں کہا جاتا ہے محاسبہ۔ ابھی آپ نے میڈیا میں دیکھا ہوگا کہ کئی جگہ زلزلے آئے ہیں،</w:t>
      </w:r>
    </w:p>
    <w:p>
      <w:r>
        <w:rPr>
          <w:b/>
        </w:rPr>
        <w:t xml:space="preserve">[01:19] </w:t>
      </w:r>
      <w:r>
        <w:t>maslan Peshawar mein, Bangladesh mein, Japan mein. Is tarah ke waqiaat ko log</w:t>
      </w:r>
    </w:p>
    <w:p>
      <w:pPr>
        <w:jc w:val="right"/>
      </w:pPr>
      <w:r>
        <w:t>مثلاً پشاور میں، بنگلہ دیش میں، جاپان میں۔ اس طرح کے واقعات کو لوگ</w:t>
      </w:r>
    </w:p>
    <w:p>
      <w:r>
        <w:rPr>
          <w:b/>
        </w:rPr>
        <w:t xml:space="preserve">[01:30] </w:t>
      </w:r>
      <w:r>
        <w:t>mukhtalif maani mein le lete hain, lekin is tarah ki tamam tanbihaat, Quran mein inko baas kaha gaya hai, bay alif seen.</w:t>
      </w:r>
    </w:p>
    <w:p>
      <w:pPr>
        <w:jc w:val="right"/>
      </w:pPr>
      <w:r>
        <w:t>مختلف معنی میں لے لیتے ہیں، لیکن اس طرح کی تمام تنبیہات، قرآن میں ان کو باس کہا گیا ہے، بے الف سین۔</w:t>
      </w:r>
    </w:p>
    <w:p>
      <w:r>
        <w:rPr>
          <w:b/>
        </w:rPr>
        <w:t xml:space="preserve">[01:46] </w:t>
      </w:r>
      <w:r>
        <w:t>Walaula iz jaa'ahum baasuna tadharra'oo. Yeh aayat hai Surah Al An'am mein. Yaani jab Allah ki taraf se aayi taaqat, sakhti to kyun nahi woh palte,</w:t>
      </w:r>
    </w:p>
    <w:p>
      <w:pPr>
        <w:jc w:val="right"/>
      </w:pPr>
      <w:r>
        <w:t>وَلَوْلَا إِذْ جَاءَمْ بَاصُونَ تَضَرُّعُوا۔ یہ آیت ہے سورہ آل انعام میں۔ یعنی جب اللہ کی طرف سے آئی طاقت، سختی تو کیوں نہیں وہ پلٹے،</w:t>
      </w:r>
    </w:p>
    <w:p>
      <w:r>
        <w:rPr>
          <w:b/>
        </w:rPr>
        <w:t xml:space="preserve">[02:05] </w:t>
      </w:r>
      <w:r>
        <w:t>kyun nahi unke andar skin thought aaya. To yeh kisi ek qaum ka zikr nahi hai, yeh kisi khaas tareekh ka zikr hai, yeh ek law of nature ki baat hai.</w:t>
      </w:r>
    </w:p>
    <w:p>
      <w:pPr>
        <w:jc w:val="right"/>
      </w:pPr>
      <w:r>
        <w:t>کیوں نہیں ان کے اندر سکن تھاٹ آیا۔ تو یہ کسی ایک قوم کا ذکر نہیں ہے، یہ کسی خاص تاریخ کا ذکر ہے، یہ ایک لاء آف نیچر کی بات ہے۔</w:t>
      </w:r>
    </w:p>
    <w:p>
      <w:r>
        <w:rPr>
          <w:b/>
        </w:rPr>
        <w:t xml:space="preserve">[02:23] </w:t>
      </w:r>
      <w:r>
        <w:t>Poori insani tareekh mein yeh waqiaat hote rahe hain.</w:t>
      </w:r>
    </w:p>
    <w:p>
      <w:pPr>
        <w:jc w:val="right"/>
      </w:pPr>
      <w:r>
        <w:t>پوری انسانی تاریخ میں یہ واقعات ہوتے رہے ہیں۔</w:t>
      </w:r>
    </w:p>
    <w:p>
      <w:r>
        <w:rPr>
          <w:b/>
        </w:rPr>
        <w:t xml:space="preserve">[02:30] </w:t>
      </w:r>
      <w:r>
        <w:t>Asal yeh hai ke Allah ne insaan ko azaadi di hai, to azaadi ko pa kar woh misuse bhi karta hai.</w:t>
      </w:r>
    </w:p>
    <w:p>
      <w:pPr>
        <w:jc w:val="right"/>
      </w:pPr>
      <w:r>
        <w:t>اصل یہ ہے کہ اللہ نے انسان کو آزادی دی ہے، تو آزادی کو پا کر وہ misuse بھی کرتا ہے۔</w:t>
      </w:r>
    </w:p>
    <w:p>
      <w:r>
        <w:rPr>
          <w:b/>
        </w:rPr>
        <w:t xml:space="preserve">[02:45] </w:t>
      </w:r>
      <w:r>
        <w:t>To Allah Ta'ala insaan ko</w:t>
      </w:r>
    </w:p>
    <w:p>
      <w:pPr>
        <w:jc w:val="right"/>
      </w:pPr>
      <w:r>
        <w:t>تو اللہ تعالیٰ انسان کو</w:t>
      </w:r>
    </w:p>
    <w:p>
      <w:r>
        <w:rPr>
          <w:b/>
        </w:rPr>
        <w:t xml:space="preserve">[02:50] </w:t>
      </w:r>
      <w:r>
        <w:t>azaadi, insaan ki azaadi ko abolish nahi karta, lekin</w:t>
      </w:r>
    </w:p>
    <w:p>
      <w:pPr>
        <w:jc w:val="right"/>
      </w:pPr>
      <w:r>
        <w:t>آزادی، انسان کی آزادی کو abolish نہیں کرتا، لیکن</w:t>
      </w:r>
    </w:p>
    <w:p>
      <w:r>
        <w:rPr>
          <w:b/>
        </w:rPr>
        <w:t xml:space="preserve">[02:56] </w:t>
      </w:r>
      <w:r>
        <w:t>kabhi kabhi woh tareekh mein intervene karta hai taake insaan bohat zyada derailment na hone paaye.</w:t>
      </w:r>
    </w:p>
    <w:p>
      <w:pPr>
        <w:jc w:val="right"/>
      </w:pPr>
      <w:r>
        <w:t>کبھی کبھی وہ تاریخ میں intervene کرتا ہے تاکہ انسان بہت زیادہ derailment نہ ہونے پائے۔</w:t>
      </w:r>
    </w:p>
    <w:p>
      <w:r>
        <w:rPr>
          <w:b/>
        </w:rPr>
        <w:t xml:space="preserve">[03:08] </w:t>
      </w:r>
      <w:r>
        <w:t>To abhi jo</w:t>
      </w:r>
    </w:p>
    <w:p>
      <w:pPr>
        <w:jc w:val="right"/>
      </w:pPr>
      <w:r>
        <w:t>تو ابھی جو</w:t>
      </w:r>
    </w:p>
    <w:p>
      <w:r>
        <w:rPr>
          <w:b/>
        </w:rPr>
        <w:t xml:space="preserve">[03:11] </w:t>
      </w:r>
      <w:r>
        <w:t>zalzala aaya kai jagahon par, isko le kar mein sochne laga to yeh zalzala bhi ek qudrati warning thi ke insaan soche.</w:t>
      </w:r>
    </w:p>
    <w:p>
      <w:pPr>
        <w:jc w:val="right"/>
      </w:pPr>
      <w:r>
        <w:t>زلزلہ آیا کئی جگہوں پر، اس کو لے کر میں سوچنے لگا تو یہ زلزلہ بھی ایک قدرتی وارننگ تھی کہ انسان سوچے۔</w:t>
      </w:r>
    </w:p>
    <w:p>
      <w:r>
        <w:rPr>
          <w:b/>
        </w:rPr>
        <w:t xml:space="preserve">[03:25] </w:t>
      </w:r>
      <w:r>
        <w:t>Tareekh mein is tarah ki warning baar baar aayi hai. To jo log is warning se sabak lein, woh apne ko bacha lete hain.</w:t>
      </w:r>
    </w:p>
    <w:p>
      <w:pPr>
        <w:jc w:val="right"/>
      </w:pPr>
      <w:r>
        <w:t>تاریخ میں اس طرح کی وارننگ بار بار آئی ہے۔ تو جو لوگ اس وارننگ سے سبق لیں، وہ اپنے کو بچا لیتے ہیں۔</w:t>
      </w:r>
    </w:p>
    <w:p>
      <w:r>
        <w:rPr>
          <w:b/>
        </w:rPr>
        <w:t xml:space="preserve">[03:37] </w:t>
      </w:r>
      <w:r>
        <w:t>jo warning se sabaq na lein, woh apne ko tabah kar lete hain.</w:t>
      </w:r>
    </w:p>
    <w:p>
      <w:pPr>
        <w:jc w:val="right"/>
      </w:pPr>
      <w:r>
        <w:t>جو وارننگ سے سبق نہ لیں، وہ اپنے کو تباہ کر لیتے ہیں۔</w:t>
      </w:r>
    </w:p>
    <w:p>
      <w:r>
        <w:rPr>
          <w:b/>
        </w:rPr>
        <w:t xml:space="preserve">[03:47] </w:t>
      </w:r>
      <w:r>
        <w:t>insan ko yeh baat janna chahiye ke is mamle mein law of nature kya hai. woh yeh hai ke insan ko agarche azadi di gayi hai,</w:t>
      </w:r>
    </w:p>
    <w:p>
      <w:pPr>
        <w:jc w:val="right"/>
      </w:pPr>
      <w:r>
        <w:t>انسان کو یہ بات جاننا چاہیے کہ اس معاملے میں لاء آف نیچر کیا ہے۔ وہ یہ ہے کہ انسان کو اگرچہ آزادی دی گئی ہے،</w:t>
      </w:r>
    </w:p>
    <w:p>
      <w:r>
        <w:rPr>
          <w:b/>
        </w:rPr>
        <w:t xml:space="preserve">[04:00] </w:t>
      </w:r>
      <w:r>
        <w:t>mukammal azadi, lekin isi ke sath insani tareekh par Allah ki nigrani bhi qaim hai.</w:t>
      </w:r>
    </w:p>
    <w:p>
      <w:pPr>
        <w:jc w:val="right"/>
      </w:pPr>
      <w:r>
        <w:t>مکمل آزادی، لیکن اسی کے ساتھ انسانی تاریخ پر اللہ کی نگرانی بھی قائم ہے۔</w:t>
      </w:r>
    </w:p>
    <w:p>
      <w:r>
        <w:rPr>
          <w:b/>
        </w:rPr>
        <w:t xml:space="preserve">[04:15] </w:t>
      </w:r>
      <w:r>
        <w:t>apne maslehat ke tehat Allah taala insani tareekh mein intervene karta rehta hai taake insani tareekh zyada bigadne na paaye.</w:t>
      </w:r>
    </w:p>
    <w:p>
      <w:pPr>
        <w:jc w:val="right"/>
      </w:pPr>
      <w:r>
        <w:t>اپنے مصلحت کے تحت اللہ تعالیٰ انسانی تاریخ میں intervene کرتا رہتا ہے تاکہ انسانی تاریخ زیادہ بگڑنے نہ پائے۔</w:t>
      </w:r>
    </w:p>
    <w:p>
      <w:r>
        <w:rPr>
          <w:b/>
        </w:rPr>
        <w:t xml:space="preserve">[04:33] </w:t>
      </w:r>
      <w:r>
        <w:t>yeh waqia individual ke sath bhi pesh aata hai aur qaumon ke sath bhi pesh aata hai. misaal ke taur par dekhein, aur yeh mazhabi logon ki baat nahi hai,</w:t>
      </w:r>
    </w:p>
    <w:p>
      <w:pPr>
        <w:jc w:val="right"/>
      </w:pPr>
      <w:r>
        <w:t>یہ واقعہ individual کے ساتھ بھی پیش آتا ہے اور قوموں کے ساتھ بھی پیش آتا ہے۔ مثال کے طور پر دیکھیں، اور یہ مذہبی لوگوں کی بات نہیں ہے،</w:t>
      </w:r>
    </w:p>
    <w:p>
      <w:r>
        <w:rPr>
          <w:b/>
        </w:rPr>
        <w:t xml:space="preserve">[04:46] </w:t>
      </w:r>
      <w:r>
        <w:t>secular logon ki baat bhi hai. misaal ke taur par dekhein, newton chaar saal pehle, chaar sau saal pehle, newton chaar sau saal pehle england mein paida hua.</w:t>
      </w:r>
    </w:p>
    <w:p>
      <w:pPr>
        <w:jc w:val="right"/>
      </w:pPr>
      <w:r>
        <w:t>سیکولر لوگوں کی بات بھی ہے۔ مثال کے طور پر دیکھیں، نیوٹن چار سال پہلے، چار سو سال پہلے، نیوٹن چار سو سال پہلے انگلینڈ میں پیدا ہوا۔</w:t>
      </w:r>
    </w:p>
    <w:p>
      <w:r>
        <w:rPr>
          <w:b/>
        </w:rPr>
        <w:t xml:space="preserve">[05:05] </w:t>
      </w:r>
      <w:r>
        <w:t>wahan uska ek saib ka bagh tha, woh us mein dry karta tha.</w:t>
      </w:r>
    </w:p>
    <w:p>
      <w:pPr>
        <w:jc w:val="right"/>
      </w:pPr>
      <w:r>
        <w:t>وہاں اس کا ایک سیب کا باغ تھا، وہ اس میں dry کرتا تھا۔</w:t>
      </w:r>
    </w:p>
    <w:p>
      <w:r>
        <w:rPr>
          <w:b/>
        </w:rPr>
        <w:t xml:space="preserve">[05:14] </w:t>
      </w:r>
      <w:r>
        <w:t>to aksar woh dekhta tha ke saib drakht se tootta hai aur zameen par gira. drakht se toota, zameen par gira.</w:t>
      </w:r>
    </w:p>
    <w:p>
      <w:pPr>
        <w:jc w:val="right"/>
      </w:pPr>
      <w:r>
        <w:t>تو اکثر وہ دیکھتا تھا کہ سیب درخت سے ٹوٹتا ہے اور زمین پر گرا۔ درخت سے ٹوٹا، زمین پر گرا۔</w:t>
      </w:r>
    </w:p>
    <w:p>
      <w:r>
        <w:rPr>
          <w:b/>
        </w:rPr>
        <w:t xml:space="preserve">[05:27] </w:t>
      </w:r>
      <w:r>
        <w:t>lekin kabhi us ne socha nahi ke aisa kyun hota hai.</w:t>
      </w:r>
    </w:p>
    <w:p>
      <w:pPr>
        <w:jc w:val="right"/>
      </w:pPr>
      <w:r>
        <w:t>لیکن کبھی اس نے سوچا نہیں کہ ایسا کیوں ہوتا ہے۔</w:t>
      </w:r>
    </w:p>
    <w:p>
      <w:r>
        <w:rPr>
          <w:b/>
        </w:rPr>
        <w:t xml:space="preserve">[05:33] </w:t>
      </w:r>
      <w:r>
        <w:t>nature chahti thi ke woh soche, lekin us ne socha nahi. phir ek din kya hua ke woh ek peed ke neeche baitha hua tha to saib toot kar theek us ke sar par gira.</w:t>
      </w:r>
    </w:p>
    <w:p>
      <w:pPr>
        <w:jc w:val="right"/>
      </w:pPr>
      <w:r>
        <w:t>نیچر چاہتی تھی کہ وہ سوچے، لیکن اس نے سوچا نہیں۔ پھر ایک دن کیا ہوا کہ وہ ایک پیڑ کے نیچے بیٹھا ہوا تھا تو سیب ٹوٹ کر ٹھیک اس کے سر پر گرا۔</w:t>
      </w:r>
    </w:p>
    <w:p>
      <w:r>
        <w:rPr>
          <w:b/>
        </w:rPr>
        <w:t xml:space="preserve">[05:49] </w:t>
      </w:r>
      <w:r>
        <w:t>gira sar ko us ne hit kiya, tab us ne sochna shuru kiya</w:t>
      </w:r>
    </w:p>
    <w:p>
      <w:pPr>
        <w:jc w:val="right"/>
      </w:pPr>
      <w:r>
        <w:t>گرا سر کو اس نے hit کیا، تب اس نے سوچنا شروع کیا</w:t>
      </w:r>
    </w:p>
    <w:p>
      <w:r>
        <w:rPr>
          <w:b/>
        </w:rPr>
        <w:t xml:space="preserve">[05:58] </w:t>
      </w:r>
      <w:r>
        <w:t>ke aakhir saib neeche kyun aaya, upar kyun nahi chala gaya. is par sochte sochte us ne ek law daryaft kiya jis ko kehte hain law of gravity.</w:t>
      </w:r>
    </w:p>
    <w:p>
      <w:pPr>
        <w:jc w:val="right"/>
      </w:pPr>
      <w:r>
        <w:t>کہ آخر سیب نیچے کیوں آیا، اوپر کیوں نہیں چلا گیا۔ اس پر سوچتے سوچتے اس نے ایک لاء دریافت کیا جس کو کہتے ہیں لاء آف گریویٹی۔</w:t>
      </w:r>
    </w:p>
    <w:p>
      <w:r>
        <w:rPr>
          <w:b/>
        </w:rPr>
        <w:t xml:space="preserve">[06:15] </w:t>
      </w:r>
      <w:r>
        <w:t>to is tarah ke waqiat bar bar tareekh mein hote rahe hain, fard ke liye bhi aur jamaat ke liye bhi.</w:t>
      </w:r>
    </w:p>
    <w:p>
      <w:pPr>
        <w:jc w:val="right"/>
      </w:pPr>
      <w:r>
        <w:t>تو اس طرح کے واقعات بار بار تاریخ میں ہوتے رہے ہیں، فرد کے لیے بھی اور جماعت کے لیے بھی۔</w:t>
      </w:r>
    </w:p>
    <w:p>
      <w:r>
        <w:rPr>
          <w:b/>
        </w:rPr>
        <w:t xml:space="preserve">[06:26] </w:t>
      </w:r>
      <w:r>
        <w:t>ek misaal mein doonga rasool Allah salallaho alaihi wasallam ke zamane ki.</w:t>
      </w:r>
    </w:p>
    <w:p>
      <w:pPr>
        <w:jc w:val="right"/>
      </w:pPr>
      <w:r>
        <w:t>ایک مثال میں دوں گا رسول اللہ صلی اللہ علیہ وسلم کے زمانے کی۔</w:t>
      </w:r>
    </w:p>
    <w:p>
      <w:r>
        <w:rPr>
          <w:b/>
        </w:rPr>
        <w:t xml:space="preserve">[06:34] </w:t>
      </w:r>
      <w:r>
        <w:t>rasool Allah ke zamane mein arab mein do shehar the bare, ek makka aur doosra yaseb. ab jis ko hum kehte hain madina, us waqt uska naam tha yaseb.</w:t>
      </w:r>
    </w:p>
    <w:p>
      <w:pPr>
        <w:jc w:val="right"/>
      </w:pPr>
      <w:r>
        <w:t>رسول اللہ کے زمانے میں عرب میں دو شہر تھے بڑے، ایک مکہ اور دوسرا یثرب۔ اب جس کو ہم کہتے ہیں مدینہ، اس وقت اس کا نام تھا یثرب۔</w:t>
      </w:r>
    </w:p>
    <w:p>
      <w:r>
        <w:rPr>
          <w:b/>
        </w:rPr>
        <w:t xml:space="preserve">[06:48] </w:t>
      </w:r>
      <w:r>
        <w:t>to</w:t>
      </w:r>
    </w:p>
    <w:p>
      <w:pPr>
        <w:jc w:val="right"/>
      </w:pPr>
      <w:r>
        <w:t>تو</w:t>
      </w:r>
    </w:p>
    <w:p>
      <w:r>
        <w:rPr>
          <w:b/>
        </w:rPr>
        <w:t xml:space="preserve">[06:52] </w:t>
      </w:r>
      <w:r>
        <w:t>rasool Allah ke hijrat se paanch saal pehle yaseb mein civil war hui, yani wahan ke do bare qabail aapas mein lade gaye.</w:t>
      </w:r>
    </w:p>
    <w:p>
      <w:pPr>
        <w:jc w:val="right"/>
      </w:pPr>
      <w:r>
        <w:t>رسول اللہ کے ہجرت سے پانچ سال پہلے یثرب میں سول وار ہوئی، یعنی وہاں کے دو بڑے قبیلے آپس میں لڑ گئے۔</w:t>
      </w:r>
    </w:p>
    <w:p>
      <w:r>
        <w:rPr>
          <w:b/>
        </w:rPr>
        <w:t xml:space="preserve">[07:05] </w:t>
      </w:r>
      <w:r>
        <w:t>yeh revenge ki war thi, ek qabile ke logon ne doosre qabile ke kisi naujawan ko maar dala tha.</w:t>
      </w:r>
    </w:p>
    <w:p>
      <w:pPr>
        <w:jc w:val="right"/>
      </w:pPr>
      <w:r>
        <w:t>یہ revenge کی وار تھی، ایک قبیلے کے لوگوں نے دوسرے قبیلے کے کسی نوجوان کو مار ڈالا تھا۔</w:t>
      </w:r>
    </w:p>
    <w:p>
      <w:r>
        <w:rPr>
          <w:b/>
        </w:rPr>
        <w:t xml:space="preserve">[07:16] </w:t>
      </w:r>
      <w:r>
        <w:t>to wahan par</w:t>
      </w:r>
    </w:p>
    <w:p>
      <w:pPr>
        <w:jc w:val="right"/>
      </w:pPr>
      <w:r>
        <w:t>تو وہاں پر</w:t>
      </w:r>
    </w:p>
    <w:p>
      <w:r>
        <w:rPr>
          <w:b/>
        </w:rPr>
        <w:t xml:space="preserve">[07:19] </w:t>
      </w:r>
      <w:r>
        <w:t>intiqam lena qabaili shariat mein farz tha. to isi intiqam ke badle mein ladai shuru hui to taqreeban do mahine tak jaari rahi.</w:t>
      </w:r>
    </w:p>
    <w:p>
      <w:pPr>
        <w:jc w:val="right"/>
      </w:pPr>
      <w:r>
        <w:t>انتقام لینا قبائلی شریعت میں فرض تھا۔ تو اسی انتقام کے بدلے میں لڑائی شروع ہوئی تو تقریباً دو مہینے تک جاری رہی۔</w:t>
      </w:r>
    </w:p>
    <w:p>
      <w:r>
        <w:rPr>
          <w:b/>
        </w:rPr>
        <w:t xml:space="preserve">[07:34] </w:t>
      </w:r>
      <w:r>
        <w:t>do mahina. is mein unke bare bare sardar maare gaye. bare bare sardar. to unke andar second thought aaya ke ek naujawan ki maut par hum ne ladai shuru ki.</w:t>
      </w:r>
    </w:p>
    <w:p>
      <w:pPr>
        <w:jc w:val="right"/>
      </w:pPr>
      <w:r>
        <w:t>دو مہینہ۔ اس میں ان کے بڑے بڑے سردار مارے گئے۔ بڑے بڑے سردار۔ تو ان کے اندر سکن تھاٹ آیا کہ ایک نوجوان کی موت پر ہم نے لڑائی شروع کی۔</w:t>
      </w:r>
    </w:p>
    <w:p>
      <w:r>
        <w:rPr>
          <w:b/>
        </w:rPr>
        <w:t xml:space="preserve">[07:52] </w:t>
      </w:r>
      <w:r>
        <w:t>yahan to bohat sare bare bare log khatam ho gaye, hamari taqat toot gayi. to yeh kaun si war thi? ke ek naujawan ki khatir hum ne apni qaumi taqat hi ko tod dala.</w:t>
      </w:r>
    </w:p>
    <w:p>
      <w:pPr>
        <w:jc w:val="right"/>
      </w:pPr>
      <w:r>
        <w:t>یہاں تو بہت سارے بڑے بڑے لوگ ختم ہو گئے، ہماری طاقت ٹوٹ گئی۔ تو یہ کون سی وار تھی؟ کہ ایک نوجوان کی خاطر ہم نے اپنی قومی طاقت ہی کو توڑ ڈالا۔</w:t>
      </w:r>
    </w:p>
    <w:p>
      <w:r>
        <w:rPr>
          <w:b/>
        </w:rPr>
        <w:t xml:space="preserve">[08:10] </w:t>
      </w:r>
      <w:r>
        <w:t>to unke andar second thought aaya. yeh waqia hua hijrat se paanch saal pehle. yahi woh zamana tha jab ke rasool Allah salallaho alaihi wasallam ne makka se hijrat kar ke madina pohanche.</w:t>
      </w:r>
    </w:p>
    <w:p>
      <w:pPr>
        <w:jc w:val="right"/>
      </w:pPr>
      <w:r>
        <w:t>تو ان کے اندر سکن تھاٹ آیا۔ یہ واقعہ ہوا ہجرت سے پانچ سال پہلے۔ یہی وہ زمانہ تھا جب کہ رسول اللہ صلی اللہ علیہ وسلم نے مکہ سے ہجرت کر کے مدینہ پہنچے۔</w:t>
      </w:r>
    </w:p>
    <w:p>
      <w:r>
        <w:rPr>
          <w:b/>
        </w:rPr>
        <w:t xml:space="preserve">[08:27] </w:t>
      </w:r>
      <w:r>
        <w:t>to is pas manzar ki wajah se unhone rasool Allah ka bohat zabardast istiqbal kiya. jab aap dakhil hue, aap ke sath hazrat abubakar the, to aap dono ke bare mein kaha unhone ke aamina ne wa taghiya ne.</w:t>
      </w:r>
    </w:p>
    <w:p>
      <w:pPr>
        <w:jc w:val="right"/>
      </w:pPr>
      <w:r>
        <w:t>تو اس پس منظر کی وجہ سے انہوں نے رسول اللہ کا بہت زبردست استقبال کیا۔ جب آپ داخل ہوئے، آپ کے ساتھ حضرت ابوبکر تھے، تو آپ دونوں کے بارے میں کہا انہوں نے کہ آمنہ نے و طغیہ نے۔</w:t>
      </w:r>
    </w:p>
    <w:p>
      <w:r>
        <w:rPr>
          <w:b/>
        </w:rPr>
        <w:t xml:space="preserve">[08:44] </w:t>
      </w:r>
      <w:r>
        <w:t>aap dono aaiye hamare shahar mein, aap log hamare shahar mein,</w:t>
      </w:r>
    </w:p>
    <w:p>
      <w:pPr>
        <w:jc w:val="right"/>
      </w:pPr>
      <w:r>
        <w:t>آپ دونوں آئیے ہمارے شہر میں، آپ لوگ ہمارے شہر میں،</w:t>
      </w:r>
    </w:p>
    <w:p>
      <w:r>
        <w:rPr>
          <w:b/>
        </w:rPr>
        <w:t xml:space="preserve">[08:49] </w:t>
      </w:r>
      <w:r>
        <w:t>aap ki sardari ko hum qabool karte hain.</w:t>
      </w:r>
    </w:p>
    <w:p>
      <w:pPr>
        <w:jc w:val="right"/>
      </w:pPr>
      <w:r>
        <w:t>آپ کی سرداری کو ہم قبول کرتے ہیں۔</w:t>
      </w:r>
    </w:p>
    <w:p>
      <w:r>
        <w:rPr>
          <w:b/>
        </w:rPr>
        <w:t xml:space="preserve">[08:52] </w:t>
      </w:r>
      <w:r>
        <w:t>to yeh yeh tha</w:t>
      </w:r>
    </w:p>
    <w:p>
      <w:pPr>
        <w:jc w:val="right"/>
      </w:pPr>
      <w:r>
        <w:t>تو یہ یہ تھا</w:t>
      </w:r>
    </w:p>
    <w:p>
      <w:r>
        <w:rPr>
          <w:b/>
        </w:rPr>
        <w:t xml:space="preserve">[08:56] </w:t>
      </w:r>
      <w:r>
        <w:t>ke un par jo bass aaya, jo warning aayi, us warning se unhone</w:t>
      </w:r>
    </w:p>
    <w:p>
      <w:pPr>
        <w:jc w:val="right"/>
      </w:pPr>
      <w:r>
        <w:t>کہ ان پر جو باس آیا، جو وارننگ آئی، اس وارننگ سے انہوں نے</w:t>
      </w:r>
    </w:p>
    <w:p>
      <w:r>
        <w:rPr>
          <w:b/>
        </w:rPr>
        <w:t xml:space="preserve">[09:03] </w:t>
      </w:r>
      <w:r>
        <w:t>positive lesson liya</w:t>
      </w:r>
    </w:p>
    <w:p>
      <w:pPr>
        <w:jc w:val="right"/>
      </w:pPr>
      <w:r>
        <w:t>positive lesson لیا</w:t>
      </w:r>
    </w:p>
    <w:p>
      <w:r>
        <w:rPr>
          <w:b/>
        </w:rPr>
        <w:t xml:space="preserve">[09:06] </w:t>
      </w:r>
      <w:r>
        <w:t>aur islam ki ideology ko aur islam ki leadership ko maan liya.</w:t>
      </w:r>
    </w:p>
    <w:p>
      <w:pPr>
        <w:jc w:val="right"/>
      </w:pPr>
      <w:r>
        <w:t>اور اسلام کی ideology کو اور اسلام کی leadership کو مان لیا۔</w:t>
      </w:r>
    </w:p>
    <w:p>
      <w:r>
        <w:rPr>
          <w:b/>
        </w:rPr>
        <w:t xml:space="preserve">[09:15] </w:t>
      </w:r>
      <w:r>
        <w:t>nateejah yeh hua keh Yassrab Madinah ban gaya aur tareekhi role is ko, bohat bara tareekhi role ada kiya is ne.</w:t>
      </w:r>
    </w:p>
    <w:p>
      <w:pPr>
        <w:jc w:val="right"/>
      </w:pPr>
      <w:r>
        <w:t>نتیجہ یہ ہوا کہ یثرب مدینہ بن گیا اور تاریخی رول اس کو، بہت بڑا تاریخی رول ادا کیا اس نے۔</w:t>
      </w:r>
    </w:p>
    <w:p>
      <w:r>
        <w:rPr>
          <w:b/>
        </w:rPr>
        <w:t xml:space="preserve">[09:28] </w:t>
      </w:r>
      <w:r>
        <w:t>to is tarah ka waqea tareekh mein bar bar aata hai. muarikhin is ko nature ki taraf kahengay. main kahunga keh woh Allah ki taraf se, khaliq ki taraf se hota hai.</w:t>
      </w:r>
    </w:p>
    <w:p>
      <w:pPr>
        <w:jc w:val="right"/>
      </w:pPr>
      <w:r>
        <w:t>تو اس طرح کا واقعہ تاریخ میں بار بار آتا ہے۔ مؤرخین اس کو nature کی طرف کہیں گے۔ میں کہوں گا کہ وہ اللہ کی طرف سے، خالق کی طرف سے ہوتا ہے۔</w:t>
      </w:r>
    </w:p>
    <w:p>
      <w:r>
        <w:rPr>
          <w:b/>
        </w:rPr>
        <w:t xml:space="preserve">[09:41] </w:t>
      </w:r>
      <w:r>
        <w:t>kaha hit kiya aata hai keh aadmi soche, soche, soche.</w:t>
      </w:r>
    </w:p>
    <w:p>
      <w:pPr>
        <w:jc w:val="right"/>
      </w:pPr>
      <w:r>
        <w:t>کہا hit کیا آتا ہے کہ آدمی سوچے، سوچے، سوچے۔</w:t>
      </w:r>
    </w:p>
    <w:p>
      <w:r>
        <w:rPr>
          <w:b/>
        </w:rPr>
        <w:t xml:space="preserve">[09:50] </w:t>
      </w:r>
      <w:r>
        <w:t>maujoodah zamanay mein isi qisam ka waqea tha second world war. aadmi hazaron saal se larta raha, larta raha, larta raha.</w:t>
      </w:r>
    </w:p>
    <w:p>
      <w:pPr>
        <w:jc w:val="right"/>
      </w:pPr>
      <w:r>
        <w:t>موجودہ زمانے میں اسی قسم کا واقعہ تھا سکن وال وار۔ آدمی ہزاروں سال سے لڑتا رہا، لڑتا رہا، لڑتا رہا۔</w:t>
      </w:r>
    </w:p>
    <w:p>
      <w:r>
        <w:rPr>
          <w:b/>
        </w:rPr>
        <w:t xml:space="preserve">[10:01] </w:t>
      </w:r>
      <w:r>
        <w:t>lekin har ladaai perka war banti thi. har ladaai perka war, yani ladaai se kuch milta nahi tha. na fateh ko, na maftooh ko.</w:t>
      </w:r>
    </w:p>
    <w:p>
      <w:pPr>
        <w:jc w:val="right"/>
      </w:pPr>
      <w:r>
        <w:t>لیکن ہر لڑائی پرک وار بنتی تھی۔ ہر لڑائی پرک وار، یعنی لڑائی سے کچھ ملتا نہیں تھا۔ نہ فاتح کو، نہ مفتوح کو۔</w:t>
      </w:r>
    </w:p>
    <w:p>
      <w:r>
        <w:rPr>
          <w:b/>
        </w:rPr>
        <w:t xml:space="preserve">[10:13] </w:t>
      </w:r>
      <w:r>
        <w:t>kisi ne bhi is poori history mein ladaai se kuch paya hi nahi. to Allah taala ne yahan bhi kiya keh hit kiya.</w:t>
      </w:r>
    </w:p>
    <w:p>
      <w:pPr>
        <w:jc w:val="right"/>
      </w:pPr>
      <w:r>
        <w:t>کسی نے بھی اس پوری history میں لڑائی سے کچھ پایا ہی نہیں۔ تو اللہ تعالیٰ نے یہاں بھی کیا کہ hit کیا۔</w:t>
      </w:r>
    </w:p>
    <w:p>
      <w:r>
        <w:rPr>
          <w:b/>
        </w:rPr>
        <w:t xml:space="preserve">[10:25] </w:t>
      </w:r>
      <w:r>
        <w:t>hit kiya. yani Newton ke zamanay mein Allah taala ne Newton ke sir par saib giraya tha. second world war mein Allah taala ne aisay halaat paida kiye keh Japan ke oopar do atom bomb giraye gaye.</w:t>
      </w:r>
    </w:p>
    <w:p>
      <w:pPr>
        <w:jc w:val="right"/>
      </w:pPr>
      <w:r>
        <w:t>Hit کیا۔ یعنی نیوٹن کے زمانے میں اللہ تعالیٰ نے نیوٹن کے سر پر سیب گرایا تھا۔ سکن وال وار میں اللہ تعالیٰ نے ایسے حالات پیدا کیے کہ جاپان کے اوپر دو ایٹم بم گرائے گئے۔</w:t>
      </w:r>
    </w:p>
    <w:p>
      <w:r>
        <w:rPr>
          <w:b/>
        </w:rPr>
        <w:t xml:space="preserve">[10:47] </w:t>
      </w:r>
      <w:r>
        <w:t>is se pehle Japani qaum aik la ka qaum thi. lekin yeh do atom bomb jo gire un ke oopar to un ka second thought aaya.</w:t>
      </w:r>
    </w:p>
    <w:p>
      <w:pPr>
        <w:jc w:val="right"/>
      </w:pPr>
      <w:r>
        <w:t>اس سے پہلے جاپانی قوم ایک لا کا قوم تھی۔ لیکن یہ دو ایٹم بم جو گرے ان کے اوپر تو ان کا سکن تھاٹ آیا۔</w:t>
      </w:r>
    </w:p>
    <w:p>
      <w:r>
        <w:rPr>
          <w:b/>
        </w:rPr>
        <w:t xml:space="preserve">[11:00] </w:t>
      </w:r>
      <w:r>
        <w:t>tareekh batati hai keh is ke baad Japani qaum aik peaceful qaum ban gayi. peaceful qaum. unhon ne socha keh hum ne ladaai ki, bohat ziyada nuqsan pohanchaya apne barkhuzah dushmanon ko.</w:t>
      </w:r>
    </w:p>
    <w:p>
      <w:pPr>
        <w:jc w:val="right"/>
      </w:pPr>
      <w:r>
        <w:t>تاریخ بتاتی ہے کہ اس کے بعد جاپانی قوم ایک peaceful قوم بن گئی۔ Peaceful قوم۔ انہوں نے سوچا کہ ہم نے لڑائی کی، بہت زیادہ نقصان پہنچایا اپنے برخوضہ دشمنوں کو۔</w:t>
      </w:r>
    </w:p>
    <w:p>
      <w:r>
        <w:rPr>
          <w:b/>
        </w:rPr>
        <w:t xml:space="preserve">[11:18] </w:t>
      </w:r>
      <w:r>
        <w:t>lekin mila kiya? mila yeh keh hum hum bhi tabaah ho gaye, mila to kuch bhi nahi. aap jantay hain keh is ke baad Japan mein aik nai fida baani, nai thinking jaagi.</w:t>
      </w:r>
    </w:p>
    <w:p>
      <w:pPr>
        <w:jc w:val="right"/>
      </w:pPr>
      <w:r>
        <w:t>لیکن ملا کیا؟ ملا یہ کہ ہم ہم بھی تباہ ہو گئے، ملا تو کچھ بھی نہیں۔ آپ جانتے ہیں کہ اس کے بعد جاپان میں ایک نئی فدا بانی، نئی thinking جاگی۔</w:t>
      </w:r>
    </w:p>
    <w:p>
      <w:r>
        <w:rPr>
          <w:b/>
        </w:rPr>
        <w:t xml:space="preserve">[11:33] </w:t>
      </w:r>
      <w:r>
        <w:t>logon ne ladaai chhod kar ke peace ke maidan mein kaam shuru kiya. yani education, industry, business un maidanon mein.</w:t>
      </w:r>
    </w:p>
    <w:p>
      <w:pPr>
        <w:jc w:val="right"/>
      </w:pPr>
      <w:r>
        <w:t>لوگوں نے لڑائی چھوڑ کر کے peace کے میدان میں کام شروع کیا۔ یعنی education، industry، business ان میدانوں میں۔</w:t>
      </w:r>
    </w:p>
    <w:p>
      <w:r>
        <w:rPr>
          <w:b/>
        </w:rPr>
        <w:t xml:space="preserve">[11:43] </w:t>
      </w:r>
      <w:r>
        <w:t>aur</w:t>
      </w:r>
    </w:p>
    <w:p>
      <w:pPr>
        <w:jc w:val="right"/>
      </w:pPr>
      <w:r>
        <w:t>اور</w:t>
      </w:r>
    </w:p>
    <w:p>
      <w:r>
        <w:rPr>
          <w:b/>
        </w:rPr>
        <w:t xml:space="preserve">[11:47] </w:t>
      </w:r>
      <w:r>
        <w:t>aap jantay hain keh pachis, pachis, tees saal ke andar woh Japan jo second world war mein tabaah hua tha, woh world war ke baad sirf pachis, tees saal ke andar economic super power ban kar ubhra.</w:t>
      </w:r>
    </w:p>
    <w:p>
      <w:pPr>
        <w:jc w:val="right"/>
      </w:pPr>
      <w:r>
        <w:t>آپ جانتے ہیں کہ پچیس، پچیس، تیس سال کے اندر وہ جاپان جو سکن وال وار میں تباہ ہوا تھا، وہ وال وار کے بعد صرف پچیس، تیس سال کے اندر economic super power بن کر ابھرا۔</w:t>
      </w:r>
    </w:p>
    <w:p>
      <w:r>
        <w:rPr>
          <w:b/>
        </w:rPr>
        <w:t xml:space="preserve">[12:11] </w:t>
      </w:r>
      <w:r>
        <w:t>to main samajhta hoon keh maujoodah zamanay mein yahi waqea Musalmanon ke sath paish aa raha hai. yani boss bar bar aati hai Musalmanon ke oopar.</w:t>
      </w:r>
    </w:p>
    <w:p>
      <w:pPr>
        <w:jc w:val="right"/>
      </w:pPr>
      <w:r>
        <w:t>تو میں سمجھتا ہوں کہ موجودہ زمانے میں یہی واقعہ مسلمانوں کے ساتھ پیش آ رہا ہے۔ یعنی باس بار بار آتی ہے مسلمانوں کے اوپر۔</w:t>
      </w:r>
    </w:p>
    <w:p>
      <w:r>
        <w:rPr>
          <w:b/>
        </w:rPr>
        <w:t xml:space="preserve">[12:24] </w:t>
      </w:r>
      <w:r>
        <w:t>is taakeh woh soche, soche, soche. lekin abhi tak to kam az kam is ke asaar nahi hain keh woh soch rahe hain.</w:t>
      </w:r>
    </w:p>
    <w:p>
      <w:pPr>
        <w:jc w:val="right"/>
      </w:pPr>
      <w:r>
        <w:t>اس تاکہ وہ سوچے، سوچے، سوچے۔ لیکن ابھی تک تو کم از کم اس کے آثار نہیں ہیں کہ وہ سوچ رہے ہیں۔</w:t>
      </w:r>
    </w:p>
    <w:p>
      <w:r>
        <w:rPr>
          <w:b/>
        </w:rPr>
        <w:t xml:space="preserve">[12:35] </w:t>
      </w:r>
      <w:r>
        <w:t>boss aa rahi hai lekin tazarrru nahi aa raha. woh kaise?</w:t>
      </w:r>
    </w:p>
    <w:p>
      <w:pPr>
        <w:jc w:val="right"/>
      </w:pPr>
      <w:r>
        <w:t>باس آ رہی ہے لیکن تضرع نہیں آ رہا۔ وہ کیسے؟</w:t>
      </w:r>
    </w:p>
    <w:p>
      <w:r>
        <w:rPr>
          <w:b/>
        </w:rPr>
        <w:t xml:space="preserve">[12:43] </w:t>
      </w:r>
      <w:r>
        <w:t>dekhein Musalmanon ne maujoodah zamanay mein jihad ke naam par ladaaiyan chhodin. colonialism ke khilaaf, Zionism ke khilaaf, Muslim conspirators, Muslim enemy ke khilaaf.</w:t>
      </w:r>
    </w:p>
    <w:p>
      <w:pPr>
        <w:jc w:val="right"/>
      </w:pPr>
      <w:r>
        <w:t>دیکھیں مسلمانوں نے موجودہ زمانے میں جہاد کے نام پر لڑائیاں چھوڑیں۔ کولیڈیلزم کے خلاف، زائنین کے خلاف، مسلم conspirators، مسلم enemy کے خلاف۔</w:t>
      </w:r>
    </w:p>
    <w:p>
      <w:r>
        <w:rPr>
          <w:b/>
        </w:rPr>
        <w:t xml:space="preserve">[13:04] </w:t>
      </w:r>
      <w:r>
        <w:t>is tarah ki ladaaiyon mein taqreeban do sau saal beet gaye hain. do sau saal. yani Sultan Tipu lartay hue maaray gaye thay satrah sau nananway mein.</w:t>
      </w:r>
    </w:p>
    <w:p>
      <w:pPr>
        <w:jc w:val="right"/>
      </w:pPr>
      <w:r>
        <w:t>اس طرح کی لڑائیوں میں تقریباً دو سو سال بیت گئے ہیں۔ دو سو سال۔ یعنی سلطان ٹیپو لڑتے ہوئے مارے گئے تھے سترہ سو ننانوے میں۔</w:t>
      </w:r>
    </w:p>
    <w:p>
      <w:r>
        <w:rPr>
          <w:b/>
        </w:rPr>
        <w:t xml:space="preserve">[13:19] </w:t>
      </w:r>
      <w:r>
        <w:t>to muarikhin isi waqay ko shumar karte hain, beginning.</w:t>
      </w:r>
    </w:p>
    <w:p>
      <w:pPr>
        <w:jc w:val="right"/>
      </w:pPr>
      <w:r>
        <w:t>تو مؤرخین اسی واقعے کو شمار کرتے ہیں، beginning۔</w:t>
      </w:r>
    </w:p>
    <w:p>
      <w:r>
        <w:rPr>
          <w:b/>
        </w:rPr>
        <w:t xml:space="preserve">[13:25] </w:t>
      </w:r>
      <w:r>
        <w:t>to ghore kijiye keh do saal ki, do sau saal ki khoni jang se Musalmanon ko kamilah haqeeqat yeh hai keh kuch bhi nahi mila siwaye tabaahi ke, siwaye tabaahi ke, siwaye tabaahi ke.</w:t>
      </w:r>
    </w:p>
    <w:p>
      <w:pPr>
        <w:jc w:val="right"/>
      </w:pPr>
      <w:r>
        <w:t>تو غور کیجیے کہ دو سال کی، دو سو سال کی خونی جنگ سے مسلمانوں کو کاملہ حقیقت یہ ہے کہ کچھ بھی نہیں ملا سوائے تباہی کے، سوائے تباہی کے، سوائے تباہی کے۔</w:t>
      </w:r>
    </w:p>
    <w:p>
      <w:r>
        <w:rPr>
          <w:b/>
        </w:rPr>
        <w:t xml:space="preserve">[13:42] </w:t>
      </w:r>
      <w:r>
        <w:t>aap Musalmanon ki kisi majlis mein baithiye, Musalmanon ki kitaab parhiye, un ki magazine hain, un ke akhbar ko dekhiye. har jagah yahi bataya jata, bataya ja raha hoga keh Musalmanon par zulm ho raha hai, Musalmanon par zulm ho raha hai, Musalmanon par zulm ho raha hai.</w:t>
      </w:r>
    </w:p>
    <w:p>
      <w:pPr>
        <w:jc w:val="right"/>
      </w:pPr>
      <w:r>
        <w:t>آپ مسلمانوں کی کسی مجلس میں بیٹھیے، مسلمانوں کی کتاب پڑھیے، ان کی میگزین ہیں، ان کے اخبار کو دیکھیے۔ ہر جگہ یہی بتایا جاتا، بتایا جا رہا ہوگا کہ مسلمانوں پر ظلم ہو رہا ہے، مسلمانوں پر ظلم ہو رہا ہے، مسلمانوں پر ظلم ہو رہا ہے۔</w:t>
      </w:r>
    </w:p>
    <w:p>
      <w:r>
        <w:rPr>
          <w:b/>
        </w:rPr>
        <w:t xml:space="preserve">[13:57] </w:t>
      </w:r>
      <w:r>
        <w:t>yeh zulm kiya hai?</w:t>
      </w:r>
    </w:p>
    <w:p>
      <w:pPr>
        <w:jc w:val="right"/>
      </w:pPr>
      <w:r>
        <w:t>یہ ظلم کیا ہے؟</w:t>
      </w:r>
    </w:p>
    <w:p>
      <w:r>
        <w:rPr>
          <w:b/>
        </w:rPr>
        <w:t xml:space="preserve">[14:01] </w:t>
      </w:r>
      <w:r>
        <w:t>They are paying the price of their misplanning.</w:t>
      </w:r>
    </w:p>
    <w:p>
      <w:pPr>
        <w:jc w:val="right"/>
      </w:pPr>
      <w:r>
        <w:t>They are paying the price of their misplanning۔</w:t>
      </w:r>
    </w:p>
    <w:p>
      <w:r>
        <w:rPr>
          <w:b/>
        </w:rPr>
        <w:t xml:space="preserve">[14:09] </w:t>
      </w:r>
      <w:r>
        <w:t>yani Khuda ki taraf se boss aa rahi hai, yani warning aa rahi hai. woh sochte nahi.</w:t>
      </w:r>
    </w:p>
    <w:p>
      <w:pPr>
        <w:jc w:val="right"/>
      </w:pPr>
      <w:r>
        <w:t>یعنی خدا کی طرف سے باس آ رہی ہے، یعنی warning آ رہی ہے۔ وہ سوچتے نہیں۔</w:t>
      </w:r>
    </w:p>
    <w:p>
      <w:r>
        <w:rPr>
          <w:b/>
        </w:rPr>
        <w:t xml:space="preserve">[14:19] </w:t>
      </w:r>
      <w:r>
        <w:t>woh sochte nahi.</w:t>
      </w:r>
    </w:p>
    <w:p>
      <w:pPr>
        <w:jc w:val="right"/>
      </w:pPr>
      <w:r>
        <w:t>وہ سوچتے نہیں۔</w:t>
      </w:r>
    </w:p>
    <w:p>
      <w:r>
        <w:rPr>
          <w:b/>
        </w:rPr>
        <w:t xml:space="preserve">[14:24] </w:t>
      </w:r>
      <w:r>
        <w:t>to shuru kiya tha unhon ne colonialism ke khilaf, phir zionism ke khilaf, phir muslim enemy ke khilaf, phir muslim conspirators ke khilaf.</w:t>
      </w:r>
    </w:p>
    <w:p>
      <w:pPr>
        <w:jc w:val="right"/>
      </w:pPr>
      <w:r>
        <w:t>تو شروع کیا تھا انہوں نے کولیڈیلزم کے خلاف، پھر زائنین کے خلاف، پھر مسلم enemy کے خلاف، پھر مسلم conspirators کے خلاف۔</w:t>
      </w:r>
    </w:p>
    <w:p>
      <w:r>
        <w:rPr>
          <w:b/>
        </w:rPr>
        <w:t xml:space="preserve">[14:37] </w:t>
      </w:r>
      <w:r>
        <w:t>is tarah ki ladaaiyan chalti rahin aur taqreeban do sau saal beet gae. Beshumar jaanen is mein halak huin, beshumar maal is mein tabah hua.</w:t>
      </w:r>
    </w:p>
    <w:p>
      <w:pPr>
        <w:jc w:val="right"/>
      </w:pPr>
      <w:r>
        <w:t>اس طریقے کی لڑائیاں چلتی رہیں اور تقریباً دو سو سال بیت گئے۔ بے شمار جائیں اس میں ہلاک ہوئیں، بے شمار مال اس میں تباہ ہوا۔</w:t>
      </w:r>
    </w:p>
    <w:p>
      <w:r>
        <w:rPr>
          <w:b/>
        </w:rPr>
        <w:t xml:space="preserve">[14:51] </w:t>
      </w:r>
      <w:r>
        <w:t>jo kuch tha musalmanon ke paas woh bhi khoya gaya.</w:t>
      </w:r>
    </w:p>
    <w:p>
      <w:pPr>
        <w:jc w:val="right"/>
      </w:pPr>
      <w:r>
        <w:t>جو کچھ تھا مسلمانوں کے پاس وہ بھی کھویا گیا۔</w:t>
      </w:r>
    </w:p>
    <w:p>
      <w:r>
        <w:rPr>
          <w:b/>
        </w:rPr>
        <w:t xml:space="preserve">[14:58] </w:t>
      </w:r>
      <w:r>
        <w:t>to yeh nuqsan jo hai yeh yeh bomb hai, yeh nuqsan jo hai yeh yeh is khudaai saib hai jo musalmanon ke sar par gir raha hai. Saib ki baarish hai jo musalmanon ke sar par ho rahi hai.</w:t>
      </w:r>
    </w:p>
    <w:p>
      <w:pPr>
        <w:jc w:val="right"/>
      </w:pPr>
      <w:r>
        <w:t>تو یہ نقصان جو ہے یہ یہ بم ہے، یہ نقصان جو ہے یہ یہ اس خدائی سیب ہے جو مسلمانوں کے سر پر گر رہا ہے۔ سیب کی بارش ہے جو مسلمانوں کے سر پر ہو رہی ہے۔</w:t>
      </w:r>
    </w:p>
    <w:p>
      <w:r>
        <w:rPr>
          <w:b/>
        </w:rPr>
        <w:t xml:space="preserve">[15:12] </w:t>
      </w:r>
      <w:r>
        <w:t>ke socho, socho, socho.</w:t>
      </w:r>
    </w:p>
    <w:p>
      <w:pPr>
        <w:jc w:val="right"/>
      </w:pPr>
      <w:r>
        <w:t>کہ سوچو، سوچو، سوچو۔</w:t>
      </w:r>
    </w:p>
    <w:p>
      <w:r>
        <w:rPr>
          <w:b/>
        </w:rPr>
        <w:t xml:space="preserve">[15:18] </w:t>
      </w:r>
      <w:r>
        <w:t>to woh sochta kya hai? Woh sochta yeh hai ke wohi karo jo is se pehle Yarab ne kiya tha.</w:t>
      </w:r>
    </w:p>
    <w:p>
      <w:pPr>
        <w:jc w:val="right"/>
      </w:pPr>
      <w:r>
        <w:t>تو وہ سوچتا کیا ہے؟ وہ سوچتا یہ ہے کہ وہی کرو جو اس سے پہلے یثرب نے کیا تھا۔</w:t>
      </w:r>
    </w:p>
    <w:p>
      <w:r>
        <w:rPr>
          <w:b/>
        </w:rPr>
        <w:t xml:space="preserve">[15:29] </w:t>
      </w:r>
      <w:r>
        <w:t>Yarab ne ladaai ka culture chhod kar peace ka culture ikhtiyar kiya. Yahan tak ke woh Yarab ki wajah Madina ban gaya.</w:t>
      </w:r>
    </w:p>
    <w:p>
      <w:pPr>
        <w:jc w:val="right"/>
      </w:pPr>
      <w:r>
        <w:t>یثرب نے لڑائی کا کلچر چھوڑ کر peace کا کلچر اختیار کیا۔ یہاں تک کہ وہ یثرب کی وجہ مدینہ بن گیا۔</w:t>
      </w:r>
    </w:p>
    <w:p>
      <w:r>
        <w:rPr>
          <w:b/>
        </w:rPr>
        <w:t xml:space="preserve">[15:43] </w:t>
      </w:r>
      <w:r>
        <w:t>aise hi musalmanon ko karna hai.</w:t>
      </w:r>
    </w:p>
    <w:p>
      <w:pPr>
        <w:jc w:val="right"/>
      </w:pPr>
      <w:r>
        <w:t>ایسے ہی مسلمانوں کو کرنا ہے۔</w:t>
      </w:r>
    </w:p>
    <w:p>
      <w:r>
        <w:rPr>
          <w:b/>
        </w:rPr>
        <w:t xml:space="preserve">[15:49] </w:t>
      </w:r>
      <w:r>
        <w:t>jihad ke naam par ladaai se woh ladaai jihad nahi ban jayegi.</w:t>
      </w:r>
    </w:p>
    <w:p>
      <w:pPr>
        <w:jc w:val="right"/>
      </w:pPr>
      <w:r>
        <w:t>جہاد کے نام پر لڑائی سے وہ لڑائی جہاد نہیں بن جائے گی۔</w:t>
      </w:r>
    </w:p>
    <w:p>
      <w:r>
        <w:rPr>
          <w:b/>
        </w:rPr>
        <w:t xml:space="preserve">[16:02] </w:t>
      </w:r>
      <w:r>
        <w:t>aisa nahi ho sakta ke aap aik aik ladaai ladein, khud apne ko marwayein, doosron ko maarein, naam rakhte hain jihad.</w:t>
      </w:r>
    </w:p>
    <w:p>
      <w:pPr>
        <w:jc w:val="right"/>
      </w:pPr>
      <w:r>
        <w:t>ایسا نہیں ہو سکتا کہ آپ ایک ایک لڑائی لڑیں، خود اپنے کو مروائیں، دوسروں کو ماریں، نام رکھتے ہیں جہاد۔</w:t>
      </w:r>
    </w:p>
    <w:p>
      <w:r>
        <w:rPr>
          <w:b/>
        </w:rPr>
        <w:t xml:space="preserve">[16:12] </w:t>
      </w:r>
      <w:r>
        <w:t>is se jihad nahi ban jayega woh. Aik bohat bari ghalti yeh hui hai ke jo log maare jaate hain musalmanon mein un ko shaheed kehte hain. Jitne yeh do sau saal mein jo maare jayen musalman, jo musalman maare gaye un ko shaheed, shaheed, shaheed.</w:t>
      </w:r>
    </w:p>
    <w:p>
      <w:pPr>
        <w:jc w:val="right"/>
      </w:pPr>
      <w:r>
        <w:t>اس سے جہاد نہیں بن جائے گا وہ۔ ایک بہت بڑی غلطی یہ ہوئی ہے کہ جو لوگ مارے جاتے ہیں مسلمانوں میں ان کو شہید کہتے ہیں۔ جتنے یہ دو سو سال میں جو مارے جائیں مسلمانوں، جو مسلمان مارے گئے ان کو شہید، شہید، شہید۔</w:t>
      </w:r>
    </w:p>
    <w:p>
      <w:r>
        <w:rPr>
          <w:b/>
        </w:rPr>
        <w:t xml:space="preserve">[16:29] </w:t>
      </w:r>
      <w:r>
        <w:t>halankeh Islam mein hai hi nahi yeh. Yeh bilkul bidat hai yeh. Bukhari mein aik baqaida aik bab aata hai.</w:t>
      </w:r>
    </w:p>
    <w:p>
      <w:pPr>
        <w:jc w:val="right"/>
      </w:pPr>
      <w:r>
        <w:t>حالانکہ اسلام میں ہے ہی نہیں یہ۔ یہ بالکل بدعت ہے یہ۔ بخاری میں ایک باقاعدہ ایک باب آتا ہے۔</w:t>
      </w:r>
    </w:p>
    <w:p>
      <w:r>
        <w:rPr>
          <w:b/>
        </w:rPr>
        <w:t xml:space="preserve">[16:40] </w:t>
      </w:r>
      <w:r>
        <w:t>is ka tarjuma bab hai Allah yuqal shaheedan.</w:t>
      </w:r>
    </w:p>
    <w:p>
      <w:pPr>
        <w:jc w:val="right"/>
      </w:pPr>
      <w:r>
        <w:t>اس کا ترجمہ باب ہے اللہ یقال شہیداً۔</w:t>
      </w:r>
    </w:p>
    <w:p>
      <w:r>
        <w:rPr>
          <w:b/>
        </w:rPr>
        <w:t xml:space="preserve">[16:48] </w:t>
      </w:r>
      <w:r>
        <w:t>yani jo is tarah se lad kar maare jayen to un ko shaheed mat kaho. Allah yuqal shaheedan. Shaheed mat kaho yeh mana hai baqayda.</w:t>
      </w:r>
    </w:p>
    <w:p>
      <w:pPr>
        <w:jc w:val="right"/>
      </w:pPr>
      <w:r>
        <w:t>یعنی جو اس طرح سے لڑ کر مارے جائیں تو ان کو شہید مت کہو۔ اللہ یقال شہیداً۔ شہید مت کہو یہ منع ہے باقاعدہ۔</w:t>
      </w:r>
    </w:p>
    <w:p>
      <w:r>
        <w:rPr>
          <w:b/>
        </w:rPr>
        <w:t xml:space="preserve">[16:58] </w:t>
      </w:r>
      <w:r>
        <w:t>isi liye aap dekhiye pehle zamane mein jo log maare gaye kisi ko shaheed nahi kaha gaya. Umar shaheed, Usman shaheed, aur Ali shaheed, Hussain shaheed bhi baad ko kaha jayega.</w:t>
      </w:r>
    </w:p>
    <w:p>
      <w:pPr>
        <w:jc w:val="right"/>
      </w:pPr>
      <w:r>
        <w:t>اسی لیے آپ دیکھیے پہلے زمانے میں جو لوگ مارے گئے کسی کو شہید نہیں کہا گیا۔ عمر شہید، عثمان شہید، اور علی شہید، حسین شہید بھی بعد کو کہا جائے گا۔</w:t>
      </w:r>
    </w:p>
    <w:p>
      <w:r>
        <w:rPr>
          <w:b/>
        </w:rPr>
        <w:t xml:space="preserve">[17:15] </w:t>
      </w:r>
      <w:r>
        <w:t>is zamane mein koi shaheed nahi kehta tha. Yeh sab baad ke zamane mein shaheed ka lafz nikla hai aur logon ko shaheed kaha jane laga.</w:t>
      </w:r>
    </w:p>
    <w:p>
      <w:pPr>
        <w:jc w:val="right"/>
      </w:pPr>
      <w:r>
        <w:t>اس زمانے میں کوئی شہید نہیں کہتا تھا۔ یہ سب بعد کے زمانے میں شہید کا لفظ نکلا ہے اور لوگوں کو شہید کہا جانے لگا۔</w:t>
      </w:r>
    </w:p>
    <w:p>
      <w:r>
        <w:rPr>
          <w:b/>
        </w:rPr>
        <w:t xml:space="preserve">[17:28] </w:t>
      </w:r>
      <w:r>
        <w:t>yeh Islam mein hai hi nahi. Kyun? Is liye ke jab aap shaheed keh dein to reassessment khatam ho jata hai.</w:t>
      </w:r>
    </w:p>
    <w:p>
      <w:pPr>
        <w:jc w:val="right"/>
      </w:pPr>
      <w:r>
        <w:t>یہ اسلام میں ہے ہی نہیں۔ کیوں؟ اس لیے کہ جب آپ شہید کہہ دیں تو reassessment ختم ہو جاتا ہے۔</w:t>
      </w:r>
    </w:p>
    <w:p>
      <w:r>
        <w:rPr>
          <w:b/>
        </w:rPr>
        <w:t xml:space="preserve">[17:40] </w:t>
      </w:r>
      <w:r>
        <w:t>yani log ladein, khwamkhwah lad lad ke maare jayen, aap kahein shaheed hue. To yeh mizaj khatam ho gaya ho jayega ke aap sochein ke ghalti kahan thi.</w:t>
      </w:r>
    </w:p>
    <w:p>
      <w:pPr>
        <w:jc w:val="right"/>
      </w:pPr>
      <w:r>
        <w:t>یعنی لوگ لڑیں، خوامخواہ لڑ لڑ کے مارے جائیں، آپ کہیں شہید ہوئے۔ تو یہ مزاج ختم ہو گیا ہو جائے گا کہ آپ سوچیں کہ غلطی کہاں تھی۔</w:t>
      </w:r>
    </w:p>
    <w:p>
      <w:r>
        <w:rPr>
          <w:b/>
        </w:rPr>
        <w:t xml:space="preserve">[17:55] </w:t>
      </w:r>
      <w:r>
        <w:t>muhasbe ka mizaj khatam ho jayega. Reassessment ka mizaj khatam ho jayega. Rethinking ka mizaj khatam ho jayega.</w:t>
      </w:r>
    </w:p>
    <w:p>
      <w:pPr>
        <w:jc w:val="right"/>
      </w:pPr>
      <w:r>
        <w:t>محاسبہ کا مزاج ختم ہو جائے گا۔ reassessment کا مزاج ختم ہو جائے گا۔ rethinking کا مزاج ختم ہو جائے گا۔</w:t>
      </w:r>
    </w:p>
    <w:p>
      <w:r>
        <w:rPr>
          <w:b/>
        </w:rPr>
        <w:t xml:space="preserve">[18:05] </w:t>
      </w:r>
      <w:r>
        <w:t>phir to is ko aap muqaddas samajh lenge. Muqaddas. Isi liye Imam Bukhari ne is bab ko unwan bandha hai Allah yuqal shaheedan.</w:t>
      </w:r>
    </w:p>
    <w:p>
      <w:pPr>
        <w:jc w:val="right"/>
      </w:pPr>
      <w:r>
        <w:t>پھر تو اس کو آپ مقدس سمجھ لیں گے۔ مقدس۔ اسی لیے امام بخاری نے اس باب کو عنوان باندھا ہے اللہ یقال شہیداً۔</w:t>
      </w:r>
    </w:p>
    <w:p>
      <w:r>
        <w:rPr>
          <w:b/>
        </w:rPr>
        <w:t xml:space="preserve">[18:16] </w:t>
      </w:r>
      <w:r>
        <w:t>yeh mat kaho ke shaheed ho gaya.</w:t>
      </w:r>
    </w:p>
    <w:p>
      <w:pPr>
        <w:jc w:val="right"/>
      </w:pPr>
      <w:r>
        <w:t>یہ مت کہو کہ شہید ہو گیا۔</w:t>
      </w:r>
    </w:p>
    <w:p>
      <w:r>
        <w:rPr>
          <w:b/>
        </w:rPr>
        <w:t xml:space="preserve">[18:21] </w:t>
      </w:r>
      <w:r>
        <w:t>shaheed kehte hi woh muqaddas jayega aur process of rethinking khatam ho jayega. Aur yahi ho raha hai.</w:t>
      </w:r>
    </w:p>
    <w:p>
      <w:pPr>
        <w:jc w:val="right"/>
      </w:pPr>
      <w:r>
        <w:t>شہید کہتے ہی وہ مقدس جائے گا اور process of rethinking ختم ہو جائے گا۔ اور یہی ہو رہا ہے۔</w:t>
      </w:r>
    </w:p>
    <w:p>
      <w:r>
        <w:rPr>
          <w:b/>
        </w:rPr>
        <w:t xml:space="preserve">[18:34] </w:t>
      </w:r>
      <w:r>
        <w:t>lakhon lakh log musalmanon ne in ko shaheed bana rakha hai aur yeh sochte hain ke woh ladein to khwamkhwah ladein.</w:t>
      </w:r>
    </w:p>
    <w:p>
      <w:pPr>
        <w:jc w:val="right"/>
      </w:pPr>
      <w:r>
        <w:t>لاکھوں لاکھ لوگ مسلمانوں نے ان کو شہید بنا رکھا ہے اور یہ سوچتے ہیں کہ وہ لڑیں تو خوامخواہ لڑے۔</w:t>
      </w:r>
    </w:p>
    <w:p>
      <w:r>
        <w:rPr>
          <w:b/>
        </w:rPr>
        <w:t xml:space="preserve">[18:43] </w:t>
      </w:r>
      <w:r>
        <w:t>be awaz lad kar apne ko marwaya. Yeh is tarah nahi sochte. Kyunke shaheed ka title de rakha hai in ko. To behal ab mein samajhta hoon ke aakhri waqt aa gaya hai ke phir se sochein, rethinking karein, muhasba karein.</w:t>
      </w:r>
    </w:p>
    <w:p>
      <w:pPr>
        <w:jc w:val="right"/>
      </w:pPr>
      <w:r>
        <w:t>بے آواز لڑ کر اپنے کو مروایا۔ یہ اس طرح نہیں سوچتے۔ کیونکہ شہید کا ٹائٹل دے رکھا ہے ان کو۔ تو بہرحال اب میں سمجھتا ہوں کہ آخری وقت آ گیا ہے کہ پھر سے سوچیں، rethinking کریں، محاسبہ کریں۔</w:t>
      </w:r>
    </w:p>
    <w:p>
      <w:r>
        <w:rPr>
          <w:b/>
        </w:rPr>
        <w:t xml:space="preserve">[19:05] </w:t>
      </w:r>
      <w:r>
        <w:t>aur apni ghalti ko daryaft karein.</w:t>
      </w:r>
    </w:p>
    <w:p>
      <w:pPr>
        <w:jc w:val="right"/>
      </w:pPr>
      <w:r>
        <w:t>اور اپنی غلطی کو دریافت کریں۔</w:t>
      </w:r>
    </w:p>
    <w:p>
      <w:r>
        <w:rPr>
          <w:b/>
        </w:rPr>
        <w:t xml:space="preserve">[19:11] </w:t>
      </w:r>
      <w:r>
        <w:t>secular dunya mein to bohat waqiat hain. mislan germany mein, germany ne skin war ke daure mein germany ne bohat zabardast jang mein hissa liya tha.</w:t>
      </w:r>
    </w:p>
    <w:p>
      <w:pPr>
        <w:jc w:val="right"/>
      </w:pPr>
      <w:r>
        <w:t>سیکولر دنیا میں تو بہت واقعات ہیں۔ مثلاً جرمنی میں، جرمنی نے سکن وال وار کے دورے میں جرمنی نے بہت زبردست جنگ میں حصہ لیا تھا۔</w:t>
      </w:r>
    </w:p>
    <w:p>
      <w:r>
        <w:rPr>
          <w:b/>
        </w:rPr>
        <w:t xml:space="preserve">[19:25] </w:t>
      </w:r>
      <w:r>
        <w:t>lekin is ke baad ise skin thought aaya aur jang chhod kar is ne industry ki field mein chala gaya. japan jang chhod kar science aur education mein chala gaya.</w:t>
      </w:r>
    </w:p>
    <w:p>
      <w:pPr>
        <w:jc w:val="right"/>
      </w:pPr>
      <w:r>
        <w:t>لیکن اس کے بعد اسے سکن تھاٹ آیا اور جنگ چھوڑ کر اس نے انڈسٹری کی فیلڈ میں چلا گیا۔ جاپان جنگ چھوڑ کر سائنس اور education میں چلا گیا۔</w:t>
      </w:r>
    </w:p>
    <w:p>
      <w:r>
        <w:rPr>
          <w:b/>
        </w:rPr>
        <w:t xml:space="preserve">[19:42] </w:t>
      </w:r>
      <w:r>
        <w:t>britishes ne bhi yahi kiya. jang ke baad unhon ne chhod diya ladai aur peaceful daire mein apni activities ko jari kar diya.</w:t>
      </w:r>
    </w:p>
    <w:p>
      <w:pPr>
        <w:jc w:val="right"/>
      </w:pPr>
      <w:r>
        <w:t>برٹشز نے بھی یہی کیا۔ جنگ کے بعد انہوں نے چھوڑ دیا لڑائی اور peaceful دائرے میں اپنی activities کو جاری کر دیا۔</w:t>
      </w:r>
    </w:p>
    <w:p>
      <w:r>
        <w:rPr>
          <w:b/>
        </w:rPr>
        <w:t xml:space="preserve">[19:57] </w:t>
      </w:r>
      <w:r>
        <w:t>hata ke roos ne, aap jante hain ke roos ka yani communism ka nazariya kya tha. stalin jo tha woh leader tha communism ka.</w:t>
      </w:r>
    </w:p>
    <w:p>
      <w:pPr>
        <w:jc w:val="right"/>
      </w:pPr>
      <w:r>
        <w:t>حتیٰ کہ روس نے، آپ جانتے ہیں کہ روس کا یعنی کمیونزم کا نظریہ کیا تھا۔ اسٹالن جو تھا وہ leader تھا کمیونزم کا۔</w:t>
      </w:r>
    </w:p>
    <w:p>
      <w:r>
        <w:rPr>
          <w:b/>
        </w:rPr>
        <w:t xml:space="preserve">[20:11] </w:t>
      </w:r>
      <w:r>
        <w:t>roos mein communism ka inqilab aaya hai 1917 mein. 1917 mein.</w:t>
      </w:r>
    </w:p>
    <w:p>
      <w:pPr>
        <w:jc w:val="right"/>
      </w:pPr>
      <w:r>
        <w:t>روس میں کمیونزم کا انقلاب آیا ہے انیس سو سترہ میں۔ نائنٹین سیونٹی میں۔</w:t>
      </w:r>
    </w:p>
    <w:p>
      <w:r>
        <w:rPr>
          <w:b/>
        </w:rPr>
        <w:t xml:space="preserve">[20:20] </w:t>
      </w:r>
      <w:r>
        <w:t>is se pehle stalin jo tha woh leader tha communist party ka. to ek taqreer karte hue is ne kaha tha ke hum ko kamyabi ke liye teen cheezon ki zaroorat hai.</w:t>
      </w:r>
    </w:p>
    <w:p>
      <w:pPr>
        <w:jc w:val="right"/>
      </w:pPr>
      <w:r>
        <w:t>اس سے پہلے اسٹالن جو تھا وہ leader تھا کمیونسٹ پارٹی کا۔ تو ایک تقریر کرتے ہوئے اس نے کہا تھا کہ ہم کو کامیابی کے لیے تین چیزوں کی ضرورت ہے۔</w:t>
      </w:r>
    </w:p>
    <w:p>
      <w:r>
        <w:rPr>
          <w:b/>
        </w:rPr>
        <w:t xml:space="preserve">[20:36] </w:t>
      </w:r>
      <w:r>
        <w:t>teen cheezon ki zaroorat hai. hathiyar, awwal hathiyar, dom hathiyar, so hathiyar. aur aakhir mein phir, aakhir mein phir hathiyar.</w:t>
      </w:r>
    </w:p>
    <w:p>
      <w:pPr>
        <w:jc w:val="right"/>
      </w:pPr>
      <w:r>
        <w:t>تین چیزوں کی ضرورت ہے۔ ہتھیار، اول ہتھیار، دوم ہتھیار، سو ہتھیار۔ اور آخر میں پھر، آخر میں پھر ہتھیار۔</w:t>
      </w:r>
    </w:p>
    <w:p>
      <w:r>
        <w:rPr>
          <w:b/>
        </w:rPr>
        <w:t xml:space="preserve">[20:47] </w:t>
      </w:r>
      <w:r>
        <w:t>awwal hathiyar, dom hathiyar, so hathiyar. aur aakhir mein phir hathiyar. yeh halat thi. ab aap jante hain ke roos ya communist yeh log jo hain jang ko chhod chuke hain.</w:t>
      </w:r>
    </w:p>
    <w:p>
      <w:pPr>
        <w:jc w:val="right"/>
      </w:pPr>
      <w:r>
        <w:t>اول ہتھیار، دوم ہتھیار، سو ہتھیار۔ اور آخر میں پھر ہتھیار۔ یہ حالت تھی۔ اب آپ جانتے ہیں کہ روس یا کمیونسٹ یہ لوگ جو ہیں جنگ کو چھوڑ چکے ہیں۔</w:t>
      </w:r>
    </w:p>
    <w:p>
      <w:r>
        <w:rPr>
          <w:b/>
        </w:rPr>
        <w:t xml:space="preserve">[21:07] </w:t>
      </w:r>
      <w:r>
        <w:t>ab jang ko chhod chuke hain woh. ab peaceful tareeqe se taraqqi karne ki koshish kar rahe hain.</w:t>
      </w:r>
    </w:p>
    <w:p>
      <w:pPr>
        <w:jc w:val="right"/>
      </w:pPr>
      <w:r>
        <w:t>اب جنگ کو چھوڑ چکے ہیں وہ۔ اب peaceful طریقے سے ترقی کرنے کی کوشش کر رہے ہیں۔</w:t>
      </w:r>
    </w:p>
    <w:p>
      <w:r>
        <w:rPr>
          <w:b/>
        </w:rPr>
        <w:t xml:space="preserve">[21:17] </w:t>
      </w:r>
      <w:r>
        <w:t>america ne bhi aap dekhiye bare dhoom se gulf war shuru ki thi. bohat bare paimane par.</w:t>
      </w:r>
    </w:p>
    <w:p>
      <w:pPr>
        <w:jc w:val="right"/>
      </w:pPr>
      <w:r>
        <w:t>امریکہ نے بھی آپ دیکھیے بڑے دھوم سے گلف وار شروع کی تھی۔ بہت بڑے پیمانے پر۔</w:t>
      </w:r>
    </w:p>
    <w:p>
      <w:r>
        <w:rPr>
          <w:b/>
        </w:rPr>
        <w:t xml:space="preserve">[21:26] </w:t>
      </w:r>
      <w:r>
        <w:t>is mein teen trillion dollar kharch kar dale. ab ab ab ab america jang ko chhod chuka hai. ab america jang ka option chhod chuka hai.</w:t>
      </w:r>
    </w:p>
    <w:p>
      <w:pPr>
        <w:jc w:val="right"/>
      </w:pPr>
      <w:r>
        <w:t>اس میں تین ٹریلین ڈالر خرچ کر ڈالے۔ اب اب اب اب امریکہ جنگ کو چھوڑ چکا ہے۔ اب امریکہ جنگ کا option چھوڑ چکا ہے۔</w:t>
      </w:r>
    </w:p>
    <w:p>
      <w:r>
        <w:rPr>
          <w:b/>
        </w:rPr>
        <w:t xml:space="preserve">[21:40] </w:t>
      </w:r>
      <w:r>
        <w:t>to sare log jo is se pehle jang ka option liye hue the woh sab ke sab ab jang ka option chhod chuke.</w:t>
      </w:r>
    </w:p>
    <w:p>
      <w:pPr>
        <w:jc w:val="right"/>
      </w:pPr>
      <w:r>
        <w:t>تو سارے لوگ جو اس سے پہلے جنگ کا option لیے ہوئے تھے وہ سب کے سب اب جنگ کا option چھوڑ چکے۔</w:t>
      </w:r>
    </w:p>
    <w:p>
      <w:r>
        <w:rPr>
          <w:b/>
        </w:rPr>
        <w:t xml:space="preserve">[21:50] </w:t>
      </w:r>
      <w:r>
        <w:t>sirf musalman hain jo abhi tak baqi hain. abhi tak musalman ladai kar rahe hain, suicide bombing kar rahe hain. is ka raaz kya hai?</w:t>
      </w:r>
    </w:p>
    <w:p>
      <w:pPr>
        <w:jc w:val="right"/>
      </w:pPr>
      <w:r>
        <w:t>صرف مسلمان ہیں جو ابھی تک باقی ہیں۔ ابھی تک مسلمان لڑائی کر رہے ہیں، suicide bombing کر رہے ہیں۔ اس کا راز کیا ہے؟</w:t>
      </w:r>
    </w:p>
    <w:p>
      <w:r>
        <w:rPr>
          <w:b/>
        </w:rPr>
        <w:t xml:space="preserve">[22:02] </w:t>
      </w:r>
      <w:r>
        <w:t>kya wajah hai ke doosri tamam qaumein, doosri tamam qaumein yani japan, germany, roos, britain, hata ke america sab ne chhod diya.</w:t>
      </w:r>
    </w:p>
    <w:p>
      <w:pPr>
        <w:jc w:val="right"/>
      </w:pPr>
      <w:r>
        <w:t>کیا وجہ ہے کہ دوسری تمام قومیں، دوسری تمام قومیں یعنی جاپان، جرمنی، روس، برٹن، حتیٰ کہ امریکہ سب نے چھوڑ دیا۔</w:t>
      </w:r>
    </w:p>
    <w:p>
      <w:r>
        <w:rPr>
          <w:b/>
        </w:rPr>
        <w:t xml:space="preserve">[22:20] </w:t>
      </w:r>
      <w:r>
        <w:t>yani as a principle. ab woh dhoondh rahe hain peaceful option. kya wajah hai ke musalman hi ek exception hain?</w:t>
      </w:r>
    </w:p>
    <w:p>
      <w:pPr>
        <w:jc w:val="right"/>
      </w:pPr>
      <w:r>
        <w:t>یعنی as اے principle۔ اب وہ ڈھونڈ رہے ہیں peaceful option۔ کیا وجہ ہے کہ مسلمان ہی ایک exception ہیں؟</w:t>
      </w:r>
    </w:p>
    <w:p>
      <w:r>
        <w:rPr>
          <w:b/>
        </w:rPr>
        <w:t xml:space="preserve">[22:31] </w:t>
      </w:r>
      <w:r>
        <w:t>aaj bhi musalmanon mein koi serious tehreek nahi hai jis ko hum refer karein ke dekho woh peace ka option lene ki koshish kar rahe hain.</w:t>
      </w:r>
    </w:p>
    <w:p>
      <w:pPr>
        <w:jc w:val="right"/>
      </w:pPr>
      <w:r>
        <w:t>آج بھی مسلمانوں میں کوئی serious تحریک نہیں ہے جس کو ہم refer کریں کہ دیکھو وہ peace کا option لینے کی کوشش کر رہے ہیں۔</w:t>
      </w:r>
    </w:p>
    <w:p>
      <w:r>
        <w:rPr>
          <w:b/>
        </w:rPr>
        <w:t xml:space="preserve">[22:43] </w:t>
      </w:r>
      <w:r>
        <w:t>abhi bhi nahi. kuch hawaai baatein karne wale milenge aap ko lekin serious thinking nahi hai. is ki wajah kya hai?</w:t>
      </w:r>
    </w:p>
    <w:p>
      <w:pPr>
        <w:jc w:val="right"/>
      </w:pPr>
      <w:r>
        <w:t>ابھی بھی نہیں۔ کچھ ہوائی باتیں کرنے والے ملیں گے آپ کو لیکن serious thinking نہیں ہے۔ اس کی وجہ کیا ہے؟</w:t>
      </w:r>
    </w:p>
    <w:p>
      <w:r>
        <w:rPr>
          <w:b/>
        </w:rPr>
        <w:t xml:space="preserve">[22:52] </w:t>
      </w:r>
      <w:r>
        <w:t>yahi shahadat ka galat nazariya. ke jo marta hai us ko shaheed keh dete hain.</w:t>
      </w:r>
    </w:p>
    <w:p>
      <w:pPr>
        <w:jc w:val="right"/>
      </w:pPr>
      <w:r>
        <w:t>یہی شہادت کا غلط نظریہ۔ کہ جو مرتا ہے اس کو شہید کہہ دیتے ہیں۔</w:t>
      </w:r>
    </w:p>
    <w:p>
      <w:r>
        <w:rPr>
          <w:b/>
        </w:rPr>
        <w:t xml:space="preserve">[23:01] </w:t>
      </w:r>
      <w:r>
        <w:t>jo khud sakhta ladai mein marta hai to us ko ehtiyat bhi shaheed hue, ehtiyat bhi shaheed hue. yeh bilkul galat hai ke aap title dein.</w:t>
      </w:r>
    </w:p>
    <w:p>
      <w:pPr>
        <w:jc w:val="right"/>
      </w:pPr>
      <w:r>
        <w:t>جو خود ساختہ لڑائی میں مرتا ہے تو اس کو احتیاط بھی شہید ہوئے، احتیاط بھی شہید ہوئے۔ یہ بالکل غلط ہے کہ آپ ٹائٹل دیں۔</w:t>
      </w:r>
    </w:p>
    <w:p>
      <w:r>
        <w:rPr>
          <w:b/>
        </w:rPr>
        <w:t xml:space="preserve">[23:12] </w:t>
      </w:r>
      <w:r>
        <w:t>aur is ka saboot aap ko shaq ho to aap bukhari ki woh padh lijiyey. allah yaqool shaheedan. aur tareekh padh lijiyey ke pichhle zamane mein kisi ko shaheed tak kaha gaya.</w:t>
      </w:r>
    </w:p>
    <w:p>
      <w:pPr>
        <w:jc w:val="right"/>
      </w:pPr>
      <w:r>
        <w:t>اور اس کا ثبوت آپ کو شک ہو تو آپ بخاری کی وہ پڑھ لیجیے۔ اللہ یقال شہیداً۔ اور تاریخ پڑھ لیجیے کہ پچھلے زمانے میں کسی کو شہید تک کہا گیا۔</w:t>
      </w:r>
    </w:p>
    <w:p>
      <w:r>
        <w:rPr>
          <w:b/>
        </w:rPr>
        <w:t xml:space="preserve">[23:26] </w:t>
      </w:r>
      <w:r>
        <w:t>hata ke hussain ko bhi baz ko shaheed kaha gaya. un ke zamane mein nahi. un ke zamane mein hussain shaheed nahi kaha gaya tha. umar shaheed, usman shaheed, ali shaheed yeh sab nahi kaha gaya tha.</w:t>
      </w:r>
    </w:p>
    <w:p>
      <w:pPr>
        <w:jc w:val="right"/>
      </w:pPr>
      <w:r>
        <w:t>حتیٰ کہ حسین کو بھی بعض کو شہید کہا گیا۔ ان کے زمانے میں نہیں۔ ان کے زمانے میں حسین شہید نہیں کہا گیا تھا۔ عمر شہید، عثمان شہید، علی شہید یہ سب نہیں کہا گیا تھا۔</w:t>
      </w:r>
    </w:p>
    <w:p>
      <w:r>
        <w:rPr>
          <w:b/>
        </w:rPr>
        <w:t xml:space="preserve">[23:41] </w:t>
      </w:r>
      <w:r>
        <w:t>second word yeh hai colonialisme ke zamane mein jab musalmanon ne ladai shuru ki to tab yeh nikla shaheed, shaheed, shaheed.</w:t>
      </w:r>
    </w:p>
    <w:p>
      <w:pPr>
        <w:jc w:val="right"/>
      </w:pPr>
      <w:r>
        <w:t>سیکنڈ ورڈ یہ ہے کولیڈیلزم کے زمانے میں جب مسلمانوں نے لڑائی شروع کی تو تب یہ نکلا شہید، شہید، شہید۔</w:t>
      </w:r>
    </w:p>
    <w:p>
      <w:r>
        <w:rPr>
          <w:b/>
        </w:rPr>
        <w:t xml:space="preserve">[23:54] </w:t>
      </w:r>
      <w:r>
        <w:t>jo ulama maare gaye british ke muqable mein sab se pehle un ko shaheed kaha gaya. halanke woh sab bidat the, bidat. aap ko shaq hai to bukhari padh lijiyey.</w:t>
      </w:r>
    </w:p>
    <w:p>
      <w:pPr>
        <w:jc w:val="right"/>
      </w:pPr>
      <w:r>
        <w:t>جو علماء مارے گئے برٹش کے مقابلے میں سب سے پہلے ان کو شہید کہا گیا۔ حالانکہ وہ سب بدعت تھے، بدعت۔ آپ کو شک ہے تو بخاری پڑھ لیجیے۔</w:t>
      </w:r>
    </w:p>
    <w:p>
      <w:r>
        <w:rPr>
          <w:b/>
        </w:rPr>
        <w:t xml:space="preserve">[24:10] </w:t>
      </w:r>
      <w:r>
        <w:t>isi ki wajah se musalmanon ke andar ladai ke bare mein second thought nahi aa raha. serious darje mein rethinking nahi aa rahi hai.</w:t>
      </w:r>
    </w:p>
    <w:p>
      <w:pPr>
        <w:jc w:val="right"/>
      </w:pPr>
      <w:r>
        <w:t>اسی کی وجہ سے مسلمانوں کے اندر لڑائی کے بارے میں سیکنڈ تھاٹ نہیں آ رہا۔ Serious درجے میں rethinking نہیں آ رہی ہے۔</w:t>
      </w:r>
    </w:p>
    <w:p>
      <w:r>
        <w:rPr>
          <w:b/>
        </w:rPr>
        <w:t xml:space="preserve">[24:28] </w:t>
      </w:r>
      <w:r>
        <w:t>koi yeh sochta nahi ke quran mein saaf saaf likha hua hai antum al-aaloon in kuntum momineen. antum al-aaloon in kuntum momineen.</w:t>
      </w:r>
    </w:p>
    <w:p>
      <w:pPr>
        <w:jc w:val="right"/>
      </w:pPr>
      <w:r>
        <w:t>کوئی یہ سوچتا نہیں کہ قرآن میں صاف صاف لکھا ہوا ہے انتم العالون ان کنتم مومنین۔ انتم العالون ان کنتم مومنین۔</w:t>
      </w:r>
    </w:p>
    <w:p>
      <w:r>
        <w:rPr>
          <w:b/>
        </w:rPr>
        <w:t xml:space="preserve">[24:42] </w:t>
      </w:r>
      <w:r>
        <w:t>tum hi kamyab raho ge agar tum momin ho. to musalmanon ko sochna chahiye ke hamari iman hi pusht pa ho raha hai.</w:t>
      </w:r>
    </w:p>
    <w:p>
      <w:pPr>
        <w:jc w:val="right"/>
      </w:pPr>
      <w:r>
        <w:t>تم ہی کامیاب رہو گے اگر تم مومن ہو۔ تو مسلمانوں کو سوچنا چاہیے کہ ہماری ایمان ہی پشت پا ہو رہا ہے۔</w:t>
      </w:r>
    </w:p>
    <w:p>
      <w:r>
        <w:rPr>
          <w:b/>
        </w:rPr>
        <w:t xml:space="preserve">[24:53] </w:t>
      </w:r>
      <w:r>
        <w:t>hamari nakami, shahadat nakami nahi hai. hamari iman ki pusht pa ho rahi hai.</w:t>
      </w:r>
    </w:p>
    <w:p>
      <w:pPr>
        <w:jc w:val="right"/>
      </w:pPr>
      <w:r>
        <w:t>ہماری ناکامی، شہادت ناکامی نہیں ہے۔ ہماری ایمان کی پشت پا ہو رہی ہے۔</w:t>
      </w:r>
    </w:p>
    <w:p>
      <w:r>
        <w:rPr>
          <w:b/>
        </w:rPr>
        <w:t xml:space="preserve">[25:04] </w:t>
      </w:r>
      <w:r>
        <w:t>to ab aakhri waqt aa gaya hai ke musalman muhasba karen, sochen.</w:t>
      </w:r>
    </w:p>
    <w:p>
      <w:pPr>
        <w:jc w:val="right"/>
      </w:pPr>
      <w:r>
        <w:t>تو اب آخری وقت آ گیا ہے کہ مسلمان محاسبہ کریں، سوچیں۔</w:t>
      </w:r>
    </w:p>
    <w:p>
      <w:r>
        <w:rPr>
          <w:b/>
        </w:rPr>
        <w:t xml:space="preserve">[25:14] </w:t>
      </w:r>
      <w:r>
        <w:t>balkay jis ko quran mein kaha gaya hai ijtimai toba woh karen. tobo Allah jamee'an. ijtimai toba ka waqt aa gaya hai.</w:t>
      </w:r>
    </w:p>
    <w:p>
      <w:pPr>
        <w:jc w:val="right"/>
      </w:pPr>
      <w:r>
        <w:t>بلکہ جس کو قرآن میں کہا گیا ہے اجتماعی توبہ وہ کریں۔ توبو اللہ جمیعاً۔ اجتماعی توبہ کا وقت آ گیا ہے۔</w:t>
      </w:r>
    </w:p>
    <w:p>
      <w:r>
        <w:rPr>
          <w:b/>
        </w:rPr>
        <w:t xml:space="preserve">[25:28] </w:t>
      </w:r>
      <w:r>
        <w:t>aik hoti hai infiradi toba. aik hoti hai ijtimai toba. tobo Allah jamee'an. to waqt aa gaya hai ke ijtimai toba ki jaye.</w:t>
      </w:r>
    </w:p>
    <w:p>
      <w:pPr>
        <w:jc w:val="right"/>
      </w:pPr>
      <w:r>
        <w:t>ایک ہوتی ہے انفرادی توبہ۔ ایک ہوتی ہے اجتماعی توبہ۔ توبو اللہ جمیعاً۔ تو وقت آ گیا ہے کہ اجتماعی توبہ کی جائے۔</w:t>
      </w:r>
    </w:p>
    <w:p>
      <w:r>
        <w:rPr>
          <w:b/>
        </w:rPr>
        <w:t xml:space="preserve">[25:42] </w:t>
      </w:r>
      <w:r>
        <w:t>toba ka mani kya hai? rujoo karna, rethinking karna.</w:t>
      </w:r>
    </w:p>
    <w:p>
      <w:pPr>
        <w:jc w:val="right"/>
      </w:pPr>
      <w:r>
        <w:t>توبہ کا معنی کیا ہے؟ رجوع کرنا، rethinking کرنا۔</w:t>
      </w:r>
    </w:p>
    <w:p>
      <w:r>
        <w:rPr>
          <w:b/>
        </w:rPr>
        <w:t xml:space="preserve">[25:49] </w:t>
      </w:r>
      <w:r>
        <w:t>wapas hona. yani is waqt toba yeh hogi ke musalman violent activities ko chor kar peaceful activities ko poori tarah ikhtiyar kar len.</w:t>
      </w:r>
    </w:p>
    <w:p>
      <w:pPr>
        <w:jc w:val="right"/>
      </w:pPr>
      <w:r>
        <w:t>واپس ہونا۔ یعنی اس وقت توبہ یہ ہوگی کہ مسلمان violent activities کو چھوڑ کر peaceful activities کو پوری طرح اختیار کر لیں۔</w:t>
      </w:r>
    </w:p>
    <w:p>
      <w:r>
        <w:rPr>
          <w:b/>
        </w:rPr>
        <w:t xml:space="preserve">[26:08] </w:t>
      </w:r>
      <w:r>
        <w:t>violent activities ko chor kar poori tarah peaceful activities ko ikhtiyar kar len. yeh hai toba. yeh hai rujoo.</w:t>
      </w:r>
    </w:p>
    <w:p>
      <w:pPr>
        <w:jc w:val="right"/>
      </w:pPr>
      <w:r>
        <w:t>violent activities کو چھوڑ کر پوری طرح peaceful activities کو اختیار کر لیں۔ یہ ہے توبہ۔ یہ ہے رجوع۔</w:t>
      </w:r>
    </w:p>
    <w:p>
      <w:r>
        <w:rPr>
          <w:b/>
        </w:rPr>
        <w:t xml:space="preserve">[26:17] </w:t>
      </w:r>
      <w:r>
        <w:t>yeh hai muhasba.</w:t>
      </w:r>
    </w:p>
    <w:p>
      <w:pPr>
        <w:jc w:val="right"/>
      </w:pPr>
      <w:r>
        <w:t>یہ ہے محاسبہ۔</w:t>
      </w:r>
    </w:p>
    <w:p>
      <w:r>
        <w:rPr>
          <w:b/>
        </w:rPr>
        <w:t xml:space="preserve">[26:23] </w:t>
      </w:r>
      <w:r>
        <w:t>aur do so saal ki tareekh batati hai ke agar unhon ne yeh toba nahi ki to tabahi ka silsila jari rahe ga.</w:t>
      </w:r>
    </w:p>
    <w:p>
      <w:pPr>
        <w:jc w:val="right"/>
      </w:pPr>
      <w:r>
        <w:t>اور دو سو سال کی تاریخ بتاتی ہے کہ اگر انہوں نے یہ توبہ نہیں کی تو تباہی کا سلسلہ جاری رہے گا۔</w:t>
      </w:r>
    </w:p>
    <w:p>
      <w:r>
        <w:rPr>
          <w:b/>
        </w:rPr>
        <w:t xml:space="preserve">[26:34] </w:t>
      </w:r>
      <w:r>
        <w:t>do so saal ki tareekh batati hai ke agar musalmanon ne toba nahi ki yani violent activities ka tareeqa chor kar peaceful activities ka tareeqa ikhtiyar nahi kiya to kya hoga?</w:t>
      </w:r>
    </w:p>
    <w:p>
      <w:pPr>
        <w:jc w:val="right"/>
      </w:pPr>
      <w:r>
        <w:t>دو سو سال کی تاریخ بتاتی ہے کہ اگر مسلمانوں نے توبہ نہیں کی یعنی violent activities کا طریقہ چھوڑ کر peaceful activities کا طریقہ اختیار نہیں کیا تو کیا ہوگا؟</w:t>
      </w:r>
    </w:p>
    <w:p>
      <w:r>
        <w:rPr>
          <w:b/>
        </w:rPr>
        <w:t xml:space="preserve">[26:56] </w:t>
      </w:r>
      <w:r>
        <w:t>aur tabahi, aur tabahi, aur tabahi. to mein samajhta hoon ke aaj kal jo musalmanon ki zaban aur qalam aap jahan bhi dekhen bolne wale kya bol rahe hain likhne wale kya likh rahe hain bas zulm, sazish, zulm, sazish.</w:t>
      </w:r>
    </w:p>
    <w:p>
      <w:pPr>
        <w:jc w:val="right"/>
      </w:pPr>
      <w:r>
        <w:t>اور تباہی، اور تباہی، اور تباہی۔ تو میں سمجھتا ہوں کہ آج کل جو مسلمانوں کی زبان اور قلم آپ جہاں بھی دیکھیں بولنے والے کیا بول رہے ہیں لکھنے والے کیا لکھ رہے ہیں بس ظلم، سازش، ظلم، سازش۔</w:t>
      </w:r>
    </w:p>
    <w:p>
      <w:r>
        <w:rPr>
          <w:b/>
        </w:rPr>
        <w:t xml:space="preserve">[27:15] </w:t>
      </w:r>
      <w:r>
        <w:t>ke doosri qomen zulm kar ke hamein nuqsan pohncha rahi hain. yeh zaban chorni pare gi.</w:t>
      </w:r>
    </w:p>
    <w:p>
      <w:pPr>
        <w:jc w:val="right"/>
      </w:pPr>
      <w:r>
        <w:t>کہ دوسری قومیں ظلم کر کے ہمیں نقصان پہنچا رہی ہیں۔ یہ زبان چھوڑنی پڑے گی۔</w:t>
      </w:r>
    </w:p>
    <w:p>
      <w:r>
        <w:rPr>
          <w:b/>
        </w:rPr>
        <w:t xml:space="preserve">[27:27] </w:t>
      </w:r>
      <w:r>
        <w:t>Allah taala kisi bhi ko yeh nahi moqa de sakta ke do so saal tak woh aap ko apne zulm ka, sazish ka target banaye rahe aur phir Allah interview na kare.</w:t>
      </w:r>
    </w:p>
    <w:p>
      <w:pPr>
        <w:jc w:val="right"/>
      </w:pPr>
      <w:r>
        <w:t>اللہ تعالیٰ کسی بھی کو یہ نہیں موقع دے سکتا کہ دو سو سال تک وہ آپ کو اپنے ظلم کا، سازش کا ٹارگٹ بنائے رہے اور پھر اللہ انٹرویو نہ کرے۔</w:t>
      </w:r>
    </w:p>
    <w:p>
      <w:r>
        <w:rPr>
          <w:b/>
        </w:rPr>
        <w:t xml:space="preserve">[27:40] </w:t>
      </w:r>
      <w:r>
        <w:t>yeh ho nahi sakta. yeh impossible hai. yeh impossible hai.</w:t>
      </w:r>
    </w:p>
    <w:p>
      <w:pPr>
        <w:jc w:val="right"/>
      </w:pPr>
      <w:r>
        <w:t>یہ ہو نہیں سکتا۔ یہ impossible ہے۔ یہ impossible ہے۔</w:t>
      </w:r>
    </w:p>
    <w:p>
      <w:r>
        <w:rPr>
          <w:b/>
        </w:rPr>
        <w:t xml:space="preserve">[27:57] </w:t>
      </w:r>
      <w:r>
        <w:t>to mein samajhta hoon ke yeh woh baat hai jis par tamam musalmanon ko, dunya bhar ke musalmanon ko, ulama ko, ghair ulama ko sab ko sab se zyada sochna chahiye.</w:t>
      </w:r>
    </w:p>
    <w:p>
      <w:pPr>
        <w:jc w:val="right"/>
      </w:pPr>
      <w:r>
        <w:t>تو میں سمجھتا ہوں کہ یہ وہ بات ہے جس پر تمام مسلمانوں کو، دنیا بھر کے مسلمانوں کو، علماء کو، غیر علماء کو سب کو سب سے زیادہ سوچنا چاہیے۔</w:t>
      </w:r>
    </w:p>
    <w:p>
      <w:r>
        <w:rPr>
          <w:b/>
        </w:rPr>
        <w:t xml:space="preserve">[28:20] </w:t>
      </w:r>
      <w:r>
        <w:t>aur mein samajhta hoon ke aik lafz mein is ka jawab yeh hai ke hum</w:t>
      </w:r>
    </w:p>
    <w:p>
      <w:pPr>
        <w:jc w:val="right"/>
      </w:pPr>
      <w:r>
        <w:t>اور میں سمجھتا ہوں کہ ایک لفظ میں اس کا جواب یہ ہے کہ ہم</w:t>
      </w:r>
    </w:p>
    <w:p>
      <w:r>
        <w:rPr>
          <w:b/>
        </w:rPr>
        <w:t xml:space="preserve">[28:33] </w:t>
      </w:r>
      <w:r>
        <w:t>dawat ka rasta ikhtiyar karen. peaceful dawat.</w:t>
      </w:r>
    </w:p>
    <w:p>
      <w:pPr>
        <w:jc w:val="right"/>
      </w:pPr>
      <w:r>
        <w:t>دعوت کا راستہ اختیار کریں۔ peaceful دعوت۔</w:t>
      </w:r>
    </w:p>
    <w:p>
      <w:r>
        <w:rPr>
          <w:b/>
        </w:rPr>
        <w:t xml:space="preserve">[28:41] </w:t>
      </w:r>
      <w:r>
        <w:t>kal parson mein aik musalmanon ki aik bayan parh raha tha ke islam europe mein bohat tezi se phail raha hai.</w:t>
      </w:r>
    </w:p>
    <w:p>
      <w:pPr>
        <w:jc w:val="right"/>
      </w:pPr>
      <w:r>
        <w:t>کل پرسوں میں ایک مسلمانوں کی ایک بیان پڑھ رہا تھا کہ اسلام یورپ میں بہت تیزی سے پھیل رہا ہے۔</w:t>
      </w:r>
    </w:p>
    <w:p>
      <w:r>
        <w:rPr>
          <w:b/>
        </w:rPr>
        <w:t xml:space="preserve">[28:51] </w:t>
      </w:r>
      <w:r>
        <w:t>is mein azad shahadat diye the isi is mulk mein hote hain musalman hue is mulk mein hote hain musalman hue. yeh fakhr, yeh baat bhi musalman fakhr se toba karte hain.</w:t>
      </w:r>
    </w:p>
    <w:p>
      <w:pPr>
        <w:jc w:val="right"/>
      </w:pPr>
      <w:r>
        <w:t>اس میں آزاد شہادت دیے تھے اسی اس ملک میں ہوتے ہیں مسلمان ہوئے اس ملک میں ہوتے ہیں مسلمان ہوئے۔ یہ فخر، یہ بات بھی مسلمان فخر سے توبہ کرتے ہیں۔</w:t>
      </w:r>
    </w:p>
    <w:p>
      <w:r>
        <w:rPr>
          <w:b/>
        </w:rPr>
        <w:t xml:space="preserve">[29:01] </w:t>
      </w:r>
      <w:r>
        <w:t>fakhr. aql istemal nahi karte ke kya waja hai ke jis cheez ko hum jihad kehte hain wahan to hum tabah ho rahe hain.</w:t>
      </w:r>
    </w:p>
    <w:p>
      <w:pPr>
        <w:jc w:val="right"/>
      </w:pPr>
      <w:r>
        <w:t>فخر۔ عقل استعمال نہیں کرتے کہ کیا وجہ ہے کہ جس چیز کو ہم جہاد کہتے ہیں وہاں تو ہم تباہ ہو رہے ہیں۔</w:t>
      </w:r>
    </w:p>
    <w:p>
      <w:r>
        <w:rPr>
          <w:b/>
        </w:rPr>
        <w:t xml:space="preserve">[29:11] </w:t>
      </w:r>
      <w:r>
        <w:t>aur jahan hum koi koshish bhi nahi kar rahe dawat ke maidan mein wahan islam taraqqi kar raha hai.</w:t>
      </w:r>
    </w:p>
    <w:p>
      <w:pPr>
        <w:jc w:val="right"/>
      </w:pPr>
      <w:r>
        <w:t>اور جہاں ہم کوئی کوشش بھی نہیں کر رہے دعوت کے میدان میں وہاں اسلام ترقی کر رہا ہے۔</w:t>
      </w:r>
    </w:p>
    <w:p>
      <w:r>
        <w:rPr>
          <w:b/>
        </w:rPr>
        <w:t xml:space="preserve">[29:20] </w:t>
      </w:r>
      <w:r>
        <w:t>sari dunya mein kahin bhi musalman zyada yani sincere tor par koi dawati koshish nahi kar rahay. phir bhi islam apnay aap phail raha hai.</w:t>
      </w:r>
    </w:p>
    <w:p>
      <w:pPr>
        <w:jc w:val="right"/>
      </w:pPr>
      <w:r>
        <w:t>ساری دنیا میں کہیں بھی مسلمان زیادہ یعنی sincere طور پر کوئی دعوتی کوشش نہیں کر رہے۔ پھر بھی اسلام اپنے آپ پھیل رہا ہے۔</w:t>
      </w:r>
    </w:p>
    <w:p>
      <w:r>
        <w:rPr>
          <w:b/>
        </w:rPr>
        <w:t xml:space="preserve">[29:32] </w:t>
      </w:r>
      <w:r>
        <w:t>to islam mein dawati taqat itni zyada hai ke daaiyon ka giroh na ho tab bhi woh kaam karta rahe ga.</w:t>
      </w:r>
    </w:p>
    <w:p>
      <w:pPr>
        <w:jc w:val="right"/>
      </w:pPr>
      <w:r>
        <w:t>تو اسلام میں دعوتی طاقت اتنی زیادہ ہے کہ داعیوں کا گروہ نہ ہو تب بھی وہ کام کرتا رہے گا۔</w:t>
      </w:r>
    </w:p>
    <w:p>
      <w:r>
        <w:rPr>
          <w:b/>
        </w:rPr>
        <w:t xml:space="preserve">[29:42] </w:t>
      </w:r>
      <w:r>
        <w:t>apni taqat se phailta rahe ga.</w:t>
      </w:r>
    </w:p>
    <w:p>
      <w:pPr>
        <w:jc w:val="right"/>
      </w:pPr>
      <w:r>
        <w:t>اپنی طاقت سے پھیلتا رہے گا۔</w:t>
      </w:r>
    </w:p>
    <w:p>
      <w:r>
        <w:rPr>
          <w:b/>
        </w:rPr>
        <w:t xml:space="preserve">[29:47] </w:t>
      </w:r>
      <w:r>
        <w:t>to is tarah ke mazameen chhapte rehte hain muslim akhbaron mein, muslim magazine mein ke islam yahan phail raha hai, wahan islam wahan phail raha hai. lekin yeh yeh khabrein aai oopater hain.</w:t>
      </w:r>
    </w:p>
    <w:p>
      <w:pPr>
        <w:jc w:val="right"/>
      </w:pPr>
      <w:r>
        <w:t>تو اس طرح کے مضامین چھپتے رہتے ہیں مسلم اخباروں میں، مسلم میگزین میں کہ اسلام یہاں پھیل رہا ہے، وہاں اسلام وہاں پھیل رہا ہے۔ لیکن یہ یہ خبریں آئی اوپیٹر ہیں۔</w:t>
      </w:r>
    </w:p>
    <w:p>
      <w:r>
        <w:rPr>
          <w:b/>
        </w:rPr>
        <w:t xml:space="preserve">[29:59] </w:t>
      </w:r>
      <w:r>
        <w:t>yeh khabrein aai oopater hain. musalmanon ko sochna chahiye ke jahan hum qurbaniyan de rahe hain, jahan hum qurbaniyan de rahe hain, jaan o maal ki qurbani, wahan to kuch bhi nahi ho raha.</w:t>
      </w:r>
    </w:p>
    <w:p>
      <w:pPr>
        <w:jc w:val="right"/>
      </w:pPr>
      <w:r>
        <w:t>یہ خبریں آئی اوپیٹر ہیں۔ مسلمانوں کو سوچنا چاہیے کہ جہاں ہم قربانیاں دے رہے ہیں، جہاں ہم قربانیاں دے رہے ہیں، جان و مال کی قربانی، وہاں تو کچھ بھی نہیں ہو رہا۔</w:t>
      </w:r>
    </w:p>
    <w:p>
      <w:r>
        <w:rPr>
          <w:b/>
        </w:rPr>
        <w:t xml:space="preserve">[30:14] </w:t>
      </w:r>
      <w:r>
        <w:t>sawal to aai ke aur jahan hum kuch kar bhi nahi rahe, wahan islam apni taqat se phail raha hai.</w:t>
      </w:r>
    </w:p>
    <w:p>
      <w:pPr>
        <w:jc w:val="right"/>
      </w:pPr>
      <w:r>
        <w:t>سوال تو آئی کہ اور جہاں ہم کچھ کر بھی نہیں رہے، وہاں اسلام اپنی طاقت سے پھیل رہا ہے۔</w:t>
      </w:r>
    </w:p>
    <w:p>
      <w:r>
        <w:rPr>
          <w:b/>
        </w:rPr>
        <w:t xml:space="preserve">[30:24] </w:t>
      </w:r>
      <w:r>
        <w:t>yeh bhi ek nishani hai, ek warning hai ke chhod do ladai aur peaceful dawat ko shuru karo.</w:t>
      </w:r>
    </w:p>
    <w:p>
      <w:pPr>
        <w:jc w:val="right"/>
      </w:pPr>
      <w:r>
        <w:t>یہ بھی ایک نشانی ہے، ایک وارننگ ہے کہ چھوڑو لڑائی اور peaceful دعوت کو شروع کرو۔</w:t>
      </w:r>
    </w:p>
    <w:p>
      <w:r>
        <w:rPr>
          <w:b/>
        </w:rPr>
        <w:t xml:space="preserve">[30:33] </w:t>
      </w:r>
      <w:r>
        <w:t>quran ko phailao. jo quran abhi apne aap phail raha hai, jab hum is par koshish karenge baqayda to kai guna zyada phailay ga woh.</w:t>
      </w:r>
    </w:p>
    <w:p>
      <w:pPr>
        <w:jc w:val="right"/>
      </w:pPr>
      <w:r>
        <w:t>قرآن کو پھیلاؤ۔ جو قرآن ابھی اپنے آپ پھیل رہا ہے، جب ہم اس پر کوشش کریں گے باقاعدہ تو کئی گنا زیادہ پھیلے گا وہ۔</w:t>
      </w:r>
    </w:p>
    <w:p>
      <w:r>
        <w:rPr>
          <w:b/>
        </w:rPr>
        <w:t xml:space="preserve">[30:45] </w:t>
      </w:r>
      <w:r>
        <w:t>is ka ishaat bohat barh jayegi.</w:t>
      </w:r>
    </w:p>
    <w:p>
      <w:pPr>
        <w:jc w:val="right"/>
      </w:pPr>
      <w:r>
        <w:t>اس کا اشاعت بہت بڑھ جائے گی۔</w:t>
      </w:r>
    </w:p>
    <w:p>
      <w:r>
        <w:rPr>
          <w:b/>
        </w:rPr>
        <w:t xml:space="preserve">[30:53] </w:t>
      </w:r>
      <w:r>
        <w:t>to is waqt musalmanon ke liye sirf ek hi rasta hai. gun chhodo quran ko ikhtiyar karo.</w:t>
      </w:r>
    </w:p>
    <w:p>
      <w:pPr>
        <w:jc w:val="right"/>
      </w:pPr>
      <w:r>
        <w:t>تو اس وقت مسلمانوں کے لیے صرف ایک ہی راستہ ہے۔ گن چھوڑو قرآن کو اختیار کرو۔</w:t>
      </w:r>
    </w:p>
    <w:p>
      <w:r>
        <w:rPr>
          <w:b/>
        </w:rPr>
        <w:t xml:space="preserve">[31:04] </w:t>
      </w:r>
      <w:r>
        <w:t>jo quran mein aaya hai ke wajahidhum bihi jihad kabira. quran ke zariye karo jihad kabira. wajahidhum bihi jihad kabira.</w:t>
      </w:r>
    </w:p>
    <w:p>
      <w:pPr>
        <w:jc w:val="right"/>
      </w:pPr>
      <w:r>
        <w:t>جو قرآن میں آیا ہے کہ وجاہدھم بہی جہاد کبیرہ۔ قرآن کے ذریعے کرو جہاد کبیرہ۔ وجاہدھم بہی جہاد کبیرہ۔</w:t>
      </w:r>
    </w:p>
    <w:p>
      <w:r>
        <w:rPr>
          <w:b/>
        </w:rPr>
        <w:t xml:space="preserve">[31:15] </w:t>
      </w:r>
      <w:r>
        <w:t>quran ke zariye karo jihad kabira. to yeh ayat jo hai yeh abadi ayat hai, abadi. har daur ke liye.</w:t>
      </w:r>
    </w:p>
    <w:p>
      <w:pPr>
        <w:jc w:val="right"/>
      </w:pPr>
      <w:r>
        <w:t>قرآن کے ذریعے کرو جہاد کبیرہ۔ تو یہ آیت جو ہے یہ ابدی آیت ہے، ابدی۔ ہر دور کے لیے۔</w:t>
      </w:r>
    </w:p>
    <w:p>
      <w:r>
        <w:rPr>
          <w:b/>
        </w:rPr>
        <w:t xml:space="preserve">[31:26] </w:t>
      </w:r>
      <w:r>
        <w:t>aaj ke musalmanon ki ayat keh rahi hai</w:t>
      </w:r>
    </w:p>
    <w:p>
      <w:pPr>
        <w:jc w:val="right"/>
      </w:pPr>
      <w:r>
        <w:t>آج کے مسلمانوں کی آیت کہہ رہی ہے</w:t>
      </w:r>
    </w:p>
    <w:p>
      <w:r>
        <w:rPr>
          <w:b/>
        </w:rPr>
        <w:t xml:space="preserve">[31:31] </w:t>
      </w:r>
      <w:r>
        <w:t>ke gun ka jihad chhodo quran ka jihad ikhtiyar karo. wajahidhum bihi jihad kabira.</w:t>
      </w:r>
    </w:p>
    <w:p>
      <w:pPr>
        <w:jc w:val="right"/>
      </w:pPr>
      <w:r>
        <w:t>کہ گن کا جہاد چھوڑو قرآن کا جہاد اختیار کرو۔ وجاہدھم بہی جہاد کبیرہ۔</w:t>
      </w:r>
    </w:p>
    <w:p>
      <w:r>
        <w:rPr>
          <w:b/>
        </w:rPr>
        <w:t xml:space="preserve">[31:45] </w:t>
      </w:r>
      <w:r>
        <w:t>isi mein musalmanon ka haal chupa hua hai, isi mein un ka mustaqbil chupa hua hai, isi mein un ki dunya chupi hui hai, isi mein un ki akhirat chupi hui hai.</w:t>
      </w:r>
    </w:p>
    <w:p>
      <w:pPr>
        <w:jc w:val="right"/>
      </w:pPr>
      <w:r>
        <w:t>اسی میں مسلمانوں کا حال چھپا ہوا ہے، اسی میں ان کا مستقبل چھپا ہوا ہے، اسی میں ان کی دنیا چھپی ہوئی ہے، اسی میں ان کی آخرت چھپی ہوئی ہے۔</w:t>
      </w:r>
    </w:p>
    <w:p>
      <w:r>
        <w:rPr>
          <w:b/>
        </w:rPr>
        <w:t xml:space="preserve">[31:56] </w:t>
      </w:r>
      <w:r>
        <w:t>sab kuch.</w:t>
      </w:r>
    </w:p>
    <w:p>
      <w:pPr>
        <w:jc w:val="right"/>
      </w:pPr>
      <w:r>
        <w:t>سب کچھ۔</w:t>
      </w:r>
    </w:p>
    <w:p>
      <w:r>
        <w:rPr>
          <w:b/>
        </w:rPr>
        <w:t xml:space="preserve">[32:01] </w:t>
      </w:r>
      <w:r>
        <w:t>to aaj kal jo khabrein aa rahi hain earthquake ke bare mein is ko le kar mera mind trigger hua.</w:t>
      </w:r>
    </w:p>
    <w:p>
      <w:pPr>
        <w:jc w:val="right"/>
      </w:pPr>
      <w:r>
        <w:t>تو آج کل جو خبریں آ رہی ہیں ارتھ کوئیک کے بارے میں اس کو لے کر میرا مائنڈ ٹریگر ہوا۔</w:t>
      </w:r>
    </w:p>
    <w:p>
      <w:r>
        <w:rPr>
          <w:b/>
        </w:rPr>
        <w:t xml:space="preserve">[32:11] </w:t>
      </w:r>
      <w:r>
        <w:t>mein sochne laga to yeh baatein meri samajh aayin.</w:t>
      </w:r>
    </w:p>
    <w:p>
      <w:pPr>
        <w:jc w:val="right"/>
      </w:pPr>
      <w:r>
        <w:t>میں سوچنے لگا تو یہ باتیں میری سمجھ آئیں۔</w:t>
      </w:r>
    </w:p>
    <w:p>
      <w:r>
        <w:rPr>
          <w:b/>
        </w:rPr>
        <w:t xml:space="preserve">[32:21] </w:t>
      </w:r>
      <w:r>
        <w:t>khas tor par dekhiye quran utra tha sare alam ke liye lakon lil alameen nazeera.</w:t>
      </w:r>
    </w:p>
    <w:p>
      <w:pPr>
        <w:jc w:val="right"/>
      </w:pPr>
      <w:r>
        <w:t>خاص طور پر دیکھیے قرآن اترا تھا سارے عالم کے لیے لیکون للعالمین نذیرہ۔</w:t>
      </w:r>
    </w:p>
    <w:p>
      <w:r>
        <w:rPr>
          <w:b/>
        </w:rPr>
        <w:t xml:space="preserve">[32:31] </w:t>
      </w:r>
      <w:r>
        <w:t>sare alam ke liye. to alam tak pahuncha kahan?</w:t>
      </w:r>
    </w:p>
    <w:p>
      <w:pPr>
        <w:jc w:val="right"/>
      </w:pPr>
      <w:r>
        <w:t>سارے عالم کے لیے۔ تو عالم تک پہنچا کہاں؟</w:t>
      </w:r>
    </w:p>
    <w:p>
      <w:r>
        <w:rPr>
          <w:b/>
        </w:rPr>
        <w:t xml:space="preserve">[32:39] </w:t>
      </w:r>
      <w:r>
        <w:t>yani is ka tarjuma logon ki qabil fahm zaban mein is ki ishaat. agar aap arabi matan chhap kar har jagah phaila dein to woh pahunchana nahi kaha jayega.</w:t>
      </w:r>
    </w:p>
    <w:p>
      <w:pPr>
        <w:jc w:val="right"/>
      </w:pPr>
      <w:r>
        <w:t>یعنی اس کا ترجمہ لوگوں کی قابل فہم زبان میں اس کی اشاعت۔ اگر آپ عربی متن چھاپ کر ہر جگہ پھیلا دیں تو وہ پہنچانا نہیں کہا جائے گا۔</w:t>
      </w:r>
    </w:p>
    <w:p>
      <w:r>
        <w:rPr>
          <w:b/>
        </w:rPr>
        <w:t xml:space="preserve">[32:52] </w:t>
      </w:r>
      <w:r>
        <w:t>wa ma arsalna min rasoolin illa bi lisani qawmi aap ko lisani qawm par quran pahunchana hoga. aap ko chahiye ke quran ko logon ki lisani qawm par pahunchayen.</w:t>
      </w:r>
    </w:p>
    <w:p>
      <w:pPr>
        <w:jc w:val="right"/>
      </w:pPr>
      <w:r>
        <w:t>وما أرسلنا برسول إلا بلسان قومي آپ کو لسان قوم پر قرآن پہنچانا ہوگا۔ آپ کو چاہیے کہ قرآن کو لوگوں کی لسان قوم پر پہنچائیں۔</w:t>
      </w:r>
    </w:p>
    <w:p>
      <w:r>
        <w:rPr>
          <w:b/>
        </w:rPr>
        <w:t xml:space="preserve">[33:04] </w:t>
      </w:r>
      <w:r>
        <w:t>tab pahunchana kaha jayega.</w:t>
      </w:r>
    </w:p>
    <w:p>
      <w:pPr>
        <w:jc w:val="right"/>
      </w:pPr>
      <w:r>
        <w:t>تب پہنچنا کہا جائے گا۔</w:t>
      </w:r>
    </w:p>
    <w:p>
      <w:r>
        <w:rPr>
          <w:b/>
        </w:rPr>
        <w:t xml:space="preserve">[33:12] </w:t>
      </w:r>
      <w:r>
        <w:t>to yeh ayat bhi bata rahi hai ke jab quran ka mission abhi tak unfinished hai to doosra kaam chhodne ka time koi tumhare paas kahan hai?</w:t>
      </w:r>
    </w:p>
    <w:p>
      <w:pPr>
        <w:jc w:val="right"/>
      </w:pPr>
      <w:r>
        <w:t>تو یہ آیت بھی بتا رہی ہے کہ جب قرآن کا مشن ابھی تک unfinished ہے تو دوسرا کام چھوڑنے کا ٹائم کوئی تمہارے پاس کہاں ہے؟</w:t>
      </w:r>
    </w:p>
    <w:p>
      <w:r>
        <w:rPr>
          <w:b/>
        </w:rPr>
        <w:t xml:space="preserve">[33:23] </w:t>
      </w:r>
      <w:r>
        <w:t>yani quran ka mission tha is liye ke sare alam tak pahunche quran un ki apni understandable language mein to abhi tak yeh nahi hua.</w:t>
      </w:r>
    </w:p>
    <w:p>
      <w:pPr>
        <w:jc w:val="right"/>
      </w:pPr>
      <w:r>
        <w:t>یعنی قرآن کا مشن تھا اس لیے کہ سارے عالم تک پہنچے قرآن ان کی اپنی understandable language میں تو ابھی تک یہ نہیں ہوا۔</w:t>
      </w:r>
    </w:p>
    <w:p>
      <w:r>
        <w:rPr>
          <w:b/>
        </w:rPr>
        <w:t xml:space="preserve">[33:35] </w:t>
      </w:r>
      <w:r>
        <w:t>to jab quran ka mission jo hai quran ka global mission abhi tak incomplete hai to doosre kisi kaam ke liye time kahan hai?</w:t>
      </w:r>
    </w:p>
    <w:p>
      <w:pPr>
        <w:jc w:val="right"/>
      </w:pPr>
      <w:r>
        <w:t>تو جب قرآن کا مشن جو ہے قرآن کا global mission ابھی تک incomplete ہے تو دوسرے کسی کام کے لیے ٹائم کہاں ہے؟</w:t>
      </w:r>
    </w:p>
    <w:p>
      <w:r>
        <w:rPr>
          <w:b/>
        </w:rPr>
        <w:t xml:space="preserve">[33:49] </w:t>
      </w:r>
      <w:r>
        <w:t>yeh to pehla kaam tha. jab pehla kaam hi na hua ho to doosre kaam ke liye time kahan hai?</w:t>
      </w:r>
    </w:p>
    <w:p>
      <w:pPr>
        <w:jc w:val="right"/>
      </w:pPr>
      <w:r>
        <w:t>یہ تو پہلا کام تھا۔ جب پہلا کام ہی نہ ہوا ہو تو دوسرے کام کے لیے ٹائم کہاں ہے؟</w:t>
      </w:r>
    </w:p>
    <w:p>
      <w:r>
        <w:rPr>
          <w:b/>
        </w:rPr>
        <w:t xml:space="preserve">[34:03] </w:t>
      </w:r>
      <w:r>
        <w:t>jaise kisi ka naujawan bachcha ho to baap sab se zyada chahega ke us ki education mukammal ho.</w:t>
      </w:r>
    </w:p>
    <w:p>
      <w:pPr>
        <w:jc w:val="right"/>
      </w:pPr>
      <w:r>
        <w:t>جیسے کسی کا نوجوان بچہ ہو تو باپ سب سے زیادہ چاہے گا کہ اس کی education مکمل ہو۔</w:t>
      </w:r>
    </w:p>
    <w:p>
      <w:r>
        <w:rPr>
          <w:b/>
        </w:rPr>
        <w:t xml:space="preserve">[34:13] </w:t>
      </w:r>
      <w:r>
        <w:t>is ki education ki takmeel se pehle koi aur baat koi kahe agar to agar nahi bhai jab tak is ki taleem poori na ho jaye mein doosra kaam nahi karne doonga.</w:t>
      </w:r>
    </w:p>
    <w:p>
      <w:pPr>
        <w:jc w:val="right"/>
      </w:pPr>
      <w:r>
        <w:t>اس کی education کی تکمیل سے پہلے کوئی اور بات کوئی کہے اگر تو اگر نہیں بھئی جب تک اس کی تعلیم پوری نہ ہو جائے میں دوسرا کام نہیں کرنے دوں گا۔</w:t>
      </w:r>
    </w:p>
    <w:p>
      <w:r>
        <w:rPr>
          <w:b/>
        </w:rPr>
        <w:t xml:space="preserve">[34:28] </w:t>
      </w:r>
      <w:r>
        <w:t>to isi tareeqe se muamla quran ka hai. aaj har musalman ko yeh sochna chahiye ke jab quran ka mission abhi tak unfinished hai.</w:t>
      </w:r>
    </w:p>
    <w:p>
      <w:pPr>
        <w:jc w:val="right"/>
      </w:pPr>
      <w:r>
        <w:t>تو اسی طریقے سے معاملہ قرآن کا ہے۔ آج ہر مسلمان کو یہ سوچنا چاہیے کہ جب قرآن کا مشن ابھی تک unfinished ہے۔</w:t>
      </w:r>
    </w:p>
    <w:p>
      <w:r>
        <w:rPr>
          <w:b/>
        </w:rPr>
        <w:t xml:space="preserve">[34:39] </w:t>
      </w:r>
      <w:r>
        <w:t>to kisi aur kaam ke liye hamare paas time kahan hai? hamari energy, hamara waqt, har cheez isi mein lagana hai hum ko.</w:t>
      </w:r>
    </w:p>
    <w:p>
      <w:pPr>
        <w:jc w:val="right"/>
      </w:pPr>
      <w:r>
        <w:t>تو کسی اور کام کے لیے ہمارے پاس ٹائم کہاں ہے؟ ہماری energy، ہمارا وقت، ہر چیز اسی میں لگانا ہے ہم کو۔</w:t>
      </w:r>
    </w:p>
    <w:p>
      <w:r>
        <w:rPr>
          <w:b/>
        </w:rPr>
        <w:t xml:space="preserve">[35:03] </w:t>
      </w:r>
      <w:r>
        <w:t>to yeh jo surah</w:t>
      </w:r>
    </w:p>
    <w:p>
      <w:pPr>
        <w:jc w:val="right"/>
      </w:pPr>
      <w:r>
        <w:t>تو یہ جو سورہ</w:t>
      </w:r>
    </w:p>
    <w:p>
      <w:r>
        <w:rPr>
          <w:b/>
        </w:rPr>
        <w:t xml:space="preserve">[35:07] </w:t>
      </w:r>
      <w:r>
        <w:t>aala naam ki ayat hai faala iz jaam baas tazarr'u is ka taqaza hai ke musalman soche ke baas aa chuki ab hamein tazarr'u ka response dena hai.</w:t>
      </w:r>
    </w:p>
    <w:p>
      <w:pPr>
        <w:jc w:val="right"/>
      </w:pPr>
      <w:r>
        <w:t>اعلیٰ نام کی آیت ہے فَاَلَا اِذْ جَاءُمْ بَاصٌ تَضَرُّعُ اس کا تقاضا ہے کہ مسلمان سوچے کہ باس آ چکی اب ہمیں تضرع کا response دینا ہے۔</w:t>
      </w:r>
    </w:p>
    <w:p>
      <w:r>
        <w:rPr>
          <w:b/>
        </w:rPr>
        <w:t xml:space="preserve">[35:28] </w:t>
      </w:r>
      <w:r>
        <w:t>ab hamein Allah ki taraf rujoo karna hai. Allah se madad mangna hai.</w:t>
      </w:r>
    </w:p>
    <w:p>
      <w:pPr>
        <w:jc w:val="right"/>
      </w:pPr>
      <w:r>
        <w:t>اب ہمیں اللہ کی طرف رجوع کرنا ہے۔ اللہ سے مدد مانگنا ہے۔</w:t>
      </w:r>
    </w:p>
    <w:p>
      <w:r>
        <w:rPr>
          <w:b/>
        </w:rPr>
        <w:t xml:space="preserve">[35:39] </w:t>
      </w:r>
      <w:r>
        <w:t>Allah ke bataye hue tareeqe ke mutabiq planning karna hai. yeh karna hai.</w:t>
      </w:r>
    </w:p>
    <w:p>
      <w:pPr>
        <w:jc w:val="right"/>
      </w:pPr>
      <w:r>
        <w:t>اللہ کے بتائے ہوئے طریقے کے مطابق planning کرنا ہے۔ یہ کرنا ہے۔</w:t>
      </w:r>
    </w:p>
    <w:p>
      <w:r>
        <w:rPr>
          <w:b/>
        </w:rPr>
        <w:t xml:space="preserve">[35:54] </w:t>
      </w:r>
      <w:r>
        <w:t>to jaisa ke maine arz kiya ke sari duniya ki qaumein ab wahid muftir ko chhod chuki hain. tareekh mein hazaron saal se bas yeh jante the log ke talwar chalao maqsad hasil karo.</w:t>
      </w:r>
    </w:p>
    <w:p>
      <w:pPr>
        <w:jc w:val="right"/>
      </w:pPr>
      <w:r>
        <w:t>تو جیسا کہ میں نے عرض کیا کہ ساری دنیا کی قومیں اب واحد مفتر کو چھوڑ چکی ہیں۔ تاریخ میں ہزاروں سال سے بس یہ جانتے تھے لوگ کہ تلوار چلاؤ مقصد حاصل کرو۔</w:t>
      </w:r>
    </w:p>
    <w:p>
      <w:r>
        <w:rPr>
          <w:b/>
        </w:rPr>
        <w:t xml:space="preserve">[36:13] </w:t>
      </w:r>
      <w:r>
        <w:t>hazaron saal se ek hi tareeqa raaij tha duniya mein woh tha talwar ka tareeqa. lekin second world war ke baad sari duniya ne talwar ke tareeqe ko ya gun ke tareeqe ko chhod diya, chhod diya, chhod diya.</w:t>
      </w:r>
    </w:p>
    <w:p>
      <w:pPr>
        <w:jc w:val="right"/>
      </w:pPr>
      <w:r>
        <w:t>ہزاروں سال سے ایک ہی طریقہ رائج تھا دنیا میں وہ تھا تلوار کا طریقہ۔ لیکن سیکنڈ ورلڈ وار کے بعد ساری دنیا نے تلوار کے طریقے کو یا گن کے طریقے کو چھوڑ دیا، چھوڑ دیا، چھوڑ دیا۔</w:t>
      </w:r>
    </w:p>
    <w:p>
      <w:r>
        <w:rPr>
          <w:b/>
        </w:rPr>
        <w:t xml:space="preserve">[36:29] </w:t>
      </w:r>
      <w:r>
        <w:t>as a principle sirf musalmanon ne nahi chhodha is liye ke woh sochte hain ke ke</w:t>
      </w:r>
    </w:p>
    <w:p>
      <w:pPr>
        <w:jc w:val="right"/>
      </w:pPr>
      <w:r>
        <w:t>As a principle صرف مسلمانوں نے نہیں چھوڑا اس لیے کہ وہ سوچتے ہیں کہ کہ</w:t>
      </w:r>
    </w:p>
    <w:p>
      <w:r>
        <w:rPr>
          <w:b/>
        </w:rPr>
        <w:t xml:space="preserve">[36:39] </w:t>
      </w:r>
      <w:r>
        <w:t>zinda rahe to ghazi mar gaye to shaheed yeh bilkul galat hai yeh koi na quran mein hai na hadees mein.</w:t>
      </w:r>
    </w:p>
    <w:p>
      <w:pPr>
        <w:jc w:val="right"/>
      </w:pPr>
      <w:r>
        <w:t>زندہ رہے تو غازی مر گئے تو شہید یہ بالکل غلط ہے یہ کوئی نہ قرآن میں ہے نہ حدیث میں۔</w:t>
      </w:r>
    </w:p>
    <w:p>
      <w:r>
        <w:rPr>
          <w:b/>
        </w:rPr>
        <w:t xml:space="preserve">[36:49] </w:t>
      </w:r>
      <w:r>
        <w:t>yeh koi nazariya nahi hai.</w:t>
      </w:r>
    </w:p>
    <w:p>
      <w:pPr>
        <w:jc w:val="right"/>
      </w:pPr>
      <w:r>
        <w:t>یہ کوئی نظریہ نہیں ہے۔</w:t>
      </w:r>
    </w:p>
    <w:p>
      <w:r>
        <w:rPr>
          <w:b/>
        </w:rPr>
        <w:t xml:space="preserve">[37:02] </w:t>
      </w:r>
      <w:r>
        <w:t>mein samajhta hoon ke har musalman par yeh farz hai har musalman par ke kam az kam ek baar woh quran ko padhe hadees ko padhe yeh janne ke liye</w:t>
      </w:r>
    </w:p>
    <w:p>
      <w:pPr>
        <w:jc w:val="right"/>
      </w:pPr>
      <w:r>
        <w:t>میں سمجھتا ہوں کہ ہر مسلمان پر یہ فرض ہے ہر مسلمان پر کہ کم از کم ایک بار وہ قرآن کو پڑھے حدیث کو پڑھے یہ جاننے کے لیے</w:t>
      </w:r>
    </w:p>
    <w:p>
      <w:r>
        <w:rPr>
          <w:b/>
        </w:rPr>
        <w:t xml:space="preserve">[37:20] </w:t>
      </w:r>
      <w:r>
        <w:t>ke quran kya message de raha hai hadeeson mein kya message hai hamare liye.</w:t>
      </w:r>
    </w:p>
    <w:p>
      <w:pPr>
        <w:jc w:val="right"/>
      </w:pPr>
      <w:r>
        <w:t>کہ قرآن کیا message دے رہا ہے حدیثوں میں کیا message ہے ہمارے لیے۔</w:t>
      </w:r>
    </w:p>
    <w:p>
      <w:r>
        <w:rPr>
          <w:b/>
        </w:rPr>
        <w:t xml:space="preserve">[37:30] </w:t>
      </w:r>
      <w:r>
        <w:t>haal mein meri mulaqat ek sahab se hui un ke saathi ne bataya ke pichhle ramzan mein unhone lamba itikaf kiya aur sara waqt lagaya is mein kunz ul amwal ko padhne ke liye sari kunz ul amwal padh dali unhone bahut moti kitab hai kunz ul amwal</w:t>
      </w:r>
    </w:p>
    <w:p>
      <w:pPr>
        <w:jc w:val="right"/>
      </w:pPr>
      <w:r>
        <w:t>حال میں میری ملاقات ایک صاحب سے ہوئی ان کے ساتھی نے بتایا کہ پچھلے رمضان میں انہوں نے لمبا اعتکاف کیا اور سارا وقت لگایا اس میں کنز الاموال کو پڑھنے کے لیے ساری کنز الاموال پڑھ ڈالی انہوں نے بہت موٹی کتاب ہے کنز الاموال</w:t>
      </w:r>
    </w:p>
    <w:p>
      <w:r>
        <w:rPr>
          <w:b/>
        </w:rPr>
        <w:t xml:space="preserve">[37:57] </w:t>
      </w:r>
      <w:r>
        <w:t>yani poore ramzan mein mutakif ho kar sara kunz ul amwal khatam kar dali unhone</w:t>
      </w:r>
    </w:p>
    <w:p>
      <w:pPr>
        <w:jc w:val="right"/>
      </w:pPr>
      <w:r>
        <w:t>یعنی پورے رمضان میں معتکف ہو کر سارا کنز الاموال ختم کر ڈالی انہوں نے</w:t>
      </w:r>
    </w:p>
    <w:p>
      <w:r>
        <w:rPr>
          <w:b/>
        </w:rPr>
        <w:t xml:space="preserve">[38:06] </w:t>
      </w:r>
      <w:r>
        <w:t>to mere paas bahut der tak the woh main baar baar poochta raha ke kunz ul amwal mein koi</w:t>
      </w:r>
    </w:p>
    <w:p>
      <w:pPr>
        <w:jc w:val="right"/>
      </w:pPr>
      <w:r>
        <w:t>تو میرے پاس بہت دیر تک تھے وہ میں بار بار پوچھتا رہا کہ کنز الاموال میں کوئی</w:t>
      </w:r>
    </w:p>
    <w:p>
      <w:r>
        <w:rPr>
          <w:b/>
        </w:rPr>
        <w:t xml:space="preserve">[38:11] </w:t>
      </w:r>
      <w:r>
        <w:t>baat jo aap ne akhaz ki wo bataiye kya cheez hai aap yaqeen kijiye koi baat nahi bata</w:t>
      </w:r>
    </w:p>
    <w:p>
      <w:pPr>
        <w:jc w:val="right"/>
      </w:pPr>
      <w:r>
        <w:t>بات جو آپ نے اخذ کی وہ بتائیے کیا چیز ہے آپ یقین کیجیے کوئی بات نہیں بتا</w:t>
      </w:r>
    </w:p>
    <w:p>
      <w:r>
        <w:rPr>
          <w:b/>
        </w:rPr>
        <w:t xml:space="preserve">[38:15] </w:t>
      </w:r>
      <w:r>
        <w:t>sake koi bhi aqal ki baat koi bhi meaningful baat koi bhi sabaq</w:t>
      </w:r>
    </w:p>
    <w:p>
      <w:pPr>
        <w:jc w:val="right"/>
      </w:pPr>
      <w:r>
        <w:t>سکے کوئی بھی عقل کی بات کوئی بھی meaningful بات کوئی بھی سبق</w:t>
      </w:r>
    </w:p>
    <w:p>
      <w:r>
        <w:rPr>
          <w:b/>
        </w:rPr>
        <w:t xml:space="preserve">[38:23] </w:t>
      </w:r>
      <w:r>
        <w:t>aamoz baat nahi bata sake wo baat kya kar rahe hain hum islamophobia ki baatein kar rahe</w:t>
      </w:r>
    </w:p>
    <w:p>
      <w:pPr>
        <w:jc w:val="right"/>
      </w:pPr>
      <w:r>
        <w:t>آموز بات نہیں بتا سکے وہ بات کیا کر رہے ہیں ہم اسلامو فوبیا کی باتیں کر رہے</w:t>
      </w:r>
    </w:p>
    <w:p>
      <w:r>
        <w:rPr>
          <w:b/>
        </w:rPr>
        <w:t xml:space="preserve">[38:29] </w:t>
      </w:r>
      <w:r>
        <w:t>hain is mani ki jo nahi parhte wo to nahi parhte jo parhte hain wo bhi chounke mindset</w:t>
      </w:r>
    </w:p>
    <w:p>
      <w:pPr>
        <w:jc w:val="right"/>
      </w:pPr>
      <w:r>
        <w:t>ہیں اس معنی کی جو نہیں پڑھتے وہ تو نہیں پڑھتے جو پڑھتے ہیں وہ بھی چونکہ mindset</w:t>
      </w:r>
    </w:p>
    <w:p>
      <w:r>
        <w:rPr>
          <w:b/>
        </w:rPr>
        <w:t xml:space="preserve">[38:37] </w:t>
      </w:r>
      <w:r>
        <w:t>durust nahi hai is se phir bhi unhein koi sabaq nahi milta</w:t>
      </w:r>
    </w:p>
    <w:p>
      <w:pPr>
        <w:jc w:val="right"/>
      </w:pPr>
      <w:r>
        <w:t>درست نہیں ہے اس سے پھر بھی انہیں کوئی سبق نہیں ملتا</w:t>
      </w:r>
    </w:p>
    <w:p>
      <w:r>
        <w:rPr>
          <w:b/>
        </w:rPr>
        <w:t xml:space="preserve">[38:42] </w:t>
      </w:r>
      <w:r>
        <w:t>ye</w:t>
      </w:r>
    </w:p>
    <w:p>
      <w:pPr>
        <w:jc w:val="right"/>
      </w:pPr>
      <w:r>
        <w:t>یہ</w:t>
      </w:r>
    </w:p>
    <w:p>
      <w:r>
        <w:rPr>
          <w:b/>
        </w:rPr>
        <w:t xml:space="preserve">[38:42] </w:t>
      </w:r>
      <w:r>
        <w:t>mindset hai islamophobia</w:t>
      </w:r>
    </w:p>
    <w:p>
      <w:pPr>
        <w:jc w:val="right"/>
      </w:pPr>
      <w:r>
        <w:t>mindset ہے اسلامو فوبیا</w:t>
      </w:r>
    </w:p>
    <w:p>
      <w:r>
        <w:rPr>
          <w:b/>
        </w:rPr>
        <w:t xml:space="preserve">[38:47] </w:t>
      </w:r>
      <w:r>
        <w:t>mindset jo hai wo islamophobia aisi halat mein agar aap parhenge kanz ul amwal to kuch mile</w:t>
      </w:r>
    </w:p>
    <w:p>
      <w:pPr>
        <w:jc w:val="right"/>
      </w:pPr>
      <w:r>
        <w:t>mindset جو ہے وہ اسلامو فوبیا ایسی حالت میں اگر آپ پڑھیں گے کنز الاموال تو کچھ ملے</w:t>
      </w:r>
    </w:p>
    <w:p>
      <w:r>
        <w:rPr>
          <w:b/>
        </w:rPr>
        <w:t xml:space="preserve">[38:53] </w:t>
      </w:r>
      <w:r>
        <w:t>ga nahi aap ko jaisa ke un ko nahi mila</w:t>
      </w:r>
    </w:p>
    <w:p>
      <w:pPr>
        <w:jc w:val="right"/>
      </w:pPr>
      <w:r>
        <w:t>گا نہیں آپ کو جیسا کہ ان کو نہیں ملا</w:t>
      </w:r>
    </w:p>
    <w:p>
      <w:r>
        <w:rPr>
          <w:b/>
        </w:rPr>
        <w:t xml:space="preserve">[38:58] </w:t>
      </w:r>
      <w:r>
        <w:t>mujhe bohat taajjub hua</w:t>
      </w:r>
    </w:p>
    <w:p>
      <w:pPr>
        <w:jc w:val="right"/>
      </w:pPr>
      <w:r>
        <w:t>مجھے بہت تعجب ہوا</w:t>
      </w:r>
    </w:p>
    <w:p>
      <w:r>
        <w:rPr>
          <w:b/>
        </w:rPr>
        <w:t xml:space="preserve">[39:01] </w:t>
      </w:r>
      <w:r>
        <w:t>ke un ke saathi ne bataya ke saari kanz ul amwal parha li unhon ne ramzan ke mahine mein</w:t>
      </w:r>
    </w:p>
    <w:p>
      <w:pPr>
        <w:jc w:val="right"/>
      </w:pPr>
      <w:r>
        <w:t>کہ ان کے ساتھی نے بتایا کہ ساری کنز الاموال پڑھا لی انہوں نے رمضان کے مہینے میں</w:t>
      </w:r>
    </w:p>
    <w:p>
      <w:r>
        <w:rPr>
          <w:b/>
        </w:rPr>
        <w:t xml:space="preserve">[39:06] </w:t>
      </w:r>
      <w:r>
        <w:t>moatakif ho kar lekin jab maine un se baat ki to un ke paas siwa islamophobia</w:t>
      </w:r>
    </w:p>
    <w:p>
      <w:pPr>
        <w:jc w:val="right"/>
      </w:pPr>
      <w:r>
        <w:t>معتکف ہو کر لیکن جب میں نے ان سے بات کی تو ان کے پاس سوا اسلامو فوبیا</w:t>
      </w:r>
    </w:p>
    <w:p>
      <w:r>
        <w:rPr>
          <w:b/>
        </w:rPr>
        <w:t xml:space="preserve">[39:14] </w:t>
      </w:r>
      <w:r>
        <w:t>ke aur koi topic par kuch kehne ke liye tha nahi</w:t>
      </w:r>
    </w:p>
    <w:p>
      <w:pPr>
        <w:jc w:val="right"/>
      </w:pPr>
      <w:r>
        <w:t>کے اور کوئی topic پر کچھ کہنے کے لیے تھا نہیں</w:t>
      </w:r>
    </w:p>
    <w:p>
      <w:r>
        <w:rPr>
          <w:b/>
        </w:rPr>
        <w:t xml:space="preserve">[39:19] </w:t>
      </w:r>
      <w:r>
        <w:t>to mein samajhta hoon ke mutala karna ya padhna bahut zaroori hai lekin objective mind ke sath padhna padega khule zehan ke sath padhna padega unbiased zehan ke sath padhna padega tab yeh hoga ke is mein jo message hai woh aap pakad payenge warna aap pad dalenge aur phir message aap ko nahi milega</w:t>
      </w:r>
    </w:p>
    <w:p>
      <w:pPr>
        <w:jc w:val="right"/>
      </w:pPr>
      <w:r>
        <w:t>تو میں سمجھتا ہوں کہ مطالعہ کرنا یا پڑھنا بہت ضروری ہے لیکن objective mind کے ساتھ پڑھنا پڑے گا کھلے ذہن کے ساتھ پڑھنا پڑے گا unbiased ذہن کے ساتھ پڑھنا پڑے گا تب یہ ہوگا کہ اس میں جو message ہے وہ آپ پکڑ پائیں گے ورنہ آپ پڑھ ڈالیں گے اور پھر message آپ کو نہیں ملے گا</w:t>
      </w:r>
    </w:p>
    <w:p>
      <w:r>
        <w:rPr>
          <w:b/>
        </w:rPr>
        <w:t xml:space="preserve">[39:46] </w:t>
      </w:r>
      <w:r>
        <w:t>beh-haal maine jo padh kar ke paya hai woh yeh hai ke is waqt sare musalmanon ka ke liye quran o sunnat ka jo paigham hai woh sirf ek hai woh yeh hai ke tashaddud chodo violence chodo</w:t>
      </w:r>
    </w:p>
    <w:p>
      <w:pPr>
        <w:jc w:val="right"/>
      </w:pPr>
      <w:r>
        <w:t>بہرحال میں نے جو پڑھ کر کے پایا ہے وہ یہ ہے کہ اس وقت سارے مسلمانوں کا کے لیے قرآن و سنت کا جو پیغام ہے وہ صرف ایک ہے وہ یہ ہے کہ تشدد چھوڑو violence چھوڑو</w:t>
      </w:r>
    </w:p>
    <w:p>
      <w:r>
        <w:rPr>
          <w:b/>
        </w:rPr>
        <w:t xml:space="preserve">[40:05] </w:t>
      </w:r>
      <w:r>
        <w:t>gun kachar aur bomb kachar chodo aur sirf peaceful dawat work karo bas peaceful dawat work peaceful dawat work</w:t>
      </w:r>
    </w:p>
    <w:p>
      <w:pPr>
        <w:jc w:val="right"/>
      </w:pPr>
      <w:r>
        <w:t>گن کچر اور بم کچر چھوڑو اور صرف peaceful دعوت work کرو بس peaceful دعوت work peaceful دعوت work</w:t>
      </w:r>
    </w:p>
    <w:p>
      <w:r>
        <w:rPr>
          <w:b/>
        </w:rPr>
        <w:t xml:space="preserve">[40:16] </w:t>
      </w:r>
      <w:r>
        <w:t>doosra koi kaam nahi hai jo musalmanon ko karna hai</w:t>
      </w:r>
    </w:p>
    <w:p>
      <w:pPr>
        <w:jc w:val="right"/>
      </w:pPr>
      <w:r>
        <w:t>دوسرا کوئی کام نہیں ہے جو مسلمانوں کو کرنا ہے</w:t>
      </w:r>
    </w:p>
    <w:p>
      <w:r>
        <w:rPr>
          <w:b/>
        </w:rPr>
        <w:t xml:space="preserve">[40:22] </w:t>
      </w:r>
      <w:r>
        <w:t>yani apni zarooriyat zindagi ke liye to karna hi padega apni zarooriyat zindagi ki zarooraton ke liye jo karna hai kijiye lekin is ke siwa jo aap ke paas time hai jo energy hai woh sab lagaiye peaceful dawat work mein</w:t>
      </w:r>
    </w:p>
    <w:p>
      <w:pPr>
        <w:jc w:val="right"/>
      </w:pPr>
      <w:r>
        <w:t>یعنی اپنی ضروریات زندگی کے لیے تو کرنا ہی پڑے گا اپنی ضروریات زندگی کی ضرورتوں کے لیے جو کرنا ہے کیجیے لیکن اس کے سوا جو آپ کے پاس ٹائم ہے جو energy ہے وہ سب لگائیے peaceful دعوت work میں</w:t>
      </w:r>
    </w:p>
    <w:p>
      <w:r>
        <w:rPr>
          <w:b/>
        </w:rPr>
        <w:t xml:space="preserve">[40:45] </w:t>
      </w:r>
      <w:r>
        <w:t>maine to quran o sunnat ke mutale se yahi samjha hai</w:t>
      </w:r>
    </w:p>
    <w:p>
      <w:pPr>
        <w:jc w:val="right"/>
      </w:pPr>
      <w:r>
        <w:t>میں نے تو قرآن و سنت کے مطالعے سے یہی سمجھا ہے</w:t>
      </w:r>
    </w:p>
    <w:p>
      <w:r>
        <w:rPr>
          <w:b/>
        </w:rPr>
        <w:t xml:space="preserve">[40:57] </w:t>
      </w:r>
      <w:r>
        <w:t>aur dekhiye yeh saada baat nahi hai isi par hamara sara muamla at stake hai duniya ka bhi aakhirat ka bhi</w:t>
      </w:r>
    </w:p>
    <w:p>
      <w:pPr>
        <w:jc w:val="right"/>
      </w:pPr>
      <w:r>
        <w:t>اور دیکھیے یہ سادہ بات نہیں ہے اسی پر ہمارا سارا معاملہ at stake ہے دنیا کا بھی آخرت کا بھی</w:t>
      </w:r>
    </w:p>
    <w:p>
      <w:r>
        <w:rPr>
          <w:b/>
        </w:rPr>
        <w:t xml:space="preserve">[41:09] </w:t>
      </w:r>
      <w:r>
        <w:t>yeh saada baat nahi hai</w:t>
      </w:r>
    </w:p>
    <w:p>
      <w:pPr>
        <w:jc w:val="right"/>
      </w:pPr>
      <w:r>
        <w:t>یہ سادہ بات نہیں ہے</w:t>
      </w:r>
    </w:p>
    <w:p>
      <w:r>
        <w:rPr>
          <w:b/>
        </w:rPr>
        <w:t xml:space="preserve">[41:13] </w:t>
      </w:r>
      <w:r>
        <w:t>sab kuch at stake hai</w:t>
      </w:r>
    </w:p>
    <w:p>
      <w:pPr>
        <w:jc w:val="right"/>
      </w:pPr>
      <w:r>
        <w:t>سب کچھ at stake ہے</w:t>
      </w:r>
    </w:p>
    <w:p>
      <w:r>
        <w:rPr>
          <w:b/>
        </w:rPr>
        <w:t xml:space="preserve">[41:32] </w:t>
      </w:r>
      <w:r>
        <w:t>to quran mein aik ayat hai ke tuuboo ila jamee'an ayyuha al-mu'minoon ay iman walo</w:t>
      </w:r>
    </w:p>
    <w:p>
      <w:pPr>
        <w:jc w:val="right"/>
      </w:pPr>
      <w:r>
        <w:t>تو قرآن میں ایک آیت ہے کہ تُوبُوا إِلَّا جَمِيعًا أَيُّهَا الْمُؤْمِنُونَ اے ایمان والو</w:t>
      </w:r>
    </w:p>
    <w:p>
      <w:r>
        <w:rPr>
          <w:b/>
        </w:rPr>
        <w:t xml:space="preserve">[41:43] </w:t>
      </w:r>
      <w:r>
        <w:t>ijtimaee toba karo sab mil kar toba karo</w:t>
      </w:r>
    </w:p>
    <w:p>
      <w:pPr>
        <w:jc w:val="right"/>
      </w:pPr>
      <w:r>
        <w:t>اجتماعی توبہ کرو سب مل کر توبہ کرو</w:t>
      </w:r>
    </w:p>
    <w:p>
      <w:r>
        <w:rPr>
          <w:b/>
        </w:rPr>
        <w:t xml:space="preserve">[41:51] </w:t>
      </w:r>
      <w:r>
        <w:t>to main sochta tha ke ye ijtamai tauba kya cheez hai</w:t>
      </w:r>
    </w:p>
    <w:p>
      <w:pPr>
        <w:jc w:val="right"/>
      </w:pPr>
      <w:r>
        <w:t>تو میں سوچتا تھا کہ یہ اجتماعی توبہ کیا چیز ہے</w:t>
      </w:r>
    </w:p>
    <w:p>
      <w:r>
        <w:rPr>
          <w:b/>
        </w:rPr>
        <w:t xml:space="preserve">[41:55] </w:t>
      </w:r>
      <w:r>
        <w:t>jis mein sab log mil kar shareek hon</w:t>
      </w:r>
    </w:p>
    <w:p>
      <w:pPr>
        <w:jc w:val="right"/>
      </w:pPr>
      <w:r>
        <w:t>جس میں سب لوگ مل کر شریک ہوں</w:t>
      </w:r>
    </w:p>
    <w:p>
      <w:r>
        <w:rPr>
          <w:b/>
        </w:rPr>
        <w:t xml:space="preserve">[41:58] </w:t>
      </w:r>
      <w:r>
        <w:t>to mujhe samajh mein aaya ke ijtamai tauba yahi hai</w:t>
      </w:r>
    </w:p>
    <w:p>
      <w:pPr>
        <w:jc w:val="right"/>
      </w:pPr>
      <w:r>
        <w:t>تو مجھے سمجھ میں آیا کہ اجتماعی توبہ یہی ہے</w:t>
      </w:r>
    </w:p>
    <w:p>
      <w:r>
        <w:rPr>
          <w:b/>
        </w:rPr>
        <w:t xml:space="preserve">[42:02] </w:t>
      </w:r>
      <w:r>
        <w:t>ke Allah se zikr karo dua ko mango tum par khulega ke tum ne apni zindagi ko</w:t>
      </w:r>
    </w:p>
    <w:p>
      <w:pPr>
        <w:jc w:val="right"/>
      </w:pPr>
      <w:r>
        <w:t>کہ اللہ سے ذکر کرو دعا کو مانگو تم پر کھلے گا کہ تم نے اپنی زندگی کو</w:t>
      </w:r>
    </w:p>
    <w:p>
      <w:r>
        <w:rPr>
          <w:b/>
        </w:rPr>
        <w:t xml:space="preserve">[42:10] </w:t>
      </w:r>
      <w:r>
        <w:t>yani ek be buniyad kaam mein laga rakha hai yani jihad ke naam par violence is ko khatam</w:t>
      </w:r>
    </w:p>
    <w:p>
      <w:pPr>
        <w:jc w:val="right"/>
      </w:pPr>
      <w:r>
        <w:t>یعنی ایک بے بنیاد کام میں لگا رکھا ہے یعنی جہاد کے نام پر violence اس کو ختم</w:t>
      </w:r>
    </w:p>
    <w:p>
      <w:r>
        <w:rPr>
          <w:b/>
        </w:rPr>
        <w:t xml:space="preserve">[42:18] </w:t>
      </w:r>
      <w:r>
        <w:t>karo</w:t>
      </w:r>
    </w:p>
    <w:p>
      <w:pPr>
        <w:jc w:val="right"/>
      </w:pPr>
      <w:r>
        <w:t>کرو</w:t>
      </w:r>
    </w:p>
    <w:p>
      <w:r>
        <w:rPr>
          <w:b/>
        </w:rPr>
        <w:t xml:space="preserve">[42:25] </w:t>
      </w:r>
      <w:r>
        <w:t>mein samajhta hoon ke ab time bilkul nahi baqi reh gaya hai foran ke foran hamein yeh karna hai ke hum ijtimaee toba karein aur khud sakhta jahad jo hum kar rahe hain us ko chodein aur dawat Allah ka peaceful kaam mein apne aap ko laga dein</w:t>
      </w:r>
    </w:p>
    <w:p>
      <w:pPr>
        <w:jc w:val="right"/>
      </w:pPr>
      <w:r>
        <w:t>میں سمجھتا ہوں کہ اب ٹائم بالکل نہیں باقی رہ گیا ہے فوراً کے فوراً ہمیں یہ کرنا ہے کہ ہم اجتماعی توبہ کریں اور خود ساختہ جہاد جو ہم کر رہے ہیں اس کو چھوڑیں اور دعوت اللہ کا peaceful کام میں اپنے آپ کو لگا دیں</w:t>
      </w:r>
    </w:p>
    <w:p>
      <w:r>
        <w:rPr>
          <w:b/>
        </w:rPr>
        <w:t xml:space="preserve">[42:52] </w:t>
      </w:r>
      <w:r>
        <w:t>to main dua karta hoon ke Allah taala</w:t>
      </w:r>
    </w:p>
    <w:p>
      <w:pPr>
        <w:jc w:val="right"/>
      </w:pPr>
      <w:r>
        <w:t>تو میں دعا کرتا ہوں کہ اللہ تعالیٰ</w:t>
      </w:r>
    </w:p>
    <w:p>
      <w:r>
        <w:rPr>
          <w:b/>
        </w:rPr>
        <w:t xml:space="preserve">[42:55] </w:t>
      </w:r>
      <w:r>
        <w:t>mujh ko aur aap ko tofeeq de ke hum sirat e mustaqeem ko jaane</w:t>
      </w:r>
    </w:p>
    <w:p>
      <w:pPr>
        <w:jc w:val="right"/>
      </w:pPr>
      <w:r>
        <w:t>مجھ کو اور آپ کو توفیق دے کہ ہم صراط مستقیم کو جانیں</w:t>
      </w:r>
    </w:p>
    <w:p>
      <w:r>
        <w:rPr>
          <w:b/>
        </w:rPr>
        <w:t xml:space="preserve">[43:03] </w:t>
      </w:r>
      <w:r>
        <w:t>kya karna hai kya nahi karna hai is ko jaane</w:t>
      </w:r>
    </w:p>
    <w:p>
      <w:pPr>
        <w:jc w:val="right"/>
      </w:pPr>
      <w:r>
        <w:t>کیا کرنا ہے کیا نہیں کرنا ہے اس کو جانیں</w:t>
      </w:r>
    </w:p>
    <w:p>
      <w:r>
        <w:rPr>
          <w:b/>
        </w:rPr>
        <w:t xml:space="preserve">[43:09] </w:t>
      </w:r>
      <w:r>
        <w:t>apni taqat ko kahan lagana hai kahan lagana hai is ko daryaft karein</w:t>
      </w:r>
    </w:p>
    <w:p>
      <w:pPr>
        <w:jc w:val="right"/>
      </w:pPr>
      <w:r>
        <w:t>اپنی طاقت کو کہاں لگانا ہے کہاں لگانا ہے اس کو دریافت کریں</w:t>
      </w:r>
    </w:p>
    <w:p>
      <w:r>
        <w:rPr>
          <w:b/>
        </w:rPr>
        <w:t xml:space="preserve">[43:14] </w:t>
      </w:r>
      <w:r>
        <w:t>aur is ke mutabiq apni zindagi ki replanning karen replanning replanning</w:t>
      </w:r>
    </w:p>
    <w:p>
      <w:pPr>
        <w:jc w:val="right"/>
      </w:pPr>
      <w:r>
        <w:t>اور اس کے مطابق اپنی زندگی کی replanning کریں replanning replanning</w:t>
      </w:r>
    </w:p>
    <w:p>
      <w:r>
        <w:rPr>
          <w:b/>
        </w:rPr>
        <w:t xml:space="preserve">[43:20] </w:t>
      </w:r>
      <w:r>
        <w:t>Allah taala mujh ko aur aap ko tofeeq de</w:t>
      </w:r>
    </w:p>
    <w:p>
      <w:pPr>
        <w:jc w:val="right"/>
      </w:pPr>
      <w:r>
        <w:t>اللہ تعالیٰ مجھ کو اور آپ کو توفیق دے</w:t>
      </w:r>
    </w:p>
    <w:p>
      <w:r>
        <w:rPr>
          <w:b/>
        </w:rPr>
        <w:t xml:space="preserve">[43:24] </w:t>
      </w:r>
      <w:r>
        <w:t>assalam o alaikum wa rehmatullah</w:t>
      </w:r>
    </w:p>
    <w:p>
      <w:pPr>
        <w:jc w:val="right"/>
      </w:pPr>
      <w:r>
        <w:t>السلام علیکم ورحمتہ اللہ</w:t>
      </w:r>
    </w:p>
    <w:p>
      <w:r>
        <w:rPr>
          <w:b/>
        </w:rPr>
        <w:t xml:space="preserve">[43:29] </w:t>
      </w:r>
      <w:r>
        <w:t>. Starting the question answer session now. All the online viewers who are watching this program on YouStream and Facebook, please send in your questions on info@cpsglobal.org.</w:t>
      </w:r>
    </w:p>
    <w:p>
      <w:pPr>
        <w:jc w:val="right"/>
      </w:pPr>
      <w:r>
        <w:t>. Starting the question answer session now. All the online viewers who are watching this program on YouStream and Facebook, please send in your questions on info@cpsglobal.org.</w:t>
      </w:r>
    </w:p>
    <w:p>
      <w:r>
        <w:rPr>
          <w:b/>
        </w:rPr>
        <w:t xml:space="preserve">[43:42] </w:t>
      </w:r>
      <w:r>
        <w:t>maulana, pehla sawal delhi se aaya hai Miss Nagma Siddiqui ka aur unhone aapse poocha hai ke after warning, what stops a person or a community from rethink</w:t>
      </w:r>
    </w:p>
    <w:p>
      <w:pPr>
        <w:jc w:val="right"/>
      </w:pPr>
      <w:r>
        <w:t>مولانا، پہلا سوال दिल्ली سے آیا ہے Miss Nagma Siddiqui کا اور انہوں نے آپ سے پوچھا ہے کہ after warning, what stops a person or a community from rethink</w:t>
      </w:r>
    </w:p>
    <w:p>
      <w:r>
        <w:rPr>
          <w:b/>
        </w:rPr>
        <w:t xml:space="preserve">[43:56] </w:t>
      </w:r>
      <w:r>
        <w:t>ing? is ke baray mein batayein. Bhai, mein to yahi kahunga ke is ki zimmedari sari ki sari ulama par jati hai.</w:t>
      </w:r>
    </w:p>
    <w:p>
      <w:pPr>
        <w:jc w:val="right"/>
      </w:pPr>
      <w:r>
        <w:t>ing؟ اس کے بارے میں بتائیں۔ بھئی، میں تو یہی کہوں گا کہ اس کی ذمہ داری ساری کی ساری علماء پر جاتی ہے۔</w:t>
      </w:r>
    </w:p>
    <w:p>
      <w:r>
        <w:rPr>
          <w:b/>
        </w:rPr>
        <w:t xml:space="preserve">[44:08] </w:t>
      </w:r>
      <w:r>
        <w:t>dosre dosre mamlaat mein ulama ne khoob fatwe diye, khoob dhoom machai. Yahan kyon nahi dhoom machate?</w:t>
      </w:r>
    </w:p>
    <w:p>
      <w:pPr>
        <w:jc w:val="right"/>
      </w:pPr>
      <w:r>
        <w:t>دوسرے دوسرے معاملات میں علماء نے خوب فتوے دیے، خوب دھوم مچائی۔ یہاں کیوں نہیں دھوم مچاتے؟</w:t>
      </w:r>
    </w:p>
    <w:p>
      <w:r>
        <w:rPr>
          <w:b/>
        </w:rPr>
        <w:t xml:space="preserve">[44:18] </w:t>
      </w:r>
      <w:r>
        <w:t>dosri kai cheezon par isi muddat mein, isi do sau saal ke andar bohat dhoom machai musalmanon ne. Is par kyon nahi dhoom machate ke band karo gun kachar, bam kachar, dawat ka kaam karo?</w:t>
      </w:r>
    </w:p>
    <w:p>
      <w:pPr>
        <w:jc w:val="right"/>
      </w:pPr>
      <w:r>
        <w:t>دوسری کئی چیزوں پر اسی مدت میں، اسی دو سو سال کے اندر بہت دھوم مچائی مسلمانوں نے۔ اس پر کیوں نہیں دھوم مچاتے کہ بند کرو گن کچر، بم کچر، دعوت کا کام کرو؟</w:t>
      </w:r>
    </w:p>
    <w:p>
      <w:r>
        <w:rPr>
          <w:b/>
        </w:rPr>
        <w:t xml:space="preserve">[44:34] </w:t>
      </w:r>
      <w:r>
        <w:t>to mein samajhta hoon ke is mein sab se bari zimmedari ulama ki hai.</w:t>
      </w:r>
    </w:p>
    <w:p>
      <w:pPr>
        <w:jc w:val="right"/>
      </w:pPr>
      <w:r>
        <w:t>تو میں سمجھتا ہوں کہ اس میں سب سے بڑی ذمہ داری علماء کی ہے۔</w:t>
      </w:r>
    </w:p>
    <w:p>
      <w:r>
        <w:rPr>
          <w:b/>
        </w:rPr>
        <w:t xml:space="preserve">[44:41] </w:t>
      </w:r>
      <w:r>
        <w:t>awam</w:t>
      </w:r>
    </w:p>
    <w:p>
      <w:pPr>
        <w:jc w:val="right"/>
      </w:pPr>
      <w:r>
        <w:t>عوام</w:t>
      </w:r>
    </w:p>
    <w:p>
      <w:r>
        <w:rPr>
          <w:b/>
        </w:rPr>
        <w:t xml:space="preserve">[44:45] </w:t>
      </w:r>
      <w:r>
        <w:t>to khud un ko ilm nahi hota, na woh soch paate. Lekin jo ulama hain, un ko to pata hai, woh kyon nahi dhoom machate?</w:t>
      </w:r>
    </w:p>
    <w:p>
      <w:pPr>
        <w:jc w:val="right"/>
      </w:pPr>
      <w:r>
        <w:t>تو خود ان کو علم نہیں ہوتا، نہ وہ سوچ پاتے۔ لیکن جو علماء ہیں، ان کو تو پتہ ہے، وہ کیوں نہیں دھوم مچاتے؟</w:t>
      </w:r>
    </w:p>
    <w:p>
      <w:r>
        <w:rPr>
          <w:b/>
        </w:rPr>
        <w:t xml:space="preserve">[44:55] </w:t>
      </w:r>
      <w:r>
        <w:t>maulana, agla sawal lene se pehle comment parhna chahenge jo ahmed bhai ne bheja hai mumbai</w:t>
      </w:r>
    </w:p>
    <w:p>
      <w:pPr>
        <w:jc w:val="right"/>
      </w:pPr>
      <w:r>
        <w:t>مولانا، اگلا سوال لینے سے پہلے comment پڑھنا چاہیں گے جو آ محبوب بھائی نے بھیجا ہے ممبئی</w:t>
      </w:r>
    </w:p>
    <w:p>
      <w:r>
        <w:rPr>
          <w:b/>
        </w:rPr>
        <w:t xml:space="preserve">[45:03] </w:t>
      </w:r>
      <w:r>
        <w:t>se aur unhon ne bataya hai ke ahmed team mumbai, ahmed hyderabad team, chennai team are watching today</w:t>
      </w:r>
    </w:p>
    <w:p>
      <w:pPr>
        <w:jc w:val="right"/>
      </w:pPr>
      <w:r>
        <w:t>سے اور انہوں نے بتایا ہے کہ آ ٹیم ممبئی، آ حیدرآباد ٹیم، چنئی ٹیم are watching today</w:t>
      </w:r>
    </w:p>
    <w:p>
      <w:r>
        <w:rPr>
          <w:b/>
        </w:rPr>
        <w:t xml:space="preserve">[45:12] </w:t>
      </w:r>
      <w:r>
        <w:t>maulana sunday talk liveright now and we wanted to share one comment with all which is yesterday our</w:t>
      </w:r>
    </w:p>
    <w:p>
      <w:pPr>
        <w:jc w:val="right"/>
      </w:pPr>
      <w:r>
        <w:t>مولانا Sunday Talk liveright now and we wanted to share one comment with all which is yesterday our</w:t>
      </w:r>
    </w:p>
    <w:p>
      <w:r>
        <w:rPr>
          <w:b/>
        </w:rPr>
        <w:t xml:space="preserve">[45:19] </w:t>
      </w:r>
      <w:r>
        <w:t>teams traveled in two groups one to umar abad, vinam badi and another to coimbatore</w:t>
      </w:r>
    </w:p>
    <w:p>
      <w:pPr>
        <w:jc w:val="right"/>
      </w:pPr>
      <w:r>
        <w:t>teams traveled in two groups one to عمر آباد، ونم باڑی and another to کوئمبٹور</w:t>
      </w:r>
    </w:p>
    <w:p>
      <w:r>
        <w:rPr>
          <w:b/>
        </w:rPr>
        <w:t xml:space="preserve">[45:26] </w:t>
      </w:r>
      <w:r>
        <w:t>. When one of our team member introduced our mission to twenty people in the group there, they asked with heavy heart this mission is ninety-two years old and we are only being introduced today.</w:t>
      </w:r>
    </w:p>
    <w:p>
      <w:pPr>
        <w:jc w:val="right"/>
      </w:pPr>
      <w:r>
        <w:t>۔ When one of our team member introduced our mission to twenty people in the group there, they asked with heavy heart this mission is ninety-two years old and we are only being introduced today۔</w:t>
      </w:r>
    </w:p>
    <w:p>
      <w:r>
        <w:rPr>
          <w:b/>
        </w:rPr>
        <w:t xml:space="preserve">[45:47] </w:t>
      </w:r>
      <w:r>
        <w:t>maulana, agla sawal bheja hai Miss Shabana Atib ne Pakistan se aur unhone likha hai please explain this ayat li yuzhirahu al-dini kullihi.</w:t>
      </w:r>
    </w:p>
    <w:p>
      <w:pPr>
        <w:jc w:val="right"/>
      </w:pPr>
      <w:r>
        <w:t>مولانا، اگلا سوال بھیجا ہے Miss Shabana Atib نے پاکستان سے اور انہوں نے لکھا ہے please explain this آیت لی یزہرہ ہو الدینی کلہی۔</w:t>
      </w:r>
    </w:p>
    <w:p>
      <w:r>
        <w:rPr>
          <w:b/>
        </w:rPr>
        <w:t xml:space="preserve">[46:01] </w:t>
      </w:r>
      <w:r>
        <w:t>is izhaar-e-deen ka kiya matlab hai? Is ko wazeh karein.</w:t>
      </w:r>
    </w:p>
    <w:p>
      <w:pPr>
        <w:jc w:val="right"/>
      </w:pPr>
      <w:r>
        <w:t>اس اظہار دین کا کیا مطلب ہے؟ اس کو واضح کریں۔</w:t>
      </w:r>
    </w:p>
    <w:p>
      <w:r>
        <w:rPr>
          <w:b/>
        </w:rPr>
        <w:t xml:space="preserve">[46:08] </w:t>
      </w:r>
      <w:r>
        <w:t>dekhiye, is par mein ne poori aik kitaab likhi hai, is ka naam hai Izhaar-e-Deen, moti si kitaab hai. To mein kahunga ke aap is kitaab ko padh lein.</w:t>
      </w:r>
    </w:p>
    <w:p>
      <w:pPr>
        <w:jc w:val="right"/>
      </w:pPr>
      <w:r>
        <w:t>دیکھیے، اس پر میں نے پوری ایک کتاب لکھی ہے، اس کا نام ہے اظہار دین، موٹی سی کتاب ہے۔ تو میں کہوں گا کہ آپ اس کتاب کو پڑھ لیں۔</w:t>
      </w:r>
    </w:p>
    <w:p>
      <w:r>
        <w:rPr>
          <w:b/>
        </w:rPr>
        <w:t xml:space="preserve">[46:21] </w:t>
      </w:r>
      <w:r>
        <w:t>beh-haal, fil-haal mein yeh kahunga ke izhaar-e-deen ka matlab siyasi ladai nahi hai,</w:t>
      </w:r>
    </w:p>
    <w:p>
      <w:pPr>
        <w:jc w:val="right"/>
      </w:pPr>
      <w:r>
        <w:t>بہرحال، فی الحال میں یہ کہوں گا کہ اظہار دین کا مطلب سیاسی لڑائی نہیں ہے،</w:t>
      </w:r>
    </w:p>
    <w:p>
      <w:r>
        <w:rPr>
          <w:b/>
        </w:rPr>
        <w:t xml:space="preserve">[46:35] </w:t>
      </w:r>
      <w:r>
        <w:t>na siyasi ladai hai, na hukumat ki ladai hai. Yeh aik peaceful mission hai. Aap tafseel mein jana chahein to woh kitaab jo hai Izhaar-e-Deen, us ko padhein.</w:t>
      </w:r>
    </w:p>
    <w:p>
      <w:pPr>
        <w:jc w:val="right"/>
      </w:pPr>
      <w:r>
        <w:t>نہ سیاسی لڑائی ہے، نہ حکومت کی لڑائی ہے۔ یہ ایک peaceful mission ہے۔ آپ تفصیل میں جانا چاہیں تو وہ کتاب جو ہے اظہار دین، اس کو پڑھیں۔</w:t>
      </w:r>
    </w:p>
    <w:p>
      <w:r>
        <w:rPr>
          <w:b/>
        </w:rPr>
        <w:t xml:space="preserve">[46:51] </w:t>
      </w:r>
      <w:r>
        <w:t>maulana, agla sawal Maulana Farhad Ahmed sahib ne kiya hai delhi se aur unhone aapse poocha hai ke how do I become condition free person aur a person with objective mind</w:t>
      </w:r>
    </w:p>
    <w:p>
      <w:pPr>
        <w:jc w:val="right"/>
      </w:pPr>
      <w:r>
        <w:t>مولانا، اگلا سوال مولانا فرہاد احمد صاحب نے کیا ہے دہلی سے اور انہوں نے آپ سے پوچھا ہے کہ how do I become condition free person اور a person with objective mind</w:t>
      </w:r>
    </w:p>
    <w:p>
      <w:r>
        <w:rPr>
          <w:b/>
        </w:rPr>
        <w:t xml:space="preserve">[47:04] </w:t>
      </w:r>
      <w:r>
        <w:t>? Please guide me in this regard. Bhai, mera to tajurba yahi hai ke aadmi ko khud apna chaukidar banna padta hai, apna khud apne oopar nigrah banna padta hai.</w:t>
      </w:r>
    </w:p>
    <w:p>
      <w:pPr>
        <w:jc w:val="right"/>
      </w:pPr>
      <w:r>
        <w:t>؟ Please guide me in this regard۔ بھائی، میرا تو تجربہ یہی ہے کہ آدمی کو خود اپنا چوکیدار بننا پڑتا ہے، اپنا خود اپنے اوپر نگراہ بننا پڑتا ہے۔</w:t>
      </w:r>
    </w:p>
    <w:p>
      <w:r>
        <w:rPr>
          <w:b/>
        </w:rPr>
        <w:t xml:space="preserve">[47:23] </w:t>
      </w:r>
      <w:r>
        <w:t>tab ja kar yeh hota hai ke woh apni ghaltiyon ko samjhe, is ki islaah kare.</w:t>
      </w:r>
    </w:p>
    <w:p>
      <w:pPr>
        <w:jc w:val="right"/>
      </w:pPr>
      <w:r>
        <w:t>تب جا کر یہ ہوتا ہے کہ وہ اپنی غلطیوں کو سمجھے، اس کی اصلاح کرے۔</w:t>
      </w:r>
    </w:p>
    <w:p>
      <w:r>
        <w:rPr>
          <w:b/>
        </w:rPr>
        <w:t xml:space="preserve">[47:33] </w:t>
      </w:r>
      <w:r>
        <w:t>to jin logon ke andar Allah ka khauf ho, woh yahi karte hain. Agar aadmi apna nigrah na bane to is ka matlab kiya hota hai?</w:t>
      </w:r>
    </w:p>
    <w:p>
      <w:pPr>
        <w:jc w:val="right"/>
      </w:pPr>
      <w:r>
        <w:t>تو جن لوگوں کے اندر اللہ کا خوف ہو، وہ یہی کرتے ہیں۔ اگر آدمی اپنا نگراہ نہ بنے تو اس کا معنی کیا ہوتا ہے؟</w:t>
      </w:r>
    </w:p>
    <w:p>
      <w:r>
        <w:rPr>
          <w:b/>
        </w:rPr>
        <w:t xml:space="preserve">[47:42] </w:t>
      </w:r>
      <w:r>
        <w:t>Allah ka dar nahi hai. Kyun ke aakhir kaar to saara maamla Allah ke saamne pesh kiya jaane wala hai.</w:t>
      </w:r>
    </w:p>
    <w:p>
      <w:pPr>
        <w:jc w:val="right"/>
      </w:pPr>
      <w:r>
        <w:t>اللہ کا ڈر نہیں ہے۔ کیونکہ آخر کار تو سارا معاملہ اللہ کے سامنے پیش کیا جانے والا ہے۔</w:t>
      </w:r>
    </w:p>
    <w:p>
      <w:r>
        <w:rPr>
          <w:b/>
        </w:rPr>
        <w:t xml:space="preserve">[47:51] </w:t>
      </w:r>
      <w:r>
        <w:t>Maulana, agla sawal Saeed Anwar sahib ne kiya hai, unhone likha hai ke I could never understand that why God tests a man when he is already aware of his response.</w:t>
      </w:r>
    </w:p>
    <w:p>
      <w:pPr>
        <w:jc w:val="right"/>
      </w:pPr>
      <w:r>
        <w:t>مولانا، اگلا سوال سعید انور صاحب نے کیا ہے، انہوں نے لکھا ہے کہ I could never understand that why God tests a man when he is already aware of his response.</w:t>
      </w:r>
    </w:p>
    <w:p>
      <w:r>
        <w:rPr>
          <w:b/>
        </w:rPr>
        <w:t xml:space="preserve">[48:04] </w:t>
      </w:r>
      <w:r>
        <w:t>A test is conducted when the ability of someone is not known, but God is already aware of everything beforehand.</w:t>
      </w:r>
    </w:p>
    <w:p>
      <w:pPr>
        <w:jc w:val="right"/>
      </w:pPr>
      <w:r>
        <w:t>A test is conducted when the ability of someone is not known, but God is already aware of everything beforehand.</w:t>
      </w:r>
    </w:p>
    <w:p>
      <w:r>
        <w:rPr>
          <w:b/>
        </w:rPr>
        <w:t xml:space="preserve">[48:13] </w:t>
      </w:r>
      <w:r>
        <w:t>Maulana sahib, kindly clear this doubt of mine. Dekhiye, test log samajhte hain ke literal maani mein lete hain. Test ka matlab hai ke personality development, aise haalaat mein daalna hai insaan ko ke andar woh us ko challenge pesh aaye, challenge ko saamna karte hue us ke andar development ho.</w:t>
      </w:r>
    </w:p>
    <w:p>
      <w:pPr>
        <w:jc w:val="right"/>
      </w:pPr>
      <w:r>
        <w:t>مولانا صاحب, kindly clear this doubt of mine. دیکھیے، ٹیسٹ لوگ سمجھتے ہیں کہ literal معنی میں لیتے ہیں۔ ٹیسٹ کا مطلب ہے کہ personality development، ایسے حالات میں ڈالنا ہے انسان کو کہ اندر وہ اس کو challenge پیش آئے، challenge کو سامنا کرتے ہوئے اس کے اندر development ہو۔</w:t>
      </w:r>
    </w:p>
    <w:p>
      <w:r>
        <w:rPr>
          <w:b/>
        </w:rPr>
        <w:t xml:space="preserve">[48:40] </w:t>
      </w:r>
      <w:r>
        <w:t>Test jo hai, apne aap ko develop karne ka naam hai. Personality development baghair test ke nahi hota.</w:t>
      </w:r>
    </w:p>
    <w:p>
      <w:pPr>
        <w:jc w:val="right"/>
      </w:pPr>
      <w:r>
        <w:t>ٹیسٹ جو ہے، اپنے آپ کو develop کرنے کا نام ہے۔ Personality development بغیر ٹیسٹ کے نہیں ہوتا۔</w:t>
      </w:r>
    </w:p>
    <w:p>
      <w:r>
        <w:rPr>
          <w:b/>
        </w:rPr>
        <w:t xml:space="preserve">[48:49] </w:t>
      </w:r>
      <w:r>
        <w:t>Test ke maani challenge, test ke maani challenge, aise challenges ke darmiyan aap ko jeena padta hai, jis ko face karte hue aap ko tarah tarah ke tajurbaat guzarte hain.</w:t>
      </w:r>
    </w:p>
    <w:p>
      <w:pPr>
        <w:jc w:val="right"/>
      </w:pPr>
      <w:r>
        <w:t>ٹیسٹ کے معنی challenge، ٹیسٹ کے معنی challenge، ایسے challenges کے درمیان آپ کو جینا پڑتا ہے، جس کو face کرتے ہوئے آپ کو طرح طرح کے تجربات گزرتے ہیں۔</w:t>
      </w:r>
    </w:p>
    <w:p>
      <w:r>
        <w:rPr>
          <w:b/>
        </w:rPr>
        <w:t xml:space="preserve">[49:03] </w:t>
      </w:r>
      <w:r>
        <w:t>Is mein aap ke personality ka development hota hai. Maulana, agla sawal lene se pehle ek comment padhna chahenge jo Dr. Safeena ne bheja hai Ajmer se aur unhone likha hai ke Maulana sahib only you are showing mirror to the Muslim community.</w:t>
      </w:r>
    </w:p>
    <w:p>
      <w:pPr>
        <w:jc w:val="right"/>
      </w:pPr>
      <w:r>
        <w:t>اس میں آپ کے personality کا development ہوتا ہے۔ مولانا، اگلا سوال لینے سے پہلے ایک comment پڑھنا چاہیں گے جو ڈاکٹر سفینہ نے بھیجا ہے اجمیر سے اور انہوں نے لکھا ہے کہ مولانا صاحب only you are showing mirror to the مسلم community.</w:t>
      </w:r>
    </w:p>
    <w:p>
      <w:r>
        <w:rPr>
          <w:b/>
        </w:rPr>
        <w:t xml:space="preserve">[49:22] </w:t>
      </w:r>
      <w:r>
        <w:t>May our efforts be accepted. Jazak Allah. Maulana, agla sawal California se Faiq sahib ne bheja hai aur unhone likha hai Hadith mentions that imaan gets reduced and increased yaani imaan ghaṭta hai aur baṛhta hai.</w:t>
      </w:r>
    </w:p>
    <w:p>
      <w:pPr>
        <w:jc w:val="right"/>
      </w:pPr>
      <w:r>
        <w:t>May our efforts be accepted۔ جزاک اللہ۔ مولانا، اگلا سوال کیلیفورنیا سے فائق صاحب نے بھیجا ہے اور انہوں نے لکھا ہے حدیث mentions that ایمان gets reduced and increased یعنی ایمان گھٹتا ہے اور بڑھتا ہے۔</w:t>
      </w:r>
    </w:p>
    <w:p>
      <w:r>
        <w:rPr>
          <w:b/>
        </w:rPr>
        <w:t xml:space="preserve">[49:44] </w:t>
      </w:r>
      <w:r>
        <w:t>Maulana, is ka kya matlab hai? Is ko wazeh karein. Dekhiye, imaan ko agar log maante hain ke bas kalma padh liya to imaan mil gaya to samajh mein nahi aata ke kaise ghaṭta baṛhta hai.</w:t>
      </w:r>
    </w:p>
    <w:p>
      <w:pPr>
        <w:jc w:val="right"/>
      </w:pPr>
      <w:r>
        <w:t>مولانا، اس کا کیا مطلب ہے؟ اس کو واضح کریں۔ دیکھیے، ایمان کو اگر لوگ مانتے ہیں کہ بس کلمہ پڑھ لیا تو ایمان مل گیا تو سمجھ میں نہیں آتا کہ کیسے گھٹتا پڑھتا ہے۔</w:t>
      </w:r>
    </w:p>
    <w:p>
      <w:r>
        <w:rPr>
          <w:b/>
        </w:rPr>
        <w:t xml:space="preserve">[49:56] </w:t>
      </w:r>
      <w:r>
        <w:t>Kya imaan ek qualitative cheez ka naam hai, spirit ka naam hai, yaqeen ka naam hai.</w:t>
      </w:r>
    </w:p>
    <w:p>
      <w:pPr>
        <w:jc w:val="right"/>
      </w:pPr>
      <w:r>
        <w:t>کیا ایمان ایک qualitative چیز کا نام ہے، spirit کا نام ہے، یقین کا نام ہے۔</w:t>
      </w:r>
    </w:p>
    <w:p>
      <w:r>
        <w:rPr>
          <w:b/>
        </w:rPr>
        <w:t xml:space="preserve">[50:05] </w:t>
      </w:r>
      <w:r>
        <w:t>To yeh to ghaṭe baṛhega kyun ke dunya mein hum challenges ke beech mein rehte hain, tarah tarah ke odds pesh aate hain. To is mein jo spirit hai, jo yaqeen hai, woh kabhi zyada hoga, kabhi kam hoga, yeh to hoga hi hoga.</w:t>
      </w:r>
    </w:p>
    <w:p>
      <w:pPr>
        <w:jc w:val="right"/>
      </w:pPr>
      <w:r>
        <w:t>تو یہ تو گھٹے پڑے گا کیونکہ دنیا میں ہم challenges کے بیچ میں رہتے ہیں، طرح طرح کے odds پیش آتے ہیں۔ تو اس میں جو spirit ہے، جو یقین ہے، وہ کبھی زیادہ ہوگا، کبھی ہوگا، یہ تو ہوگا ہی ہوگا۔</w:t>
      </w:r>
    </w:p>
    <w:p>
      <w:r>
        <w:rPr>
          <w:b/>
        </w:rPr>
        <w:t xml:space="preserve">[50:22] </w:t>
      </w:r>
      <w:r>
        <w:t>It is but natural. To jo log imaan ka matlab samajhte hain ke kalma padh liya to imaan mil gaya, woh un ke saamne yeh baat nahi aati.</w:t>
      </w:r>
    </w:p>
    <w:p>
      <w:pPr>
        <w:jc w:val="right"/>
      </w:pPr>
      <w:r>
        <w:t>It is but natural۔ تو جو لوگ ایمان کا مطلب سمجھتے ہیں کہ کلمہ پڑھ لیا تو ایمان مل گیا، وہ ان کے سامنے یہ بات نہیں آتی۔</w:t>
      </w:r>
    </w:p>
    <w:p>
      <w:r>
        <w:rPr>
          <w:b/>
        </w:rPr>
        <w:t xml:space="preserve">[50:32] </w:t>
      </w:r>
      <w:r>
        <w:t>Aur jo log imaan ko spirit ke maani mein lein to un ke liye is ko samajhna kuch mushkil nahi hai. Maulana, unhone ek aur sawal aap se poocha hai, unhone likha hai ke in Al Bukhari it is mentioned verily paradise has one hundred levels and between each level is a distance like the distance between the earth and the sky.</w:t>
      </w:r>
    </w:p>
    <w:p>
      <w:pPr>
        <w:jc w:val="right"/>
      </w:pPr>
      <w:r>
        <w:t>اور جو لوگ ایمان کو spirit کے معنی میں لیں تو ان کے لیے اس کو سمجھنا کچھ مشکل نہیں ہے۔ مولانا، انہوں نے ایک اور سوال آپ سے پوچھا ہے، انہوں نے لکھا ہے کہ in Al Bukhari it is mentioned verily paradise has one hundred levels and between each level is a distance like the distance between the earth and the sky۔</w:t>
      </w:r>
    </w:p>
    <w:p>
      <w:r>
        <w:rPr>
          <w:b/>
        </w:rPr>
        <w:t xml:space="preserve">[50:57] </w:t>
      </w:r>
      <w:r>
        <w:t>Maulana sahib, how is one eligible to enter certain level of jannah?</w:t>
      </w:r>
    </w:p>
    <w:p>
      <w:pPr>
        <w:jc w:val="right"/>
      </w:pPr>
      <w:r>
        <w:t>مولانا صاحب، how is one eligible to enter certain level of جنہ؟</w:t>
      </w:r>
    </w:p>
    <w:p>
      <w:r>
        <w:rPr>
          <w:b/>
        </w:rPr>
        <w:t xml:space="preserve">[51:02] </w:t>
      </w:r>
      <w:r>
        <w:t>Is ke baray mein batayein. Dekhiye, ek hai ke kalma padh kar apne ko</w:t>
      </w:r>
    </w:p>
    <w:p>
      <w:pPr>
        <w:jc w:val="right"/>
      </w:pPr>
      <w:r>
        <w:t>اس کے بارے میں بتائیں۔ دیکھیے، ایک ہے کہ کلمہ پڑھ کر اپنے کو</w:t>
      </w:r>
    </w:p>
    <w:p>
      <w:r>
        <w:rPr>
          <w:b/>
        </w:rPr>
        <w:t xml:space="preserve">[51:11] </w:t>
      </w:r>
      <w:r>
        <w:t>Islam ki fold mein shamil kar lena. Doosri cheez yeh hai ke amal, qurbani, sacrifice yeh cheezein to jitna sacrifice karega aadmi,</w:t>
      </w:r>
    </w:p>
    <w:p>
      <w:pPr>
        <w:jc w:val="right"/>
      </w:pPr>
      <w:r>
        <w:t>اسلام کی fold میں شامل کر لینا۔ دوسری چیز یہ ہے کہ عمل، قربانی، sacrifice یہ چیزیں تو جتنا sacrifice کرے گا آدمی،</w:t>
      </w:r>
    </w:p>
    <w:p>
      <w:r>
        <w:rPr>
          <w:b/>
        </w:rPr>
        <w:t xml:space="preserve">[51:25] </w:t>
      </w:r>
      <w:r>
        <w:t>Jitna qurbani dega aadmi apni jaan ki, apne maal ki, us ke lihaaz se uska darja baṛhega.</w:t>
      </w:r>
    </w:p>
    <w:p>
      <w:pPr>
        <w:jc w:val="right"/>
      </w:pPr>
      <w:r>
        <w:t>جتنا قربانی دے گا آدمی اپنی جان کی، اپنے مال کی، اس کے لحاظ سے اس کا درجہ بڑھے گا۔</w:t>
      </w:r>
    </w:p>
    <w:p>
      <w:r>
        <w:rPr>
          <w:b/>
        </w:rPr>
        <w:t xml:space="preserve">[51:39] </w:t>
      </w:r>
      <w:r>
        <w:t>Yaani qurbani se darja baṛhta hai, ji ji ji ji ji ji ji ji ji ji. Jaisi qurbani, waisa darja. Ji</w:t>
      </w:r>
    </w:p>
    <w:p>
      <w:pPr>
        <w:jc w:val="right"/>
      </w:pPr>
      <w:r>
        <w:t>یعنی قربانی سے درجہ بڑھتا ہے، جی جی جی جی جی جی جی جی جی جی۔ جیسی قربانی، ویسا درجہ۔ جی</w:t>
      </w:r>
    </w:p>
    <w:p>
      <w:r>
        <w:rPr>
          <w:b/>
        </w:rPr>
        <w:t xml:space="preserve">[51:48] </w:t>
      </w:r>
      <w:r>
        <w:t>Maulana, agla sawal Kashmir se Javed Wani sahib ne kiya hai aur woh aap se yeh jaanna chahte hain ke kya mard aur aurat ki prayer mein Islam mein kya koi difference hai ya same hai?</w:t>
      </w:r>
    </w:p>
    <w:p>
      <w:pPr>
        <w:jc w:val="right"/>
      </w:pPr>
      <w:r>
        <w:t>مولانا، اگلا سوال کشمیر سے جاوید وانی صاحب نے کیا ہے اور وہ آپ سے یہ جاننا چاہتے ہیں کہ کیا آ مرد اور عورت کی prayer میں اسلام میں کیا کوئی difference ہے یا same ہے؟</w:t>
      </w:r>
    </w:p>
    <w:p>
      <w:r>
        <w:rPr>
          <w:b/>
        </w:rPr>
        <w:t xml:space="preserve">[52:02] </w:t>
      </w:r>
      <w:r>
        <w:t>Same hai, difference kyun rahega? Baaz hukm mein, baaz Quran mein aata hai Surah Aal-e-Imran mein, baaz hukm mein, baaz aap padh lijiye Surah Aal-e-Imran ke aakhir mein, koi farq nahi hai.</w:t>
      </w:r>
    </w:p>
    <w:p>
      <w:pPr>
        <w:jc w:val="right"/>
      </w:pPr>
      <w:r>
        <w:t>same ہے، difference کیوں رہے گا؟ بعض حکم میں، بعض قرآن میں آتا ہے سورہ آل عمران میں، بعض حکم میں، بعض آپ پڑھ لیجیے سورہ آل عمران کے آخر میں، کوئی فرق نہیں ہے۔</w:t>
      </w:r>
    </w:p>
    <w:p>
      <w:r>
        <w:rPr>
          <w:b/>
        </w:rPr>
        <w:t xml:space="preserve">[52:16] </w:t>
      </w:r>
      <w:r>
        <w:t>Allah ki raza mein dono yaksaan taur par insaan hain. Maulana, agla sawal Muinuddin sahib ne kiya hai Karachi Pakistan se aur unhone likha hai ke I need clarity on Zakat</w:t>
      </w:r>
    </w:p>
    <w:p>
      <w:pPr>
        <w:jc w:val="right"/>
      </w:pPr>
      <w:r>
        <w:t>اللہ کی رضا میں دونوں یکساں طور پر انسان ہیں۔ مولانا، اگلا سوال معین الدین صاحب نے کیا ہے کراچی پاکستان سے اور انہوں نے لکھا ہے کہ I need clarity on زکوٰۃ</w:t>
      </w:r>
    </w:p>
    <w:p>
      <w:r>
        <w:rPr>
          <w:b/>
        </w:rPr>
        <w:t xml:space="preserve">[52:31] </w:t>
      </w:r>
      <w:r>
        <w:t>. What we are traditionally following today is two and a half percent that we give as Zakat, but it was not being followed by Rasool Allah.</w:t>
      </w:r>
    </w:p>
    <w:p>
      <w:pPr>
        <w:jc w:val="right"/>
      </w:pPr>
      <w:r>
        <w:t>۔ What we are traditionally following today is two and a half percent that we give as زکوٰۃ، but it was not being followed by رسول اللہ۔</w:t>
      </w:r>
    </w:p>
    <w:p>
      <w:r>
        <w:rPr>
          <w:b/>
        </w:rPr>
        <w:t xml:space="preserve">[52:41] </w:t>
      </w:r>
      <w:r>
        <w:t>Can you please explain what calculation method was followed by him?</w:t>
      </w:r>
    </w:p>
    <w:p>
      <w:pPr>
        <w:jc w:val="right"/>
      </w:pPr>
      <w:r>
        <w:t>Can you please explain what calculation method was followed by him؟</w:t>
      </w:r>
    </w:p>
    <w:p>
      <w:r>
        <w:rPr>
          <w:b/>
        </w:rPr>
        <w:t xml:space="preserve">[52:48] </w:t>
      </w:r>
      <w:r>
        <w:t>Dekhiye, Zakat koi calculation ki baat nahi hai. Woh dhai فیصد to ek aam baat hai.</w:t>
      </w:r>
    </w:p>
    <w:p>
      <w:pPr>
        <w:jc w:val="right"/>
      </w:pPr>
      <w:r>
        <w:t>دیکھیے، زکوٰۃ کوئی calculation کی بات نہیں ہے۔ وہ ڈھائی فیصد تو ایک عمومی بات ہے۔</w:t>
      </w:r>
    </w:p>
    <w:p>
      <w:r>
        <w:rPr>
          <w:b/>
        </w:rPr>
        <w:t xml:space="preserve">[52:58] </w:t>
      </w:r>
      <w:r>
        <w:t>Zakat ka matlab kitaab mein dars keh dijiye. Quran mein hai ke khoon isi ke baad clear ho jayegi.</w:t>
      </w:r>
    </w:p>
    <w:p>
      <w:pPr>
        <w:jc w:val="right"/>
      </w:pPr>
      <w:r>
        <w:t>زکوٰۃ کا مطلب کتاب میں درس کہہ دیجیے۔ قرآن میں ہے کہ خون اسی کے بعد clear ہو جائے گی۔</w:t>
      </w:r>
    </w:p>
    <w:p>
      <w:r>
        <w:rPr>
          <w:b/>
        </w:rPr>
        <w:t xml:space="preserve">[53:10] </w:t>
      </w:r>
      <w:r>
        <w:t>maulana, agla sawal kya hai maulana iqbal umri ne aur unhon ne aap se poocha hai ke modern age ki sari facilities sari musalman istemal karte hain magar shukr ka jazba un mein kyun nahi aata?</w:t>
      </w:r>
    </w:p>
    <w:p>
      <w:pPr>
        <w:jc w:val="right"/>
      </w:pPr>
      <w:r>
        <w:t>مولانا، اگلا سوال کیا ہے مولانا اقبال عمری نے اور انہوں نے آپ سے پوچھا ہے کہ modern age کی ساری facilities سارے مسلمان استعمال کرتے ہیں مگر شکر کا جذبہ ان میں کیوں نہیں آتا؟</w:t>
      </w:r>
    </w:p>
    <w:p>
      <w:r>
        <w:rPr>
          <w:b/>
        </w:rPr>
        <w:t xml:space="preserve">[53:26] </w:t>
      </w:r>
      <w:r>
        <w:t>kya is age ko islam the creator of modern age kehna pasand nahi karte? aisa kyun hai? is liye ke hamare bad'isthon mein, hamare masjidon mein, hamare ulama ke haan yeh sab baat batai nahi jati.</w:t>
      </w:r>
    </w:p>
    <w:p>
      <w:pPr>
        <w:jc w:val="right"/>
      </w:pPr>
      <w:r>
        <w:t>کیا اس age کو اسلام the creator of modern age کہنا پسند نہیں کرتے؟ ایسا کیوں ہے؟ اس لیے کہ ہمارے بدعثوں میں، ہمارے مسجدوں میں، ہمارے علماء کے ہاں یہ سب بات بتائی نہیں جاتی۔</w:t>
      </w:r>
    </w:p>
    <w:p>
      <w:r>
        <w:rPr>
          <w:b/>
        </w:rPr>
        <w:t xml:space="preserve">[53:42] </w:t>
      </w:r>
      <w:r>
        <w:t>sari zimmedari mere aziz ulama ki hai.</w:t>
      </w:r>
    </w:p>
    <w:p>
      <w:pPr>
        <w:jc w:val="right"/>
      </w:pPr>
      <w:r>
        <w:t>ساری ذمہ داری میرے عزیز علماء کی ہے۔</w:t>
      </w:r>
    </w:p>
    <w:p>
      <w:r>
        <w:rPr>
          <w:b/>
        </w:rPr>
        <w:t xml:space="preserve">[53:46] </w:t>
      </w:r>
      <w:r>
        <w:t>hadith mein aata hai ke ulama o ummati ka anbiya bani israil</w:t>
      </w:r>
    </w:p>
    <w:p>
      <w:pPr>
        <w:jc w:val="right"/>
      </w:pPr>
      <w:r>
        <w:t>حدیث میں آتا ہے کہ علماء و امتی کا انبیاء بنی اسرائیل</w:t>
      </w:r>
    </w:p>
    <w:p>
      <w:r>
        <w:rPr>
          <w:b/>
        </w:rPr>
        <w:t xml:space="preserve">[53:55] </w:t>
      </w:r>
      <w:r>
        <w:t>mein barabar anbiya aate thay. musalmanon mein anbiya nahi ayenge kyunke nubuwat khatm ho gayi.</w:t>
      </w:r>
    </w:p>
    <w:p>
      <w:pPr>
        <w:jc w:val="right"/>
      </w:pPr>
      <w:r>
        <w:t>میں برابر انبیاء آتے تھے۔ مسلمانوں میں انبیاء نہیں آئیں گے کیونکہ نبوت ختم ہو گئی۔</w:t>
      </w:r>
    </w:p>
    <w:p>
      <w:r>
        <w:rPr>
          <w:b/>
        </w:rPr>
        <w:t xml:space="preserve">[54:05] </w:t>
      </w:r>
      <w:r>
        <w:t>to ulama ka farz hai ke wo wo kaam karein jo jab bani israil mein anbiya karte thay. to lekin wo kar nahi rahe.</w:t>
      </w:r>
    </w:p>
    <w:p>
      <w:pPr>
        <w:jc w:val="right"/>
      </w:pPr>
      <w:r>
        <w:t>تو علماء کا فرض ہے کہ وہ وہ کام کریں جو جب بنی اسرائیل میں انبیاء کرتے تھے۔ تو لیکن وہ کر نہیں رہے۔</w:t>
      </w:r>
    </w:p>
    <w:p>
      <w:r>
        <w:rPr>
          <w:b/>
        </w:rPr>
        <w:t xml:space="preserve">[54:19] </w:t>
      </w:r>
      <w:r>
        <w:t>mere aziz to sari zimmedari ulama par hai. sari zimmedari hai. maulana, agla sawal ajmer se kya hai doctor safina tabassum ne aur unhon ne aap se poocha hai ke kindly elaborate how the concept of shahadat was introduced into Islamic history.</w:t>
      </w:r>
    </w:p>
    <w:p>
      <w:pPr>
        <w:jc w:val="right"/>
      </w:pPr>
      <w:r>
        <w:t>میرے عزیز تو ساری ذمہ داری علماء پر ہے۔ ساری ذمہ داری ہے۔ مولانا، اگلا سوال اجمیر سے کیا ہے ڈاکٹر سفینہ تبسم نے اور انہوں نے آپ سے پوچھا ہے کہ kindly elaborate how the concept of شہادت was introduced into Islamic history۔</w:t>
      </w:r>
    </w:p>
    <w:p>
      <w:r>
        <w:rPr>
          <w:b/>
        </w:rPr>
        <w:t xml:space="preserve">[54:39] </w:t>
      </w:r>
      <w:r>
        <w:t>dekhiye, jahan tak mein janta hoon yeh concept jo hai is waqt aaya jab ke europi qaumein dakhil huin africa aur aur asia mein aur muslim saltanaton ko unhon ne tod diya.</w:t>
      </w:r>
    </w:p>
    <w:p>
      <w:pPr>
        <w:jc w:val="right"/>
      </w:pPr>
      <w:r>
        <w:t>دیکھیے، جہاں تک میں جانتا ہوں یہ concept جو ہے اس وقت آیا جب کہ یورپی قومیں داخل ہوئیں افریقہ اور اور ایشیا میں اور مسلم سلطنتوں کو انہوں نے توڑ دیا۔</w:t>
      </w:r>
    </w:p>
    <w:p>
      <w:r>
        <w:rPr>
          <w:b/>
        </w:rPr>
        <w:t xml:space="preserve">[54:57] </w:t>
      </w:r>
      <w:r>
        <w:t>yani jis ko kehte hain colonialism. us waqt yeh musalmanon ko ubharne ke liye lado in se, lado in se, lado ge to shaheed ho jao ge. is se pehle yeh sab nahi tha.</w:t>
      </w:r>
    </w:p>
    <w:p>
      <w:pPr>
        <w:jc w:val="right"/>
      </w:pPr>
      <w:r>
        <w:t>یعنی جس کو کہتے ہیں colonialism۔ اس وقت یہ مسلمانوں کو ابھارنے کے لیے لڑو ان سے، لڑو ان سے، لڑو گے تو شہید ہو جاؤ گے۔ اس سے پہلے یہ سب نہیں تھا۔</w:t>
      </w:r>
    </w:p>
    <w:p>
      <w:r>
        <w:rPr>
          <w:b/>
        </w:rPr>
        <w:t xml:space="preserve">[55:10] </w:t>
      </w:r>
      <w:r>
        <w:t>is se pehle nahi tha. aap dekhein, is se pehle kabhi bhi hussain ko shaheed nahi kaha gaya. yeh isi zamane mein kaha gaya. aur shahadat yahood kubra un ke baray mein kaha gaya ke shahadat kubra un anjam di unhon ne.</w:t>
      </w:r>
    </w:p>
    <w:p>
      <w:pPr>
        <w:jc w:val="right"/>
      </w:pPr>
      <w:r>
        <w:t>اس سے پہلے نہیں تھا۔ آپ دیکھیں، اس سے پہلے کبھی بھی حسین کو شہید نہیں کہا گیا۔ یہ اسی زمانے میں کہا گیا۔ اور شہادت یہود کبریٰ ان کے بارے میں کہا گیا کہ شہادت کبریٰ ان انجام دی انہوں نے۔</w:t>
      </w:r>
    </w:p>
    <w:p>
      <w:r>
        <w:rPr>
          <w:b/>
        </w:rPr>
        <w:t xml:space="preserve">[55:28] </w:t>
      </w:r>
      <w:r>
        <w:t>to yeh uneeswein sadi aur beeswein sadi mein hua hai mere aziz. is se pehle yeh sab tha nahi. maulana, agla sawal hamid afghan sahib ne kiya hai.</w:t>
      </w:r>
    </w:p>
    <w:p>
      <w:pPr>
        <w:jc w:val="right"/>
      </w:pPr>
      <w:r>
        <w:t>تو یہ انیسویں صدی اور بیسویں صدی میں ہوا ہے میرے عزیز۔ اس سے پہلے یہ سب تھا نہیں۔ مولانا، اگلا سوال حامد افغان صاحب نے کیا ہے۔</w:t>
      </w:r>
    </w:p>
    <w:p>
      <w:r>
        <w:rPr>
          <w:b/>
        </w:rPr>
        <w:t xml:space="preserve">[55:40] </w:t>
      </w:r>
      <w:r>
        <w:t>unhon ne location nahi likhi hai par wo aap se yeh janna chahte hain ke does living jihad means surrendering to the west</w:t>
      </w:r>
    </w:p>
    <w:p>
      <w:pPr>
        <w:jc w:val="right"/>
      </w:pPr>
      <w:r>
        <w:t>انہوں نے location نہیں لکھی ہے پر وہ آپ سے یہ جاننا چاہتے ہیں کہ does living جہاد means surrendering to the west</w:t>
      </w:r>
    </w:p>
    <w:p>
      <w:r>
        <w:rPr>
          <w:b/>
        </w:rPr>
        <w:t xml:space="preserve">[55:49] </w:t>
      </w:r>
      <w:r>
        <w:t>? what is your opinion on that? jihad west ke liye hai hi nahi. momin qital west ke liye dawat hai.</w:t>
      </w:r>
    </w:p>
    <w:p>
      <w:pPr>
        <w:jc w:val="right"/>
      </w:pPr>
      <w:r>
        <w:t>؟ What is your opinion on that؟ جہاد west کے لیے ہے ہی نہیں۔ مومن قتال west کے لیے دعوت ہے۔</w:t>
      </w:r>
    </w:p>
    <w:p>
      <w:r>
        <w:rPr>
          <w:b/>
        </w:rPr>
        <w:t xml:space="preserve">[55:59] </w:t>
      </w:r>
      <w:r>
        <w:t>ab in ko larai kyun charhi hui hai? yeh to jaiz hi nahi hai. khwamkhwah larai charhi hui hai. jo musalman west ke khilaf larai charhi hui hain mere aziz wo bilkul najayaz hai.</w:t>
      </w:r>
    </w:p>
    <w:p>
      <w:pPr>
        <w:jc w:val="right"/>
      </w:pPr>
      <w:r>
        <w:t>اب ان کو لڑائی کیوں چڑھی ہوئی ہے؟ یہ تو جائز ہی نہیں ہے۔ خوامخواہ لڑائی چڑھی ہوئی ہے۔ جو مسلمان west کے خلاف لڑائی چڑھی ہوئی ہیں میرے عزیز وہ بالکل ناجائز ہے۔</w:t>
      </w:r>
    </w:p>
    <w:p>
      <w:r>
        <w:rPr>
          <w:b/>
        </w:rPr>
        <w:t xml:space="preserve">[56:09] </w:t>
      </w:r>
      <w:r>
        <w:t>is ka islam se koi talluq nahi. in ko dawat ka kaam karna chahiye. west ke muqable mein aap ko dawat ka kaam karna hai. aap ki zimmedari dawat hai.</w:t>
      </w:r>
    </w:p>
    <w:p>
      <w:pPr>
        <w:jc w:val="right"/>
      </w:pPr>
      <w:r>
        <w:t>اس کا اسلام سے کوئی تعلق نہیں۔ ان کو دعوت کا کام کرنا چاہیے۔ west کے مقابلے میں آپ کو دعوت کا کام کرنا ہے۔ آپ کی ذمہ داری دعوت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