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Countering Violent Extremism April 01, 2016</w:t>
      </w:r>
    </w:p>
    <w:p>
      <w:r>
        <w:t>https://www.youtube.com/watch?v=9ZWLcTqzs04</w:t>
      </w:r>
    </w:p>
    <w:p>
      <w:r>
        <w:rPr>
          <w:b/>
        </w:rPr>
        <w:t xml:space="preserve">[00:14] </w:t>
      </w:r>
      <w:r>
        <w:t>i'm mariya khan from center for peace and spirituality. welcome to a live question-and-answer session with maulana wahiduddin khan. the topic for discussion today is countering violent extremism.</w:t>
      </w:r>
    </w:p>
    <w:p>
      <w:pPr>
        <w:jc w:val="right"/>
      </w:pPr>
      <w:r>
        <w:t>I'm Mariya Khan from Center for Peace and Spirituality. Welcome to a live question-and-answer session with Maulana Wahiduddin Khan. The topic for discussion today is countering violent extremism.</w:t>
      </w:r>
    </w:p>
    <w:p>
      <w:r>
        <w:rPr>
          <w:b/>
        </w:rPr>
        <w:t xml:space="preserve">[00:29] </w:t>
      </w:r>
      <w:r>
        <w:t>there has been a lot of debate recently on the problem of extremism: what are the causes for extremism, why do some people become extremists, and how can we solve this problem?</w:t>
      </w:r>
    </w:p>
    <w:p>
      <w:pPr>
        <w:jc w:val="right"/>
      </w:pPr>
      <w:r>
        <w:t>There has been a lot of debate recently on the problem of extremism: what are the causes for extremism, why do some people become extremists, and how can we solve this problem?</w:t>
      </w:r>
    </w:p>
    <w:p>
      <w:r>
        <w:rPr>
          <w:b/>
        </w:rPr>
        <w:t xml:space="preserve">[00:41] </w:t>
      </w:r>
      <w:r>
        <w:t>the maulana will be taking up questions, and you can send yours in the comments section. please keep the questions brief and relevant to the topic. maulana, what is the definition of extremism according to you?</w:t>
      </w:r>
    </w:p>
    <w:p>
      <w:pPr>
        <w:jc w:val="right"/>
      </w:pPr>
      <w:r>
        <w:t>The Maulana will be taking up questions, and you can send yours in the comments section. Please keep the questions brief and relevant to the topic. Maulana, what is the definition of extremism according to you?</w:t>
      </w:r>
    </w:p>
    <w:p>
      <w:r>
        <w:rPr>
          <w:b/>
        </w:rPr>
        <w:t xml:space="preserve">[00:58] </w:t>
      </w:r>
      <w:r>
        <w:t>dekhein, extremism ko urdu mein kehte hain intaha pasandi, arabi mein kehte hain tatarrruf.</w:t>
      </w:r>
    </w:p>
    <w:p>
      <w:pPr>
        <w:jc w:val="right"/>
      </w:pPr>
      <w:r>
        <w:t>دیکھیں، extremism کو اردو میں کہتے ہیں انتہا پسندی، عربی میں کہتے ہیں تطرف۔</w:t>
      </w:r>
    </w:p>
    <w:p>
      <w:r>
        <w:rPr>
          <w:b/>
        </w:rPr>
        <w:t xml:space="preserve">[01:10] </w:t>
      </w:r>
      <w:r>
        <w:t>mein dekhta hoon intaha pasandi ki definition, yani mutashaddidana intaha pasandi ki definition, yeh hai: you use a force by self-styled justification.</w:t>
      </w:r>
    </w:p>
    <w:p>
      <w:pPr>
        <w:jc w:val="right"/>
      </w:pPr>
      <w:r>
        <w:t>میں دیکھتا ہوں انتہا پسندی کی definition، یعنی متشددانہ انتہا پسندی کی definition، یہ ہے: you use a force by self-styled justification۔</w:t>
      </w:r>
    </w:p>
    <w:p>
      <w:r>
        <w:rPr>
          <w:b/>
        </w:rPr>
        <w:t xml:space="preserve">[01:35] </w:t>
      </w:r>
      <w:r>
        <w:t>yani apne, apne khud sakhta jawaz ki bina par intaha pasand ban jana.</w:t>
      </w:r>
    </w:p>
    <w:p>
      <w:pPr>
        <w:jc w:val="right"/>
      </w:pPr>
      <w:r>
        <w:t>یعنی اپنے، اپنے خود ساختہ جواز کی بنا پر انتہا پسند بن جانا۔</w:t>
      </w:r>
    </w:p>
    <w:p>
      <w:r>
        <w:rPr>
          <w:b/>
        </w:rPr>
        <w:t xml:space="preserve">[01:52] </w:t>
      </w:r>
      <w:r>
        <w:t>mein samajhta hoon ke aise log taqat se,</w:t>
      </w:r>
    </w:p>
    <w:p>
      <w:pPr>
        <w:jc w:val="right"/>
      </w:pPr>
      <w:r>
        <w:t>میں سمجھتا ہوں کہ ایسے لوگ طاقت سے،</w:t>
      </w:r>
    </w:p>
    <w:p>
      <w:r>
        <w:rPr>
          <w:b/>
        </w:rPr>
        <w:t xml:space="preserve">[02:01] </w:t>
      </w:r>
      <w:r>
        <w:t>unki islaah nahi ho sakti. un ke root cause ko janna hoga, aur un ko fikri satah par convince karna hoga.</w:t>
      </w:r>
    </w:p>
    <w:p>
      <w:pPr>
        <w:jc w:val="right"/>
      </w:pPr>
      <w:r>
        <w:t>ان کی اصلاح نہیں ہو سکتی۔ ان کے root cause کو جاننا ہوگا، اور ان کو فکری سطح پر convince کرنا ہوگا۔</w:t>
      </w:r>
    </w:p>
    <w:p>
      <w:r>
        <w:rPr>
          <w:b/>
        </w:rPr>
        <w:t xml:space="preserve">[02:18] </w:t>
      </w:r>
      <w:r>
        <w:t>tab intaha pasandi ka khatma ho sakta hai.</w:t>
      </w:r>
    </w:p>
    <w:p>
      <w:pPr>
        <w:jc w:val="right"/>
      </w:pPr>
      <w:r>
        <w:t>تب انتہا پسندی کا خاتمہ ہو سکتا ہے۔</w:t>
      </w:r>
    </w:p>
    <w:p>
      <w:r>
        <w:rPr>
          <w:b/>
        </w:rPr>
        <w:t xml:space="preserve">[02:22] </w:t>
      </w:r>
      <w:r>
        <w:t>so maulana, violent extremism according to you is use of force through self-styled justification. so maulana, what is the cause for this extremism?</w:t>
      </w:r>
    </w:p>
    <w:p>
      <w:pPr>
        <w:jc w:val="right"/>
      </w:pPr>
      <w:r>
        <w:t>So Maulana, violent extremism according to you is use of force through self-styled justification. So Maulana, what is the cause for this extremism?</w:t>
      </w:r>
    </w:p>
    <w:p>
      <w:r>
        <w:rPr>
          <w:b/>
        </w:rPr>
        <w:t xml:space="preserve">[02:35] </w:t>
      </w:r>
      <w:r>
        <w:t>mein jahan tak is ko samajhne ki koshish ki hai, yeh out of frustration hota hai. jab woh dekhte hain ke peaceful method ko apply kar ke woh apna maqsad hasil nahi kar sakte,</w:t>
      </w:r>
    </w:p>
    <w:p>
      <w:pPr>
        <w:jc w:val="right"/>
      </w:pPr>
      <w:r>
        <w:t>میں جہاں تک اس کو سمجھنے کی کوشش کی ہے، یہ out of frustration ہوتا ہے۔ جب وہ دیکھتے ہیں کہ peaceful method کو اپلائی کر کے وہ اپنا مقصد حاصل نہیں کر سکتے،</w:t>
      </w:r>
    </w:p>
    <w:p>
      <w:r>
        <w:rPr>
          <w:b/>
        </w:rPr>
        <w:t xml:space="preserve">[02:56] </w:t>
      </w:r>
      <w:r>
        <w:t>toh un ko aik frustration aata hai. woh bohat hi reactionary ho jate hain.</w:t>
      </w:r>
    </w:p>
    <w:p>
      <w:pPr>
        <w:jc w:val="right"/>
      </w:pPr>
      <w:r>
        <w:t>تو ان کو ایک frustration آتا ہے۔ وہ بہت ہی reactionary ہو جاتے ہیں۔</w:t>
      </w:r>
    </w:p>
    <w:p>
      <w:r>
        <w:rPr>
          <w:b/>
        </w:rPr>
        <w:t xml:space="preserve">[03:07] </w:t>
      </w:r>
      <w:r>
        <w:t>is waqt woh istemal karte hain force ka,</w:t>
      </w:r>
    </w:p>
    <w:p>
      <w:pPr>
        <w:jc w:val="right"/>
      </w:pPr>
      <w:r>
        <w:t>اس وقت وہ استعمال کرتے ہیں force کا،</w:t>
      </w:r>
    </w:p>
    <w:p>
      <w:r>
        <w:rPr>
          <w:b/>
        </w:rPr>
        <w:t xml:space="preserve">[03:12] </w:t>
      </w:r>
      <w:r>
        <w:t>aur khud sakhta tor par is ka aik justification talash kar lete hain. jahan tak mein samajhta hoon ke extremist jo hai, woh intellectual blindness hai.</w:t>
      </w:r>
    </w:p>
    <w:p>
      <w:pPr>
        <w:jc w:val="right"/>
      </w:pPr>
      <w:r>
        <w:t>اور خود ساختہ طور پر اس کا ایک justification تلاش کر لیتے ہیں۔ جہاں تک میں سمجھتا ہوں کہ extremist جو ہے، وہ intellectual blindness ہے۔</w:t>
      </w:r>
    </w:p>
    <w:p>
      <w:r>
        <w:rPr>
          <w:b/>
        </w:rPr>
        <w:t xml:space="preserve">[03:31] </w:t>
      </w:r>
      <w:r>
        <w:t>yani dikhai nahi deta un ko ke peaceful tareeqe se kaise woh apna maqsad hasil karein. toh ghusse mein ya reaction ke taur par woh jump karte hain tashaddud ki taraf.</w:t>
      </w:r>
    </w:p>
    <w:p>
      <w:pPr>
        <w:jc w:val="right"/>
      </w:pPr>
      <w:r>
        <w:t>یعنی دکھائی نہیں دیتا ان کو کہ peaceful طریقے سے کیسے وہ اپنا مقصد حاصل کریں۔ تو غصے میں یا reaction کے طور پر وہ jump کرتے ہیں تشدد کی طرف۔</w:t>
      </w:r>
    </w:p>
    <w:p>
      <w:r>
        <w:rPr>
          <w:b/>
        </w:rPr>
        <w:t xml:space="preserve">[03:54] </w:t>
      </w:r>
      <w:r>
        <w:t>toh mere apne tajurbe ke mutabiq, yani meri study ke mutabiq,</w:t>
      </w:r>
    </w:p>
    <w:p>
      <w:pPr>
        <w:jc w:val="right"/>
      </w:pPr>
      <w:r>
        <w:t>تو میرے اپنے تجربے کے مطابق، یعنی میری study کے مطابق،</w:t>
      </w:r>
    </w:p>
    <w:p>
      <w:r>
        <w:rPr>
          <w:b/>
        </w:rPr>
        <w:t xml:space="preserve">[04:04] </w:t>
      </w:r>
      <w:r>
        <w:t>extremism ka koi positive sabab nahi hai. negative sabab hai.</w:t>
      </w:r>
    </w:p>
    <w:p>
      <w:pPr>
        <w:jc w:val="right"/>
      </w:pPr>
      <w:r>
        <w:t>extremism کا کوئی positive سبب نہیں ہے۔ Negative سبب ہے۔</w:t>
      </w:r>
    </w:p>
    <w:p>
      <w:r>
        <w:rPr>
          <w:b/>
        </w:rPr>
        <w:t xml:space="preserve">[04:14] </w:t>
      </w:r>
      <w:r>
        <w:t>negative sabab ka matlab yeh hai ke woh jab mayoosi mein bohat zyada mubtala ho jate hain, jab dekhte hain ke unhein jo chahte hain woh mil nahi raha hai, toh bahesana iqdam ke taur par woh sab kuch chahte hain, kar kar kar guzarna.</w:t>
      </w:r>
    </w:p>
    <w:p>
      <w:pPr>
        <w:jc w:val="right"/>
      </w:pPr>
      <w:r>
        <w:t>Negative سبب کا مطلب یہ ہے کہ وہ جب مایوسی میں بہت زیادہ مبتلا ہو جاتے ہیں، جب دیکھتے ہیں کہ انہیں جو چاہتے ہیں وہ مل نہیں رہا ہے، تو باعثانہ اقدام کے طور پر وہ سب کچھ چاہتے ہیں، کر کر کر گزرنا۔</w:t>
      </w:r>
    </w:p>
    <w:p>
      <w:r>
        <w:rPr>
          <w:b/>
        </w:rPr>
        <w:t xml:space="preserve">[04:34] </w:t>
      </w:r>
      <w:r>
        <w:t>toh is waqt tashaddud karte hain aur suicide bombing karte hain. is liye aap dekhiye ke inteha pasandi hamesha pounchti hai aakhir mein suicide bombing ki taraf.</w:t>
      </w:r>
    </w:p>
    <w:p>
      <w:pPr>
        <w:jc w:val="right"/>
      </w:pPr>
      <w:r>
        <w:t>تو اس وقت تشدد کرتے ہیں اور suicide bombing کرتے ہیں۔ اس لیے آپ دیکھیے کہ انتہا پسندی ہمیشہ پہنچتی ہے آخر میں suicide bombing کی طرف۔</w:t>
      </w:r>
    </w:p>
    <w:p>
      <w:r>
        <w:rPr>
          <w:b/>
        </w:rPr>
        <w:t xml:space="preserve">[04:48] </w:t>
      </w:r>
      <w:r>
        <w:t>aur suicide bombing kya hai? woh mayoosi ka, yani frustration ka aik aakhri phenomena hai.</w:t>
      </w:r>
    </w:p>
    <w:p>
      <w:pPr>
        <w:jc w:val="right"/>
      </w:pPr>
      <w:r>
        <w:t>اور suicide bombing کیا ہے؟ وہ مایوسی کا، یعنی frustration کا ایک آخری phenomena ہے۔</w:t>
      </w:r>
    </w:p>
    <w:p>
      <w:r>
        <w:rPr>
          <w:b/>
        </w:rPr>
        <w:t xml:space="preserve">[04:58] </w:t>
      </w:r>
      <w:r>
        <w:t>So Maulana, according to you, there is no positive cause or positive reason for extremism. There is only a negative cause for extremism, and that is intellectual blindness.</w:t>
      </w:r>
    </w:p>
    <w:p>
      <w:pPr>
        <w:jc w:val="right"/>
      </w:pPr>
      <w:r>
        <w:t>So Maulana, according to you, there is no positive cause or positive reason for extremism. There is only a negative cause for extremism, and that is intellectual blindness.</w:t>
      </w:r>
    </w:p>
    <w:p>
      <w:r>
        <w:rPr>
          <w:b/>
        </w:rPr>
        <w:t xml:space="preserve">[05:10] </w:t>
      </w:r>
      <w:r>
        <w:t>So when the use of peaceful means fail, these people become despaired and they take to violence. Maulana, please tell us about religious extremism.</w:t>
      </w:r>
    </w:p>
    <w:p>
      <w:pPr>
        <w:jc w:val="right"/>
      </w:pPr>
      <w:r>
        <w:t>So when the use of peaceful means fail, these people become despaired and they take to violence. Maulana, please tell us about religious extremism.</w:t>
      </w:r>
    </w:p>
    <w:p>
      <w:r>
        <w:rPr>
          <w:b/>
        </w:rPr>
        <w:t xml:space="preserve">[05:21] </w:t>
      </w:r>
      <w:r>
        <w:t>What is religious extremism?</w:t>
      </w:r>
    </w:p>
    <w:p>
      <w:pPr>
        <w:jc w:val="right"/>
      </w:pPr>
      <w:r>
        <w:t>What is religious extremism?</w:t>
      </w:r>
    </w:p>
    <w:p>
      <w:r>
        <w:rPr>
          <w:b/>
        </w:rPr>
        <w:t xml:space="preserve">[05:25] </w:t>
      </w:r>
      <w:r>
        <w:t>haan dekhiye, aik hai secular extremism, aik hai religious extremism. secular extremism jo hai, woh kisi</w:t>
      </w:r>
    </w:p>
    <w:p>
      <w:pPr>
        <w:jc w:val="right"/>
      </w:pPr>
      <w:r>
        <w:t>ہاں دیکھیے، ایک ہے secular extremism، ایک ہے religious extremism۔ Secular extremism جو ہے، وہ کسی</w:t>
      </w:r>
    </w:p>
    <w:p>
      <w:r>
        <w:rPr>
          <w:b/>
        </w:rPr>
        <w:t xml:space="preserve">[05:43] </w:t>
      </w:r>
      <w:r>
        <w:t>material gain ke liye hota hai. jabke religious extremism jo hai, woh aqeedati hota hai. aqeedati.</w:t>
      </w:r>
    </w:p>
    <w:p>
      <w:pPr>
        <w:jc w:val="right"/>
      </w:pPr>
      <w:r>
        <w:t>material gain کے لیے ہوتا ہے۔ جبکہ religious extremism جو ہے، وہ اعتقادی ہوتا ہے۔ اعتقادی۔</w:t>
      </w:r>
    </w:p>
    <w:p>
      <w:r>
        <w:rPr>
          <w:b/>
        </w:rPr>
        <w:t xml:space="preserve">[05:54] </w:t>
      </w:r>
      <w:r>
        <w:t>is liye secular extremism ko khatam karna bohat aasan hai. is ki misaal yeh hai ke Germany aur Japan second world war mein extremists ban gaye thay.</w:t>
      </w:r>
    </w:p>
    <w:p>
      <w:pPr>
        <w:jc w:val="right"/>
      </w:pPr>
      <w:r>
        <w:t>اس لیے secular extremism کو ختم کرنا بہت آسان ہے۔ اس کی مثال یہ ہے کہ جرمنی اور جاپان سیکنڈ ورلڈ وار میں extremists بن گئے تھے۔</w:t>
      </w:r>
    </w:p>
    <w:p>
      <w:r>
        <w:rPr>
          <w:b/>
        </w:rPr>
        <w:t xml:space="preserve">[06:07] </w:t>
      </w:r>
      <w:r>
        <w:t>kyun? unhein aik material, aik material gain un ke samne tha. lekin jab unhon ne dekha ke jang se woh apna</w:t>
      </w:r>
    </w:p>
    <w:p>
      <w:pPr>
        <w:jc w:val="right"/>
      </w:pPr>
      <w:r>
        <w:t>کیوں؟ انہیں ایک material، ایک material gain ان کے سامنے تھا۔ لیکن جب انہوں نے دیکھا کہ جنگ سے وہ اپنا</w:t>
      </w:r>
    </w:p>
    <w:p>
      <w:r>
        <w:rPr>
          <w:b/>
        </w:rPr>
        <w:t xml:space="preserve">[06:22] </w:t>
      </w:r>
      <w:r>
        <w:t>goal hasil nahi kar pa rahe hain,</w:t>
      </w:r>
    </w:p>
    <w:p>
      <w:pPr>
        <w:jc w:val="right"/>
      </w:pPr>
      <w:r>
        <w:t>گول حاصل نہیں کر پا رہے ہیں،</w:t>
      </w:r>
    </w:p>
    <w:p>
      <w:r>
        <w:rPr>
          <w:b/>
        </w:rPr>
        <w:t xml:space="preserve">[06:27] </w:t>
      </w:r>
      <w:r>
        <w:t>yani unhon ne dekha ke koi result nahi mil raha hai, toh aap dekhiye, second world war ke baad dono peaceful ban gaye, Germany bhi aur Japan bhi.</w:t>
      </w:r>
    </w:p>
    <w:p>
      <w:pPr>
        <w:jc w:val="right"/>
      </w:pPr>
      <w:r>
        <w:t>یعنی انہوں نے دیکھا کہ کوئی result نہیں مل رہا ہے، تو آپ دیکھیے، سیکنڈ ورلڈ وار کے بعد دونوں peaceful بن گئے، جرمنی بھی اور جاپان بھی۔</w:t>
      </w:r>
    </w:p>
    <w:p>
      <w:r>
        <w:rPr>
          <w:b/>
        </w:rPr>
        <w:t xml:space="preserve">[06:38] </w:t>
      </w:r>
      <w:r>
        <w:t>toh is se secular extremism ka khatam hona bohat aasan hai. kyunke jab result nahi milega toh un ke andar second thought aa jayega.</w:t>
      </w:r>
    </w:p>
    <w:p>
      <w:pPr>
        <w:jc w:val="right"/>
      </w:pPr>
      <w:r>
        <w:t>تو اس سے secular extremism کا ختم ہونا بہت آسان ہے۔ کیونکہ جب result نہیں ملے گا تو ان کے اندر second thought آ جائے گا۔</w:t>
      </w:r>
    </w:p>
    <w:p>
      <w:r>
        <w:rPr>
          <w:b/>
        </w:rPr>
        <w:t xml:space="preserve">[06:50] </w:t>
      </w:r>
      <w:r>
        <w:t>jaisay hi woh dekhenge ke hamara jo extremism hai, woh koi result tak nahi pouncha raha hai hum ko, toh bohat jald woh second thought aa jayega aur woh reconsider karenge.</w:t>
      </w:r>
    </w:p>
    <w:p>
      <w:pPr>
        <w:jc w:val="right"/>
      </w:pPr>
      <w:r>
        <w:t>جیسے ہی وہ دیکھیں گے کہ ہمارا جو extremism ہے، وہ کوئی result تک نہیں پہنچا رہا ہے ہم کو، تو بہت جلد وہ second thought آ جائے گا اور وہ reconsider کریں گے۔</w:t>
      </w:r>
    </w:p>
    <w:p>
      <w:r>
        <w:rPr>
          <w:b/>
        </w:rPr>
        <w:t xml:space="preserve">[07:06] </w:t>
      </w:r>
      <w:r>
        <w:t>yeh thinking karenge. lekin mazhabi jo secularism hai, woh hota hai aakhirat ke liye, jannat ke liye.</w:t>
      </w:r>
    </w:p>
    <w:p>
      <w:pPr>
        <w:jc w:val="right"/>
      </w:pPr>
      <w:r>
        <w:t>یہ thinking کریں گے۔ لیکن مذہبی جو secularism ہے، وہ ہوتا ہے آخرت کے لیے، جنت کے لیے۔</w:t>
      </w:r>
    </w:p>
    <w:p>
      <w:r>
        <w:rPr>
          <w:b/>
        </w:rPr>
        <w:t xml:space="preserve">[07:16] </w:t>
      </w:r>
      <w:r>
        <w:t>toh woh toh marne ke baad samne aati hai. toh chahe woh kuch mile ya na mile dunya mein, phir bhi woh apne aap ko jhonk dete hain extremism mein.</w:t>
      </w:r>
    </w:p>
    <w:p>
      <w:pPr>
        <w:jc w:val="right"/>
      </w:pPr>
      <w:r>
        <w:t>تو وہ تو مرنے کے بعد سامنے آتی ہے۔ تو چاہے وہ کچھ ملے یا نہ ملے دنیا میں، پھر بھی وہ اپنے آپ کو جھونک دیتے ہیں extremism میں۔</w:t>
      </w:r>
    </w:p>
    <w:p>
      <w:r>
        <w:rPr>
          <w:b/>
        </w:rPr>
        <w:t xml:space="preserve">[07:26] </w:t>
      </w:r>
      <w:r>
        <w:t>kyunke woh samajhte hain ke dunya mein mile ya na mile, aakhirat toh hamein paradise milegi. yeh bohat hi dangerous hai. religious extremism bohat hi dangerous hai.</w:t>
      </w:r>
    </w:p>
    <w:p>
      <w:pPr>
        <w:jc w:val="right"/>
      </w:pPr>
      <w:r>
        <w:t>کیونکہ وہ سمجھتے ہیں کہ دنیا میں ملے یا نہ ملے، آخرت تو ہمیں paradise ملے گی۔ یہ بہت ہی dangerous ہے۔ Religious extremism بہت ہی dangerous ہے۔</w:t>
      </w:r>
    </w:p>
    <w:p>
      <w:r>
        <w:rPr>
          <w:b/>
        </w:rPr>
        <w:t xml:space="preserve">[07:38] </w:t>
      </w:r>
      <w:r>
        <w:t>aur yeh is ka Islam se koi taluq nahi. Quran se koi taluq nahi. yeh, isi ko maine kaha hai ke self-styled justification par chalta hai yeh.</w:t>
      </w:r>
    </w:p>
    <w:p>
      <w:pPr>
        <w:jc w:val="right"/>
      </w:pPr>
      <w:r>
        <w:t>اور یہ اس کا اسلام سے کوئی تعلق نہیں۔ قرآن سے کوئی تعلق نہیں۔ یہ، اسی کو میں نے کہا ہے کہ self-styled justification پر چلتا ہے یہ۔</w:t>
      </w:r>
    </w:p>
    <w:p>
      <w:r>
        <w:rPr>
          <w:b/>
        </w:rPr>
        <w:t xml:space="preserve">[07:51] </w:t>
      </w:r>
      <w:r>
        <w:t>khud hi khud unhon ne bana liya hai ke agar hum larr kar mar jayen to hum jayen ge jannat mein. kahin quran o hadith mein aisa nahi hai. aur suicide bombing jo hai, woh to wirasat tor par haram hai.</w:t>
      </w:r>
    </w:p>
    <w:p>
      <w:pPr>
        <w:jc w:val="right"/>
      </w:pPr>
      <w:r>
        <w:t>خود ہی خود انہوں نے بنا لیا ہے کہ اگر ہم لڑ کر مر جائیں تو ہم جائیں گے جنت میں۔ کہیں قرآن و حدیث میں ایسا نہیں ہے۔ اور suicide bombing جو ہے، وہ تو وراثت طور پر حرام ہے۔</w:t>
      </w:r>
    </w:p>
    <w:p>
      <w:r>
        <w:rPr>
          <w:b/>
        </w:rPr>
        <w:t xml:space="preserve">[08:06] </w:t>
      </w:r>
      <w:r>
        <w:t>hadith mein, bukhari mein riwayat aati hai ke ek shakhs, ek sahabi thay woh, woh apne hath, apni talwar se apne ko maar dala.</w:t>
      </w:r>
    </w:p>
    <w:p>
      <w:pPr>
        <w:jc w:val="right"/>
      </w:pPr>
      <w:r>
        <w:t>حدیث میں، بخاری میں روایت آتی ہے کہ ایک شخص، ایک صحابی تھے وہ، وہ اپنے ہاتھ، اپنی تلوار سے اپنے کو مار ڈالا۔</w:t>
      </w:r>
    </w:p>
    <w:p>
      <w:r>
        <w:rPr>
          <w:b/>
        </w:rPr>
        <w:t xml:space="preserve">[08:16] </w:t>
      </w:r>
      <w:r>
        <w:t>yani suicide kiya unhon ne. to rasool allah ne kaha ke inna hu ahlu nar, halankeh woh sahabi thay woh, aur rasool allah ke sath ghazwa mein shareek hue thay.</w:t>
      </w:r>
    </w:p>
    <w:p>
      <w:pPr>
        <w:jc w:val="right"/>
      </w:pPr>
      <w:r>
        <w:t>یعنی suicide کیا انہوں نے۔ تو رسول اللہ نے کہا کہ انہ بن اہل النار، حالانکہ وہ صحابی تھے وہ، اور رسول اللہ کے ساتھ غزوہ میں شریک ہوئے تھے۔</w:t>
      </w:r>
    </w:p>
    <w:p>
      <w:r>
        <w:rPr>
          <w:b/>
        </w:rPr>
        <w:t xml:space="preserve">[08:27] </w:t>
      </w:r>
      <w:r>
        <w:t>aap ne kaha inna hu ahlu nar. to khudkushi ki maut bilashubah haram hai. yeh aadmi ko jannat mein nahi, jahannum mein le jane wali hai.</w:t>
      </w:r>
    </w:p>
    <w:p>
      <w:pPr>
        <w:jc w:val="right"/>
      </w:pPr>
      <w:r>
        <w:t>آپ نے کہا انہ بن اہل النار۔ تو خودکشی کی موت بلاشبہ حرام ہے۔ یہ آدمی کو جنت میں نہیں، جہنم میں لے جانے والی ہے۔</w:t>
      </w:r>
    </w:p>
    <w:p>
      <w:r>
        <w:rPr>
          <w:b/>
        </w:rPr>
        <w:t xml:space="preserve">[08:42] </w:t>
      </w:r>
      <w:r>
        <w:t>isi liye maine kaha ke self-styled justification par yeh chalta hai. ab yeh bohat hi zyada mushkil hai.</w:t>
      </w:r>
    </w:p>
    <w:p>
      <w:pPr>
        <w:jc w:val="right"/>
      </w:pPr>
      <w:r>
        <w:t>اسی لیے میں نے کہا کہ self-styled justification پر یہ چلتا ہے۔ اب یہ بہت ہی زیادہ مشکل ہے۔</w:t>
      </w:r>
    </w:p>
    <w:p>
      <w:r>
        <w:rPr>
          <w:b/>
        </w:rPr>
        <w:t xml:space="preserve">[08:53] </w:t>
      </w:r>
      <w:r>
        <w:t>religious extremism. aur bohat hi, yani lambi koshish ke baad hi hum logon ke zehn ko badal sakte hain.</w:t>
      </w:r>
    </w:p>
    <w:p>
      <w:pPr>
        <w:jc w:val="right"/>
      </w:pPr>
      <w:r>
        <w:t>Religious extremism۔ اور بہت ہی، یعنی لمبی کوشش کے بعد ہی ہم لوگوں کے ذہن کو بدل سکتے ہیں۔</w:t>
      </w:r>
    </w:p>
    <w:p>
      <w:r>
        <w:rPr>
          <w:b/>
        </w:rPr>
        <w:t xml:space="preserve">[09:05] </w:t>
      </w:r>
      <w:r>
        <w:t>it requires re-engineering of mind.</w:t>
      </w:r>
    </w:p>
    <w:p>
      <w:pPr>
        <w:jc w:val="right"/>
      </w:pPr>
      <w:r>
        <w:t>It requires re-engineering of mind۔</w:t>
      </w:r>
    </w:p>
    <w:p>
      <w:r>
        <w:rPr>
          <w:b/>
        </w:rPr>
        <w:t xml:space="preserve">[09:09] </w:t>
      </w:r>
      <w:r>
        <w:t>so Maulana, you made two points. first of all, there are two kinds of extremism. one is secular extremism and the other is religious extremism.</w:t>
      </w:r>
    </w:p>
    <w:p>
      <w:pPr>
        <w:jc w:val="right"/>
      </w:pPr>
      <w:r>
        <w:t>So Maulana, you made two points۔ First of all، there are two kinds of extremism۔ One is secular extremism and the other is religious extremism۔</w:t>
      </w:r>
    </w:p>
    <w:p>
      <w:r>
        <w:rPr>
          <w:b/>
        </w:rPr>
        <w:t xml:space="preserve">[09:20] </w:t>
      </w:r>
      <w:r>
        <w:t>secular extremism is for some material advantage. so if those who are engaged in this kind of extremism don't gain that material advantage, they will stop their extrem</w:t>
      </w:r>
    </w:p>
    <w:p>
      <w:pPr>
        <w:jc w:val="right"/>
      </w:pPr>
      <w:r>
        <w:t>Secular extremism is for some material advantage۔ So if those who are engaged in this kind of extremism don't gain that material advantage, they will stop their extrem</w:t>
      </w:r>
    </w:p>
    <w:p>
      <w:r>
        <w:rPr>
          <w:b/>
        </w:rPr>
        <w:t xml:space="preserve">[09:31] </w:t>
      </w:r>
      <w:r>
        <w:t>ism. but religious extremism is of a very serious nature because it is not meant to acquire some worldly material advantage. it is meant to acquire the hereafter.</w:t>
      </w:r>
    </w:p>
    <w:p>
      <w:pPr>
        <w:jc w:val="right"/>
      </w:pPr>
      <w:r>
        <w:t>ism۔ But religious extremism is of a very serious nature because it is not meant to acquire some worldly material advantage۔ It is meant to acquire the hereafter۔</w:t>
      </w:r>
    </w:p>
    <w:p>
      <w:r>
        <w:rPr>
          <w:b/>
        </w:rPr>
        <w:t xml:space="preserve">[09:42] </w:t>
      </w:r>
      <w:r>
        <w:t>paradise. so those who engage in this extremism say that we are dying to get hereafter. so it is very difficult to cure this extrem</w:t>
      </w:r>
    </w:p>
    <w:p>
      <w:pPr>
        <w:jc w:val="right"/>
      </w:pPr>
      <w:r>
        <w:t>Paradise۔ So those who engage in this extremism say that we are dying to get hereafter۔ So it is very difficult to cure this extrem</w:t>
      </w:r>
    </w:p>
    <w:p>
      <w:r>
        <w:rPr>
          <w:b/>
        </w:rPr>
        <w:t xml:space="preserve">[09:52] </w:t>
      </w:r>
      <w:r>
        <w:t>ism. we will have to re-engineer their minds. so Maulana, in this connection, i would like to ask you, what is islamic extremism and what is the history of islamic extremism?</w:t>
      </w:r>
    </w:p>
    <w:p>
      <w:pPr>
        <w:jc w:val="right"/>
      </w:pPr>
      <w:r>
        <w:t>ism۔ We will have to re-engineer their minds۔ So Maulana, in this connection, I would like to ask you, what is Islamic extremism and what is the history of Islamic extremism؟</w:t>
      </w:r>
    </w:p>
    <w:p>
      <w:r>
        <w:rPr>
          <w:b/>
        </w:rPr>
        <w:t xml:space="preserve">[10:06] </w:t>
      </w:r>
      <w:r>
        <w:t>dekhiye, islamic extremism jis ko aap kehte hain, is ko arabi mein kehte hain ghulu. yani qadeem arabi mein, quran o hadith ki zaban mein, is ko kaha jata hai ghulu.</w:t>
      </w:r>
    </w:p>
    <w:p>
      <w:pPr>
        <w:jc w:val="right"/>
      </w:pPr>
      <w:r>
        <w:t>دیکھیے، Islamic extremism جس کو آپ کہتے ہیں، اس کو عربی میں کہتے ہیں غلو۔ یعنی قدیم عربی میں، قرآن و حدیث کی زبان میں، اس کو کہا جاتا ہے غلو۔</w:t>
      </w:r>
    </w:p>
    <w:p>
      <w:r>
        <w:rPr>
          <w:b/>
        </w:rPr>
        <w:t xml:space="preserve">[10:21] </w:t>
      </w:r>
      <w:r>
        <w:t>aur quran mein aur hadith mein dono mein ghulu se bohat sakhti se mana kiya gaya hai. la taghlu fi deenikum.</w:t>
      </w:r>
    </w:p>
    <w:p>
      <w:pPr>
        <w:jc w:val="right"/>
      </w:pPr>
      <w:r>
        <w:t>اور قرآن میں اور حدیث میں دونوں میں غلو سے بہت سختی سے منع کیا گیا ہے۔ لا تغلو فی دینکم۔</w:t>
      </w:r>
    </w:p>
    <w:p>
      <w:r>
        <w:rPr>
          <w:b/>
        </w:rPr>
        <w:t xml:space="preserve">[10:30] </w:t>
      </w:r>
      <w:r>
        <w:t>quran mein hai. la taghlu fi deenikum. deen mein ghulu na karo. aisi hadith bhi aayi ke ayyakum wal ghulu fid deen.</w:t>
      </w:r>
    </w:p>
    <w:p>
      <w:pPr>
        <w:jc w:val="right"/>
      </w:pPr>
      <w:r>
        <w:t>قرآن میں ہے۔ لا تغلو فی دینکم۔ دین میں غلو نہ کرو۔ ایسی حدیث بھی آئی کہ ایاکم والغلو فی الدین۔</w:t>
      </w:r>
    </w:p>
    <w:p>
      <w:r>
        <w:rPr>
          <w:b/>
        </w:rPr>
        <w:t xml:space="preserve">[10:42] </w:t>
      </w:r>
      <w:r>
        <w:t>ghulu se bacho. to islamic extremism koi cheez nahi. log islam ke naam par ghulu karte hain ya extremist bante hain, lekin woh bilashubah jaiz nahi hai.</w:t>
      </w:r>
    </w:p>
    <w:p>
      <w:pPr>
        <w:jc w:val="right"/>
      </w:pPr>
      <w:r>
        <w:t>غلو سے بچو۔ تو Islamic extremism کوئی چیز نہیں۔ لوگ اسلام کے نام پر غلو کرتے ہیں یا extremist بنتے ہیں، لیکن وہ بلاشبہ جائز نہیں ہے۔</w:t>
      </w:r>
    </w:p>
    <w:p>
      <w:r>
        <w:rPr>
          <w:b/>
        </w:rPr>
        <w:t xml:space="preserve">[10:59] </w:t>
      </w:r>
      <w:r>
        <w:t>jahan tak main janta hoon, islamic extremism jo hai, sab se pehle shuru hui hazrat ali ke zamane mein. un ko kaha jata hai khawarij.</w:t>
      </w:r>
    </w:p>
    <w:p>
      <w:pPr>
        <w:jc w:val="right"/>
      </w:pPr>
      <w:r>
        <w:t>جہاں تک میں جانتا ہوں، Islamic extremism جو ہے، سب سے پہلے شروع ہوئی حضرت علی کے زمانے میں۔ ان کو کہا جاتا ہے خوارج۔</w:t>
      </w:r>
    </w:p>
    <w:p>
      <w:r>
        <w:rPr>
          <w:b/>
        </w:rPr>
        <w:t xml:space="preserve">[11:11] </w:t>
      </w:r>
      <w:r>
        <w:t>yani khawarij jo thay, woh namaz o roza karte thay aur apne ko islam ka pro batate thay. lekin unhon ne hazrat ali ke khilaf jang ki aur hazrat ali ko kufar ka fatwa diya.</w:t>
      </w:r>
    </w:p>
    <w:p>
      <w:pPr>
        <w:jc w:val="right"/>
      </w:pPr>
      <w:r>
        <w:t>یعنی خوارج جو تھے، وہ نماز و روزہ کرتے تھے اور اپنے کو اسلام کا پرو بتاتے تھے۔ لیکن انہوں نے حضرت علی کے خلاف جنگ کی اور حضرت علی کو کفر کا فتویٰ دیا۔</w:t>
      </w:r>
    </w:p>
    <w:p>
      <w:r>
        <w:rPr>
          <w:b/>
        </w:rPr>
        <w:t xml:space="preserve">[11:26] </w:t>
      </w:r>
      <w:r>
        <w:t>lekin sare ulama ne khawarij ko bura bataya. yani khawarij ko ki takfeer ki.</w:t>
      </w:r>
    </w:p>
    <w:p>
      <w:pPr>
        <w:jc w:val="right"/>
      </w:pPr>
      <w:r>
        <w:t>لیکن سارے علماء نے خوارج کو برا بتایا۔ یعنی خوارج کو کی تکفیر کی۔</w:t>
      </w:r>
    </w:p>
    <w:p>
      <w:r>
        <w:rPr>
          <w:b/>
        </w:rPr>
        <w:t xml:space="preserve">[11:35] </w:t>
      </w:r>
      <w:r>
        <w:t>kisi ne hazrat ali ki takfeer nahi ki, naozubillah. to islam ke naam par ghulu karna ya extremism chalana to bilashubah ek aisa feal hai jis ko quran aur hadith mein saaf taur par mana kiya gaya hai.</w:t>
      </w:r>
    </w:p>
    <w:p>
      <w:pPr>
        <w:jc w:val="right"/>
      </w:pPr>
      <w:r>
        <w:t>کسی نے حضرت علی کی تکفیر نہیں کی، نعوذ باللہ۔ تو اسلام کے نام پر غلو کرنا یا extremism چلانا تو بلاشبہ ایک ایسا فعل ہے جس کو قرآن اور حدیث میں صاف طور پر منع کیا گیا ہے۔</w:t>
      </w:r>
    </w:p>
    <w:p>
      <w:r>
        <w:rPr>
          <w:b/>
        </w:rPr>
        <w:t xml:space="preserve">[11:55] </w:t>
      </w:r>
      <w:r>
        <w:t>quran o hadith mein is ki koi asal maujood nahi hai. is mein koi shakk nahi.</w:t>
      </w:r>
    </w:p>
    <w:p>
      <w:pPr>
        <w:jc w:val="right"/>
      </w:pPr>
      <w:r>
        <w:t>قرآن و حدیث میں اس کی کوئی اصل موجود نہیں ہے۔ اس میں کوئی شک نہیں۔</w:t>
      </w:r>
    </w:p>
    <w:p>
      <w:r>
        <w:rPr>
          <w:b/>
        </w:rPr>
        <w:t xml:space="preserve">[12:02] </w:t>
      </w:r>
      <w:r>
        <w:t>so Maulana, there is, there can be no such thing as islamic extremism when the quran itself says that don't be extremist in your religion.</w:t>
      </w:r>
    </w:p>
    <w:p>
      <w:pPr>
        <w:jc w:val="right"/>
      </w:pPr>
      <w:r>
        <w:t>So Maulana, there is، there can be no such thing as Islamic extremism when the Quran itself says that don't be extremist in your religion۔</w:t>
      </w:r>
    </w:p>
    <w:p>
      <w:r>
        <w:rPr>
          <w:b/>
        </w:rPr>
        <w:t xml:space="preserve">[12:13] </w:t>
      </w:r>
      <w:r>
        <w:t>Maulana, the next question is then why is it that some extremist muslims use the name of islam to carry out their violence?</w:t>
      </w:r>
    </w:p>
    <w:p>
      <w:pPr>
        <w:jc w:val="right"/>
      </w:pPr>
      <w:r>
        <w:t>Maulana, the next question is then why is it that some extremist مسلمs use the name of Islam to carry out their violence؟</w:t>
      </w:r>
    </w:p>
    <w:p>
      <w:r>
        <w:rPr>
          <w:b/>
        </w:rPr>
        <w:t xml:space="preserve">[12:25] </w:t>
      </w:r>
      <w:r>
        <w:t>dekhiye, is mein main yeh kahoon ga ke mauooda zamane ke ulama is ke zimmedar hain. yani is se pehle kabhi bhi hazrat ali ke baad se bohat lambe arse tak ghulu ko ghair islami samajhte thay log, sare ulama.</w:t>
      </w:r>
    </w:p>
    <w:p>
      <w:pPr>
        <w:jc w:val="right"/>
      </w:pPr>
      <w:r>
        <w:t>دیکھیے، اس میں میں یہ کہوں گا کہ موعودہ زمانہ کے علماء اس کے ذمہ دار ہیں۔ یعنی اس سے پہلے کبھی بھی حضرت علی کے بعد سے بہت لمبے عرصے تک غلو کو غیر اسلامی سمجھتے تھے لوگ، سارے علماء۔</w:t>
      </w:r>
    </w:p>
    <w:p>
      <w:r>
        <w:rPr>
          <w:b/>
        </w:rPr>
        <w:t xml:space="preserve">[12:47] </w:t>
      </w:r>
      <w:r>
        <w:t>koi bhi ghulu ki taeed karne wala nahi tha. mauooda zamane mein log itna shadeed ho gaye kuch masail ko le kar, jaise colonialism ya zionism.</w:t>
      </w:r>
    </w:p>
    <w:p>
      <w:pPr>
        <w:jc w:val="right"/>
      </w:pPr>
      <w:r>
        <w:t>کوئی بھی غلو کی تائید کرنے والا نہیں تھا۔ موعودہ زمانے میں لوگ اتنا شدید ہو گئے کچھ مسائل کو لے کر، جیسے کلونیلزم یا زائینزم۔</w:t>
      </w:r>
    </w:p>
    <w:p>
      <w:r>
        <w:rPr>
          <w:b/>
        </w:rPr>
        <w:t xml:space="preserve">[13:02] </w:t>
      </w:r>
      <w:r>
        <w:t>is ki wajah se bilkul unhon ne ek aisi cheez jo poori tareekh mein ghair islami samajhi jaati thi, us ko islamize kar diya. yahan tak ke kuch ulma ne yeh fatwa diya ke suicide bombing jaiz hai.</w:t>
      </w:r>
    </w:p>
    <w:p>
      <w:pPr>
        <w:jc w:val="right"/>
      </w:pPr>
      <w:r>
        <w:t>اس کی وجہ سے بالکل انہوں نے ایک ایسی چیز جو پوری تاریخ میں غیر اسلامی سمجھ جاتی تھی، اس کو اسلامائز کر دیا۔ یہاں تک کہ کچھ علماء نے یہ فتویٰ دیا کہ suicide bombing جائز ہے۔</w:t>
      </w:r>
    </w:p>
    <w:p>
      <w:r>
        <w:rPr>
          <w:b/>
        </w:rPr>
        <w:t xml:space="preserve">[13:19] </w:t>
      </w:r>
      <w:r>
        <w:t>is ka unhon ne ek ek ek term banaya istishhad. shahadat talab karna. lekin bilashuba yeh fatwa galat hai.</w:t>
      </w:r>
    </w:p>
    <w:p>
      <w:pPr>
        <w:jc w:val="right"/>
      </w:pPr>
      <w:r>
        <w:t>اس کا انہوں نے ایک ایک ایک ٹرم بنایا استشہاد۔ شہادت طلب کرنا۔ لیکن بلاشبہ یہ فتویٰ غلط ہے۔</w:t>
      </w:r>
    </w:p>
    <w:p>
      <w:r>
        <w:rPr>
          <w:b/>
        </w:rPr>
        <w:t xml:space="preserve">[13:29] </w:t>
      </w:r>
      <w:r>
        <w:t>islam mein koi istishhad nahi hai. yeh jo log suicide bombing ko jaiz batate hain, woh bilashuba is hadith ke misdaq hain jis mein aaya hai ke baad ke zamanay mein kuch log haram ko halal bana len ge.</w:t>
      </w:r>
    </w:p>
    <w:p>
      <w:pPr>
        <w:jc w:val="right"/>
      </w:pPr>
      <w:r>
        <w:t>اسلام میں کوئی استشہاد نہیں ہے۔ یہ جو لوگ suicide bombing کو جائز بتاتے ہیں، وہ بلاشبہ اس حدیث کے مصداق ہیں جس میں آیا ہے کہ بعد کے زمانے میں کچھ لوگ حرام کو حلال بنا لیں گے۔</w:t>
      </w:r>
    </w:p>
    <w:p>
      <w:r>
        <w:rPr>
          <w:b/>
        </w:rPr>
        <w:t xml:space="preserve">[13:49] </w:t>
      </w:r>
      <w:r>
        <w:t>to unhon ne poocha ke aisa kaise hoga? to aap ne bataya ke rasool Allah sal Allah alayh wasallam ne farmaya ke woh is ka naam badal den ge.</w:t>
      </w:r>
    </w:p>
    <w:p>
      <w:pPr>
        <w:jc w:val="right"/>
      </w:pPr>
      <w:r>
        <w:t>تو انہوں نے پوچھا کہ ایسا کیسے ہوگا؟ تو آپ نے بتایا کہ رسول اللہ صلی اللہ علیہ وسلم نے فرمایا کہ وہ اس کا نام بدل دیں گے۔</w:t>
      </w:r>
    </w:p>
    <w:p>
      <w:r>
        <w:rPr>
          <w:b/>
        </w:rPr>
        <w:t xml:space="preserve">[13:59] </w:t>
      </w:r>
      <w:r>
        <w:t>yani feal haram ka naam badal den ge. ismuhu bighair ismuhu sumayloonahu. wohi ho raha hai ke khudkush bombari ko unhon ne keh diya istishhad aur phir jaiz qarar de diya.</w:t>
      </w:r>
    </w:p>
    <w:p>
      <w:pPr>
        <w:jc w:val="right"/>
      </w:pPr>
      <w:r>
        <w:t>یعنی فعل حرام کا نام بدل دیں گے۔ اسمہ بغیر اسمہ ثمیلونہ۔ وہی ہو رہا ہے کہ خودکش بمباری کو انہوں نے کہہ دیا استشہاد اور پھر جائز قرار دے دیا۔</w:t>
      </w:r>
    </w:p>
    <w:p>
      <w:r>
        <w:rPr>
          <w:b/>
        </w:rPr>
        <w:t xml:space="preserve">[14:13] </w:t>
      </w:r>
      <w:r>
        <w:t>to main ne dekha un ka yeh feal is ka misdaq hai. So Maulana, according to you, extremism is a more recent and a more modern day phenomena.</w:t>
      </w:r>
    </w:p>
    <w:p>
      <w:pPr>
        <w:jc w:val="right"/>
      </w:pPr>
      <w:r>
        <w:t>تو میں نے دیکھا ان کا یہ فعل اس کا مصداق ہے۔ So Maulana, according to you, extremism is a more recent and a more modern day phenomena.</w:t>
      </w:r>
    </w:p>
    <w:p>
      <w:r>
        <w:rPr>
          <w:b/>
        </w:rPr>
        <w:t xml:space="preserve">[14:22] </w:t>
      </w:r>
      <w:r>
        <w:t>It was not present in Islamic history. It was not present among Muslims in earlier times. But certain developments happened in the recent times in the 19th and 20th centuries and Muslims became engaged in extremism as a response to these developments.</w:t>
      </w:r>
    </w:p>
    <w:p>
      <w:pPr>
        <w:jc w:val="right"/>
      </w:pPr>
      <w:r>
        <w:t>It was not present in Islamic history. It was not present among Muslims in earlier times. But certain developments happened in the recent times in the 19th and 20th centuries and Muslims became engaged in extremism as a response to these developments.</w:t>
      </w:r>
    </w:p>
    <w:p>
      <w:r>
        <w:rPr>
          <w:b/>
        </w:rPr>
        <w:t xml:space="preserve">[14:41] </w:t>
      </w:r>
      <w:r>
        <w:t>So Maulana, you often say that Islam is a religion of peace.</w:t>
      </w:r>
    </w:p>
    <w:p>
      <w:pPr>
        <w:jc w:val="right"/>
      </w:pPr>
      <w:r>
        <w:t>So Maulana, you often say that Islam is a religion of peace.</w:t>
      </w:r>
    </w:p>
    <w:p>
      <w:r>
        <w:rPr>
          <w:b/>
        </w:rPr>
        <w:t xml:space="preserve">[14:47] </w:t>
      </w:r>
      <w:r>
        <w:t>Then why are some Muslims interpreting Islam violently? And because of this, some people say that there is a potential for violence in Islam.</w:t>
      </w:r>
    </w:p>
    <w:p>
      <w:pPr>
        <w:jc w:val="right"/>
      </w:pPr>
      <w:r>
        <w:t>Then why are some Muslims interpreting Islam violently? And because of this, some people say that there is a potential for violence in Islam.</w:t>
      </w:r>
    </w:p>
    <w:p>
      <w:r>
        <w:rPr>
          <w:b/>
        </w:rPr>
        <w:t xml:space="preserve">[14:59] </w:t>
      </w:r>
      <w:r>
        <w:t>dekhiye,</w:t>
      </w:r>
    </w:p>
    <w:p>
      <w:pPr>
        <w:jc w:val="right"/>
      </w:pPr>
      <w:r>
        <w:t>دیکھیے،</w:t>
      </w:r>
    </w:p>
    <w:p>
      <w:r>
        <w:rPr>
          <w:b/>
        </w:rPr>
        <w:t xml:space="preserve">[15:03] </w:t>
      </w:r>
      <w:r>
        <w:t>yeh silsila shuru hua hai colonialism ke aanay ke baad.</w:t>
      </w:r>
    </w:p>
    <w:p>
      <w:pPr>
        <w:jc w:val="right"/>
      </w:pPr>
      <w:r>
        <w:t>یہ سلسلہ شروع ہوا ہے کلونیلزم کے آنے کے بعد۔</w:t>
      </w:r>
    </w:p>
    <w:p>
      <w:r>
        <w:rPr>
          <w:b/>
        </w:rPr>
        <w:t xml:space="preserve">[15:12] </w:t>
      </w:r>
      <w:r>
        <w:t>phir jab zionism aaya to aur is mein shadeed ho gaya. to in logon ne chaha ke European Communists ladein ya yahud se ladein.</w:t>
      </w:r>
    </w:p>
    <w:p>
      <w:pPr>
        <w:jc w:val="right"/>
      </w:pPr>
      <w:r>
        <w:t>پھر جب زائینزم آیا تو اور اس میں شدید ہو گیا۔ تو ان لوگوں نے چاہا کہ European Communists لڑیں یا یہود سے لڑیں۔</w:t>
      </w:r>
    </w:p>
    <w:p>
      <w:r>
        <w:rPr>
          <w:b/>
        </w:rPr>
        <w:t xml:space="preserve">[15:25] </w:t>
      </w:r>
      <w:r>
        <w:t>to ek tha ke woh us ko sirf jang ke naam par larte. unhon ne chaha ke woh islam ke naam de kar ladein. to mere khayal mein bilashuba yeh ladai islam se koi talluq nahi tha is ka.</w:t>
      </w:r>
    </w:p>
    <w:p>
      <w:pPr>
        <w:jc w:val="right"/>
      </w:pPr>
      <w:r>
        <w:t>تو ایک تھا کہ وہ اس کو صرف جنگ کے نام پر لڑتے۔ انہوں نے چاہا کہ وہ اسلام کے نام دے کر لڑیں۔ تو میرے خیال میں بلاشبہ یہ لڑائی اسلام سے کوئی تعلق نہیں تھا اس کا۔</w:t>
      </w:r>
    </w:p>
    <w:p>
      <w:r>
        <w:rPr>
          <w:b/>
        </w:rPr>
        <w:t xml:space="preserve">[15:37] </w:t>
      </w:r>
      <w:r>
        <w:t>na colonialism ke khilaf ladai ka islam se koi talluq tha, na zionism ke khilaf ladai ka islam se koi talluq tha.</w:t>
      </w:r>
    </w:p>
    <w:p>
      <w:pPr>
        <w:jc w:val="right"/>
      </w:pPr>
      <w:r>
        <w:t>نہ کلونیلزم کے خلاف لڑائی کا اسلام سے کوئی تعلق تھا، نہ زائینزم کے خلاف لڑائی کا اسلام سے کوئی تعلق تھا۔</w:t>
      </w:r>
    </w:p>
    <w:p>
      <w:r>
        <w:rPr>
          <w:b/>
        </w:rPr>
        <w:t xml:space="preserve">[15:47] </w:t>
      </w:r>
      <w:r>
        <w:t>lekin unhon ne us ko islamize karne ke liye use keh diya ke yeh jihad hai. yani ek aisi jang jis ka islam se koi talluq nahi tha, mere khayal mein, us ko islamize karne ke liye us ko jihad keh diya.</w:t>
      </w:r>
    </w:p>
    <w:p>
      <w:pPr>
        <w:jc w:val="right"/>
      </w:pPr>
      <w:r>
        <w:t>لیکن انہوں نے اس کو اسلامائز کرنے کے لیے اسے کہہ دیا کہ یہ جہاد ہے۔ یعنی ایک ایسی جنگ جس کا اسلام سے کوئی تعلق نہیں تھا، میرے خیال میں، اس کو اسلامائز کرنے کے لیے اس کو جہاد کہہ دیا۔</w:t>
      </w:r>
    </w:p>
    <w:p>
      <w:r>
        <w:rPr>
          <w:b/>
        </w:rPr>
        <w:t xml:space="preserve">[16:03] </w:t>
      </w:r>
      <w:r>
        <w:t>aur saare hi ulma is par taqreeban is ke, yani ya to khamosh ya bol kar is ke hami ban gaye.</w:t>
      </w:r>
    </w:p>
    <w:p>
      <w:pPr>
        <w:jc w:val="right"/>
      </w:pPr>
      <w:r>
        <w:t>اور سارے ہی علماء اس پر تقریباً اس کے، یعنی یا تو خاموش یا بول کر اس کے حامی بن گئے۔</w:t>
      </w:r>
    </w:p>
    <w:p>
      <w:r>
        <w:rPr>
          <w:b/>
        </w:rPr>
        <w:t xml:space="preserve">[16:13] </w:t>
      </w:r>
      <w:r>
        <w:t>jahan tak main janta hoon, saare hi ulma. to is mein sab se bari zimmedari ulma ki hai jinhon ne is ko ailan nahi kiya ke yeh islamization of non islam hai.</w:t>
      </w:r>
    </w:p>
    <w:p>
      <w:pPr>
        <w:jc w:val="right"/>
      </w:pPr>
      <w:r>
        <w:t>جہاں تک میں جانتا ہوں، سارے ہی علماء۔ تو اس میں سب سے بڑی ذمہ داری علماء کی ہے جنہوں نے اس کو اعلان نہیں کیا کہ یہ اسلامائزیشن آف نان اسلام ہے۔</w:t>
      </w:r>
    </w:p>
    <w:p>
      <w:r>
        <w:rPr>
          <w:b/>
        </w:rPr>
        <w:t xml:space="preserve">[16:29] </w:t>
      </w:r>
      <w:r>
        <w:t>yeh jo kiya ja raha hai, yeh islamization of non islam hai. yani non islam ko islami banane ke liye us ko kahein jihad.</w:t>
      </w:r>
    </w:p>
    <w:p>
      <w:pPr>
        <w:jc w:val="right"/>
      </w:pPr>
      <w:r>
        <w:t>یہ جو کیا جا رہا ہے، یہ اسلامائزیشن آف نان اسلام ہے۔ یعنی نان اسلام کو اسلامی بنانے کے لیے اس کو کہیں جہاد۔</w:t>
      </w:r>
    </w:p>
    <w:p>
      <w:r>
        <w:rPr>
          <w:b/>
        </w:rPr>
        <w:t xml:space="preserve">[16:40] </w:t>
      </w:r>
      <w:r>
        <w:t>jihad to peaceful struggle ka naam hai. quran mein hai ke wajahidhum bihi jahada kabira. yani quran ke zariye jihad karo.</w:t>
      </w:r>
    </w:p>
    <w:p>
      <w:pPr>
        <w:jc w:val="right"/>
      </w:pPr>
      <w:r>
        <w:t>جہاد تو peaceful struggle کا نام ہے۔ قرآن میں ہے کہ وجاہدھم بہی جہاد کبیرہ۔ یعنی قرآن کے ذریعے جہاد کرو۔</w:t>
      </w:r>
    </w:p>
    <w:p>
      <w:r>
        <w:rPr>
          <w:b/>
        </w:rPr>
        <w:t xml:space="preserve">[16:49] </w:t>
      </w:r>
      <w:r>
        <w:t>to quran koi talwar to hai nahi. quran ke zariye aap kahein jihad karen ge. to jihad ka matlab hai peaceful struggle.</w:t>
      </w:r>
    </w:p>
    <w:p>
      <w:pPr>
        <w:jc w:val="right"/>
      </w:pPr>
      <w:r>
        <w:t>تو قرآن کوئی تلوار تو ہے نہیں۔ قرآن کے ذریعے آپ کہیں جہاد کریں گے۔ تو جہاد کا مطلب ہے peaceful struggle۔</w:t>
      </w:r>
    </w:p>
    <w:p>
      <w:r>
        <w:rPr>
          <w:b/>
        </w:rPr>
        <w:t xml:space="preserve">[17:01] </w:t>
      </w:r>
      <w:r>
        <w:t>Peaceful struggle. aur kuch ladaaiyan jo us waqt zamanay mein hui hain, woh difa ke taur par theen.</w:t>
      </w:r>
    </w:p>
    <w:p>
      <w:pPr>
        <w:jc w:val="right"/>
      </w:pPr>
      <w:r>
        <w:t>Peaceful struggle۔ اور کچھ لڑائیاں جو اس وقت زمانے میں ہوئی ہیں، وہ دفاع کے طور پر تھیں۔</w:t>
      </w:r>
    </w:p>
    <w:p>
      <w:r>
        <w:rPr>
          <w:b/>
        </w:rPr>
        <w:t xml:space="preserve">[17:11] </w:t>
      </w:r>
      <w:r>
        <w:t>sirf limited war difa ke liye bas. to yeh bohat hi mushkil masla ho gaya ke yeh sirf awami masla nahi hai balke ulma ka support unhein hasil hai.</w:t>
      </w:r>
    </w:p>
    <w:p>
      <w:pPr>
        <w:jc w:val="right"/>
      </w:pPr>
      <w:r>
        <w:t>صرف limited war دفاع کے لیے بس۔ تو یہ بہت ہی مشکل مسئلہ ہو گیا کہ یہ صرف عوامی مسئلہ نہیں ہے بلکہ علماء کا support انہیں حاصل ہے۔</w:t>
      </w:r>
    </w:p>
    <w:p>
      <w:r>
        <w:rPr>
          <w:b/>
        </w:rPr>
        <w:t xml:space="preserve">[17:26] </w:t>
      </w:r>
      <w:r>
        <w:t>ya to bol kar ya khamoshi ke sath. mere khayal mein koi bhi qabil zikr aalim aisa nahi hai dunya mein, maujooda dunya mein, jo khule taur par openly us ko karna karta ho.</w:t>
      </w:r>
    </w:p>
    <w:p>
      <w:pPr>
        <w:jc w:val="right"/>
      </w:pPr>
      <w:r>
        <w:t>یا تو بول کر یا خاموشی کے ساتھ۔ میرے خیال میں کوئی بھی قابل ذکر عالم ایسا نہیں ہے دنیا میں، موجودہ دنیا میں، جو کھلے طور پر openly اس کو کرنا کرتا ہو۔</w:t>
      </w:r>
    </w:p>
    <w:p>
      <w:r>
        <w:rPr>
          <w:b/>
        </w:rPr>
        <w:t xml:space="preserve">[17:43] </w:t>
      </w:r>
      <w:r>
        <w:t>Openly karna karne wala. to ulma ke support ne jo kabhi khamoshi ke sath, kabhi bol kar hoti hai, itne logon ko dheeth bana diya ek aise kaam ke liye jis ka islam se koi talluq nahi hai.</w:t>
      </w:r>
    </w:p>
    <w:p>
      <w:pPr>
        <w:jc w:val="right"/>
      </w:pPr>
      <w:r>
        <w:t>Openly کرنا کرنے والا۔ تو علماء کے support نے جو کبھی خاموشی کے ساتھ، کبھی بول کر ہوتی ہے، اتنے لوگوں کو ڈھیٹ بنا دیا ایک ایسے کام کے لیے جس کا اسلام سے کوئی تعلق نہیں ہے۔</w:t>
      </w:r>
    </w:p>
    <w:p>
      <w:r>
        <w:rPr>
          <w:b/>
        </w:rPr>
        <w:t xml:space="preserve">[17:58] </w:t>
      </w:r>
      <w:r>
        <w:t>islam ka ek usool yeh hai ke sirf woh kaam karna chahiye jo jis se result nikalta ho, positive result.</w:t>
      </w:r>
    </w:p>
    <w:p>
      <w:pPr>
        <w:jc w:val="right"/>
      </w:pPr>
      <w:r>
        <w:t>اسلام کا ایک اصول یہ ہے کہ صرف وہ کام کرنا چاہیے جو جس سے result نکلتا ہو، positive result۔</w:t>
      </w:r>
    </w:p>
    <w:p>
      <w:r>
        <w:rPr>
          <w:b/>
        </w:rPr>
        <w:t xml:space="preserve">[18:07] </w:t>
      </w:r>
      <w:r>
        <w:t>mun hasan islami bar tarke balyani. aur taqreeban do sou saal se yeh log ladaai lad rahe hain. aur aur saare log jante hain ke is ka koi result nahi nikla.</w:t>
      </w:r>
    </w:p>
    <w:p>
      <w:pPr>
        <w:jc w:val="right"/>
      </w:pPr>
      <w:r>
        <w:t>من حسن اسلامی بر ترکہ بالایانی۔ اور تقریباً دو سو سال سے یہ لوگ لڑائی لڑ رہے ہیں۔ اور اور سارے لوگ جانتے ہیں کہ اس کا کوئی result نہیں نکلا۔</w:t>
      </w:r>
    </w:p>
    <w:p>
      <w:r>
        <w:rPr>
          <w:b/>
        </w:rPr>
        <w:t xml:space="preserve">[18:20] </w:t>
      </w:r>
      <w:r>
        <w:t>sirf tabahi ki, tabahi, tabahi. to is ke is ko jaiz kaise ho sakta hai? islam aise feal ko jaiz kaise keh sakta hai jo jis ka koi result hi nikalne wala na ho?</w:t>
      </w:r>
    </w:p>
    <w:p>
      <w:pPr>
        <w:jc w:val="right"/>
      </w:pPr>
      <w:r>
        <w:t>صرف تباہی کی، تباہی، تباہی۔ تو اس کے اس کو جائز کیسے ہو سکتا ہے؟ اسلام ایسے فعل کو جائز کیسے کہہ سکتا ہے جو جس کا کوئی result ہی نکلنے والا نہ ہو؟</w:t>
      </w:r>
    </w:p>
    <w:p>
      <w:r>
        <w:rPr>
          <w:b/>
        </w:rPr>
        <w:t xml:space="preserve">[18:36] </w:t>
      </w:r>
      <w:r>
        <w:t>to behal main is ko samajhta hoon ke bilashuba yeh jo kuch ho raha hai, waris jihad ke naam par, woh hargiz jihad nahi hai.</w:t>
      </w:r>
    </w:p>
    <w:p>
      <w:pPr>
        <w:jc w:val="right"/>
      </w:pPr>
      <w:r>
        <w:t>تو بہرحال میں اس کو سمجھتا ہوں کہ بلاشبہ یہ جو کچھ ہو رہا ہے، وارث جہاد کے نام پر، وہ ہرگز جہاد نہیں ہے۔</w:t>
      </w:r>
    </w:p>
    <w:p>
      <w:r>
        <w:rPr>
          <w:b/>
        </w:rPr>
        <w:t xml:space="preserve">[18:45] </w:t>
      </w:r>
      <w:r>
        <w:t>lekin hamein saari zimmedari main ulma ko deta hoon jinhon ne is ko condemn nahi kiya, openly.</w:t>
      </w:r>
    </w:p>
    <w:p>
      <w:pPr>
        <w:jc w:val="right"/>
      </w:pPr>
      <w:r>
        <w:t>لیکن ہمیں ساری ذمہ داری میں علماء کو دیتا ہوں جنہوں نے اس کو condemn نہیں کیا، openly۔</w:t>
      </w:r>
    </w:p>
    <w:p>
      <w:r>
        <w:rPr>
          <w:b/>
        </w:rPr>
        <w:t xml:space="preserve">[18:55] </w:t>
      </w:r>
      <w:r>
        <w:t>So Maulana, you're saying that in modern times certain developments happen such as colonialism and zaainizm.</w:t>
      </w:r>
    </w:p>
    <w:p>
      <w:pPr>
        <w:jc w:val="right"/>
      </w:pPr>
      <w:r>
        <w:t>So Maulana, you're saying that in modern times certain developments happen such as colonialism and زائینزم۔</w:t>
      </w:r>
    </w:p>
    <w:p>
      <w:r>
        <w:rPr>
          <w:b/>
        </w:rPr>
        <w:t xml:space="preserve">[19:06] </w:t>
      </w:r>
      <w:r>
        <w:t>And as a response to these developments, Muslims took to violence. And their violence and their fighting, according to you, was un-Islamic, but they termed it jihad.</w:t>
      </w:r>
    </w:p>
    <w:p>
      <w:pPr>
        <w:jc w:val="right"/>
      </w:pPr>
      <w:r>
        <w:t>And as a response to these developments, Muslims took to violence۔ And their violence and their fighting, according to you, was un-Islamic, but they termed it جہاد۔</w:t>
      </w:r>
    </w:p>
    <w:p>
      <w:r>
        <w:rPr>
          <w:b/>
        </w:rPr>
        <w:t xml:space="preserve">[19:17] </w:t>
      </w:r>
      <w:r>
        <w:t>So according to you, it was non-Islamization of Islam</w:t>
      </w:r>
    </w:p>
    <w:p>
      <w:pPr>
        <w:jc w:val="right"/>
      </w:pPr>
      <w:r>
        <w:t>So according to you, it was non-Islamization of Islam</w:t>
      </w:r>
    </w:p>
    <w:p>
      <w:r>
        <w:rPr>
          <w:b/>
        </w:rPr>
        <w:t xml:space="preserve">[19:21] </w:t>
      </w:r>
      <w:r>
        <w:t>. And Muslim scholars, the ulama, the Islamic scholars should have condemned it as un-Islamic. But because of their lack of outright condemnation, Muslims thought that their activities are Islamic.</w:t>
      </w:r>
    </w:p>
    <w:p>
      <w:pPr>
        <w:jc w:val="right"/>
      </w:pPr>
      <w:r>
        <w:t>۔ And Muslim scholars, the علماء، the Islamic scholars should have condemned it as un-Islamic۔ But because of their lack of outright condemnation, Muslims thought that their activities are Islamic۔</w:t>
      </w:r>
    </w:p>
    <w:p>
      <w:r>
        <w:rPr>
          <w:b/>
        </w:rPr>
        <w:t xml:space="preserve">[19:35] </w:t>
      </w:r>
      <w:r>
        <w:t>So if we want to curtail this jihad in the name of Islam, this wrong jihad in the name of Islam, Muslim scholars will have to take the lead and they will have to condemn it.</w:t>
      </w:r>
    </w:p>
    <w:p>
      <w:pPr>
        <w:jc w:val="right"/>
      </w:pPr>
      <w:r>
        <w:t>So if we want to curtail this جہاد in the name of Islam، this wrong جہاد in the name of Islam، Muslim scholars will have to take the lead and they will have to condemn it۔</w:t>
      </w:r>
    </w:p>
    <w:p>
      <w:r>
        <w:rPr>
          <w:b/>
        </w:rPr>
        <w:t xml:space="preserve">[19:45] </w:t>
      </w:r>
      <w:r>
        <w:t>So Maulana, you use the word jihad and this word is debated a lot today. So can you please clarify jihad? What is jihad?</w:t>
      </w:r>
    </w:p>
    <w:p>
      <w:pPr>
        <w:jc w:val="right"/>
      </w:pPr>
      <w:r>
        <w:t>So Maulana, you use the word جہاد and this word is debated a lot today۔ So can you please clarify جہاد؟ What is جہاد؟</w:t>
      </w:r>
    </w:p>
    <w:p>
      <w:r>
        <w:rPr>
          <w:b/>
        </w:rPr>
        <w:t xml:space="preserve">[19:53] </w:t>
      </w:r>
      <w:r>
        <w:t>And what is justified jihad?</w:t>
      </w:r>
    </w:p>
    <w:p>
      <w:pPr>
        <w:jc w:val="right"/>
      </w:pPr>
      <w:r>
        <w:t>And what is justified جہاد؟</w:t>
      </w:r>
    </w:p>
    <w:p>
      <w:r>
        <w:rPr>
          <w:b/>
        </w:rPr>
        <w:t xml:space="preserve">[19:58] </w:t>
      </w:r>
      <w:r>
        <w:t>dekhiye, jihad ka jo literary matlab hai, woh sirf hai koshish, at most struggle.</w:t>
      </w:r>
    </w:p>
    <w:p>
      <w:pPr>
        <w:jc w:val="right"/>
      </w:pPr>
      <w:r>
        <w:t>دیکھیے، جہاد کا جو literary مطلب ہے، وہ صرف ہے کوشش، at most struggle۔</w:t>
      </w:r>
    </w:p>
    <w:p>
      <w:r>
        <w:rPr>
          <w:b/>
        </w:rPr>
        <w:t xml:space="preserve">[20:09] </w:t>
      </w:r>
      <w:r>
        <w:t>bas. is mein violence shamil nahi hai. jihad means at most struggle for some noble cause.</w:t>
      </w:r>
    </w:p>
    <w:p>
      <w:pPr>
        <w:jc w:val="right"/>
      </w:pPr>
      <w:r>
        <w:t>بس۔ اس میں violence شامل نہیں ہے۔ جہاد means at most struggle for some noble cause۔</w:t>
      </w:r>
    </w:p>
    <w:p>
      <w:r>
        <w:rPr>
          <w:b/>
        </w:rPr>
        <w:t xml:space="preserve">[20:20] </w:t>
      </w:r>
      <w:r>
        <w:t>quran mein jahan bhi jihad ka lafz aya hai, aap is ko check kijiye, to har jagah jihad koshish karwane mein hai. aur jahan ladaai ki baat hai, wahan qital ka lafz aya hai.</w:t>
      </w:r>
    </w:p>
    <w:p>
      <w:pPr>
        <w:jc w:val="right"/>
      </w:pPr>
      <w:r>
        <w:t>قرآن میں جہاں بھی جہاد کا لفظ آیا ہے، آپ اس کو چیک کیجیے، تو ہر جگہ جہاد کوشش کروانے میں ہے۔ اور جہاں لڑائی کی بات ہے، وہاں قتال کا لفظ آیا ہے۔</w:t>
      </w:r>
    </w:p>
    <w:p>
      <w:r>
        <w:rPr>
          <w:b/>
        </w:rPr>
        <w:t xml:space="preserve">[20:31] </w:t>
      </w:r>
      <w:r>
        <w:t>yeh bohat ahem baat hai ke quran mein ladaai ke liye qital ka lafz aya hai, jihad ka lafz aya hi nahi hai. misaal ke tor par dekhiye, wajahidhum bihi jihad kabira.</w:t>
      </w:r>
    </w:p>
    <w:p>
      <w:pPr>
        <w:jc w:val="right"/>
      </w:pPr>
      <w:r>
        <w:t>یہ بہت اہم بات ہے کہ قرآن میں لڑائی کے لیے قتال کا لفظ آیا ہے، جہاد کا لفظ آیا ہی نہیں ہے۔ مثال کے طور پر دیکھیے، وجاہدھم بہی جہاد کبیرہ۔</w:t>
      </w:r>
    </w:p>
    <w:p>
      <w:r>
        <w:rPr>
          <w:b/>
        </w:rPr>
        <w:t xml:space="preserve">[20:45] </w:t>
      </w:r>
      <w:r>
        <w:t>Do great jihad with the help of the Quran. yahan ladaai kaise karen ge aap quran ke zariye se? to jihad jo hai, asal naam hai peaceful struggle ka.</w:t>
      </w:r>
    </w:p>
    <w:p>
      <w:pPr>
        <w:jc w:val="right"/>
      </w:pPr>
      <w:r>
        <w:t>Do great جہاد with the help of the Quran۔ یہاں لڑائی کیسے کریں گے آپ قرآن کے ذریعے سے؟ تو جہاد جو ہے، اصل نام ہے peaceful struggle کا۔</w:t>
      </w:r>
    </w:p>
    <w:p>
      <w:r>
        <w:rPr>
          <w:b/>
        </w:rPr>
        <w:t xml:space="preserve">[21:02] </w:t>
      </w:r>
      <w:r>
        <w:t>yeh jo is zamane mein junoon uthe, yani european ke khilaf ya israel ke khilaf, unhon ne apne is qdam ko, is is violent qdam ko justify karne ke liye is ko jihad kehna shuru kar diya.</w:t>
      </w:r>
    </w:p>
    <w:p>
      <w:pPr>
        <w:jc w:val="right"/>
      </w:pPr>
      <w:r>
        <w:t>یہ جو اس زمانے میں جنون اٹھے، یعنی European کے خلاف یا اسرائیل کے خلاف، انہوں نے اپنے اس اقدام کو، اس اس violent اقدام کو justify کرنے کے لیے اس کو جہاد کہنا شروع کر دیا۔</w:t>
      </w:r>
    </w:p>
    <w:p>
      <w:r>
        <w:rPr>
          <w:b/>
        </w:rPr>
        <w:t xml:space="preserve">[21:22] </w:t>
      </w:r>
      <w:r>
        <w:t>mere khayal mein jihad hargiz nahi tha, yeh qomi ladaai thi. jihad alag cheez hai, qomi ladaai alag cheez hai.</w:t>
      </w:r>
    </w:p>
    <w:p>
      <w:pPr>
        <w:jc w:val="right"/>
      </w:pPr>
      <w:r>
        <w:t>میرے خیال میں جہاد ہرگز نہیں تھا، یہ قومی لڑائی تھی۔ جہاد الگ چیز ہے، قومی لڑائی الگ چیز ہے۔</w:t>
      </w:r>
    </w:p>
    <w:p>
      <w:r>
        <w:rPr>
          <w:b/>
        </w:rPr>
        <w:t xml:space="preserve">[21:33] </w:t>
      </w:r>
      <w:r>
        <w:t>So jihad is a peaceful struggle for a noble cause. And the term for war is qital in the Quran.</w:t>
      </w:r>
    </w:p>
    <w:p>
      <w:pPr>
        <w:jc w:val="right"/>
      </w:pPr>
      <w:r>
        <w:t>So جہاد is a peaceful struggle for a noble cause۔ And the term for war is قتال in the Quran۔</w:t>
      </w:r>
    </w:p>
    <w:p>
      <w:r>
        <w:rPr>
          <w:b/>
        </w:rPr>
        <w:t xml:space="preserve">[21:41] </w:t>
      </w:r>
      <w:r>
        <w:t>So Maulana, can you explain qital and what are the conditions for this qital?</w:t>
      </w:r>
    </w:p>
    <w:p>
      <w:pPr>
        <w:jc w:val="right"/>
      </w:pPr>
      <w:r>
        <w:t>So Maulana, can you explain قتال and what are the conditions for this قتال؟</w:t>
      </w:r>
    </w:p>
    <w:p>
      <w:r>
        <w:rPr>
          <w:b/>
        </w:rPr>
        <w:t xml:space="preserve">[21:48] </w:t>
      </w:r>
      <w:r>
        <w:t>yeh qital ke matlab wahi hain jo war kehte hain, war. lekin dekhiye, war jo hai islam mein sirf established government ke liye hai, woh bhi us waqt jab ke is par attack kiya gaya ho.</w:t>
      </w:r>
    </w:p>
    <w:p>
      <w:pPr>
        <w:jc w:val="right"/>
      </w:pPr>
      <w:r>
        <w:t>یہ قتال کے معنی وہی ہیں جو war کہتے ہیں، war۔ لیکن دیکھیے، war جو ہے اسلام میں صرف established government کے لیے ہے، وہ بھی اس وقت جب کہ اس پر attack کیا گیا ہو۔</w:t>
      </w:r>
    </w:p>
    <w:p>
      <w:r>
        <w:rPr>
          <w:b/>
        </w:rPr>
        <w:t xml:space="preserve">[22:04] </w:t>
      </w:r>
      <w:r>
        <w:t>faisla yeh masla hai al-raheel lil-imam. yani to declare a war is a prerogative of a muslim state.</w:t>
      </w:r>
    </w:p>
    <w:p>
      <w:pPr>
        <w:jc w:val="right"/>
      </w:pPr>
      <w:r>
        <w:t>فیصلہ یہ مسئلہ ہے الرحیل للامام۔ یعنی to declare a war is a prerogative of a مسلم state۔</w:t>
      </w:r>
    </w:p>
    <w:p>
      <w:r>
        <w:rPr>
          <w:b/>
        </w:rPr>
        <w:t xml:space="preserve">[22:18] </w:t>
      </w:r>
      <w:r>
        <w:t>to abhi jo idhar udhar ho raha hai, is mein koi state shamil hi nahi. jo state shamil hai, is ko unhon ne tasleem hi nahi kiya.</w:t>
      </w:r>
    </w:p>
    <w:p>
      <w:pPr>
        <w:jc w:val="right"/>
      </w:pPr>
      <w:r>
        <w:t>تو ابھی جو ادھر ادھر ہو رہا ہے، اس میں کوئی state شامل ہی نہیں۔ جو state شامل ہے، اس کو انہوں نے تسلیم ہی نہیں کیا۔</w:t>
      </w:r>
    </w:p>
    <w:p>
      <w:r>
        <w:rPr>
          <w:b/>
        </w:rPr>
        <w:t xml:space="preserve">[22:27] </w:t>
      </w:r>
      <w:r>
        <w:t>jaise iraq ki jo Islamic state hai, woh to na to united nations ne tasleem kiya is ko, na muslim jo hukumatain hain, unhon ne tasleem kiya.</w:t>
      </w:r>
    </w:p>
    <w:p>
      <w:pPr>
        <w:jc w:val="right"/>
      </w:pPr>
      <w:r>
        <w:t>جیسے عراق کی جو Islamic state ہے، وہ تو نہ تو United Nations نے تسلیم کیا اس کو، نہ مسلم جو حکومتیں ہیں، انہوں نے تسلیم کیا۔</w:t>
      </w:r>
    </w:p>
    <w:p>
      <w:r>
        <w:rPr>
          <w:b/>
        </w:rPr>
        <w:t xml:space="preserve">[22:39] </w:t>
      </w:r>
      <w:r>
        <w:t>hata ke ulma ne bhi tasleem nahi kiya is ko. to woh state hi nahi hai. woh to aik aik baghiyana, yani group hai.</w:t>
      </w:r>
    </w:p>
    <w:p>
      <w:pPr>
        <w:jc w:val="right"/>
      </w:pPr>
      <w:r>
        <w:t>حتیٰ کہ علماء نے بھی تسلیم نہیں کیا اس کو۔ تو وہ state ہی نہیں ہے۔ وہ تو ایک ایک باغیانہ، یعنی گروپ ہے۔</w:t>
      </w:r>
    </w:p>
    <w:p>
      <w:r>
        <w:rPr>
          <w:b/>
        </w:rPr>
        <w:t xml:space="preserve">[22:51] </w:t>
      </w:r>
      <w:r>
        <w:t>jab tak ke United Nations na tasleem kare, jab tak muslim hukoomaten jo hain, established, woh na tasleem karein, is ki hesiyat state ki banti hi nahin.</w:t>
      </w:r>
    </w:p>
    <w:p>
      <w:pPr>
        <w:jc w:val="right"/>
      </w:pPr>
      <w:r>
        <w:t>جب تک کہ United Nations نہ تسلیم کرے، جب تک مسلم حکومتیں جو ہیں، established، وہ نہ تسلیم کریں، اس کی حیثیت state کی بنتی ہی نہیں۔</w:t>
      </w:r>
    </w:p>
    <w:p>
      <w:r>
        <w:rPr>
          <w:b/>
        </w:rPr>
        <w:t xml:space="preserve">[23:01] </w:t>
      </w:r>
      <w:r>
        <w:t>woh to is ki hesiyat baghiyana group ki banti hai. to al-raheel lil-imam ka matlab yeh hai ke Islam mein jang-i-iqdam sirf jaiz hai established government ke liye, woh bhi us waqt jab ke attack kiya gaya ho.</w:t>
      </w:r>
    </w:p>
    <w:p>
      <w:pPr>
        <w:jc w:val="right"/>
      </w:pPr>
      <w:r>
        <w:t>وہ تو اس کی حیثیت باغیانہ گروپ کی بنتی ہے۔ تو الرحیل للامام کا مطلب یہ ہے کہ اسلام میں جنگی اقدام صرف جائز ہے established government کے لیے، وہ بھی اس وقت جب کہ attack کیا گیا ہو۔</w:t>
      </w:r>
    </w:p>
    <w:p>
      <w:r>
        <w:rPr>
          <w:b/>
        </w:rPr>
        <w:t xml:space="preserve">[23:19] </w:t>
      </w:r>
      <w:r>
        <w:t>aur Rasool Allah ki sunnat jo hai, batati hai is maamle mein ke aisa nahin ke bas idhar koi waqea hua aur foran ladna shuru kar denge.</w:t>
      </w:r>
    </w:p>
    <w:p>
      <w:pPr>
        <w:jc w:val="right"/>
      </w:pPr>
      <w:r>
        <w:t>اور رسول اللہ کی سنت جو ہے، بتاتی ہے اس معاملے میں کہ ایسا نہیں کہ بس ادھر کوئی واقعہ ہوا اور فوراً لڑنا شروع کر دیں گے۔</w:t>
      </w:r>
    </w:p>
    <w:p>
      <w:r>
        <w:rPr>
          <w:b/>
        </w:rPr>
        <w:t xml:space="preserve">[23:29] </w:t>
      </w:r>
      <w:r>
        <w:t>nahin, pehle negotiation hoga, phir manage karne ki koshish ki jayegi, settlement karne ki koshish ki jayegi. aakhri marhale mein jab ke koi doosra tadbeer kaam nahin kar rahi hai, tab limited war ki jayegi.</w:t>
      </w:r>
    </w:p>
    <w:p>
      <w:pPr>
        <w:jc w:val="right"/>
      </w:pPr>
      <w:r>
        <w:t>نہیں، پہلے negotiation ہوگا، پھر manage کرنے کی کوشش کی جائے گی، settlement کرنے کی کوشش کی جائے گی۔ آخری مرحلے میں جب کہ کوئی دوسرا تدبیر کام نہیں کر رہی ہے، تب limited war کی جائے گی۔</w:t>
      </w:r>
    </w:p>
    <w:p>
      <w:r>
        <w:rPr>
          <w:b/>
        </w:rPr>
        <w:t xml:space="preserve">[23:45] </w:t>
      </w:r>
      <w:r>
        <w:t>kyun ke Rasool Allah ne jo ladaaiyan keen, woh sab limited war theen. main is ko is ko musalsal kehta hoon. So Maulana, only an established state can eng</w:t>
      </w:r>
    </w:p>
    <w:p>
      <w:pPr>
        <w:jc w:val="right"/>
      </w:pPr>
      <w:r>
        <w:t>کیونکہ رسول اللہ نے جو لڑائیاں کیں، وہ سب limited war تھیں۔ میں اس کو اس کو مسلسل کہتا ہوں۔ So Maulana, only an established state can eng</w:t>
      </w:r>
    </w:p>
    <w:p>
      <w:r>
        <w:rPr>
          <w:b/>
        </w:rPr>
        <w:t xml:space="preserve">[23:55] </w:t>
      </w:r>
      <w:r>
        <w:t>age in war. Individuals and non-governmental organizations cannot engage in war, according to Islam. And the model of the Prophet in this regard is that if there is an instance that requires defensive war, then we should not immediately</w:t>
      </w:r>
    </w:p>
    <w:p>
      <w:pPr>
        <w:jc w:val="right"/>
      </w:pPr>
      <w:r>
        <w:t>age in war۔ Individuals and non-governmental organizations cannot engage in war، according to Islam۔ And the model of the Prophet in this regard is that if there is an instance that requires defensive war، then we should not immediately</w:t>
      </w:r>
    </w:p>
    <w:p>
      <w:r>
        <w:rPr>
          <w:b/>
        </w:rPr>
        <w:t xml:space="preserve">[24:12] </w:t>
      </w:r>
      <w:r>
        <w:t>go to war. We should first engage in peaceful negotiation. If that fails and we have no option, then we can engage in war in self-defense.</w:t>
      </w:r>
    </w:p>
    <w:p>
      <w:pPr>
        <w:jc w:val="right"/>
      </w:pPr>
      <w:r>
        <w:t>go to war۔ We should first engage in peaceful negotiation۔ If that fails and we have no option، then we can engage in war in self-defense۔</w:t>
      </w:r>
    </w:p>
    <w:p>
      <w:r>
        <w:rPr>
          <w:b/>
        </w:rPr>
        <w:t xml:space="preserve">[24:22] </w:t>
      </w:r>
      <w:r>
        <w:t>Maulana, this question is for Mr. S Khan. Maulana, you explained the idea of jahad.</w:t>
      </w:r>
    </w:p>
    <w:p>
      <w:pPr>
        <w:jc w:val="right"/>
      </w:pPr>
      <w:r>
        <w:t>Maulana, this question is for Mr. S خان۔ Maulana, you explained the idea of جہاد۔</w:t>
      </w:r>
    </w:p>
    <w:p>
      <w:r>
        <w:rPr>
          <w:b/>
        </w:rPr>
        <w:t xml:space="preserve">[24:32] </w:t>
      </w:r>
      <w:r>
        <w:t>Today, can fighting against oppression or injustice be termed jahad?</w:t>
      </w:r>
    </w:p>
    <w:p>
      <w:pPr>
        <w:jc w:val="right"/>
      </w:pPr>
      <w:r>
        <w:t>Today, can fighting against oppression or injustice be termed جہاد؟</w:t>
      </w:r>
    </w:p>
    <w:p>
      <w:r>
        <w:rPr>
          <w:b/>
        </w:rPr>
        <w:t xml:space="preserve">[24:39] </w:t>
      </w:r>
      <w:r>
        <w:t>main is ko, main is se agree nahin karta. Injustice ke khilaf ladai, yeh kabhi bhi Islam mein nahin ki gayi.</w:t>
      </w:r>
    </w:p>
    <w:p>
      <w:pPr>
        <w:jc w:val="right"/>
      </w:pPr>
      <w:r>
        <w:t>میں اس کو، میں اس سے agree نہیں کرتا۔ Injustice کے خلاف لڑائی، یہ کبھی بھی اسلام میں نہیں کی گئی۔</w:t>
      </w:r>
    </w:p>
    <w:p>
      <w:r>
        <w:rPr>
          <w:b/>
        </w:rPr>
        <w:t xml:space="preserve">[24:49] </w:t>
      </w:r>
      <w:r>
        <w:t>Injustice agar kahin agar hai, farz kiye, to woh peaceful method ke zariye is ko is ko hal karne ki koshish ki jayegi. ladai nahin ki jayegi.</w:t>
      </w:r>
    </w:p>
    <w:p>
      <w:pPr>
        <w:jc w:val="right"/>
      </w:pPr>
      <w:r>
        <w:t>Injustice اگر کہیں اگر ہے، فرض کیے، تو وہ peaceful method کے ذریعے اس کو اس کو حل کرنے کی کوشش کی جائے گی۔ لڑائی نہیں کی جائے گی۔</w:t>
      </w:r>
    </w:p>
    <w:p>
      <w:r>
        <w:rPr>
          <w:b/>
        </w:rPr>
        <w:t xml:space="preserve">[24:59] </w:t>
      </w:r>
      <w:r>
        <w:t>ladai Islam mein sirf attack par hai. yaani koi hukoomat attack kare Muslim hukoomat par, to is par ladai hai.</w:t>
      </w:r>
    </w:p>
    <w:p>
      <w:pPr>
        <w:jc w:val="right"/>
      </w:pPr>
      <w:r>
        <w:t>لڑائی اسلام میں صرف attack پر ہے۔ یعنی کوئی حکومت attack کرے مسلم حکومت پر، تو اس پر لڑائی ہے۔</w:t>
      </w:r>
    </w:p>
    <w:p>
      <w:r>
        <w:rPr>
          <w:b/>
        </w:rPr>
        <w:t xml:space="preserve">[25:10] </w:t>
      </w:r>
      <w:r>
        <w:t>Injustice ke ke naam par ladai karna, yeh Islam mein hai hi nahin, bilkul nahin. agar injustice ka fe'l kahin ho raha hai, to peaceful method ke zariye se is ko hal karne ki koshish ki jayegi.</w:t>
      </w:r>
    </w:p>
    <w:p>
      <w:pPr>
        <w:jc w:val="right"/>
      </w:pPr>
      <w:r>
        <w:t>Injustice کے کے نام پر لڑائی کرنا، یہ اسلام میں ہے ہی نہیں، بالکل نہیں۔ اگر injustice کا فعل کہیں ہو رہا ہے، تو peaceful method کے ذریعے سے اس کو حل کرنے کی کوشش کی جائے گی۔</w:t>
      </w:r>
    </w:p>
    <w:p>
      <w:r>
        <w:rPr>
          <w:b/>
        </w:rPr>
        <w:t xml:space="preserve">[25:25] </w:t>
      </w:r>
      <w:r>
        <w:t>Injustice ka matlab hote hain na-insaafi. na-insaafi. to na-insaafi ke naam par ladai, yeh to hai hi nahin Islam mein.</w:t>
      </w:r>
    </w:p>
    <w:p>
      <w:pPr>
        <w:jc w:val="right"/>
      </w:pPr>
      <w:r>
        <w:t>Injustice کا معنی ہوتے ہیں ناانصافی۔ ناانصافی۔ تو ناانصافی کے نام پر لڑائی، یہ تو ہے ہی نہیں اسلام میں۔</w:t>
      </w:r>
    </w:p>
    <w:p>
      <w:r>
        <w:rPr>
          <w:b/>
        </w:rPr>
        <w:t xml:space="preserve">[25:33] </w:t>
      </w:r>
      <w:r>
        <w:t>bilkul Islam alien hai. is ki misaal dekhiye, Rasool Allah sallallahu alaihi wasallam Makka mein se 13 saal, wahan to bohat injustice hua, bohat zyada.</w:t>
      </w:r>
    </w:p>
    <w:p>
      <w:pPr>
        <w:jc w:val="right"/>
      </w:pPr>
      <w:r>
        <w:t>بالکل اسلام alien ہے۔ اس کی مثال دیکھیے، رسول اللہ صلی اللہ علیہ وسلم مکہ میں سے 13 سال، وہاں تو بہت injustice ہوا، بہت زیادہ۔</w:t>
      </w:r>
    </w:p>
    <w:p>
      <w:r>
        <w:rPr>
          <w:b/>
        </w:rPr>
        <w:t xml:space="preserve">[25:44] </w:t>
      </w:r>
      <w:r>
        <w:t>aap kitabon mein padh lijiyey. poori 13 saal ki zindagi mein aap ke sath injustice hi hota raha. Rasool Allah ne kabhi bhi nahin kaha ke hum is se ladenge, is ke khilaf.</w:t>
      </w:r>
    </w:p>
    <w:p>
      <w:pPr>
        <w:jc w:val="right"/>
      </w:pPr>
      <w:r>
        <w:t>آپ کتابوں میں پڑھ لیجیے۔ پوری 13 سال کی زندگی میں آپ کے ساتھ injustice ہی ہوتا رہا۔ رسول اللہ نے کبھی بھی نہیں کہا کہ ہم اس سے لڑیں گے، اس کے خلاف۔</w:t>
      </w:r>
    </w:p>
    <w:p>
      <w:r>
        <w:rPr>
          <w:b/>
        </w:rPr>
        <w:t xml:space="preserve">[25:55] </w:t>
      </w:r>
      <w:r>
        <w:t>to Islam mein injustice ke naam par ladai hai hi nahin. Injustice agar hai kahin, to aap peaceful method se is ko hal karne ki koshish kijiyey.</w:t>
      </w:r>
    </w:p>
    <w:p>
      <w:pPr>
        <w:jc w:val="right"/>
      </w:pPr>
      <w:r>
        <w:t>تو اسلام میں injustice کے نام پر لڑائی ہے ہی نہیں۔ Injustice اگر ہے کہیں، تو آپ peaceful method سے اس کو حل کرنے کی کوشش کیجیے۔</w:t>
      </w:r>
    </w:p>
    <w:p>
      <w:r>
        <w:rPr>
          <w:b/>
        </w:rPr>
        <w:t xml:space="preserve">[26:07] </w:t>
      </w:r>
      <w:r>
        <w:t>So war in Islam is only when another state attacks a Muslim state. War in Islam is not for removing oppression or for removing injustice.</w:t>
      </w:r>
    </w:p>
    <w:p>
      <w:pPr>
        <w:jc w:val="right"/>
      </w:pPr>
      <w:r>
        <w:t>So war in Islam is only when another state attacks a Muslim state۔ War in Islam is not for removing oppression or for removing injustice۔</w:t>
      </w:r>
    </w:p>
    <w:p>
      <w:r>
        <w:rPr>
          <w:b/>
        </w:rPr>
        <w:t xml:space="preserve">[26:17] </w:t>
      </w:r>
      <w:r>
        <w:t>And if there is injustice, it should be resolved through peaceful means.</w:t>
      </w:r>
    </w:p>
    <w:p>
      <w:pPr>
        <w:jc w:val="right"/>
      </w:pPr>
      <w:r>
        <w:t>And if there is injustice, it should be resolved through peaceful means۔</w:t>
      </w:r>
    </w:p>
    <w:p>
      <w:r>
        <w:rPr>
          <w:b/>
        </w:rPr>
        <w:t xml:space="preserve">[26:22] </w:t>
      </w:r>
      <w:r>
        <w:t>Maulana, you have written extensively about establishing peace unilaterally. You say that there should be no conditions attached to peace.</w:t>
      </w:r>
    </w:p>
    <w:p>
      <w:pPr>
        <w:jc w:val="right"/>
      </w:pPr>
      <w:r>
        <w:t>Maulana, you have written extensively about establishing peace unilaterally۔ You say that there should be no conditions attached to peace۔</w:t>
      </w:r>
    </w:p>
    <w:p>
      <w:r>
        <w:rPr>
          <w:b/>
        </w:rPr>
        <w:t xml:space="preserve">[26:32] </w:t>
      </w:r>
      <w:r>
        <w:t>Many people say that this is humiliating and that we should fight for our rights. So what do you have to say about this</w:t>
      </w:r>
    </w:p>
    <w:p>
      <w:pPr>
        <w:jc w:val="right"/>
      </w:pPr>
      <w:r>
        <w:t>Many people say that this is humiliating and that we should fight for our rights۔ So what do you have to say about this</w:t>
      </w:r>
    </w:p>
    <w:p>
      <w:r>
        <w:rPr>
          <w:b/>
        </w:rPr>
        <w:t xml:space="preserve">[26:41] </w:t>
      </w:r>
      <w:r>
        <w:t>? dekhiye, yeh is ko humiliation kehna sehat se be-khabari kehne jaisi hai. kyun ke dekhiye, Rasool Allah sallallahu alaihi wasallam ne jab Hudaybiyah mein peace agreement kiya tha,</w:t>
      </w:r>
    </w:p>
    <w:p>
      <w:pPr>
        <w:jc w:val="right"/>
      </w:pPr>
      <w:r>
        <w:t>؟ دیکھیے، یہ اس کو humiliation کہنا صحت سے بے خبری کہنے جیسی ہے۔ کیونکہ دیکھیے، رسول اللہ صلی اللہ علیہ وسلم نے جب حدیبیہ میں peace agreement کیا تھا،</w:t>
      </w:r>
    </w:p>
    <w:p>
      <w:r>
        <w:rPr>
          <w:b/>
        </w:rPr>
        <w:t xml:space="preserve">[26:55] </w:t>
      </w:r>
      <w:r>
        <w:t>is peace agreement ko Hutbah jaise aadmi ne kaha tha,</w:t>
      </w:r>
    </w:p>
    <w:p>
      <w:pPr>
        <w:jc w:val="right"/>
      </w:pPr>
      <w:r>
        <w:t>اس peace agreement کو حتوبہ جیسے آدمی نے کہا تھا،</w:t>
      </w:r>
    </w:p>
    <w:p>
      <w:r>
        <w:rPr>
          <w:b/>
        </w:rPr>
        <w:t xml:space="preserve">[27:02] </w:t>
      </w:r>
      <w:r>
        <w:t>yeh to humiliation ko qabool karna hai. us waqt kaha gaya tha aisa,</w:t>
      </w:r>
    </w:p>
    <w:p>
      <w:pPr>
        <w:jc w:val="right"/>
      </w:pPr>
      <w:r>
        <w:t>یہ تو humiliation کو قبول کرنا ہے۔ اس وقت کہا گیا تھا ایسا،</w:t>
      </w:r>
    </w:p>
    <w:p>
      <w:r>
        <w:rPr>
          <w:b/>
        </w:rPr>
        <w:t xml:space="preserve">[27:12] </w:t>
      </w:r>
      <w:r>
        <w:t>lekin Rasool Allah sallallahu alaihi wasallam ne is ko tasleem nahin kiya. dekhiye, yeh humiliation ki baat nahin hai, yeh baat hai law of nature ki.</w:t>
      </w:r>
    </w:p>
    <w:p>
      <w:pPr>
        <w:jc w:val="right"/>
      </w:pPr>
      <w:r>
        <w:t>لیکن رسول اللہ صلی اللہ علیہ وسلم نے اس کو تسلیم نہیں کیا۔ دیکھیے، یہ humiliation کی بات نہیں ہے، یہ بات ہے law of nature کی۔</w:t>
      </w:r>
    </w:p>
    <w:p>
      <w:r>
        <w:rPr>
          <w:b/>
        </w:rPr>
        <w:t xml:space="preserve">[27:22] </w:t>
      </w:r>
      <w:r>
        <w:t>Law of nature yeh hai ke aap aap peace ko kabhi bhi larr kar qaim nahi kar sakte.</w:t>
      </w:r>
    </w:p>
    <w:p>
      <w:pPr>
        <w:jc w:val="right"/>
      </w:pPr>
      <w:r>
        <w:t>Law of nature یہ ہے کہ آپ آپ peace کو کبھی بھی لڑ کر قائم نہیں کر سکتے۔</w:t>
      </w:r>
    </w:p>
    <w:p>
      <w:r>
        <w:rPr>
          <w:b/>
        </w:rPr>
        <w:t xml:space="preserve">[27:32] </w:t>
      </w:r>
      <w:r>
        <w:t>Impossible hai. Bilateral base par hi peace kabhi qaim nahi ho sakti. Yeh law of nature hai. To jab hum yeh kehte hain ke peace qaim hogi unilateral base par, to hum law of nature ko attempt kar rahe hote hain.</w:t>
      </w:r>
    </w:p>
    <w:p>
      <w:pPr>
        <w:jc w:val="right"/>
      </w:pPr>
      <w:r>
        <w:t>Impossible ہے۔ Bilateral base پر ہی peace کبھی قائم نہیں ہو سکتی۔ یہ law of nature ہے۔ تو جب ہم یہ کہتے ہیں کہ peace قائم ہوگی unilateral base پر، تو ہم law of nature کو attempt کر رہے ہوتے ہیں۔</w:t>
      </w:r>
    </w:p>
    <w:p>
      <w:r>
        <w:rPr>
          <w:b/>
        </w:rPr>
        <w:t xml:space="preserve">[27:51] </w:t>
      </w:r>
      <w:r>
        <w:t>According to the law of nature, it is impossible to establish peace on bilateral basis. Hmm, to aap ka hamein kya karna hai?</w:t>
      </w:r>
    </w:p>
    <w:p>
      <w:pPr>
        <w:jc w:val="right"/>
      </w:pPr>
      <w:r>
        <w:t>According to the law of nature, it is impossible to establish peace on bilateral basis۔ ہمم، تو آپ کا ہمیں کیا کرنا ہے؟</w:t>
      </w:r>
    </w:p>
    <w:p>
      <w:r>
        <w:rPr>
          <w:b/>
        </w:rPr>
        <w:t xml:space="preserve">[28:02] </w:t>
      </w:r>
      <w:r>
        <w:t>Hum law of nature se larr nahi sakte. Jo law of nature hai, woh to atal hota hai. Is liye hamein law of nature ko manne ki wajah se hamein yeh karna padta hai ke hum unilateral base par peace qaim karne ki koshish karein.</w:t>
      </w:r>
    </w:p>
    <w:p>
      <w:pPr>
        <w:jc w:val="right"/>
      </w:pPr>
      <w:r>
        <w:t>ہم law of nature سے لڑ نہیں سکتے۔ جو law of nature ہے، وہ تو اٹل ہوتا ہے۔ اس لیے ہمیں law of nature کو ماننے کی وجہ سے ہمیں یہ کرنا پڑتا ہے کہ ہم unilateral base پر peace قائم کرنے کی کوشش کریں۔</w:t>
      </w:r>
    </w:p>
    <w:p>
      <w:r>
        <w:rPr>
          <w:b/>
        </w:rPr>
        <w:t xml:space="preserve">[28:18] </w:t>
      </w:r>
      <w:r>
        <w:t>Kyunke peace nahi aayegi to mawaqe nahi khulenge. Peace nahi aayegi to kaam nahi hoga. To masla unilateralism ka nahi hai.</w:t>
      </w:r>
    </w:p>
    <w:p>
      <w:pPr>
        <w:jc w:val="right"/>
      </w:pPr>
      <w:r>
        <w:t>کیونکہ peace نہیں آئے گی تو مواقع نہیں کھلیں گے۔ Peace نہیں آئے گی تو کام نہیں ہوگا۔ تو مسئلہ unilateralism کا نہیں ہے۔</w:t>
      </w:r>
    </w:p>
    <w:p>
      <w:r>
        <w:rPr>
          <w:b/>
        </w:rPr>
        <w:t xml:space="preserve">[28:27] </w:t>
      </w:r>
      <w:r>
        <w:t>Masla yeh hai ke is ke baghair kaam ke opportunities nahi khulti. To opportunities ko kholne ke liye hum yeh tadbeer ikhtiyar karte hain.</w:t>
      </w:r>
    </w:p>
    <w:p>
      <w:pPr>
        <w:jc w:val="right"/>
      </w:pPr>
      <w:r>
        <w:t>مسئلہ یہ ہے کہ اس کے بغیر کام کے opportunities نہیں کھلتی۔ تو opportunities کو کھولنے کے لیے ہم یہ تدبیر اختیار کرتے ہیں۔</w:t>
      </w:r>
    </w:p>
    <w:p>
      <w:r>
        <w:rPr>
          <w:b/>
        </w:rPr>
        <w:t xml:space="preserve">[28:36] </w:t>
      </w:r>
      <w:r>
        <w:t>Hmm, woh humiliation nahi hai, woh woh hai method, strategy. So Maulana, peace can be, according to you, peace can be established only unilaterally, and this is a law of nature.</w:t>
      </w:r>
    </w:p>
    <w:p>
      <w:pPr>
        <w:jc w:val="right"/>
      </w:pPr>
      <w:r>
        <w:t>ہمم، وہ humiliation نہیں ہے، وہ وہ ہے method، strategy۔ So Maulana, peace can be, according to you, peace can be established only unilaterally، and this is a law of nature۔</w:t>
      </w:r>
    </w:p>
    <w:p>
      <w:r>
        <w:rPr>
          <w:b/>
        </w:rPr>
        <w:t xml:space="preserve">[28:51] </w:t>
      </w:r>
      <w:r>
        <w:t>There is nothing humiliating about this. And you are saying that we have to establish peace unilaterally because it opens up opportunities.</w:t>
      </w:r>
    </w:p>
    <w:p>
      <w:pPr>
        <w:jc w:val="right"/>
      </w:pPr>
      <w:r>
        <w:t>There is nothing humiliating about this۔ And you are saying that we have to establish peace unilaterally because it opens up opportunities۔</w:t>
      </w:r>
    </w:p>
    <w:p>
      <w:r>
        <w:rPr>
          <w:b/>
        </w:rPr>
        <w:t xml:space="preserve">[28:59] </w:t>
      </w:r>
      <w:r>
        <w:t>And by availing of these opportunities, we can have everything that we want. Maulana, this question has come in from a viewer. If it is from Mr.</w:t>
      </w:r>
    </w:p>
    <w:p>
      <w:pPr>
        <w:jc w:val="right"/>
      </w:pPr>
      <w:r>
        <w:t>And by availing of these opportunities, we can have everything that we want۔ Maulana, this question has come in from a viewer۔ If it is from Mr.</w:t>
      </w:r>
    </w:p>
    <w:p>
      <w:r>
        <w:rPr>
          <w:b/>
        </w:rPr>
        <w:t xml:space="preserve">[29:10] </w:t>
      </w:r>
      <w:r>
        <w:t>Muhammad Yunusuddin, if qital is the responsibility of only an established state, then how can we justify the fighting of our ulama in India</w:t>
      </w:r>
    </w:p>
    <w:p>
      <w:pPr>
        <w:jc w:val="right"/>
      </w:pPr>
      <w:r>
        <w:t>محمد یونس الدین، if قتال is the responsibility of only an established state، then how can we justify the fighting of our علماء in India</w:t>
      </w:r>
    </w:p>
    <w:p>
      <w:r>
        <w:rPr>
          <w:b/>
        </w:rPr>
        <w:t xml:space="preserve">[29:22] </w:t>
      </w:r>
      <w:r>
        <w:t>'s freedom? Main is ko Islami nahi samajhta. Main phir likh chuka hoon. Jin ulama ne India mein larrhai ki, un ko haq nahi tha larrhai karne ka kyunke woh hukoomat nahi thi.</w:t>
      </w:r>
    </w:p>
    <w:p>
      <w:pPr>
        <w:jc w:val="right"/>
      </w:pPr>
      <w:r>
        <w:t>'s freedom؟ میں اس کو اسلامی نہیں سمجھتا۔ میں پھر لکھ چکا ہوں۔ جن علماء نے انڈیا میں لڑائی کی، ان کو حق نہیں تھا لڑائی کرنے کا کیونکہ وہ حکومت نہیں تھی۔</w:t>
      </w:r>
    </w:p>
    <w:p>
      <w:r>
        <w:rPr>
          <w:b/>
        </w:rPr>
        <w:t xml:space="preserve">[29:36] </w:t>
      </w:r>
      <w:r>
        <w:t>Ulama jo the, woh government ke nahi the. Woh woh khwamkhwah larrhai shuru kar diya unhon ne.</w:t>
      </w:r>
    </w:p>
    <w:p>
      <w:pPr>
        <w:jc w:val="right"/>
      </w:pPr>
      <w:r>
        <w:t>علماء جو تھے، وہ government کے نہیں تھے۔ وہ وہ خوامخواہ لڑائی شروع کر دیا انہوں نے۔</w:t>
      </w:r>
    </w:p>
    <w:p>
      <w:r>
        <w:rPr>
          <w:b/>
        </w:rPr>
        <w:t xml:space="preserve">[29:46] </w:t>
      </w:r>
      <w:r>
        <w:t>Nahi, yeh to bilkul unhon ne ghalat kaam kiya. Jo ulama, un in ulama ka kaam tha madrase mein apna taleem ka intezam karna, yeh is se nikal kar ke jo larrne shuru kar diya unhon ne British se, woh bilashuba ghair Islami tha aur Allah ki madad un ko hasil nahi hui.</w:t>
      </w:r>
    </w:p>
    <w:p>
      <w:pPr>
        <w:jc w:val="right"/>
      </w:pPr>
      <w:r>
        <w:t>نہیں، یہ تو بالکل انہوں نے غلط کام کیا۔ جو علماء، ان ان علماء کا کام تھا مدرسے میں اپنا تعلیم کا انتظام کرنا، یہ اس سے نکل کر کہ جو لڑنے شروع کر دیا انہوں نے برٹش سے، وہ بلاشبہ غیر اسلامی تھا اور اللہ کی مدد ان کو حاصل نہیں ہوئی۔</w:t>
      </w:r>
    </w:p>
    <w:p>
      <w:r>
        <w:rPr>
          <w:b/>
        </w:rPr>
        <w:t xml:space="preserve">[30:07] </w:t>
      </w:r>
      <w:r>
        <w:t>Is liye woh mukammal to fail ho gaye. Ulama ke jihad mein ek lakh se zyada aadmi mar gaye aur kahan qaim bhi kahan hui?</w:t>
      </w:r>
    </w:p>
    <w:p>
      <w:pPr>
        <w:jc w:val="right"/>
      </w:pPr>
      <w:r>
        <w:t>اس لیے وہ مکمل تو فیل ہو گئے۔ علماء کے جہاد میں ایک لاکھ سے زیادہ آدمی مر گئے اور کہاں قامت بھی کہاں ہوئی؟</w:t>
      </w:r>
    </w:p>
    <w:p>
      <w:r>
        <w:rPr>
          <w:b/>
        </w:rPr>
        <w:t xml:space="preserve">[30:17] </w:t>
      </w:r>
      <w:r>
        <w:t>Azadi to mili nahi. Azadi mili hai baad ko jab 1919 mein Gandhi shareek hue aur unhon ne non-violence ki buniyad par tehreek chalai.</w:t>
      </w:r>
    </w:p>
    <w:p>
      <w:pPr>
        <w:jc w:val="right"/>
      </w:pPr>
      <w:r>
        <w:t>آزادی تو ملی نہیں۔ آزادی ملی ہے بعد کو جب 1919 میں گاندھی شریک ہوئے اور انہوں نے non-violence کی بنیاد پر تحریک چلائی۔</w:t>
      </w:r>
    </w:p>
    <w:p>
      <w:r>
        <w:rPr>
          <w:b/>
        </w:rPr>
        <w:t xml:space="preserve">[30:28] </w:t>
      </w:r>
      <w:r>
        <w:t>Ulama ne tehreek chalai thi, yaani qital ki buniyad par. Woh to woh total failure tha. Woh sirf ulama mare gaye bila kuch nahi.</w:t>
      </w:r>
    </w:p>
    <w:p>
      <w:pPr>
        <w:jc w:val="right"/>
      </w:pPr>
      <w:r>
        <w:t>علماء نے تحریک چلائی تھی، یعنی قتال کی بنیاد پر۔ وہ تو وہ ٹوٹل فیلیر تھا۔ وہ صرف علماء مارے گئے بلا کچھ نہیں۔</w:t>
      </w:r>
    </w:p>
    <w:p>
      <w:r>
        <w:rPr>
          <w:b/>
        </w:rPr>
        <w:t xml:space="preserve">[30:38] </w:t>
      </w:r>
      <w:r>
        <w:t>To Allah taala ki madad na milna yeh khud sabit karta hai ke woh Islami nahi tha. Woh agar woh Islami hota to Allah taala ki madad hoti.</w:t>
      </w:r>
    </w:p>
    <w:p>
      <w:pPr>
        <w:jc w:val="right"/>
      </w:pPr>
      <w:r>
        <w:t>تو اللہ تعالی کی مدد نہ ملنا یہ خود ثابت کرتا ہے کہ وہ اسلامی نہیں تھا۔ وہ اگر وہ اسلامی ہوتا تو اللہ تعالی کی مدد ہوتی۔</w:t>
      </w:r>
    </w:p>
    <w:p>
      <w:r>
        <w:rPr>
          <w:b/>
        </w:rPr>
        <w:t xml:space="preserve">[30:50] </w:t>
      </w:r>
      <w:r>
        <w:t>Maulana, this question is from Mr. Fahad Khan. You say that all verses of the Quran are directly or indirectly related to peace.</w:t>
      </w:r>
    </w:p>
    <w:p>
      <w:pPr>
        <w:jc w:val="right"/>
      </w:pPr>
      <w:r>
        <w:t>Maulana, this question is from Mr. فہد خان۔ You say that all verses of the Quran are directly or indirectly related to peace۔</w:t>
      </w:r>
    </w:p>
    <w:p>
      <w:r>
        <w:rPr>
          <w:b/>
        </w:rPr>
        <w:t xml:space="preserve">[31:00] </w:t>
      </w:r>
      <w:r>
        <w:t>Then how do you explain those verses which give the command for war? Dikhye, every rule has some exceptions.</w:t>
      </w:r>
    </w:p>
    <w:p>
      <w:pPr>
        <w:jc w:val="right"/>
      </w:pPr>
      <w:r>
        <w:t>Then how do you explain those verses which give the command for war؟ دیکھیے، every rule has some exceptions۔</w:t>
      </w:r>
    </w:p>
    <w:p>
      <w:r>
        <w:rPr>
          <w:b/>
        </w:rPr>
        <w:t xml:space="preserve">[31:11] </w:t>
      </w:r>
      <w:r>
        <w:t>Yeh ek general usool hai ke every rule has some exceptions. To rule to yahi hai ke Islam mera khayal hai peace hai, lekin jab ek established government par koi attack kar de to as an exception un ko jana padta hai defense ke liye,</w:t>
      </w:r>
    </w:p>
    <w:p>
      <w:pPr>
        <w:jc w:val="right"/>
      </w:pPr>
      <w:r>
        <w:t>یہ ایک جنرل اصول ہے کہ every rule has some exceptions۔ تو rule تو یہی ہے کہ اسلام میرا خیال ہے peace ہے، لیکن جب ایک established government پر کوئی attack کر دے تو as an exception ان کو جانا پڑتا ہے defense کے لیے،</w:t>
      </w:r>
    </w:p>
    <w:p>
      <w:r>
        <w:rPr>
          <w:b/>
        </w:rPr>
        <w:t xml:space="preserve">[31:30] </w:t>
      </w:r>
      <w:r>
        <w:t>woh bhi bohat limited war ke liye. That is as an exception, not as a rule. So in Islam, peace is the rule and war is a rare exception.</w:t>
      </w:r>
    </w:p>
    <w:p>
      <w:pPr>
        <w:jc w:val="right"/>
      </w:pPr>
      <w:r>
        <w:t>وہ بھی بہت limited war کے لیے۔ That is as an exception, not as a rule۔ So in Islam، peace is the rule and war is a rare exception۔</w:t>
      </w:r>
    </w:p>
    <w:p>
      <w:r>
        <w:rPr>
          <w:b/>
        </w:rPr>
        <w:t xml:space="preserve">[31:47] </w:t>
      </w:r>
      <w:r>
        <w:t>Maulana, can you tell us why does Islam attach such great importance to peace</w:t>
      </w:r>
    </w:p>
    <w:p>
      <w:pPr>
        <w:jc w:val="right"/>
      </w:pPr>
      <w:r>
        <w:t>Maulana, can you tell us why does Islam attach such great importance to peace</w:t>
      </w:r>
    </w:p>
    <w:p>
      <w:r>
        <w:rPr>
          <w:b/>
        </w:rPr>
        <w:t xml:space="preserve">[31:55] </w:t>
      </w:r>
      <w:r>
        <w:t>? Dikhye, Islam ka jo goal hai, woh sirf peaceful halaat hi mein har har surat hai.</w:t>
      </w:r>
    </w:p>
    <w:p>
      <w:pPr>
        <w:jc w:val="right"/>
      </w:pPr>
      <w:r>
        <w:t>؟ دیکھیے، اسلام کا جو goal ہے، وہ صرف peaceful حالات ہی میں ہر ہر صورت ہے۔</w:t>
      </w:r>
    </w:p>
    <w:p>
      <w:r>
        <w:rPr>
          <w:b/>
        </w:rPr>
        <w:t xml:space="preserve">[32:04] </w:t>
      </w:r>
      <w:r>
        <w:t>Islam ka role goal kya hai? Islam ka goal hai ke logon ke andar marifat aaye, logon ka tazkiya ho, logon ke andar jannat ka shauq paida ho, log Allah se darne wale banein, Allah se mohabbat karne wale banein.</w:t>
      </w:r>
    </w:p>
    <w:p>
      <w:pPr>
        <w:jc w:val="right"/>
      </w:pPr>
      <w:r>
        <w:t>اسلام کا role goal کیا ہے؟ اسلام کا goal ہے کہ لوگوں کے اندر معرفت آئے، لوگوں کا تزکیہ ہو، لوگوں کے اندر جنت کا شوق پیدا ہو، لوگ اللہ سے ڈرنے والے بنیں، اللہ سے محبت کرنے والے بنیں۔</w:t>
      </w:r>
    </w:p>
    <w:p>
      <w:r>
        <w:rPr>
          <w:b/>
        </w:rPr>
        <w:t xml:space="preserve">[32:20] </w:t>
      </w:r>
      <w:r>
        <w:t>In baaton ka jang se qatl ho. To Islam ka jo goal hai, Islam ka jo target hai, woh achieve kiya ja sakta hai sirf peaceful halaat mein.</w:t>
      </w:r>
    </w:p>
    <w:p>
      <w:pPr>
        <w:jc w:val="right"/>
      </w:pPr>
      <w:r>
        <w:t>ان باتوں کا جنگ سے قتل ہو۔ تو اسلام کا جو goal ہے، اسلام کا جو target ہے، وہ achieve کیا جا سکتا ہے صرف peaceful حالات میں۔</w:t>
      </w:r>
    </w:p>
    <w:p>
      <w:r>
        <w:rPr>
          <w:b/>
        </w:rPr>
        <w:t xml:space="preserve">[32:32] </w:t>
      </w:r>
      <w:r>
        <w:t>jahan jang hogi, wahan sab jibril jibril ho jayega aur islam mustahsil nahi hoga. jangi halat mein na yeh sab baatein ho sakti hain, ho hi nahi sakti.</w:t>
      </w:r>
    </w:p>
    <w:p>
      <w:pPr>
        <w:jc w:val="right"/>
      </w:pPr>
      <w:r>
        <w:t>جہاں جنگ ہوگی، وہاں سب جبرائیل جبرائیل ہو جائے گا اور اسلام مستحصل نہیں ہوگا۔ جنگی حالات میں نہ یہ سب باتیں ہو سکتی ہیں، ہو ہی نہیں سکتی۔</w:t>
      </w:r>
    </w:p>
    <w:p>
      <w:r>
        <w:rPr>
          <w:b/>
        </w:rPr>
        <w:t xml:space="preserve">[32:43] </w:t>
      </w:r>
      <w:r>
        <w:t>marifat ki baat, dawat ki baat, allah se mohabbat ki baat, allah se khauf ki baat, jannat aur jahannam ki baat, iska iska talluq yeh sirf peace ke halat mein hogi.</w:t>
      </w:r>
    </w:p>
    <w:p>
      <w:pPr>
        <w:jc w:val="right"/>
      </w:pPr>
      <w:r>
        <w:t>معرفت کی بات، دعوت کی بات، اللہ سے محبت کی بات، اللہ سے خوف کی بات، جنت اور جہنم کی بات، اس کا اس کا تعلق یہ صرف peace کے حالات میں ہوگی۔</w:t>
      </w:r>
    </w:p>
    <w:p>
      <w:r>
        <w:rPr>
          <w:b/>
        </w:rPr>
        <w:t xml:space="preserve">[32:57] </w:t>
      </w:r>
      <w:r>
        <w:t>is ke liye kaam kiya ja sakta hai. jahan jangi halat honge, wahan to sirf talwar bandook hogi. yeh sab kaam hoga. Maulana, I'm just repeating what you said.</w:t>
      </w:r>
    </w:p>
    <w:p>
      <w:pPr>
        <w:jc w:val="right"/>
      </w:pPr>
      <w:r>
        <w:t>اس کے لیے کام کیا جا سکتا ہے۔ جہاں جنگی حالات ہوں گے، وہاں تو صرف تلوار بندوق ہوگی۔ یہ سب کام ہوگا۔ Maulana, I'm just repeating what you said۔</w:t>
      </w:r>
    </w:p>
    <w:p>
      <w:r>
        <w:rPr>
          <w:b/>
        </w:rPr>
        <w:t xml:space="preserve">[33:07] </w:t>
      </w:r>
      <w:r>
        <w:t>You said that the goal that Islam gives to us can be attained only in a peaceful atmosphere. And the goal that Islam gives to us is to realize God, to discover God, to develop a good personality, and to stay peacefully in society, and to instill good values in ourselves.</w:t>
      </w:r>
    </w:p>
    <w:p>
      <w:pPr>
        <w:jc w:val="right"/>
      </w:pPr>
      <w:r>
        <w:t>You said that the goal that Islam gives to us can be attained only in a peaceful atmosphere۔ And the goal that Islam gives to us is to realize God، to discover God، to develop a good personality، and to stay peacefully in society، and to instill good values in ourselves۔</w:t>
      </w:r>
    </w:p>
    <w:p>
      <w:r>
        <w:rPr>
          <w:b/>
        </w:rPr>
        <w:t xml:space="preserve">[33:26] </w:t>
      </w:r>
      <w:r>
        <w:t>All this can be attained only in a peaceful environment.</w:t>
      </w:r>
    </w:p>
    <w:p>
      <w:pPr>
        <w:jc w:val="right"/>
      </w:pPr>
      <w:r>
        <w:t>All this can be attained only in a peaceful environment۔</w:t>
      </w:r>
    </w:p>
    <w:p>
      <w:r>
        <w:rPr>
          <w:b/>
        </w:rPr>
        <w:t xml:space="preserve">[33:30] </w:t>
      </w:r>
      <w:r>
        <w:t>War only jeopardizes all of this. Therefore, war is an exception in Islam. That's a very important point</w:t>
      </w:r>
    </w:p>
    <w:p>
      <w:pPr>
        <w:jc w:val="right"/>
      </w:pPr>
      <w:r>
        <w:t>War only jeopardizes all of this۔ Therefore, war is an exception in Islam۔ That's a very important point</w:t>
      </w:r>
    </w:p>
    <w:p>
      <w:r>
        <w:rPr>
          <w:b/>
        </w:rPr>
        <w:t xml:space="preserve">[33:36] </w:t>
      </w:r>
      <w:r>
        <w:t>, Maulana. Maulana, you spoke about the Islamic State of Iraq and Syria, ISIS. ISIS proclaimed caliphate in 2014, and you said that the caliphate is not valid.</w:t>
      </w:r>
    </w:p>
    <w:p>
      <w:pPr>
        <w:jc w:val="right"/>
      </w:pPr>
      <w:r>
        <w:t>، Maulana۔ Maulana, you spoke about the Islamic State of Iraq and Syria، ISIS۔ ISIS proclaimed caliphate in 2014، and you said that the caliphate is not valid۔</w:t>
      </w:r>
    </w:p>
    <w:p>
      <w:r>
        <w:rPr>
          <w:b/>
        </w:rPr>
        <w:t xml:space="preserve">[33:50] </w:t>
      </w:r>
      <w:r>
        <w:t>Maulana, one of the things that ISIS does is that it declares people kafir or infidel, and it then targets them.</w:t>
      </w:r>
    </w:p>
    <w:p>
      <w:pPr>
        <w:jc w:val="right"/>
      </w:pPr>
      <w:r>
        <w:t>Maulana, one of the things that ISIS does is that it declares people kafir or infidel، and it then targets them۔</w:t>
      </w:r>
    </w:p>
    <w:p>
      <w:r>
        <w:rPr>
          <w:b/>
        </w:rPr>
        <w:t xml:space="preserve">[34:00] </w:t>
      </w:r>
      <w:r>
        <w:t>So what is the concept of kafir? And do we have theright to declare anyone kafir?</w:t>
      </w:r>
    </w:p>
    <w:p>
      <w:pPr>
        <w:jc w:val="right"/>
      </w:pPr>
      <w:r>
        <w:t>So what is the concept of kafir؟ And do we have theright to declare anyone kafir؟</w:t>
      </w:r>
    </w:p>
    <w:p>
      <w:r>
        <w:rPr>
          <w:b/>
        </w:rPr>
        <w:t xml:space="preserve">[34:07] </w:t>
      </w:r>
      <w:r>
        <w:t>dekhiye, kafir kisi qaum ka, kisi community ka naam nahi hai. aaj kal samajhte hain ke ek qaum muslim ki hai, ek qaum kafir ki hai.</w:t>
      </w:r>
    </w:p>
    <w:p>
      <w:pPr>
        <w:jc w:val="right"/>
      </w:pPr>
      <w:r>
        <w:t>دیکھیے، کافر کسی قوم کا، کسی کمیونٹی کا نام نہیں ہے۔ آج کل سمجھتے ہیں کہ ایک قوم مسلم کی ہے، ایک قوم کافر کی ہے۔</w:t>
      </w:r>
    </w:p>
    <w:p>
      <w:r>
        <w:rPr>
          <w:b/>
        </w:rPr>
        <w:t xml:space="preserve">[34:18] </w:t>
      </w:r>
      <w:r>
        <w:t>yeh bilkul galat hai. is ka islam se koi talluq nahi. yani de do kafir community. kafir ka matlab hai munkir.</w:t>
      </w:r>
    </w:p>
    <w:p>
      <w:pPr>
        <w:jc w:val="right"/>
      </w:pPr>
      <w:r>
        <w:t>یہ بالکل غلط ہے۔ اس کا اسلام سے کوئی تعلق نہیں۔ یعنی دے دو کافر کمیونٹی۔ کافر کا معنی ہے منکر۔</w:t>
      </w:r>
    </w:p>
    <w:p>
      <w:r>
        <w:rPr>
          <w:b/>
        </w:rPr>
        <w:t xml:space="preserve">[34:30] </w:t>
      </w:r>
      <w:r>
        <w:t>aap ne kisi ke samne ek baat kahi, use inkar kiya. us waqt, us waqt jab ke aap ne baat kahi hai, kaha hai ke aap ka us ne inkar kar diya.</w:t>
      </w:r>
    </w:p>
    <w:p>
      <w:pPr>
        <w:jc w:val="right"/>
      </w:pPr>
      <w:r>
        <w:t>آپ نے کسی کے سامنے ایک بات کہی، اسے انکار کیا۔ اس وقت، اس وقت جب کہ آپ نے بات کہی ہے، کہا ہے کہ آپ کا اس نے انکار کر دیا۔</w:t>
      </w:r>
    </w:p>
    <w:p>
      <w:r>
        <w:rPr>
          <w:b/>
        </w:rPr>
        <w:t xml:space="preserve">[34:40] </w:t>
      </w:r>
      <w:r>
        <w:t>yeh nahi ke woh ek qaum koi hai kafir ki, is is ko dep kar dein. aap hmm, yeh mein pure yaqeen ke sath keh sakta hoon ke there is no kafir community in islam.</w:t>
      </w:r>
    </w:p>
    <w:p>
      <w:pPr>
        <w:jc w:val="right"/>
      </w:pPr>
      <w:r>
        <w:t>یہ نہیں کہ وہ ایک قوم کوئی ہے کافر کی، اس اس کو ڈپ کر دیں۔ آپ ہمم، یہ میں پورے یقین کے ساتھ کہہ سکتا ہوں کہ there is no کافر کمیونٹی in اسلام۔</w:t>
      </w:r>
    </w:p>
    <w:p>
      <w:r>
        <w:rPr>
          <w:b/>
        </w:rPr>
        <w:t xml:space="preserve">[34:53] </w:t>
      </w:r>
      <w:r>
        <w:t>bilkul hi yeh galat hai jo jo aaj kal raaij ho gaya. hamein haq nahi hai kisi ko aap kahein ke yeh kafir hai. rasool allah, rasool allah ke zamane mein jin ko kafir kaha gaya tha, us waqti inkar ki baat kaha gaya tha.</w:t>
      </w:r>
    </w:p>
    <w:p>
      <w:pPr>
        <w:jc w:val="right"/>
      </w:pPr>
      <w:r>
        <w:t>بالکل ہی یہ غلط ہے جو جو آج کل رائج ہو گیا۔ ہمیں حق نہیں ہے کسی کو آپ کہیں کہ یہ کافر ہے۔ رسول اللہ، رسول اللہ کے زمانے میں جن کو کافر کہا گیا تھا، اس وقتی انکار کی بات کہا گیا تھا۔</w:t>
      </w:r>
    </w:p>
    <w:p>
      <w:r>
        <w:rPr>
          <w:b/>
        </w:rPr>
        <w:t xml:space="preserve">[35:08] </w:t>
      </w:r>
      <w:r>
        <w:t>hmm, ek ek program hai, is mein discuss ho raha hai, ek baat pesh ki ja rahi hai. ab kuch log us waqt kehte hain ke mein to nahi manta is ko.</w:t>
      </w:r>
    </w:p>
    <w:p>
      <w:pPr>
        <w:jc w:val="right"/>
      </w:pPr>
      <w:r>
        <w:t>ہمم، ایک ایک پروگرام ہے، اس میں ڈسکس ہو رہا ہے، ایک بات پیش کی جا رہی ہے۔ اب کچھ لوگ اس وقت کہتے ہیں کہ میں تو نہیں مانتا اس کو۔</w:t>
      </w:r>
    </w:p>
    <w:p>
      <w:r>
        <w:rPr>
          <w:b/>
        </w:rPr>
        <w:t xml:space="preserve">[35:18] </w:t>
      </w:r>
      <w:r>
        <w:t>us waqt ke liye kaha jaye ke unhone inkar kiya. yeh dekhiye, ek koi community hai jo mustaqil taur par hamesha ke liye ke kafir community.</w:t>
      </w:r>
    </w:p>
    <w:p>
      <w:pPr>
        <w:jc w:val="right"/>
      </w:pPr>
      <w:r>
        <w:t>اس وقت کے لیے کہا جائے کہ انہوں نے انکار کیا۔ یہ دیکھیں، ایک کوئی کمیونٹی ہے جو مستقل طور پر ہمیشہ کے لیے کہ کافر کمیونٹی۔</w:t>
      </w:r>
    </w:p>
    <w:p>
      <w:r>
        <w:rPr>
          <w:b/>
        </w:rPr>
        <w:t xml:space="preserve">[35:27] </w:t>
      </w:r>
      <w:r>
        <w:t>yeh bilkul galat concept hai kafir ka. So kafir is not the name of a community. We cannot say this or that community is a kafir community or a community of non-believers.</w:t>
      </w:r>
    </w:p>
    <w:p>
      <w:pPr>
        <w:jc w:val="right"/>
      </w:pPr>
      <w:r>
        <w:t>یہ بالکل غلط کانسیپٹ ہے کافر کا۔ So کافر is not the name of a community۔ We cannot say this or that community is a کافر کمیونٹی اور a community of non-believers۔</w:t>
      </w:r>
    </w:p>
    <w:p>
      <w:r>
        <w:rPr>
          <w:b/>
        </w:rPr>
        <w:t xml:space="preserve">[35:40] </w:t>
      </w:r>
      <w:r>
        <w:t>And Maulana, do we have theright to declare someone as kafir? Can we declare someone as kafir</w:t>
      </w:r>
    </w:p>
    <w:p>
      <w:pPr>
        <w:jc w:val="right"/>
      </w:pPr>
      <w:r>
        <w:t>And Maulana, do we have theright to declare someone as کافر؟ Can we declare someone as کافر</w:t>
      </w:r>
    </w:p>
    <w:p>
      <w:r>
        <w:rPr>
          <w:b/>
        </w:rPr>
        <w:t xml:space="preserve">[35:46] </w:t>
      </w:r>
      <w:r>
        <w:t>? hargiz nahi. jab takfir bhi jo ki jati hai na, takfir islam mein thi hi nahi. us zamane mein hui, aaj maujooda zamane mein sahaba ne kabhi takfir nahi ki, tabeen ne kabhi takfir nahi ki, tabe tabeen ne kabhi takfir nahi ki.</w:t>
      </w:r>
    </w:p>
    <w:p>
      <w:pPr>
        <w:jc w:val="right"/>
      </w:pPr>
      <w:r>
        <w:t>؟ ہرگز نہیں۔ جب تکفیر بھی جو کی جاتی ہے نا، تکفیر اسلام میں تھی ہی نہیں۔ اس زمانے میں ہوئی، آج موجودہ زمانے میں صحابہ نے کبھی تکفیر نہیں کی، تابعین نے کبھی تکفیر نہیں کی، تبع تابعین نے کبھی تکفیر نہیں کی۔</w:t>
      </w:r>
    </w:p>
    <w:p>
      <w:r>
        <w:rPr>
          <w:b/>
        </w:rPr>
        <w:t xml:space="preserve">[36:03] </w:t>
      </w:r>
      <w:r>
        <w:t>yeh jo is zamani ko ulama ne shuru kar diya hai, yeh bilashuba bidat hai. is mein koi shaq nahi ke aaj kal jo takfir ki jati hai, yeh bidat hai, innovation hai.</w:t>
      </w:r>
    </w:p>
    <w:p>
      <w:pPr>
        <w:jc w:val="right"/>
      </w:pPr>
      <w:r>
        <w:t>یہ جو اس زمانی کو علماء نے شروع کر دیا ہے، یہ بلاشبہ بدعت ہے۔ اس میں کوئی شک نہیں کہ آج کل جو تکفیر کی جاتی ہے، یہ بدعت ہے، انویشن ہے۔</w:t>
      </w:r>
    </w:p>
    <w:p>
      <w:r>
        <w:rPr>
          <w:b/>
        </w:rPr>
        <w:t xml:space="preserve">[36:15] </w:t>
      </w:r>
      <w:r>
        <w:t>hamein haq hi nahi kuch kafir pata hai. yeh allah ka kaam hai. yani kaun kafir hai, yeh kaam hai allah ka. hamara kaam hi nahi hai. yani this people are entering in the domain of God.</w:t>
      </w:r>
    </w:p>
    <w:p>
      <w:pPr>
        <w:jc w:val="right"/>
      </w:pPr>
      <w:r>
        <w:t>ہمیں حق ہی نہیں کچھ کافر پتہ ہے۔ یہ اللہ کا کام ہے۔ یعنی کون کافر ہے، یہ کام ہے اللہ کا۔ ہمارا کام ہی نہیں ہے۔ یعنی this people are entering in the domain of God۔</w:t>
      </w:r>
    </w:p>
    <w:p>
      <w:r>
        <w:rPr>
          <w:b/>
        </w:rPr>
        <w:t xml:space="preserve">[36:30] </w:t>
      </w:r>
      <w:r>
        <w:t>yeh allah ke domain mein dakhil hona hai. hmm, hamein na to dunya mein koi kafir community hai, na hamein haq hai kisi ko kafir kahein.</w:t>
      </w:r>
    </w:p>
    <w:p>
      <w:pPr>
        <w:jc w:val="right"/>
      </w:pPr>
      <w:r>
        <w:t>یہ اللہ کے ڈومین میں داخل ہونا ہے۔ ہمم، ہمیں نہ تو دنیا میں کوئی کافر کمیونٹی ہے، نہ ہمیں حق ہے کسی کو کافر کہیں۔</w:t>
      </w:r>
    </w:p>
    <w:p>
      <w:r>
        <w:rPr>
          <w:b/>
        </w:rPr>
        <w:t xml:space="preserve">[36:41] </w:t>
      </w:r>
      <w:r>
        <w:t>yeh ek waqti term hai, waqti ke aap table ki discussion mein koi shakhs kahe ke mein to nahi manta is ko, to arabi zaban mein kufr ke matlab inkar ke hote hain.</w:t>
      </w:r>
    </w:p>
    <w:p>
      <w:pPr>
        <w:jc w:val="right"/>
      </w:pPr>
      <w:r>
        <w:t>یہ ایک وقتی ٹرم ہے، وقتی کہ آپ ٹیبل کی ڈسکشن میں کوئی شخص کہے کہ میں تو نہیں مانتا اس کو، تو عربی زبان میں کفر کے معنی انکار کے ہوتے ہیں۔</w:t>
      </w:r>
    </w:p>
    <w:p>
      <w:r>
        <w:rPr>
          <w:b/>
        </w:rPr>
        <w:t xml:space="preserve">[36:53] </w:t>
      </w:r>
      <w:r>
        <w:t>to kaha jaye ke bhai unhone hamari baat manne se inkar kiya. is is waqt ke liye yeh language jab ke discussion ho raha hai. hmm, abadi to mustaqil taur par koi nahi ke mustaqil taur par koi kafir community ban ban gaya.</w:t>
      </w:r>
    </w:p>
    <w:p>
      <w:pPr>
        <w:jc w:val="right"/>
      </w:pPr>
      <w:r>
        <w:t>تو کہا جائے کہ بھئی انہوں نے ہماری بات ماننے سے انکار کیا۔ اس اس وقت کے لیے یہ لینگویج جب کہ ڈسکشن ہو رہا ہے۔ ہمم، آبادی تو مستقل طور پر کوئی نہیں کہ مستقل طور پر کوئی کافر کمیونٹی بن بن گیا۔</w:t>
      </w:r>
    </w:p>
    <w:p>
      <w:r>
        <w:rPr>
          <w:b/>
        </w:rPr>
        <w:t xml:space="preserve">[37:08] </w:t>
      </w:r>
      <w:r>
        <w:t>hmm, yeh hai hi nahi islam mein.</w:t>
      </w:r>
    </w:p>
    <w:p>
      <w:pPr>
        <w:jc w:val="right"/>
      </w:pPr>
      <w:r>
        <w:t>ہمم، یہ ہے ہی نہیں اسلام میں۔</w:t>
      </w:r>
    </w:p>
    <w:p>
      <w:r>
        <w:rPr>
          <w:b/>
        </w:rPr>
        <w:t xml:space="preserve">[37:14] </w:t>
      </w:r>
      <w:r>
        <w:t>So Maulana, you are saying that kafir term is a term that can be used only temporarily۔</w:t>
      </w:r>
    </w:p>
    <w:p>
      <w:pPr>
        <w:jc w:val="right"/>
      </w:pPr>
      <w:r>
        <w:t>So Maulana, you are saying that کافر ٹرم is a term that can be used only temporarily۔</w:t>
      </w:r>
    </w:p>
    <w:p>
      <w:r>
        <w:rPr>
          <w:b/>
        </w:rPr>
        <w:t xml:space="preserve">[37:22] </w:t>
      </w:r>
      <w:r>
        <w:t>For example, if you are having a discussion with someone and he refuses to accept what you are saying, then for that particular discussion and for for that temporary time period, we can say that that person has refused to accept what we are saying.</w:t>
      </w:r>
    </w:p>
    <w:p>
      <w:pPr>
        <w:jc w:val="right"/>
      </w:pPr>
      <w:r>
        <w:t>For example, if you are having a discussion with someone and he refuses to accept what you are saying, then for that particular discussion and for for that temporary time period, we can say that that person has refused to accept what we are saying.</w:t>
      </w:r>
    </w:p>
    <w:p>
      <w:r>
        <w:rPr>
          <w:b/>
        </w:rPr>
        <w:t xml:space="preserve">[37:36] </w:t>
      </w:r>
      <w:r>
        <w:t>So he can be called a kafir۔</w:t>
      </w:r>
    </w:p>
    <w:p>
      <w:pPr>
        <w:jc w:val="right"/>
      </w:pPr>
      <w:r>
        <w:t>So he can be called a کافر۔</w:t>
      </w:r>
    </w:p>
    <w:p>
      <w:r>
        <w:rPr>
          <w:b/>
        </w:rPr>
        <w:t xml:space="preserve">[37:38] </w:t>
      </w:r>
      <w:r>
        <w:t>And you are saying that kafir is not eternally the name of any community or any group۔ And then you also said that we do not have theright to declare anyone kafir or infidel۔</w:t>
      </w:r>
    </w:p>
    <w:p>
      <w:pPr>
        <w:jc w:val="right"/>
      </w:pPr>
      <w:r>
        <w:t>And you are saying that کافر is not eternally the name of any community or any group۔ And then you also said that we do not have theright to declare anyone کافر or infidel۔</w:t>
      </w:r>
    </w:p>
    <w:p>
      <w:r>
        <w:rPr>
          <w:b/>
        </w:rPr>
        <w:t xml:space="preserve">[37:49] </w:t>
      </w:r>
      <w:r>
        <w:t>That is the domain of God</w:t>
      </w:r>
    </w:p>
    <w:p>
      <w:pPr>
        <w:jc w:val="right"/>
      </w:pPr>
      <w:r>
        <w:t>That is the domain of God</w:t>
      </w:r>
    </w:p>
    <w:p>
      <w:r>
        <w:rPr>
          <w:b/>
        </w:rPr>
        <w:t xml:space="preserve">[37:51] </w:t>
      </w:r>
      <w:r>
        <w:t>۔ That is not our domain۔ So what ISIS is doing in excommunicating people، in calling them infidel and then targeting them is absolutely un-Islamic۔</w:t>
      </w:r>
    </w:p>
    <w:p>
      <w:pPr>
        <w:jc w:val="right"/>
      </w:pPr>
      <w:r>
        <w:t>۔ That is not our domain۔ So what ISIS is doing in excommunicating people، in calling them infidel and then targeting them is absolutely un-Islamic۔</w:t>
      </w:r>
    </w:p>
    <w:p>
      <w:r>
        <w:rPr>
          <w:b/>
        </w:rPr>
        <w:t xml:space="preserve">[38:03] </w:t>
      </w:r>
      <w:r>
        <w:t>Maulana, another thing that ISIS is engaged in is that it is increasing its attacks in Western countries۔ So for example, Paris was attacked in November last year، and most recently there was an attack in Brussels۔</w:t>
      </w:r>
    </w:p>
    <w:p>
      <w:pPr>
        <w:jc w:val="right"/>
      </w:pPr>
      <w:r>
        <w:t>Maulana, another thing that ISIS is engaged in is that it is increasing its attacks in Western countries۔ So for example, Paris was attacked in November last year، and most recently there was an attack in Brussels۔</w:t>
      </w:r>
    </w:p>
    <w:p>
      <w:r>
        <w:rPr>
          <w:b/>
        </w:rPr>
        <w:t xml:space="preserve">[38:19] </w:t>
      </w:r>
      <w:r>
        <w:t>So Maulana, what do you have to say about this phenomena، this rise in violence؟</w:t>
      </w:r>
    </w:p>
    <w:p>
      <w:pPr>
        <w:jc w:val="right"/>
      </w:pPr>
      <w:r>
        <w:t>So Maulana, what do you have to say about this phenomena، this rise in violence؟</w:t>
      </w:r>
    </w:p>
    <w:p>
      <w:r>
        <w:rPr>
          <w:b/>
        </w:rPr>
        <w:t xml:space="preserve">[38:25] </w:t>
      </w:r>
      <w:r>
        <w:t>Dekhiye, is mein mein is ko responsible manta hoon. Ulama ko asal mein itna zyada hate phailai gayi hai Europe ke khilaf, America ke khilaf, aur modern civilization ke khilaf.</w:t>
      </w:r>
    </w:p>
    <w:p>
      <w:pPr>
        <w:jc w:val="right"/>
      </w:pPr>
      <w:r>
        <w:t>دیکھیے، اس میں میں اس کو responsible مانتا ہوں۔ علماء کو اصل میں اتنا زیادہ ہیٹ پھیلائی گئی ہے یورپ کے خلاف، امریکہ کے خلاف، اور مسٹر سویلائزیشن کے خلاف۔</w:t>
      </w:r>
    </w:p>
    <w:p>
      <w:r>
        <w:rPr>
          <w:b/>
        </w:rPr>
        <w:t xml:space="preserve">[38:39] </w:t>
      </w:r>
      <w:r>
        <w:t>Itni hate, itni hate phailai gayi hai ke saare log hate mein jeene lagay. Yani aap sochen ke Muslim dunya mein shayad mein akela ek shakhs hoon jo kehta hai ke modern civilization pro Islam civilization hai.</w:t>
      </w:r>
    </w:p>
    <w:p>
      <w:pPr>
        <w:jc w:val="right"/>
      </w:pPr>
      <w:r>
        <w:t>اتنی ہیٹ، اتنی ہیٹ پھیلائی گئی ہے کہ سارے لوگ ہیٹ میں جینے لگے۔ یعنی آپ سوچیں کہ مسلم دنیا میں شاید میں اکیلا ایک شخص ہوں جو کہتا ہے کہ ماڈرن سویلائزیشن پرو اسلام سویلائزیشن ہے۔</w:t>
      </w:r>
    </w:p>
    <w:p>
      <w:r>
        <w:rPr>
          <w:b/>
        </w:rPr>
        <w:t xml:space="preserve">[38:53] </w:t>
      </w:r>
      <w:r>
        <w:t>Kisi ne kaha hi nahi yeh baat. Yeh modern civilization jo hai, woh pro Islam civilization hai. Yeh kisi ne, ek shakhs ne nahi kaha. To log kya samjhen?</w:t>
      </w:r>
    </w:p>
    <w:p>
      <w:pPr>
        <w:jc w:val="right"/>
      </w:pPr>
      <w:r>
        <w:t>کسی نے کہا ہی نہیں یہ بات۔ یہ ماڈرن سویلائزیشن جو ہے، وہ پرو اسلام سویلائزیشن ہے۔ یہ کسی نے، ایک شخص نے نہیں کہا۔ تو لوگ کیا سمجھیں؟</w:t>
      </w:r>
    </w:p>
    <w:p>
      <w:r>
        <w:rPr>
          <w:b/>
        </w:rPr>
        <w:t xml:space="preserve">[39:05] </w:t>
      </w:r>
      <w:r>
        <w:t>Masjido mein, madarson mein, har jagah isi ka charcha hota hai ke West hamara dushman hai, Islam hamara dushman hai, civilization hamari dushman hai. Isi ka nateeja hai ke log itne, yani itne zyada extremist ho gaye hain.</w:t>
      </w:r>
    </w:p>
    <w:p>
      <w:pPr>
        <w:jc w:val="right"/>
      </w:pPr>
      <w:r>
        <w:t>مسجدوں میں، مدرسوں میں، ہر جگہ اسی کا چرچا ہوتا ہے کہ ویسٹ ہمارا دشمن ہے، اسلام ہمارا دشمن ہے، سویلائزیشن ہماری دشمن ہے۔ اسی کا نتیجہ ہے کہ لوگ اتنے، یعنی اتنے زیادہ ایکسٹریمسٹ ہو گئے ہیں۔</w:t>
      </w:r>
    </w:p>
    <w:p>
      <w:r>
        <w:rPr>
          <w:b/>
        </w:rPr>
        <w:t xml:space="preserve">[39:22] </w:t>
      </w:r>
      <w:r>
        <w:t>Mein samajhta hoon ke ulama ko sab se pehle apni ghalati ko maankar ke apna mauqaf, apna stand badalna chahiye.</w:t>
      </w:r>
    </w:p>
    <w:p>
      <w:pPr>
        <w:jc w:val="right"/>
      </w:pPr>
      <w:r>
        <w:t>میں سمجھتا ہوں کہ علماء کو سب سے پہلے اپنی غلطی کو مان کر کے اپنا موقف، اپنا اسٹینڈ بدلنا چاہیے۔</w:t>
      </w:r>
    </w:p>
    <w:p>
      <w:r>
        <w:rPr>
          <w:b/>
        </w:rPr>
        <w:t xml:space="preserve">[39:31] </w:t>
      </w:r>
      <w:r>
        <w:t>Saaf taur par unhein ailaan karna chahiye ke "We are wrong". Saaf taur par ulama ko kehna chahiye ke "We are wrong". Tab islaah hogi, warna islaah hona bohat mushkil kaam hai.</w:t>
      </w:r>
    </w:p>
    <w:p>
      <w:pPr>
        <w:jc w:val="right"/>
      </w:pPr>
      <w:r>
        <w:t>صاف طور پر انہیں اعلان کرنا چاہیے کہ "We are wrong"۔ صاف طور پر علماء کو کہنا چاہیے کہ "We are wrong"۔ تب اصلاح ہوگی، ورنہ اصلاح ہونا بہت مشکل کام ہے۔</w:t>
      </w:r>
    </w:p>
    <w:p>
      <w:r>
        <w:rPr>
          <w:b/>
        </w:rPr>
        <w:t xml:space="preserve">[39:41] </w:t>
      </w:r>
      <w:r>
        <w:t>So Maulana, the the real reason, the root cause behind this rise in violence that we are seeing in Western countries, the Western people are being attacked, is that there is a lot of hatred and enmity among Muslims for the West</w:t>
      </w:r>
    </w:p>
    <w:p>
      <w:pPr>
        <w:jc w:val="right"/>
      </w:pPr>
      <w:r>
        <w:t>So Maulana, the the real reason, the root cause behind this rise in violence that we are seeing in Western countries, the Western people are being attacked, is that there is a lot of hatred and enmity among Muslims for the West</w:t>
      </w:r>
    </w:p>
    <w:p>
      <w:r>
        <w:rPr>
          <w:b/>
        </w:rPr>
        <w:t xml:space="preserve">[39:58] </w:t>
      </w:r>
      <w:r>
        <w:t>۔ That, according to you, is the root cause۔ So Maulana, what does Islam say about our behavior towards our enemy؟</w:t>
      </w:r>
    </w:p>
    <w:p>
      <w:pPr>
        <w:jc w:val="right"/>
      </w:pPr>
      <w:r>
        <w:t>۔ That, according to you, is the root cause۔ So Maulana, what does Islam say about our behavior towards our enemy؟</w:t>
      </w:r>
    </w:p>
    <w:p>
      <w:r>
        <w:rPr>
          <w:b/>
        </w:rPr>
        <w:t xml:space="preserve">[40:08] </w:t>
      </w:r>
      <w:r>
        <w:t>Dekhiye, chapter 41, Fussilat, aap padhiye. Is mein bohat hi ek inqilabi taleem di gayi hai.</w:t>
      </w:r>
    </w:p>
    <w:p>
      <w:pPr>
        <w:jc w:val="right"/>
      </w:pPr>
      <w:r>
        <w:t>دیکھیے، چیپٹر 41، فصلت، آپ پڑھیے۔ اس میں بہت ہی ایک انقلابی تعلیم دی گئی ہے۔</w:t>
      </w:r>
    </w:p>
    <w:p>
      <w:r>
        <w:rPr>
          <w:b/>
        </w:rPr>
        <w:t xml:space="preserve">[40:26] </w:t>
      </w:r>
      <w:r>
        <w:t>Is mein hai ke "La tastawil hasanatu wa las sayyi'ah, iftabil billati hi ahsan, fa izallazi bainaka wa bainahu ghadawatun, ka annahu waliyyun hameem"۔</w:t>
      </w:r>
    </w:p>
    <w:p>
      <w:pPr>
        <w:jc w:val="right"/>
      </w:pPr>
      <w:r>
        <w:t>اس میں ہے کہ "لا تستول الحسنۃ والسیہ، افا بلتی حسن، فیض الذی بینک و بین غداوہ، کان ولی الحمیم"۔</w:t>
      </w:r>
    </w:p>
    <w:p>
      <w:r>
        <w:rPr>
          <w:b/>
        </w:rPr>
        <w:t xml:space="preserve">[40:38] </w:t>
      </w:r>
      <w:r>
        <w:t>Yani agar koi tum ko lagta hai ke yeh aadmi hamara dushman hai to us ke sath tum khud dushmani mat karo, acha sulook karo.</w:t>
      </w:r>
    </w:p>
    <w:p>
      <w:pPr>
        <w:jc w:val="right"/>
      </w:pPr>
      <w:r>
        <w:t>یعنی اگر کوئی تم کو لگتا ہے کہ یہ آدمی ہمارا دشمن ہے تو اس کے ساتھ تم خود دشمنی مت کرو، اچھا سلوک کرو۔</w:t>
      </w:r>
    </w:p>
    <w:p>
      <w:r>
        <w:rPr>
          <w:b/>
        </w:rPr>
        <w:t xml:space="preserve">[40:49] </w:t>
      </w:r>
      <w:r>
        <w:t>Yani bure, us ke bure sulook ka jawab achay sulook se do. To kya hoga? Woh woh dushman tumhara dost ban jayega.</w:t>
      </w:r>
    </w:p>
    <w:p>
      <w:pPr>
        <w:jc w:val="right"/>
      </w:pPr>
      <w:r>
        <w:t>یعنی برے، اس کے برے سلوک کا جواب اچھے سلوک سے دو۔ تو کیا ہوگا؟ وہ وہ دشمن تمہارا دوست بن جائے گا۔</w:t>
      </w:r>
    </w:p>
    <w:p>
      <w:r>
        <w:rPr>
          <w:b/>
        </w:rPr>
        <w:t xml:space="preserve">[40:58] </w:t>
      </w:r>
      <w:r>
        <w:t>Is mani mein ke Islam nahi manta ke koi, yani koi mustaqil dushman hai. Islam manta hi nahi. Waqti ke taur par koi bazahir dushman ban gaya hai to tum agar acha sulook karoge to uska khatam ho jayega.</w:t>
      </w:r>
    </w:p>
    <w:p>
      <w:pPr>
        <w:jc w:val="right"/>
      </w:pPr>
      <w:r>
        <w:t>اس معنی میں کہ اسلام نہیں مانتا کہ کوئی، یعنی کوئی مستقل دشمن ہے۔ اسلام مانتا ہی نہیں۔ وقتی کے طور پر کوئی بظاہر دشمن بن گیا ہے تو تم اگر اچھا سلوک کرو گے تو اس کا ختم ہو جائے گا۔</w:t>
      </w:r>
    </w:p>
    <w:p>
      <w:r>
        <w:rPr>
          <w:b/>
        </w:rPr>
        <w:t xml:space="preserve">[41:14] </w:t>
      </w:r>
      <w:r>
        <w:t>Dushmani khatam ho jayegi. Us ke baad dost ban jayega. So the Quran says, "Do good deed in return for bad deed, and you will see that your enemy has become your dearest friend"۔</w:t>
      </w:r>
    </w:p>
    <w:p>
      <w:pPr>
        <w:jc w:val="right"/>
      </w:pPr>
      <w:r>
        <w:t>دشمنی ختم ہو جائے گی۔ اس کے بعد دوست بن جائے گا۔ So the Quran says, "Do good deed in return for bad deed, and you will see that your enemy has become your dearest friend"۔</w:t>
      </w:r>
    </w:p>
    <w:p>
      <w:r>
        <w:rPr>
          <w:b/>
        </w:rPr>
        <w:t xml:space="preserve">[41:26] </w:t>
      </w:r>
      <w:r>
        <w:t>So Maulana, you are interpreting this verse in this way that there is no permanent enemy. A person is our potential friend or o</w:t>
      </w:r>
    </w:p>
    <w:p>
      <w:pPr>
        <w:jc w:val="right"/>
      </w:pPr>
      <w:r>
        <w:t>So Maulana, you are interpreting this verse in this way that there is no permanent enemy. A person is our potential friend or o</w:t>
      </w:r>
    </w:p>
    <w:p>
      <w:r>
        <w:rPr>
          <w:b/>
        </w:rPr>
        <w:t xml:space="preserve">[41:34] </w:t>
      </w:r>
      <w:r>
        <w:t>ur actual friend۔ So if somebody is our potential friend, we have to convert that potential into actual by doing good deeds۔ Maulana, this question has come from a viewer, Mr.</w:t>
      </w:r>
    </w:p>
    <w:p>
      <w:pPr>
        <w:jc w:val="right"/>
      </w:pPr>
      <w:r>
        <w:t>ur actual friend۔ So if somebody is our potential friend, we have to convert that potential into actual by doing good deeds۔ Maulana, this question has come from a viewer, Mr.</w:t>
      </w:r>
    </w:p>
    <w:p>
      <w:r>
        <w:rPr>
          <w:b/>
        </w:rPr>
        <w:t xml:space="preserve">[41:45] </w:t>
      </w:r>
      <w:r>
        <w:t>Hammad Ahmed. He wants to know, "Can a government declare a person non-Muslim by passing a law؟</w:t>
      </w:r>
    </w:p>
    <w:p>
      <w:pPr>
        <w:jc w:val="right"/>
      </w:pPr>
      <w:r>
        <w:t>حماد احمد۔ He wants to know, "Can a government declare a person non-Muslim by passing a law؟</w:t>
      </w:r>
    </w:p>
    <w:p>
      <w:r>
        <w:rPr>
          <w:b/>
        </w:rPr>
        <w:t xml:space="preserve">[41:55] </w:t>
      </w:r>
      <w:r>
        <w:t>bilkul nahi. yeh mera khayal bilkul, yani aaj kal yeh trend hai. woh iska Islam se koi talluq nahi. mera khayal kisi country mein jitne log hain, sab equal citizen hain.</w:t>
      </w:r>
    </w:p>
    <w:p>
      <w:pPr>
        <w:jc w:val="right"/>
      </w:pPr>
      <w:r>
        <w:t>" بالکل نہیں۔ یہ میرا خیال بالکل، یعنی آج کل یہ ٹرینڈ ہے۔ وہ اس کا اسلام سے کوئی تعلق نہیں۔ میرا خیال کسی کنٹری میں جتنے لوگ ہیں، سب ایکول سٹیزن ہیں۔</w:t>
      </w:r>
    </w:p>
    <w:p>
      <w:r>
        <w:rPr>
          <w:b/>
        </w:rPr>
        <w:t xml:space="preserve">[42:09] </w:t>
      </w:r>
      <w:r>
        <w:t>yeh nahi ke yeh yeh Muslim hai, woh kafir hai. yeh bilkul galat hai. aur kuch Muslim mulkon mein aisa trend aaya hai, woh galat hai.</w:t>
      </w:r>
    </w:p>
    <w:p>
      <w:pPr>
        <w:jc w:val="right"/>
      </w:pPr>
      <w:r>
        <w:t>یہ نہیں کہ یہ یہ مسلم ہے، وہ کافر ہے۔ یہ بالکل غلط ہے۔ اور کچھ مسلم ملکوں میں ایسا ٹرینڈ آیا ہے، وہ غلط ہے۔</w:t>
      </w:r>
    </w:p>
    <w:p>
      <w:r>
        <w:rPr>
          <w:b/>
        </w:rPr>
        <w:t xml:space="preserve">[42:19] </w:t>
      </w:r>
      <w:r>
        <w:t>woh trend jitne log is mein rehte hain, sab equal citizen hain. sab par equal liability aayegi.</w:t>
      </w:r>
    </w:p>
    <w:p>
      <w:pPr>
        <w:jc w:val="right"/>
      </w:pPr>
      <w:r>
        <w:t>وہ ٹرینڈ جتنے لوگ اس میں رہتے ہیں، سب ایکول سٹیزن ہیں۔ سب پر ایکول لائبلٹی آئے گی۔</w:t>
      </w:r>
    </w:p>
    <w:p>
      <w:r>
        <w:rPr>
          <w:b/>
        </w:rPr>
        <w:t xml:space="preserve">[42:28] </w:t>
      </w:r>
      <w:r>
        <w:t>sab pe barabar ki zimmedari hogi. sab ke liye yaksa'an law hoga. yahi Islam hai. kuch mulkon mein aisa kiya gaya hai.</w:t>
      </w:r>
    </w:p>
    <w:p>
      <w:pPr>
        <w:jc w:val="right"/>
      </w:pPr>
      <w:r>
        <w:t>سب پہ برابر کی ذمہ داری ہوگی۔ سب کے لیے یکساں لا ہوگا۔ یہی اسلام ہے۔ کچھ ملکوں میں ایسا کیا گیا ہے۔</w:t>
      </w:r>
    </w:p>
    <w:p>
      <w:r>
        <w:rPr>
          <w:b/>
        </w:rPr>
        <w:t xml:space="preserve">[42:38] </w:t>
      </w:r>
      <w:r>
        <w:t>mere khayal bilkul Islam ke naam pe Islam, ghair Islam chalana hai. yani Islam sirf non-Islam, is ko main kehta hoon.</w:t>
      </w:r>
    </w:p>
    <w:p>
      <w:pPr>
        <w:jc w:val="right"/>
      </w:pPr>
      <w:r>
        <w:t>میرے خیال بالکل اسلام کے نام پہ اسلام، غیر اسلام چلانا ہے۔ یعنی اسلام صرف نان اسلام، اس کو میں کہتا ہوں۔</w:t>
      </w:r>
    </w:p>
    <w:p>
      <w:r>
        <w:rPr>
          <w:b/>
        </w:rPr>
        <w:t xml:space="preserve">[42:52] </w:t>
      </w:r>
      <w:r>
        <w:t>So according to Islam, every all citizens, all people are equal citizens of a country. There is no no Muslim aur non-Muslim.</w:t>
      </w:r>
    </w:p>
    <w:p>
      <w:pPr>
        <w:jc w:val="right"/>
      </w:pPr>
      <w:r>
        <w:t>So according to Islam، every all citizens, all people are equal citizens of a country۔ There is no no مسلم اور نان مسلم۔</w:t>
      </w:r>
    </w:p>
    <w:p>
      <w:r>
        <w:rPr>
          <w:b/>
        </w:rPr>
        <w:t xml:space="preserve">[43:02] </w:t>
      </w:r>
      <w:r>
        <w:t>Maulana, this question has come from Mr. Ali. mujhe ek baat bohat pareshan kar rahi hai.</w:t>
      </w:r>
    </w:p>
    <w:p>
      <w:pPr>
        <w:jc w:val="right"/>
      </w:pPr>
      <w:r>
        <w:t>Maulana, this question has come from Mr. علی۔ مجھے ایک بات بہت پریشان کر رہی ہے۔</w:t>
      </w:r>
    </w:p>
    <w:p>
      <w:r>
        <w:rPr>
          <w:b/>
        </w:rPr>
        <w:t xml:space="preserve">[43:12] </w:t>
      </w:r>
      <w:r>
        <w:t>aakhir hum Muslim ek doosre ke gale kyun kaat rahe hain? aur be-gunah ka qatl bohat gunaah hai.</w:t>
      </w:r>
    </w:p>
    <w:p>
      <w:pPr>
        <w:jc w:val="right"/>
      </w:pPr>
      <w:r>
        <w:t>آخر ہم مسلم ایک دوسرے کے گلے کیوں کاٹ رہے ہیں؟ اور بے گناہ کا قتل بہت گناہ ہے۔</w:t>
      </w:r>
    </w:p>
    <w:p>
      <w:r>
        <w:rPr>
          <w:b/>
        </w:rPr>
        <w:t xml:space="preserve">[43:22] </w:t>
      </w:r>
      <w:r>
        <w:t>toh kyun yeh sab ho raha hai? dekhiye, yeh toh hadees mein maujood hai: "La tarju ba'da kuffar yadhrib ba'du riqab ba'din".</w:t>
      </w:r>
    </w:p>
    <w:p>
      <w:pPr>
        <w:jc w:val="right"/>
      </w:pPr>
      <w:r>
        <w:t>تو کیوں یہ سب ہو رہا ہے؟ دیکھیے، یہ تو حدیث میں موجود ہے: "لا ترجو بعد کفار یضرب بعض رقاب بعض"۔</w:t>
      </w:r>
    </w:p>
    <w:p>
      <w:r>
        <w:rPr>
          <w:b/>
        </w:rPr>
        <w:t xml:space="preserve">[43:36] </w:t>
      </w:r>
      <w:r>
        <w:t>Rasool Allah ne is ko force hi kiya tha ke ba'd ke zamane mein Musalmanon mein aisa hoga ke aapas mein log gardanein kaatenge. aur doosri hadees mein maloom hota hai ke is ki zimmedari ulama par hogi.</w:t>
      </w:r>
    </w:p>
    <w:p>
      <w:pPr>
        <w:jc w:val="right"/>
      </w:pPr>
      <w:r>
        <w:t>رسول اللہ نے اس کو فورس ہی کیا تھا کہ بعد کے زمانے میں مسلمانوں میں ایسا ہوگا کہ آپس میں لوگ گردنیں کاٹیں گے۔ اور دوسری حدیث میں معلوم ہوتا ہے کہ اس کی ذمہ داری علماء پر ہوگی۔</w:t>
      </w:r>
    </w:p>
    <w:p>
      <w:r>
        <w:rPr>
          <w:b/>
        </w:rPr>
        <w:t xml:space="preserve">[43:49] </w:t>
      </w:r>
      <w:r>
        <w:t>woh aise fatwe denge. logon ke andar aisi aisi soch paida karenge, manfi ke log aisa karne lagenge.</w:t>
      </w:r>
    </w:p>
    <w:p>
      <w:pPr>
        <w:jc w:val="right"/>
      </w:pPr>
      <w:r>
        <w:t>وہ ایسے فتوے دیں گے۔ لوگوں کے اندر ایسی ایسی سوچ پیدا کریں گے، منفی کہ لوگ ایسا کرنے لگیں گے۔</w:t>
      </w:r>
    </w:p>
    <w:p>
      <w:r>
        <w:rPr>
          <w:b/>
        </w:rPr>
        <w:t xml:space="preserve">[43:59] </w:t>
      </w:r>
      <w:r>
        <w:t>yani</w:t>
      </w:r>
    </w:p>
    <w:p>
      <w:pPr>
        <w:jc w:val="right"/>
      </w:pPr>
      <w:r>
        <w:t>یعنی</w:t>
      </w:r>
    </w:p>
    <w:p>
      <w:r>
        <w:rPr>
          <w:b/>
        </w:rPr>
        <w:t xml:space="preserve">[44:03] </w:t>
      </w:r>
      <w:r>
        <w:t>zahiri si baat mein haram aur halaal batana, is ko zahiri si baat mein fatwa dena, aur yeh ulama ka tareeqa bana hua hai aaj kal.</w:t>
      </w:r>
    </w:p>
    <w:p>
      <w:pPr>
        <w:jc w:val="right"/>
      </w:pPr>
      <w:r>
        <w:t>ظاہر سی بات میں حرام اور حلال بتانا، اس کو ظاہر سی بات میں فتوی دینا، اور یہ علماء کا طریقہ بنا ہوا ہے آج کل۔</w:t>
      </w:r>
    </w:p>
    <w:p>
      <w:r>
        <w:rPr>
          <w:b/>
        </w:rPr>
        <w:t xml:space="preserve">[44:12] </w:t>
      </w:r>
      <w:r>
        <w:t>toh sab se zyada zaroori hai ke ulama apne aap bare mein ailaan karein ke "We are wrong. We are wrong". yani "Here is the starting point".</w:t>
      </w:r>
    </w:p>
    <w:p>
      <w:pPr>
        <w:jc w:val="right"/>
      </w:pPr>
      <w:r>
        <w:t>تو سب سے زیادہ ضروری ہے کہ علماء اپنے آپ بارے میں اعلان کریں کہ "We are wrong۔ We are wrong"۔ یعنی "Here is the starting point"۔</w:t>
      </w:r>
    </w:p>
    <w:p>
      <w:r>
        <w:rPr>
          <w:b/>
        </w:rPr>
        <w:t xml:space="preserve">[44:26] </w:t>
      </w:r>
      <w:r>
        <w:t>Maulana, how do we counter the present extremism among Muslims? How do we stop it?</w:t>
      </w:r>
    </w:p>
    <w:p>
      <w:pPr>
        <w:jc w:val="right"/>
      </w:pPr>
      <w:r>
        <w:t>Maulana, how do we counter the present extremism among Muslims؟ How do we stop it؟</w:t>
      </w:r>
    </w:p>
    <w:p>
      <w:r>
        <w:rPr>
          <w:b/>
        </w:rPr>
        <w:t xml:space="preserve">[44:36] </w:t>
      </w:r>
      <w:r>
        <w:t>dekhiye, extremism jo hai, main is bare mein is se pehle keh chuka hoon ke UNESCO ka dictum hai ke "Violence begins from mind".</w:t>
      </w:r>
    </w:p>
    <w:p>
      <w:pPr>
        <w:jc w:val="right"/>
      </w:pPr>
      <w:r>
        <w:t>دیکھیے، extremism جو ہے، میں اس بارے میں اس سے پہلے کہہ چکا ہوں کہ یونیسکو کا ڈکٹم ہے کہ "Violence begins from mind"۔</w:t>
      </w:r>
    </w:p>
    <w:p>
      <w:r>
        <w:rPr>
          <w:b/>
        </w:rPr>
        <w:t xml:space="preserve">[44:50] </w:t>
      </w:r>
      <w:r>
        <w:t>yeh maamla peace ka bhi hai. "Peace begins from mind". toh abhi jo violence hai, jo extremism hai, woh kisi ideology par chal rahi hai.</w:t>
      </w:r>
    </w:p>
    <w:p>
      <w:pPr>
        <w:jc w:val="right"/>
      </w:pPr>
      <w:r>
        <w:t>یہ معاملہ پیس کا بھی ہے۔ "Peace begins from mind"۔ تو ابھی جو وائیلنس ہے، جو ایکسٹریمزم ہے، وہ کسی آئیڈیالوجی پر چل رہی ہے۔</w:t>
      </w:r>
    </w:p>
    <w:p>
      <w:r>
        <w:rPr>
          <w:b/>
        </w:rPr>
        <w:t xml:space="preserve">[45:02] </w:t>
      </w:r>
      <w:r>
        <w:t>kisi way of thinking par chal rahi hai. toh jab tak aap woh ideology na badlein, woh way of thinking na badlein, log apne tareeqe ko chhodne wale nahi hain.</w:t>
      </w:r>
    </w:p>
    <w:p>
      <w:pPr>
        <w:jc w:val="right"/>
      </w:pPr>
      <w:r>
        <w:t>کسی وے آف تھنکنگ پر چل رہی ہے۔ تو جب تک آپ وہ آئیڈیالوجی نہ بدلیں، وہ وے آف تھنکنگ نہ بدلیں، لوگ اپنے طریقے کو چھوڑنے والے نہیں ہیں۔</w:t>
      </w:r>
    </w:p>
    <w:p>
      <w:r>
        <w:rPr>
          <w:b/>
        </w:rPr>
        <w:t xml:space="preserve">[45:15] </w:t>
      </w:r>
      <w:r>
        <w:t>is liye hamari jo koshish hai, woh yeh hai ke hum logon ki re-engineering karein. logon ki soch ko badlein. abhi maine ek kitaab chhapi hai hamari ke "Edge of Peace".</w:t>
      </w:r>
    </w:p>
    <w:p>
      <w:pPr>
        <w:jc w:val="right"/>
      </w:pPr>
      <w:r>
        <w:t>اس لیے ہماری جو کوشش ہے، وہ یہ ہے کہ ہم لوگوں کی ری انجینئرنگ کریں۔ لوگوں کے سوچ کو بدلیں۔ ابھی میں نے ایک کتاب چھپی ہے ہماری کہ "Edge of Peace"۔</w:t>
      </w:r>
    </w:p>
    <w:p>
      <w:r>
        <w:rPr>
          <w:b/>
        </w:rPr>
        <w:t xml:space="preserve">[45:29] </w:t>
      </w:r>
      <w:r>
        <w:t>is mein maine dikhaya hai ke yeh jo extremism hai, yeh jo violence hai, is liye hai ke log aware nahi hain zamane ke halaat se.</w:t>
      </w:r>
    </w:p>
    <w:p>
      <w:pPr>
        <w:jc w:val="right"/>
      </w:pPr>
      <w:r>
        <w:t>اس میں میں نے دکھایا ہے کہ یہ جو ایکسٹریمزم ہے، یہ جو وائیلنس ہے، اس لیے ہے کہ لوگ اویئر نہیں ہیں زمانے کے حالات سے۔</w:t>
      </w:r>
    </w:p>
    <w:p>
      <w:r>
        <w:rPr>
          <w:b/>
        </w:rPr>
        <w:t xml:space="preserve">[45:38] </w:t>
      </w:r>
      <w:r>
        <w:t>yeh zamana toh aa gaya aisa ke peace jo hai, ek taaqat ban gayi. ab guns mein taaqat nahi hai. kisi maqsad ko haasil karne ke liye ab gun aur bomb bilkul hi, yani be-asar ho chuke hain.</w:t>
      </w:r>
    </w:p>
    <w:p>
      <w:pPr>
        <w:jc w:val="right"/>
      </w:pPr>
      <w:r>
        <w:t>یہ زمانہ تو آ گیا ایسا کہ پیس جو ہے، ایک طاقت بن گئی۔ اب گنز میں طاقت نہیں ہے۔ کسی مقصد کو حاصل کرنے کے لیے اب گن اور بم بالکل ہی، یعنی بے اثر ہو چکے ہیں۔</w:t>
      </w:r>
    </w:p>
    <w:p>
      <w:r>
        <w:rPr>
          <w:b/>
        </w:rPr>
        <w:t xml:space="preserve">[45:54] </w:t>
      </w:r>
      <w:r>
        <w:t>ab peaceful method itna strong ho chuka hai ke is ke zariye se aap kuch bhi haasil kar sakte hain. jaise Germany aur Japan violence ke zariye Second World War mein kuch haasil nahi kar sake.</w:t>
      </w:r>
    </w:p>
    <w:p>
      <w:pPr>
        <w:jc w:val="right"/>
      </w:pPr>
      <w:r>
        <w:t>اب پیس فل میتھڈ اتنا سٹرانگ ہو چکا ہے کہ اس کے ذریعے سے آپ کچھ بھی حاصل کر سکتے ہیں۔ جیسے جرمنی اور جاپان وائیلنس کے ذریعے سیکنڈ ورلڈ وار میں کچھ حاصل نہیں کر سکے۔</w:t>
      </w:r>
    </w:p>
    <w:p>
      <w:r>
        <w:rPr>
          <w:b/>
        </w:rPr>
        <w:t xml:space="preserve">[46:05] </w:t>
      </w:r>
      <w:r>
        <w:t>lekin violence ke baad, Second World War ke baad, jab unhon ne peaceful tareeqa ikhtiyar kiya toh aaj dono mulk dost taraf kar rahe hain.</w:t>
      </w:r>
    </w:p>
    <w:p>
      <w:pPr>
        <w:jc w:val="right"/>
      </w:pPr>
      <w:r>
        <w:t>لیکن وائیلنس کے بعد، سیکنڈ ورلڈ وار کے بعد، جب انہوں نے پیس فل طریقہ اختیار کیا تو آج دونوں ملک دوست طرف کر رہے ہیں۔</w:t>
      </w:r>
    </w:p>
    <w:p>
      <w:r>
        <w:rPr>
          <w:b/>
        </w:rPr>
        <w:t xml:space="preserve">[46:16] </w:t>
      </w:r>
      <w:r>
        <w:t>toh Muslim community khaas taur par is se be-khabar hai. yani un aware hai ke zamana badal chuka hai.</w:t>
      </w:r>
    </w:p>
    <w:p>
      <w:pPr>
        <w:jc w:val="right"/>
      </w:pPr>
      <w:r>
        <w:t>تو مسلم کمیونٹی خاص طور پر اس سے بے خبر ہے۔ یعنی ان اویئر ہے کہ زمانہ بدل چکا ہے۔</w:t>
      </w:r>
    </w:p>
    <w:p>
      <w:r>
        <w:rPr>
          <w:b/>
        </w:rPr>
        <w:t xml:space="preserve">[46:26] </w:t>
      </w:r>
      <w:r>
        <w:t>violence ka asar khatam ho chuka hai. ab peace mein taaqat hai. is is isi se logon ko ba-khabar karna. jab Musalman is se ba-khabar ho jayenge toh saara aap dekhenge ke sab violence ka jo culture hai, woh sab sab log chhod denge is ko.</w:t>
      </w:r>
    </w:p>
    <w:p>
      <w:pPr>
        <w:jc w:val="right"/>
      </w:pPr>
      <w:r>
        <w:t>وائیلنس کا اثر ختم ہو چکا ہے۔ اب پیس میں طاقت ہے۔ اس اس اسی سے لوگوں کو باخبر کرنا۔ جب مسلمان اس سے باخبر ہو جائیں گے تو سارا آپ دیکھیں گے کہ سب وائیلنس کا جو کلچر ہے، وہ سب سب لوگ چھوڑ دیں گے اس کو۔</w:t>
      </w:r>
    </w:p>
    <w:p>
      <w:r>
        <w:rPr>
          <w:b/>
        </w:rPr>
        <w:t xml:space="preserve">[46:45] </w:t>
      </w:r>
      <w:r>
        <w:t>So Maulana, you are making a very important point that violence begins from the mind and peace also begins from</w:t>
      </w:r>
    </w:p>
    <w:p>
      <w:pPr>
        <w:jc w:val="right"/>
      </w:pPr>
      <w:r>
        <w:t>So Maulana, you are making a very important point that وائیلنس begins from the mind and peace also begins from</w:t>
      </w:r>
    </w:p>
    <w:p>
      <w:r>
        <w:rPr>
          <w:b/>
        </w:rPr>
        <w:t xml:space="preserve">[46:52] </w:t>
      </w:r>
      <w:r>
        <w:t>the mind. So if we want to counter this problem of violent extremism, then we will have to address the minds of people because they have taken to the path of extremism because they have justified it on the basis of an ideology.</w:t>
      </w:r>
    </w:p>
    <w:p>
      <w:pPr>
        <w:jc w:val="right"/>
      </w:pPr>
      <w:r>
        <w:t>the mind۔ So if we want to counter this problem of violent extremism، then we will have to address the minds of people because they have taken to the path of extremism because they have justified it on the basis of an ideology۔</w:t>
      </w:r>
    </w:p>
    <w:p>
      <w:r>
        <w:rPr>
          <w:b/>
        </w:rPr>
        <w:t xml:space="preserve">[47:06] </w:t>
      </w:r>
      <w:r>
        <w:t>So we will have to counter this ideology if we want to prevent them from taking to violence.</w:t>
      </w:r>
    </w:p>
    <w:p>
      <w:pPr>
        <w:jc w:val="right"/>
      </w:pPr>
      <w:r>
        <w:t>So we will have to counter this ideology if we want to prevent them from taking to violence۔</w:t>
      </w:r>
    </w:p>
    <w:p>
      <w:r>
        <w:rPr>
          <w:b/>
        </w:rPr>
        <w:t xml:space="preserve">[47:14] </w:t>
      </w:r>
      <w:r>
        <w:t>Maulana, your entire mission is based on peace and working for peace in Muslim societies. And you have changed the minds of many Muslims.</w:t>
      </w:r>
    </w:p>
    <w:p>
      <w:pPr>
        <w:jc w:val="right"/>
      </w:pPr>
      <w:r>
        <w:t>Maulana, your entire mission is based on peace and working for peace in Muslim societies۔ And you have changed the minds of many Muslims۔</w:t>
      </w:r>
    </w:p>
    <w:p>
      <w:r>
        <w:rPr>
          <w:b/>
        </w:rPr>
        <w:t xml:space="preserve">[47:25] </w:t>
      </w:r>
      <w:r>
        <w:t>Many Muslim extremists have abandoned violence, abandoned guns and arms by reading your literature. So can you please throw some more light on how, what is your method of working?</w:t>
      </w:r>
    </w:p>
    <w:p>
      <w:pPr>
        <w:jc w:val="right"/>
      </w:pPr>
      <w:r>
        <w:t>Many Muslim extremists have abandoned violence، abandoned guns and arms by reading your literature۔ So can you please throw some more light on how، what is your method of working؟</w:t>
      </w:r>
    </w:p>
    <w:p>
      <w:r>
        <w:rPr>
          <w:b/>
        </w:rPr>
        <w:t xml:space="preserve">[47:36] </w:t>
      </w:r>
      <w:r>
        <w:t>How, what is your approach in dealing with extremists and violent people?</w:t>
      </w:r>
    </w:p>
    <w:p>
      <w:pPr>
        <w:jc w:val="right"/>
      </w:pPr>
      <w:r>
        <w:t>How، what is your approach in dealing with extremists and violent people؟</w:t>
      </w:r>
    </w:p>
    <w:p>
      <w:r>
        <w:rPr>
          <w:b/>
        </w:rPr>
        <w:t xml:space="preserve">[47:43] </w:t>
      </w:r>
      <w:r>
        <w:t>Bahut hi simple hai. Is mein koi complexity nahi hai. Woh kya hai ke hum yeh batate hain logon ko taqreer mein aur tehreer mein ke nature ka jo method hai, woh sar ta sar peace par pesh karta hai.</w:t>
      </w:r>
    </w:p>
    <w:p>
      <w:pPr>
        <w:jc w:val="right"/>
      </w:pPr>
      <w:r>
        <w:t>بہت ہی سمپل ہے۔ اس میں کوئی کمپلیکسٹی نہیں ہے۔ وہ کیا ہے کہ ہم یہ بتاتے ہیں لوگوں کو تقریر میں اور تحریر میں کہ نیچر کا جو میتھڈ ہے، وہ سر تا سر پیس پر پیش کرتا ہے۔</w:t>
      </w:r>
    </w:p>
    <w:p>
      <w:r>
        <w:rPr>
          <w:b/>
        </w:rPr>
        <w:t xml:space="preserve">[48:01] </w:t>
      </w:r>
      <w:r>
        <w:t>Nature ke method mein violence hai hi nahi. Nature jo bhi maqsad hasil karti hai, woh peace ke zariye se. Maslan nature chahti hai ke ek beej jo hai, bada badhe aur darakht badhe, toh is mein nature koi violence istemal nahi karti.</w:t>
      </w:r>
    </w:p>
    <w:p>
      <w:pPr>
        <w:jc w:val="right"/>
      </w:pPr>
      <w:r>
        <w:t>نیچر کے میتھڈ میں وائیلنس ہے ہی نہیں۔ نیچر جو بھی مقصد حاصل کرتی ہے، وہ پیس کے ذریعے سے۔ مثلاً نیچر چاہتی ہے کہ ایک بیج جو ہے، بڑا بڑھے اور درخت بڑھے، تو اس میں نیچر کوئی وائیلنس استعمال نہیں کرتی۔</w:t>
      </w:r>
    </w:p>
    <w:p>
      <w:r>
        <w:rPr>
          <w:b/>
        </w:rPr>
        <w:t xml:space="preserve">[48:16] </w:t>
      </w:r>
      <w:r>
        <w:t>Ek beej ko mauqa deti hai ke woh is ke andar, yaani stem nikle, broads nikle, phir patiyan niklen, phir phool niklen, peaceful tareeqe se.</w:t>
      </w:r>
    </w:p>
    <w:p>
      <w:pPr>
        <w:jc w:val="right"/>
      </w:pPr>
      <w:r>
        <w:t>ایک بیج کو موقع دیتی ہے کہ وہ اس کے اندر، یعنی اسٹم نکلے، براڈز نکلے، پھر پتیاں نکلیں، پھر پھول نکلیں، پیس فل طریقے سے۔</w:t>
      </w:r>
    </w:p>
    <w:p>
      <w:r>
        <w:rPr>
          <w:b/>
        </w:rPr>
        <w:t xml:space="preserve">[48:27] </w:t>
      </w:r>
      <w:r>
        <w:t>Toh yeh peace jo hai, woh law of nature hai. Yeh hum logon ko batate hain aur phir Quran o Hadees ke hawale dete hain.</w:t>
      </w:r>
    </w:p>
    <w:p>
      <w:pPr>
        <w:jc w:val="right"/>
      </w:pPr>
      <w:r>
        <w:t>تو یہ پیس جو ہے، وہ لا آف نیچر ہے۔ یہ ہم لوگوں کو بتاتے ہیں اور پھر قرآن و حدیث کے حوالے دیتے ہیں۔</w:t>
      </w:r>
    </w:p>
    <w:p>
      <w:r>
        <w:rPr>
          <w:b/>
        </w:rPr>
        <w:t xml:space="preserve">[48:38] </w:t>
      </w:r>
      <w:r>
        <w:t>Misal ke taur par dekhiye, ek hadees hai ke "In Allah yu'ti al-riq ma la yu'ti al-'unf" yaani "God grants to peace, what He does not grant to violence".</w:t>
      </w:r>
    </w:p>
    <w:p>
      <w:pPr>
        <w:jc w:val="right"/>
      </w:pPr>
      <w:r>
        <w:t>مثال طور پر دیکھیے، ایک حدیث ہے کہ "إن الله يؤتي الرق مالا يؤتي العنف" یعنی "گاڈ گرانٹس ٹو پیس، واٹ ہی ڈز ناٹ گرانٹ ٹو وائیلنس"۔</w:t>
      </w:r>
    </w:p>
    <w:p>
      <w:r>
        <w:rPr>
          <w:b/>
        </w:rPr>
        <w:t xml:space="preserve">[48:57] </w:t>
      </w:r>
      <w:r>
        <w:t>Toh law of nature ke ko hum batate hain, Quran o Hadees ko hum batate hain aur in ki mind ki re-engineering karte hain.</w:t>
      </w:r>
    </w:p>
    <w:p>
      <w:pPr>
        <w:jc w:val="right"/>
      </w:pPr>
      <w:r>
        <w:t>تو لا آف نیچر کے کو ہم بتاتے ہیں، قرآن و حدیث کو ہم بتاتے ہیں اور ان کی مائنڈ کی ری انجینئرنگ کرتے ہیں۔</w:t>
      </w:r>
    </w:p>
    <w:p>
      <w:r>
        <w:rPr>
          <w:b/>
        </w:rPr>
        <w:t xml:space="preserve">[49:07] </w:t>
      </w:r>
      <w:r>
        <w:t>Aur mujhe yaqeen hai ke insaan apne aap ko deny nahi kar sakta. Insaan ki ek ek nature hai, fitrat hai ke apne aap ko deny nahi kar sakta.</w:t>
      </w:r>
    </w:p>
    <w:p>
      <w:pPr>
        <w:jc w:val="right"/>
      </w:pPr>
      <w:r>
        <w:t>اور مجھے یقین ہے کہ انسان اپنے آپ کو ڈینائی نہیں کر سکتا۔ انسان کی ایک ایک نیچر ہے، فطرت ہے کہ اپنے آپ کو ڈینائی نہیں کر سکتا۔</w:t>
      </w:r>
    </w:p>
    <w:p>
      <w:r>
        <w:rPr>
          <w:b/>
        </w:rPr>
        <w:t xml:space="preserve">[49:19] </w:t>
      </w:r>
      <w:r>
        <w:t>Woh agar is ki aqal gawahi de ke waqai yeh baat toh sahi hai, waqai peace ke zariye hum pa sakte hain, violence ke zariye nahi pa sakte, toh apni aqal ki gawahi ko radd nahi kar sakta.</w:t>
      </w:r>
    </w:p>
    <w:p>
      <w:pPr>
        <w:jc w:val="right"/>
      </w:pPr>
      <w:r>
        <w:t>وہ اگر اس کی عقل گواہی دے کہ واقعی یہ بات تو صحیح ہے، واقعی پی سی کے ذریعے ہم پا سکتے ہیں، وائیلنس کے ذریعے نہیں پا سکتے، تو اپنی عقل کی گواہی کو رد نہیں کر سکتا۔</w:t>
      </w:r>
    </w:p>
    <w:p>
      <w:r>
        <w:rPr>
          <w:b/>
        </w:rPr>
        <w:t xml:space="preserve">[49:33] </w:t>
      </w:r>
      <w:r>
        <w:t>Woh aur yeh ho raha hai. Jo log hamare saath hain, yeh sab woh sab ka kaise hi hai ke un ki soch pehle aisi nahi thi jo ab hai.</w:t>
      </w:r>
    </w:p>
    <w:p>
      <w:pPr>
        <w:jc w:val="right"/>
      </w:pPr>
      <w:r>
        <w:t>وہ اور یہ ہو رہا ہے۔ جو لوگ ہمارے ساتھ ہیں، یہ سب وہ سب کا کیسے ہی ہے کہ ان کی سوچ پہلے ایسی نہیں تھی جو اب ہے۔</w:t>
      </w:r>
    </w:p>
    <w:p>
      <w:r>
        <w:rPr>
          <w:b/>
        </w:rPr>
        <w:t xml:space="preserve">[49:43] </w:t>
      </w:r>
      <w:r>
        <w:t>Lekin jab unhone hamari kitabon ko padha, un ki aqal mein yeh baat baith gayi ke ke peace toh nature ka tareeqa hai, peace se, peace ke zariye se mil sakta hai kuch aadmi ko.</w:t>
      </w:r>
    </w:p>
    <w:p>
      <w:pPr>
        <w:jc w:val="right"/>
      </w:pPr>
      <w:r>
        <w:t>لیکن جب انہوں نے ہماری کتابوں کو پڑھا، ان کی عقل میں یہ بات بیٹھ گئی کہ کہ پیس تو نیچر کا طریقہ ہے، پی سی سے، پی سی کے ذریعے سے مل سکتا ہے کچھ آدمی کو۔</w:t>
      </w:r>
    </w:p>
    <w:p>
      <w:r>
        <w:rPr>
          <w:b/>
        </w:rPr>
        <w:t xml:space="preserve">[49:58] </w:t>
      </w:r>
      <w:r>
        <w:t>Ab violence se toh kuch nahi milega, siwaye destruction se. Toh apni aqal ki jab jab un ki aqal ne jab gawahi di toh unhone maan liya is ko.</w:t>
      </w:r>
    </w:p>
    <w:p>
      <w:pPr>
        <w:jc w:val="right"/>
      </w:pPr>
      <w:r>
        <w:t>اب وائیلنس سے تو کچھ نہیں ملے گا، سوائے ڈسٹرکشن سے۔ تو اپنی عقل کی جب جب ان کی عقل نے جب گواہی دی تو انہوں نے مان لیا اس کو۔</w:t>
      </w:r>
    </w:p>
    <w:p>
      <w:r>
        <w:rPr>
          <w:b/>
        </w:rPr>
        <w:t xml:space="preserve">[50:08] </w:t>
      </w:r>
      <w:r>
        <w:t>Yahi tareeqa sab ko ikhtiyar karna chahiye, chahe ulama hon ya ghair ulama hon. So Maulana, your approach is based on</w:t>
      </w:r>
    </w:p>
    <w:p>
      <w:pPr>
        <w:jc w:val="right"/>
      </w:pPr>
      <w:r>
        <w:t>یہی طریقہ سب کو اختیار کرنا چاہیے، چاہے علماء ہوں یا غیر علماء ہوں۔ So Maulana, your approach is based on</w:t>
      </w:r>
    </w:p>
    <w:p>
      <w:r>
        <w:rPr>
          <w:b/>
        </w:rPr>
        <w:t xml:space="preserve">[50:15] </w:t>
      </w:r>
      <w:r>
        <w:t>two points. First of all, you explain to people that peace is a universal principle. It is established all over the universe and the world.</w:t>
      </w:r>
    </w:p>
    <w:p>
      <w:pPr>
        <w:jc w:val="right"/>
      </w:pPr>
      <w:r>
        <w:t>two points۔ First of all، you explain to people that peace is a universal principle۔ It is established all over the universe and the world۔</w:t>
      </w:r>
    </w:p>
    <w:p>
      <w:r>
        <w:rPr>
          <w:b/>
        </w:rPr>
        <w:t xml:space="preserve">[50:25] </w:t>
      </w:r>
      <w:r>
        <w:t>So anything that is happening in nature, in the universe, is happening through the through the path of peace, through the course of peace.</w:t>
      </w:r>
    </w:p>
    <w:p>
      <w:pPr>
        <w:jc w:val="right"/>
      </w:pPr>
      <w:r>
        <w:t>So anything that is happening in nature, in the universe، is happening through the through the path of peace، through the course of peace۔</w:t>
      </w:r>
    </w:p>
    <w:p>
      <w:r>
        <w:rPr>
          <w:b/>
        </w:rPr>
        <w:t xml:space="preserve">[50:33] </w:t>
      </w:r>
      <w:r>
        <w:t>And then you also cite verses from the Quran and from the life of the Prophet. You explain how peace is important and how violence cannot help people in any manner.</w:t>
      </w:r>
    </w:p>
    <w:p>
      <w:pPr>
        <w:jc w:val="right"/>
      </w:pPr>
      <w:r>
        <w:t>And then you also cite verses from the Quran and from the life of the Prophet۔ You explain how peace is important and how violence cannot help people in any manner۔</w:t>
      </w:r>
    </w:p>
    <w:p>
      <w:r>
        <w:rPr>
          <w:b/>
        </w:rPr>
        <w:t xml:space="preserve">[50:44] </w:t>
      </w:r>
      <w:r>
        <w:t>Maulana, there is also an issue of the caliphate. Muslims believe that it's their responsibility to establish the caliphate and that they should dominate the entire world.</w:t>
      </w:r>
    </w:p>
    <w:p>
      <w:pPr>
        <w:jc w:val="right"/>
      </w:pPr>
      <w:r>
        <w:t>Maulana, there is also an issue of the caliphate۔ Muslims believe that it's their responsibility to establish the caliphate and that they should dominate the entire world۔</w:t>
      </w:r>
    </w:p>
    <w:p>
      <w:r>
        <w:rPr>
          <w:b/>
        </w:rPr>
        <w:t xml:space="preserve">[50:55] </w:t>
      </w:r>
      <w:r>
        <w:t>And for that, they are fighting. What do you have to say about this?</w:t>
      </w:r>
    </w:p>
    <w:p>
      <w:pPr>
        <w:jc w:val="right"/>
      </w:pPr>
      <w:r>
        <w:t>And for that، they are fighting۔ What do you have to say about this؟</w:t>
      </w:r>
    </w:p>
    <w:p>
      <w:r>
        <w:rPr>
          <w:b/>
        </w:rPr>
        <w:t xml:space="preserve">[50:59] </w:t>
      </w:r>
      <w:r>
        <w:t>Yeh bilkul Islam se koi talluq nahi. Is concept ka, yaani khilafat ka jo yeh concept hai, is ka Islam se koi talluq nahi.</w:t>
      </w:r>
    </w:p>
    <w:p>
      <w:pPr>
        <w:jc w:val="right"/>
      </w:pPr>
      <w:r>
        <w:t>یہ بالکل اسلام سے کوئی تعلق نہیں۔ اس کانسیپٹ کا، یعنی خلافت کا جو یہ کانسیپٹ ہے، اس کا اسلام سے کوئی تعلق نہیں۔</w:t>
      </w:r>
    </w:p>
    <w:p>
      <w:r>
        <w:rPr>
          <w:b/>
        </w:rPr>
        <w:t xml:space="preserve">[51:09] </w:t>
      </w:r>
      <w:r>
        <w:t>Koi bhi Quran mein ayat nahi hai, koi bhi hadees nahi hai jis mein yeh bataya gaya ho ke khilafat ko qaim karo. Hmm, kahin bhi yeh nahi hai. Aap ek ayat nahi bata sakte, ek hadees nahi bata sakte.</w:t>
      </w:r>
    </w:p>
    <w:p>
      <w:pPr>
        <w:jc w:val="right"/>
      </w:pPr>
      <w:r>
        <w:t>کوئی بھی قرآن میں آیت نہیں ہے، کوئی بھی حدیث نہیں ہے جس میں یہ بتایا گیا ہو کہ خلافت کو قائم کرو۔ ہمم، کہیں بھی یہ نہیں ہے۔ آپ ایک آیت نہیں بتا سکتے، ایک حدیث نہیں بتا سکتے۔</w:t>
      </w:r>
    </w:p>
    <w:p>
      <w:r>
        <w:rPr>
          <w:b/>
        </w:rPr>
        <w:t xml:space="preserve">[51:20] </w:t>
      </w:r>
      <w:r>
        <w:t>is mein yeh kaha gaya ke a musalmano, tumhara farz hai ke tum khilafat qaim karo. khalifa ke mani hote hain baad ka aanay wala. to jo rasool Allah ke baad Hazrat Abu Bakr aaye,</w:t>
      </w:r>
    </w:p>
    <w:p>
      <w:pPr>
        <w:jc w:val="right"/>
      </w:pPr>
      <w:r>
        <w:t>اس میں یہ کہا گیا کہ اے مسلمانوں، تمہارا فرض ہے کہ تم خلافت قائم کرو۔ خلیفہ کے معنی ہوتے ہیں بعد کا آنے والا۔ تو جو رسول اللہ کے بعد حضرت ابوبکر آئے،</w:t>
      </w:r>
    </w:p>
    <w:p>
      <w:r>
        <w:rPr>
          <w:b/>
        </w:rPr>
        <w:t xml:space="preserve">[51:36] </w:t>
      </w:r>
      <w:r>
        <w:t>to un ko koi logon ne khalifa kaha, halanke baad ka chhod diya gaya. phir sirf Abu al-Momin kaha janay laga woh. to yeh tasawwur bilkul be buniyad hai ke khilafat koi aisi cheez hai, koi goal hai hamara, hum qaim karein.</w:t>
      </w:r>
    </w:p>
    <w:p>
      <w:pPr>
        <w:jc w:val="right"/>
      </w:pPr>
      <w:r>
        <w:t>تو ان کو کوئی لوگوں نے خلیفہ کہا، حالانکہ بعد کا چھوڑ دیا گیا۔ پھر صرف ابو المومن کہا جانے لگا وہ۔ تو یہ تصوری بالکل بے بنیاد ہے کہ خلافت کوئی ایسی چیز ہے، کوئی گول ہے ہمارا، ہم قائم کریں۔</w:t>
      </w:r>
    </w:p>
    <w:p>
      <w:r>
        <w:rPr>
          <w:b/>
        </w:rPr>
        <w:t xml:space="preserve">[51:51] </w:t>
      </w:r>
      <w:r>
        <w:t>yeh kahin nahi hai. yeh to khud unhon ne bana liya hai, khud yeh khud sakhta hai. The caliphate is a self-styled goal which Muslims have developed for themselves.</w:t>
      </w:r>
    </w:p>
    <w:p>
      <w:pPr>
        <w:jc w:val="right"/>
      </w:pPr>
      <w:r>
        <w:t>یہ کہیں نہیں ہے۔ یہ تو خود انہوں نے بنا لیا ہے، خود یہ خود ساختہ ہے۔ The caliphate is a self-styled goal which Muslims have developed for themselves۔</w:t>
      </w:r>
    </w:p>
    <w:p>
      <w:r>
        <w:rPr>
          <w:b/>
        </w:rPr>
        <w:t xml:space="preserve">[52:02] </w:t>
      </w:r>
      <w:r>
        <w:t>Islam does not give them this goal. Maulana, this question is from Miss Sadia Khan. She wants to know that what Muslims are doing today, they are engaged in several activities which are distorting the name of Islam, the image of Islam in the eyes of the people of the world.</w:t>
      </w:r>
    </w:p>
    <w:p>
      <w:pPr>
        <w:jc w:val="right"/>
      </w:pPr>
      <w:r>
        <w:t>اسلام does not give them this goal۔ Maulana, this question is from Miss سعدیہ خان۔ She wants to know that what Muslims are doing today, they are engaged in several activities which are distorting the name of Islam، the image of Islam in the eyes of the people of the world۔</w:t>
      </w:r>
    </w:p>
    <w:p>
      <w:r>
        <w:rPr>
          <w:b/>
        </w:rPr>
        <w:t xml:space="preserve">[52:19] </w:t>
      </w:r>
      <w:r>
        <w:t>So Maulana, what should Muslims do to correct and reform this image of Islam? Main samajhta hoon ke starting point yeh hai ke apni ghalti ko maana jaye.</w:t>
      </w:r>
    </w:p>
    <w:p>
      <w:pPr>
        <w:jc w:val="right"/>
      </w:pPr>
      <w:r>
        <w:t>So Maulana, what should Muslims do to correct and reform this image of Islam؟ میں سمجھتا ہوں کہ اسٹارٹنگ پوائنٹ یہ ہے کہ اپنی غلطی کو مانا جائے۔</w:t>
      </w:r>
    </w:p>
    <w:p>
      <w:r>
        <w:rPr>
          <w:b/>
        </w:rPr>
        <w:t xml:space="preserve">[52:35] </w:t>
      </w:r>
      <w:r>
        <w:t>Musalmanon ka mizaj yeh hai ke woh doosron ko blame dete hain, jaise aaj ke term bana hua hai "Islamophobia".</w:t>
      </w:r>
    </w:p>
    <w:p>
      <w:pPr>
        <w:jc w:val="right"/>
      </w:pPr>
      <w:r>
        <w:t>مسلمانوں کا مزاج یہ ہے کہ وہ دوسروں کو بلم دیتے ہیں، جیسے آج کے ٹرم بنا ہوا ہے "اسلامو فوبیا"۔</w:t>
      </w:r>
    </w:p>
    <w:p>
      <w:r>
        <w:rPr>
          <w:b/>
        </w:rPr>
        <w:t xml:space="preserve">[52:44] </w:t>
      </w:r>
      <w:r>
        <w:t>Islamophobia ek bilkul hi be, yaani baseless lafz hai. Yeh term ki koi asal nahi hai. To doosron ko blame dete hain, woh humein azaad samajhte hain, Islam ko azaad samajhte hain.</w:t>
      </w:r>
    </w:p>
    <w:p>
      <w:pPr>
        <w:jc w:val="right"/>
      </w:pPr>
      <w:r>
        <w:t>اسلامو فوبیا ایک بالکل ہی بے، یعنی بیسلیس لفظ ہے۔ یہ ٹرم کی کوئی اصلی نہیں ہے۔ تو دوسروں کو بلم دیتے ہیں، وہ ہمیں از سمجھتے ہیں، اسلام کو از سمجھتے ہیں۔</w:t>
      </w:r>
    </w:p>
    <w:p>
      <w:r>
        <w:rPr>
          <w:b/>
        </w:rPr>
        <w:t xml:space="preserve">[52:57] </w:t>
      </w:r>
      <w:r>
        <w:t>Unhon ne Islam ko azaad samajh rakha hai. To doosron ko blame dena saari Muslim community ka mizaj ban gaya hai.</w:t>
      </w:r>
    </w:p>
    <w:p>
      <w:pPr>
        <w:jc w:val="right"/>
      </w:pPr>
      <w:r>
        <w:t>انہوں نے اسلام کو از سمجھ رکھا ہے۔ تو دوسروں کو بلم دینا سارے مسلم کمیونٹی کا مزاج بن گیا ہے۔</w:t>
      </w:r>
    </w:p>
    <w:p>
      <w:r>
        <w:rPr>
          <w:b/>
        </w:rPr>
        <w:t xml:space="preserve">[53:05] </w:t>
      </w:r>
      <w:r>
        <w:t>Blame others. Main samajhta hoon ke in ko yeh manna padega ke is duniya mein blame the self chalta hai, blame others chalte hi nahi hain.</w:t>
      </w:r>
    </w:p>
    <w:p>
      <w:pPr>
        <w:jc w:val="right"/>
      </w:pPr>
      <w:r>
        <w:t>بلیم ادرس۔ میں سمجھتا ہوں کہ ان کو یہ ماننا پڑے گا کہ اس دنیا میں بلیم دائی سیلف چلتا ہے، بلیم ادرس چلتے ہی نہیں ہیں۔</w:t>
      </w:r>
    </w:p>
    <w:p>
      <w:r>
        <w:rPr>
          <w:b/>
        </w:rPr>
        <w:t xml:space="preserve">[53:17] </w:t>
      </w:r>
      <w:r>
        <w:t>Jo law of nature hai, us ke mutabiq is duniya mein sirf blame the self ka formula chalta hai. Blame others ka formula chalte hi nahi hain.</w:t>
      </w:r>
    </w:p>
    <w:p>
      <w:pPr>
        <w:jc w:val="right"/>
      </w:pPr>
      <w:r>
        <w:t>جو لا آف نیچر ہے، اس کے مطابق اس دنیا میں صرف بلیم دائی سیلف کا فارمولہ چلتا ہے۔ بلیم ادرس کا فارمولہ چلتے ہی نہیں ہیں۔</w:t>
      </w:r>
    </w:p>
    <w:p>
      <w:r>
        <w:rPr>
          <w:b/>
        </w:rPr>
        <w:t xml:space="preserve">[53:27] </w:t>
      </w:r>
      <w:r>
        <w:t>To musalmanon ko is haqeeqat ko bhanpna padega aur doosron ko blame de kar ke kuch cheez woh paani na paaya ab tak, na aaj na paayega.</w:t>
      </w:r>
    </w:p>
    <w:p>
      <w:pPr>
        <w:jc w:val="right"/>
      </w:pPr>
      <w:r>
        <w:t>تو مسلمانوں کو اس حقیقت کو بھانپنا پڑے گا اور دوسروں کو بلیم دے کر کے کچھ چیز وہ پانی نہ پایا اب تک، نہ آج نہ پائے گا۔</w:t>
      </w:r>
    </w:p>
    <w:p>
      <w:r>
        <w:rPr>
          <w:b/>
        </w:rPr>
        <w:t xml:space="preserve">[53:38] </w:t>
      </w:r>
      <w:r>
        <w:t>So Maulana, Muslims first of all have to take the responsibility for their actions on their own selves. They have to blame themselves. They don't have to blame others.</w:t>
      </w:r>
    </w:p>
    <w:p>
      <w:pPr>
        <w:jc w:val="right"/>
      </w:pPr>
      <w:r>
        <w:t>So Maulana, Muslims first of all have to take the responsibility for their actions on their own selves۔ They have to blame themselves۔ They don't have to blame others۔</w:t>
      </w:r>
    </w:p>
    <w:p>
      <w:r>
        <w:rPr>
          <w:b/>
        </w:rPr>
        <w:t xml:space="preserve">[53:47] </w:t>
      </w:r>
      <w:r>
        <w:t>And Maulana, what can Muslims do</w:t>
      </w:r>
    </w:p>
    <w:p>
      <w:pPr>
        <w:jc w:val="right"/>
      </w:pPr>
      <w:r>
        <w:t>And Maulana, what can Muslims do</w:t>
      </w:r>
    </w:p>
    <w:p>
      <w:r>
        <w:rPr>
          <w:b/>
        </w:rPr>
        <w:t xml:space="preserve">[53:50] </w:t>
      </w:r>
      <w:r>
        <w:t>? What action can they take? What work can they engage in so that the image of Islam is reformed?</w:t>
      </w:r>
    </w:p>
    <w:p>
      <w:pPr>
        <w:jc w:val="right"/>
      </w:pPr>
      <w:r>
        <w:t>؟ What action can they take؟ What work can they engage in so that the image of Islam is reformed؟</w:t>
      </w:r>
    </w:p>
    <w:p>
      <w:r>
        <w:rPr>
          <w:b/>
        </w:rPr>
        <w:t xml:space="preserve">[53:58] </w:t>
      </w:r>
      <w:r>
        <w:t>Wohi hum kar rahe hain. Peaceful dissemination of Islamic teachings, chahe aap stage ke zariye se ya literature ke zariye se, yaani yeh hum kar rahe hain.</w:t>
      </w:r>
    </w:p>
    <w:p>
      <w:pPr>
        <w:jc w:val="right"/>
      </w:pPr>
      <w:r>
        <w:t>وہی ہم کر رہے ہیں۔ پیس فل ڈسکریمینیشن آف اسلامک ٹیچنگ، چاہے آپ اسٹیج کے ذریعے سے یا لٹریچر کے ذریعے سے، یعنی یہ ہم کر رہے ہیں۔</w:t>
      </w:r>
    </w:p>
    <w:p>
      <w:r>
        <w:rPr>
          <w:b/>
        </w:rPr>
        <w:t xml:space="preserve">[54:13] </w:t>
      </w:r>
      <w:r>
        <w:t>Yeh yahi sab log kar rahe hain. Koi aur tareeqa is ka hai hi nahi. Agar aap logon ko address karna chahte hain to stage se address kijiye, yaani literature phailaiye.</w:t>
      </w:r>
    </w:p>
    <w:p>
      <w:pPr>
        <w:jc w:val="right"/>
      </w:pPr>
      <w:r>
        <w:t>یہ یہی سب لوگ کر رہے ہیں۔ کوئی اور طریقہ اس کا ہے ہی نہیں۔ اگر آپ لوگوں کو ایڈریس کرنا چاہتے ہیں تو اسٹیج سے ایڈریس کیجئے، یعنی لٹریچر پھیلائیے۔</w:t>
      </w:r>
    </w:p>
    <w:p>
      <w:r>
        <w:rPr>
          <w:b/>
        </w:rPr>
        <w:t xml:space="preserve">[54:27] </w:t>
      </w:r>
      <w:r>
        <w:t>Yahi tareeqa hai, koi doosra tareeqa nahi, koi shortcut is ka, koi shortcut nahi. So Maulana, your method is peaceful dissemination of Islamic teachings.</w:t>
      </w:r>
    </w:p>
    <w:p>
      <w:pPr>
        <w:jc w:val="right"/>
      </w:pPr>
      <w:r>
        <w:t>یہی طریقہ ہے، کوئی دوسرا طریقہ نہیں، کوئی شارٹ کٹ اس کا، کوئی شارٹ کٹ نہیں۔ So Maulana, your method is peaceful dissemination of Islamic teachings۔</w:t>
      </w:r>
    </w:p>
    <w:p>
      <w:r>
        <w:rPr>
          <w:b/>
        </w:rPr>
        <w:t xml:space="preserve">[54:37] </w:t>
      </w:r>
      <w:r>
        <w:t>And Maulana, would you like to give one last message to those who are influenced by violence and who are engaging in violence?</w:t>
      </w:r>
    </w:p>
    <w:p>
      <w:pPr>
        <w:jc w:val="right"/>
      </w:pPr>
      <w:r>
        <w:t>And Maulana, would you like to give one last message to those who are influenced by violence and who are engaging in violence؟</w:t>
      </w:r>
    </w:p>
    <w:p>
      <w:r>
        <w:rPr>
          <w:b/>
        </w:rPr>
        <w:t xml:space="preserve">[54:49] </w:t>
      </w:r>
      <w:r>
        <w:t>Bhai, main yeh aksar kaha karta hoon ke is dauraniye mein ghair muslimon ko Islam ko discover karna hai aur musalmanon ko Islam ko rediscover karna hai.</w:t>
      </w:r>
    </w:p>
    <w:p>
      <w:pPr>
        <w:jc w:val="right"/>
      </w:pPr>
      <w:r>
        <w:t>بھئی، میں یہ اکثر کہا کرتا ہوں کہ اس دورانیے میں غیر مسلموں کو اسلام کو ڈسکور کرنا ہے اور مسلمانوں کو اسلام کو ری ڈسکور کرنا ہے۔</w:t>
      </w:r>
    </w:p>
    <w:p>
      <w:r>
        <w:rPr>
          <w:b/>
        </w:rPr>
        <w:t xml:space="preserve">[55:05] </w:t>
      </w:r>
      <w:r>
        <w:t>Musalman jo true Islam hai, us se bekhabar ho gaye hain. True Islam se musalman khud bekhabar ho gaye hain. To jo non-muslim hain, un ka kaam hai ke woh Islam ko discover karein aur jo muslim hain, un ka kaam hai ke Islam ko rediscover karein.</w:t>
      </w:r>
    </w:p>
    <w:p>
      <w:pPr>
        <w:jc w:val="right"/>
      </w:pPr>
      <w:r>
        <w:t>مسلمان جو ٹرو اسلام ہے، اس سے بے خبر ہو گئے ہیں۔ ٹرو اسلام سے مسلمان خود بے خبر ہو گئے ہیں۔ تو جو نان مسلم ہیں، ان کا کام ہے کہ وہ اسلام کو ڈسکور کریں اور جو مسلم ہیں، ان کا کام ہے کہ اسلام کو ری ڈسکور کریں۔</w:t>
      </w:r>
    </w:p>
    <w:p>
      <w:r>
        <w:rPr>
          <w:b/>
        </w:rPr>
        <w:t xml:space="preserve">[55:22] </w:t>
      </w:r>
      <w:r>
        <w:t>Bas yahi hal hai aur koi hal mere nazdeek nahi hai. So Maulana, we will end on this note that non-Muslims today have to discover Islam and Muslims have to rediscover</w:t>
      </w:r>
    </w:p>
    <w:p>
      <w:pPr>
        <w:jc w:val="right"/>
      </w:pPr>
      <w:r>
        <w:t>بس یہی حل ہے اور کوئی حل میرے نزدیک نہیں ہے۔ So Maulana, we will end on this note that non-Muslims today have to discover Islam and Muslims have to rediscover</w:t>
      </w:r>
    </w:p>
    <w:p>
      <w:r>
        <w:rPr>
          <w:b/>
        </w:rPr>
        <w:t xml:space="preserve">[55:32] </w:t>
      </w:r>
      <w:r>
        <w:t>Islam. Thank you very much, Maulana, for clarifying so many issues around extremism and thank you for joining us. If you want to watch more videos of Maulana Wahiduddin Khan, you can log on to cpsglobal.org.</w:t>
      </w:r>
    </w:p>
    <w:p>
      <w:pPr>
        <w:jc w:val="right"/>
      </w:pPr>
      <w:r>
        <w:t>Islam۔ Thank you very much, Maulana, for clarifying so many issues around extremism and thank you for joining us۔ If you want to watch more videos of Maulana وحید الدین خان، you can log on to cpsglobal.org۔</w:t>
      </w:r>
    </w:p>
    <w:p>
      <w:r>
        <w:rPr>
          <w:b/>
        </w:rPr>
        <w:t xml:space="preserve">[55:44] </w:t>
      </w:r>
      <w:r>
        <w:t>Thank you.</w:t>
      </w:r>
    </w:p>
    <w:p>
      <w:pPr>
        <w:jc w:val="right"/>
      </w:pPr>
      <w:r>
        <w:t>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