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Spirit of Enquiry January 28, 2017</w:t>
      </w:r>
    </w:p>
    <w:p>
      <w:r>
        <w:t>https://www.youtube.com/watch?v=q9aLyfKY990</w:t>
      </w:r>
    </w:p>
    <w:p>
      <w:r>
        <w:rPr>
          <w:b/>
        </w:rPr>
        <w:t xml:space="preserve">[00:14] </w:t>
      </w:r>
      <w:r>
        <w:t>bismillah hir rahman nir rahim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[00:17] </w:t>
      </w:r>
      <w:r>
        <w:t>wasallallahu ala nabiyyil karim</w:t>
      </w:r>
    </w:p>
    <w:p>
      <w:pPr>
        <w:jc w:val="right"/>
      </w:pPr>
      <w:r>
        <w:t>وصلی اللہ علی نبی الکریم</w:t>
      </w:r>
    </w:p>
    <w:p>
      <w:r>
        <w:rPr>
          <w:b/>
        </w:rPr>
        <w:t xml:space="preserve">[00:21] </w:t>
      </w:r>
      <w:r>
        <w:t>rab ishrah li sadri wa yassir li amri</w:t>
      </w:r>
    </w:p>
    <w:p>
      <w:pPr>
        <w:jc w:val="right"/>
      </w:pPr>
      <w:r>
        <w:t>رب اشرح لی صدری ویسر لی امری</w:t>
      </w:r>
    </w:p>
    <w:p>
      <w:r>
        <w:rPr>
          <w:b/>
        </w:rPr>
        <w:t xml:space="preserve">[00:26] </w:t>
      </w:r>
      <w:r>
        <w:t>wahlul uqdata min lisani yafqahu qawli aththais</w:t>
      </w:r>
    </w:p>
    <w:p>
      <w:pPr>
        <w:jc w:val="right"/>
      </w:pPr>
      <w:r>
        <w:t>واحل العقدۃ من لسانی یفقہ قولی اٹھائیس</w:t>
      </w:r>
    </w:p>
    <w:p>
      <w:r>
        <w:rPr>
          <w:b/>
        </w:rPr>
        <w:t xml:space="preserve">[00:32] </w:t>
      </w:r>
      <w:r>
        <w:t>janvari do hazar satrah</w:t>
      </w:r>
    </w:p>
    <w:p>
      <w:pPr>
        <w:jc w:val="right"/>
      </w:pPr>
      <w:r>
        <w:t>جنوری دو ہزار سترہ</w:t>
      </w:r>
    </w:p>
    <w:p>
      <w:r>
        <w:rPr>
          <w:b/>
        </w:rPr>
        <w:t xml:space="preserve">[00:37] </w:t>
      </w:r>
      <w:r>
        <w:t>mein bohat din se sochta tha ke</w:t>
      </w:r>
    </w:p>
    <w:p>
      <w:pPr>
        <w:jc w:val="right"/>
      </w:pPr>
      <w:r>
        <w:t>میں بہت دن سے سوچتا تھا کہ</w:t>
      </w:r>
    </w:p>
    <w:p>
      <w:r>
        <w:rPr>
          <w:b/>
        </w:rPr>
        <w:t xml:space="preserve">[00:42] </w:t>
      </w:r>
      <w:r>
        <w:t>is alam mein</w:t>
      </w:r>
    </w:p>
    <w:p>
      <w:pPr>
        <w:jc w:val="right"/>
      </w:pPr>
      <w:r>
        <w:t>اس عالم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