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Art of Application January 07, 2017</w:t>
      </w:r>
    </w:p>
    <w:p>
      <w:r>
        <w:t>https://www.youtube.com/watch?v=nivLCwuNBto</w:t>
      </w:r>
    </w:p>
    <w:p>
      <w:r>
        <w:rPr>
          <w:b/>
        </w:rPr>
        <w:t xml:space="preserve">[00:14]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wasallallahu ala nabiyyil karim. 7 janvari</w:t>
      </w:r>
    </w:p>
    <w:p>
      <w:pPr>
        <w:jc w:val="right"/>
      </w:pPr>
      <w:r>
        <w:t>وصلی اللہ علی النبی الکریم۔ 7 جنوری</w:t>
      </w:r>
    </w:p>
    <w:p>
      <w:r>
        <w:rPr>
          <w:b/>
        </w:rPr>
        <w:t xml:space="preserve">[00:24] </w:t>
      </w:r>
      <w:r>
        <w:t>2017.</w:t>
      </w:r>
    </w:p>
    <w:p>
      <w:pPr>
        <w:jc w:val="right"/>
      </w:pPr>
      <w:r>
        <w:t>2017۔</w:t>
      </w:r>
    </w:p>
    <w:p>
      <w:r>
        <w:rPr>
          <w:b/>
        </w:rPr>
        <w:t xml:space="preserve">[00:29] </w:t>
      </w:r>
      <w:r>
        <w:t>is se pehle kai bar mein yeh kehta raha hoon ke mind ko trigger hona chahiye,</w:t>
      </w:r>
    </w:p>
    <w:p>
      <w:pPr>
        <w:jc w:val="right"/>
      </w:pPr>
      <w:r>
        <w:t>اس سے پہلے کئی بار میں یہ کہتا رہا ہوں کہ مائنڈ کو ٹریگر ہونا چاہیے،</w:t>
      </w:r>
    </w:p>
    <w:p>
      <w:r>
        <w:rPr>
          <w:b/>
        </w:rPr>
        <w:t xml:space="preserve">[00:35] </w:t>
      </w:r>
      <w:r>
        <w:t>tab bari bari baatein samajh mein aati hain.</w:t>
      </w:r>
    </w:p>
    <w:p>
      <w:pPr>
        <w:jc w:val="right"/>
      </w:pPr>
      <w:r>
        <w:t>تب بڑی بڑی باتیں سمجھ میں آتی ہیں۔</w:t>
      </w:r>
    </w:p>
    <w:p>
      <w:r>
        <w:rPr>
          <w:b/>
        </w:rPr>
        <w:t xml:space="preserve">[00:39] </w:t>
      </w:r>
      <w:r>
        <w:t>to aaj mujhe samajh mein aaya ke yeh jo trigger ka tasawwur hai,</w:t>
      </w:r>
    </w:p>
    <w:p>
      <w:pPr>
        <w:jc w:val="right"/>
      </w:pPr>
      <w:r>
        <w:t>تو آج مجھے سمجھ میں آیا کہ یہ جو ٹریگر کا تصور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