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Dawat Ilallah October 27, 2007 - Maulana Wahiduddin Khan</w:t>
      </w:r>
    </w:p>
    <w:p>
      <w:r>
        <w:t>https://www.youtube.com/watch?v=iaCIQ2uc5Zg</w:t>
      </w:r>
    </w:p>
    <w:p>
      <w:r>
        <w:rPr>
          <w:b/>
        </w:rPr>
        <w:t xml:space="preserve">[00:14] </w:t>
      </w:r>
      <w:r>
        <w:t>bismillah-hir-rehman-nir-rahim, wa-sallallahu 'ala-n-nabiyyi-l-karim.</w:t>
      </w:r>
    </w:p>
    <w:p>
      <w:pPr>
        <w:jc w:val="right"/>
      </w:pPr>
      <w:r>
        <w:t>بسم اللہ الرحمن الرحیم، وصلی اللہ علی النبی الکریم۔</w:t>
      </w:r>
    </w:p>
    <w:p>
      <w:r>
        <w:rPr>
          <w:b/>
        </w:rPr>
        <w:t xml:space="preserve">[00:22] </w:t>
      </w:r>
      <w:r>
        <w:t>rab-bish-rah-li sadri, wa-yassir li amri, wa-hlul 'uqdatan min lisani, yafqahu qawli.</w:t>
      </w:r>
    </w:p>
    <w:p>
      <w:pPr>
        <w:jc w:val="right"/>
      </w:pPr>
      <w:r>
        <w:t>رب اشرح لی صدری، ویسر لی امری، واحل العقدۃ من لسانی، یفقہ قولی۔</w:t>
      </w:r>
    </w:p>
    <w:p>
      <w:r>
        <w:rPr>
          <w:b/>
        </w:rPr>
        <w:t xml:space="preserve">[00:37] </w:t>
      </w:r>
      <w:r>
        <w:t>aaj ki baat jo hai</w:t>
      </w:r>
    </w:p>
    <w:p>
      <w:pPr>
        <w:jc w:val="right"/>
      </w:pPr>
      <w:r>
        <w:t>آج کی بات جو ہے</w:t>
      </w:r>
    </w:p>
    <w:p>
      <w:r>
        <w:rPr>
          <w:b/>
        </w:rPr>
        <w:t xml:space="preserve">[00:43] </w:t>
      </w:r>
      <w:r>
        <w:t>is ka topic hai</w:t>
      </w:r>
    </w:p>
    <w:p>
      <w:pPr>
        <w:jc w:val="right"/>
      </w:pPr>
      <w:r>
        <w:t>اس کا ٹاپک ہے</w:t>
      </w:r>
    </w:p>
    <w:p>
      <w:r>
        <w:rPr>
          <w:b/>
        </w:rPr>
        <w:t xml:space="preserve">[00:48] </w:t>
      </w:r>
      <w:r>
        <w:t>da'wa ila Allah, da'wat ila Allah. yani Khuda ki taraf pukarna, invitation to God.</w:t>
      </w:r>
    </w:p>
    <w:p>
      <w:pPr>
        <w:jc w:val="right"/>
      </w:pPr>
      <w:r>
        <w:t>دعویٰ الی اللہ، دعوت الی اللہ۔ یعنی خدا کی طرف پکارنا، invitation to God۔</w:t>
      </w:r>
    </w:p>
    <w:p>
      <w:r>
        <w:rPr>
          <w:b/>
        </w:rPr>
        <w:t xml:space="preserve">[01:04] </w:t>
      </w:r>
      <w:r>
        <w:t>dekhiye yeh mere hath mein ek email hai,</w:t>
      </w:r>
    </w:p>
    <w:p>
      <w:pPr>
        <w:jc w:val="right"/>
      </w:pPr>
      <w:r>
        <w:t>دیکھئے یہ میرے ہاتھ میں ایک ای میل ہے،</w:t>
      </w:r>
    </w:p>
    <w:p>
      <w:r>
        <w:rPr>
          <w:b/>
        </w:rPr>
        <w:t xml:space="preserve">[01:11] </w:t>
      </w:r>
      <w:r>
        <w:t>yeh email Pakistan se aya hai.</w:t>
      </w:r>
    </w:p>
    <w:p>
      <w:pPr>
        <w:jc w:val="right"/>
      </w:pPr>
      <w:r>
        <w:t>یہ ای میل پاکستان سے آیا ہے۔</w:t>
      </w:r>
    </w:p>
    <w:p>
      <w:r>
        <w:rPr>
          <w:b/>
        </w:rPr>
        <w:t xml:space="preserve">[01:16] </w:t>
      </w:r>
      <w:r>
        <w:t>to is mein ek ladki, solace sal likhti hai ke ladki is ka naam hai, Fatima. kisi school mein woh parhti hai to wahan Hindu ladke parhte hain.</w:t>
      </w:r>
    </w:p>
    <w:p>
      <w:pPr>
        <w:jc w:val="right"/>
      </w:pPr>
      <w:r>
        <w:t>تو اس میں ایک لڑکی، سولہ سال لکھتی ہے کہ لڑکی اس کا نام ہے، فاطمہ۔ کسی اسکول میں وہ پڑھتی ہے تو وہاں ہندو لڑکے پڑھتے ہیں۔</w:t>
      </w:r>
    </w:p>
    <w:p>
      <w:r>
        <w:rPr>
          <w:b/>
        </w:rPr>
        <w:t xml:space="preserve">[01:30] </w:t>
      </w:r>
      <w:r>
        <w:t>woh likhti hai ke Hindu ladke ne mujh se poocha ke tum Musalman ho</w:t>
      </w:r>
    </w:p>
    <w:p>
      <w:pPr>
        <w:jc w:val="right"/>
      </w:pPr>
      <w:r>
        <w:t>وہ لکھتی ہے کہ ہندو لڑکے نے مجھ سے پوچھا کہ تم مسلمان ہو</w:t>
      </w:r>
    </w:p>
    <w:p>
      <w:r>
        <w:rPr>
          <w:b/>
        </w:rPr>
        <w:t xml:space="preserve">[01:39] </w:t>
      </w:r>
      <w:r>
        <w:t>to yeh batao ke</w:t>
      </w:r>
    </w:p>
    <w:p>
      <w:pPr>
        <w:jc w:val="right"/>
      </w:pPr>
      <w:r>
        <w:t>تو یہ بتاؤ کہ</w:t>
      </w:r>
    </w:p>
    <w:p>
      <w:r>
        <w:rPr>
          <w:b/>
        </w:rPr>
        <w:t xml:space="preserve">[01:43] </w:t>
      </w:r>
      <w:r>
        <w:t>kyun tum mante ho ke dunya ka creator jo hai woh Khuda hai, Khuda ne is ko create kiya hai, Khuda exist kar raha hai, aisa kyun mante ho?</w:t>
      </w:r>
    </w:p>
    <w:p>
      <w:pPr>
        <w:jc w:val="right"/>
      </w:pPr>
      <w:r>
        <w:t>کیوں تم مانتے ہو کہ دنیا کا creator جو ہے وہ خدا ہے، خدا نے اس کو create کیا ہے، خدا exist کر رہا ہے، ایسا کیوں مانتے ہو؟</w:t>
      </w:r>
    </w:p>
    <w:p>
      <w:r>
        <w:rPr>
          <w:b/>
        </w:rPr>
        <w:t xml:space="preserve">[01:59] </w:t>
      </w:r>
      <w:r>
        <w:t>dusra sawal us ne yeh kiya ke tum kyun mante ho ke</w:t>
      </w:r>
    </w:p>
    <w:p>
      <w:pPr>
        <w:jc w:val="right"/>
      </w:pPr>
      <w:r>
        <w:t>دوسرا سوال اس نے یہ کیا کہ تم کیوں مانتے ہو کہ</w:t>
      </w:r>
    </w:p>
    <w:p>
      <w:r>
        <w:rPr>
          <w:b/>
        </w:rPr>
        <w:t xml:space="preserve">[02:06] </w:t>
      </w:r>
      <w:r>
        <w:t>Khuda ne hum ko paida kiya hai kisi purpose ke liye? aur is ke baad day of judgement hai aur hell aur paradise hai, aisa kyun mante ho?</w:t>
      </w:r>
    </w:p>
    <w:p>
      <w:pPr>
        <w:jc w:val="right"/>
      </w:pPr>
      <w:r>
        <w:t>خدا نے ہم کو پیدا کیا ہے کسی purpose کے لیے؟ اور اس کے بعد day of judgement ہے اور hell اور paradise ہے، ایسا کیوں مانتے ہو؟</w:t>
      </w:r>
    </w:p>
    <w:p>
      <w:r>
        <w:rPr>
          <w:b/>
        </w:rPr>
        <w:t xml:space="preserve">[02:20] </w:t>
      </w:r>
      <w:r>
        <w:t>to yeh ek simple qism ka question hai lekin is ko main ne jab mila yeh email to mere mind mein ek aur question aa gaya ke is Hindu student ne ek Muslim student se kyun yeh sawal kiya?</w:t>
      </w:r>
    </w:p>
    <w:p>
      <w:pPr>
        <w:jc w:val="right"/>
      </w:pPr>
      <w:r>
        <w:t>تو یہ ایک simple قسم کا question ہے لیکن اس کو میں نے جب ملا یہ ای میل تو میرے mind میں ایک اور question آگیا کہ اس ہندو student نے ایک مسلم student سے کیوں یہ سوال کیا؟</w:t>
      </w:r>
    </w:p>
    <w:p>
      <w:r>
        <w:rPr>
          <w:b/>
        </w:rPr>
        <w:t xml:space="preserve">[02:43] </w:t>
      </w:r>
      <w:r>
        <w:t>is ka apna bhi to yeh question hai, sabhi ka, har insan ka question hai. to ek Hindu student ek Muslim student se aisa kyun poochta hai?</w:t>
      </w:r>
    </w:p>
    <w:p>
      <w:pPr>
        <w:jc w:val="right"/>
      </w:pPr>
      <w:r>
        <w:t>اس کا اپنا بھی تو یہ question ہے، سبھی کا، ہر انسان کا question ہے۔ تو ایک ہندو student ایک مسلم student سے ایسا کیوں پوچھتا ہے؟</w:t>
      </w:r>
    </w:p>
    <w:p>
      <w:r>
        <w:rPr>
          <w:b/>
        </w:rPr>
        <w:t xml:space="preserve">[03:00] </w:t>
      </w:r>
      <w:r>
        <w:t>is par sochte hue meri samajh mein aaya ke jo aadmi yeh kahe ke main Muslim hoon to Muslim kehte hi woh yeh declare kar raha hai ke main Khuda ka spokesperson hoon,</w:t>
      </w:r>
    </w:p>
    <w:p>
      <w:pPr>
        <w:jc w:val="right"/>
      </w:pPr>
      <w:r>
        <w:t>اس پر سوچتے ہوئے میری سمجھ میں آیا کہ جو آدمی یہ کہے کہ میں مسلم ہوں تو مسلم کہتے ہی وہ یہ declare کر رہا ہے کہ میں خدا کا spokesperson ہوں،</w:t>
      </w:r>
    </w:p>
    <w:p>
      <w:r>
        <w:rPr>
          <w:b/>
        </w:rPr>
        <w:t xml:space="preserve">[03:19] </w:t>
      </w:r>
      <w:r>
        <w:t>main Khuda ka representative hoon. yani wohi cheez jis ko Quran mein kaha gaya hai shuhada.</w:t>
      </w:r>
    </w:p>
    <w:p>
      <w:pPr>
        <w:jc w:val="right"/>
      </w:pPr>
      <w:r>
        <w:t>میں خدا کا representative ہوں۔ یعنی وہی چیز جس کو قرآن میں کہا گیا ہے شہداء۔</w:t>
      </w:r>
    </w:p>
    <w:p>
      <w:r>
        <w:rPr>
          <w:b/>
        </w:rPr>
        <w:t xml:space="preserve">[03:30] </w:t>
      </w:r>
      <w:r>
        <w:t>li-yakuna-r-rasulu shahidan 'alaykum wa-takunu shuhada'a 'ala-n-nas. yani ummat-e-Muhammadi jo hai woh is ki hesiyat shahid ki hai dunya mein.</w:t>
      </w:r>
    </w:p>
    <w:p>
      <w:pPr>
        <w:jc w:val="right"/>
      </w:pPr>
      <w:r>
        <w:t>لیکون الرسول شہیدا علیکم وتكونوا شہداء على الناس۔ یعنی امت محمدی جو ہے وہ اس کی حیثیت شاہد کی ہے دنیا میں۔</w:t>
      </w:r>
    </w:p>
    <w:p>
      <w:r>
        <w:rPr>
          <w:b/>
        </w:rPr>
        <w:t xml:space="preserve">[03:42] </w:t>
      </w:r>
      <w:r>
        <w:t>shahid ka matlab hai gawah, witness. isi ko hadith mein kaha gaya hai ke al-muslumuna shuhada'ullahi fi-l-ard.</w:t>
      </w:r>
    </w:p>
    <w:p>
      <w:pPr>
        <w:jc w:val="right"/>
      </w:pPr>
      <w:r>
        <w:t>شاہد کا مطلب ہے گواہ، witness۔ اسی کو حدیث میں کہا گیا ہے کہ المسلمون شہداء اللہ فی الارض۔</w:t>
      </w:r>
    </w:p>
    <w:p>
      <w:r>
        <w:rPr>
          <w:b/>
        </w:rPr>
        <w:t xml:space="preserve">[03:54] </w:t>
      </w:r>
      <w:r>
        <w:t>Musalman zameen mein Khuda ke gawah hain.</w:t>
      </w:r>
    </w:p>
    <w:p>
      <w:pPr>
        <w:jc w:val="right"/>
      </w:pPr>
      <w:r>
        <w:t>مسلمان زمین میں خدا کے گواہ ہیں۔</w:t>
      </w:r>
    </w:p>
    <w:p>
      <w:r>
        <w:rPr>
          <w:b/>
        </w:rPr>
        <w:t xml:space="preserve">[03:59] </w:t>
      </w:r>
      <w:r>
        <w:t>yeh baat hum mante hain, quran o hadith mein yeh cheez bohat hi clear tor par maujood hai. Is par sochte hue mujhe aik aur baat ki taraf dhyan gaya,</w:t>
      </w:r>
    </w:p>
    <w:p>
      <w:pPr>
        <w:jc w:val="right"/>
      </w:pPr>
      <w:r>
        <w:t>یہ بات ہم مانتے ہیں، قرآن و حدیث میں یہ چیز بہت ہی clear طور پر موجود ہے۔ اس پر سوچتے ہوئے مجھے ایک اور بات کی طرف دھیان گیا،</w:t>
      </w:r>
    </w:p>
    <w:p>
      <w:r>
        <w:rPr>
          <w:b/>
        </w:rPr>
        <w:t xml:space="preserve">[04:13] </w:t>
      </w:r>
      <w:r>
        <w:t>woh yeh ke yeh kaam jo hai gawahi dene ka kaam, yani yeh wohi kaam hai jis ko hum kehte hain dawat.</w:t>
      </w:r>
    </w:p>
    <w:p>
      <w:pPr>
        <w:jc w:val="right"/>
      </w:pPr>
      <w:r>
        <w:t>وہ یہ کہ یہ کام جو ہے گواہی دینے کا کام، یعنی یہ وہی کام ہے جس کو ہم کہتے ہیں دعوت۔</w:t>
      </w:r>
    </w:p>
    <w:p>
      <w:r>
        <w:rPr>
          <w:b/>
        </w:rPr>
        <w:t xml:space="preserve">[04:23] </w:t>
      </w:r>
      <w:r>
        <w:t>Dawat aur shahadat dono aik hi baat hain, aik hi baat hai. Quran mein hai ke wa shahid wa mashhood.</w:t>
      </w:r>
    </w:p>
    <w:p>
      <w:pPr>
        <w:jc w:val="right"/>
      </w:pPr>
      <w:r>
        <w:t>دعوت اور شہادت دونوں ایک ہی بات ہیں، ایک ہی بات ہے۔ قرآن میں ہے کہ وَشَاهِدُوا وَمَشْهُودٌ۔</w:t>
      </w:r>
    </w:p>
    <w:p>
      <w:r>
        <w:rPr>
          <w:b/>
        </w:rPr>
        <w:t xml:space="preserve">[04:34] </w:t>
      </w:r>
      <w:r>
        <w:t>Shaahid aur mashhood wahan par aayenge. To yeh wohi hai jis ko hum kehte hain daai aur madu. Shaahid aur mashhood jo Quran mein aaya hai woh isi mani mein jis mani mein hum bolte hain daai aur madu.</w:t>
      </w:r>
    </w:p>
    <w:p>
      <w:pPr>
        <w:jc w:val="right"/>
      </w:pPr>
      <w:r>
        <w:t>شاہد اور مشہود وہاں پر آئیں گے۔ تو یہ وہی ہے جس کو ہم کہتے ہیں داعی اور مدعو۔ شاہد اور مشہود جو قرآن میں آیا ہے وہ اسی معنی میں جس معنی میں ہم بولتے ہیں داعی اور مدعو۔</w:t>
      </w:r>
    </w:p>
    <w:p>
      <w:r>
        <w:rPr>
          <w:b/>
        </w:rPr>
        <w:t xml:space="preserve">[04:51] </w:t>
      </w:r>
      <w:r>
        <w:t>To dekhiye Quran mein, Quran ke mutabiq hamara aqeedah hai ke har zamanay mein peghambar aaye aur unhon ne dawat o work kiya.</w:t>
      </w:r>
    </w:p>
    <w:p>
      <w:pPr>
        <w:jc w:val="right"/>
      </w:pPr>
      <w:r>
        <w:t>تو دیکھئے قرآن میں، قرآن کے مطابق ہمارا عقیدہ ہے کہ ہر زمانے میں پیغمبر آئے اور انہوں نے دعوت و ورک کیا۔</w:t>
      </w:r>
    </w:p>
    <w:p>
      <w:r>
        <w:rPr>
          <w:b/>
        </w:rPr>
        <w:t xml:space="preserve">[05:04] </w:t>
      </w:r>
      <w:r>
        <w:t>Rasool Allah sal Allah alaihi wasallam jo thay woh aakhri peghambar thay, final prophet thay. Is ke baad ab koi prophet aanay wala nahi hai.</w:t>
      </w:r>
    </w:p>
    <w:p>
      <w:pPr>
        <w:jc w:val="right"/>
      </w:pPr>
      <w:r>
        <w:t>رسول اللہ صلی اللہ علیہ وسلم جو تھے وہ آخری پیغمبر تھے، final prophet تھے۔ اس کے بعد اب کوئی prophet آنے والا نہیں ہے۔</w:t>
      </w:r>
    </w:p>
    <w:p>
      <w:r>
        <w:rPr>
          <w:b/>
        </w:rPr>
        <w:t xml:space="preserve">[05:16] </w:t>
      </w:r>
      <w:r>
        <w:t>Is ka kya, yani is ka kya hai, kyun aisa kiya Khuda ne? To yeh koi aisa hi koi mysterious baat nahi hai, mysterious baat nahi hai.</w:t>
      </w:r>
    </w:p>
    <w:p>
      <w:pPr>
        <w:jc w:val="right"/>
      </w:pPr>
      <w:r>
        <w:t>اس کا کیا، یعنی اس کا کیا ہے، کیوں ایسا کیا خدا نے؟ تو یہ کوئی ایسا ہی کوئی mysterious بات نہیں ہے، mysterious بات نہیں ہے۔</w:t>
      </w:r>
    </w:p>
    <w:p>
      <w:r>
        <w:rPr>
          <w:b/>
        </w:rPr>
        <w:t xml:space="preserve">[05:29] </w:t>
      </w:r>
      <w:r>
        <w:t>Is par ghore karte hue meri samajh mein aaya ke yeh aisa hai ke pehle zamanay mein dawat ka kaam personalized dawat o work tha.</w:t>
      </w:r>
    </w:p>
    <w:p>
      <w:pPr>
        <w:jc w:val="right"/>
      </w:pPr>
      <w:r>
        <w:t>اس پر غور کرتے ہوئے میری سمجھ میں آیا کہ یہ ایسا ہے کہ پہلے زمانے میں دعوت کا کام personalized دعوت و ورک تھا۔</w:t>
      </w:r>
    </w:p>
    <w:p>
      <w:r>
        <w:rPr>
          <w:b/>
        </w:rPr>
        <w:t xml:space="preserve">[05:43] </w:t>
      </w:r>
      <w:r>
        <w:t>Personalized dawat o work, yani aik shakhs, aik peghambar aaya us ne dawat ka kaam kiya, woh chala gaya. Phir doosra peghambar aaya us ne dawat ka kaam kiya, woh chala gaya.</w:t>
      </w:r>
    </w:p>
    <w:p>
      <w:pPr>
        <w:jc w:val="right"/>
      </w:pPr>
      <w:r>
        <w:t>Personalized دعوت و ورک، یعنی ایک شخص، ایک پیغمبر آیا اس نے دعوت کا کام کیا، وہ چلا گیا۔ پھر دوسرا پیغمبر آیا اس نے دعوت کا کام کیا، وہ چلا گیا۔</w:t>
      </w:r>
    </w:p>
    <w:p>
      <w:r>
        <w:rPr>
          <w:b/>
        </w:rPr>
        <w:t xml:space="preserve">[05:55] </w:t>
      </w:r>
      <w:r>
        <w:t>Yahan tak ke hadith ke mutabiq dunya mein aik lakh se ziyada peghambar aaye. To yeh zamanah tha personalized way mein dawat o work karne ka.</w:t>
      </w:r>
    </w:p>
    <w:p>
      <w:pPr>
        <w:jc w:val="right"/>
      </w:pPr>
      <w:r>
        <w:t>یہاں تک کہ حدیث کے مطابق دنیا میں ایک لاکھ سے زیادہ پیغمبر آئے۔ تو یہ زمانہ تھا personalized way میں دعوت و ورک کرنے کا۔</w:t>
      </w:r>
    </w:p>
    <w:p>
      <w:r>
        <w:rPr>
          <w:b/>
        </w:rPr>
        <w:t xml:space="preserve">[06:09] </w:t>
      </w:r>
      <w:r>
        <w:t>Yani aik individual, aik fard dawat o work karta tha. Rasool Allah ke baad aik naya zamanah aata hai.</w:t>
      </w:r>
    </w:p>
    <w:p>
      <w:pPr>
        <w:jc w:val="right"/>
      </w:pPr>
      <w:r>
        <w:t>یعنی ایک individual، ایک فرد دعوت و ورک کرتا تھا۔ رسول اللہ کے بعد ایک نیا زمانہ آتا ہے۔</w:t>
      </w:r>
    </w:p>
    <w:p>
      <w:r>
        <w:rPr>
          <w:b/>
        </w:rPr>
        <w:t xml:space="preserve">[06:18] </w:t>
      </w:r>
      <w:r>
        <w:t>Kyunke dekhiye prophet of Islam jo thay woh aik naye, aik naye, aik naya revolution aanay wala tha history mein.</w:t>
      </w:r>
    </w:p>
    <w:p>
      <w:pPr>
        <w:jc w:val="right"/>
      </w:pPr>
      <w:r>
        <w:t>کیونکہ دیکھئے prophet of اسلام جو تھے وہ ایک نئے، ایک نئے، ایک نیا revolution آنے والا تھا history میں۔</w:t>
      </w:r>
    </w:p>
    <w:p>
      <w:r>
        <w:rPr>
          <w:b/>
        </w:rPr>
        <w:t xml:space="preserve">[06:31] </w:t>
      </w:r>
      <w:r>
        <w:t>To aik naya era aanay wala tha history mein. Is ke beginning mein paida hue aap, yani scientific era ke beginning mein.</w:t>
      </w:r>
    </w:p>
    <w:p>
      <w:pPr>
        <w:jc w:val="right"/>
      </w:pPr>
      <w:r>
        <w:t>تو ایک نیا era آنے والا تھا history میں۔ اس کے beginning میں پیدا ہوئے آپ، یعنی scientific era کے beginning میں۔</w:t>
      </w:r>
    </w:p>
    <w:p>
      <w:r>
        <w:rPr>
          <w:b/>
        </w:rPr>
        <w:t xml:space="preserve">[06:41] </w:t>
      </w:r>
      <w:r>
        <w:t>Scientific era ka matlab kya hai? Bohat saray matlab hain, yani age of communication, globalization, aalami interaction.</w:t>
      </w:r>
    </w:p>
    <w:p>
      <w:pPr>
        <w:jc w:val="right"/>
      </w:pPr>
      <w:r>
        <w:t>Scientific era کا مطلب کیا ہے؟ بہت سارے مطلب ہیں، یعنی age of communication، globalization، عالمی interaction۔</w:t>
      </w:r>
    </w:p>
    <w:p>
      <w:r>
        <w:rPr>
          <w:b/>
        </w:rPr>
        <w:t xml:space="preserve">[06:53] </w:t>
      </w:r>
      <w:r>
        <w:t>Aik naya zamanah tha jo pehle maujood nahi tha. To Rasool Allah aaye is zamanay ke aaghaz mein, is ke beginning mein.</w:t>
      </w:r>
    </w:p>
    <w:p>
      <w:pPr>
        <w:jc w:val="right"/>
      </w:pPr>
      <w:r>
        <w:t>ایک نیا زمانہ تھا جو پہلے موجود نہیں تھا۔ تو رسول اللہ آئے اس زمانے کے آغاز میں، اس کے beginning میں۔</w:t>
      </w:r>
    </w:p>
    <w:p>
      <w:r>
        <w:rPr>
          <w:b/>
        </w:rPr>
        <w:t xml:space="preserve">[07:04] </w:t>
      </w:r>
      <w:r>
        <w:t>Jabke zamanay mein globalization ho raha tha, universalization ho raha tha. To ab Rasool Allah ke baad jo dawat ka kaam hai woh hoga</w:t>
      </w:r>
    </w:p>
    <w:p>
      <w:pPr>
        <w:jc w:val="right"/>
      </w:pPr>
      <w:r>
        <w:t>جبکہ زمانے میں globalization ہو رہا تھا، universalization ہو رہا تھا۔ تو اب رسول اللہ کے بعد جو دعوت کا کام ہے وہ ہوگا</w:t>
      </w:r>
    </w:p>
    <w:p>
      <w:r>
        <w:rPr>
          <w:b/>
        </w:rPr>
        <w:t xml:space="preserve">[07:17] </w:t>
      </w:r>
      <w:r>
        <w:t>institutionalized way mein hoga. Pehle hota tha personalized way mein, ab hoga institutionalized way mein.</w:t>
      </w:r>
    </w:p>
    <w:p>
      <w:pPr>
        <w:jc w:val="right"/>
      </w:pPr>
      <w:r>
        <w:t>institutionalized way میں ہوگا۔ پہلے ہوتا تھا personalized way میں، اب ہوگا institutionalized way میں۔</w:t>
      </w:r>
    </w:p>
    <w:p>
      <w:r>
        <w:rPr>
          <w:b/>
        </w:rPr>
        <w:t xml:space="preserve">[07:27] </w:t>
      </w:r>
      <w:r>
        <w:t>Yeh hai matlab is ka ke peghambar ke baad ummat nabi ki jagah par hai, nabi ka qaim muqam hai.</w:t>
      </w:r>
    </w:p>
    <w:p>
      <w:pPr>
        <w:jc w:val="right"/>
      </w:pPr>
      <w:r>
        <w:t>یہ ہے مطلب اس کا کہ پیغمبر کے بعد امت نبی کی جگہ پر ہے، نبی کا قائم مقام ہے۔</w:t>
      </w:r>
    </w:p>
    <w:p>
      <w:r>
        <w:rPr>
          <w:b/>
        </w:rPr>
        <w:t xml:space="preserve">[07:36] </w:t>
      </w:r>
      <w:r>
        <w:t>Yani ab bator institution ke woh kaam hoga. Aik poori ummat jo hai us ko anjam degi jis ko aik fard anjam deta tha.</w:t>
      </w:r>
    </w:p>
    <w:p>
      <w:pPr>
        <w:jc w:val="right"/>
      </w:pPr>
      <w:r>
        <w:t>یعنی اب بطور institution کے وہ کام ہوگا۔ ایک پوری امت جو ہے اس کو انجام دے گی جس کو ایک فرد انجام دیتا تھا۔</w:t>
      </w:r>
    </w:p>
    <w:p>
      <w:r>
        <w:rPr>
          <w:b/>
        </w:rPr>
        <w:t xml:space="preserve">[07:48] </w:t>
      </w:r>
      <w:r>
        <w:t>To is ka mani hai ke yeh it was but natural ke Rasool Allah par nabuwat khatam ho jaye. Kyunke jab naya daur agaya, naya daur agaya to phir ab institution ke roop mein dawat o work karna mumkin hogaya.</w:t>
      </w:r>
    </w:p>
    <w:p>
      <w:pPr>
        <w:jc w:val="right"/>
      </w:pPr>
      <w:r>
        <w:t>تو اس کا معنی ہے کہ یہ it was but natural کہ رسول اللہ پر نبوت ختم ہو جائے۔ کیونکہ جب نیا دور آگیا، نیا دور آگیا تو پھر اب institution کے روپ میں دعوت و ورک کرنا ممکن ہوگیا۔</w:t>
      </w:r>
    </w:p>
    <w:p>
      <w:r>
        <w:rPr>
          <w:b/>
        </w:rPr>
        <w:t xml:space="preserve">[08:05] </w:t>
      </w:r>
      <w:r>
        <w:t>To phir ab bar bar nabi aanay ki zaroorat nahi hai. Quran mehfooz ho gaya, hadith mehfooz ho gayi, Rasool Allah ka jo model hai woh mehfooz ho gaya.</w:t>
      </w:r>
    </w:p>
    <w:p>
      <w:pPr>
        <w:jc w:val="right"/>
      </w:pPr>
      <w:r>
        <w:t>تو پھر اب بار بار نبی آنے کی ضرورت نہیں ہے۔ قرآن محفوظ ہو گیا، حدیث محفوظ ہو گئی، رسول اللہ کا جو model ہے وہ محفوظ ہو گیا۔</w:t>
      </w:r>
    </w:p>
    <w:p>
      <w:r>
        <w:rPr>
          <w:b/>
        </w:rPr>
        <w:t xml:space="preserve">[08:17] </w:t>
      </w:r>
      <w:r>
        <w:t>Ab is se aap deen ko seekhiye aur kaam karte rahiye.</w:t>
      </w:r>
    </w:p>
    <w:p>
      <w:pPr>
        <w:jc w:val="right"/>
      </w:pPr>
      <w:r>
        <w:t>اب اس سے آپ دین کو سیکھیے اور کام کرتے رہیے۔</w:t>
      </w:r>
    </w:p>
    <w:p>
      <w:r>
        <w:rPr>
          <w:b/>
        </w:rPr>
        <w:t xml:space="preserve">[08:23] </w:t>
      </w:r>
      <w:r>
        <w:t>To jab aik shakhs yeh kehta hai ke main Musalman hoon to woh yeh bhi keh raha hota hai ke main Khuda ka gawah hoon, Khuda ka witness hoon. Mujh se tum samajh sakte ho, mujh se tum question kar sakte ho.</w:t>
      </w:r>
    </w:p>
    <w:p>
      <w:pPr>
        <w:jc w:val="right"/>
      </w:pPr>
      <w:r>
        <w:t>تو جب ایک شخص یہ کہتا ہے کہ میں مسلمان ہوں تو وہ یہ بھی کہہ رہا ہوتا ہے کہ میں خدا کا گواہ ہوں، خدا کا witness ہوں۔ مجھ سے تم سمجھ سکتے ہو، مجھ سے تم question کر سکتے ہو۔</w:t>
      </w:r>
    </w:p>
    <w:p>
      <w:r>
        <w:rPr>
          <w:b/>
        </w:rPr>
        <w:t xml:space="preserve">[08:38] </w:t>
      </w:r>
      <w:r>
        <w:t>God se related baatein jo hain woh main batane ka zimmedar hoon. Dekhiye aik baat mein yahan arz karunga ke aksar log samajh lete hain ke ummat Muhammadi jo hai us ko aik fazilat hasil hai.</w:t>
      </w:r>
    </w:p>
    <w:p>
      <w:pPr>
        <w:jc w:val="right"/>
      </w:pPr>
      <w:r>
        <w:t>God سے related باتیں جو ہیں وہ میں بتانے کا ذمہ دار ہوں۔ دیکھئے ایک بات میں یہاں عرض کروں گا کہ اکثر لوگ سمجھ لیتے ہیں کہ امت محمدی جو ہے اس کو ایک فضیلت حاصل ہے۔</w:t>
      </w:r>
    </w:p>
    <w:p>
      <w:r>
        <w:rPr>
          <w:b/>
        </w:rPr>
        <w:t xml:space="preserve">[08:56] </w:t>
      </w:r>
      <w:r>
        <w:t>Main is ko nahi manta. Ummat Muhammadi hona aik zimmedari ka title hai, woh afzaliyat ka title nahi hai.</w:t>
      </w:r>
    </w:p>
    <w:p>
      <w:pPr>
        <w:jc w:val="right"/>
      </w:pPr>
      <w:r>
        <w:t>میں اس کو نہیں مانتا۔ امت محمدی ہونا ایک ذمہ داری کا title ہے، وہ افضلیت کا title نہیں ہے۔</w:t>
      </w:r>
    </w:p>
    <w:p>
      <w:r>
        <w:rPr>
          <w:b/>
        </w:rPr>
        <w:t xml:space="preserve">[09:07] </w:t>
      </w:r>
      <w:r>
        <w:t>wo afzaliyat ka title nahi hai. rasool ALLAH صلی اللہ علیہ وسلم ki jagah par yeh ummat khadi ki gayi hai to yeh afzaliyat ki baat nahi hai. yeh zimmedari ka title hai.</w:t>
      </w:r>
    </w:p>
    <w:p>
      <w:pPr>
        <w:jc w:val="right"/>
      </w:pPr>
      <w:r>
        <w:t>وہ افضلیت کا title نہیں ہے۔ رسول اللہ صلی اللہ علیہ وسلم کی جگہ پر یہ امت کھڑی کی گئی ہے تو یہ افضلیت کی بات نہیں ہے۔ یہ ذمہ داری کا title ہے۔</w:t>
      </w:r>
    </w:p>
    <w:p>
      <w:r>
        <w:rPr>
          <w:b/>
        </w:rPr>
        <w:t xml:space="preserve">[09:17] </w:t>
      </w:r>
      <w:r>
        <w:t>yani jo kaam pehghambar ko anjam dena padta tha woh ab ummat ko anjam dena hai. institution ke roop mein anjam dena hai.</w:t>
      </w:r>
    </w:p>
    <w:p>
      <w:pPr>
        <w:jc w:val="right"/>
      </w:pPr>
      <w:r>
        <w:t>یعنی جو کام پیغمبر کو انجام دینا پڑتا تھا وہ اب امت کو انجام دینا ہے۔ Institution کے روپ میں انجام دینا ہے۔</w:t>
      </w:r>
    </w:p>
    <w:p>
      <w:r>
        <w:rPr>
          <w:b/>
        </w:rPr>
        <w:t xml:space="preserve">[09:27] </w:t>
      </w:r>
      <w:r>
        <w:t>yeh sab mil kar anjam dein.</w:t>
      </w:r>
    </w:p>
    <w:p>
      <w:pPr>
        <w:jc w:val="right"/>
      </w:pPr>
      <w:r>
        <w:t>یہ سب مل کر انجام دیں۔</w:t>
      </w:r>
    </w:p>
    <w:p>
      <w:r>
        <w:rPr>
          <w:b/>
        </w:rPr>
        <w:t xml:space="preserve">[09:32] </w:t>
      </w:r>
      <w:r>
        <w:t>hamare haan badqismati se institutionalization mein institution bana kar kaam karne ka concept hi nahi abhi tak aaya hai.</w:t>
      </w:r>
    </w:p>
    <w:p>
      <w:pPr>
        <w:jc w:val="right"/>
      </w:pPr>
      <w:r>
        <w:t>ہمارے ہاں بدقسمتی سے institutionalization میں institution بنا کر کام کرنے کا concept ہی نہیں ابھی تک آیا ہے۔</w:t>
      </w:r>
    </w:p>
    <w:p>
      <w:r>
        <w:rPr>
          <w:b/>
        </w:rPr>
        <w:t xml:space="preserve">[09:41] </w:t>
      </w:r>
      <w:r>
        <w:t>jabke aaj ki duniya jo hai is mein yeh cheez har jagah aa chuki hai. jaise mein aap, aaj hi mujhe ek baat janni thi</w:t>
      </w:r>
    </w:p>
    <w:p>
      <w:pPr>
        <w:jc w:val="right"/>
      </w:pPr>
      <w:r>
        <w:t>جبکہ آج کی دنیا جو ہے اس میں یہ چیز ہر جگہ آ چکی ہے۔ جیسے میں آپ، آج ہی مجھے ایک بات جاننی تھی</w:t>
      </w:r>
    </w:p>
    <w:p>
      <w:r>
        <w:rPr>
          <w:b/>
        </w:rPr>
        <w:t xml:space="preserve">[09:55] </w:t>
      </w:r>
      <w:r>
        <w:t>Vatican ke bare mein. yani Christianity ke bare mein. to ek Father Thompson hain Dilli mein, un ko maine telephone kiya.</w:t>
      </w:r>
    </w:p>
    <w:p>
      <w:pPr>
        <w:jc w:val="right"/>
      </w:pPr>
      <w:r>
        <w:t>Vatican کے بارے میں۔ یعنی Christianity کے بارے میں۔ تو ایک Father Thompson ہیں دلی میں، ان کو میں نے telephone کیا۔</w:t>
      </w:r>
    </w:p>
    <w:p>
      <w:r>
        <w:rPr>
          <w:b/>
        </w:rPr>
        <w:t xml:space="preserve">[10:07] </w:t>
      </w:r>
      <w:r>
        <w:t>wo Dilli mein rehte hain. to maloom hua ke wo is waqt Kochi mein hain. un se baat hui magar wo is waqt Kochi mein the.</w:t>
      </w:r>
    </w:p>
    <w:p>
      <w:pPr>
        <w:jc w:val="right"/>
      </w:pPr>
      <w:r>
        <w:t>وہ دلی میں رہتے ہیں۔ تو معلوم ہوا کہ وہ اس وقت کوچن میں ہیں۔ ان سے بات ہوئی مگر وہ اس وقت کوچن میں تھے۔</w:t>
      </w:r>
    </w:p>
    <w:p>
      <w:r>
        <w:rPr>
          <w:b/>
        </w:rPr>
        <w:t xml:space="preserve">[10:19] </w:t>
      </w:r>
      <w:r>
        <w:t>yani within minute baat hui lekin wo Dilli mein nahi the balkeh Kochi mein the.</w:t>
      </w:r>
    </w:p>
    <w:p>
      <w:pPr>
        <w:jc w:val="right"/>
      </w:pPr>
      <w:r>
        <w:t>یعنی within minute بات ہوئی لیکن وہ دلی میں نہیں تھے بلکہ کوچن میں تھے۔</w:t>
      </w:r>
    </w:p>
    <w:p>
      <w:r>
        <w:rPr>
          <w:b/>
        </w:rPr>
        <w:t xml:space="preserve">[10:28] </w:t>
      </w:r>
      <w:r>
        <w:t>is se maine do baat nikali. ek to yeh ke Christian logon ne networking ke sath kaam karna shuru kar diya hai.</w:t>
      </w:r>
    </w:p>
    <w:p>
      <w:pPr>
        <w:jc w:val="right"/>
      </w:pPr>
      <w:r>
        <w:t>اس سے میں نے دو بات نکالی۔ ایک تو یہ کہ Christian لوگوں نے networking کے ساتھ کام کرنا شروع کر دیا ہے۔</w:t>
      </w:r>
    </w:p>
    <w:p>
      <w:r>
        <w:rPr>
          <w:b/>
        </w:rPr>
        <w:t xml:space="preserve">[10:39] </w:t>
      </w:r>
      <w:r>
        <w:t>un ka ek poora network hai poore India hi mein nahi poori duniya mein hai.</w:t>
      </w:r>
    </w:p>
    <w:p>
      <w:pPr>
        <w:jc w:val="right"/>
      </w:pPr>
      <w:r>
        <w:t>ان کا ایک پورا network ہے پورے انڈیا ہی میں نہیں پوری دنیا میں ہے۔</w:t>
      </w:r>
    </w:p>
    <w:p>
      <w:r>
        <w:rPr>
          <w:b/>
        </w:rPr>
        <w:t xml:space="preserve">[10:46] </w:t>
      </w:r>
      <w:r>
        <w:t>yani jo kaam pehle hota tha ek individual ke roop mein, yani personalized roop mein, us ko already unhon ne kar diya hai institutionalized roop mein.</w:t>
      </w:r>
    </w:p>
    <w:p>
      <w:pPr>
        <w:jc w:val="right"/>
      </w:pPr>
      <w:r>
        <w:t>یعنی جو کام پہلے ہوتا تھا ایک individual کے روپ میں، یعنی personalized روپ میں، اس کو already انہوں نے کر دیا ہے institutionalized روپ میں۔</w:t>
      </w:r>
    </w:p>
    <w:p>
      <w:r>
        <w:rPr>
          <w:b/>
        </w:rPr>
        <w:t xml:space="preserve">[11:00] </w:t>
      </w:r>
      <w:r>
        <w:t>isi kaam ke liye wahan gaye hain jis kaam ke liye wo Dilli mein the. un ka wahan bhi ek branch hai, ek yahan bhi branch hai. aur bohat dhang ke kaam, institution ka matlab kya hua hai?</w:t>
      </w:r>
    </w:p>
    <w:p>
      <w:pPr>
        <w:jc w:val="right"/>
      </w:pPr>
      <w:r>
        <w:t>اسی کام کے لیے وہاں گئے ہیں جس کام کے لیے وہ دلی میں تھے۔ ان کا وہاں بھی ایک branch ہے، ایک یہاں بھی branch ہے۔ اور بہت ڈھنگ کے کام، institution کا معنی کیا ہوا ہے؟</w:t>
      </w:r>
    </w:p>
    <w:p>
      <w:r>
        <w:rPr>
          <w:b/>
        </w:rPr>
        <w:t xml:space="preserve">[11:12] </w:t>
      </w:r>
      <w:r>
        <w:t>ek kaam ko bohat dhang se karna. jaise aap dawah work kar rahe hain. ab ek aadmi Islam mein aaya, us ko education chahiye, us ki training chahiye, us ko ibadat sikhana hai, us ko medical aid dena hai, us ko job chahiye, us ke family problem hai, us ka karna hai us ko.</w:t>
      </w:r>
    </w:p>
    <w:p>
      <w:pPr>
        <w:jc w:val="right"/>
      </w:pPr>
      <w:r>
        <w:t>ایک کام کو بہت ڈھنگ سے کرنا۔ جیسے آپ دعوت و ورک کر رہے ہیں۔ اب ایک آدمی اسلام میں آیا، اس کو education چاہیے، اس کی training چاہیے، اس کو عبادت سکھانا ہے، اس کو medical aid دینا ہے، اس کو job چاہیے، اس کے family problem ہے، اس کا کرنا ہے اس کو۔</w:t>
      </w:r>
    </w:p>
    <w:p>
      <w:r>
        <w:rPr>
          <w:b/>
        </w:rPr>
        <w:t xml:space="preserve">[11:32] </w:t>
      </w:r>
      <w:r>
        <w:t>bohat sari cheezein hain. un sab ke liye aap ke paas idare hon, un sab ke liye aap ke paas intezam ho.</w:t>
      </w:r>
    </w:p>
    <w:p>
      <w:pPr>
        <w:jc w:val="right"/>
      </w:pPr>
      <w:r>
        <w:t>بہت ساری چیزیں ہیں۔ ان سب کے لیے آپ کے پاس ادارے ہوں، ان سب کے لیے آپ کے پاس انتظام ہو۔</w:t>
      </w:r>
    </w:p>
    <w:p>
      <w:r>
        <w:rPr>
          <w:b/>
        </w:rPr>
        <w:t xml:space="preserve">[11:40] </w:t>
      </w:r>
      <w:r>
        <w:t>yeh hai networking ke sath kaam karna. yahi zamane mein jo multinationals hain un ka aalami shakal mein network hota hai. jis ko kehte hain globalization.</w:t>
      </w:r>
    </w:p>
    <w:p>
      <w:pPr>
        <w:jc w:val="right"/>
      </w:pPr>
      <w:r>
        <w:t>یہ ہے networking کے ساتھ کام کرنا۔ یہی زمانے میں جو multinationals ہیں ان کا عالمی شکل میں network ہوتا ہے۔ جس کو کہتے ہیں globalization۔</w:t>
      </w:r>
    </w:p>
    <w:p>
      <w:r>
        <w:rPr>
          <w:b/>
        </w:rPr>
        <w:t xml:space="preserve">[11:52] </w:t>
      </w:r>
      <w:r>
        <w:t>to globalization ka zamana aa raha tha is liye rasool ALLAH ke baad doosra nabi nahi aaya aur wo zimmedari ummat par aa gayi ke ab jo naye resources hain, naye imkanat hain,</w:t>
      </w:r>
    </w:p>
    <w:p>
      <w:pPr>
        <w:jc w:val="right"/>
      </w:pPr>
      <w:r>
        <w:t>تو globalization کا زمانہ آ رہا تھا اس لیے رسول اللہ کے بعد دوسرا نبی نہیں آیا اور وہ ذمہ داری امت پر آگئی کہ اب جو نئے resources ہیں، نئے امکانات ہیں،</w:t>
      </w:r>
    </w:p>
    <w:p>
      <w:r>
        <w:rPr>
          <w:b/>
        </w:rPr>
        <w:t xml:space="preserve">[12:06] </w:t>
      </w:r>
      <w:r>
        <w:t>nayi possibilities hain un ko avail karte hue tum ab kaam karo institution ke roop mein. to is baat ko janiye ke pehle kaam hota tha personalized way mein kaam hota tha.</w:t>
      </w:r>
    </w:p>
    <w:p>
      <w:pPr>
        <w:jc w:val="right"/>
      </w:pPr>
      <w:r>
        <w:t>نئی possibilities ہیں ان کو avail کرتے ہوئے تم اب کام کرو institution کے روپ میں۔ تو اس بات کو جانیے کہ پہلے کام ہوتا تھا personalized way میں کام ہوتا تھا۔</w:t>
      </w:r>
    </w:p>
    <w:p>
      <w:r>
        <w:rPr>
          <w:b/>
        </w:rPr>
        <w:t xml:space="preserve">[12:21] </w:t>
      </w:r>
      <w:r>
        <w:t>ab hum ko dawah work karna hai, institutionalized way mein kaam karna hai. yani universal level par karna hai, global level par karna hai.</w:t>
      </w:r>
    </w:p>
    <w:p>
      <w:pPr>
        <w:jc w:val="right"/>
      </w:pPr>
      <w:r>
        <w:t>اب ہم کو دعوت و ورک کرنا ہے، institutionalized way میں کام کرنا ہے۔ یعنی universal level پر کرنا ہے، global level پر کرنا ہے۔</w:t>
      </w:r>
    </w:p>
    <w:p>
      <w:r>
        <w:rPr>
          <w:b/>
        </w:rPr>
        <w:t xml:space="preserve">[12:30] </w:t>
      </w:r>
      <w:r>
        <w:t>ek baat yeh hai. doosri baat yeh hai</w:t>
      </w:r>
    </w:p>
    <w:p>
      <w:pPr>
        <w:jc w:val="right"/>
      </w:pPr>
      <w:r>
        <w:t>ایک بات یہ ہے۔ دوسری بات یہ ہے</w:t>
      </w:r>
    </w:p>
    <w:p>
      <w:r>
        <w:rPr>
          <w:b/>
        </w:rPr>
        <w:t xml:space="preserve">[12:41] </w:t>
      </w:r>
      <w:r>
        <w:t>ke jab hamein yeh kaam karna hai to mein aksar yeh kaha karta hoon ke ek kaam karne ke liye doosre kaam ko chhodna padta hai.</w:t>
      </w:r>
    </w:p>
    <w:p>
      <w:pPr>
        <w:jc w:val="right"/>
      </w:pPr>
      <w:r>
        <w:t>کہ جب ہمیں یہ کام کرنا ہے تو میں اکثر یہ کہا کرتا ہوں کہ ایک کام کرنے کے لیے دوسرے کام کو چھوڑنا پڑتا ہے۔</w:t>
      </w:r>
    </w:p>
    <w:p>
      <w:r>
        <w:rPr>
          <w:b/>
        </w:rPr>
        <w:t xml:space="preserve">[12:52] </w:t>
      </w:r>
      <w:r>
        <w:t>agar aap jana chahte hain Amritsar to aap ko Kolkata ka rasta chhodna padega. yeh nahi ke aap Kolkata hi bhaag rahe hon, Amritsar hi bhagien.</w:t>
      </w:r>
    </w:p>
    <w:p>
      <w:pPr>
        <w:jc w:val="right"/>
      </w:pPr>
      <w:r>
        <w:t>اگر آپ جانا چاہتے ہیں امرتسر تو آپ کو کلکتہ کا راستہ چھوڑنا پڑے گا۔ یہ نہیں کہ آپ کلکتہ ہی بھاگ رہے ہوں، امرتسر ہی بھاگیں۔</w:t>
      </w:r>
    </w:p>
    <w:p>
      <w:r>
        <w:rPr>
          <w:b/>
        </w:rPr>
        <w:t xml:space="preserve">[13:02] </w:t>
      </w:r>
      <w:r>
        <w:t>yeh possible nahi hai. to ek kaam karne ke liye doosra kaam chhodna padta hai. to dawah work karne ke liye hamein qaumi kaam chhodna padega.</w:t>
      </w:r>
    </w:p>
    <w:p>
      <w:pPr>
        <w:jc w:val="right"/>
      </w:pPr>
      <w:r>
        <w:t>یہ possible نہیں ہے۔ تو ایک کام کرنے کے لیے دوسرا کام چھوڑنا پڑتا ہے۔ تو دعوت و ورک کرنے کے لیے ہمیں قومی کام چھوڑنا پڑے گا۔</w:t>
      </w:r>
    </w:p>
    <w:p>
      <w:r>
        <w:rPr>
          <w:b/>
        </w:rPr>
        <w:t xml:space="preserve">[13:16] </w:t>
      </w:r>
      <w:r>
        <w:t>dono sath sath nahi ho sakta hai. qaumi kaam kya hai? qaumi kaam kya hai? land ke jhagde, job ke jhagde aur reservation ke jhagde, material jhagde.</w:t>
      </w:r>
    </w:p>
    <w:p>
      <w:pPr>
        <w:jc w:val="right"/>
      </w:pPr>
      <w:r>
        <w:t>دونوں ساتھ ساتھ نہیں ہو سکتا ہے۔ قومی کام کیا ہے؟ قومی کام کیا ہے؟ Land کے جھگڑے، job کے جھگڑے اور reservation کے جھگڑے، material جھگڑے۔</w:t>
      </w:r>
    </w:p>
    <w:p>
      <w:r>
        <w:rPr>
          <w:b/>
        </w:rPr>
        <w:t xml:space="preserve">[13:30] </w:t>
      </w:r>
      <w:r>
        <w:t>har qaum in cheezon mein uljhi rehti hai. jis qaum ko aap dekhiye, har qaum doosri qaumon se, har group doosre group se, har community doosri community se material jhagdon mein phansi rehti hai.</w:t>
      </w:r>
    </w:p>
    <w:p>
      <w:pPr>
        <w:jc w:val="right"/>
      </w:pPr>
      <w:r>
        <w:t>ہر قوم ان چیزوں میں الجھی رہتی ہے۔ جس قوم کو آپ دیکھیے، ہر قوم دوسری قوموں سے، ہر گروپ دوسرے گروپ سے، ہر community دوسری community سے material جھگڑوں میں پھنسی رہتی ہے۔</w:t>
      </w:r>
    </w:p>
    <w:p>
      <w:r>
        <w:rPr>
          <w:b/>
        </w:rPr>
        <w:t xml:space="preserve">[13:46] </w:t>
      </w:r>
      <w:r>
        <w:t>yeh land hum, yeh hamari hai, tum ne kyun qabza kar liya? hamein political seat do, tum ne, tum kyun political seat par baith gaye?</w:t>
      </w:r>
    </w:p>
    <w:p>
      <w:pPr>
        <w:jc w:val="right"/>
      </w:pPr>
      <w:r>
        <w:t>یہ land ہم، یہ ہماری ہے، تم نے کیوں قبضہ کر لیا؟ ہمیں political seat دو، تم نے، تم کیوں political seat پر بیٹھ گئے؟</w:t>
      </w:r>
    </w:p>
    <w:p>
      <w:r>
        <w:rPr>
          <w:b/>
        </w:rPr>
        <w:t xml:space="preserve">[13:56] </w:t>
      </w:r>
      <w:r>
        <w:t>humein job do, tum ne kyun job de rakha hai sab? hamare sath bias hota hai, hamare sath ta'assub hota hai, ta'assub kyun karte ho hamare sath?</w:t>
      </w:r>
    </w:p>
    <w:p>
      <w:pPr>
        <w:jc w:val="right"/>
      </w:pPr>
      <w:r>
        <w:t>ہمیں job دو، تم نے کیوں job دے رکھا ہے سب؟ ہمارے ساتھ bias ہوتا ہے، ہمارے ساتھ تعصب ہوتا ہے، تعصب کیوں کرتے ہو ہمارے ساتھ؟</w:t>
      </w:r>
    </w:p>
    <w:p>
      <w:r>
        <w:rPr>
          <w:b/>
        </w:rPr>
        <w:t xml:space="preserve">[14:06] </w:t>
      </w:r>
      <w:r>
        <w:t>yeh sab hain qoumi jhagre. to yaad rakhiye ummat-e-muhammadi ko jab dawat-o-work kaam karna hai, ummat-e-muhammadi ko jab dawat-e-illa-Allah ka kaam karna hai to is ko qoumi jhagre chhodne padenge.</w:t>
      </w:r>
    </w:p>
    <w:p>
      <w:pPr>
        <w:jc w:val="right"/>
      </w:pPr>
      <w:r>
        <w:t>یہ سب ہیں قومی جھگڑے۔ تو یاد رکھیے امت محمدی کو جب دعوت و ورک کام کرنا ہے، امت محمدی کو جب دعوت الی اللہ کا کام کرنا ہے تو اس کو قومی جھگڑے چھوڑنے پڑیں گے۔</w:t>
      </w:r>
    </w:p>
    <w:p>
      <w:r>
        <w:rPr>
          <w:b/>
        </w:rPr>
        <w:t xml:space="preserve">[14:25] </w:t>
      </w:r>
      <w:r>
        <w:t>yeh ho nahi sakta kabhi bhi ke aap qoumi jhagre bhi liye rahein aur dawat-o-work bhi chalta rahe. impossible hai yeh.</w:t>
      </w:r>
    </w:p>
    <w:p>
      <w:pPr>
        <w:jc w:val="right"/>
      </w:pPr>
      <w:r>
        <w:t>یہ ہو نہیں سکتا کبھی بھی کہ آپ قومی جھگڑے بھی لیے رہیں اور دعوت و ورک بھی چلتا رہے۔ Impossible ہے یہ۔</w:t>
      </w:r>
    </w:p>
    <w:p>
      <w:r>
        <w:rPr>
          <w:b/>
        </w:rPr>
        <w:t xml:space="preserve">[14:35] </w:t>
      </w:r>
      <w:r>
        <w:t>to is ke liye kya karna hai? humein yeh bhi, woh terminology badalni padegi humein. aaj kal terminology kya chalti hai musalmanon mein? ke hamare khilaf conspiracy ho rahi hai, hamare khilaf sazish ho rahi hai, log hamare dushman bane hue hain.</w:t>
      </w:r>
    </w:p>
    <w:p>
      <w:pPr>
        <w:jc w:val="right"/>
      </w:pPr>
      <w:r>
        <w:t>تو اس کے لیے کیا کرنا ہے؟ ہمیں یہ بھی، وہ terminology بدلنی پڑے گی ہمیں۔ آج کل terminology کیا چلتی ہے مسلمانوں میں؟ کہ ہمارے خلاف conspiracy ہو رہی ہے، ہمارے خلاف سازش ہو رہی ہے، لوگ ہمارے دشمن بنے ہوئے ہیں۔</w:t>
      </w:r>
    </w:p>
    <w:p>
      <w:r>
        <w:rPr>
          <w:b/>
        </w:rPr>
        <w:t xml:space="preserve">[14:52] </w:t>
      </w:r>
      <w:r>
        <w:t>yeh jo zuban hai, conspiracy ki zuban aur ke yeh dushman hai hamara, woh dushman hai hamara, yeh language hi chhodni pad jayegi.</w:t>
      </w:r>
    </w:p>
    <w:p>
      <w:pPr>
        <w:jc w:val="right"/>
      </w:pPr>
      <w:r>
        <w:t>یہ جو زبان ہے، conspiracy کی زبان اور کہ یہ دشمن ہے ہمارا، وہ دشمن ہے ہمارا، یہ language ہی چھوڑنی پڑ جائے گی۔</w:t>
      </w:r>
    </w:p>
    <w:p>
      <w:r>
        <w:rPr>
          <w:b/>
        </w:rPr>
        <w:t xml:space="preserve">[15:04] </w:t>
      </w:r>
      <w:r>
        <w:t>kyun? aap afford nahi kar sakte. A dai cannot afford to speak this language because this kind of language inculcates hate, intolerance</w:t>
      </w:r>
    </w:p>
    <w:p>
      <w:pPr>
        <w:jc w:val="right"/>
      </w:pPr>
      <w:r>
        <w:t>کیوں؟ آپ afford نہیں کر سکتے۔ A dai cannot afford to speak this language because this kind of language inculcates hate, intolerance</w:t>
      </w:r>
    </w:p>
    <w:p>
      <w:r>
        <w:rPr>
          <w:b/>
        </w:rPr>
        <w:t xml:space="preserve">[15:18] </w:t>
      </w:r>
      <w:r>
        <w:t>. ab bataiye ke aap agar hate liye hue hain to aap in ko dawat kaise denge? to ummat-e-muhammadi ko jab Allah taala ne yeh chaha ke woh shuhada, zameen mein shuhada banein to is ka matlab yeh bhi sath sath zaroori ho gaya ke woh qoumi kaam chhodien.</w:t>
      </w:r>
    </w:p>
    <w:p>
      <w:pPr>
        <w:jc w:val="right"/>
      </w:pPr>
      <w:r>
        <w:t>۔ اب بتائیے کہ آپ اگر hate لیے ہوئے ہیں تو آپ ان کو دعوت کیسے دیں گے؟ تو امت محمدی کو جب اللہ تعالیٰ نے یہ چاہا کہ وہ شہداء، زمین میں شہداء بنیں تو اس کا معنی یہ بھی ساتھ ساتھ ضروری ہو گیا کہ وہ قومی کام چھوڑیں۔</w:t>
      </w:r>
    </w:p>
    <w:p>
      <w:r>
        <w:rPr>
          <w:b/>
        </w:rPr>
        <w:t xml:space="preserve">[15:42] </w:t>
      </w:r>
      <w:r>
        <w:t>qoumi kaam ko Khuda par dalien. qoumi kaam ko Khuda par dalien.</w:t>
      </w:r>
    </w:p>
    <w:p>
      <w:pPr>
        <w:jc w:val="right"/>
      </w:pPr>
      <w:r>
        <w:t>قومی کام کو خدا پر ڈالیں۔ قومی کام کو خدا پر ڈالیں۔</w:t>
      </w:r>
    </w:p>
    <w:p>
      <w:r>
        <w:rPr>
          <w:b/>
        </w:rPr>
        <w:t xml:space="preserve">[15:51] </w:t>
      </w:r>
      <w:r>
        <w:t>ek hadith hai ke jo aadmi, ab jo aadmi khud hi dunya ke masail ko hal karna chahe to Khuda us ko us ke hawale kar deta hai.</w:t>
      </w:r>
    </w:p>
    <w:p>
      <w:pPr>
        <w:jc w:val="right"/>
      </w:pPr>
      <w:r>
        <w:t>ایک حدیث ہے کہ جو آدمی، اب جو آدمی خود ہی دنیا کے معادوں کو حل کرنا چاہے تو خدا اس کو اس کے حوالے کر دیتا ہے۔</w:t>
      </w:r>
    </w:p>
    <w:p>
      <w:r>
        <w:rPr>
          <w:b/>
        </w:rPr>
        <w:t xml:space="preserve">[16:05] </w:t>
      </w:r>
      <w:r>
        <w:t>aur jo Khuda ke hawale kar de to Khuda uska zimmedar ban jata hai. to humein apne qoumi kamon ke muamle mein Khuda ke hawale karna padega.</w:t>
      </w:r>
    </w:p>
    <w:p>
      <w:pPr>
        <w:jc w:val="right"/>
      </w:pPr>
      <w:r>
        <w:t>اور جو خدا کے حوالے کر دے تو خدا اس کا ذمہ دار بن جاتا ہے۔ تو ہمیں اپنے قومی کاموں کے معاملے میں خدا کے پر ڈالنا پڑے گا۔</w:t>
      </w:r>
    </w:p>
    <w:p>
      <w:r>
        <w:rPr>
          <w:b/>
        </w:rPr>
        <w:t xml:space="preserve">[16:16] </w:t>
      </w:r>
      <w:r>
        <w:t>Khuda par. warna hum Khuda ke haan, yani akhirat mein woh woh woh reward humein nahi mil sakta jo ummat-e-muhammadi hone ka hissa milna hai humein.</w:t>
      </w:r>
    </w:p>
    <w:p>
      <w:pPr>
        <w:jc w:val="right"/>
      </w:pPr>
      <w:r>
        <w:t>خدا پر۔ ورنہ ہم خدا کے ہاں، یعنی آخرت میں وہ وہ وہ reward ہمیں نہیں مل سکتا جو امت محمدی ہونے کا حصہ ملنا ہے ہمیں۔</w:t>
      </w:r>
    </w:p>
    <w:p>
      <w:r>
        <w:rPr>
          <w:b/>
        </w:rPr>
        <w:t xml:space="preserve">[16:28] </w:t>
      </w:r>
      <w:r>
        <w:t>nahi mil sakta humein. is muamle mein mein ek bohat hi, ek ek bohat hi ajeeb baat karna chahunga.</w:t>
      </w:r>
    </w:p>
    <w:p>
      <w:pPr>
        <w:jc w:val="right"/>
      </w:pPr>
      <w:r>
        <w:t>نہیں مل سکتا ہمیں۔ اس معاملے میں میں ایک بہت ہی، ایک ایک بہت ہی عجیب بات کرنا چاہوں گا۔</w:t>
      </w:r>
    </w:p>
    <w:p>
      <w:r>
        <w:rPr>
          <w:b/>
        </w:rPr>
        <w:t xml:space="preserve">[16:42] </w:t>
      </w:r>
      <w:r>
        <w:t>ke baad ke zamane mein dawat ka tasawwur hi musalmanon mein khatam ho gaya. agarche dekhiye dawat ka process jari raha kyunke Quran mehfooz tha, hadith mehfooz thi,</w:t>
      </w:r>
    </w:p>
    <w:p>
      <w:pPr>
        <w:jc w:val="right"/>
      </w:pPr>
      <w:r>
        <w:t>کہ بعد کے زمانے میں دعوت کا تصور ہی مسلمانوں میں ختم ہو گیا۔ اگرچہ دیکھیے دعوت کا پراسیس جاری رہا کیونکہ قرآن محفوظ تھا، حدیث محفوظ تھی،</w:t>
      </w:r>
    </w:p>
    <w:p>
      <w:r>
        <w:rPr>
          <w:b/>
        </w:rPr>
        <w:t xml:space="preserve">[16:56] </w:t>
      </w:r>
      <w:r>
        <w:t>Rasool Allah ki seerat mehfooz thi, yeh sari baatein maujood theen. Sahaba ke, Sahaba ke halaat jo the woh mehfooz the.</w:t>
      </w:r>
    </w:p>
    <w:p>
      <w:pPr>
        <w:jc w:val="right"/>
      </w:pPr>
      <w:r>
        <w:t>رسول اللہ کی سیرت محفوظ تھی، یہ ساری باتیں موجود تھیں۔ صحابہ کے، صحابہ کے حالات جو تھے وہ محفوظ تھے۔</w:t>
      </w:r>
    </w:p>
    <w:p>
      <w:r>
        <w:rPr>
          <w:b/>
        </w:rPr>
        <w:t xml:space="preserve">[17:06] </w:t>
      </w:r>
      <w:r>
        <w:t>to khud apne zor par log Islam ki taraf aate rahe. beshumar logon ne Quran ko padha aur sirf Quran ko padh kar ke unhon ne Islam ko accept kar liya.</w:t>
      </w:r>
    </w:p>
    <w:p>
      <w:pPr>
        <w:jc w:val="right"/>
      </w:pPr>
      <w:r>
        <w:t>تو خود اپنے زور پر لوگ اسلام کی طرف آتے رہے۔ بے شمار لوگوں نے قرآن کو پڑھا اور صرف قرآن کو پڑھ کر کے انہوں نے اسلام کو accept کر لیا۔</w:t>
      </w:r>
    </w:p>
    <w:p>
      <w:r>
        <w:rPr>
          <w:b/>
        </w:rPr>
        <w:t xml:space="preserve">[17:19] </w:t>
      </w:r>
      <w:r>
        <w:t>isi ko mein kehta hoon ke apne aap. jaise Tatariyon ne, aap jante hain ke Abbasi daur mein hamla kiya aur Samarqand se le kar Halab tak sab tabah kar dala.</w:t>
      </w:r>
    </w:p>
    <w:p>
      <w:pPr>
        <w:jc w:val="right"/>
      </w:pPr>
      <w:r>
        <w:t>اسی کو میں کہتا ہوں کہ اپنے آپ۔ جیسے تاتاریوں نے، آپ جانتے ہیں کہ عباسی دور میں حملہ کیا اور سمرقند سے لے کر حلب تک سب تباہ کر ڈالا۔</w:t>
      </w:r>
    </w:p>
    <w:p>
      <w:r>
        <w:rPr>
          <w:b/>
        </w:rPr>
        <w:t xml:space="preserve">[17:31] </w:t>
      </w:r>
      <w:r>
        <w:t>lekin baad ko unhon ne Islam qubool kar liya. to kaise hua? kisi dawat-o-work se nahi hua. yeh Quran ki apni taqat se hua.</w:t>
      </w:r>
    </w:p>
    <w:p>
      <w:pPr>
        <w:jc w:val="right"/>
      </w:pPr>
      <w:r>
        <w:t>لیکن بعد کو انہوں نے اسلام قبول کر لیا۔ تو کیسے ہوا؟ کسی دعوت و ورک سے نہیں ہوا۔ یہ قرآن کی اپنی طاقت سے ہوا۔</w:t>
      </w:r>
    </w:p>
    <w:p>
      <w:r>
        <w:rPr>
          <w:b/>
        </w:rPr>
        <w:t xml:space="preserve">[17:42] </w:t>
      </w:r>
      <w:r>
        <w:t>Islam ki apni taqat se hua. to is tarah se Islam khud apne zor par to bar bar har zamane mein yani phailta raha hai.</w:t>
      </w:r>
    </w:p>
    <w:p>
      <w:pPr>
        <w:jc w:val="right"/>
      </w:pPr>
      <w:r>
        <w:t>اسلام کی اپنی طاقت سے ہوا۔ تو اس طرح سے اسلام خود اپنے زور پر تو بار بار ہر زمانے میں یعنی پھیلتا رہا ہے۔</w:t>
      </w:r>
    </w:p>
    <w:p>
      <w:r>
        <w:rPr>
          <w:b/>
        </w:rPr>
        <w:t xml:space="preserve">[17:56] </w:t>
      </w:r>
      <w:r>
        <w:t>logon ke dilon mein dakhil hota raha hai. lekin musalmanon mein daawti shaoor jo hai woh ek tarah ghayab ho gaya, itna ghayab ho gaya ke aaj tak woh maujood nahi hai.</w:t>
      </w:r>
    </w:p>
    <w:p>
      <w:pPr>
        <w:jc w:val="right"/>
      </w:pPr>
      <w:r>
        <w:t>لوگوں کے دلوں میں داخل ہوتا رہا ہے۔ لیکن مسلمانوں میں دعوتی شعور جو ہے وہ ایک طرح غائب ہو گیا، اتنا غائب ہو گیا کہ آج تک وہ موجود نہیں ہے۔</w:t>
      </w:r>
    </w:p>
    <w:p>
      <w:r>
        <w:rPr>
          <w:b/>
        </w:rPr>
        <w:t xml:space="preserve">[18:07] </w:t>
      </w:r>
      <w:r>
        <w:t>aap dekhiye tafseeron ko padhiye aap. tafseeron ko padhiye aap. to tafseeron mein dawat ka kuch bhi nahi milega aap ko.</w:t>
      </w:r>
    </w:p>
    <w:p>
      <w:pPr>
        <w:jc w:val="right"/>
      </w:pPr>
      <w:r>
        <w:t>آپ دیکھیے تفسیروں کو پڑھیے آپ۔ تفسیروں کو پڑھیے آپ۔ تو تفسیروں میں دعوت کا کچھ بھی نہیں ملے گا آپ کو۔</w:t>
      </w:r>
    </w:p>
    <w:p>
      <w:r>
        <w:rPr>
          <w:b/>
        </w:rPr>
        <w:t xml:space="preserve">[18:16] </w:t>
      </w:r>
      <w:r>
        <w:t>woh sari aayatein aur hadisein jo woh aayatein hain jo dawat se mutalliq hain us ke ajeeb ajeeb maani likh rakhe hain. mislan tafseeron mein sabr ko mansookh qarar de rakha hai.</w:t>
      </w:r>
    </w:p>
    <w:p>
      <w:pPr>
        <w:jc w:val="right"/>
      </w:pPr>
      <w:r>
        <w:t>وہ ساری آیتیں اور حدیثیں جو وہ آیتیں ہیں جو دعوت سے متعلق ہیں اس کے عجیب عجیب معنی لکھ رکھے ہیں۔ مثلاً تفسیروں میں صبر کو منسوخ قرار دے رکھا ہے۔</w:t>
      </w:r>
    </w:p>
    <w:p>
      <w:r>
        <w:rPr>
          <w:b/>
        </w:rPr>
        <w:t xml:space="preserve">[18:29] </w:t>
      </w:r>
      <w:r>
        <w:t>jis tafseer ko padhiye aap jo Arabi tafaseer hain to us mein sabr mansookh hai. talif-e-qalb mansookh hai. ab bataiye talif-e-qalb mansookh karne ke maani kya hue?</w:t>
      </w:r>
    </w:p>
    <w:p>
      <w:pPr>
        <w:jc w:val="right"/>
      </w:pPr>
      <w:r>
        <w:t>جس تفسیر کو پڑھیے آپ جو عربی تفاسیر ہیں تو اس میں صبر منسوخ ہے۔ تالیف قلب منسوخ ہے۔ اب بتائیے تالیف قلب منسوخ کرنے کے معنی کیا ہوئے؟</w:t>
      </w:r>
    </w:p>
    <w:p>
      <w:r>
        <w:rPr>
          <w:b/>
        </w:rPr>
        <w:t xml:space="preserve">[18:41] </w:t>
      </w:r>
      <w:r>
        <w:t>sabr ko mansookh karne ke maani kya hue? dawat ka kaam, yeh dawat-o-work to baghair sabr ke ho nahi sakta hai. yani qoumi mamlaat mein aap ko sabr karna padta hai.</w:t>
      </w:r>
    </w:p>
    <w:p>
      <w:pPr>
        <w:jc w:val="right"/>
      </w:pPr>
      <w:r>
        <w:t>صبر کو منسوخ کرنے کے معنی کیا ہوئے؟ دعوت کا کام، یہ دعوت و ورک تو بغیر صبر کے ہو نہیں سکتا ہے۔ یعنی قومی معاملات میں آپ کو صبر کرنا پڑتا ہے۔</w:t>
      </w:r>
    </w:p>
    <w:p>
      <w:r>
        <w:rPr>
          <w:b/>
        </w:rPr>
        <w:t xml:space="preserve">[18:52] </w:t>
      </w:r>
      <w:r>
        <w:t>siyasi shikayaton par sabr karna padta hai. maadi shikayaton par sabr karna padta hai. tab ja kar dawat-o-work aap kar paate hain.</w:t>
      </w:r>
    </w:p>
    <w:p>
      <w:pPr>
        <w:jc w:val="right"/>
      </w:pPr>
      <w:r>
        <w:t>سیاسی شکایتوں پر صبر کرنا پڑتا ہے۔ مادی شکایتوں پر صبر کرنا پڑتا ہے۔ تب جا کر دعوت و ورک آپ کر پاتے ہیں۔</w:t>
      </w:r>
    </w:p>
    <w:p>
      <w:r>
        <w:rPr>
          <w:b/>
        </w:rPr>
        <w:t xml:space="preserve">[19:05] </w:t>
      </w:r>
      <w:r>
        <w:t>to aap jo hain in shikayaton par sabr karne ki tayari nahi hain to dawat-o-work kaise hoga? kyunke sabr mansookh hai. tamam tafseeron mein sabr mansookh bana diya gaya hai.</w:t>
      </w:r>
    </w:p>
    <w:p>
      <w:pPr>
        <w:jc w:val="right"/>
      </w:pPr>
      <w:r>
        <w:t>تو آپ جو ہیں ان شکایتوں پر صبر کرنے کی تیاری نہیں ہیں تو دعوت و ورک کیسے ہوگا؟ کیونکہ صبر منسوخ ہے۔ تمام تفسیروں میں صبر منسوخ بنا دیا گیا ہے۔</w:t>
      </w:r>
    </w:p>
    <w:p>
      <w:r>
        <w:rPr>
          <w:b/>
        </w:rPr>
        <w:t xml:space="preserve">[19:17] </w:t>
      </w:r>
      <w:r>
        <w:t>talif qalb mansookh hai. talif qalb kya hai? surah toobah mein aap parh lijiyay keh ghair muslimon ko, main is ghair muslimon ke andar islam ke baray mein bhi soft corner paida karna.</w:t>
      </w:r>
    </w:p>
    <w:p>
      <w:pPr>
        <w:jc w:val="right"/>
      </w:pPr>
      <w:r>
        <w:t>تالیف قلب منسوخ ہے۔ تالیف قلب کیا ہے؟ سورۃ توبہ میں آپ پڑھ لیجیے کہ غیر مسلموں کو، میں اس غیر مسلموں کے اندر اسلام کے بارے میں بھی soft corner پیدا کرنا۔</w:t>
      </w:r>
    </w:p>
    <w:p>
      <w:r>
        <w:rPr>
          <w:b/>
        </w:rPr>
        <w:t xml:space="preserve">[19:34] </w:t>
      </w:r>
      <w:r>
        <w:t>aisi tadabeerain, aisa sulook, aisa tareeqa jo ghair muslimon ke andar islam ke baray mein soft corner paida karay.</w:t>
      </w:r>
    </w:p>
    <w:p>
      <w:pPr>
        <w:jc w:val="right"/>
      </w:pPr>
      <w:r>
        <w:t>ایسی تدبیریں، ایسا سلوک، ایسا طریقہ جو غیر مسلموں کے اندر اسلام کے بارے میں soft corner پیدا کرے۔</w:t>
      </w:r>
    </w:p>
    <w:p>
      <w:r>
        <w:rPr>
          <w:b/>
        </w:rPr>
        <w:t xml:space="preserve">[19:44] </w:t>
      </w:r>
      <w:r>
        <w:t>yeh hai talif qalb. ab is ko mansookh kar diya. to dawat o work kaisay hoga? to tafseeron ko parh kar yeh tasawwur nahi aata parhnay walay ke dil mein keh meri zimmedari hai dawat o work, dawat ka kaam karna.</w:t>
      </w:r>
    </w:p>
    <w:p>
      <w:pPr>
        <w:jc w:val="right"/>
      </w:pPr>
      <w:r>
        <w:t>یہ ہے تالیف قلب۔ اب اس کو منسوخ کر دیا۔ تو دعوت و ورک کیسے ہوگا؟ تو تفسیروں کو پڑھ کر یہ تصور نہیں آتا پڑھنے والے کے دل میں کہ میری ذمہ داری ہے دعوت و ورک، دعوت کا کام کرنا۔</w:t>
      </w:r>
    </w:p>
    <w:p>
      <w:r>
        <w:rPr>
          <w:b/>
        </w:rPr>
        <w:t xml:space="preserve">[20:00] </w:t>
      </w:r>
      <w:r>
        <w:t>hadeesain dekhiye jo compile ki gayeen to hadeeson mein aisi hadeesain bohat hain jin mein dawati pehlu milta hai. lekin aap dekhiye jo jo tooyal hai, jo chapter banaye gay hain, jo kitaab kehlata hai.</w:t>
      </w:r>
    </w:p>
    <w:p>
      <w:pPr>
        <w:jc w:val="right"/>
      </w:pPr>
      <w:r>
        <w:t>حدیثیں دیکھیے جو compile کی گئیں تو حدیثوں میں ایسی حدیثیں بہت ہیں جن میں دعوتی پہلو ملتا ہے۔ لیکن آپ دیکھیے جو جو تویل ہے، جو chapter بنائے گئے ہیں، جو کتاب کہلاتا ہے۔</w:t>
      </w:r>
    </w:p>
    <w:p>
      <w:r>
        <w:rPr>
          <w:b/>
        </w:rPr>
        <w:t xml:space="preserve">[20:16] </w:t>
      </w:r>
      <w:r>
        <w:t>to is kisi bhi hadees mein aap dekhiye kitaab al-da'wah nahi hai. yani saaray chapter hain. kitaab al-salat, kitaab al-zakat, kitaab al-hajj.</w:t>
      </w:r>
    </w:p>
    <w:p>
      <w:pPr>
        <w:jc w:val="right"/>
      </w:pPr>
      <w:r>
        <w:t>تو اس کسی بھی حدیث میں آپ دیکھیے کتاب الدعویٰ نہیں ہے۔ یعنی سارے chapter ہیں۔ کتاب الصلوۃ، کتاب الزکوۃ، کتاب الحج۔</w:t>
      </w:r>
    </w:p>
    <w:p>
      <w:r>
        <w:rPr>
          <w:b/>
        </w:rPr>
        <w:t xml:space="preserve">[20:28] </w:t>
      </w:r>
      <w:r>
        <w:t>yahan tak kitaab al-siwak bhi rahay ga. kitaab al-haiz wa al-nifaz bhi rahay ga. lekin kitaab al-da'wah saray say kisi bhi hadees ki book mein maujood nahi.</w:t>
      </w:r>
    </w:p>
    <w:p>
      <w:pPr>
        <w:jc w:val="right"/>
      </w:pPr>
      <w:r>
        <w:t>یہاں تک کتاب السواک بھی رہے گا۔ کتاب الحیض والنفاذ بھی رہے گا۔ لیکن کتاب الدعویٰ سرے سے کسی بھی حدیث کی book میں موجود نہیں۔</w:t>
      </w:r>
    </w:p>
    <w:p>
      <w:r>
        <w:rPr>
          <w:b/>
        </w:rPr>
        <w:t xml:space="preserve">[20:40] </w:t>
      </w:r>
      <w:r>
        <w:t>aisay hi jo hamaray baray baray likhnay walay hain muslim ghazali hain, ibn taimiyah hain, ibn al-qayyim hain, shah abdullah hain, unhon nay bari bari kitaabain likhi hain. yani kisi ki kitaabain bhi kitaab al-da'wah nahi hain.</w:t>
      </w:r>
    </w:p>
    <w:p>
      <w:pPr>
        <w:jc w:val="right"/>
      </w:pPr>
      <w:r>
        <w:t>ایسے ہی جو ہمارے بڑے بڑے لکھنے والے ہیں مسلم غزالی ہیں، ابن تیمیہ ہیں، ابن قیم ہیں، شاہ عبداللہ ہیں، انہوں نے بڑی بڑی کتابیں لکھی ہیں۔ یعنی کسی کی کتابیں بھی کتاب الدعویٰ نہیں ہیں۔</w:t>
      </w:r>
    </w:p>
    <w:p>
      <w:r>
        <w:rPr>
          <w:b/>
        </w:rPr>
        <w:t xml:space="preserve">[20:51] </w:t>
      </w:r>
      <w:r>
        <w:t>to dawat ummat ke andar say hadaf ho gaya. itna hadaf hua keh maujooda zamanay mein bohat say log dawat ka naam laitay hain halankay woh dawat nahi kartay woh.</w:t>
      </w:r>
    </w:p>
    <w:p>
      <w:pPr>
        <w:jc w:val="right"/>
      </w:pPr>
      <w:r>
        <w:t>تو دعوت امت کے اندر سے حذف ہو گیا۔ اتنا حذف ہوا کہ موجودہ زمانے میں بہت سے لوگ دعوت کا نام لیتے ہیں حالانکہ وہ دعوت نہیں کرتے وہ۔</w:t>
      </w:r>
    </w:p>
    <w:p>
      <w:r>
        <w:rPr>
          <w:b/>
        </w:rPr>
        <w:t xml:space="preserve">[21:03] </w:t>
      </w:r>
      <w:r>
        <w:t>musalmanon ki islaah karain gay. koi musalmanon ki islaah kar raha hai, koi namaz o roza sikha raha hai, koi mili work kar raha hai, us ko kehta hai dawat. woh dawat nahi hai woh.</w:t>
      </w:r>
    </w:p>
    <w:p>
      <w:pPr>
        <w:jc w:val="right"/>
      </w:pPr>
      <w:r>
        <w:t>مسلمانوں کی اصلاح کریں گے۔ کوئی مسلمانوں کی اصلاح کر رہا ہے، کوئی نماز و روزہ سکھا رہا ہے، کوئی ملی ورک کر رہا ہے، اس کو کہتا ہے دعوت۔ وہ دعوت نہیں ہے وہ۔</w:t>
      </w:r>
    </w:p>
    <w:p>
      <w:r>
        <w:rPr>
          <w:b/>
        </w:rPr>
        <w:t xml:space="preserve">[21:14] </w:t>
      </w:r>
      <w:r>
        <w:t>dawat wazeh tor par naam hai inzar o tafseer ka. inzar o tafseer ka yani ghair muslimon ko batana in baaton ko jo Khuda nay bheja hai apnay peghambar ke oopar.</w:t>
      </w:r>
    </w:p>
    <w:p>
      <w:pPr>
        <w:jc w:val="right"/>
      </w:pPr>
      <w:r>
        <w:t>دعوت واضح طور پر نام ہے انظار و تفسیر کا۔ انظار و تفسیر کا یعنی غیر مسلموں کو بتانا ان باتوں کو جو خدا نے بھیجا ہے اپنے پیغمبر کے اوپر۔</w:t>
      </w:r>
    </w:p>
    <w:p>
      <w:r>
        <w:rPr>
          <w:b/>
        </w:rPr>
        <w:t xml:space="preserve">[21:28] </w:t>
      </w:r>
      <w:r>
        <w:t>ghair muslimon mein dawat o work ka naam hai dawat. lekin doosray doosray kaam karain gay. koi debate kar raha hai, us ko dawat samajhta hai.</w:t>
      </w:r>
    </w:p>
    <w:p>
      <w:pPr>
        <w:jc w:val="right"/>
      </w:pPr>
      <w:r>
        <w:t>غیر مسلموں میں دعوت و ورک کا نام ہے دعوت۔ لیکن دوسرے دوسرے کام کریں گے۔ کوئی debate کر رہا ہے، اس کو دعوت سمجھتا ہے۔</w:t>
      </w:r>
    </w:p>
    <w:p>
      <w:r>
        <w:rPr>
          <w:b/>
        </w:rPr>
        <w:t xml:space="preserve">[21:37] </w:t>
      </w:r>
      <w:r>
        <w:t>koi larai bhirayi kar raha hai, aur us ko dawat samajhta hai. koi siyasat chala raha hai, siyasat us ko dawat samajhta hai. to itna ziyada log na-aashna ho gay hain dawat ke concept say keh ya to dawat o work kartay nahi ya doosray doosray kaam kartay hain, us ko dawat ka title day detay hain.</w:t>
      </w:r>
    </w:p>
    <w:p>
      <w:pPr>
        <w:jc w:val="right"/>
      </w:pPr>
      <w:r>
        <w:t>کوئی لڑائی بھڑائی کر رہا ہے، اور اس کو دعوت سمجھتا ہے۔ کوئی سیاست چلا رہا ہے، سیاست اس کو دعوت سمجھتا ہے۔ تو اتنا زیادہ لوگ ناآشنا ہو گئے ہیں دعوت کے concept سے کہ یا تو دعوت و ورک کرتے نہیں یا دوسرے دوسرے کام کرتے ہیں، اس کو دعوت کا ٹائٹل دے دیتے ہیں۔</w:t>
      </w:r>
    </w:p>
    <w:p>
      <w:r>
        <w:rPr>
          <w:b/>
        </w:rPr>
        <w:t xml:space="preserve">[21:59] </w:t>
      </w:r>
      <w:r>
        <w:t>dekhiye main aik bohat hi, bohat hi yani tarpa denay wali baat arz karoon ga.</w:t>
      </w:r>
    </w:p>
    <w:p>
      <w:pPr>
        <w:jc w:val="right"/>
      </w:pPr>
      <w:r>
        <w:t>دیکھیے میں ایک بہت ہی، بہت ہی یعنی تڑپا دینے والی بات عرض کروں گا۔</w:t>
      </w:r>
    </w:p>
    <w:p>
      <w:r>
        <w:rPr>
          <w:b/>
        </w:rPr>
        <w:t xml:space="preserve">[22:13] </w:t>
      </w:r>
      <w:r>
        <w:t>dawat ko Khuda nay apni madad karna kaha hai. man ansari ila Allah. bohat pehlay, bohat pehlay main jab adam mein rehta tha, yeh baat hai unnis sau pachas ki.</w:t>
      </w:r>
    </w:p>
    <w:p>
      <w:pPr>
        <w:jc w:val="right"/>
      </w:pPr>
      <w:r>
        <w:t>دعوت کو خدا نے اپنی مدد کرنا کہا ہے۔ من انصاری الی اللہ۔ بہت پہلے، بہت پہلے میں جب آدم میں رہتا تھا، یہ بات ہے انیس سو پچاس کی۔</w:t>
      </w:r>
    </w:p>
    <w:p>
      <w:r>
        <w:rPr>
          <w:b/>
        </w:rPr>
        <w:t xml:space="preserve">[22:27] </w:t>
      </w:r>
      <w:r>
        <w:t>unnis sau pachas ki. us waqt mujh par yeh khula keh dawat ka kaam hai nasrat ka kaam. man ansari ila Allah.</w:t>
      </w:r>
    </w:p>
    <w:p>
      <w:pPr>
        <w:jc w:val="right"/>
      </w:pPr>
      <w:r>
        <w:t>انیس سو پچاس کی۔ اس وقت مجھ پر یہ کھلا کہ دعوت کا کام ہے نصرت کا کام۔ من انصاری الی اللہ۔</w:t>
      </w:r>
    </w:p>
    <w:p>
      <w:r>
        <w:rPr>
          <w:b/>
        </w:rPr>
        <w:t xml:space="preserve">[22:37] </w:t>
      </w:r>
      <w:r>
        <w:t>to main nay us zamanay mein aik adarah banaya tha, us ka naam rakha tha ansari ila Allah and co. co matlab company. ansari ila Allah and co.</w:t>
      </w:r>
    </w:p>
    <w:p>
      <w:pPr>
        <w:jc w:val="right"/>
      </w:pPr>
      <w:r>
        <w:t>تو میں نے اس زمانے میں ایک ادارہ بنایا تھا، اس کا نام رکھا تھا انصاری الی اللہ این کو۔ کو مطلب کمپنی۔ انصاری الی اللہ این کو۔</w:t>
      </w:r>
    </w:p>
    <w:p>
      <w:r>
        <w:rPr>
          <w:b/>
        </w:rPr>
        <w:t xml:space="preserve">[22:47] </w:t>
      </w:r>
      <w:r>
        <w:t>is mein tha kuch brochure chhapna, kuch poster chhapna, kuch pamphlet chhapna dawati maqsad say. to woh tasawwur jo tha keh nasrat hai, yeh Khuda ki dawat karna hai, Khuda ki nasrat karna hai.</w:t>
      </w:r>
    </w:p>
    <w:p>
      <w:pPr>
        <w:jc w:val="right"/>
      </w:pPr>
      <w:r>
        <w:t>اس میں تھا کچھ brochure چھاپنا، کچھ poster چھاپنا، کچھ pamphlet چھاپنا دعوتی مقصد سے۔ تو وہ تصور جو تھا کہ نصرت ہے، یہ خدا کی دعوت کرنا ہے، خدا کی نصرت کرنا ہے۔</w:t>
      </w:r>
    </w:p>
    <w:p>
      <w:r>
        <w:rPr>
          <w:b/>
        </w:rPr>
        <w:t xml:space="preserve">[23:01] </w:t>
      </w:r>
      <w:r>
        <w:t>to main nay naam rakh diya ansari ila Allah and co. lekin mujhay phir naam pasand nahi aaya yeh. to phir main nay doosra naam rakha adarah isha'at-e-islam.</w:t>
      </w:r>
    </w:p>
    <w:p>
      <w:pPr>
        <w:jc w:val="right"/>
      </w:pPr>
      <w:r>
        <w:t>تو میں نے نام رکھ دیا انصاری الی اللہ این کو۔ لیکن مجھے پھر نام پسند نہیں آیا یہ۔ تو پھر میں نے دوسرا نام رکھا ادارہ اشاعت اسلام۔</w:t>
      </w:r>
    </w:p>
    <w:p>
      <w:r>
        <w:rPr>
          <w:b/>
        </w:rPr>
        <w:t xml:space="preserve">[23:12] </w:t>
      </w:r>
      <w:r>
        <w:t>yeh jab jab ki baat hai jab main gaya adam garh mein tha. khair. to dawat ko Khuda nay apni nasrat kaha hai. dekhiye aap surah nahl mein parhiye.</w:t>
      </w:r>
    </w:p>
    <w:p>
      <w:pPr>
        <w:jc w:val="right"/>
      </w:pPr>
      <w:r>
        <w:t>یہ جب جب کی بات ہے جب میں گیا آدم گڑھ میں تھا۔ خیر۔ تو دعوت کو خدا نے اپنی نصرت کہا ہے۔ دیکھیے آپ سورۃ نحا میں پڑھیے۔</w:t>
      </w:r>
    </w:p>
    <w:p>
      <w:r>
        <w:rPr>
          <w:b/>
        </w:rPr>
        <w:t xml:space="preserve">[23:25] </w:t>
      </w:r>
      <w:r>
        <w:t>Allah taala nay jab mukhatib kiya Hazrat Musa ko to farmaya keh is tarah tokal li nafs. main nay tum ko apnay liye chun liya.</w:t>
      </w:r>
    </w:p>
    <w:p>
      <w:pPr>
        <w:jc w:val="right"/>
      </w:pPr>
      <w:r>
        <w:t>اللہ تعالیٰ نے جب مخاطب کیا حضرت موسیٰ کو تو فرمایا کہ اس طرح توکل لنفس۔ میں نے تم کو اپنے لیے چن لیا۔</w:t>
      </w:r>
    </w:p>
    <w:p>
      <w:r>
        <w:rPr>
          <w:b/>
        </w:rPr>
        <w:t xml:space="preserve">[23:40] </w:t>
      </w:r>
      <w:r>
        <w:t>apnay liye bana liya. izhaba ila firawn innahu tagha. to Allah taala nay kaha un say keh main nay tum ko apnay liye chun liya.</w:t>
      </w:r>
    </w:p>
    <w:p>
      <w:pPr>
        <w:jc w:val="right"/>
      </w:pPr>
      <w:r>
        <w:t>اپنے لیے بنا لیا۔ اذہبا علی فرعون انہ طغا۔ تو اللہ تعالیٰ نے کہا ان سے کہ میں نے تم کو اپنے لیے چن لیا۔</w:t>
      </w:r>
    </w:p>
    <w:p>
      <w:r>
        <w:rPr>
          <w:b/>
        </w:rPr>
        <w:t xml:space="preserve">[23:51] </w:t>
      </w:r>
      <w:r>
        <w:t>jao firawn ke paas aur dawat do. apnay liye kya matlab hua? yeh Khuda ka kaam hai. Khuda us ko apna kaam samajhta hai.</w:t>
      </w:r>
    </w:p>
    <w:p>
      <w:pPr>
        <w:jc w:val="right"/>
      </w:pPr>
      <w:r>
        <w:t>جاؤ فرعون کے پاس اور دعوت دو۔ اپنے لیے کیا مطلب ہوا؟ یہ خدا کا کام ہے۔ خدا اس کو اپنا کام سمجھتا ہے۔</w:t>
      </w:r>
    </w:p>
    <w:p>
      <w:r>
        <w:rPr>
          <w:b/>
        </w:rPr>
        <w:t xml:space="preserve">[24:02] </w:t>
      </w:r>
      <w:r>
        <w:t>woh kaisay? rusul mubashireen wa munzireen ila Allah yakuna lil-nasi ala Allah hujjatun ba'da al-rusul. yani Allah taala nay insan ko paida kiya, is dunya mein us ko basa diya.</w:t>
      </w:r>
    </w:p>
    <w:p>
      <w:pPr>
        <w:jc w:val="right"/>
      </w:pPr>
      <w:r>
        <w:t>وہ کیسے؟ رسل مبشرین ومنظرین الی اللہ یکون للناس علی اللہ حجۃ بعد الرسل۔ یعنی اللہ تعالیٰ نے انسان کو پیدا کیا، اس دنیا میں اس کو بسا دیا۔</w:t>
      </w:r>
    </w:p>
    <w:p>
      <w:r>
        <w:rPr>
          <w:b/>
        </w:rPr>
        <w:t xml:space="preserve">[24:17] </w:t>
      </w:r>
      <w:r>
        <w:t>lekin kisi pahar ki choti par yeh likha hua nahi hai keh insan ko kya karna hai. yeh insan ko discover karna hai.</w:t>
      </w:r>
    </w:p>
    <w:p>
      <w:pPr>
        <w:jc w:val="right"/>
      </w:pPr>
      <w:r>
        <w:t>لیکن کسی پہاڑ کی چوٹی پر یہ لکھا ہوا نہیں ہے کہ انسان کو کیا کرنا ہے۔ یہ انسان کو discover کرنا ہے۔</w:t>
      </w:r>
    </w:p>
    <w:p>
      <w:r>
        <w:rPr>
          <w:b/>
        </w:rPr>
        <w:t xml:space="preserve">[24:29] </w:t>
      </w:r>
      <w:r>
        <w:t>yani main kya hoon? who am I?</w:t>
      </w:r>
    </w:p>
    <w:p>
      <w:pPr>
        <w:jc w:val="right"/>
      </w:pPr>
      <w:r>
        <w:t>یعنی میں کیا ہوں؟ Who am I?</w:t>
      </w:r>
    </w:p>
    <w:p>
      <w:r>
        <w:rPr>
          <w:b/>
        </w:rPr>
        <w:t xml:space="preserve">[24:34] </w:t>
      </w:r>
      <w:r>
        <w:t>What is the purpose of my life? What is pre-death period? What is post-death period?</w:t>
      </w:r>
    </w:p>
    <w:p>
      <w:pPr>
        <w:jc w:val="right"/>
      </w:pPr>
      <w:r>
        <w:t>What is the purpose of my life? What is pre-death period? What is post-death period?</w:t>
      </w:r>
    </w:p>
    <w:p>
      <w:r>
        <w:rPr>
          <w:b/>
        </w:rPr>
        <w:t xml:space="preserve">[24:42] </w:t>
      </w:r>
      <w:r>
        <w:t>What is hell? What is paradise?</w:t>
      </w:r>
    </w:p>
    <w:p>
      <w:pPr>
        <w:jc w:val="right"/>
      </w:pPr>
      <w:r>
        <w:t>What is hell? What is paradise?</w:t>
      </w:r>
    </w:p>
    <w:p>
      <w:r>
        <w:rPr>
          <w:b/>
        </w:rPr>
        <w:t xml:space="preserve">[24:45] </w:t>
      </w:r>
      <w:r>
        <w:t>sari baaten jo hain kisi pahar ki choti par likhi hui nahin hain. zahir hai ke insan jo hai, yeh obviously aap kahega insan kahega main to bekhabar tha.</w:t>
      </w:r>
    </w:p>
    <w:p>
      <w:pPr>
        <w:jc w:val="right"/>
      </w:pPr>
      <w:r>
        <w:t>ساری باتیں جو ہیں کسی پہاڑ کی چوٹی پر لکھی ہوئی نہیں ہیں۔ ظاہر ہے کہ انسان جو ہے، یہ obviously آپ کہے گا انسان کہے گا میں تو بے خبر تھا۔</w:t>
      </w:r>
    </w:p>
    <w:p>
      <w:r>
        <w:rPr>
          <w:b/>
        </w:rPr>
        <w:t xml:space="preserve">[24:57] </w:t>
      </w:r>
      <w:r>
        <w:t>to Khuda ne intezam kiya peghambaron ka. taake un ki unawareness ko torae.</w:t>
      </w:r>
    </w:p>
    <w:p>
      <w:pPr>
        <w:jc w:val="right"/>
      </w:pPr>
      <w:r>
        <w:t>تو خدا نے انتظام کیا پیغمبروں کا۔ تاکہ ان کی unawareness کو توڑے۔</w:t>
      </w:r>
    </w:p>
    <w:p>
      <w:r>
        <w:rPr>
          <w:b/>
        </w:rPr>
        <w:t xml:space="preserve">[25:06] </w:t>
      </w:r>
      <w:r>
        <w:t>un ko aware banaye. le Allah taake akhirat mein yeh na keh saken ke Khuda ya hum ko to khabar nahin thi.</w:t>
      </w:r>
    </w:p>
    <w:p>
      <w:pPr>
        <w:jc w:val="right"/>
      </w:pPr>
      <w:r>
        <w:t>ان کو aware بنائے۔ لے اللہ تاکہ آخرت میں یہ نہ کہہ سکیں کہ خدایا ہم کو تو خبر نہیں تھی۔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