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Paradise October 09, 2016</w:t>
      </w:r>
    </w:p>
    <w:p>
      <w:r>
        <w:t>https://www.youtube.com/watch?v=_fDvQs9JA-w</w:t>
      </w:r>
    </w:p>
    <w:p>
      <w:r>
        <w:rPr>
          <w:b/>
        </w:rPr>
        <w:t xml:space="preserve">[00:14] </w:t>
      </w:r>
      <w:r>
        <w:t>bismillah rahman rahim</w:t>
      </w:r>
    </w:p>
    <w:p>
      <w:pPr>
        <w:jc w:val="right"/>
      </w:pPr>
      <w:r>
        <w:t>بسم اللہ الرحمن الرحیم</w:t>
      </w:r>
    </w:p>
    <w:p>
      <w:r>
        <w:rPr>
          <w:b/>
        </w:rPr>
        <w:t xml:space="preserve">[00:19] </w:t>
      </w:r>
      <w:r>
        <w:t>wasalli Allahu ala nabiyyil karim rab ishrah li sadri wa yassir li amri wah lul uqdatan min lisani yafqahu qawli 9 october 2016</w:t>
      </w:r>
    </w:p>
    <w:p>
      <w:pPr>
        <w:jc w:val="right"/>
      </w:pPr>
      <w:r>
        <w:t>وصلی اللہ علی نبی الکریم رب اشرح لی صدری ویسر لی امری واحل العقدۃ من لسانی یفقہ قولی 9 اکتوبر 2016</w:t>
      </w:r>
    </w:p>
    <w:p>
      <w:r>
        <w:rPr>
          <w:b/>
        </w:rPr>
        <w:t xml:space="preserve">[00:38] </w:t>
      </w:r>
      <w:r>
        <w:t>quran ki surah number 95 ka title hai at teen</w:t>
      </w:r>
    </w:p>
    <w:p>
      <w:pPr>
        <w:jc w:val="right"/>
      </w:pPr>
      <w:r>
        <w:t>قرآن کی سورہ نمبر 95 کا ٹائٹل ہے التین</w:t>
      </w:r>
    </w:p>
    <w:p>
      <w:r>
        <w:rPr>
          <w:b/>
        </w:rPr>
        <w:t xml:space="preserve">[00:48] </w:t>
      </w:r>
      <w:r>
        <w:t>ek choti surah hai lekin is mein bohat bari baat kahi gayi hai</w:t>
      </w:r>
    </w:p>
    <w:p>
      <w:pPr>
        <w:jc w:val="right"/>
      </w:pPr>
      <w:r>
        <w:t>ایک چھوٹی سورہ ہے لیکن اس میں بہت بڑی بات کہی گئی ہے</w:t>
      </w:r>
    </w:p>
    <w:p>
      <w:r>
        <w:rPr>
          <w:b/>
        </w:rPr>
        <w:t xml:space="preserve">[01:00] </w:t>
      </w:r>
      <w:r>
        <w:t>laqad khalaqnal insana fi yassi taqwim thumma radadna asra safirin illa alladhina amanu wa amilus salihate faluhum ajrun ghairu mamnun</w:t>
      </w:r>
    </w:p>
    <w:p>
      <w:pPr>
        <w:jc w:val="right"/>
      </w:pPr>
      <w:r>
        <w:t>لقد خلقنا الانسان فی یس تقویم ثم رددنا اسر السافرین الا الذین امنوا امر الصالحات فلہم مجنون غیر ممنون</w:t>
      </w:r>
    </w:p>
    <w:p>
      <w:r>
        <w:rPr>
          <w:b/>
        </w:rPr>
        <w:t xml:space="preserve">[01:13] </w:t>
      </w:r>
      <w:r>
        <w:t>fama yukazzibuka ba'du bil dini ala bi ayyis al-hakimin is ka matlab yeh hai ke Allah ne insan ko behtareen saakht par paida kiya</w:t>
      </w:r>
    </w:p>
    <w:p>
      <w:pPr>
        <w:jc w:val="right"/>
      </w:pPr>
      <w:r>
        <w:t>فما یکذبک بعد بالدین علی صلی اللہ بعقب الحاکمین اس کا مطلب یہ ہے کہ اللہ نے انسان کو بہترین ساخت پر پیدا کیا</w:t>
      </w:r>
    </w:p>
    <w:p>
      <w:r>
        <w:rPr>
          <w:b/>
        </w:rPr>
        <w:t xml:space="preserve">[01:35] </w:t>
      </w:r>
      <w:r>
        <w:t>yani tamam jo cheezen paida ki Allah taala ne sab se behtar saakht insan ki saakht hai</w:t>
      </w:r>
    </w:p>
    <w:p>
      <w:pPr>
        <w:jc w:val="right"/>
      </w:pPr>
      <w:r>
        <w:t>یعنی تمام جو چیزیں پیدا کی اللہ تعالی نے سب سے بہتر ساخت انسان کی ساخت ہے</w:t>
      </w:r>
    </w:p>
    <w:p>
      <w:r>
        <w:rPr>
          <w:b/>
        </w:rPr>
        <w:t xml:space="preserve">[01:45] </w:t>
      </w:r>
      <w:r>
        <w:t>phir Allah ne insan ko phenk diya sab se nichle darje mein</w:t>
      </w:r>
    </w:p>
    <w:p>
      <w:pPr>
        <w:jc w:val="right"/>
      </w:pPr>
      <w:r>
        <w:t>پھر اللہ نے انسان کو پھینک دیا سب سے نچلے درجے میں</w:t>
      </w:r>
    </w:p>
    <w:p>
      <w:r>
        <w:rPr>
          <w:b/>
        </w:rPr>
        <w:t xml:space="preserve">[02:01] </w:t>
      </w:r>
      <w:r>
        <w:t>yani we created man in the best of the mold</w:t>
      </w:r>
    </w:p>
    <w:p>
      <w:pPr>
        <w:jc w:val="right"/>
      </w:pPr>
      <w:r>
        <w:t>یعنی وی کریٹڈ مین ان دا بیسٹ اف دا بولڈ</w:t>
      </w:r>
    </w:p>
    <w:p>
      <w:r>
        <w:rPr>
          <w:b/>
        </w:rPr>
        <w:t xml:space="preserve">[02:07] </w:t>
      </w:r>
      <w:r>
        <w:t>then we cast him down to the lowest of the low yeh bohat hi anokha andaaz hai</w:t>
      </w:r>
    </w:p>
    <w:p>
      <w:pPr>
        <w:jc w:val="right"/>
      </w:pPr>
      <w:r>
        <w:t>دین وی کاسٹ ہم ڈاؤن لوورسٹ اف دا لو یہ بہت ہی انوکھا انداز ہے</w:t>
      </w:r>
    </w:p>
    <w:p>
      <w:r>
        <w:rPr>
          <w:b/>
        </w:rPr>
        <w:t xml:space="preserve">[02:18] </w:t>
      </w:r>
      <w:r>
        <w:t>yani yeh baat to har aadmi samajh sakta hai ke insan behtareen saakht pe banaya gaya hai kyunke aap dekhiye itni bari universe hai science ke mutabiq 13 billion saal is ki history hai lekin aur bohat si is makhlooq makhlooqat hain</w:t>
      </w:r>
    </w:p>
    <w:p>
      <w:pPr>
        <w:jc w:val="right"/>
      </w:pPr>
      <w:r>
        <w:t>یعنی یہ بات تو ہر ادمی سمجھ سکتا ہے کہ انسان بہترین ساخت پہ بنایا گیا ہے کیونکہ اپ دیکھیے اتنی بڑی یونیورس ہے سائنس کے مطابق 13 بلین سال اس کی ہسٹری ہے لیکن اور بہت سی اس مخلوق مخلوقات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