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Help of God | Nov 05, 2016</w:t>
      </w:r>
    </w:p>
    <w:p>
      <w:r>
        <w:t>https://www.youtube.com/watch?v=xi-pxaxK9ts</w:t>
      </w:r>
    </w:p>
    <w:p>
      <w:r>
        <w:rPr>
          <w:b/>
        </w:rPr>
        <w:t xml:space="preserve">[00:13] </w:t>
      </w:r>
      <w:r>
        <w:t>Bismillah Rehman ur Rahim.</w:t>
      </w:r>
    </w:p>
    <w:p>
      <w:pPr>
        <w:jc w:val="right"/>
      </w:pPr>
      <w:r>
        <w:t>بسم اللہ الرحمن الرحیم۔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[00:29] </w:t>
      </w:r>
      <w:r>
        <w:t>paanch November do hazar solah.</w:t>
      </w:r>
    </w:p>
    <w:p>
      <w:pPr>
        <w:jc w:val="right"/>
      </w:pPr>
      <w:r>
        <w:t>پانچ نومبر دو ہزار سولہ۔</w:t>
      </w:r>
    </w:p>
    <w:p>
      <w:r>
        <w:rPr>
          <w:b/>
        </w:rPr>
        <w:t xml:space="preserve">[00:37] </w:t>
      </w:r>
      <w:r>
        <w:t>meri aadat hai ke main subah ko</w:t>
      </w:r>
    </w:p>
    <w:p>
      <w:pPr>
        <w:jc w:val="right"/>
      </w:pPr>
      <w:r>
        <w:t>میری عادت ہے کہ میں صبح کو</w:t>
      </w:r>
    </w:p>
    <w:p>
      <w:r>
        <w:rPr>
          <w:b/>
        </w:rPr>
        <w:t xml:space="preserve">[00:45] </w:t>
      </w:r>
      <w:r>
        <w:t>sunlight mein baithta hoon.</w:t>
      </w:r>
    </w:p>
    <w:p>
      <w:pPr>
        <w:jc w:val="right"/>
      </w:pPr>
      <w:r>
        <w:t>سن لائٹ میں بیٹھتا ہوں۔</w:t>
      </w:r>
    </w:p>
    <w:p>
      <w:r>
        <w:rPr>
          <w:b/>
        </w:rPr>
        <w:t xml:space="preserve">[00:57] </w:t>
      </w:r>
      <w:r>
        <w:t>aaj main baitha to suraj nikal chuka tha lekin us ki roshni bohat kam pahunchti thi mere kyunke</w:t>
      </w:r>
    </w:p>
    <w:p>
      <w:pPr>
        <w:jc w:val="right"/>
      </w:pPr>
      <w:r>
        <w:t>آج میں بیٹھا تو سورج نکل چکا تھا لیکن اس کی روشنی بہت کم پہنچتی تھی میرے کیونکہ</w:t>
      </w:r>
    </w:p>
    <w:p>
      <w:r>
        <w:rPr>
          <w:b/>
        </w:rPr>
        <w:t xml:space="preserve">[01:08] </w:t>
      </w:r>
      <w:r>
        <w:t>beech mein gehra pollution ka qahar tha.</w:t>
      </w:r>
    </w:p>
    <w:p>
      <w:pPr>
        <w:jc w:val="right"/>
      </w:pPr>
      <w:r>
        <w:t>بیچ میں گہرا پولیوشن کا قہر تھا۔</w:t>
      </w:r>
    </w:p>
    <w:p>
      <w:r>
        <w:rPr>
          <w:b/>
        </w:rPr>
        <w:t xml:space="preserve">[01:20] </w:t>
      </w:r>
      <w:r>
        <w:t>to main ne socha ke agar main chahun ke is qahar ko khatm karun to yeh mere bas</w:t>
      </w:r>
    </w:p>
    <w:p>
      <w:pPr>
        <w:jc w:val="right"/>
      </w:pPr>
      <w:r>
        <w:t>تو میں نے سوچا کہ اگر میں چاہوں کہ اس قہر کو ختم کروں تو یہ میرے بس</w:t>
      </w:r>
    </w:p>
    <w:p>
      <w:r>
        <w:rPr>
          <w:b/>
        </w:rPr>
        <w:t xml:space="preserve">[01:26] </w:t>
      </w:r>
      <w:r>
        <w:t>mein nahi hoga, yeh Allah ke bas mein hai.</w:t>
      </w:r>
    </w:p>
    <w:p>
      <w:pPr>
        <w:jc w:val="right"/>
      </w:pPr>
      <w:r>
        <w:t>میں نہیں ہوگا، یہ اللہ کے بس میں ہے۔</w:t>
      </w:r>
    </w:p>
    <w:p>
      <w:r>
        <w:rPr>
          <w:b/>
        </w:rPr>
        <w:t xml:space="preserve">[01:32] </w:t>
      </w:r>
      <w:r>
        <w:t>is par sochte hue mujhe samajh mein aaya ke ek doosre ki madad karna yeh fitrat ka nizam</w:t>
      </w:r>
    </w:p>
    <w:p>
      <w:pPr>
        <w:jc w:val="right"/>
      </w:pPr>
      <w:r>
        <w:t>اس پر سوچتے ہوئے مجھے سمجھ میں آیا کہ ایک دوسرے کی مدد کرنا یہ فطرت کا نظام</w:t>
      </w:r>
    </w:p>
    <w:p>
      <w:r>
        <w:rPr>
          <w:b/>
        </w:rPr>
        <w:t xml:space="preserve">[01:39] </w:t>
      </w:r>
      <w:r>
        <w:t>hai, yeh law of nature hai.</w:t>
      </w:r>
    </w:p>
    <w:p>
      <w:pPr>
        <w:jc w:val="right"/>
      </w:pPr>
      <w:r>
        <w:t>ہے، یہ Law of Nature ہے۔</w:t>
      </w:r>
    </w:p>
    <w:p>
      <w:r>
        <w:rPr>
          <w:b/>
        </w:rPr>
        <w:t xml:space="preserve">[01:45] </w:t>
      </w:r>
      <w:r>
        <w:t>is dunya ka</w:t>
      </w:r>
    </w:p>
    <w:p>
      <w:pPr>
        <w:jc w:val="right"/>
      </w:pPr>
      <w:r>
        <w:t>اس دنیا کا</w:t>
      </w:r>
    </w:p>
    <w:p>
      <w:r>
        <w:rPr>
          <w:b/>
        </w:rPr>
        <w:t xml:space="preserve">[01:51] </w:t>
      </w:r>
      <w:r>
        <w:t>jo khaliq hai us ne duniya ko is tarah banaya hai ke yahan interdependence ka nizam hai yani har ek doosre ki madad kare. to madad karna yeh Allah ke christian plan of God ka ek hissa hai. phir is par sochte sochte sochte sochte mujhe ek hadith yaad aa</w:t>
      </w:r>
    </w:p>
    <w:p>
      <w:pPr>
        <w:jc w:val="right"/>
      </w:pPr>
      <w:r>
        <w:t>جو خالق ہے اس نے دنیا کو اس طرح بنایا ہے کہ یہاں Interdependence کا نظام ہے یعنی ہر ایک دوسرے کی مدد کرے۔ تو مدد کرنا یہ اللہ کے Christian Plan of God کا ایک حصہ ہے۔ پھر اس پر سوچتے سوچتے سوچتے سوچتے مجھے ایک حدیث یاد آ</w:t>
      </w:r>
    </w:p>
    <w:p>
      <w:r>
        <w:rPr>
          <w:b/>
        </w:rPr>
        <w:t xml:space="preserve">[02:21] </w:t>
      </w:r>
      <w:r>
        <w:t>i.</w:t>
      </w:r>
    </w:p>
    <w:p>
      <w:pPr>
        <w:jc w:val="right"/>
      </w:pPr>
      <w:r>
        <w:t>ئی۔</w:t>
      </w:r>
    </w:p>
    <w:p>
      <w:r>
        <w:rPr>
          <w:b/>
        </w:rPr>
        <w:t xml:space="preserve">[02:26] </w:t>
      </w:r>
      <w:r>
        <w:t>dekhen jab aap sochte hain to sochte hain to doosre aspect khulte hain, doosri baaten yaad aati hain.</w:t>
      </w:r>
    </w:p>
    <w:p>
      <w:pPr>
        <w:jc w:val="right"/>
      </w:pPr>
      <w:r>
        <w:t>دیکھیں جب آپ سوچتے ہیں تو سوچتے ہیں تو دوسرے aspect کھلتے ہیں، دوسری باتیں یاد آتی ہیں۔</w:t>
      </w:r>
    </w:p>
    <w:p>
      <w:r>
        <w:rPr>
          <w:b/>
        </w:rPr>
        <w:t xml:space="preserve">[02:31] </w:t>
      </w:r>
      <w:r>
        <w:t>ek Chain hai, ek Chain of Thought jaari ho jata hai.</w:t>
      </w:r>
    </w:p>
    <w:p>
      <w:pPr>
        <w:jc w:val="right"/>
      </w:pPr>
      <w:r>
        <w:t>ایک Chain ہے، ایک Chain of Thought جاری ہو جاتا ہے۔</w:t>
      </w:r>
    </w:p>
    <w:p>
      <w:r>
        <w:rPr>
          <w:b/>
        </w:rPr>
        <w:t xml:space="preserve">[02:36] </w:t>
      </w:r>
      <w:r>
        <w:t>Chain of Thought.</w:t>
      </w:r>
    </w:p>
    <w:p>
      <w:pPr>
        <w:jc w:val="right"/>
      </w:pPr>
      <w:r>
        <w:t>Chain of Thought۔</w:t>
      </w:r>
    </w:p>
    <w:p>
      <w:r>
        <w:rPr>
          <w:b/>
        </w:rPr>
        <w:t xml:space="preserve">[02:41] </w:t>
      </w:r>
      <w:r>
        <w:t>jab bhi aap sochte hain to sochna kisi ek Single Point par nahin hota, woh phailta hai.</w:t>
      </w:r>
    </w:p>
    <w:p>
      <w:pPr>
        <w:jc w:val="right"/>
      </w:pPr>
      <w:r>
        <w:t>جب بھی آپ سوچتے ہیں تو سوچنا کسی ایک Single Point پر نہیں ہوتا، وہ پھیلتا ہے۔</w:t>
      </w:r>
    </w:p>
    <w:p>
      <w:r>
        <w:rPr>
          <w:b/>
        </w:rPr>
        <w:t xml:space="preserve">[02:46] </w:t>
      </w:r>
      <w:r>
        <w:t>is tarah woh ek</w:t>
      </w:r>
    </w:p>
    <w:p>
      <w:pPr>
        <w:jc w:val="right"/>
      </w:pPr>
      <w:r>
        <w:t>اس طرح وہ ایک</w:t>
      </w:r>
    </w:p>
    <w:p>
      <w:r>
        <w:rPr>
          <w:b/>
        </w:rPr>
        <w:t xml:space="preserve">[02:51] </w:t>
      </w:r>
      <w:r>
        <w:t>chain of thought ban jata hai. to is par sochte hue mujhe ek hadith yaad aayi jo sihaah ki tamam kitabon mein hai. sahih muslim ke alfaaz yeh hain: wal-lahu fi awnil abd ma kana al-abdu fi awni akhih. Allah bande ki madad</w:t>
      </w:r>
    </w:p>
    <w:p>
      <w:pPr>
        <w:jc w:val="right"/>
      </w:pPr>
      <w:r>
        <w:t>Chain of Thought بن جاتا ہے۔ تو اس پر سوچتے ہوئے مجھے ایک حدیث یاد آئی جو سیاء کی تمام کتابوں میں ہے۔ صحیح مسلم کے الفاظ یہ ہیں: واللہ فی عون العبد ما کان العبد فی عون اخیه۔ اللہ بندے کی مدد</w:t>
      </w:r>
    </w:p>
    <w:p>
      <w:r>
        <w:rPr>
          <w:b/>
        </w:rPr>
        <w:t xml:space="preserve">[03:21] </w:t>
      </w:r>
      <w:r>
        <w:t>par hota hai jab tak banda apne bhai ki madad par ho.</w:t>
      </w:r>
    </w:p>
    <w:p>
      <w:pPr>
        <w:jc w:val="right"/>
      </w:pPr>
      <w:r>
        <w:t>پر ہوتا ہے جب تک بندہ اپنے بھائی کی مدد پر ہو۔</w:t>
      </w:r>
    </w:p>
    <w:p>
      <w:r>
        <w:rPr>
          <w:b/>
        </w:rPr>
        <w:t xml:space="preserve">[03:30] </w:t>
      </w:r>
      <w:r>
        <w:t>yaani aap apne bhai ki madad karen to aap Allah ki madad ke mustahiq ban jaate hain.</w:t>
      </w:r>
    </w:p>
    <w:p>
      <w:pPr>
        <w:jc w:val="right"/>
      </w:pPr>
      <w:r>
        <w:t>یعنی آپ اپنے بھائی کی مدد کریں تو آپ اللہ کی مدد کے مستحق بن جاتے ہیں۔</w:t>
      </w:r>
    </w:p>
    <w:p>
      <w:r>
        <w:rPr>
          <w:b/>
        </w:rPr>
        <w:t xml:space="preserve">[03:38] </w:t>
      </w:r>
      <w:r>
        <w:t>aur dekhen madad ka tasawwur jo hai yeh bohat hi aam hai.</w:t>
      </w:r>
    </w:p>
    <w:p>
      <w:pPr>
        <w:jc w:val="right"/>
      </w:pPr>
      <w:r>
        <w:t>اور دیکھیں مدد کا تصور جو ہے یہ بہت ہی عام ہے۔</w:t>
      </w:r>
    </w:p>
    <w:p>
      <w:r>
        <w:rPr>
          <w:b/>
        </w:rPr>
        <w:t xml:space="preserve">[03:47] </w:t>
      </w:r>
      <w:r>
        <w:t>har cheez jo aap karen doosre ki niyat se woh us ki madad hai.</w:t>
      </w:r>
    </w:p>
    <w:p>
      <w:pPr>
        <w:jc w:val="right"/>
      </w:pPr>
      <w:r>
        <w:t>ہر چیز جو آپ کریں دوسرے کی نیت سے وہ اس کی مدد ہے۔</w:t>
      </w:r>
    </w:p>
    <w:p>
      <w:r>
        <w:rPr>
          <w:b/>
        </w:rPr>
        <w:t xml:space="preserve">[03:55] </w:t>
      </w:r>
      <w:r>
        <w:t>phir is par sochte hue bohat si baaten mere zehn mein aain.</w:t>
      </w:r>
    </w:p>
    <w:p>
      <w:pPr>
        <w:jc w:val="right"/>
      </w:pPr>
      <w:r>
        <w:t>پھر اس پر سوچتے ہوئے بہت سی باتیں میرے ذہن میں آئیں۔</w:t>
      </w:r>
    </w:p>
    <w:p>
      <w:r>
        <w:rPr>
          <w:b/>
        </w:rPr>
        <w:t xml:space="preserve">[04:03] </w:t>
      </w:r>
      <w:r>
        <w:t>bohat si baaten.</w:t>
      </w:r>
    </w:p>
    <w:p>
      <w:pPr>
        <w:jc w:val="right"/>
      </w:pPr>
      <w:r>
        <w:t>بہت سی باتیں۔</w:t>
      </w:r>
    </w:p>
    <w:p>
      <w:r>
        <w:rPr>
          <w:b/>
        </w:rPr>
        <w:t xml:space="preserve">[04:10] </w:t>
      </w:r>
      <w:r>
        <w:t>mislan dekhen aksar log yeh karte hain kisi aalim ke paas, kisi buzurg ke paas jayenge ke</w:t>
      </w:r>
    </w:p>
    <w:p>
      <w:pPr>
        <w:jc w:val="right"/>
      </w:pPr>
      <w:r>
        <w:t>مثلاً دیکھیں اکثر لوگ یہ کرتے ہیں کسی عالم کے پاس، کسی بزرگ کے پاس جائیں گے کہ</w:t>
      </w:r>
    </w:p>
    <w:p>
      <w:r>
        <w:rPr>
          <w:b/>
        </w:rPr>
        <w:t xml:space="preserve">[04:18] </w:t>
      </w:r>
      <w:r>
        <w:t>hamare liye dua ki ji</w:t>
      </w:r>
    </w:p>
    <w:p>
      <w:pPr>
        <w:jc w:val="right"/>
      </w:pPr>
      <w:r>
        <w:t>ہمارے لیے دعا کیجی</w:t>
      </w:r>
    </w:p>
    <w:p>
      <w:r>
        <w:rPr>
          <w:b/>
        </w:rPr>
        <w:t xml:space="preserve">[04:25] </w:t>
      </w:r>
      <w:r>
        <w:t>e, Allah humein hamari madad kare.</w:t>
      </w:r>
    </w:p>
    <w:p>
      <w:pPr>
        <w:jc w:val="right"/>
      </w:pPr>
      <w:r>
        <w:t>ے، اللہ ہمیں ہماری مدد کرے۔</w:t>
      </w:r>
    </w:p>
    <w:p>
      <w:r>
        <w:rPr>
          <w:b/>
        </w:rPr>
        <w:t xml:space="preserve">[04:31] </w:t>
      </w:r>
      <w:r>
        <w:t>mujhe baat bari ajeeb lagti hai.</w:t>
      </w:r>
    </w:p>
    <w:p>
      <w:pPr>
        <w:jc w:val="right"/>
      </w:pPr>
      <w:r>
        <w:t>مجھے بات بڑی عجیب لگتی ہے۔</w:t>
      </w:r>
    </w:p>
    <w:p>
      <w:r>
        <w:rPr>
          <w:b/>
        </w:rPr>
        <w:t xml:space="preserve">[04:36] </w:t>
      </w:r>
      <w:r>
        <w:t>Allah ki madad ka tareeqa yeh nahin hai ke kisi buzurg se ja kar aap dua karwayen ke</w:t>
      </w:r>
    </w:p>
    <w:p>
      <w:pPr>
        <w:jc w:val="right"/>
      </w:pPr>
      <w:r>
        <w:t>اللہ کی مدد کا طریقہ یہ نہیں ہے کہ کسی بزرگ سے جا کر آپ دعا کروائیں کہ</w:t>
      </w:r>
    </w:p>
    <w:p>
      <w:r>
        <w:rPr>
          <w:b/>
        </w:rPr>
        <w:t xml:space="preserve">[04:42] </w:t>
      </w:r>
      <w:r>
        <w:t>dua kijiye ke Allah meri madad kare.</w:t>
      </w:r>
    </w:p>
    <w:p>
      <w:pPr>
        <w:jc w:val="right"/>
      </w:pPr>
      <w:r>
        <w:t>دعا کیجیے کہ اللہ میری مدد کرے۔</w:t>
      </w:r>
    </w:p>
    <w:p>
      <w:r>
        <w:rPr>
          <w:b/>
        </w:rPr>
        <w:t xml:space="preserve">[04:47] </w:t>
      </w:r>
      <w:r>
        <w:t>iska tareeqa yahi is hadees mein se maloom hota hai.</w:t>
      </w:r>
    </w:p>
    <w:p>
      <w:pPr>
        <w:jc w:val="right"/>
      </w:pPr>
      <w:r>
        <w:t>اس کا طریقہ یہی اس حدیث میں سے معلوم ہوتا ہے۔</w:t>
      </w:r>
    </w:p>
    <w:p>
      <w:r>
        <w:rPr>
          <w:b/>
        </w:rPr>
        <w:t xml:space="preserve">[04:53] </w:t>
      </w:r>
      <w:r>
        <w:t>yaani aap ko Allah ki madad chahiye to aap doosre bhaiyon ki madad shuru kar dijiye.</w:t>
      </w:r>
    </w:p>
    <w:p>
      <w:pPr>
        <w:jc w:val="right"/>
      </w:pPr>
      <w:r>
        <w:t>یعنی آپ کو اللہ کی مدد چاہیے تو آپ دوسرے بھائیوں کی مدد شروع کر دیجیے۔</w:t>
      </w:r>
    </w:p>
    <w:p>
      <w:r>
        <w:rPr>
          <w:b/>
        </w:rPr>
        <w:t xml:space="preserve">[04:58] </w:t>
      </w:r>
      <w:r>
        <w:t>kyunke jahan aap apne liye madad chah rahe hain woh sirf Allah ke bas mein hai. lekin aap ke aas paas jo insan hain un ki madad karna to aap ke bas mein hai. to formula yeh hai ke aap apne bas wali madad kijiye to aap ko woh madad mil jaye gi jo aap ke bas se bahir hai. yeh hai formula</w:t>
      </w:r>
    </w:p>
    <w:p>
      <w:pPr>
        <w:jc w:val="right"/>
      </w:pPr>
      <w:r>
        <w:t>کیونکہ جہاں آپ اپنے لیے مدد چاہ رہے ہیں وہ صرف اللہ کے بس میں ہے۔ لیکن آپ کے آس پاس جو انسان ہیں ان کی مدد کرنا تو آپ کے بس میں ہے۔ تو فارمولا یہ ہے کہ آپ اپنے بس والی مدد کیجیے تو آپ کو وہ مدد مل جائے گی جو آپ کے بس سے باہر ہے۔ یہ ہے فارمولا</w:t>
      </w:r>
    </w:p>
    <w:p>
      <w:r>
        <w:rPr>
          <w:b/>
        </w:rPr>
        <w:t xml:space="preserve">[05:28] </w:t>
      </w:r>
      <w:r>
        <w:t>.</w:t>
      </w:r>
    </w:p>
    <w:p>
      <w:pPr>
        <w:jc w:val="right"/>
      </w:pPr>
      <w:r>
        <w:t>۔</w:t>
      </w:r>
    </w:p>
    <w:p>
      <w:r>
        <w:rPr>
          <w:b/>
        </w:rPr>
        <w:t xml:space="preserve">[05:36] </w:t>
      </w:r>
      <w:r>
        <w:t>kisi buzurg ke paas ja kar Allah ki madad ke liye dua karwana yeh tareeqa nahin hai.</w:t>
      </w:r>
    </w:p>
    <w:p>
      <w:pPr>
        <w:jc w:val="right"/>
      </w:pPr>
      <w:r>
        <w:t>کسی بزرگ کے پاس جا کر اللہ کی مدد کے لیے دعا کروانا یہ طریقہ نہیں ہے۔</w:t>
      </w:r>
    </w:p>
    <w:p>
      <w:r>
        <w:rPr>
          <w:b/>
        </w:rPr>
        <w:t xml:space="preserve">[05:44] </w:t>
      </w:r>
      <w:r>
        <w:t>tareeqa yahi hai ke kahin na kahin aap is Position mein hote hain ke aap kisi ki madad karen.</w:t>
      </w:r>
    </w:p>
    <w:p>
      <w:pPr>
        <w:jc w:val="right"/>
      </w:pPr>
      <w:r>
        <w:t>طریقہ یہی ہے کہ کہیں نہ کہیں آپ اس Position میں ہوتے ہیں کہ آپ کسی کی مدد کریں۔</w:t>
      </w:r>
    </w:p>
    <w:p>
      <w:r>
        <w:rPr>
          <w:b/>
        </w:rPr>
        <w:t xml:space="preserve">[05:51] </w:t>
      </w:r>
      <w:r>
        <w:t>to jahan aap ke bas mein hai kisi ki madad karna</w:t>
      </w:r>
    </w:p>
    <w:p>
      <w:pPr>
        <w:jc w:val="right"/>
      </w:pPr>
      <w:r>
        <w:t>تو جہاں آپ کے بس میں ہے کسی کی مدد کرنا</w:t>
      </w:r>
    </w:p>
    <w:p>
      <w:r>
        <w:rPr>
          <w:b/>
        </w:rPr>
        <w:t xml:space="preserve">[05:59] </w:t>
      </w:r>
      <w:r>
        <w:t>wahan aap kijiye.</w:t>
      </w:r>
    </w:p>
    <w:p>
      <w:pPr>
        <w:jc w:val="right"/>
      </w:pPr>
      <w:r>
        <w:t>وہاں آپ کیجیے۔</w:t>
      </w:r>
    </w:p>
    <w:p>
      <w:r>
        <w:rPr>
          <w:b/>
        </w:rPr>
        <w:t xml:space="preserve">[06:04] </w:t>
      </w:r>
      <w:r>
        <w:t>to jahan aap ke bas mein nahin hai wahan Allah aap ki madad bhej dega.</w:t>
      </w:r>
    </w:p>
    <w:p>
      <w:pPr>
        <w:jc w:val="right"/>
      </w:pPr>
      <w:r>
        <w:t>تو جہاں آپ کے بس میں نہیں ہے وہاں اللہ آپ کی مدد بھیج دے گا۔</w:t>
      </w:r>
    </w:p>
    <w:p>
      <w:r>
        <w:rPr>
          <w:b/>
        </w:rPr>
        <w:t xml:space="preserve">[06:10] </w:t>
      </w:r>
      <w:r>
        <w:t>to sahi formula yeh hai.</w:t>
      </w:r>
    </w:p>
    <w:p>
      <w:pPr>
        <w:jc w:val="right"/>
      </w:pPr>
      <w:r>
        <w:t>تو صحیح فارمولا یہ ہے۔</w:t>
      </w:r>
    </w:p>
    <w:p>
      <w:r>
        <w:rPr>
          <w:b/>
        </w:rPr>
        <w:t xml:space="preserve">[06:15] </w:t>
      </w:r>
      <w:r>
        <w:t>aur madad ke maani dekhiye bohat hi zyada beshumar Item hain jahan aap kisi ki madad ke</w:t>
      </w:r>
    </w:p>
    <w:p>
      <w:pPr>
        <w:jc w:val="right"/>
      </w:pPr>
      <w:r>
        <w:t>اور مدد کے معنی دیکھیے بہت ہی زیادہ بے شمار Item ہیں جہاں آپ کسی کی مدد کے</w:t>
      </w:r>
    </w:p>
    <w:p>
      <w:r>
        <w:rPr>
          <w:b/>
        </w:rPr>
        <w:t xml:space="preserve">[06:20] </w:t>
      </w:r>
      <w:r>
        <w:t>Position mein hote hain.</w:t>
      </w:r>
    </w:p>
    <w:p>
      <w:pPr>
        <w:jc w:val="right"/>
      </w:pPr>
      <w:r>
        <w:t>Position میں ہوتے ہیں۔</w:t>
      </w:r>
    </w:p>
    <w:p>
      <w:r>
        <w:rPr>
          <w:b/>
        </w:rPr>
        <w:t xml:space="preserve">[06:25] </w:t>
      </w:r>
      <w:r>
        <w:t>to main sochta hoon ke ek ek ek</w:t>
      </w:r>
    </w:p>
    <w:p>
      <w:pPr>
        <w:jc w:val="right"/>
      </w:pPr>
      <w:r>
        <w:t>تو میں سوچتا ہوں کہ ایک ایک ایک</w:t>
      </w:r>
    </w:p>
    <w:p>
      <w:r>
        <w:rPr>
          <w:b/>
        </w:rPr>
        <w:t xml:space="preserve">[06:31] </w:t>
      </w:r>
      <w:r>
        <w:t>nusrat Culture hamare andar hona chahiye.</w:t>
      </w:r>
    </w:p>
    <w:p>
      <w:pPr>
        <w:jc w:val="right"/>
      </w:pPr>
      <w:r>
        <w:t>نصرت Culture ہمارے اندر ہونا چاہیے۔</w:t>
      </w:r>
    </w:p>
    <w:p>
      <w:r>
        <w:rPr>
          <w:b/>
        </w:rPr>
        <w:t xml:space="preserve">[06:39] </w:t>
      </w:r>
      <w:r>
        <w:t>nusrat yeh nahin hai ke aap kisi ko paisa de dein, kisi ko khana khila dein.</w:t>
      </w:r>
    </w:p>
    <w:p>
      <w:pPr>
        <w:jc w:val="right"/>
      </w:pPr>
      <w:r>
        <w:t>نصرت یہ نہیں ہے کہ آپ کسی کو پیسہ دے دیں، کسی کو کھانا کھلا دیں۔</w:t>
      </w:r>
    </w:p>
    <w:p>
      <w:r>
        <w:rPr>
          <w:b/>
        </w:rPr>
        <w:t xml:space="preserve">[06:47] </w:t>
      </w:r>
      <w:r>
        <w:t>nusrat shayad nusrat ki sab se bari qism yeh hai ke aap us ko sachai ka rasta dikhaein.</w:t>
      </w:r>
    </w:p>
    <w:p>
      <w:pPr>
        <w:jc w:val="right"/>
      </w:pPr>
      <w:r>
        <w:t>نصرت شاید نصرت کی سب سے بڑی قسم یہ ہے کہ آپ اس کو سچائی کا راستہ دکھائیں۔</w:t>
      </w:r>
    </w:p>
    <w:p>
      <w:r>
        <w:rPr>
          <w:b/>
        </w:rPr>
        <w:t xml:space="preserve">[06:55] </w:t>
      </w:r>
      <w:r>
        <w:t>sachai ka rasta.</w:t>
      </w:r>
    </w:p>
    <w:p>
      <w:pPr>
        <w:jc w:val="right"/>
      </w:pPr>
      <w:r>
        <w:t>سچائی کا راستہ۔</w:t>
      </w:r>
    </w:p>
    <w:p>
      <w:r>
        <w:rPr>
          <w:b/>
        </w:rPr>
        <w:t xml:space="preserve">[07:02] </w:t>
      </w:r>
      <w:r>
        <w:t>lekin sachai ka rasta dikhane ka bhi yeh matlab nahin hai ke aap Announce kar dein ke dekho</w:t>
      </w:r>
    </w:p>
    <w:p>
      <w:pPr>
        <w:jc w:val="right"/>
      </w:pPr>
      <w:r>
        <w:t>لیکن سچائی کا راستہ دکھانے کا بھی یہ مطلب نہیں ہے کہ آپ Announce کر دیں کہ دیکھو</w:t>
      </w:r>
    </w:p>
    <w:p>
      <w:r>
        <w:rPr>
          <w:b/>
        </w:rPr>
        <w:t xml:space="preserve">[07:08] </w:t>
      </w:r>
      <w:r>
        <w:t>bhai sachai yeh hai.</w:t>
      </w:r>
    </w:p>
    <w:p>
      <w:pPr>
        <w:jc w:val="right"/>
      </w:pPr>
      <w:r>
        <w:t>بھائی سچائی یہ ہے۔</w:t>
      </w:r>
    </w:p>
    <w:p>
      <w:r>
        <w:rPr>
          <w:b/>
        </w:rPr>
        <w:t xml:space="preserve">[07:14] </w:t>
      </w:r>
      <w:r>
        <w:t>Announce kar dein yeh kafi nahin hai.</w:t>
      </w:r>
    </w:p>
    <w:p>
      <w:pPr>
        <w:jc w:val="right"/>
      </w:pPr>
      <w:r>
        <w:t>Announce کر دیں یہ کافی نہیں ہے۔</w:t>
      </w:r>
    </w:p>
    <w:p>
      <w:r>
        <w:rPr>
          <w:b/>
        </w:rPr>
        <w:t xml:space="preserve">[07:20] </w:t>
      </w:r>
      <w:r>
        <w:t>aap sochen ke is insaan ko main kaise sachai ki ghraz tha bata sakta hoon.</w:t>
      </w:r>
    </w:p>
    <w:p>
      <w:pPr>
        <w:jc w:val="right"/>
      </w:pPr>
      <w:r>
        <w:t>آپ سوچیں کہ اس انسان کو میں کیسے سچائی کی غرض تھا بتا سکتا ہوں۔</w:t>
      </w:r>
    </w:p>
    <w:p>
      <w:r>
        <w:rPr>
          <w:b/>
        </w:rPr>
        <w:t xml:space="preserve">[07:26] </w:t>
      </w:r>
      <w:r>
        <w:t>to aap us ke Mind Set ko padhenge taake aap ke paas zyada Effective andaaz mein</w:t>
      </w:r>
    </w:p>
    <w:p>
      <w:pPr>
        <w:jc w:val="right"/>
      </w:pPr>
      <w:r>
        <w:t>تو آپ اس کے Mind Set کو پڑھیں گے تاکہ آپ کے پاس زیادہ Effective انداز میں</w:t>
      </w:r>
    </w:p>
    <w:p>
      <w:r>
        <w:rPr>
          <w:b/>
        </w:rPr>
        <w:t xml:space="preserve">[07:33] </w:t>
      </w:r>
      <w:r>
        <w:t>us tak pohnche. phir aik bar bata kar bhi aap chup nahi ho jayen ge. aap feedback len ge. feedback lene ke baad agar aap dekhen ge ke zaroorat hai replanning ki to aap replanning karen ge. to is mein koi shaq nahi ke insan ki rehnumai ya dawat ilahi bhi insan ki</w:t>
      </w:r>
    </w:p>
    <w:p>
      <w:pPr>
        <w:jc w:val="right"/>
      </w:pPr>
      <w:r>
        <w:t>اس تک پہنچے۔ پھر ایک بار بتا کر بھی آپ چپ نہیں ہو جائیں گے۔ آپ Feedback لیں گے۔ Feedback لینے کے بعد اگر آپ دیکھیں گے کہ ضرورت ہے Replanning کی تو آپ Replanning کریں گے۔ تو اس میں کوئی شک نہیں کہ انسان کی رہنمائی یا دعوت الٰہی بھی انسان کی</w:t>
      </w:r>
    </w:p>
    <w:p>
      <w:r>
        <w:rPr>
          <w:b/>
        </w:rPr>
        <w:t xml:space="preserve">[08:03] </w:t>
      </w:r>
      <w:r>
        <w:t>madad hai.</w:t>
      </w:r>
    </w:p>
    <w:p>
      <w:pPr>
        <w:jc w:val="right"/>
      </w:pPr>
      <w:r>
        <w:t>مدد ہے۔</w:t>
      </w:r>
    </w:p>
    <w:p>
      <w:r>
        <w:rPr>
          <w:b/>
        </w:rPr>
        <w:t xml:space="preserve">[08:09] </w:t>
      </w:r>
      <w:r>
        <w:t>lekin yeh madad bohat hi wasee' hai.</w:t>
      </w:r>
    </w:p>
    <w:p>
      <w:pPr>
        <w:jc w:val="right"/>
      </w:pPr>
      <w:r>
        <w:t>لیکن یہ مدد بہت ہی وسیع ہے۔</w:t>
      </w:r>
    </w:p>
    <w:p>
      <w:r>
        <w:rPr>
          <w:b/>
        </w:rPr>
        <w:t xml:space="preserve">[08:16] </w:t>
      </w:r>
      <w:r>
        <w:t>bohat sare pehluon ko pehlu is mein shamil hain.</w:t>
      </w:r>
    </w:p>
    <w:p>
      <w:pPr>
        <w:jc w:val="right"/>
      </w:pPr>
      <w:r>
        <w:t>بہت سارے پہلوؤں کو پہلو اس میں شامل ہیں۔</w:t>
      </w:r>
    </w:p>
    <w:p>
      <w:r>
        <w:rPr>
          <w:b/>
        </w:rPr>
        <w:t xml:space="preserve">[08:22] </w:t>
      </w:r>
      <w:r>
        <w:t>to aap ke andar jab Spirit aayegi madad karne ki to aap sochenge.</w:t>
      </w:r>
    </w:p>
    <w:p>
      <w:pPr>
        <w:jc w:val="right"/>
      </w:pPr>
      <w:r>
        <w:t>تو آپ کے اندر جب Spirit آئے گی مدد کرنے کی تو آپ سوچیں گے۔</w:t>
      </w:r>
    </w:p>
    <w:p>
      <w:r>
        <w:rPr>
          <w:b/>
        </w:rPr>
        <w:t xml:space="preserve">[08:29] </w:t>
      </w:r>
      <w:r>
        <w:t>aur sochte sochte aap ko</w:t>
      </w:r>
    </w:p>
    <w:p>
      <w:pPr>
        <w:jc w:val="right"/>
      </w:pPr>
      <w:r>
        <w:t>اور سوچتے سوچتے آپ کو</w:t>
      </w:r>
    </w:p>
    <w:p>
      <w:r>
        <w:rPr>
          <w:b/>
        </w:rPr>
        <w:t xml:space="preserve">[08:35] </w:t>
      </w:r>
      <w:r>
        <w:t>badi badi baatein samajh mein aayengi.</w:t>
      </w:r>
    </w:p>
    <w:p>
      <w:pPr>
        <w:jc w:val="right"/>
      </w:pPr>
      <w:r>
        <w:t>بڑی بڑی باتیں سمجھ میں آئیں گی۔</w:t>
      </w:r>
    </w:p>
    <w:p>
      <w:r>
        <w:rPr>
          <w:b/>
        </w:rPr>
        <w:t xml:space="preserve">[08:40] </w:t>
      </w:r>
      <w:r>
        <w:t>misal ke taur par dekhiye main apna ek waqia batata hoon.</w:t>
      </w:r>
    </w:p>
    <w:p>
      <w:pPr>
        <w:jc w:val="right"/>
      </w:pPr>
      <w:r>
        <w:t>مثلاً دیکھیے میں اپنا ایک واقعہ بتاتا ہوں۔</w:t>
      </w:r>
    </w:p>
    <w:p>
      <w:r>
        <w:rPr>
          <w:b/>
        </w:rPr>
        <w:t xml:space="preserve">[08:45] </w:t>
      </w:r>
      <w:r>
        <w:t>main ne aap se kai baar arz kiya ke main aksar mujhe koi waqia pesh aata hai is</w:t>
      </w:r>
    </w:p>
    <w:p>
      <w:pPr>
        <w:jc w:val="right"/>
      </w:pPr>
      <w:r>
        <w:t>میں نے آپ سے کئی بار عرض کیا کہ میں اکثر مجھے کوئی واقعہ پیش آتا ہے اس</w:t>
      </w:r>
    </w:p>
    <w:p>
      <w:r>
        <w:rPr>
          <w:b/>
        </w:rPr>
        <w:t xml:space="preserve">[08:49] </w:t>
      </w:r>
      <w:r>
        <w:t>سے میرا mind trigger ہو جاتا ہے۔ Trigger۔</w:t>
      </w:r>
    </w:p>
    <w:p>
      <w:pPr>
        <w:jc w:val="right"/>
      </w:pPr>
      <w:r>
        <w:t>سے میرا Mind Trigger ہو جاتا ہے۔ Trigger۔</w:t>
      </w:r>
    </w:p>
    <w:p>
      <w:r>
        <w:rPr>
          <w:b/>
        </w:rPr>
        <w:t xml:space="preserve">[08:54] </w:t>
      </w:r>
      <w:r>
        <w:t>to aise hi ek waqia mein pesh aaya mere sath Adam Garh mein.</w:t>
      </w:r>
    </w:p>
    <w:p>
      <w:pPr>
        <w:jc w:val="right"/>
      </w:pPr>
      <w:r>
        <w:t>تو ایسے ہی ایک واقعہ میں پیش آیا میرے ساتھ آدم گڑھ میں۔</w:t>
      </w:r>
    </w:p>
    <w:p>
      <w:r>
        <w:rPr>
          <w:b/>
        </w:rPr>
        <w:t xml:space="preserve">[08:59] </w:t>
      </w:r>
      <w:r>
        <w:t>yeh bohat pehle ki baat hai jab main Dilli nahin aaya tha.</w:t>
      </w:r>
    </w:p>
    <w:p>
      <w:pPr>
        <w:jc w:val="right"/>
      </w:pPr>
      <w:r>
        <w:t>یہ بہت پہلے کی بات ہے جب میں دلی نہیں آیا تھا۔</w:t>
      </w:r>
    </w:p>
    <w:p>
      <w:r>
        <w:rPr>
          <w:b/>
        </w:rPr>
        <w:t xml:space="preserve">[09:03] </w:t>
      </w:r>
      <w:r>
        <w:t>tu wahan par</w:t>
      </w:r>
    </w:p>
    <w:p>
      <w:pPr>
        <w:jc w:val="right"/>
      </w:pPr>
      <w:r>
        <w:t>تو وہاں پر</w:t>
      </w:r>
    </w:p>
    <w:p>
      <w:r>
        <w:rPr>
          <w:b/>
        </w:rPr>
        <w:t xml:space="preserve">[09:08] </w:t>
      </w:r>
      <w:r>
        <w:t>aik chota station hai. mujhe kahin jana tha. mein station par pohncha. to aik aik jagah ticket aik jagah hai is wahan jahan ticket milta hai. to mein ticket lene ke liye wahan gaya. to mein ne dekha ke mujh se pehle aik dehati wahan pohncha hua hai. woh window</w:t>
      </w:r>
    </w:p>
    <w:p>
      <w:pPr>
        <w:jc w:val="right"/>
      </w:pPr>
      <w:r>
        <w:t>ایک چھوٹا Station ہے۔ مجھے کہیں جانا تھا۔ میں Station پر پہنچا۔ تو ایک ایک جگہ Ticket ایک جگہ ہے اس وہاں جہاں Ticket ملتا ہے۔ تو میں Ticket لینے کے لیے وہاں گیا۔ تو میں نے دیکھا کہ مجھ سے پہلے ایک دیہاتی وہاں پہنچا ہوا ہے۔ وہ Window</w:t>
      </w:r>
    </w:p>
    <w:p>
      <w:r>
        <w:rPr>
          <w:b/>
        </w:rPr>
        <w:t xml:space="preserve">[09:38] </w:t>
      </w:r>
      <w:r>
        <w:t>ke paas khara hua hai. us ko kahin jana tha. to us ke paas rupiya nahi tha. us ke paas change tha. yani pehle zamanay ki baat hai paisa aana yeh sab tha us ke paas. to hath mein le kar ke use diya. rezdari us ko kehte hain. ya change. to</w:t>
      </w:r>
    </w:p>
    <w:p>
      <w:pPr>
        <w:jc w:val="right"/>
      </w:pPr>
      <w:r>
        <w:t>کے پاس کھڑا ہوا ہے۔ اس کو کہیں جانا تھا۔ تو اس کے پاس روپیہ نہیں تھا۔ اس کے پاس Change تھا۔ یعنی پہلے زمانے کی بات ہے پیسہ آنا یہ سب تھا اس کے پاس۔ تو ہاتھ میں لے کر کے اسے دیا۔ ریزگاری اس کو کہتے ہیں۔ یا Change۔ تو</w:t>
      </w:r>
    </w:p>
    <w:p>
      <w:r>
        <w:rPr>
          <w:b/>
        </w:rPr>
        <w:t xml:space="preserve">[10:08] </w:t>
      </w:r>
      <w:r>
        <w:t>jo Clerk baitha hua tha us ke andar wo ghussa ho gaya.</w:t>
      </w:r>
    </w:p>
    <w:p>
      <w:pPr>
        <w:jc w:val="right"/>
      </w:pPr>
      <w:r>
        <w:t>جو Clerk بیٹھا ہوا تھا اس کے اندر وہ غصہ ہو گیا۔</w:t>
      </w:r>
    </w:p>
    <w:p>
      <w:r>
        <w:rPr>
          <w:b/>
        </w:rPr>
        <w:t xml:space="preserve">[10:13] </w:t>
      </w:r>
      <w:r>
        <w:t>main kab tak is ko ganoo ga? ehtesab sahib rezgari le ke tum chalaye ho.</w:t>
      </w:r>
    </w:p>
    <w:p>
      <w:pPr>
        <w:jc w:val="right"/>
      </w:pPr>
      <w:r>
        <w:t>میں کب تک اس کو گنوں گا؟ احتساب صاحب ریزگاری لے کے تم چلائے ہو۔</w:t>
      </w:r>
    </w:p>
    <w:p>
      <w:r>
        <w:rPr>
          <w:b/>
        </w:rPr>
        <w:t xml:space="preserve">[10:19] </w:t>
      </w:r>
      <w:r>
        <w:t>yani is ko Ticket nahi diya aur wo daant kar bhaga diya.</w:t>
      </w:r>
    </w:p>
    <w:p>
      <w:pPr>
        <w:jc w:val="right"/>
      </w:pPr>
      <w:r>
        <w:t>یعنی اس کو Ticket نہیں دیا اور وہ ڈانٹ کر بھگا دیا۔</w:t>
      </w:r>
    </w:p>
    <w:p>
      <w:r>
        <w:rPr>
          <w:b/>
        </w:rPr>
        <w:t xml:space="preserve">[10:24] </w:t>
      </w:r>
      <w:r>
        <w:t>ye scene main dekh raha tha.</w:t>
      </w:r>
    </w:p>
    <w:p>
      <w:pPr>
        <w:jc w:val="right"/>
      </w:pPr>
      <w:r>
        <w:t>یہ سین میں دیکھ رہا تھا۔</w:t>
      </w:r>
    </w:p>
    <w:p>
      <w:r>
        <w:rPr>
          <w:b/>
        </w:rPr>
        <w:t xml:space="preserve">[10:29] </w:t>
      </w:r>
      <w:r>
        <w:t>ye scene main dekh raha tha.</w:t>
      </w:r>
    </w:p>
    <w:p>
      <w:pPr>
        <w:jc w:val="right"/>
      </w:pPr>
      <w:r>
        <w:t>یہ سین میں دیکھ رہا تھا۔</w:t>
      </w:r>
    </w:p>
    <w:p>
      <w:r>
        <w:rPr>
          <w:b/>
        </w:rPr>
        <w:t xml:space="preserve">[10:34] </w:t>
      </w:r>
      <w:r>
        <w:t>tu mujhe bohat mera dil bohat ziyada mujh se dukhi ho gaya.</w:t>
      </w:r>
    </w:p>
    <w:p>
      <w:pPr>
        <w:jc w:val="right"/>
      </w:pPr>
      <w:r>
        <w:t>تو مجھے بہت میرا دل بہت زیادہ مجھ سے دکھی ہو گیا۔</w:t>
      </w:r>
    </w:p>
    <w:p>
      <w:r>
        <w:rPr>
          <w:b/>
        </w:rPr>
        <w:t xml:space="preserve">[10:40] </w:t>
      </w:r>
      <w:r>
        <w:t>tu main us ke paas gaya.</w:t>
      </w:r>
    </w:p>
    <w:p>
      <w:pPr>
        <w:jc w:val="right"/>
      </w:pPr>
      <w:r>
        <w:t>تو میں اس کے پاس گیا۔</w:t>
      </w:r>
    </w:p>
    <w:p>
      <w:r>
        <w:rPr>
          <w:b/>
        </w:rPr>
        <w:t xml:space="preserve">[10:44] </w:t>
      </w:r>
      <w:r>
        <w:t>jo Window chhod kar ke rawana ho chuka tha us dehati ke paas gaya.</w:t>
      </w:r>
    </w:p>
    <w:p>
      <w:pPr>
        <w:jc w:val="right"/>
      </w:pPr>
      <w:r>
        <w:t>جو Window چھوڑ کر کے روانہ ہو چکا تھا اس دیہاتی کے پاس گیا۔</w:t>
      </w:r>
    </w:p>
    <w:p>
      <w:r>
        <w:rPr>
          <w:b/>
        </w:rPr>
        <w:t xml:space="preserve">[10:49] </w:t>
      </w:r>
      <w:r>
        <w:t>main ne kaha ke tum apna apni rezgari mujhe de do.</w:t>
      </w:r>
    </w:p>
    <w:p>
      <w:pPr>
        <w:jc w:val="right"/>
      </w:pPr>
      <w:r>
        <w:t>میں نے کہا کہ تم اپنا اپنی ریزگاری مجھے دے دو۔</w:t>
      </w:r>
    </w:p>
    <w:p>
      <w:r>
        <w:rPr>
          <w:b/>
        </w:rPr>
        <w:t xml:space="preserve">[10:53] </w:t>
      </w:r>
      <w:r>
        <w:t>main tum ko note de deta hoon note.</w:t>
      </w:r>
    </w:p>
    <w:p>
      <w:pPr>
        <w:jc w:val="right"/>
      </w:pPr>
      <w:r>
        <w:t>میں تم کو نوٹ دے دیتا ہوں نوٹ۔</w:t>
      </w:r>
    </w:p>
    <w:p>
      <w:r>
        <w:rPr>
          <w:b/>
        </w:rPr>
        <w:t xml:space="preserve">[10:57] </w:t>
      </w:r>
      <w:r>
        <w:t>us aadmi ne idhar usay dekha aur foran aage chala gaya.</w:t>
      </w:r>
    </w:p>
    <w:p>
      <w:pPr>
        <w:jc w:val="right"/>
      </w:pPr>
      <w:r>
        <w:t>اس آدمی نے ادھر اسے دیکھا اور فوراً آگے چلا گیا۔</w:t>
      </w:r>
    </w:p>
    <w:p>
      <w:r>
        <w:rPr>
          <w:b/>
        </w:rPr>
        <w:t xml:space="preserve">[11:02] </w:t>
      </w:r>
      <w:r>
        <w:t>mujh se yani is ne note le kar apna apni rezgari de kar mujh se note lena pasand nahi kiya.</w:t>
      </w:r>
    </w:p>
    <w:p>
      <w:pPr>
        <w:jc w:val="right"/>
      </w:pPr>
      <w:r>
        <w:t>مجھ سے یعنی اس نے نوٹ لے کر اپنا اپنی ریزگاری دے کر مجھ سے نوٹ لینا پسند نہیں کیا۔</w:t>
      </w:r>
    </w:p>
    <w:p>
      <w:r>
        <w:rPr>
          <w:b/>
        </w:rPr>
        <w:t xml:space="preserve">[11:06] </w:t>
      </w:r>
      <w:r>
        <w:t>us ke aage aagaye.</w:t>
      </w:r>
    </w:p>
    <w:p>
      <w:pPr>
        <w:jc w:val="right"/>
      </w:pPr>
      <w:r>
        <w:t>اس کے آگے آگے۔</w:t>
      </w:r>
    </w:p>
    <w:p>
      <w:r>
        <w:rPr>
          <w:b/>
        </w:rPr>
        <w:t xml:space="preserve">[11:11] </w:t>
      </w:r>
      <w:r>
        <w:t>yani baat hi nahi ki mujh se us ne.</w:t>
      </w:r>
    </w:p>
    <w:p>
      <w:pPr>
        <w:jc w:val="right"/>
      </w:pPr>
      <w:r>
        <w:t>یعنی بات ہی نہیں کی مجھ سے اس نے۔</w:t>
      </w:r>
    </w:p>
    <w:p>
      <w:r>
        <w:rPr>
          <w:b/>
        </w:rPr>
        <w:t xml:space="preserve">[11:16] </w:t>
      </w:r>
      <w:r>
        <w:t>tu mere zehan par ek dhakka laga ke main to us ki khair khwahi kar raha tha ke</w:t>
      </w:r>
    </w:p>
    <w:p>
      <w:pPr>
        <w:jc w:val="right"/>
      </w:pPr>
      <w:r>
        <w:t>تو میرے ذہن پر ایک دھکا لگا کہ میں تو اس کی خیر خواہی کر رہا تھا کہ</w:t>
      </w:r>
    </w:p>
    <w:p>
      <w:r>
        <w:rPr>
          <w:b/>
        </w:rPr>
        <w:t xml:space="preserve">[11:21] </w:t>
      </w:r>
      <w:r>
        <w:t>tum rezgari de do main tum ko note deta hoon ja ke Ticket le lo.</w:t>
      </w:r>
    </w:p>
    <w:p>
      <w:pPr>
        <w:jc w:val="right"/>
      </w:pPr>
      <w:r>
        <w:t>تم ریزگاری دے دو میں تم کو نوٹ دیتا ہوں جا کے Ticket لے لو۔</w:t>
      </w:r>
    </w:p>
    <w:p>
      <w:r>
        <w:rPr>
          <w:b/>
        </w:rPr>
        <w:t xml:space="preserve">[11:26] </w:t>
      </w:r>
      <w:r>
        <w:t>lekin idhar dekh kar wo chala gaya.</w:t>
      </w:r>
    </w:p>
    <w:p>
      <w:pPr>
        <w:jc w:val="right"/>
      </w:pPr>
      <w:r>
        <w:t>لیکن ادھر دیکھ کر وہ چلا گیا۔</w:t>
      </w:r>
    </w:p>
    <w:p>
      <w:r>
        <w:rPr>
          <w:b/>
        </w:rPr>
        <w:t xml:space="preserve">[11:31] </w:t>
      </w:r>
      <w:r>
        <w:t>tu mera mizaj ye hai ke main Negative nahi hota.</w:t>
      </w:r>
    </w:p>
    <w:p>
      <w:pPr>
        <w:jc w:val="right"/>
      </w:pPr>
      <w:r>
        <w:t>تو میرا مزاج یہ ہے کہ میں Negative نہیں ہوتا۔</w:t>
      </w:r>
    </w:p>
    <w:p>
      <w:r>
        <w:rPr>
          <w:b/>
        </w:rPr>
        <w:t xml:space="preserve">[11:36] </w:t>
      </w:r>
      <w:r>
        <w:t>hamesha us ka Reason talash karta hoon.</w:t>
      </w:r>
    </w:p>
    <w:p>
      <w:pPr>
        <w:jc w:val="right"/>
      </w:pPr>
      <w:r>
        <w:t>ہمیشہ اس کا Reason تلاش کرتا ہوں۔</w:t>
      </w:r>
    </w:p>
    <w:p>
      <w:r>
        <w:rPr>
          <w:b/>
        </w:rPr>
        <w:t xml:space="preserve">[11:41] </w:t>
      </w:r>
      <w:r>
        <w:t>main sochne laga ke is dehati aadmi ne kyun mere offer ko qabool nahi kiya? kyun nahi qabool</w:t>
      </w:r>
    </w:p>
    <w:p>
      <w:pPr>
        <w:jc w:val="right"/>
      </w:pPr>
      <w:r>
        <w:t>میں سوچنے لگا کہ اس دیہاتی آدمی نے کیوں میرے آفر کو قبول نہیں کیا؟ کیوں نہیں قبول</w:t>
      </w:r>
    </w:p>
    <w:p>
      <w:r>
        <w:rPr>
          <w:b/>
        </w:rPr>
        <w:t xml:space="preserve">[11:49] </w:t>
      </w:r>
      <w:r>
        <w:t>kiya? tu mere samajh mein aaya ke hamari Society mein logon ke andar bohat ziyada Mistrust hai.</w:t>
      </w:r>
    </w:p>
    <w:p>
      <w:pPr>
        <w:jc w:val="right"/>
      </w:pPr>
      <w:r>
        <w:t>کیا؟ تو میرے سمجھ میں آیا کہ ہماری Society میں لوگوں کے اندر بہت زیادہ Mistrust ہے۔</w:t>
      </w:r>
    </w:p>
    <w:p>
      <w:r>
        <w:rPr>
          <w:b/>
        </w:rPr>
        <w:t xml:space="preserve">[11:56] </w:t>
      </w:r>
      <w:r>
        <w:t>jis ko urdu mein kehte hain be aitimadi. Mistrust.</w:t>
      </w:r>
    </w:p>
    <w:p>
      <w:pPr>
        <w:jc w:val="right"/>
      </w:pPr>
      <w:r>
        <w:t>جس کو اردو میں کہتے ہیں بے اعتمادی۔ Mistrust۔</w:t>
      </w:r>
    </w:p>
    <w:p>
      <w:r>
        <w:rPr>
          <w:b/>
        </w:rPr>
        <w:t xml:space="preserve">[12:04] </w:t>
      </w:r>
      <w:r>
        <w:t>is Mistrust ke bohat wajah se us ne socha hoga ke in ke paas shayad</w:t>
      </w:r>
    </w:p>
    <w:p>
      <w:pPr>
        <w:jc w:val="right"/>
      </w:pPr>
      <w:r>
        <w:t>اس Mistrust کے بہت وجہ سے اس نے سوچا ہوگا کہ ان کے پاس شاید</w:t>
      </w:r>
    </w:p>
    <w:p>
      <w:r>
        <w:rPr>
          <w:b/>
        </w:rPr>
        <w:t xml:space="preserve">[12:11] </w:t>
      </w:r>
      <w:r>
        <w:t>yani Fake note hain wo mujhe de kar ke meri rozi lena chahte hain.</w:t>
      </w:r>
    </w:p>
    <w:p>
      <w:pPr>
        <w:jc w:val="right"/>
      </w:pPr>
      <w:r>
        <w:t>یعنی Fake نوٹ ہیں وہ مجھے دے کر کے میری روزی لینا چاہتے ہیں۔</w:t>
      </w:r>
    </w:p>
    <w:p>
      <w:r>
        <w:rPr>
          <w:b/>
        </w:rPr>
        <w:t xml:space="preserve">[12:16] </w:t>
      </w:r>
      <w:r>
        <w:t>mistrust ki waja se.</w:t>
      </w:r>
    </w:p>
    <w:p>
      <w:pPr>
        <w:jc w:val="right"/>
      </w:pPr>
      <w:r>
        <w:t>Mistrust کی وجہ سے۔</w:t>
      </w:r>
    </w:p>
    <w:p>
      <w:r>
        <w:rPr>
          <w:b/>
        </w:rPr>
        <w:t xml:space="preserve">[12:20] </w:t>
      </w:r>
      <w:r>
        <w:t>is se mera mind trigger hua phir aur sochta raha sochta raha.</w:t>
      </w:r>
    </w:p>
    <w:p>
      <w:pPr>
        <w:jc w:val="right"/>
      </w:pPr>
      <w:r>
        <w:t>اس سے میرا Mind Trigger ہوا پھر اور سوچتا رہا سوچتا رہا۔</w:t>
      </w:r>
    </w:p>
    <w:p>
      <w:r>
        <w:rPr>
          <w:b/>
        </w:rPr>
        <w:t xml:space="preserve">[12:24] </w:t>
      </w:r>
      <w:r>
        <w:t>to mere andar dawat ka jazba shuru se hai.</w:t>
      </w:r>
    </w:p>
    <w:p>
      <w:pPr>
        <w:jc w:val="right"/>
      </w:pPr>
      <w:r>
        <w:t>تو میرے اندر دعوت کا جذبہ شروع سے ہے۔</w:t>
      </w:r>
    </w:p>
    <w:p>
      <w:r>
        <w:rPr>
          <w:b/>
        </w:rPr>
        <w:t xml:space="preserve">[12:29] </w:t>
      </w:r>
      <w:r>
        <w:t>main ne yeh baat kai baar kahi hai.</w:t>
      </w:r>
    </w:p>
    <w:p>
      <w:pPr>
        <w:jc w:val="right"/>
      </w:pPr>
      <w:r>
        <w:t>میں نے یہ بات کئی بار کہی ہے۔</w:t>
      </w:r>
    </w:p>
    <w:p>
      <w:r>
        <w:rPr>
          <w:b/>
        </w:rPr>
        <w:t xml:space="preserve">[12:33] </w:t>
      </w:r>
      <w:r>
        <w:t>to dawat ke mamle mein mujhe tajurba ho raha tha ke log zyada dilchaspi nahi lete.</w:t>
      </w:r>
    </w:p>
    <w:p>
      <w:pPr>
        <w:jc w:val="right"/>
      </w:pPr>
      <w:r>
        <w:t>تو دعوت کے معاملے میں مجھے تجربہ ہو رہا تھا کہ لوگ زیادہ دلچسپی نہیں لیتے۔</w:t>
      </w:r>
    </w:p>
    <w:p>
      <w:r>
        <w:rPr>
          <w:b/>
        </w:rPr>
        <w:t xml:space="preserve">[12:37] </w:t>
      </w:r>
      <w:r>
        <w:t>hum kitab dete hain</w:t>
      </w:r>
    </w:p>
    <w:p>
      <w:pPr>
        <w:jc w:val="right"/>
      </w:pPr>
      <w:r>
        <w:t>ہم کتاب دیتے ہیں</w:t>
      </w:r>
    </w:p>
    <w:p>
      <w:r>
        <w:rPr>
          <w:b/>
        </w:rPr>
        <w:t xml:space="preserve">[12:41] </w:t>
      </w:r>
      <w:r>
        <w:t>ya quran ka translation dete hain.</w:t>
      </w:r>
    </w:p>
    <w:p>
      <w:pPr>
        <w:jc w:val="right"/>
      </w:pPr>
      <w:r>
        <w:t>یا قرآن کا Translation دیتے ہیں۔</w:t>
      </w:r>
    </w:p>
    <w:p>
      <w:r>
        <w:rPr>
          <w:b/>
        </w:rPr>
        <w:t xml:space="preserve">[12:46] </w:t>
      </w:r>
      <w:r>
        <w:t>kyunke zyada interest nahi lete.</w:t>
      </w:r>
    </w:p>
    <w:p>
      <w:pPr>
        <w:jc w:val="right"/>
      </w:pPr>
      <w:r>
        <w:t>کیونکہ زیادہ Interest نہیں لیتے۔</w:t>
      </w:r>
    </w:p>
    <w:p>
      <w:r>
        <w:rPr>
          <w:b/>
        </w:rPr>
        <w:t xml:space="preserve">[12:51] </w:t>
      </w:r>
      <w:r>
        <w:t>to main ne is ko link kiya is ko. link kiya.</w:t>
      </w:r>
    </w:p>
    <w:p>
      <w:pPr>
        <w:jc w:val="right"/>
      </w:pPr>
      <w:r>
        <w:t>تو میں نے اس کو Link کیا اس کو۔ Link کیا۔</w:t>
      </w:r>
    </w:p>
    <w:p>
      <w:r>
        <w:rPr>
          <w:b/>
        </w:rPr>
        <w:t xml:space="preserve">[12:56] </w:t>
      </w:r>
      <w:r>
        <w:t>main ne socha ke logon ke andar chunke mistrust hai to yahan bhi samajhte hain ke koi dhoka hoga.</w:t>
      </w:r>
    </w:p>
    <w:p>
      <w:pPr>
        <w:jc w:val="right"/>
      </w:pPr>
      <w:r>
        <w:t>میں نے سوچا کہ لوگوں کے اندر چونکہ Mistrust ہے تو یہاں بھی سمجھتے ہیں کہ کوئی دھوکہ ہوگا۔</w:t>
      </w:r>
    </w:p>
    <w:p>
      <w:r>
        <w:rPr>
          <w:b/>
        </w:rPr>
        <w:t xml:space="preserve">[13:01] </w:t>
      </w:r>
      <w:r>
        <w:t>yeh jo mazhab ke naam par hamein kitabein de rahe hain yahan bhi koi dhoka hoga.</w:t>
      </w:r>
    </w:p>
    <w:p>
      <w:pPr>
        <w:jc w:val="right"/>
      </w:pPr>
      <w:r>
        <w:t>یہ جو مذہب کے نام پر ہمیں کتابیں دے رہے ہیں یہاں بھی کوئی دھوکہ ہوگا۔</w:t>
      </w:r>
    </w:p>
    <w:p>
      <w:r>
        <w:rPr>
          <w:b/>
        </w:rPr>
        <w:t xml:space="preserve">[13:06] </w:t>
      </w:r>
      <w:r>
        <w:t>to pure society mein mistrust</w:t>
      </w:r>
    </w:p>
    <w:p>
      <w:pPr>
        <w:jc w:val="right"/>
      </w:pPr>
      <w:r>
        <w:t>تو پورے Society میں Mistrust</w:t>
      </w:r>
    </w:p>
    <w:p>
      <w:r>
        <w:rPr>
          <w:b/>
        </w:rPr>
        <w:t xml:space="preserve">[13:12] </w:t>
      </w:r>
      <w:r>
        <w:t>chhaya hua hai. mistrust.</w:t>
      </w:r>
    </w:p>
    <w:p>
      <w:pPr>
        <w:jc w:val="right"/>
      </w:pPr>
      <w:r>
        <w:t>چھایا ہوا ہے۔ Mistrust۔</w:t>
      </w:r>
    </w:p>
    <w:p>
      <w:r>
        <w:rPr>
          <w:b/>
        </w:rPr>
        <w:t xml:space="preserve">[13:18] </w:t>
      </w:r>
      <w:r>
        <w:t>tab mujhe yeh cheez discovery hui ke hamein dawat ke mamle mein unilateralism ko ikhtiyar karna hoga.</w:t>
      </w:r>
    </w:p>
    <w:p>
      <w:pPr>
        <w:jc w:val="right"/>
      </w:pPr>
      <w:r>
        <w:t>تب مجھے یہ چیز Discovery ہوئی کہ ہمیں دعوت کے معاملے میں Unilateralism کو اختیار کرنا ہوگا۔</w:t>
      </w:r>
    </w:p>
    <w:p>
      <w:r>
        <w:rPr>
          <w:b/>
        </w:rPr>
        <w:t xml:space="preserve">[13:24] </w:t>
      </w:r>
      <w:r>
        <w:t>ek tarafah culture.</w:t>
      </w:r>
    </w:p>
    <w:p>
      <w:pPr>
        <w:jc w:val="right"/>
      </w:pPr>
      <w:r>
        <w:t>ایک طرفہ Culture۔</w:t>
      </w:r>
    </w:p>
    <w:p>
      <w:r>
        <w:rPr>
          <w:b/>
        </w:rPr>
        <w:t xml:space="preserve">[13:30] </w:t>
      </w:r>
      <w:r>
        <w:t>ek tarafah culture.</w:t>
      </w:r>
    </w:p>
    <w:p>
      <w:pPr>
        <w:jc w:val="right"/>
      </w:pPr>
      <w:r>
        <w:t>ایک طرفہ Culture۔</w:t>
      </w:r>
    </w:p>
    <w:p>
      <w:r>
        <w:rPr>
          <w:b/>
        </w:rPr>
        <w:t xml:space="preserve">[13:36] </w:t>
      </w:r>
      <w:r>
        <w:t>tab is waqt mujhe samajh mein aaya ke quran mein itna zyada sabr</w:t>
      </w:r>
    </w:p>
    <w:p>
      <w:pPr>
        <w:jc w:val="right"/>
      </w:pPr>
      <w:r>
        <w:t>تب اس وقت مجھے سمجھ میں آیا کہ قرآن میں اتنا زیادہ صبر</w:t>
      </w:r>
    </w:p>
    <w:p>
      <w:r>
        <w:rPr>
          <w:b/>
        </w:rPr>
        <w:t xml:space="preserve">[13:42] </w:t>
      </w:r>
      <w:r>
        <w:t>dawat ka sabr kyun chhoda gaya? dawat ke sath quran mein sabr sabr sabr.</w:t>
      </w:r>
    </w:p>
    <w:p>
      <w:pPr>
        <w:jc w:val="right"/>
      </w:pPr>
      <w:r>
        <w:t>دعوت کا صبر کیوں چھوڑا گیا؟ دعوت کے ساتھ قرآن میں صبر صبر صبر۔</w:t>
      </w:r>
    </w:p>
    <w:p>
      <w:r>
        <w:rPr>
          <w:b/>
        </w:rPr>
        <w:t xml:space="preserve">[13:50] </w:t>
      </w:r>
      <w:r>
        <w:t>sabr ka matlab hai yak tarafah tor par aap madu ke ke andar trust paida karne ki koshish karein.</w:t>
      </w:r>
    </w:p>
    <w:p>
      <w:pPr>
        <w:jc w:val="right"/>
      </w:pPr>
      <w:r>
        <w:t>صبر کا مطلب ہے یکطرفہ طور پر آپ مدعو کے کے اندر Trust پیدا کرنے کی کوشش کریں۔</w:t>
      </w:r>
    </w:p>
    <w:p>
      <w:r>
        <w:rPr>
          <w:b/>
        </w:rPr>
        <w:t xml:space="preserve">[13:58] </w:t>
      </w:r>
      <w:r>
        <w:t>yani aap madu se aap ko shikayat ho madu aap ko pathar maar de madu aap ko nuqsan</w:t>
      </w:r>
    </w:p>
    <w:p>
      <w:pPr>
        <w:jc w:val="right"/>
      </w:pPr>
      <w:r>
        <w:t>یعنی آپ مدعو سے آپ کو شکایت ہو مدعو آپ کو پتھر مار دے مدعو آپ کو نقصان</w:t>
      </w:r>
    </w:p>
    <w:p>
      <w:r>
        <w:rPr>
          <w:b/>
        </w:rPr>
        <w:t xml:space="preserve">[14:06] </w:t>
      </w:r>
      <w:r>
        <w:t>pohanchaye kuch bhi kare kuch bhi kare kuch bhi kare</w:t>
      </w:r>
    </w:p>
    <w:p>
      <w:pPr>
        <w:jc w:val="right"/>
      </w:pPr>
      <w:r>
        <w:t>پہنچائے کچھ بھی کرے کچھ بھی کرے کچھ بھی کرے</w:t>
      </w:r>
    </w:p>
    <w:p>
      <w:r>
        <w:rPr>
          <w:b/>
        </w:rPr>
        <w:t xml:space="preserve">[14:14] </w:t>
      </w:r>
      <w:r>
        <w:t>aap unilateral tor par is ko ignore karein is ko avoid karein taake aap ke aur madu ke</w:t>
      </w:r>
    </w:p>
    <w:p>
      <w:pPr>
        <w:jc w:val="right"/>
      </w:pPr>
      <w:r>
        <w:t>آپ Unilateral طور پر اس کو Ignore کریں اس کو Avoid کریں تاکہ آپ کے اور مدعو کے</w:t>
      </w:r>
    </w:p>
    <w:p>
      <w:r>
        <w:rPr>
          <w:b/>
        </w:rPr>
        <w:t xml:space="preserve">[14:22] </w:t>
      </w:r>
      <w:r>
        <w:t>درمیان trust پیدا ہو ورنہ آپ نوٹ دیں گے اور وہ fake سمجھ کر قبول نہیں کرے گا</w:t>
      </w:r>
    </w:p>
    <w:p>
      <w:pPr>
        <w:jc w:val="right"/>
      </w:pPr>
      <w:r>
        <w:t>درمیان Trust پیدا ہو ورنہ آپ نوٹ دیں گے اور وہ Fake سمجھ کر قبول نہیں کرے گا</w:t>
      </w:r>
    </w:p>
    <w:p>
      <w:r>
        <w:rPr>
          <w:b/>
        </w:rPr>
        <w:t xml:space="preserve">[14:30] </w:t>
      </w:r>
      <w:r>
        <w:t>آپ کتاب دیں گے وہ سمجھے گا کہ اس میں کوئی کوئی سازش ہوگی کوئی conspiracy ہوگی قبول</w:t>
      </w:r>
    </w:p>
    <w:p>
      <w:pPr>
        <w:jc w:val="right"/>
      </w:pPr>
      <w:r>
        <w:t>آپ کتاب دیں گے وہ سمجھے گا کہ اس میں کوئی کوئی سازش ہوگی کوئی Conspiracy ہوگی قبول</w:t>
      </w:r>
    </w:p>
    <w:p>
      <w:r>
        <w:rPr>
          <w:b/>
        </w:rPr>
        <w:t xml:space="preserve">[14:39] </w:t>
      </w:r>
      <w:r>
        <w:t>nahi karega</w:t>
      </w:r>
    </w:p>
    <w:p>
      <w:pPr>
        <w:jc w:val="right"/>
      </w:pPr>
      <w:r>
        <w:t>نہیں کرے گا</w:t>
      </w:r>
    </w:p>
    <w:p>
      <w:r>
        <w:rPr>
          <w:b/>
        </w:rPr>
        <w:t xml:space="preserve">[14:47] </w:t>
      </w:r>
      <w:r>
        <w:t>to dawat ilahi ke kaam mein bohat zaroori hai ke aap ke aur madu ke darmiyan trust ho</w:t>
      </w:r>
    </w:p>
    <w:p>
      <w:pPr>
        <w:jc w:val="right"/>
      </w:pPr>
      <w:r>
        <w:t>تو دعوت الٰہی کے کام میں بہت ضروری ہے کہ آپ کے اور مدعو کے درمیان Trust ہو</w:t>
      </w:r>
    </w:p>
    <w:p>
      <w:r>
        <w:rPr>
          <w:b/>
        </w:rPr>
        <w:t xml:space="preserve">[14:54] </w:t>
      </w:r>
      <w:r>
        <w:t>agar mistrust ki fiza hai to dawat ka kaam nahi chalne wala ab is par sochte hue meri</w:t>
      </w:r>
    </w:p>
    <w:p>
      <w:pPr>
        <w:jc w:val="right"/>
      </w:pPr>
      <w:r>
        <w:t>اگر Mistrust کی فضا ہے تو دعوت کا کام نہیں چلنے والا اب اس پر سوچتے ہوئے میری</w:t>
      </w:r>
    </w:p>
    <w:p>
      <w:r>
        <w:rPr>
          <w:b/>
        </w:rPr>
        <w:t xml:space="preserve">[15:02] </w:t>
      </w:r>
      <w:r>
        <w:t>samajh mein aayi ke musalman jo sari duniya mein shikayatein kar rahe hain Conspiracy ka ailaan kar rahe</w:t>
      </w:r>
    </w:p>
    <w:p>
      <w:pPr>
        <w:jc w:val="right"/>
      </w:pPr>
      <w:r>
        <w:t>سمجھ میں آئی کہ مسلمان جو ساری دنیا میں شکایتیں کر رہے ہیں Conspiracy کا اعلان کر رہے</w:t>
      </w:r>
    </w:p>
    <w:p>
      <w:r>
        <w:rPr>
          <w:b/>
        </w:rPr>
        <w:t xml:space="preserve">[15:09] </w:t>
      </w:r>
      <w:r>
        <w:t>hain Gun Culture aur Bomb Culture chalai hui hai duniya hamare dushman yeh sab ki hui hai yeh sab Anti</w:t>
      </w:r>
    </w:p>
    <w:p>
      <w:pPr>
        <w:jc w:val="right"/>
      </w:pPr>
      <w:r>
        <w:t>ہیں Gun Culture اور Bomb Culture چلائی ہوئی ہے دنیا ہمارے دشمن یہ سب کی ہوئی ہے یہ سب Anti</w:t>
      </w:r>
    </w:p>
    <w:p>
      <w:r>
        <w:rPr>
          <w:b/>
        </w:rPr>
        <w:t xml:space="preserve">[15:17] </w:t>
      </w:r>
      <w:r>
        <w:t>dawa Activities hain Anti dawa Activities hain kyunke is aadmi se jis ne mere Net ko qabool nahi</w:t>
      </w:r>
    </w:p>
    <w:p>
      <w:pPr>
        <w:jc w:val="right"/>
      </w:pPr>
      <w:r>
        <w:t>دعویٰ Activities ہیں Anti دعویٰ Activities ہیں کیونکہ اس آدمی سے جس نے میرے Net کو قبول نہیں</w:t>
      </w:r>
    </w:p>
    <w:p>
      <w:r>
        <w:rPr>
          <w:b/>
        </w:rPr>
        <w:t xml:space="preserve">[15:24] </w:t>
      </w:r>
      <w:r>
        <w:t>kiya tha us ke khilaaf mein hungama karoon to us ka koi faida nahi hai Trust Build yani</w:t>
      </w:r>
    </w:p>
    <w:p>
      <w:pPr>
        <w:jc w:val="right"/>
      </w:pPr>
      <w:r>
        <w:t>کیا تھا اس کے خلاف میں ہنگامہ کروں تو اس کا کوئی فائدہ نہیں ہے Trust Build یعنی</w:t>
      </w:r>
    </w:p>
    <w:p>
      <w:r>
        <w:rPr>
          <w:b/>
        </w:rPr>
        <w:t xml:space="preserve">[15:32] </w:t>
      </w:r>
      <w:r>
        <w:t>apne us ke beech mein Trust ko Build Up karna parega aap ko.</w:t>
      </w:r>
    </w:p>
    <w:p>
      <w:pPr>
        <w:jc w:val="right"/>
      </w:pPr>
      <w:r>
        <w:t>اپنے اس کے بیچ میں Trust کو Build Up کرنا پڑے گا آپ کو۔</w:t>
      </w:r>
    </w:p>
    <w:p>
      <w:r>
        <w:rPr>
          <w:b/>
        </w:rPr>
        <w:t xml:space="preserve">[15:40] </w:t>
      </w:r>
      <w:r>
        <w:t>wo Trust karne lage tab wo meri baat mera mera note lega</w:t>
      </w:r>
    </w:p>
    <w:p>
      <w:pPr>
        <w:jc w:val="right"/>
      </w:pPr>
      <w:r>
        <w:t>وہ Trust کرنے لگے تب وہ میری بات میرا میرا نوٹ لے گا</w:t>
      </w:r>
    </w:p>
    <w:p>
      <w:r>
        <w:rPr>
          <w:b/>
        </w:rPr>
        <w:t xml:space="preserve">[15:47] </w:t>
      </w:r>
      <w:r>
        <w:t>ya meri baat sune ga to yeh jo hai ke doosron ki madad karo yeh sada baat nahi hai madad karne ke mani apne aur doosre ke darmiyan trust ko build up karo hatta ke woh aap ki madad qabool na kare tab bhi socho ke mujhe aur kya karna chahiye aur kya karna chahiye yani aap ki r</w:t>
      </w:r>
    </w:p>
    <w:p>
      <w:pPr>
        <w:jc w:val="right"/>
      </w:pPr>
      <w:r>
        <w:t>یا میری بات سنے گا تو یہ جو ہے کہ دوسروں کی مدد کرو یہ سادہ بات نہیں ہے مدد کرنے کے معنی اپنے اور دوسرے کے درمیان Trust کو Build Up کرو حتیٰ کہ وہ آپ کی مدد قبول نہ کرے تب بھی سوچو کہ مجھے اور کیا کرنا چاہیے اور کیا کرنا چاہیے یعنی آپ کی ر</w:t>
      </w:r>
    </w:p>
    <w:p>
      <w:r>
        <w:rPr>
          <w:b/>
        </w:rPr>
        <w:t xml:space="preserve">[16:17] </w:t>
      </w:r>
      <w:r>
        <w:t>yazgari ko qabool na kare wo aap ke aap ke note ko qabool na kare tab bhi sochiye</w:t>
      </w:r>
    </w:p>
    <w:p>
      <w:pPr>
        <w:jc w:val="right"/>
      </w:pPr>
      <w:r>
        <w:t>یزگاری کو قبول نہ کرے وہ آپ کے آپ کے نوٹ کو قبول نہ کرے تب بھی سوچیے</w:t>
      </w:r>
    </w:p>
    <w:p>
      <w:r>
        <w:rPr>
          <w:b/>
        </w:rPr>
        <w:t xml:space="preserve">[16:25] </w:t>
      </w:r>
      <w:r>
        <w:t>ke kya wajah hai ke wo mere note ko nahi le raha hai tab aap pahunchenge ke</w:t>
      </w:r>
    </w:p>
    <w:p>
      <w:pPr>
        <w:jc w:val="right"/>
      </w:pPr>
      <w:r>
        <w:t>کہ کیا وجہ ہے کہ وہ میرے نوٹ کو نہیں لے رہا ہے تب آپ پہنچیں گے کہ</w:t>
      </w:r>
    </w:p>
    <w:p>
      <w:r>
        <w:rPr>
          <w:b/>
        </w:rPr>
        <w:t xml:space="preserve">[16:33] </w:t>
      </w:r>
      <w:r>
        <w:t>ek Mistrust ki fiza hai to phir aap sochein ke is ko mujhe khatam karna hai to Quran</w:t>
      </w:r>
    </w:p>
    <w:p>
      <w:pPr>
        <w:jc w:val="right"/>
      </w:pPr>
      <w:r>
        <w:t>ایک Mistrust کی فضا ہے تو پھر آپ سوچیں کہ اس کو مجھے ختم کرنا ہے تو قرآن</w:t>
      </w:r>
    </w:p>
    <w:p>
      <w:r>
        <w:rPr>
          <w:b/>
        </w:rPr>
        <w:t xml:space="preserve">[16:40] </w:t>
      </w:r>
      <w:r>
        <w:t>mein dawat ka hukum diya gaya hai is ke sath kaha gaya hai</w:t>
      </w:r>
    </w:p>
    <w:p>
      <w:pPr>
        <w:jc w:val="right"/>
      </w:pPr>
      <w:r>
        <w:t>میں دعوت کا حکم دیا گیا ہے اس کے ساتھ کہا گیا ہے</w:t>
      </w:r>
    </w:p>
    <w:p>
      <w:r>
        <w:rPr>
          <w:b/>
        </w:rPr>
        <w:t xml:space="preserve">[16:48] </w:t>
      </w:r>
      <w:r>
        <w:t>کہ صبر کرو for the sake of God for the sake of God کے بنے ہیں اللہ کے Mission کے</w:t>
      </w:r>
    </w:p>
    <w:p>
      <w:pPr>
        <w:jc w:val="right"/>
      </w:pPr>
      <w:r>
        <w:t>کہ صبر کرو فدسیہ کا اف گارڈ فدسیہ کا اف گارڈ کے بنے ہیں اللہ کے Mission کے</w:t>
      </w:r>
    </w:p>
    <w:p>
      <w:r>
        <w:rPr>
          <w:b/>
        </w:rPr>
        <w:t xml:space="preserve">[16:55] </w:t>
      </w:r>
      <w:r>
        <w:t>liye Allah ke maqsad ke liye Allah ke Purpose ke liye aaj ki duniya mein aap dekhiye to</w:t>
      </w:r>
    </w:p>
    <w:p>
      <w:pPr>
        <w:jc w:val="right"/>
      </w:pPr>
      <w:r>
        <w:t>لیے اللہ کے مقصد کے لیے اللہ کے Purpose کے لیے آج کی دنیا میں آپ دیکھیے تو</w:t>
      </w:r>
    </w:p>
    <w:p>
      <w:r>
        <w:rPr>
          <w:b/>
        </w:rPr>
        <w:t xml:space="preserve">[17:03] </w:t>
      </w:r>
      <w:r>
        <w:t>jahan bhi dekhiye har jagah Mistrust ki fiza hai isi liye log samajhte hain ke Islam aisi cheez</w:t>
      </w:r>
    </w:p>
    <w:p>
      <w:pPr>
        <w:jc w:val="right"/>
      </w:pPr>
      <w:r>
        <w:t>جہاں بھی دیکھیے ہر جگہ Mistrust کی فضا ہے اسی لیے لوگ سمجھتے ہیں کہ اسلام ایسی چیز</w:t>
      </w:r>
    </w:p>
    <w:p>
      <w:r>
        <w:rPr>
          <w:b/>
        </w:rPr>
        <w:t xml:space="preserve">[17:10] </w:t>
      </w:r>
      <w:r>
        <w:t>nahi thi hum is</w:t>
      </w:r>
    </w:p>
    <w:p>
      <w:pPr>
        <w:jc w:val="right"/>
      </w:pPr>
      <w:r>
        <w:t>نہیں تھی ہم اس</w:t>
      </w:r>
    </w:p>
    <w:p>
      <w:r>
        <w:rPr>
          <w:b/>
        </w:rPr>
        <w:t xml:space="preserve">[17:18] </w:t>
      </w:r>
      <w:r>
        <w:t>ke bare mein ghhor karen hum to dawat ke pehle se pehle hamein mistrust ki fiza ko khatam karna hoga dawat se pehle hum ko mistrust ki jo fiza ban gayi hai us ko hamein khatam karna pare ga aur khatam hoga hum hamesha yak tarafah unilateral tor par bilateral tor par kabhi khatam nahi ho sakta kuch woh kare kuch aap kare aap karen to e</w:t>
      </w:r>
    </w:p>
    <w:p>
      <w:pPr>
        <w:jc w:val="right"/>
      </w:pPr>
      <w:r>
        <w:t>کے بارے میں غور کریں ہم تو دعوت کے پہلے سے پہلے ہمیں Mistrust کی فضا کو ختم کرنا ہوگا دعوت سے پہلے ہم کو Mistrust کی جو فضا بن گئی ہے اس کو ہمیں ختم کرنا پڑے گا اور ختم ہوگا ہم ہمیشہ یکطرفہ Unilateral طور پر Bilateral طور پر کبھی ختم نہیں ہو سکتا کچھ وہ کرے کچھ آپ کرے آپ کریں تو ای</w:t>
      </w:r>
    </w:p>
    <w:p>
      <w:r>
        <w:rPr>
          <w:b/>
        </w:rPr>
        <w:t xml:space="preserve">[17:48] </w:t>
      </w:r>
      <w:r>
        <w:t>sa hone wala hai nahi to yeh jo hadith hai jo sari hadith kitabon kitabon mein aayi hai</w:t>
      </w:r>
    </w:p>
    <w:p>
      <w:pPr>
        <w:jc w:val="right"/>
      </w:pPr>
      <w:r>
        <w:t>سا ہونے والا ہے نہیں تو یہ جو حدیث ہے جو ساری حدیث کتابوں کتابوں میں آئی ہے</w:t>
      </w:r>
    </w:p>
    <w:p>
      <w:r>
        <w:rPr>
          <w:b/>
        </w:rPr>
        <w:t xml:space="preserve">[17:58] </w:t>
      </w:r>
      <w:r>
        <w:t>thode thode lafzi farq ke sath ke Allah is bande ki madad karta hai jo doosre jo apne</w:t>
      </w:r>
    </w:p>
    <w:p>
      <w:pPr>
        <w:jc w:val="right"/>
      </w:pPr>
      <w:r>
        <w:t>تھوڑے تھوڑے لفظی فرق کے ساتھ کہ اللہ اس بندے کی مدد کرتا ہے جو دوسرے جو اپنے</w:t>
      </w:r>
    </w:p>
    <w:p>
      <w:r>
        <w:rPr>
          <w:b/>
        </w:rPr>
        <w:t xml:space="preserve">[18:09] </w:t>
      </w:r>
      <w:r>
        <w:t>bhai ki madad karne kar raha ho</w:t>
      </w:r>
    </w:p>
    <w:p>
      <w:pPr>
        <w:jc w:val="right"/>
      </w:pPr>
      <w:r>
        <w:t>بھائی کی مدد کرنے کر رہا ہو</w:t>
      </w:r>
    </w:p>
    <w:p>
      <w:r>
        <w:rPr>
          <w:b/>
        </w:rPr>
        <w:t xml:space="preserve">[18:20] </w:t>
      </w:r>
      <w:r>
        <w:t>to Allah madad karne ke maani bhi yahi hain Allah Trust Create karta hai tum sab ki madad</w:t>
      </w:r>
    </w:p>
    <w:p>
      <w:pPr>
        <w:jc w:val="right"/>
      </w:pPr>
      <w:r>
        <w:t>تو اللہ مدد کرنے کے معنی بھی یہی ہیں اللہ Trust Create کرتا ہے تم سب کی مدد</w:t>
      </w:r>
    </w:p>
    <w:p>
      <w:r>
        <w:rPr>
          <w:b/>
        </w:rPr>
        <w:t xml:space="preserve">[18:28] </w:t>
      </w:r>
      <w:r>
        <w:t>karoge to is se kya hoga Law of Nature ke mutabiq Trust Create hoga Mistrust ka khatma</w:t>
      </w:r>
    </w:p>
    <w:p>
      <w:pPr>
        <w:jc w:val="right"/>
      </w:pPr>
      <w:r>
        <w:t>کرو گے تو اس سے کیا ہوگا Law of Nature کے مطابق Trust Create ہوگا Mistrust کا خاتمہ</w:t>
      </w:r>
    </w:p>
    <w:p>
      <w:r>
        <w:rPr>
          <w:b/>
        </w:rPr>
        <w:t xml:space="preserve">[18:35] </w:t>
      </w:r>
      <w:r>
        <w:t>hoga to yaad rakhiye is duniya mein hum ko jo jo zindagi guzarna hai wo aisa nahi hai</w:t>
      </w:r>
    </w:p>
    <w:p>
      <w:pPr>
        <w:jc w:val="right"/>
      </w:pPr>
      <w:r>
        <w:t>ہوگا تو یاد رکھیے اس دنیا میں ہم کو جو جو زندگی گزارنا ہے وہ ایسا نہیں ہے</w:t>
      </w:r>
    </w:p>
    <w:p>
      <w:r>
        <w:rPr>
          <w:b/>
        </w:rPr>
        <w:t xml:space="preserve">[18:43] </w:t>
      </w:r>
      <w:r>
        <w:t>ke kuch kalma padh liya kuch formulay tareeqay par kuch</w:t>
      </w:r>
    </w:p>
    <w:p>
      <w:pPr>
        <w:jc w:val="right"/>
      </w:pPr>
      <w:r>
        <w:t>کہ کچھ کلمہ پڑھ لیا کچھ فارمولے طریقے پر کچھ</w:t>
      </w:r>
    </w:p>
    <w:p>
      <w:r>
        <w:rPr>
          <w:b/>
        </w:rPr>
        <w:t xml:space="preserve">[18:50] </w:t>
      </w:r>
      <w:r>
        <w:t>ibadat kar li bas ho gaya Allah ke deen ko aap ko ek Culture ke taur par ikhtiyar</w:t>
      </w:r>
    </w:p>
    <w:p>
      <w:pPr>
        <w:jc w:val="right"/>
      </w:pPr>
      <w:r>
        <w:t>عبادت کر لی بس ہو گیا اللہ کے دین کو آپ کو ایک Culture کے طور پر اختیار</w:t>
      </w:r>
    </w:p>
    <w:p>
      <w:r>
        <w:rPr>
          <w:b/>
        </w:rPr>
        <w:t xml:space="preserve">[19:01] </w:t>
      </w:r>
      <w:r>
        <w:t>karna hoga poori zindagi ka ek Mission bana kar is ko lena hoga aur soch soch ke soch</w:t>
      </w:r>
    </w:p>
    <w:p>
      <w:pPr>
        <w:jc w:val="right"/>
      </w:pPr>
      <w:r>
        <w:t>کرنا ہوگا پوری زندگی کا ایک Mission بنا کر اس کو لینا ہوگا اور سوچ سوچ کے سوچ</w:t>
      </w:r>
    </w:p>
    <w:p>
      <w:r>
        <w:rPr>
          <w:b/>
        </w:rPr>
        <w:t xml:space="preserve">[19:12] </w:t>
      </w:r>
      <w:r>
        <w:t>soch ke is ko Develop karna hoga warna kuch hone wala nahi hai</w:t>
      </w:r>
    </w:p>
    <w:p>
      <w:pPr>
        <w:jc w:val="right"/>
      </w:pPr>
      <w:r>
        <w:t>سوچ کے اس کو Develop کرنا ہوگا ورنہ کچھ ہونے والا نہیں ہے</w:t>
      </w:r>
    </w:p>
    <w:p>
      <w:r>
        <w:rPr>
          <w:b/>
        </w:rPr>
        <w:t xml:space="preserve">[19:23] </w:t>
      </w:r>
      <w:r>
        <w:t>is tarah ke bahut se qisse mere sath pesh aaye hain jab mein un ko sochta hoon to</w:t>
      </w:r>
    </w:p>
    <w:p>
      <w:pPr>
        <w:jc w:val="right"/>
      </w:pPr>
      <w:r>
        <w:t>اس طرح کے بہت سے قصے میرے ساتھ پیش آئے ہیں جب میں ان کو سوچتا ہوں تو</w:t>
      </w:r>
    </w:p>
    <w:p>
      <w:r>
        <w:rPr>
          <w:b/>
        </w:rPr>
        <w:t xml:space="preserve">[19:31] </w:t>
      </w:r>
      <w:r>
        <w:t>apni zimmedari ko mein yaad karta hoon mislan ek sahab mere paas aaye ek shahar ki baat</w:t>
      </w:r>
    </w:p>
    <w:p>
      <w:pPr>
        <w:jc w:val="right"/>
      </w:pPr>
      <w:r>
        <w:t>اپنی ذمہ داری کو میں یاد کرتا ہوں مثلاً ایک صاحب میرے پاس آئے ایک شہر کی بات</w:t>
      </w:r>
    </w:p>
    <w:p>
      <w:r>
        <w:rPr>
          <w:b/>
        </w:rPr>
        <w:t xml:space="preserve">[19:39] </w:t>
      </w:r>
      <w:r>
        <w:t>ki unhone India ka ek shahar ke sahab itna ta'assub hai itna ta'assub hai ke falan shahar</w:t>
      </w:r>
    </w:p>
    <w:p>
      <w:pPr>
        <w:jc w:val="right"/>
      </w:pPr>
      <w:r>
        <w:t>کی انہوں نے انڈیا کا ایک شہر کہ صاحب اتنا تعصب ہے اتنا تعصب ہے کہ فلاں شہر</w:t>
      </w:r>
    </w:p>
    <w:p>
      <w:r>
        <w:rPr>
          <w:b/>
        </w:rPr>
        <w:t xml:space="preserve">[19:46] </w:t>
      </w:r>
      <w:r>
        <w:t>mein musalmanon ko ghar kiraye par nahi dete</w:t>
      </w:r>
    </w:p>
    <w:p>
      <w:pPr>
        <w:jc w:val="right"/>
      </w:pPr>
      <w:r>
        <w:t>میں مسلمانوں کو گھر کرائے پر نہیں دیتے</w:t>
      </w:r>
    </w:p>
    <w:p>
      <w:r>
        <w:rPr>
          <w:b/>
        </w:rPr>
        <w:t xml:space="preserve">[19:54] </w:t>
      </w:r>
      <w:r>
        <w:t>kiraye par to ittifaq se mera jana wahan hua aur ek musalman ne mujhe sham ke khane par</w:t>
      </w:r>
    </w:p>
    <w:p>
      <w:pPr>
        <w:jc w:val="right"/>
      </w:pPr>
      <w:r>
        <w:t>کرائے پر تو اتفاق سے میرا جانا وہاں ہوا اور ایک مسلمان نے مجھے شام کے کھانے پر</w:t>
      </w:r>
    </w:p>
    <w:p>
      <w:r>
        <w:rPr>
          <w:b/>
        </w:rPr>
        <w:t xml:space="preserve">[20:09] </w:t>
      </w:r>
      <w:r>
        <w:t>bulaya same shehar mein to ek musalman wahan reh rahe the to</w:t>
      </w:r>
    </w:p>
    <w:p>
      <w:pPr>
        <w:jc w:val="right"/>
      </w:pPr>
      <w:r>
        <w:t>بلایا Same شہر میں تو ایک مسلمان وہاں رہ رہے تھے تو</w:t>
      </w:r>
    </w:p>
    <w:p>
      <w:r>
        <w:rPr>
          <w:b/>
        </w:rPr>
        <w:t xml:space="preserve">[20:25] </w:t>
      </w:r>
      <w:r>
        <w:t>khane par baat karte hue jo ghar ke malik the fakhr ke sath unhon ne kaha fakhr ke</w:t>
      </w:r>
    </w:p>
    <w:p>
      <w:pPr>
        <w:jc w:val="right"/>
      </w:pPr>
      <w:r>
        <w:t>کھانے پر بات کرتے ہوئے جو گھر کے مالک تھے فخر کے ساتھ انہوں نے کہا فخر کے</w:t>
      </w:r>
    </w:p>
    <w:p>
      <w:r>
        <w:rPr>
          <w:b/>
        </w:rPr>
        <w:t xml:space="preserve">[20:32] </w:t>
      </w:r>
      <w:r>
        <w:t>sath hum to khane ke baad hadi bahar phenk dete hain yani gosht khate hain to yeh nahi</w:t>
      </w:r>
    </w:p>
    <w:p>
      <w:pPr>
        <w:jc w:val="right"/>
      </w:pPr>
      <w:r>
        <w:t>ساتھ ہم تو کھانے کے بعد ہڈی باہر پھینک دیتے ہیں یعنی گوشت کھاتے ہیں تو یہ نہیں</w:t>
      </w:r>
    </w:p>
    <w:p>
      <w:r>
        <w:rPr>
          <w:b/>
        </w:rPr>
        <w:t xml:space="preserve">[20:40] </w:t>
      </w:r>
      <w:r>
        <w:t>ke ghar mein gosht kha lein ab aas pas sab hindu hain jo vegetarian hain to woh in</w:t>
      </w:r>
    </w:p>
    <w:p>
      <w:pPr>
        <w:jc w:val="right"/>
      </w:pPr>
      <w:r>
        <w:t>کہ گھر میں گوشت کھا لیں اب آس پاس سب ہندو ہیں جو Vegetarian ہیں تو وہ ان</w:t>
      </w:r>
    </w:p>
    <w:p>
      <w:r>
        <w:rPr>
          <w:b/>
        </w:rPr>
        <w:t xml:space="preserve">[20:48] </w:t>
      </w:r>
      <w:r>
        <w:t>ko charhane ke liye un ke liye</w:t>
      </w:r>
    </w:p>
    <w:p>
      <w:pPr>
        <w:jc w:val="right"/>
      </w:pPr>
      <w:r>
        <w:t>کو چڑھانے کے لیے ان کے لیے</w:t>
      </w:r>
    </w:p>
    <w:p>
      <w:r>
        <w:rPr>
          <w:b/>
        </w:rPr>
        <w:t xml:space="preserve">[20:55] </w:t>
      </w:r>
      <w:r>
        <w:t>un ke dil mein humdardi nahi hai un ke liye koi mohabbat nahi hai gosht khaya hadi bahar</w:t>
      </w:r>
    </w:p>
    <w:p>
      <w:pPr>
        <w:jc w:val="right"/>
      </w:pPr>
      <w:r>
        <w:t>ان کے دل میں ہمدردی نہیں ہے ان کے لیے کوئی محبت نہیں ہے گوشت کھایا ہڈی باہر</w:t>
      </w:r>
    </w:p>
    <w:p>
      <w:r>
        <w:rPr>
          <w:b/>
        </w:rPr>
        <w:t xml:space="preserve">[21:03] </w:t>
      </w:r>
      <w:r>
        <w:t>phenk di khirki se tab mein ne socha ke kyun woh aap kiraye par nahi dete yeh karein</w:t>
      </w:r>
    </w:p>
    <w:p>
      <w:pPr>
        <w:jc w:val="right"/>
      </w:pPr>
      <w:r>
        <w:t>پھینک دی کھڑکی سے تب میں نے سوچا کہ کیوں وہ آپ کرائے پر نہیں دیتے یہ کریں</w:t>
      </w:r>
    </w:p>
    <w:p>
      <w:r>
        <w:rPr>
          <w:b/>
        </w:rPr>
        <w:t xml:space="preserve">[21:11] </w:t>
      </w:r>
      <w:r>
        <w:t>گے آپ وہ generalize کرے گا وہ وہ وہ وہ ہندو کے مسلمان ایسے ہوتے ہیں مسلمان ایسے</w:t>
      </w:r>
    </w:p>
    <w:p>
      <w:pPr>
        <w:jc w:val="right"/>
      </w:pPr>
      <w:r>
        <w:t>گے آپ وہ Generalize کرے گا وہ وہ وہ وہ ہندو کے مسلمان ایسے ہوتے ہیں مسلمان ایسے</w:t>
      </w:r>
    </w:p>
    <w:p>
      <w:r>
        <w:rPr>
          <w:b/>
        </w:rPr>
        <w:t xml:space="preserve">[21:19] </w:t>
      </w:r>
      <w:r>
        <w:t>hote hain to yeh sari cheezein mil kar ke mistrust ki faza bani hai</w:t>
      </w:r>
    </w:p>
    <w:p>
      <w:pPr>
        <w:jc w:val="right"/>
      </w:pPr>
      <w:r>
        <w:t>ہوتے ہیں تو یہ ساری چیزیں مل کر کے Mistrust کی فضا بنی ہے</w:t>
      </w:r>
    </w:p>
    <w:p>
      <w:r>
        <w:rPr>
          <w:b/>
        </w:rPr>
        <w:t xml:space="preserve">[21:26] </w:t>
      </w:r>
      <w:r>
        <w:t>to mistrust ki jo faza hai us ke andar effective andaz mein dawat ka kaam nahi ho sakta</w:t>
      </w:r>
    </w:p>
    <w:p>
      <w:pPr>
        <w:jc w:val="right"/>
      </w:pPr>
      <w:r>
        <w:t>تو Mistrust کی جو فضا ہے اس کے اندر Effective انداز میں دعوت کا کام نہیں ہو سکتا</w:t>
      </w:r>
    </w:p>
    <w:p>
      <w:r>
        <w:rPr>
          <w:b/>
        </w:rPr>
        <w:t xml:space="preserve">[21:36] </w:t>
      </w:r>
      <w:r>
        <w:t>effective andaz mein ek waqia mein ne aap se ghaliban kabhi bayan kiya hoga yeh waqia mujhe pasand</w:t>
      </w:r>
    </w:p>
    <w:p>
      <w:pPr>
        <w:jc w:val="right"/>
      </w:pPr>
      <w:r>
        <w:t>Effective انداز میں ایک واقعہ میں نے آپ سے غالباً کبھی بیان کیا ہوگا یہ واقعہ مجھے پسند</w:t>
      </w:r>
    </w:p>
    <w:p>
      <w:r>
        <w:rPr>
          <w:b/>
        </w:rPr>
        <w:t xml:space="preserve">[21:46] </w:t>
      </w:r>
      <w:r>
        <w:t>bohat pasand hai Maulana Ilyas sahab ka waqia aap jante hain ke mol</w:t>
      </w:r>
    </w:p>
    <w:p>
      <w:pPr>
        <w:jc w:val="right"/>
      </w:pPr>
      <w:r>
        <w:t>بہت پسند ہے مولانا الیاس صاحب کا واقعہ آپ جانتے ہیں کہ مول</w:t>
      </w:r>
    </w:p>
    <w:p>
      <w:r>
        <w:rPr>
          <w:b/>
        </w:rPr>
        <w:t xml:space="preserve">[21:56] </w:t>
      </w:r>
      <w:r>
        <w:t>ana Ilyas sahab jo the woh tablighi jamaat ke founder the founder lekin woh bohat achhe aadmi the</w:t>
      </w:r>
    </w:p>
    <w:p>
      <w:pPr>
        <w:jc w:val="right"/>
      </w:pPr>
      <w:r>
        <w:t>انا الیاس صاحب جو تھے وہ تبلیغی جماعت کے Founder تھے Founder لیکن وہ بہت اچھے آدمی تھے</w:t>
      </w:r>
    </w:p>
    <w:p>
      <w:r>
        <w:rPr>
          <w:b/>
        </w:rPr>
        <w:t xml:space="preserve">[22:04] </w:t>
      </w:r>
      <w:r>
        <w:t>to us zamane mein kaam shuru kiya unhon ne Mewat mein jabke Mewat mein bohat jahalat thi aur</w:t>
      </w:r>
    </w:p>
    <w:p>
      <w:pPr>
        <w:jc w:val="right"/>
      </w:pPr>
      <w:r>
        <w:t>تو اس زمانے میں کام شروع کیا انہوں نے میوات میں جبکہ میوات میں بہت جہالت تھی اور</w:t>
      </w:r>
    </w:p>
    <w:p>
      <w:r>
        <w:rPr>
          <w:b/>
        </w:rPr>
        <w:t xml:space="preserve">[22:12] </w:t>
      </w:r>
      <w:r>
        <w:t>wahan ke jo musalman the woh bilkul jo Mewo kaha jata tha bas naam ke musalman the aur</w:t>
      </w:r>
    </w:p>
    <w:p>
      <w:pPr>
        <w:jc w:val="right"/>
      </w:pPr>
      <w:r>
        <w:t>وہاں کے جو مسلمان تھے وہ بالکل جو میو کہا جاتا تھا بس نام کے مسلمان تھے اور</w:t>
      </w:r>
    </w:p>
    <w:p>
      <w:r>
        <w:rPr>
          <w:b/>
        </w:rPr>
        <w:t xml:space="preserve">[22:19] </w:t>
      </w:r>
      <w:r>
        <w:t>kuch unhon ne nahi tha alhad qism ke ladai jhagad ladai jhagad karne wale</w:t>
      </w:r>
    </w:p>
    <w:p>
      <w:pPr>
        <w:jc w:val="right"/>
      </w:pPr>
      <w:r>
        <w:t>کچھ انہوں نے نہیں تھا الہڑ قسم کے لڑائی جھڑک لڑائی جھڑک کرنے والے</w:t>
      </w:r>
    </w:p>
    <w:p>
      <w:r>
        <w:rPr>
          <w:b/>
        </w:rPr>
        <w:t xml:space="preserve">[22:27] </w:t>
      </w:r>
      <w:r>
        <w:t>hain to woh gaye wahan par shuru zamane ki baat hai to ek Mewo ko unhon ne kaha</w:t>
      </w:r>
    </w:p>
    <w:p>
      <w:pPr>
        <w:jc w:val="right"/>
      </w:pPr>
      <w:r>
        <w:t>ہیں تو وہ گئے وہاں پر شروع زمانے کی بات ہے تو ایک میو کو انہوں نے کہا</w:t>
      </w:r>
    </w:p>
    <w:p>
      <w:r>
        <w:rPr>
          <w:b/>
        </w:rPr>
        <w:t xml:space="preserve">[22:37] </w:t>
      </w:r>
      <w:r>
        <w:t>ke meri baat suno to us ko unhon ne un ka tareeqa yeh tha kalma parhwana hamara tareeqa</w:t>
      </w:r>
    </w:p>
    <w:p>
      <w:pPr>
        <w:jc w:val="right"/>
      </w:pPr>
      <w:r>
        <w:t>کہ میری بات سنو تو اس کو انہوں نے ان کا طریقہ یہ تھا کلمہ پڑھوانا ہمارا طریقہ</w:t>
      </w:r>
    </w:p>
    <w:p>
      <w:r>
        <w:rPr>
          <w:b/>
        </w:rPr>
        <w:t xml:space="preserve">[22:47] </w:t>
      </w:r>
      <w:r>
        <w:t>to yeh nahi hai un ka tareeqa tha kalma parhwana to us ne kaha ke kalma yaad hai tum ko</w:t>
      </w:r>
    </w:p>
    <w:p>
      <w:pPr>
        <w:jc w:val="right"/>
      </w:pPr>
      <w:r>
        <w:t>تو یہ نہیں ہے ان کا طریقہ تھا کلمہ پڑھوانا تو اس نے کہا کہ کلمہ یاد ہے تم کو</w:t>
      </w:r>
    </w:p>
    <w:p>
      <w:r>
        <w:rPr>
          <w:b/>
        </w:rPr>
        <w:t xml:space="preserve">[22:58] </w:t>
      </w:r>
      <w:r>
        <w:t>to us ne shayad kaha ke nahi to unhon ne kalma parha kaha ke tum dohrao us ko</w:t>
      </w:r>
    </w:p>
    <w:p>
      <w:pPr>
        <w:jc w:val="right"/>
      </w:pPr>
      <w:r>
        <w:t>تو اس نے شاید کہا کہ نہیں تو انہوں نے کلمہ پڑھا کہا کہ تم دہراؤ اس کو</w:t>
      </w:r>
    </w:p>
    <w:p>
      <w:r>
        <w:rPr>
          <w:b/>
        </w:rPr>
        <w:t xml:space="preserve">[23:04] </w:t>
      </w:r>
      <w:r>
        <w:t>la ilaha illallah Muhammadur Rasulullah parh ke us ka dohrao to woh ghussa ho gaya ke</w:t>
      </w:r>
    </w:p>
    <w:p>
      <w:pPr>
        <w:jc w:val="right"/>
      </w:pPr>
      <w:r>
        <w:t>لا الہ الا اللہ محمد رسول اللہ پڑھ کے اس کا دہراؤ تو وہ غصہ ہو گیا کہ</w:t>
      </w:r>
    </w:p>
    <w:p>
      <w:r>
        <w:rPr>
          <w:b/>
        </w:rPr>
        <w:t xml:space="preserve">[23:10] </w:t>
      </w:r>
      <w:r>
        <w:t>mujh se kalma parhwate ho tum tum kaun ho tum kaun ho kalma parhwane wale to Maulana Ilyas</w:t>
      </w:r>
    </w:p>
    <w:p>
      <w:pPr>
        <w:jc w:val="right"/>
      </w:pPr>
      <w:r>
        <w:t>مجھ سے کلمہ پڑھواتے ہو تم تم کون ہو تم کون ہو کلمہ پڑھوانے والے تو مولانا الیاس</w:t>
      </w:r>
    </w:p>
    <w:p>
      <w:r>
        <w:rPr>
          <w:b/>
        </w:rPr>
        <w:t xml:space="preserve">[23:16] </w:t>
      </w:r>
      <w:r>
        <w:t>sahab jo the un ko dhakel diya us ne ab woh strong tha yeh weak the yeh gir</w:t>
      </w:r>
    </w:p>
    <w:p>
      <w:pPr>
        <w:jc w:val="right"/>
      </w:pPr>
      <w:r>
        <w:t>صاحب جو تھے ان کو دھکیل دیا اس نے اب وہ Strong تھا یہ Weak تھے یہ گر</w:t>
      </w:r>
    </w:p>
    <w:p>
      <w:r>
        <w:rPr>
          <w:b/>
        </w:rPr>
        <w:t xml:space="preserve">[23:22] </w:t>
      </w:r>
      <w:r>
        <w:t>pade to uth kar ke</w:t>
      </w:r>
    </w:p>
    <w:p>
      <w:pPr>
        <w:jc w:val="right"/>
      </w:pPr>
      <w:r>
        <w:t>پڑے تو اٹھ کر کے</w:t>
      </w:r>
    </w:p>
    <w:p>
      <w:r>
        <w:rPr>
          <w:b/>
        </w:rPr>
        <w:t xml:space="preserve">[23:29] </w:t>
      </w:r>
      <w:r>
        <w:t>kuch bhi ghussa nahi hua ke main tumhare baap ke barabar hoon aur is ko to dhakel diya</w:t>
      </w:r>
    </w:p>
    <w:p>
      <w:pPr>
        <w:jc w:val="right"/>
      </w:pPr>
      <w:r>
        <w:t>کچھ بھی غصہ نہیں ہوا کہ میں تمہارے باپ کے برابر ہوں اور اس کو تو دھکیل دیا</w:t>
      </w:r>
    </w:p>
    <w:p>
      <w:r>
        <w:rPr>
          <w:b/>
        </w:rPr>
        <w:t xml:space="preserve">[23:37] </w:t>
      </w:r>
      <w:r>
        <w:t>kuch ghussa nahi hua bas narmi se kaha acha tum apna kaam kar chuke ab meri baat suno</w:t>
      </w:r>
    </w:p>
    <w:p>
      <w:pPr>
        <w:jc w:val="right"/>
      </w:pPr>
      <w:r>
        <w:t>کچھ غصہ نہیں ہوا بس نرمی سے کہا اچھا تم اپنا کام کر چکے اب میری بات سنو</w:t>
      </w:r>
    </w:p>
    <w:p>
      <w:r>
        <w:rPr>
          <w:b/>
        </w:rPr>
        <w:t xml:space="preserve">[23:44] </w:t>
      </w:r>
      <w:r>
        <w:t>tum apna kaam kar chuke ab meri baat suno phir unhon ne kalma parhwaya to na sirf kalma</w:t>
      </w:r>
    </w:p>
    <w:p>
      <w:pPr>
        <w:jc w:val="right"/>
      </w:pPr>
      <w:r>
        <w:t>تم اپنا کام کر چکے اب میری بات سنو پھر انہوں نے کلمہ پڑھوایا تو نہ صرف کلمہ</w:t>
      </w:r>
    </w:p>
    <w:p>
      <w:r>
        <w:rPr>
          <w:b/>
        </w:rPr>
        <w:t xml:space="preserve">[23:52] </w:t>
      </w:r>
      <w:r>
        <w:t>parha balkay wo pap gir pada un ke aur un ke sath sathi ban gaya un ke Mission mein</w:t>
      </w:r>
    </w:p>
    <w:p>
      <w:pPr>
        <w:jc w:val="right"/>
      </w:pPr>
      <w:r>
        <w:t>پڑھا بلکہ وہ پاپ گر پڑا ان کے اور ان کے ساتھ ساتھی بن گیا ان کے Mission میں</w:t>
      </w:r>
    </w:p>
    <w:p>
      <w:r>
        <w:rPr>
          <w:b/>
        </w:rPr>
        <w:t xml:space="preserve">[24:00] </w:t>
      </w:r>
      <w:r>
        <w:t>to dawat ke kaam mein sab se pehle Mistrust ko khatam karna parta hai sab se pehle aik</w:t>
      </w:r>
    </w:p>
    <w:p>
      <w:pPr>
        <w:jc w:val="right"/>
      </w:pPr>
      <w:r>
        <w:t>تو دعوت کے کام میں سب سے پہلے Mistrust کو ختم کرنا پڑتا ہے سب سے پہلے ایک</w:t>
      </w:r>
    </w:p>
    <w:p>
      <w:r>
        <w:rPr>
          <w:b/>
        </w:rPr>
        <w:t xml:space="preserve">[24:11] </w:t>
      </w:r>
      <w:r>
        <w:t>mujhe kisi ne mujhe bataya aik mobile mein aik aik yeh aik article chapa aik sahib ka woh</w:t>
      </w:r>
    </w:p>
    <w:p>
      <w:pPr>
        <w:jc w:val="right"/>
      </w:pPr>
      <w:r>
        <w:t>مجھے کسی نے مجھے بتایا ایک موبائل میں ایک ایک یہ ایک آرٹیکل چھپا ایک صاحب کا وہ</w:t>
      </w:r>
    </w:p>
    <w:p>
      <w:r>
        <w:rPr>
          <w:b/>
        </w:rPr>
        <w:t xml:space="preserve">[24:21] </w:t>
      </w:r>
      <w:r>
        <w:t>India ke bahar ke aik sahib hain to us ne kaha ke India ke musalmanon ko</w:t>
      </w:r>
    </w:p>
    <w:p>
      <w:pPr>
        <w:jc w:val="right"/>
      </w:pPr>
      <w:r>
        <w:t>انڈیا کے باہر کے ایک صاحب ہیں تو اس نے کہا کہ انڈیا کے مسلمانوں کو</w:t>
      </w:r>
    </w:p>
    <w:p>
      <w:r>
        <w:rPr>
          <w:b/>
        </w:rPr>
        <w:t xml:space="preserve">[24:31] </w:t>
      </w:r>
      <w:r>
        <w:t>ko gaaye ka meat khana chahiye un ke liye wajib hai kyunke un ki islamiyat un ki misbah ho jayegi to main ne kaha yeh aise log likhte kyun hain yeh koi likhne ki baat hai yani Rasool Allah Salallahu Alaihi Wasallam ne jab Madina hijrat ki to yahood ki talif ke liye Kaba ka qibla chhod diya yahood ke qible ki taraf namaz p</w:t>
      </w:r>
    </w:p>
    <w:p>
      <w:pPr>
        <w:jc w:val="right"/>
      </w:pPr>
      <w:r>
        <w:t>کو گائے کا میٹ کھانا چاہیے ان کے لیے واجب ہے کیونکہ ان کی اسلامیت ان کی مصبح ہو جائے گی تو میں نے کہا یہ ایسے لوگ لکھتے کیوں ہیں یہ کوئی لکھنے کی بات ہے یعنی رسول اللہ صلی اللہ علیہ وسلم نے جب مدینہ ہجرت کی تو یہود کی تالیف کے لیے کعبہ کا قبلہ چھوڑ دیا یہود کے قبلے کی طرف نماز پ</w:t>
      </w:r>
    </w:p>
    <w:p>
      <w:r>
        <w:rPr>
          <w:b/>
        </w:rPr>
        <w:t xml:space="preserve">[25:01] </w:t>
      </w:r>
      <w:r>
        <w:t>rhne lage aur musalman gaay gosht chhod sakte hain aap ghor kijiye rasool Allah ne talif ke liye</w:t>
      </w:r>
    </w:p>
    <w:p>
      <w:pPr>
        <w:jc w:val="right"/>
      </w:pPr>
      <w:r>
        <w:t>ڑھنے لگے اور مسلمان گائے گوشت چھوڑ سکتے ہیں آپ غور کیجئے رسول اللہ نے تالیف کے لیے</w:t>
      </w:r>
    </w:p>
    <w:p>
      <w:r>
        <w:rPr>
          <w:b/>
        </w:rPr>
        <w:t xml:space="preserve">[25:10] </w:t>
      </w:r>
      <w:r>
        <w:t>itna bara kaam kiya itna bara kaam kiya ke qibla namaz ka qibla jo tha kaba us ko</w:t>
      </w:r>
    </w:p>
    <w:p>
      <w:pPr>
        <w:jc w:val="right"/>
      </w:pPr>
      <w:r>
        <w:t>اتنا بڑا کام کیا اتنا بڑا کام کیا کہ قبلہ نماز کا قبلہ جو تھا کعبہ اس کو</w:t>
      </w:r>
    </w:p>
    <w:p>
      <w:r>
        <w:rPr>
          <w:b/>
        </w:rPr>
        <w:t xml:space="preserve">[25:18] </w:t>
      </w:r>
      <w:r>
        <w:t>chhod diya aur aap yeh ata nahi kar sakte ke yahan ke jo baradran watan hain un ki</w:t>
      </w:r>
    </w:p>
    <w:p>
      <w:pPr>
        <w:jc w:val="right"/>
      </w:pPr>
      <w:r>
        <w:t>چھوڑ دیا اور آپ یہ عطا نہیں کر سکتے کہ یہاں کے جو برادران وطن ہیں ان کی</w:t>
      </w:r>
    </w:p>
    <w:p>
      <w:r>
        <w:rPr>
          <w:b/>
        </w:rPr>
        <w:t xml:space="preserve">[25:27] </w:t>
      </w:r>
      <w:r>
        <w:t>talif e qalb ke liye aap gaay ka khana chhod dein</w:t>
      </w:r>
    </w:p>
    <w:p>
      <w:pPr>
        <w:jc w:val="right"/>
      </w:pPr>
      <w:r>
        <w:t>تالیف قلب کے لیے آپ گائے کا کھانا چھوڑ دیں</w:t>
      </w:r>
    </w:p>
    <w:p>
      <w:r>
        <w:rPr>
          <w:b/>
        </w:rPr>
        <w:t xml:space="preserve">[25:35] </w:t>
      </w:r>
      <w:r>
        <w:t>to kyun aisa hai dekhiye daai ke andar musalman aik daai hain musalman ka jo kaam hai woh</w:t>
      </w:r>
    </w:p>
    <w:p>
      <w:pPr>
        <w:jc w:val="right"/>
      </w:pPr>
      <w:r>
        <w:t>تو کیوں ایسا ہے دیکھیے داعی کے اندر مسلمان ایک داعی ہیں مسلمان کا جو کام ہے وہ</w:t>
      </w:r>
    </w:p>
    <w:p>
      <w:r>
        <w:rPr>
          <w:b/>
        </w:rPr>
        <w:t xml:space="preserve">[25:46] </w:t>
      </w:r>
      <w:r>
        <w:t>dawat hai daai ke liye mohabbat hona chahiye apne madu ke liye mohabbat khair khwahi hamdardi isi tarah</w:t>
      </w:r>
    </w:p>
    <w:p>
      <w:pPr>
        <w:jc w:val="right"/>
      </w:pPr>
      <w:r>
        <w:t>دعوت ہے داعی کے لیے محبت ہونا چاہیے اپنے مدعو کے لیے محبت خیر خواہی ہمدردی اسی طرح</w:t>
      </w:r>
    </w:p>
    <w:p>
      <w:r>
        <w:rPr>
          <w:b/>
        </w:rPr>
        <w:t xml:space="preserve">[25:56] </w:t>
      </w:r>
      <w:r>
        <w:t>jis tarah aap apne beta beti se karte hain is tarah hona chahiye tab ibadat samajh mein ayegi</w:t>
      </w:r>
    </w:p>
    <w:p>
      <w:pPr>
        <w:jc w:val="right"/>
      </w:pPr>
      <w:r>
        <w:t>جس طرح آپ اپنے بیٹا بیٹی سے کرتے ہیں اس طرح ہونا چاہیے تب عبادت سمجھ میں آئے گی</w:t>
      </w:r>
    </w:p>
    <w:p>
      <w:r>
        <w:rPr>
          <w:b/>
        </w:rPr>
        <w:t xml:space="preserve">[26:07] </w:t>
      </w:r>
      <w:r>
        <w:t>mein aik martaba Bhopal mein gaya to Bhopal mein aik sahib thay unhon ne kaha ke aap dawat</w:t>
      </w:r>
    </w:p>
    <w:p>
      <w:pPr>
        <w:jc w:val="right"/>
      </w:pPr>
      <w:r>
        <w:t>میں ایک مرتبہ بھوپال میں گیا تو بھوپال میں ایک صاحب تھے انہوں نے کہا کہ آپ دعوت</w:t>
      </w:r>
    </w:p>
    <w:p>
      <w:r>
        <w:rPr>
          <w:b/>
        </w:rPr>
        <w:t xml:space="preserve">[26:14] </w:t>
      </w:r>
      <w:r>
        <w:t>ki baat karte hain hum bhi dawat jante hain to main ne kaha ke aap nahi jante ke</w:t>
      </w:r>
    </w:p>
    <w:p>
      <w:pPr>
        <w:jc w:val="right"/>
      </w:pPr>
      <w:r>
        <w:t>کی بات کرتے ہیں ہم بھی دعوت جانتے ہیں تو میں نے کہا کہ آپ نہیں جانتے کہ</w:t>
      </w:r>
    </w:p>
    <w:p>
      <w:r>
        <w:rPr>
          <w:b/>
        </w:rPr>
        <w:t xml:space="preserve">[26:22] </w:t>
      </w:r>
      <w:r>
        <w:t>dawat kiya cheez hai aap ne kisi madrase mein sand le li hai to aap samajhte hain ke</w:t>
      </w:r>
    </w:p>
    <w:p>
      <w:pPr>
        <w:jc w:val="right"/>
      </w:pPr>
      <w:r>
        <w:t>دعوت کیا چیز ہے آپ نے کسی مدرسے میں سند لے لی ہے تو آپ سمجھتے ہیں کہ</w:t>
      </w:r>
    </w:p>
    <w:p>
      <w:r>
        <w:rPr>
          <w:b/>
        </w:rPr>
        <w:t xml:space="preserve">[26:30] </w:t>
      </w:r>
      <w:r>
        <w:t>aap ko dawat ati hai dawat kar to us waqt main ne kaha tha un se</w:t>
      </w:r>
    </w:p>
    <w:p>
      <w:pPr>
        <w:jc w:val="right"/>
      </w:pPr>
      <w:r>
        <w:t>آپ کو دعوت آتی ہے دعوت کر تو اس وقت میں نے کہا تھا ان سے</w:t>
      </w:r>
    </w:p>
    <w:p>
      <w:r>
        <w:rPr>
          <w:b/>
        </w:rPr>
        <w:t xml:space="preserve">[26:38] </w:t>
      </w:r>
      <w:r>
        <w:t>ke kuch uloom woh hain jo dard ki mohabbat mein parhaye jatay hain to daai jab madu se</w:t>
      </w:r>
    </w:p>
    <w:p>
      <w:pPr>
        <w:jc w:val="right"/>
      </w:pPr>
      <w:r>
        <w:t>کہ کچھ علوم وہ ہیں جو درد کی محبت میں پڑھائے جاتے ہیں تو داعی جب مدعو سے</w:t>
      </w:r>
    </w:p>
    <w:p>
      <w:r>
        <w:rPr>
          <w:b/>
        </w:rPr>
        <w:t xml:space="preserve">[26:45] </w:t>
      </w:r>
      <w:r>
        <w:t>mohabbat karta hai tab dawat ka aghaz hota hai daai jab mohabbat karta hai madu se tab mohabbat</w:t>
      </w:r>
    </w:p>
    <w:p>
      <w:pPr>
        <w:jc w:val="right"/>
      </w:pPr>
      <w:r>
        <w:t>محبت کرتا ہے تب دعوت کا آغاز ہوتا ہے داعی جب محبت کرتا ہے مدعو سے تب محبت</w:t>
      </w:r>
    </w:p>
    <w:p>
      <w:r>
        <w:rPr>
          <w:b/>
        </w:rPr>
        <w:t xml:space="preserve">[26:53] </w:t>
      </w:r>
      <w:r>
        <w:t>ka aghaz hota hai shuru hota hai woh woh kaam to aap ko tamam insanon se mohabbat karni</w:t>
      </w:r>
    </w:p>
    <w:p>
      <w:pPr>
        <w:jc w:val="right"/>
      </w:pPr>
      <w:r>
        <w:t>کا آغاز ہوتا ہے شروع ہوتا ہے وہ وہ کام تو آپ کو تمام انسانوں سے محبت کرنی</w:t>
      </w:r>
    </w:p>
    <w:p>
      <w:r>
        <w:rPr>
          <w:b/>
        </w:rPr>
        <w:t xml:space="preserve">[27:00] </w:t>
      </w:r>
      <w:r>
        <w:t>parhegi tamam insanon ko apna bhai</w:t>
      </w:r>
    </w:p>
    <w:p>
      <w:pPr>
        <w:jc w:val="right"/>
      </w:pPr>
      <w:r>
        <w:t>پڑے گی تمام انسانوں کو اپنا بھائی</w:t>
      </w:r>
    </w:p>
    <w:p>
      <w:r>
        <w:rPr>
          <w:b/>
        </w:rPr>
        <w:t xml:space="preserve">[27:08] </w:t>
      </w:r>
      <w:r>
        <w:t>banna manna parhega tab aap ko dawat ka zehn banega tab aap Allah ke nazdeek daai</w:t>
      </w:r>
    </w:p>
    <w:p>
      <w:pPr>
        <w:jc w:val="right"/>
      </w:pPr>
      <w:r>
        <w:t>بن ماننا پڑے گا تب آپ کو دعوت کا ذہن بنے گا تب آپ اللہ کے نزدیک داعی</w:t>
      </w:r>
    </w:p>
    <w:p>
      <w:r>
        <w:rPr>
          <w:b/>
        </w:rPr>
        <w:t xml:space="preserve">[27:19] </w:t>
      </w:r>
      <w:r>
        <w:t>shumar honge aur tab Allah ki nasrat aap par ayegi Allah ki nasrat jo hai Allah</w:t>
      </w:r>
    </w:p>
    <w:p>
      <w:pPr>
        <w:jc w:val="right"/>
      </w:pPr>
      <w:r>
        <w:t>شمار ہوں گے اور تب اللہ کی نصرت آپ پر آئے گی اللہ کی نصرت جو ہے اللہ</w:t>
      </w:r>
    </w:p>
    <w:p>
      <w:r>
        <w:rPr>
          <w:b/>
        </w:rPr>
        <w:t xml:space="preserve">[27:29] </w:t>
      </w:r>
      <w:r>
        <w:t>ki nasrat ke baghair dawat ka kaam Successful nahi ho sakta dawat ka kaam karne ke liye aap ko</w:t>
      </w:r>
    </w:p>
    <w:p>
      <w:pPr>
        <w:jc w:val="right"/>
      </w:pPr>
      <w:r>
        <w:t>کی نصرت کے بغیر دعوت کا کام Successful نہیں ہو سکتا دعوت کا کام کرنے کے لیے آپ کو</w:t>
      </w:r>
    </w:p>
    <w:p>
      <w:r>
        <w:rPr>
          <w:b/>
        </w:rPr>
        <w:t xml:space="preserve">[27:40] </w:t>
      </w:r>
      <w:r>
        <w:t>allah ki madad chahiye allah ki madad is waqt aati hai jab aap insaan ki madad karen aur</w:t>
      </w:r>
    </w:p>
    <w:p>
      <w:pPr>
        <w:jc w:val="right"/>
      </w:pPr>
      <w:r>
        <w:t>اللہ کی مدد چاہیے اللہ کی مدد اس وقت آتی ہے جب آپ انسان کی مدد کریں اور</w:t>
      </w:r>
    </w:p>
    <w:p>
      <w:r>
        <w:rPr>
          <w:b/>
        </w:rPr>
        <w:t xml:space="preserve">[27:47] </w:t>
      </w:r>
      <w:r>
        <w:t>yeh bhi madad hai ke deen ki khatir aap is se nafrat karna chhoden deen ki khatir aap</w:t>
      </w:r>
    </w:p>
    <w:p>
      <w:pPr>
        <w:jc w:val="right"/>
      </w:pPr>
      <w:r>
        <w:t>یہ بھی مدد ہے کہ دین کی خاطر آپ اس سے نفرت کرنا چھوڑیں دین کی خاطر آپ</w:t>
      </w:r>
    </w:p>
    <w:p>
      <w:r>
        <w:rPr>
          <w:b/>
        </w:rPr>
        <w:t xml:space="preserve">[27:55] </w:t>
      </w:r>
      <w:r>
        <w:t>is se mohabbat karen islam mein jo talif-e-qalb ka usool hai extended sense mein yeh sab baaton</w:t>
      </w:r>
    </w:p>
    <w:p>
      <w:pPr>
        <w:jc w:val="right"/>
      </w:pPr>
      <w:r>
        <w:t>اس سے محبت کریں اسلام میں جو تالیف قلب کا اصول ہے Extended Sense میں یہ سب باتوں</w:t>
      </w:r>
    </w:p>
    <w:p>
      <w:r>
        <w:rPr>
          <w:b/>
        </w:rPr>
        <w:t xml:space="preserve">[28:03] </w:t>
      </w:r>
      <w:r>
        <w:t>mein shamil hai kuch log samajhte hain ke</w:t>
      </w:r>
    </w:p>
    <w:p>
      <w:pPr>
        <w:jc w:val="right"/>
      </w:pPr>
      <w:r>
        <w:t>میں شامل ہے کچھ لوگ سمجھتے ہیں کہ</w:t>
      </w:r>
    </w:p>
    <w:p>
      <w:r>
        <w:rPr>
          <w:b/>
        </w:rPr>
        <w:t xml:space="preserve">[28:10] </w:t>
      </w:r>
      <w:r>
        <w:t>talif-e-qalb ka jo hukum hai woh mansookh ho gaya yeh bilkul galat hai mansookh hone ka koi</w:t>
      </w:r>
    </w:p>
    <w:p>
      <w:pPr>
        <w:jc w:val="right"/>
      </w:pPr>
      <w:r>
        <w:t>تالیف قلب کا جو حکم ہے وہ منسوخ ہو گیا یہ بالکل غلط ہے منسوخ ہونے کا کوئی</w:t>
      </w:r>
    </w:p>
    <w:p>
      <w:r>
        <w:rPr>
          <w:b/>
        </w:rPr>
        <w:t xml:space="preserve">[28:21] </w:t>
      </w:r>
      <w:r>
        <w:t>sawal hi nahin to behal meri dua hai ke allah taala mere andar aap ke andar tamam musalmanon</w:t>
      </w:r>
    </w:p>
    <w:p>
      <w:pPr>
        <w:jc w:val="right"/>
      </w:pPr>
      <w:r>
        <w:t>سوال ہی نہیں تو بہرحال میری دعا ہے کہ اللہ تعالی میرے اندر آپ کے اندر تمام مسلمانوں</w:t>
      </w:r>
    </w:p>
    <w:p>
      <w:r>
        <w:rPr>
          <w:b/>
        </w:rPr>
        <w:t xml:space="preserve">[28:31] </w:t>
      </w:r>
      <w:r>
        <w:t>ke andar sacha deen paida kare hum log insaan se mohabbat karna seekhen</w:t>
      </w:r>
    </w:p>
    <w:p>
      <w:pPr>
        <w:jc w:val="right"/>
      </w:pPr>
      <w:r>
        <w:t>کے اندر سچا دین پیدا کرے ہم لوگ انسان سے محبت کرنا سیکھیں</w:t>
      </w:r>
    </w:p>
    <w:p>
      <w:r>
        <w:rPr>
          <w:b/>
        </w:rPr>
        <w:t xml:space="preserve">[28:42] </w:t>
      </w:r>
      <w:r>
        <w:t>insaan ki khair khwahi hamare andar ho dawat ka kaam hum is ki sahi Spirit ke sath kar sakein Assalam o Alaikum wa Rahmatullahi wa Barakatuh.</w:t>
      </w:r>
    </w:p>
    <w:p>
      <w:pPr>
        <w:jc w:val="right"/>
      </w:pPr>
      <w:r>
        <w:t>انسان کی خیر خواہی ہمارے اندر ہو دعوت کا کام ہم اس کی صحیح Spirit کے ساتھ کر سکیں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