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Creation Plan | December 24, 2016</w:t>
      </w:r>
    </w:p>
    <w:p>
      <w:r>
        <w:t>https://www.youtube.com/watch?v=AEzv9fgyyKc</w:t>
      </w:r>
    </w:p>
    <w:p>
      <w:r>
        <w:rPr>
          <w:b/>
        </w:rPr>
        <w:t xml:space="preserve">[00:14] </w:t>
      </w:r>
      <w:r>
        <w:t>bismillah rehman rehim.</w:t>
      </w:r>
    </w:p>
    <w:p>
      <w:pPr>
        <w:jc w:val="right"/>
      </w:pPr>
      <w:r>
        <w:t>بسم اللہ الرحمن الرحیم۔</w:t>
      </w:r>
    </w:p>
    <w:p>
      <w:r>
        <w:rPr>
          <w:b/>
        </w:rPr>
        <w:t xml:space="preserve">[00:21] </w:t>
      </w:r>
      <w:r>
        <w:t>wasalli allah ala nabiyil karim.</w:t>
      </w:r>
    </w:p>
    <w:p>
      <w:pPr>
        <w:jc w:val="right"/>
      </w:pPr>
      <w:r>
        <w:t>وصلی اللہ علی النبی الکریم۔</w:t>
      </w:r>
    </w:p>
    <w:p>
      <w:r>
        <w:rPr>
          <w:b/>
        </w:rPr>
        <w:t xml:space="preserve">[00:28] </w:t>
      </w:r>
      <w:r>
        <w:t>december 24, 2016.</w:t>
      </w:r>
    </w:p>
    <w:p>
      <w:pPr>
        <w:jc w:val="right"/>
      </w:pPr>
      <w:r>
        <w:t>دسمبر 24، 2016۔</w:t>
      </w:r>
    </w:p>
    <w:p>
      <w:r>
        <w:rPr>
          <w:b/>
        </w:rPr>
        <w:t xml:space="preserve">[00:34] </w:t>
      </w:r>
      <w:r>
        <w:t>in the morning, i was sitting outside of my room.</w:t>
      </w:r>
    </w:p>
    <w:p>
      <w:pPr>
        <w:jc w:val="right"/>
      </w:pPr>
      <w:r>
        <w:t>In the morning, I was sitting outside of my room.</w:t>
      </w:r>
    </w:p>
    <w:p>
      <w:r>
        <w:rPr>
          <w:b/>
        </w:rPr>
        <w:t xml:space="preserve">[00:41] </w:t>
      </w:r>
      <w:r>
        <w:t>it was an open place.</w:t>
      </w:r>
    </w:p>
    <w:p>
      <w:pPr>
        <w:jc w:val="right"/>
      </w:pPr>
      <w:r>
        <w:t>It was an open place.</w:t>
      </w:r>
    </w:p>
    <w:p>
      <w:r>
        <w:rPr>
          <w:b/>
        </w:rPr>
        <w:t xml:space="preserve">[00:48] </w:t>
      </w:r>
      <w:r>
        <w:t>i was witnessing the golden morning.</w:t>
      </w:r>
    </w:p>
    <w:p>
      <w:pPr>
        <w:jc w:val="right"/>
      </w:pPr>
      <w:r>
        <w:t>I was witnessing the golden morning.</w:t>
      </w:r>
    </w:p>
    <w:p>
      <w:r>
        <w:rPr>
          <w:b/>
        </w:rPr>
        <w:t xml:space="preserve">[00:58] </w:t>
      </w:r>
      <w:r>
        <w:t>everywhere there was nature, natural beauty.</w:t>
      </w:r>
    </w:p>
    <w:p>
      <w:pPr>
        <w:jc w:val="right"/>
      </w:pPr>
      <w:r>
        <w:t>Everywhere there was nature, natural beauty.</w:t>
      </w:r>
    </w:p>
    <w:p>
      <w:r>
        <w:rPr>
          <w:b/>
        </w:rPr>
        <w:t xml:space="preserve">[01:08] </w:t>
      </w:r>
      <w:r>
        <w:t>rising sun, green trees, flying birds, oxygen with a</w:t>
      </w:r>
    </w:p>
    <w:p>
      <w:pPr>
        <w:jc w:val="right"/>
      </w:pPr>
      <w:r>
        <w:t>Rising sun, green trees, flying birds, oxygen with a</w:t>
      </w:r>
    </w:p>
    <w:p>
      <w:r>
        <w:rPr>
          <w:b/>
        </w:rPr>
        <w:t xml:space="preserve">[01:18] </w:t>
      </w:r>
      <w:r>
        <w:t>ir, and space, and cloudy season.</w:t>
      </w:r>
    </w:p>
    <w:p>
      <w:pPr>
        <w:jc w:val="right"/>
      </w:pPr>
      <w:r>
        <w:t>ir, and space, and cloudy season.</w:t>
      </w:r>
    </w:p>
    <w:p>
      <w:r>
        <w:rPr>
          <w:b/>
        </w:rPr>
        <w:t xml:space="preserve">[01:28] </w:t>
      </w:r>
      <w:r>
        <w:t>so, everywhere there was natural beauty.</w:t>
      </w:r>
    </w:p>
    <w:p>
      <w:pPr>
        <w:jc w:val="right"/>
      </w:pPr>
      <w:r>
        <w:t>So, everywhere there was natural beauty.</w:t>
      </w:r>
    </w:p>
    <w:p>
      <w:r>
        <w:rPr>
          <w:b/>
        </w:rPr>
        <w:t xml:space="preserve">[01:39] </w:t>
      </w:r>
      <w:r>
        <w:t>this triggered my mind and i remembered that the quran has declared</w:t>
      </w:r>
    </w:p>
    <w:p>
      <w:pPr>
        <w:jc w:val="right"/>
      </w:pPr>
      <w:r>
        <w:t>This triggered my mind and I remembered that the Quran has declared</w:t>
      </w:r>
    </w:p>
    <w:p>
      <w:r>
        <w:rPr>
          <w:b/>
        </w:rPr>
        <w:t xml:space="preserve">[01:50] </w:t>
      </w:r>
      <w:r>
        <w:t>in a very clear word that the universe is a flawless universe.</w:t>
      </w:r>
    </w:p>
    <w:p>
      <w:pPr>
        <w:jc w:val="right"/>
      </w:pPr>
      <w:r>
        <w:t>in a very clear word that the universe is a flawless universe.</w:t>
      </w:r>
    </w:p>
    <w:p>
      <w:r>
        <w:rPr>
          <w:b/>
        </w:rPr>
        <w:t xml:space="preserve">[01:57] </w:t>
      </w:r>
      <w:r>
        <w:t>khlata min futoor our universe is a flawless universe.</w:t>
      </w:r>
    </w:p>
    <w:p>
      <w:pPr>
        <w:jc w:val="right"/>
      </w:pPr>
      <w:r>
        <w:t>خلطة من فتور Our universe is a flawless universe.</w:t>
      </w:r>
    </w:p>
    <w:p>
      <w:r>
        <w:rPr>
          <w:b/>
        </w:rPr>
        <w:t xml:space="preserve">[02:05] </w:t>
      </w:r>
      <w:r>
        <w:t>zero defect universe.</w:t>
      </w:r>
    </w:p>
    <w:p>
      <w:pPr>
        <w:jc w:val="right"/>
      </w:pPr>
      <w:r>
        <w:t>Zero defect universe.</w:t>
      </w:r>
    </w:p>
    <w:p>
      <w:r>
        <w:rPr>
          <w:b/>
        </w:rPr>
        <w:t xml:space="preserve">[02:12] </w:t>
      </w:r>
      <w:r>
        <w:t>science has studied the nature and the universe in det</w:t>
      </w:r>
    </w:p>
    <w:p>
      <w:pPr>
        <w:jc w:val="right"/>
      </w:pPr>
      <w:r>
        <w:t>Science has studied the nature and the universe in det</w:t>
      </w:r>
    </w:p>
    <w:p>
      <w:r>
        <w:rPr>
          <w:b/>
        </w:rPr>
        <w:t xml:space="preserve">[02:20] </w:t>
      </w:r>
      <w:r>
        <w:t>ail.</w:t>
      </w:r>
    </w:p>
    <w:p>
      <w:pPr>
        <w:jc w:val="right"/>
      </w:pPr>
      <w:r>
        <w:t>ail.</w:t>
      </w:r>
    </w:p>
    <w:p>
      <w:r>
        <w:rPr>
          <w:b/>
        </w:rPr>
        <w:t xml:space="preserve">[02:35] </w:t>
      </w:r>
      <w:r>
        <w:t>scientists have developed many techniques like microscopes and other techniques to observe the natu</w:t>
      </w:r>
    </w:p>
    <w:p>
      <w:pPr>
        <w:jc w:val="right"/>
      </w:pPr>
      <w:r>
        <w:t>Scientists have developed many techniques like microscopes and other techniques to observe the natu</w:t>
      </w:r>
    </w:p>
    <w:p>
      <w:r>
        <w:rPr>
          <w:b/>
        </w:rPr>
        <w:t xml:space="preserve">[02:51] </w:t>
      </w:r>
      <w:r>
        <w:t>re.</w:t>
      </w:r>
    </w:p>
    <w:p>
      <w:pPr>
        <w:jc w:val="right"/>
      </w:pPr>
      <w:r>
        <w:t>re.</w:t>
      </w:r>
    </w:p>
    <w:p>
      <w:r>
        <w:rPr>
          <w:b/>
        </w:rPr>
        <w:t xml:space="preserve">[02:59] </w:t>
      </w:r>
      <w:r>
        <w:t>According to the report, according to the scientific report, our universe is a very well-planned universe.</w:t>
      </w:r>
    </w:p>
    <w:p>
      <w:pPr>
        <w:jc w:val="right"/>
      </w:pPr>
      <w:r>
        <w:t>According to the report, according to the scientific report, our universe is a very well-planned universe.</w:t>
      </w:r>
    </w:p>
    <w:p>
      <w:r>
        <w:rPr>
          <w:b/>
        </w:rPr>
        <w:t xml:space="preserve">[03:06] </w:t>
      </w:r>
      <w:r>
        <w:t>Everywhere there is planning.</w:t>
      </w:r>
    </w:p>
    <w:p>
      <w:pPr>
        <w:jc w:val="right"/>
      </w:pPr>
      <w:r>
        <w:t>Everywhere there is planning.</w:t>
      </w:r>
    </w:p>
    <w:p>
      <w:r>
        <w:rPr>
          <w:b/>
        </w:rPr>
        <w:t xml:space="preserve">[03:14] </w:t>
      </w:r>
      <w:r>
        <w:t>Everywhere there is meaning, meaningful planning.</w:t>
      </w:r>
    </w:p>
    <w:p>
      <w:pPr>
        <w:jc w:val="right"/>
      </w:pPr>
      <w:r>
        <w:t>Everywhere there is meaning, meaningful planning.</w:t>
      </w:r>
    </w:p>
    <w:p>
      <w:r>
        <w:rPr>
          <w:b/>
        </w:rPr>
        <w:t xml:space="preserve">[03:21] </w:t>
      </w:r>
      <w:r>
        <w:t>The whole universe is a meaningful universe.</w:t>
      </w:r>
    </w:p>
    <w:p>
      <w:pPr>
        <w:jc w:val="right"/>
      </w:pPr>
      <w:r>
        <w:t>The whole universe is a meaningful universe.</w:t>
      </w:r>
    </w:p>
    <w:p>
      <w:r>
        <w:rPr>
          <w:b/>
        </w:rPr>
        <w:t xml:space="preserve">[03:32] </w:t>
      </w:r>
      <w:r>
        <w:t>Then I was reminded that prosperous thinkers declared the other side of the universe, that is the problem of evil.</w:t>
      </w:r>
    </w:p>
    <w:p>
      <w:pPr>
        <w:jc w:val="right"/>
      </w:pPr>
      <w:r>
        <w:t>Then I was reminded that prosperous thinkers declared the other side of the universe, that is the problem of evil.</w:t>
      </w:r>
    </w:p>
    <w:p>
      <w:r>
        <w:rPr>
          <w:b/>
        </w:rPr>
        <w:t xml:space="preserve">[03:43] </w:t>
      </w:r>
      <w:r>
        <w:t>But the problem of evil</w:t>
      </w:r>
    </w:p>
    <w:p>
      <w:pPr>
        <w:jc w:val="right"/>
      </w:pPr>
      <w:r>
        <w:t>But the problem of evil</w:t>
      </w:r>
    </w:p>
    <w:p>
      <w:r>
        <w:rPr>
          <w:b/>
        </w:rPr>
        <w:t xml:space="preserve">[03:54] </w:t>
      </w:r>
      <w:r>
        <w:t>is in human society, not in the universe. not in the universe. so, apparently it is a fact that in human society there are problems, there are sufferings, there are troubles. so, why is this difference? the universe is a very mean</w:t>
      </w:r>
    </w:p>
    <w:p>
      <w:pPr>
        <w:jc w:val="right"/>
      </w:pPr>
      <w:r>
        <w:t>is in human society, not in the universe. Not in the universe. So, apparently it is a fact that in human society there are problems, there are sufferings, there are troubles. So, why is this difference? The universe is a very mean</w:t>
      </w:r>
    </w:p>
    <w:p>
      <w:r>
        <w:rPr>
          <w:b/>
        </w:rPr>
        <w:t xml:space="preserve">[04:24] </w:t>
      </w:r>
      <w:r>
        <w:t>ingful universe.</w:t>
      </w:r>
    </w:p>
    <w:p>
      <w:pPr>
        <w:jc w:val="right"/>
      </w:pPr>
      <w:r>
        <w:t>ingful universe.</w:t>
      </w:r>
    </w:p>
    <w:p>
      <w:r>
        <w:rPr>
          <w:b/>
        </w:rPr>
        <w:t xml:space="preserve">[04:29] </w:t>
      </w:r>
      <w:r>
        <w:t>There is no evil at all.</w:t>
      </w:r>
    </w:p>
    <w:p>
      <w:pPr>
        <w:jc w:val="right"/>
      </w:pPr>
      <w:r>
        <w:t>There is no evil at all.</w:t>
      </w:r>
    </w:p>
    <w:p>
      <w:r>
        <w:rPr>
          <w:b/>
        </w:rPr>
        <w:t xml:space="preserve">[04:35] </w:t>
      </w:r>
      <w:r>
        <w:t>But in human society there are evils, there are problems, there are troubles.</w:t>
      </w:r>
    </w:p>
    <w:p>
      <w:pPr>
        <w:jc w:val="right"/>
      </w:pPr>
      <w:r>
        <w:t>But in human society there are evils, there are problems, there are troubles.</w:t>
      </w:r>
    </w:p>
    <w:p>
      <w:r>
        <w:rPr>
          <w:b/>
        </w:rPr>
        <w:t xml:space="preserve">[04:40] </w:t>
      </w:r>
      <w:r>
        <w:t>Why this difference?</w:t>
      </w:r>
    </w:p>
    <w:p>
      <w:pPr>
        <w:jc w:val="right"/>
      </w:pPr>
      <w:r>
        <w:t>Why this difference?</w:t>
      </w:r>
    </w:p>
    <w:p>
      <w:r>
        <w:rPr>
          <w:b/>
        </w:rPr>
        <w:t xml:space="preserve">[04:46] </w:t>
      </w:r>
      <w:r>
        <w:t>There is a great wisdom behind this difference.</w:t>
      </w:r>
    </w:p>
    <w:p>
      <w:pPr>
        <w:jc w:val="right"/>
      </w:pPr>
      <w:r>
        <w:t>There is a great wisdom behind this difference.</w:t>
      </w:r>
    </w:p>
    <w:p>
      <w:r>
        <w:rPr>
          <w:b/>
        </w:rPr>
        <w:t xml:space="preserve">[04:51] </w:t>
      </w:r>
      <w:r>
        <w:t>The Creator has given mind to mind, to man.</w:t>
      </w:r>
    </w:p>
    <w:p>
      <w:pPr>
        <w:jc w:val="right"/>
      </w:pPr>
      <w:r>
        <w:t>The Creator has given mind to mind, to man.</w:t>
      </w:r>
    </w:p>
    <w:p>
      <w:r>
        <w:rPr>
          <w:b/>
        </w:rPr>
        <w:t xml:space="preserve">[04:57] </w:t>
      </w:r>
      <w:r>
        <w:t>Mind has great potential.</w:t>
      </w:r>
    </w:p>
    <w:p>
      <w:pPr>
        <w:jc w:val="right"/>
      </w:pPr>
      <w:r>
        <w:t>Mind has great potential.</w:t>
      </w:r>
    </w:p>
    <w:p>
      <w:r>
        <w:rPr>
          <w:b/>
        </w:rPr>
        <w:t xml:space="preserve">[05:02] </w:t>
      </w:r>
      <w:r>
        <w:t>Great, great potential.</w:t>
      </w:r>
    </w:p>
    <w:p>
      <w:pPr>
        <w:jc w:val="right"/>
      </w:pPr>
      <w:r>
        <w:t>Great, great potential.</w:t>
      </w:r>
    </w:p>
    <w:p>
      <w:r>
        <w:rPr>
          <w:b/>
        </w:rPr>
        <w:t xml:space="preserve">[05:08] </w:t>
      </w:r>
      <w:r>
        <w:t>No other Creator was given such mind.</w:t>
      </w:r>
    </w:p>
    <w:p>
      <w:pPr>
        <w:jc w:val="right"/>
      </w:pPr>
      <w:r>
        <w:t>No other Creator was given such mind.</w:t>
      </w:r>
    </w:p>
    <w:p>
      <w:r>
        <w:rPr>
          <w:b/>
        </w:rPr>
        <w:t xml:space="preserve">[05:13] </w:t>
      </w:r>
      <w:r>
        <w:t>So, why this mind?</w:t>
      </w:r>
    </w:p>
    <w:p>
      <w:pPr>
        <w:jc w:val="right"/>
      </w:pPr>
      <w:r>
        <w:t>So, why this mind?</w:t>
      </w:r>
    </w:p>
    <w:p>
      <w:r>
        <w:rPr>
          <w:b/>
        </w:rPr>
        <w:t xml:space="preserve">[05:19] </w:t>
      </w:r>
      <w:r>
        <w:t>Why mind was given this mind?</w:t>
      </w:r>
    </w:p>
    <w:p>
      <w:pPr>
        <w:jc w:val="right"/>
      </w:pPr>
      <w:r>
        <w:t>Why mind was given this mind?</w:t>
      </w:r>
    </w:p>
    <w:p>
      <w:r>
        <w:rPr>
          <w:b/>
        </w:rPr>
        <w:t xml:space="preserve">[05:24] </w:t>
      </w:r>
      <w:r>
        <w:t>Then I discovered that</w:t>
      </w:r>
    </w:p>
    <w:p>
      <w:pPr>
        <w:jc w:val="right"/>
      </w:pPr>
      <w:r>
        <w:t>Then I discovered that</w:t>
      </w:r>
    </w:p>
    <w:p>
      <w:r>
        <w:rPr>
          <w:b/>
        </w:rPr>
        <w:t xml:space="preserve">[05:30] </w:t>
      </w:r>
      <w:r>
        <w:t>man was born for a very important purpose.</w:t>
      </w:r>
    </w:p>
    <w:p>
      <w:pPr>
        <w:jc w:val="right"/>
      </w:pPr>
      <w:r>
        <w:t>man was born for a very important purpose.</w:t>
      </w:r>
    </w:p>
    <w:p>
      <w:r>
        <w:rPr>
          <w:b/>
        </w:rPr>
        <w:t xml:space="preserve">[05:40] </w:t>
      </w:r>
      <w:r>
        <w:t>To discover the signs of God in the universe and to discover the opportunities in the universe and</w:t>
      </w:r>
    </w:p>
    <w:p>
      <w:pPr>
        <w:jc w:val="right"/>
      </w:pPr>
      <w:r>
        <w:t>To discover the signs of God in the universe and to discover the opportunities in the universe and</w:t>
      </w:r>
    </w:p>
    <w:p>
      <w:r>
        <w:rPr>
          <w:b/>
        </w:rPr>
        <w:t xml:space="preserve">[05:50] </w:t>
      </w:r>
      <w:r>
        <w:t>avail it to develop a civilization. Why civilization?</w:t>
      </w:r>
    </w:p>
    <w:p>
      <w:pPr>
        <w:jc w:val="right"/>
      </w:pPr>
      <w:r>
        <w:t>avail it to develop a civilization. Why civilization?</w:t>
      </w:r>
    </w:p>
    <w:p>
      <w:r>
        <w:rPr>
          <w:b/>
        </w:rPr>
        <w:t xml:space="preserve">[06:00] </w:t>
      </w:r>
      <w:r>
        <w:t>Civilization is another name of the universe.</w:t>
      </w:r>
    </w:p>
    <w:p>
      <w:pPr>
        <w:jc w:val="right"/>
      </w:pPr>
      <w:r>
        <w:t>Civilization is another name of the universe.</w:t>
      </w:r>
    </w:p>
    <w:p>
      <w:r>
        <w:rPr>
          <w:b/>
        </w:rPr>
        <w:t xml:space="preserve">[06:11] </w:t>
      </w:r>
      <w:r>
        <w:t>When scientists discovered the meaning of the universe and they turned it into—they were able to turn it</w:t>
      </w:r>
    </w:p>
    <w:p>
      <w:pPr>
        <w:jc w:val="right"/>
      </w:pPr>
      <w:r>
        <w:t>When scientists discovered the meaning of the universe and they turned it into—they were able to turn it</w:t>
      </w:r>
    </w:p>
    <w:p>
      <w:r>
        <w:rPr>
          <w:b/>
        </w:rPr>
        <w:t xml:space="preserve">[06:22] </w:t>
      </w:r>
      <w:r>
        <w:t>into a civilization.</w:t>
      </w:r>
    </w:p>
    <w:p>
      <w:pPr>
        <w:jc w:val="right"/>
      </w:pPr>
      <w:r>
        <w:t>into a civilization.</w:t>
      </w:r>
    </w:p>
    <w:p>
      <w:r>
        <w:rPr>
          <w:b/>
        </w:rPr>
        <w:t xml:space="preserve">[06:33] </w:t>
      </w:r>
      <w:r>
        <w:t>I think that the universe was given to man as a raw material. Raw material.</w:t>
      </w:r>
    </w:p>
    <w:p>
      <w:pPr>
        <w:jc w:val="right"/>
      </w:pPr>
      <w:r>
        <w:t>I think that the universe was given to man as a raw material. Raw material.</w:t>
      </w:r>
    </w:p>
    <w:p>
      <w:r>
        <w:rPr>
          <w:b/>
        </w:rPr>
        <w:t xml:space="preserve">[06:39] </w:t>
      </w:r>
      <w:r>
        <w:t>The whole universe is a raw material for man.</w:t>
      </w:r>
    </w:p>
    <w:p>
      <w:pPr>
        <w:jc w:val="right"/>
      </w:pPr>
      <w:r>
        <w:t>The whole universe is a raw material for man.</w:t>
      </w:r>
    </w:p>
    <w:p>
      <w:r>
        <w:rPr>
          <w:b/>
        </w:rPr>
        <w:t xml:space="preserve">[06:46] </w:t>
      </w:r>
      <w:r>
        <w:t>But this raw material is not a ready-made material.</w:t>
      </w:r>
    </w:p>
    <w:p>
      <w:pPr>
        <w:jc w:val="right"/>
      </w:pPr>
      <w:r>
        <w:t>But this raw material is not a ready-made material.</w:t>
      </w:r>
    </w:p>
    <w:p>
      <w:r>
        <w:rPr>
          <w:b/>
        </w:rPr>
        <w:t xml:space="preserve">[06:52] </w:t>
      </w:r>
      <w:r>
        <w:t>This raw material is not a ready-made material.</w:t>
      </w:r>
    </w:p>
    <w:p>
      <w:pPr>
        <w:jc w:val="right"/>
      </w:pPr>
      <w:r>
        <w:t>This raw material is not a ready-made material.</w:t>
      </w:r>
    </w:p>
    <w:p>
      <w:r>
        <w:rPr>
          <w:b/>
        </w:rPr>
        <w:t xml:space="preserve">[06:58] </w:t>
      </w:r>
      <w:r>
        <w:t>It is material in terms of potential</w:t>
      </w:r>
    </w:p>
    <w:p>
      <w:pPr>
        <w:jc w:val="right"/>
      </w:pPr>
      <w:r>
        <w:t>It is material in terms of potential</w:t>
      </w:r>
    </w:p>
    <w:p>
      <w:r>
        <w:rPr>
          <w:b/>
        </w:rPr>
        <w:t xml:space="preserve">[07:04] </w:t>
      </w:r>
      <w:r>
        <w:t>. for example, the motor car was there from the outside, outset, but it was in terms of potential. then man discovered the technology and he was able to convert raw material into a motor car. so, the whole universe is like a raw material for man. and it is</w:t>
      </w:r>
    </w:p>
    <w:p>
      <w:pPr>
        <w:jc w:val="right"/>
      </w:pPr>
      <w:r>
        <w:t>. For example, the motor car was there from the outside, outset, but it was in terms of potential. Then man discovered the technology and he was able to convert raw material into a motor car. So, the whole universe is like a raw material for man. And it is</w:t>
      </w:r>
    </w:p>
    <w:p>
      <w:r>
        <w:rPr>
          <w:b/>
        </w:rPr>
        <w:t xml:space="preserve">[07:34] </w:t>
      </w:r>
      <w:r>
        <w:t>required by man to discover this potential and convert it into a civilization.</w:t>
      </w:r>
    </w:p>
    <w:p>
      <w:pPr>
        <w:jc w:val="right"/>
      </w:pPr>
      <w:r>
        <w:t>required by man to discover this potential and convert it into a civilization.</w:t>
      </w:r>
    </w:p>
    <w:p>
      <w:r>
        <w:rPr>
          <w:b/>
        </w:rPr>
        <w:t xml:space="preserve">[07:45] </w:t>
      </w:r>
      <w:r>
        <w:t>I think that civilization was the target of God Almighty.</w:t>
      </w:r>
    </w:p>
    <w:p>
      <w:pPr>
        <w:jc w:val="right"/>
      </w:pPr>
      <w:r>
        <w:t>I think that civilization was the target of God Almighty.</w:t>
      </w:r>
    </w:p>
    <w:p>
      <w:r>
        <w:rPr>
          <w:b/>
        </w:rPr>
        <w:t xml:space="preserve">[07:55] </w:t>
      </w:r>
      <w:r>
        <w:t>Civilization—what is civilization? Civilization is</w:t>
      </w:r>
    </w:p>
    <w:p>
      <w:pPr>
        <w:jc w:val="right"/>
      </w:pPr>
      <w:r>
        <w:t>Civilization—what is civilization? Civilization is</w:t>
      </w:r>
    </w:p>
    <w:p>
      <w:r>
        <w:rPr>
          <w:b/>
        </w:rPr>
        <w:t xml:space="preserve">[08:06] </w:t>
      </w:r>
      <w:r>
        <w:t>discovering the Ayatullah, discovering the Kalamatullah, discovering the Alaullah.</w:t>
      </w:r>
    </w:p>
    <w:p>
      <w:pPr>
        <w:jc w:val="right"/>
      </w:pPr>
      <w:r>
        <w:t>discovering the Ayatullah, discovering the Kalamatullah, discovering the Alaullah.</w:t>
      </w:r>
    </w:p>
    <w:p>
      <w:r>
        <w:rPr>
          <w:b/>
        </w:rPr>
        <w:t xml:space="preserve">[08:14] </w:t>
      </w:r>
      <w:r>
        <w:t>When you discover signs of God in the universe, in the nature, and you turn it into technology,</w:t>
      </w:r>
    </w:p>
    <w:p>
      <w:pPr>
        <w:jc w:val="right"/>
      </w:pPr>
      <w:r>
        <w:t>When you discover signs of God in the universe, in the nature, and you turn it into technology,</w:t>
      </w:r>
    </w:p>
    <w:p>
      <w:r>
        <w:rPr>
          <w:b/>
        </w:rPr>
        <w:t xml:space="preserve">[08:23] </w:t>
      </w:r>
      <w:r>
        <w:t>that results into civilization.</w:t>
      </w:r>
    </w:p>
    <w:p>
      <w:pPr>
        <w:jc w:val="right"/>
      </w:pPr>
      <w:r>
        <w:t>that results into civilization.</w:t>
      </w:r>
    </w:p>
    <w:p>
      <w:r>
        <w:rPr>
          <w:b/>
        </w:rPr>
        <w:t xml:space="preserve">[08:31] </w:t>
      </w:r>
      <w:r>
        <w:t>So, civilization is</w:t>
      </w:r>
    </w:p>
    <w:p>
      <w:pPr>
        <w:jc w:val="right"/>
      </w:pPr>
      <w:r>
        <w:t>So, civilization is</w:t>
      </w:r>
    </w:p>
    <w:p>
      <w:r>
        <w:rPr>
          <w:b/>
        </w:rPr>
        <w:t xml:space="preserve">[08:40] </w:t>
      </w:r>
      <w:r>
        <w:t>like one—there was a scholar.</w:t>
      </w:r>
    </w:p>
    <w:p>
      <w:pPr>
        <w:jc w:val="right"/>
      </w:pPr>
      <w:r>
        <w:t>like one—there was a scholar.</w:t>
      </w:r>
    </w:p>
    <w:p>
      <w:r>
        <w:rPr>
          <w:b/>
        </w:rPr>
        <w:t xml:space="preserve">[08:45] </w:t>
      </w:r>
      <w:r>
        <w:t>He published a book, Do Quran.</w:t>
      </w:r>
    </w:p>
    <w:p>
      <w:pPr>
        <w:jc w:val="right"/>
      </w:pPr>
      <w:r>
        <w:t>He published a book, Do Quran.</w:t>
      </w:r>
    </w:p>
    <w:p>
      <w:r>
        <w:rPr>
          <w:b/>
        </w:rPr>
        <w:t xml:space="preserve">[08:50] </w:t>
      </w:r>
      <w:r>
        <w:t>It means Two Quran.</w:t>
      </w:r>
    </w:p>
    <w:p>
      <w:pPr>
        <w:jc w:val="right"/>
      </w:pPr>
      <w:r>
        <w:t>It means Two Quran.</w:t>
      </w:r>
    </w:p>
    <w:p>
      <w:r>
        <w:rPr>
          <w:b/>
        </w:rPr>
        <w:t xml:space="preserve">[08:56] </w:t>
      </w:r>
      <w:r>
        <w:t>People were angry because they believed that the Quran is one.</w:t>
      </w:r>
    </w:p>
    <w:p>
      <w:pPr>
        <w:jc w:val="right"/>
      </w:pPr>
      <w:r>
        <w:t>People were angry because they believed that the Quran is one.</w:t>
      </w:r>
    </w:p>
    <w:p>
      <w:r>
        <w:rPr>
          <w:b/>
        </w:rPr>
        <w:t xml:space="preserve">[09:01] </w:t>
      </w:r>
      <w:r>
        <w:t>Why Do Quran?</w:t>
      </w:r>
    </w:p>
    <w:p>
      <w:pPr>
        <w:jc w:val="right"/>
      </w:pPr>
      <w:r>
        <w:t>Why Do Quran?</w:t>
      </w:r>
    </w:p>
    <w:p>
      <w:r>
        <w:rPr>
          <w:b/>
        </w:rPr>
        <w:t xml:space="preserve">[09:07] </w:t>
      </w:r>
      <w:r>
        <w:t>He said, "Yes, the Quran is one, but the whole universe is also a Quran</w:t>
      </w:r>
    </w:p>
    <w:p>
      <w:pPr>
        <w:jc w:val="right"/>
      </w:pPr>
      <w:r>
        <w:t>He said, "Yes, the Quran is one, but the whole universe is also a Quran</w:t>
      </w:r>
    </w:p>
    <w:p>
      <w:r>
        <w:rPr>
          <w:b/>
        </w:rPr>
        <w:t xml:space="preserve">[09:12] </w:t>
      </w:r>
      <w:r>
        <w:t>in terms of raw material." So, I think that this scholar wasright.</w:t>
      </w:r>
    </w:p>
    <w:p>
      <w:pPr>
        <w:jc w:val="right"/>
      </w:pPr>
      <w:r>
        <w:t>in terms of raw material." So, I think that this scholar wasright.</w:t>
      </w:r>
    </w:p>
    <w:p>
      <w:r>
        <w:rPr>
          <w:b/>
        </w:rPr>
        <w:t xml:space="preserve">[09:20] </w:t>
      </w:r>
      <w:r>
        <w:t>The Quran gives us guidance, ideology.</w:t>
      </w:r>
    </w:p>
    <w:p>
      <w:pPr>
        <w:jc w:val="right"/>
      </w:pPr>
      <w:r>
        <w:t>The Quran gives us guidance, ideology.</w:t>
      </w:r>
    </w:p>
    <w:p>
      <w:r>
        <w:rPr>
          <w:b/>
        </w:rPr>
        <w:t xml:space="preserve">[09:28] </w:t>
      </w:r>
      <w:r>
        <w:t>And the nature gives us a technology.</w:t>
      </w:r>
    </w:p>
    <w:p>
      <w:pPr>
        <w:jc w:val="right"/>
      </w:pPr>
      <w:r>
        <w:t>And the nature gives us a technology.</w:t>
      </w:r>
    </w:p>
    <w:p>
      <w:r>
        <w:rPr>
          <w:b/>
        </w:rPr>
        <w:t xml:space="preserve">[09:36] </w:t>
      </w:r>
      <w:r>
        <w:t>By utilizing our mind, we can</w:t>
      </w:r>
    </w:p>
    <w:p>
      <w:pPr>
        <w:jc w:val="right"/>
      </w:pPr>
      <w:r>
        <w:t>By utilizing our mind, we can</w:t>
      </w:r>
    </w:p>
    <w:p>
      <w:r>
        <w:rPr>
          <w:b/>
        </w:rPr>
        <w:t xml:space="preserve">[09:43] </w:t>
      </w:r>
      <w:r>
        <w:t>turn this raw material into realization or barifat. barifat is the net result of all these activities. the quran gives us ideology and the universe gives us raw material. and by utilizing our mind, we can</w:t>
      </w:r>
    </w:p>
    <w:p>
      <w:pPr>
        <w:jc w:val="right"/>
      </w:pPr>
      <w:r>
        <w:t>turn this raw material into realization or Barifat. Barifat is the net result of all these activities. The Quran gives us ideology and the universe gives us raw material. And by utilizing our mind, we can</w:t>
      </w:r>
    </w:p>
    <w:p>
      <w:r>
        <w:rPr>
          <w:b/>
        </w:rPr>
        <w:t xml:space="preserve">[10:13] </w:t>
      </w:r>
      <w:r>
        <w:t>turn this raw material into technology. technology is a demonstration of barifat. technology gives us knowledge about the wisdom of god, about the power of god, about the blessing of god. all these things we discover from nature by the way of</w:t>
      </w:r>
    </w:p>
    <w:p>
      <w:pPr>
        <w:jc w:val="right"/>
      </w:pPr>
      <w:r>
        <w:t>turn this raw material into technology. Technology is a demonstration of Barifat. Technology gives us knowledge about the wisdom of God, about the power of God, about the blessing of God. All these things we discover from nature by the way of</w:t>
      </w:r>
    </w:p>
    <w:p>
      <w:r>
        <w:rPr>
          <w:b/>
        </w:rPr>
        <w:t xml:space="preserve">[10:43] </w:t>
      </w:r>
      <w:r>
        <w:t>technology.</w:t>
      </w:r>
    </w:p>
    <w:p>
      <w:pPr>
        <w:jc w:val="right"/>
      </w:pPr>
      <w:r>
        <w:t>technology.</w:t>
      </w:r>
    </w:p>
    <w:p>
      <w:r>
        <w:rPr>
          <w:b/>
        </w:rPr>
        <w:t xml:space="preserve">[10:51] </w:t>
      </w:r>
      <w:r>
        <w:t>Then I discovered that civilization has two phases.</w:t>
      </w:r>
    </w:p>
    <w:p>
      <w:pPr>
        <w:jc w:val="right"/>
      </w:pPr>
      <w:r>
        <w:t>Then I discovered that civilization has two phases.</w:t>
      </w:r>
    </w:p>
    <w:p>
      <w:r>
        <w:rPr>
          <w:b/>
        </w:rPr>
        <w:t xml:space="preserve">[10:59] </w:t>
      </w:r>
      <w:r>
        <w:t>Civilization has two phases.</w:t>
      </w:r>
    </w:p>
    <w:p>
      <w:pPr>
        <w:jc w:val="right"/>
      </w:pPr>
      <w:r>
        <w:t>Civilization has two phases.</w:t>
      </w:r>
    </w:p>
    <w:p>
      <w:r>
        <w:rPr>
          <w:b/>
        </w:rPr>
        <w:t xml:space="preserve">[11:07] </w:t>
      </w:r>
      <w:r>
        <w:t>In the first phase, it was converted into technology.</w:t>
      </w:r>
    </w:p>
    <w:p>
      <w:pPr>
        <w:jc w:val="right"/>
      </w:pPr>
      <w:r>
        <w:t>In the first phase, it was converted into technology.</w:t>
      </w:r>
    </w:p>
    <w:p>
      <w:r>
        <w:rPr>
          <w:b/>
        </w:rPr>
        <w:t xml:space="preserve">[11:15] </w:t>
      </w:r>
      <w:r>
        <w:t>in the first phase, nature was converted into technology. this was the first phase of civilization. mostly western people were engaged in this job. it was mostly western nations who created modern</w:t>
      </w:r>
    </w:p>
    <w:p>
      <w:pPr>
        <w:jc w:val="right"/>
      </w:pPr>
      <w:r>
        <w:t>In the first phase, nature was converted into technology. This was the first phase of civilization. Mostly Western people were engaged in this job. It was mostly Western nations who created modern</w:t>
      </w:r>
    </w:p>
    <w:p>
      <w:r>
        <w:rPr>
          <w:b/>
        </w:rPr>
        <w:t xml:space="preserve">[11:45] </w:t>
      </w:r>
      <w:r>
        <w:t>civilization. they converted—they were able to convert the nature into technology. this is the first phase. now, the problem is that secular people hijacked this—hijacked the civilization. although civilization was</w:t>
      </w:r>
    </w:p>
    <w:p>
      <w:pPr>
        <w:jc w:val="right"/>
      </w:pPr>
      <w:r>
        <w:t>civilization. They converted—they were able to convert the nature into technology. This is the first phase. Now, the problem is that secular people hijacked this—hijacked the civilization. Although civilization was</w:t>
      </w:r>
    </w:p>
    <w:p>
      <w:r>
        <w:rPr>
          <w:b/>
        </w:rPr>
        <w:t xml:space="preserve">[12:15] </w:t>
      </w:r>
      <w:r>
        <w:t>not—civilization was for the whole humanity, not for atheist people.</w:t>
      </w:r>
    </w:p>
    <w:p>
      <w:pPr>
        <w:jc w:val="right"/>
      </w:pPr>
      <w:r>
        <w:t>not—civilization was for the whole humanity, not for atheist people.</w:t>
      </w:r>
    </w:p>
    <w:p>
      <w:r>
        <w:rPr>
          <w:b/>
        </w:rPr>
        <w:t xml:space="preserve">[12:31] </w:t>
      </w:r>
      <w:r>
        <w:t>But secular people hijacked the civilization and they successfully availed it for their purpose.</w:t>
      </w:r>
    </w:p>
    <w:p>
      <w:pPr>
        <w:jc w:val="right"/>
      </w:pPr>
      <w:r>
        <w:t>But secular people hijacked the civilization and they successfully availed it for their purpose.</w:t>
      </w:r>
    </w:p>
    <w:p>
      <w:r>
        <w:rPr>
          <w:b/>
        </w:rPr>
        <w:t xml:space="preserve">[12:46] </w:t>
      </w:r>
      <w:r>
        <w:t>Now the turn is for religious people or spiritual people.</w:t>
      </w:r>
    </w:p>
    <w:p>
      <w:pPr>
        <w:jc w:val="right"/>
      </w:pPr>
      <w:r>
        <w:t>Now the turn is for religious people or spiritual people.</w:t>
      </w:r>
    </w:p>
    <w:p>
      <w:r>
        <w:rPr>
          <w:b/>
        </w:rPr>
        <w:t xml:space="preserve">[12:57] </w:t>
      </w:r>
      <w:r>
        <w:t>So, we have—it is not good to be angry, but we have to accept it as a reality.</w:t>
      </w:r>
    </w:p>
    <w:p>
      <w:pPr>
        <w:jc w:val="right"/>
      </w:pPr>
      <w:r>
        <w:t>So, we have—it is not good to be angry, but we have to accept it as a reality.</w:t>
      </w:r>
    </w:p>
    <w:p>
      <w:r>
        <w:rPr>
          <w:b/>
        </w:rPr>
        <w:t xml:space="preserve">[13:08] </w:t>
      </w:r>
      <w:r>
        <w:t>They have—they have</w:t>
      </w:r>
    </w:p>
    <w:p>
      <w:pPr>
        <w:jc w:val="right"/>
      </w:pPr>
      <w:r>
        <w:t>They have—they have</w:t>
      </w:r>
    </w:p>
    <w:p>
      <w:r>
        <w:rPr>
          <w:b/>
        </w:rPr>
        <w:t xml:space="preserve">[13:19] </w:t>
      </w:r>
      <w:r>
        <w:t>completed half of the work.</w:t>
      </w:r>
    </w:p>
    <w:p>
      <w:pPr>
        <w:jc w:val="right"/>
      </w:pPr>
      <w:r>
        <w:t>completed half of the work.</w:t>
      </w:r>
    </w:p>
    <w:p>
      <w:r>
        <w:rPr>
          <w:b/>
        </w:rPr>
        <w:t xml:space="preserve">[13:24] </w:t>
      </w:r>
      <w:r>
        <w:t>They have discovered the natural laws.</w:t>
      </w:r>
    </w:p>
    <w:p>
      <w:pPr>
        <w:jc w:val="right"/>
      </w:pPr>
      <w:r>
        <w:t>They have discovered the natural laws.</w:t>
      </w:r>
    </w:p>
    <w:p>
      <w:r>
        <w:rPr>
          <w:b/>
        </w:rPr>
        <w:t xml:space="preserve">[13:29] </w:t>
      </w:r>
      <w:r>
        <w:t>They have invented the technology.</w:t>
      </w:r>
    </w:p>
    <w:p>
      <w:pPr>
        <w:jc w:val="right"/>
      </w:pPr>
      <w:r>
        <w:t>They have invented the technology.</w:t>
      </w:r>
    </w:p>
    <w:p>
      <w:r>
        <w:rPr>
          <w:b/>
        </w:rPr>
        <w:t xml:space="preserve">[13:34] </w:t>
      </w:r>
      <w:r>
        <w:t>They have discovered the hidden secrets of creation.</w:t>
      </w:r>
    </w:p>
    <w:p>
      <w:pPr>
        <w:jc w:val="right"/>
      </w:pPr>
      <w:r>
        <w:t>They have discovered the hidden secrets of creation.</w:t>
      </w:r>
    </w:p>
    <w:p>
      <w:r>
        <w:rPr>
          <w:b/>
        </w:rPr>
        <w:t xml:space="preserve">[13:39] </w:t>
      </w:r>
      <w:r>
        <w:t>This was the first part.</w:t>
      </w:r>
    </w:p>
    <w:p>
      <w:pPr>
        <w:jc w:val="right"/>
      </w:pPr>
      <w:r>
        <w:t>This was the first part.</w:t>
      </w:r>
    </w:p>
    <w:p>
      <w:r>
        <w:rPr>
          <w:b/>
        </w:rPr>
        <w:t xml:space="preserve">[13:45] </w:t>
      </w:r>
      <w:r>
        <w:t>So, they have</w:t>
      </w:r>
    </w:p>
    <w:p>
      <w:pPr>
        <w:jc w:val="right"/>
      </w:pPr>
      <w:r>
        <w:t>So, they have</w:t>
      </w:r>
    </w:p>
    <w:p>
      <w:r>
        <w:rPr>
          <w:b/>
        </w:rPr>
        <w:t xml:space="preserve">[13:50] </w:t>
      </w:r>
      <w:r>
        <w:t>done the first part. Now it is good. Now we have to avail it as an opportunity. We have to avail it in favor of spiritual civilization. Present civilization is potentially a spiritual civilization. Although present civilization is</w:t>
      </w:r>
    </w:p>
    <w:p>
      <w:pPr>
        <w:jc w:val="right"/>
      </w:pPr>
      <w:r>
        <w:t>done the first part. Now it is good. Now we have to avail it as an opportunity. We have to avail it in favor of spiritual civilization. Present civilization is potentially a spiritual civilization. Although present civilization is</w:t>
      </w:r>
    </w:p>
    <w:p>
      <w:r>
        <w:rPr>
          <w:b/>
        </w:rPr>
        <w:t xml:space="preserve">[14:20] </w:t>
      </w:r>
      <w:r>
        <w:t>taken as a material civilization, people generally have taken modern civilization as a material civilization.</w:t>
      </w:r>
    </w:p>
    <w:p>
      <w:pPr>
        <w:jc w:val="right"/>
      </w:pPr>
      <w:r>
        <w:t>taken as a material civilization, people generally have taken modern civilization as a material civilization.</w:t>
      </w:r>
    </w:p>
    <w:p>
      <w:r>
        <w:rPr>
          <w:b/>
        </w:rPr>
        <w:t xml:space="preserve">[14:27] </w:t>
      </w:r>
      <w:r>
        <w:t>But in fact, it is not.</w:t>
      </w:r>
    </w:p>
    <w:p>
      <w:pPr>
        <w:jc w:val="right"/>
      </w:pPr>
      <w:r>
        <w:t>But in fact, it is not.</w:t>
      </w:r>
    </w:p>
    <w:p>
      <w:r>
        <w:rPr>
          <w:b/>
        </w:rPr>
        <w:t xml:space="preserve">[14:35] </w:t>
      </w:r>
      <w:r>
        <w:t>Civilization is, in real sense, a spiritual civilization.</w:t>
      </w:r>
    </w:p>
    <w:p>
      <w:pPr>
        <w:jc w:val="right"/>
      </w:pPr>
      <w:r>
        <w:t>Civilization is, in real sense, a spiritual civilization.</w:t>
      </w:r>
    </w:p>
    <w:p>
      <w:r>
        <w:rPr>
          <w:b/>
        </w:rPr>
        <w:t xml:space="preserve">[14:42] </w:t>
      </w:r>
      <w:r>
        <w:t>Now it is time for</w:t>
      </w:r>
    </w:p>
    <w:p>
      <w:pPr>
        <w:jc w:val="right"/>
      </w:pPr>
      <w:r>
        <w:t>Now it is time for</w:t>
      </w:r>
    </w:p>
    <w:p>
      <w:r>
        <w:rPr>
          <w:b/>
        </w:rPr>
        <w:t xml:space="preserve">[14:50] </w:t>
      </w:r>
      <w:r>
        <w:t>religious people or people of faith to avail it as an opportunity.</w:t>
      </w:r>
    </w:p>
    <w:p>
      <w:pPr>
        <w:jc w:val="right"/>
      </w:pPr>
      <w:r>
        <w:t>religious people or people of faith to avail it as an opportunity.</w:t>
      </w:r>
    </w:p>
    <w:p>
      <w:r>
        <w:rPr>
          <w:b/>
        </w:rPr>
        <w:t xml:space="preserve">[15:00] </w:t>
      </w:r>
      <w:r>
        <w:t>It is not good to be negative against those people who have hijacked the civilization.</w:t>
      </w:r>
    </w:p>
    <w:p>
      <w:pPr>
        <w:jc w:val="right"/>
      </w:pPr>
      <w:r>
        <w:t>It is not good to be negative against those people who have hijacked the civilization.</w:t>
      </w:r>
    </w:p>
    <w:p>
      <w:r>
        <w:rPr>
          <w:b/>
        </w:rPr>
        <w:t xml:space="preserve">[15:11] </w:t>
      </w:r>
      <w:r>
        <w:t>But we have to—we have to take them as a supporter.</w:t>
      </w:r>
    </w:p>
    <w:p>
      <w:pPr>
        <w:jc w:val="right"/>
      </w:pPr>
      <w:r>
        <w:t>But we have to—we have to take them as a supporter.</w:t>
      </w:r>
    </w:p>
    <w:p>
      <w:r>
        <w:rPr>
          <w:b/>
        </w:rPr>
        <w:t xml:space="preserve">[15:21] </w:t>
      </w:r>
      <w:r>
        <w:t>They are supporters.</w:t>
      </w:r>
    </w:p>
    <w:p>
      <w:pPr>
        <w:jc w:val="right"/>
      </w:pPr>
      <w:r>
        <w:t>They are supporters.</w:t>
      </w:r>
    </w:p>
    <w:p>
      <w:r>
        <w:rPr>
          <w:b/>
        </w:rPr>
        <w:t xml:space="preserve">[15:29] </w:t>
      </w:r>
      <w:r>
        <w:t>They have created—they have discovered the signs of God hidden in nature.</w:t>
      </w:r>
    </w:p>
    <w:p>
      <w:pPr>
        <w:jc w:val="right"/>
      </w:pPr>
      <w:r>
        <w:t>They have created—they have discovered the signs of God hidden in nature.</w:t>
      </w:r>
    </w:p>
    <w:p>
      <w:r>
        <w:rPr>
          <w:b/>
        </w:rPr>
        <w:t xml:space="preserve">[15:36] </w:t>
      </w:r>
      <w:r>
        <w:t>Now we have to avail it for spiritual civilization, for Barifat.</w:t>
      </w:r>
    </w:p>
    <w:p>
      <w:pPr>
        <w:jc w:val="right"/>
      </w:pPr>
      <w:r>
        <w:t>Now we have to avail it for spiritual civilization, for Barifat.</w:t>
      </w:r>
    </w:p>
    <w:p>
      <w:r>
        <w:rPr>
          <w:b/>
        </w:rPr>
        <w:t xml:space="preserve">[15:44] </w:t>
      </w:r>
      <w:r>
        <w:t>In modern civilization,</w:t>
      </w:r>
    </w:p>
    <w:p>
      <w:pPr>
        <w:jc w:val="right"/>
      </w:pPr>
      <w:r>
        <w:t>In modern civilization,</w:t>
      </w:r>
    </w:p>
    <w:p>
      <w:r>
        <w:rPr>
          <w:b/>
        </w:rPr>
        <w:t xml:space="preserve">[15:51] </w:t>
      </w:r>
      <w:r>
        <w:t>it is in terms of potential.</w:t>
      </w:r>
    </w:p>
    <w:p>
      <w:pPr>
        <w:jc w:val="right"/>
      </w:pPr>
      <w:r>
        <w:t>it is in terms of potential.</w:t>
      </w:r>
    </w:p>
    <w:p>
      <w:r>
        <w:rPr>
          <w:b/>
        </w:rPr>
        <w:t xml:space="preserve">[16:02] </w:t>
      </w:r>
      <w:r>
        <w:t>We have to turn it into actual.</w:t>
      </w:r>
    </w:p>
    <w:p>
      <w:pPr>
        <w:jc w:val="right"/>
      </w:pPr>
      <w:r>
        <w:t>We have to turn it into actual.</w:t>
      </w:r>
    </w:p>
    <w:p>
      <w:r>
        <w:rPr>
          <w:b/>
        </w:rPr>
        <w:t xml:space="preserve">[16:12] </w:t>
      </w:r>
      <w:r>
        <w:t>For example, modern scientific civilization has discovered those items that are proof of the existence of God. God is</w:t>
      </w:r>
    </w:p>
    <w:p>
      <w:pPr>
        <w:jc w:val="right"/>
      </w:pPr>
      <w:r>
        <w:t>For example, modern scientific civilization has discovered those items that are proof of the existence of God. God is</w:t>
      </w:r>
    </w:p>
    <w:p>
      <w:r>
        <w:rPr>
          <w:b/>
        </w:rPr>
        <w:t xml:space="preserve">[16:22] </w:t>
      </w:r>
      <w:r>
        <w:t>an unseen reality.</w:t>
      </w:r>
    </w:p>
    <w:p>
      <w:pPr>
        <w:jc w:val="right"/>
      </w:pPr>
      <w:r>
        <w:t>an unseen reality.</w:t>
      </w:r>
    </w:p>
    <w:p>
      <w:r>
        <w:rPr>
          <w:b/>
        </w:rPr>
        <w:t xml:space="preserve">[16:30] </w:t>
      </w:r>
      <w:r>
        <w:t>But by applying the laws of nature, we can turn it into a fact that is—although it is</w:t>
      </w:r>
    </w:p>
    <w:p>
      <w:pPr>
        <w:jc w:val="right"/>
      </w:pPr>
      <w:r>
        <w:t>But by applying the laws of nature, we can turn it into a fact that is—although it is</w:t>
      </w:r>
    </w:p>
    <w:p>
      <w:r>
        <w:rPr>
          <w:b/>
        </w:rPr>
        <w:t xml:space="preserve">[16:37] </w:t>
      </w:r>
      <w:r>
        <w:t>not visible but semi-visible.</w:t>
      </w:r>
    </w:p>
    <w:p>
      <w:pPr>
        <w:jc w:val="right"/>
      </w:pPr>
      <w:r>
        <w:t>not visible but semi-visible.</w:t>
      </w:r>
    </w:p>
    <w:p>
      <w:r>
        <w:rPr>
          <w:b/>
        </w:rPr>
        <w:t xml:space="preserve">[16:45] </w:t>
      </w:r>
      <w:r>
        <w:t>We can discover God Almighty by contemplating the</w:t>
      </w:r>
    </w:p>
    <w:p>
      <w:pPr>
        <w:jc w:val="right"/>
      </w:pPr>
      <w:r>
        <w:t>We can discover God Almighty by contemplating the</w:t>
      </w:r>
    </w:p>
    <w:p>
      <w:r>
        <w:rPr>
          <w:b/>
        </w:rPr>
        <w:t xml:space="preserve">[16:52] </w:t>
      </w:r>
      <w:r>
        <w:t>laws of nature discovered by science.</w:t>
      </w:r>
    </w:p>
    <w:p>
      <w:pPr>
        <w:jc w:val="right"/>
      </w:pPr>
      <w:r>
        <w:t>laws of nature discovered by science.</w:t>
      </w:r>
    </w:p>
    <w:p>
      <w:r>
        <w:rPr>
          <w:b/>
        </w:rPr>
        <w:t xml:space="preserve">[17:00] </w:t>
      </w:r>
      <w:r>
        <w:t>Then there is technology and communication.</w:t>
      </w:r>
    </w:p>
    <w:p>
      <w:pPr>
        <w:jc w:val="right"/>
      </w:pPr>
      <w:r>
        <w:t>Then there is technology and communication.</w:t>
      </w:r>
    </w:p>
    <w:p>
      <w:r>
        <w:rPr>
          <w:b/>
        </w:rPr>
        <w:t xml:space="preserve">[17:08] </w:t>
      </w:r>
      <w:r>
        <w:t>We have to avail the communication for global Dhava work.</w:t>
      </w:r>
    </w:p>
    <w:p>
      <w:pPr>
        <w:jc w:val="right"/>
      </w:pPr>
      <w:r>
        <w:t>We have to avail the communication for global Dhava work.</w:t>
      </w:r>
    </w:p>
    <w:p>
      <w:r>
        <w:rPr>
          <w:b/>
        </w:rPr>
        <w:t xml:space="preserve">[17:16] </w:t>
      </w:r>
      <w:r>
        <w:t>Dhava is a universal targ</w:t>
      </w:r>
    </w:p>
    <w:p>
      <w:pPr>
        <w:jc w:val="right"/>
      </w:pPr>
      <w:r>
        <w:t>Dhava is a universal targ</w:t>
      </w:r>
    </w:p>
    <w:p>
      <w:r>
        <w:rPr>
          <w:b/>
        </w:rPr>
        <w:t xml:space="preserve">[17:23] </w:t>
      </w:r>
      <w:r>
        <w:t>et.</w:t>
      </w:r>
    </w:p>
    <w:p>
      <w:pPr>
        <w:jc w:val="right"/>
      </w:pPr>
      <w:r>
        <w:t>et.</w:t>
      </w:r>
    </w:p>
    <w:p>
      <w:r>
        <w:rPr>
          <w:b/>
        </w:rPr>
        <w:t xml:space="preserve">[17:31] </w:t>
      </w:r>
      <w:r>
        <w:t>But in past—in previous centuries, it was not possible because there was no technology, no communication.</w:t>
      </w:r>
    </w:p>
    <w:p>
      <w:pPr>
        <w:jc w:val="right"/>
      </w:pPr>
      <w:r>
        <w:t>But in past—in previous centuries, it was not possible because there was no technology, no communication.</w:t>
      </w:r>
    </w:p>
    <w:p>
      <w:r>
        <w:rPr>
          <w:b/>
        </w:rPr>
        <w:t xml:space="preserve">[17:39] </w:t>
      </w:r>
      <w:r>
        <w:t>Now, by the help of—by the help of modern communication, we can spread the message of God throughout the world.</w:t>
      </w:r>
    </w:p>
    <w:p>
      <w:pPr>
        <w:jc w:val="right"/>
      </w:pPr>
      <w:r>
        <w:t>Now, by the help of—by the help of modern communication, we can spread the message of God throughout the world.</w:t>
      </w:r>
    </w:p>
    <w:p>
      <w:r>
        <w:rPr>
          <w:b/>
        </w:rPr>
        <w:t xml:space="preserve">[17:48] </w:t>
      </w:r>
      <w:r>
        <w:t>So, we have to take the modern technology as a tool.</w:t>
      </w:r>
    </w:p>
    <w:p>
      <w:pPr>
        <w:jc w:val="right"/>
      </w:pPr>
      <w:r>
        <w:t>So, we have to take the modern technology as a tool.</w:t>
      </w:r>
    </w:p>
    <w:p>
      <w:r>
        <w:rPr>
          <w:b/>
        </w:rPr>
        <w:t xml:space="preserve">[17:56] </w:t>
      </w:r>
      <w:r>
        <w:t>And by applying this tool, we can spread the message of God throughout the world.</w:t>
      </w:r>
    </w:p>
    <w:p>
      <w:pPr>
        <w:jc w:val="right"/>
      </w:pPr>
      <w:r>
        <w:t>And by applying this tool, we can spread the message of God throughout the world.</w:t>
      </w:r>
    </w:p>
    <w:p>
      <w:r>
        <w:rPr>
          <w:b/>
        </w:rPr>
        <w:t xml:space="preserve">[18:03] </w:t>
      </w:r>
      <w:r>
        <w:t>Then there are other aspects of civilization.</w:t>
      </w:r>
    </w:p>
    <w:p>
      <w:pPr>
        <w:jc w:val="right"/>
      </w:pPr>
      <w:r>
        <w:t>Then there are other aspects of civilization.</w:t>
      </w:r>
    </w:p>
    <w:p>
      <w:r>
        <w:rPr>
          <w:b/>
        </w:rPr>
        <w:t xml:space="preserve">[18:11] </w:t>
      </w:r>
      <w:r>
        <w:t>For example, freedom.</w:t>
      </w:r>
    </w:p>
    <w:p>
      <w:pPr>
        <w:jc w:val="right"/>
      </w:pPr>
      <w:r>
        <w:t>For example, freedom.</w:t>
      </w:r>
    </w:p>
    <w:p>
      <w:r>
        <w:rPr>
          <w:b/>
        </w:rPr>
        <w:t xml:space="preserve">[18:18] </w:t>
      </w:r>
      <w:r>
        <w:t>Freedom is also a byproduct of civilization.</w:t>
      </w:r>
    </w:p>
    <w:p>
      <w:pPr>
        <w:jc w:val="right"/>
      </w:pPr>
      <w:r>
        <w:t>Freedom is also a byproduct of civilization.</w:t>
      </w:r>
    </w:p>
    <w:p>
      <w:r>
        <w:rPr>
          <w:b/>
        </w:rPr>
        <w:t xml:space="preserve">[18:26] </w:t>
      </w:r>
      <w:r>
        <w:t>So, at present, freedom is taken by religious community as a negative phenomenon because freedom is for everyone.</w:t>
      </w:r>
    </w:p>
    <w:p>
      <w:pPr>
        <w:jc w:val="right"/>
      </w:pPr>
      <w:r>
        <w:t>So, at present, freedom is taken by religious community as a negative phenomenon because freedom is for everyone.</w:t>
      </w:r>
    </w:p>
    <w:p>
      <w:r>
        <w:rPr>
          <w:b/>
        </w:rPr>
        <w:t xml:space="preserve">[18:41] </w:t>
      </w:r>
      <w:r>
        <w:t>If religious people are—if religious people can enjoy freedom, also secular people or atheist people have theright to enjoy</w:t>
      </w:r>
    </w:p>
    <w:p>
      <w:pPr>
        <w:jc w:val="right"/>
      </w:pPr>
      <w:r>
        <w:t>If religious people are—if religious people can enjoy freedom, also secular people or atheist people have theright to enjoy</w:t>
      </w:r>
    </w:p>
    <w:p>
      <w:r>
        <w:rPr>
          <w:b/>
        </w:rPr>
        <w:t xml:space="preserve">[18:57] </w:t>
      </w:r>
      <w:r>
        <w:t>the freedom.</w:t>
      </w:r>
    </w:p>
    <w:p>
      <w:pPr>
        <w:jc w:val="right"/>
      </w:pPr>
      <w:r>
        <w:t>the freedom.</w:t>
      </w:r>
    </w:p>
    <w:p>
      <w:r>
        <w:rPr>
          <w:b/>
        </w:rPr>
        <w:t xml:space="preserve">[19:07] </w:t>
      </w:r>
      <w:r>
        <w:t>So, by utilizing freedom, they have published so many books, so many journals.</w:t>
      </w:r>
    </w:p>
    <w:p>
      <w:pPr>
        <w:jc w:val="right"/>
      </w:pPr>
      <w:r>
        <w:t>So, by utilizing freedom, they have published so many books, so many journals.</w:t>
      </w:r>
    </w:p>
    <w:p>
      <w:r>
        <w:rPr>
          <w:b/>
        </w:rPr>
        <w:t xml:space="preserve">[19:17] </w:t>
      </w:r>
      <w:r>
        <w:t>They have published a whole library against the religious belief and</w:t>
      </w:r>
    </w:p>
    <w:p>
      <w:pPr>
        <w:jc w:val="right"/>
      </w:pPr>
      <w:r>
        <w:t>They have published a whole library against the religious belief and</w:t>
      </w:r>
    </w:p>
    <w:p>
      <w:r>
        <w:rPr>
          <w:b/>
        </w:rPr>
        <w:t xml:space="preserve">[19:27] </w:t>
      </w:r>
      <w:r>
        <w:t>also against the belief of God.</w:t>
      </w:r>
    </w:p>
    <w:p>
      <w:pPr>
        <w:jc w:val="right"/>
      </w:pPr>
      <w:r>
        <w:t>also against the belief of God.</w:t>
      </w:r>
    </w:p>
    <w:p>
      <w:r>
        <w:rPr>
          <w:b/>
        </w:rPr>
        <w:t xml:space="preserve">[19:32] </w:t>
      </w:r>
      <w:r>
        <w:t>But we cannot—we have to accept it as theirright.</w:t>
      </w:r>
    </w:p>
    <w:p>
      <w:pPr>
        <w:jc w:val="right"/>
      </w:pPr>
      <w:r>
        <w:t>But we cannot—we have to accept it as theirright.</w:t>
      </w:r>
    </w:p>
    <w:p>
      <w:r>
        <w:rPr>
          <w:b/>
        </w:rPr>
        <w:t xml:space="preserve">[19:37] </w:t>
      </w:r>
      <w:r>
        <w:t>If I have theright to express my views, others also have theright to express their views.</w:t>
      </w:r>
    </w:p>
    <w:p>
      <w:pPr>
        <w:jc w:val="right"/>
      </w:pPr>
      <w:r>
        <w:t>If I have theright to express my views, others also have theright to express their views.</w:t>
      </w:r>
    </w:p>
    <w:p>
      <w:r>
        <w:rPr>
          <w:b/>
        </w:rPr>
        <w:t xml:space="preserve">[19:42] </w:t>
      </w:r>
      <w:r>
        <w:t>So, don't be angry.</w:t>
      </w:r>
    </w:p>
    <w:p>
      <w:pPr>
        <w:jc w:val="right"/>
      </w:pPr>
      <w:r>
        <w:t>So, don't be angry.</w:t>
      </w:r>
    </w:p>
    <w:p>
      <w:r>
        <w:rPr>
          <w:b/>
        </w:rPr>
        <w:t xml:space="preserve">[19:47] </w:t>
      </w:r>
      <w:r>
        <w:t>Don't try to kill them.</w:t>
      </w:r>
    </w:p>
    <w:p>
      <w:pPr>
        <w:jc w:val="right"/>
      </w:pPr>
      <w:r>
        <w:t>Don't try to kill them.</w:t>
      </w:r>
    </w:p>
    <w:p>
      <w:r>
        <w:rPr>
          <w:b/>
        </w:rPr>
        <w:t xml:space="preserve">[19:52] </w:t>
      </w:r>
      <w:r>
        <w:t>But you have to</w:t>
      </w:r>
    </w:p>
    <w:p>
      <w:pPr>
        <w:jc w:val="right"/>
      </w:pPr>
      <w:r>
        <w:t>But you have to</w:t>
      </w:r>
    </w:p>
    <w:p>
      <w:r>
        <w:rPr>
          <w:b/>
        </w:rPr>
        <w:t xml:space="preserve">[19:57] </w:t>
      </w:r>
      <w:r>
        <w:t>utilize your freedom and publish other books and publish other magazines and disseminate your ideas through modern tools.</w:t>
      </w:r>
    </w:p>
    <w:p>
      <w:pPr>
        <w:jc w:val="right"/>
      </w:pPr>
      <w:r>
        <w:t>utilize your freedom and publish other books and publish other magazines and disseminate your ideas through modern tools.</w:t>
      </w:r>
    </w:p>
    <w:p>
      <w:r>
        <w:rPr>
          <w:b/>
        </w:rPr>
        <w:t xml:space="preserve">[20:13] </w:t>
      </w:r>
      <w:r>
        <w:t>So, don't try to crush those people who are availing their</w:t>
      </w:r>
    </w:p>
    <w:p>
      <w:pPr>
        <w:jc w:val="right"/>
      </w:pPr>
      <w:r>
        <w:t>So, don't try to crush those people who are availing their</w:t>
      </w:r>
    </w:p>
    <w:p>
      <w:r>
        <w:rPr>
          <w:b/>
        </w:rPr>
        <w:t xml:space="preserve">[20:29] </w:t>
      </w:r>
      <w:r>
        <w:t>freedom in favor of atheism, in favor of secularism.</w:t>
      </w:r>
    </w:p>
    <w:p>
      <w:pPr>
        <w:jc w:val="right"/>
      </w:pPr>
      <w:r>
        <w:t>freedom in favor of atheism, in favor of secularism.</w:t>
      </w:r>
    </w:p>
    <w:p>
      <w:r>
        <w:rPr>
          <w:b/>
        </w:rPr>
        <w:t xml:space="preserve">[20:34] </w:t>
      </w:r>
      <w:r>
        <w:t>It is theirright.</w:t>
      </w:r>
    </w:p>
    <w:p>
      <w:pPr>
        <w:jc w:val="right"/>
      </w:pPr>
      <w:r>
        <w:t>It is theirright.</w:t>
      </w:r>
    </w:p>
    <w:p>
      <w:r>
        <w:rPr>
          <w:b/>
        </w:rPr>
        <w:t xml:space="preserve">[20:39] </w:t>
      </w:r>
      <w:r>
        <w:t>Accept it as theirright.</w:t>
      </w:r>
    </w:p>
    <w:p>
      <w:pPr>
        <w:jc w:val="right"/>
      </w:pPr>
      <w:r>
        <w:t>Accept it as theirright.</w:t>
      </w:r>
    </w:p>
    <w:p>
      <w:r>
        <w:rPr>
          <w:b/>
        </w:rPr>
        <w:t xml:space="preserve">[20:44] </w:t>
      </w:r>
      <w:r>
        <w:t>And you have to utilize yourright, your freedom by producing counter-literature.</w:t>
      </w:r>
    </w:p>
    <w:p>
      <w:pPr>
        <w:jc w:val="right"/>
      </w:pPr>
      <w:r>
        <w:t>And you have to utilize yourright, your freedom by producing counter-literature.</w:t>
      </w:r>
    </w:p>
    <w:p>
      <w:r>
        <w:rPr>
          <w:b/>
        </w:rPr>
        <w:t xml:space="preserve">[20:49] </w:t>
      </w:r>
      <w:r>
        <w:t>This is theright strategy.</w:t>
      </w:r>
    </w:p>
    <w:p>
      <w:pPr>
        <w:jc w:val="right"/>
      </w:pPr>
      <w:r>
        <w:t>This is theright strategy.</w:t>
      </w:r>
    </w:p>
    <w:p>
      <w:r>
        <w:rPr>
          <w:b/>
        </w:rPr>
        <w:t xml:space="preserve">[20:54] </w:t>
      </w:r>
      <w:r>
        <w:t>We have to accept the modern civilization</w:t>
      </w:r>
    </w:p>
    <w:p>
      <w:pPr>
        <w:jc w:val="right"/>
      </w:pPr>
      <w:r>
        <w:t>We have to accept the modern civilization</w:t>
      </w:r>
    </w:p>
    <w:p>
      <w:r>
        <w:rPr>
          <w:b/>
        </w:rPr>
        <w:t xml:space="preserve">[20:59] </w:t>
      </w:r>
      <w:r>
        <w:t>as a phenomenon of nature.</w:t>
      </w:r>
    </w:p>
    <w:p>
      <w:pPr>
        <w:jc w:val="right"/>
      </w:pPr>
      <w:r>
        <w:t>as a phenomenon of nature.</w:t>
      </w:r>
    </w:p>
    <w:p>
      <w:r>
        <w:rPr>
          <w:b/>
        </w:rPr>
        <w:t xml:space="preserve">[21:07] </w:t>
      </w:r>
      <w:r>
        <w:t>Then we have to accept the freedom of expression as a blessing for all—not for religious people but for all.</w:t>
      </w:r>
    </w:p>
    <w:p>
      <w:pPr>
        <w:jc w:val="right"/>
      </w:pPr>
      <w:r>
        <w:t>Then we have to accept the freedom of expression as a blessing for all—not for religious people but for all.</w:t>
      </w:r>
    </w:p>
    <w:p>
      <w:r>
        <w:rPr>
          <w:b/>
        </w:rPr>
        <w:t xml:space="preserve">[21:14] </w:t>
      </w:r>
      <w:r>
        <w:t>So, now we have to take all these things as an opportunity.</w:t>
      </w:r>
    </w:p>
    <w:p>
      <w:pPr>
        <w:jc w:val="right"/>
      </w:pPr>
      <w:r>
        <w:t>So, now we have to take all these things as an opportunity.</w:t>
      </w:r>
    </w:p>
    <w:p>
      <w:r>
        <w:rPr>
          <w:b/>
        </w:rPr>
        <w:t xml:space="preserve">[21:22] </w:t>
      </w:r>
      <w:r>
        <w:t>Even if someone</w:t>
      </w:r>
    </w:p>
    <w:p>
      <w:pPr>
        <w:jc w:val="right"/>
      </w:pPr>
      <w:r>
        <w:t>Even if someone</w:t>
      </w:r>
    </w:p>
    <w:p>
      <w:r>
        <w:rPr>
          <w:b/>
        </w:rPr>
        <w:t xml:space="preserve">[21:30] </w:t>
      </w:r>
      <w:r>
        <w:t>publishes a book against religion, against God, there is also an opportunity.</w:t>
      </w:r>
    </w:p>
    <w:p>
      <w:pPr>
        <w:jc w:val="right"/>
      </w:pPr>
      <w:r>
        <w:t>publishes a book against religion, against God, there is also an opportunity.</w:t>
      </w:r>
    </w:p>
    <w:p>
      <w:r>
        <w:rPr>
          <w:b/>
        </w:rPr>
        <w:t xml:space="preserve">[21:36] </w:t>
      </w:r>
      <w:r>
        <w:t>It means that this writer has created a news.</w:t>
      </w:r>
    </w:p>
    <w:p>
      <w:pPr>
        <w:jc w:val="right"/>
      </w:pPr>
      <w:r>
        <w:t>It means that this writer has created a news.</w:t>
      </w:r>
    </w:p>
    <w:p>
      <w:r>
        <w:rPr>
          <w:b/>
        </w:rPr>
        <w:t xml:space="preserve">[21:42] </w:t>
      </w:r>
      <w:r>
        <w:t>This writer has created a news.</w:t>
      </w:r>
    </w:p>
    <w:p>
      <w:pPr>
        <w:jc w:val="right"/>
      </w:pPr>
      <w:r>
        <w:t>This writer has created a news.</w:t>
      </w:r>
    </w:p>
    <w:p>
      <w:r>
        <w:rPr>
          <w:b/>
        </w:rPr>
        <w:t xml:space="preserve">[21:48] </w:t>
      </w:r>
      <w:r>
        <w:t>We have to use this news as a point of reference.</w:t>
      </w:r>
    </w:p>
    <w:p>
      <w:pPr>
        <w:jc w:val="right"/>
      </w:pPr>
      <w:r>
        <w:t>We have to use this news as a point of reference.</w:t>
      </w:r>
    </w:p>
    <w:p>
      <w:r>
        <w:rPr>
          <w:b/>
        </w:rPr>
        <w:t xml:space="preserve">[21:54] </w:t>
      </w:r>
      <w:r>
        <w:t>By utilizing this news as a point of refer</w:t>
      </w:r>
    </w:p>
    <w:p>
      <w:pPr>
        <w:jc w:val="right"/>
      </w:pPr>
      <w:r>
        <w:t>By utilizing this news as a point of refer</w:t>
      </w:r>
    </w:p>
    <w:p>
      <w:r>
        <w:rPr>
          <w:b/>
        </w:rPr>
        <w:t xml:space="preserve">[22:00] </w:t>
      </w:r>
      <w:r>
        <w:t>ence, we can present our ideas.</w:t>
      </w:r>
    </w:p>
    <w:p>
      <w:pPr>
        <w:jc w:val="right"/>
      </w:pPr>
      <w:r>
        <w:t>ence, we can present our ideas.</w:t>
      </w:r>
    </w:p>
    <w:p>
      <w:r>
        <w:rPr>
          <w:b/>
        </w:rPr>
        <w:t xml:space="preserve">[22:05] </w:t>
      </w:r>
      <w:r>
        <w:t>So, why angry? Why anger?</w:t>
      </w:r>
    </w:p>
    <w:p>
      <w:pPr>
        <w:jc w:val="right"/>
      </w:pPr>
      <w:r>
        <w:t>So, why angry? Why anger?</w:t>
      </w:r>
    </w:p>
    <w:p>
      <w:r>
        <w:rPr>
          <w:b/>
        </w:rPr>
        <w:t xml:space="preserve">[22:10] </w:t>
      </w:r>
      <w:r>
        <w:t>Why negative thinking?</w:t>
      </w:r>
    </w:p>
    <w:p>
      <w:pPr>
        <w:jc w:val="right"/>
      </w:pPr>
      <w:r>
        <w:t>Why negative thinking?</w:t>
      </w:r>
    </w:p>
    <w:p>
      <w:r>
        <w:rPr>
          <w:b/>
        </w:rPr>
        <w:t xml:space="preserve">[22:16] </w:t>
      </w:r>
      <w:r>
        <w:t>So, now the turn is for those people who are said to be believers.</w:t>
      </w:r>
    </w:p>
    <w:p>
      <w:pPr>
        <w:jc w:val="right"/>
      </w:pPr>
      <w:r>
        <w:t>So, now the turn is for those people who are said to be believers.</w:t>
      </w:r>
    </w:p>
    <w:p>
      <w:r>
        <w:rPr>
          <w:b/>
        </w:rPr>
        <w:t xml:space="preserve">[22:21] </w:t>
      </w:r>
      <w:r>
        <w:t>The first phase was completed by secular people.</w:t>
      </w:r>
    </w:p>
    <w:p>
      <w:pPr>
        <w:jc w:val="right"/>
      </w:pPr>
      <w:r>
        <w:t>The first phase was completed by secular people.</w:t>
      </w:r>
    </w:p>
    <w:p>
      <w:r>
        <w:rPr>
          <w:b/>
        </w:rPr>
        <w:t xml:space="preserve">[22:26] </w:t>
      </w:r>
      <w:r>
        <w:t>The first phase of development</w:t>
      </w:r>
    </w:p>
    <w:p>
      <w:pPr>
        <w:jc w:val="right"/>
      </w:pPr>
      <w:r>
        <w:t>The first phase of development</w:t>
      </w:r>
    </w:p>
    <w:p>
      <w:r>
        <w:rPr>
          <w:b/>
        </w:rPr>
        <w:t xml:space="preserve">[22:31] </w:t>
      </w:r>
      <w:r>
        <w:t>was completed by secular people.</w:t>
      </w:r>
    </w:p>
    <w:p>
      <w:pPr>
        <w:jc w:val="right"/>
      </w:pPr>
      <w:r>
        <w:t>was completed by secular people.</w:t>
      </w:r>
    </w:p>
    <w:p>
      <w:r>
        <w:rPr>
          <w:b/>
        </w:rPr>
        <w:t xml:space="preserve">[22:39] </w:t>
      </w:r>
      <w:r>
        <w:t>Now the second phase is waiting for believers to complete the second phase of the development.</w:t>
      </w:r>
    </w:p>
    <w:p>
      <w:pPr>
        <w:jc w:val="right"/>
      </w:pPr>
      <w:r>
        <w:t>Now the second phase is waiting for believers to complete the second phase of the development.</w:t>
      </w:r>
    </w:p>
    <w:p>
      <w:r>
        <w:rPr>
          <w:b/>
        </w:rPr>
        <w:t xml:space="preserve">[22:47] </w:t>
      </w:r>
      <w:r>
        <w:t>In the first phase, it was—in the first phase, it was material civilization.</w:t>
      </w:r>
    </w:p>
    <w:p>
      <w:pPr>
        <w:jc w:val="right"/>
      </w:pPr>
      <w:r>
        <w:t>In the first phase, it was—in the first phase, it was material civilization.</w:t>
      </w:r>
    </w:p>
    <w:p>
      <w:r>
        <w:rPr>
          <w:b/>
        </w:rPr>
        <w:t xml:space="preserve">[22:55] </w:t>
      </w:r>
      <w:r>
        <w:t>In the second phase, Inshallah, it will be a spiritual civilization.</w:t>
      </w:r>
    </w:p>
    <w:p>
      <w:pPr>
        <w:jc w:val="right"/>
      </w:pPr>
      <w:r>
        <w:t>In the second phase, Inshallah, it will be a spiritual civilization.</w:t>
      </w:r>
    </w:p>
    <w:p>
      <w:r>
        <w:rPr>
          <w:b/>
        </w:rPr>
        <w:t xml:space="preserve">[23:03] </w:t>
      </w:r>
      <w:r>
        <w:t>So, this is the task before us.</w:t>
      </w:r>
    </w:p>
    <w:p>
      <w:pPr>
        <w:jc w:val="right"/>
      </w:pPr>
      <w:r>
        <w:t>So, this is the task before us.</w:t>
      </w:r>
    </w:p>
    <w:p>
      <w:r>
        <w:rPr>
          <w:b/>
        </w:rPr>
        <w:t xml:space="preserve">[23:09] </w:t>
      </w:r>
      <w:r>
        <w:t>This is the task ahead.</w:t>
      </w:r>
    </w:p>
    <w:p>
      <w:pPr>
        <w:jc w:val="right"/>
      </w:pPr>
      <w:r>
        <w:t>This is the task ahead.</w:t>
      </w:r>
    </w:p>
    <w:p>
      <w:r>
        <w:rPr>
          <w:b/>
        </w:rPr>
        <w:t xml:space="preserve">[23:16] </w:t>
      </w:r>
      <w:r>
        <w:t>We have to complete this task.</w:t>
      </w:r>
    </w:p>
    <w:p>
      <w:pPr>
        <w:jc w:val="right"/>
      </w:pPr>
      <w:r>
        <w:t>We have to complete this task.</w:t>
      </w:r>
    </w:p>
    <w:p>
      <w:r>
        <w:rPr>
          <w:b/>
        </w:rPr>
        <w:t xml:space="preserve">[23:22] </w:t>
      </w:r>
      <w:r>
        <w:t>Instead of going into negative thinking, instead of anger, instead of trying to kill those people who are</w:t>
      </w:r>
    </w:p>
    <w:p>
      <w:pPr>
        <w:jc w:val="right"/>
      </w:pPr>
      <w:r>
        <w:t>Instead of going into negative thinking, instead of anger, instead of trying to kill those people who are</w:t>
      </w:r>
    </w:p>
    <w:p>
      <w:r>
        <w:rPr>
          <w:b/>
        </w:rPr>
        <w:t xml:space="preserve">[23:29] </w:t>
      </w:r>
      <w:r>
        <w:t>against our ideas, we have to</w:t>
      </w:r>
    </w:p>
    <w:p>
      <w:pPr>
        <w:jc w:val="right"/>
      </w:pPr>
      <w:r>
        <w:t>against our ideas, we have to</w:t>
      </w:r>
    </w:p>
    <w:p>
      <w:r>
        <w:rPr>
          <w:b/>
        </w:rPr>
        <w:t xml:space="preserve">[23:35] </w:t>
      </w:r>
      <w:r>
        <w:t>—we have to utilize the present civilization in favor of our spiritual civilization.</w:t>
      </w:r>
    </w:p>
    <w:p>
      <w:pPr>
        <w:jc w:val="right"/>
      </w:pPr>
      <w:r>
        <w:t>—we have to utilize the present civilization in favor of our spiritual civilization.</w:t>
      </w:r>
    </w:p>
    <w:p>
      <w:r>
        <w:rPr>
          <w:b/>
        </w:rPr>
        <w:t xml:space="preserve">[23:45] </w:t>
      </w:r>
      <w:r>
        <w:t>We have a very important phenomenon of the present age that the present age has demonetized everything.</w:t>
      </w:r>
    </w:p>
    <w:p>
      <w:pPr>
        <w:jc w:val="right"/>
      </w:pPr>
      <w:r>
        <w:t>We have a very important phenomenon of the present age that the present age has demonetized everything.</w:t>
      </w:r>
    </w:p>
    <w:p>
      <w:r>
        <w:rPr>
          <w:b/>
        </w:rPr>
        <w:t xml:space="preserve">[23:55] </w:t>
      </w:r>
      <w:r>
        <w:t>At present, we have the sameright that</w:t>
      </w:r>
    </w:p>
    <w:p>
      <w:pPr>
        <w:jc w:val="right"/>
      </w:pPr>
      <w:r>
        <w:t>At present, we have the sameright that</w:t>
      </w:r>
    </w:p>
    <w:p>
      <w:r>
        <w:rPr>
          <w:b/>
        </w:rPr>
        <w:t xml:space="preserve">[24:05] </w:t>
      </w:r>
      <w:r>
        <w:t>the secular people enjoy.</w:t>
      </w:r>
    </w:p>
    <w:p>
      <w:pPr>
        <w:jc w:val="right"/>
      </w:pPr>
      <w:r>
        <w:t>the secular people enjoy.</w:t>
      </w:r>
    </w:p>
    <w:p>
      <w:r>
        <w:rPr>
          <w:b/>
        </w:rPr>
        <w:t xml:space="preserve">[24:11] </w:t>
      </w:r>
      <w:r>
        <w:t>So, we have to avail ourright.</w:t>
      </w:r>
    </w:p>
    <w:p>
      <w:pPr>
        <w:jc w:val="right"/>
      </w:pPr>
      <w:r>
        <w:t>So, we have to avail ourright.</w:t>
      </w:r>
    </w:p>
    <w:p>
      <w:r>
        <w:rPr>
          <w:b/>
        </w:rPr>
        <w:t xml:space="preserve">[24:18] </w:t>
      </w:r>
      <w:r>
        <w:t>We have to complete our mission.</w:t>
      </w:r>
    </w:p>
    <w:p>
      <w:pPr>
        <w:jc w:val="right"/>
      </w:pPr>
      <w:r>
        <w:t>We have to complete our mission.</w:t>
      </w:r>
    </w:p>
    <w:p>
      <w:r>
        <w:rPr>
          <w:b/>
        </w:rPr>
        <w:t xml:space="preserve">[24:24] </w:t>
      </w:r>
      <w:r>
        <w:t>This is my today's discovery.</w:t>
      </w:r>
    </w:p>
    <w:p>
      <w:pPr>
        <w:jc w:val="right"/>
      </w:pPr>
      <w:r>
        <w:t>This is my today's discovery.</w:t>
      </w:r>
    </w:p>
    <w:p>
      <w:r>
        <w:rPr>
          <w:b/>
        </w:rPr>
        <w:t xml:space="preserve">[24:30] </w:t>
      </w:r>
      <w:r>
        <w:t>My discovery was that everything in the history is going on</w:t>
      </w:r>
    </w:p>
    <w:p>
      <w:pPr>
        <w:jc w:val="right"/>
      </w:pPr>
      <w:r>
        <w:t>My discovery was that everything in the history is going on</w:t>
      </w:r>
    </w:p>
    <w:p>
      <w:r>
        <w:rPr>
          <w:b/>
        </w:rPr>
        <w:t xml:space="preserve">[24:36] </w:t>
      </w:r>
      <w:r>
        <w:t>in theright way.</w:t>
      </w:r>
    </w:p>
    <w:p>
      <w:pPr>
        <w:jc w:val="right"/>
      </w:pPr>
      <w:r>
        <w:t>in theright way.</w:t>
      </w:r>
    </w:p>
    <w:p>
      <w:r>
        <w:rPr>
          <w:b/>
        </w:rPr>
        <w:t xml:space="preserve">[24:42] </w:t>
      </w:r>
      <w:r>
        <w:t>History is managed by God Almighty and history is going on on theright path.</w:t>
      </w:r>
    </w:p>
    <w:p>
      <w:pPr>
        <w:jc w:val="right"/>
      </w:pPr>
      <w:r>
        <w:t>History is managed by God Almighty and history is going on on theright path.</w:t>
      </w:r>
    </w:p>
    <w:p>
      <w:r>
        <w:rPr>
          <w:b/>
        </w:rPr>
        <w:t xml:space="preserve">[24:48] </w:t>
      </w:r>
      <w:r>
        <w:t>It is the believers who have turned negative.</w:t>
      </w:r>
    </w:p>
    <w:p>
      <w:pPr>
        <w:jc w:val="right"/>
      </w:pPr>
      <w:r>
        <w:t>It is the believers who have turned negative.</w:t>
      </w:r>
    </w:p>
    <w:p>
      <w:r>
        <w:rPr>
          <w:b/>
        </w:rPr>
        <w:t xml:space="preserve">[24:55] </w:t>
      </w:r>
      <w:r>
        <w:t>So, the blame goes to the believers, not to the secular people.</w:t>
      </w:r>
    </w:p>
    <w:p>
      <w:pPr>
        <w:jc w:val="right"/>
      </w:pPr>
      <w:r>
        <w:t>So, the blame goes to the believers, not to the secular people.</w:t>
      </w:r>
    </w:p>
    <w:p>
      <w:r>
        <w:rPr>
          <w:b/>
        </w:rPr>
        <w:t xml:space="preserve">[25:01] </w:t>
      </w:r>
      <w:r>
        <w:t>Secular people were our supporters. Secular people</w:t>
      </w:r>
    </w:p>
    <w:p>
      <w:pPr>
        <w:jc w:val="right"/>
      </w:pPr>
      <w:r>
        <w:t>Secular people were our supporters. Secular people</w:t>
      </w:r>
    </w:p>
    <w:p>
      <w:r>
        <w:rPr>
          <w:b/>
        </w:rPr>
        <w:t xml:space="preserve">[25:07] </w:t>
      </w:r>
      <w:r>
        <w:t>were our supporters.</w:t>
      </w:r>
    </w:p>
    <w:p>
      <w:pPr>
        <w:jc w:val="right"/>
      </w:pPr>
      <w:r>
        <w:t>were our supporters.</w:t>
      </w:r>
    </w:p>
    <w:p>
      <w:r>
        <w:rPr>
          <w:b/>
        </w:rPr>
        <w:t xml:space="preserve">[25:11] </w:t>
      </w:r>
      <w:r>
        <w:t>They have done the first part of civilization.</w:t>
      </w:r>
    </w:p>
    <w:p>
      <w:pPr>
        <w:jc w:val="right"/>
      </w:pPr>
      <w:r>
        <w:t>They have done the first part of civilization.</w:t>
      </w:r>
    </w:p>
    <w:p>
      <w:r>
        <w:rPr>
          <w:b/>
        </w:rPr>
        <w:t xml:space="preserve">[25:16] </w:t>
      </w:r>
      <w:r>
        <w:t>They developed material civilization.</w:t>
      </w:r>
    </w:p>
    <w:p>
      <w:pPr>
        <w:jc w:val="right"/>
      </w:pPr>
      <w:r>
        <w:t>They developed material civilization.</w:t>
      </w:r>
    </w:p>
    <w:p>
      <w:r>
        <w:rPr>
          <w:b/>
        </w:rPr>
        <w:t xml:space="preserve">[25:20] </w:t>
      </w:r>
      <w:r>
        <w:t>We have to develop spiritual civilization.</w:t>
      </w:r>
    </w:p>
    <w:p>
      <w:pPr>
        <w:jc w:val="right"/>
      </w:pPr>
      <w:r>
        <w:t>We have to develop spiritual civilization.</w:t>
      </w:r>
    </w:p>
    <w:p>
      <w:r>
        <w:rPr>
          <w:b/>
        </w:rPr>
        <w:t xml:space="preserve">[25:25] </w:t>
      </w:r>
      <w:r>
        <w:t>We have to take the material civilization as a raw material.</w:t>
      </w:r>
    </w:p>
    <w:p>
      <w:pPr>
        <w:jc w:val="right"/>
      </w:pPr>
      <w:r>
        <w:t>We have to take the material civilization as a raw material.</w:t>
      </w:r>
    </w:p>
    <w:p>
      <w:r>
        <w:rPr>
          <w:b/>
        </w:rPr>
        <w:t xml:space="preserve">[25:29] </w:t>
      </w:r>
      <w:r>
        <w:t>Raw material is there.</w:t>
      </w:r>
    </w:p>
    <w:p>
      <w:pPr>
        <w:jc w:val="right"/>
      </w:pPr>
      <w:r>
        <w:t>Raw material is there.</w:t>
      </w:r>
    </w:p>
    <w:p>
      <w:r>
        <w:rPr>
          <w:b/>
        </w:rPr>
        <w:t xml:space="preserve">[25:33] </w:t>
      </w:r>
      <w:r>
        <w:t>We have to avail it for our</w:t>
      </w:r>
    </w:p>
    <w:p>
      <w:pPr>
        <w:jc w:val="right"/>
      </w:pPr>
      <w:r>
        <w:t>We have to avail it for our</w:t>
      </w:r>
    </w:p>
    <w:p>
      <w:r>
        <w:rPr>
          <w:b/>
        </w:rPr>
        <w:t xml:space="preserve">[25:38] </w:t>
      </w:r>
      <w:r>
        <w:t>mission.</w:t>
      </w:r>
    </w:p>
    <w:p>
      <w:pPr>
        <w:jc w:val="right"/>
      </w:pPr>
      <w:r>
        <w:t>mission.</w:t>
      </w:r>
    </w:p>
    <w:p>
      <w:r>
        <w:rPr>
          <w:b/>
        </w:rPr>
        <w:t xml:space="preserve">[25:45] </w:t>
      </w:r>
      <w:r>
        <w:t>I think that this is the most important aspect of our mission.</w:t>
      </w:r>
    </w:p>
    <w:p>
      <w:pPr>
        <w:jc w:val="right"/>
      </w:pPr>
      <w:r>
        <w:t>I think that this is the most important aspect of our mission.</w:t>
      </w:r>
    </w:p>
    <w:p>
      <w:r>
        <w:rPr>
          <w:b/>
        </w:rPr>
        <w:t xml:space="preserve">[25:53] </w:t>
      </w:r>
      <w:r>
        <w:t>We have to discover the present age as a potential, as an opportunity.</w:t>
      </w:r>
    </w:p>
    <w:p>
      <w:pPr>
        <w:jc w:val="right"/>
      </w:pPr>
      <w:r>
        <w:t>We have to discover the present age as a potential, as an opportunity.</w:t>
      </w:r>
    </w:p>
    <w:p>
      <w:r>
        <w:rPr>
          <w:b/>
        </w:rPr>
        <w:t xml:space="preserve">[26:00] </w:t>
      </w:r>
      <w:r>
        <w:t>The present age is not the enemy of believers.</w:t>
      </w:r>
    </w:p>
    <w:p>
      <w:pPr>
        <w:jc w:val="right"/>
      </w:pPr>
      <w:r>
        <w:t>The present age is not the enemy of believers.</w:t>
      </w:r>
    </w:p>
    <w:p>
      <w:r>
        <w:rPr>
          <w:b/>
        </w:rPr>
        <w:t xml:space="preserve">[26:08] </w:t>
      </w:r>
      <w:r>
        <w:t>The present age is not a negative age.</w:t>
      </w:r>
    </w:p>
    <w:p>
      <w:pPr>
        <w:jc w:val="right"/>
      </w:pPr>
      <w:r>
        <w:t>The present age is not a negative age.</w:t>
      </w:r>
    </w:p>
    <w:p>
      <w:r>
        <w:rPr>
          <w:b/>
        </w:rPr>
        <w:t xml:space="preserve">[26:13] </w:t>
      </w:r>
      <w:r>
        <w:t>It is not the age of atheism.</w:t>
      </w:r>
    </w:p>
    <w:p>
      <w:pPr>
        <w:jc w:val="right"/>
      </w:pPr>
      <w:r>
        <w:t>It is not the age of atheism.</w:t>
      </w:r>
    </w:p>
    <w:p>
      <w:r>
        <w:rPr>
          <w:b/>
        </w:rPr>
        <w:t xml:space="preserve">[26:18] </w:t>
      </w:r>
      <w:r>
        <w:t>I don't believe that the present age is the age of atheism. No.</w:t>
      </w:r>
    </w:p>
    <w:p>
      <w:pPr>
        <w:jc w:val="right"/>
      </w:pPr>
      <w:r>
        <w:t>I don't believe that the present age is the age of atheism. No.</w:t>
      </w:r>
    </w:p>
    <w:p>
      <w:r>
        <w:rPr>
          <w:b/>
        </w:rPr>
        <w:t xml:space="preserve">[26:23] </w:t>
      </w:r>
      <w:r>
        <w:t>The present age is the age of opportunity.</w:t>
      </w:r>
    </w:p>
    <w:p>
      <w:pPr>
        <w:jc w:val="right"/>
      </w:pPr>
      <w:r>
        <w:t>The present age is the age of opportunity.</w:t>
      </w:r>
    </w:p>
    <w:p>
      <w:r>
        <w:rPr>
          <w:b/>
        </w:rPr>
        <w:t xml:space="preserve">[26:28] </w:t>
      </w:r>
      <w:r>
        <w:t>I don't believe that the present age is the age of atheism, the age of secularism. No.</w:t>
      </w:r>
    </w:p>
    <w:p>
      <w:pPr>
        <w:jc w:val="right"/>
      </w:pPr>
      <w:r>
        <w:t>I don't believe that the present age is the age of atheism, the age of secularism. No.</w:t>
      </w:r>
    </w:p>
    <w:p>
      <w:r>
        <w:rPr>
          <w:b/>
        </w:rPr>
        <w:t xml:space="preserve">[26:33] </w:t>
      </w:r>
      <w:r>
        <w:t>The present age is the age of opportunity. Every</w:t>
      </w:r>
    </w:p>
    <w:p>
      <w:pPr>
        <w:jc w:val="right"/>
      </w:pPr>
      <w:r>
        <w:t>The present age is the age of opportunity. Every</w:t>
      </w:r>
    </w:p>
    <w:p>
      <w:r>
        <w:rPr>
          <w:b/>
        </w:rPr>
        <w:t xml:space="preserve">[26:38] </w:t>
      </w:r>
      <w:r>
        <w:t>opportunity is open for all.</w:t>
      </w:r>
    </w:p>
    <w:p>
      <w:pPr>
        <w:jc w:val="right"/>
      </w:pPr>
      <w:r>
        <w:t>opportunity is open for all.</w:t>
      </w:r>
    </w:p>
    <w:p>
      <w:r>
        <w:rPr>
          <w:b/>
        </w:rPr>
        <w:t xml:space="preserve">[26:46] </w:t>
      </w:r>
      <w:r>
        <w:t>So, don't be angry.</w:t>
      </w:r>
    </w:p>
    <w:p>
      <w:pPr>
        <w:jc w:val="right"/>
      </w:pPr>
      <w:r>
        <w:t>So, don't be angry.</w:t>
      </w:r>
    </w:p>
    <w:p>
      <w:r>
        <w:rPr>
          <w:b/>
        </w:rPr>
        <w:t xml:space="preserve">[26:54] </w:t>
      </w:r>
      <w:r>
        <w:t>Don't think in negative terms.</w:t>
      </w:r>
    </w:p>
    <w:p>
      <w:pPr>
        <w:jc w:val="right"/>
      </w:pPr>
      <w:r>
        <w:t>Don't think in negative terms.</w:t>
      </w:r>
    </w:p>
    <w:p>
      <w:r>
        <w:rPr>
          <w:b/>
        </w:rPr>
        <w:t xml:space="preserve">[27:02] </w:t>
      </w:r>
      <w:r>
        <w:t>But take everything as an opportunity and avail it</w:t>
      </w:r>
    </w:p>
    <w:p>
      <w:pPr>
        <w:jc w:val="right"/>
      </w:pPr>
      <w:r>
        <w:t>But take everything as an opportunity and avail it</w:t>
      </w:r>
    </w:p>
    <w:p>
      <w:r>
        <w:rPr>
          <w:b/>
        </w:rPr>
        <w:t xml:space="preserve">[27:10] </w:t>
      </w:r>
      <w:r>
        <w:t>in favor of the Rabbani civilization.</w:t>
      </w:r>
    </w:p>
    <w:p>
      <w:pPr>
        <w:jc w:val="right"/>
      </w:pPr>
      <w:r>
        <w:t>in favor of the Rabbani civilization.</w:t>
      </w:r>
    </w:p>
    <w:p>
      <w:r>
        <w:rPr>
          <w:b/>
        </w:rPr>
        <w:t xml:space="preserve">[27:16] </w:t>
      </w:r>
      <w:r>
        <w:t>So, I am very hopeful.</w:t>
      </w:r>
    </w:p>
    <w:p>
      <w:pPr>
        <w:jc w:val="right"/>
      </w:pPr>
      <w:r>
        <w:t>So, I am very hopeful.</w:t>
      </w:r>
    </w:p>
    <w:p>
      <w:r>
        <w:rPr>
          <w:b/>
        </w:rPr>
        <w:t xml:space="preserve">[27:23] </w:t>
      </w:r>
      <w:r>
        <w:t>I am an optimist.</w:t>
      </w:r>
    </w:p>
    <w:p>
      <w:pPr>
        <w:jc w:val="right"/>
      </w:pPr>
      <w:r>
        <w:t>I am an optimist.</w:t>
      </w:r>
    </w:p>
    <w:p>
      <w:r>
        <w:rPr>
          <w:b/>
        </w:rPr>
        <w:t xml:space="preserve">[27:29] </w:t>
      </w:r>
      <w:r>
        <w:t>I am not a pessimist.</w:t>
      </w:r>
    </w:p>
    <w:p>
      <w:pPr>
        <w:jc w:val="right"/>
      </w:pPr>
      <w:r>
        <w:t>I am not a pessimist.</w:t>
      </w:r>
    </w:p>
    <w:p>
      <w:r>
        <w:rPr>
          <w:b/>
        </w:rPr>
        <w:t xml:space="preserve">[27:35] </w:t>
      </w:r>
      <w:r>
        <w:t>I am an optimist person</w:t>
      </w:r>
    </w:p>
    <w:p>
      <w:pPr>
        <w:jc w:val="right"/>
      </w:pPr>
      <w:r>
        <w:t>I am an optimist person</w:t>
      </w:r>
    </w:p>
    <w:p>
      <w:r>
        <w:rPr>
          <w:b/>
        </w:rPr>
        <w:t xml:space="preserve">[27:41] </w:t>
      </w:r>
      <w:r>
        <w:t>—</w:t>
      </w:r>
    </w:p>
    <w:p>
      <w:pPr>
        <w:jc w:val="right"/>
      </w:pPr>
      <w:r>
        <w:t>.</w:t>
      </w:r>
    </w:p>
    <w:p>
      <w:r>
        <w:rPr>
          <w:b/>
        </w:rPr>
        <w:t xml:space="preserve">[27:49] </w:t>
      </w:r>
      <w:r>
        <w:t>I believe that no age is against the Rabbani people, Rabbani civilization.</w:t>
      </w:r>
    </w:p>
    <w:p>
      <w:pPr>
        <w:jc w:val="right"/>
      </w:pPr>
      <w:r>
        <w:t>I believe that no age is against the Rabbani people, Rabbani civilization.</w:t>
      </w:r>
    </w:p>
    <w:p>
      <w:r>
        <w:rPr>
          <w:b/>
        </w:rPr>
        <w:t xml:space="preserve">[27:56] </w:t>
      </w:r>
      <w:r>
        <w:t>Every age is pro-Rabbani civilization.</w:t>
      </w:r>
    </w:p>
    <w:p>
      <w:pPr>
        <w:jc w:val="right"/>
      </w:pPr>
      <w:r>
        <w:t>Every age is pro-Rabbani civilization.</w:t>
      </w:r>
    </w:p>
    <w:p>
      <w:r>
        <w:rPr>
          <w:b/>
        </w:rPr>
        <w:t xml:space="preserve">[28:04] </w:t>
      </w:r>
      <w:r>
        <w:t>It is not good for</w:t>
      </w:r>
    </w:p>
    <w:p>
      <w:pPr>
        <w:jc w:val="right"/>
      </w:pPr>
      <w:r>
        <w:t>It is not good for</w:t>
      </w:r>
    </w:p>
    <w:p>
      <w:r>
        <w:rPr>
          <w:b/>
        </w:rPr>
        <w:t xml:space="preserve">[28:11] </w:t>
      </w:r>
      <w:r>
        <w:t>us to become negative.</w:t>
      </w:r>
    </w:p>
    <w:p>
      <w:pPr>
        <w:jc w:val="right"/>
      </w:pPr>
      <w:r>
        <w:t>us to become negative.</w:t>
      </w:r>
    </w:p>
    <w:p>
      <w:r>
        <w:rPr>
          <w:b/>
        </w:rPr>
        <w:t xml:space="preserve">[28:21] </w:t>
      </w:r>
      <w:r>
        <w:t>So, this is by discovery of today.</w:t>
      </w:r>
    </w:p>
    <w:p>
      <w:pPr>
        <w:jc w:val="right"/>
      </w:pPr>
      <w:r>
        <w:t>So, this is by discovery of today.</w:t>
      </w:r>
    </w:p>
    <w:p>
      <w:r>
        <w:rPr>
          <w:b/>
        </w:rPr>
        <w:t xml:space="preserve">[28:31] </w:t>
      </w:r>
      <w:r>
        <w:t>I am hopeful and I believe that the</w:t>
      </w:r>
    </w:p>
    <w:p>
      <w:pPr>
        <w:jc w:val="right"/>
      </w:pPr>
      <w:r>
        <w:t>I am hopeful and I believe that the</w:t>
      </w:r>
    </w:p>
    <w:p>
      <w:r>
        <w:rPr>
          <w:b/>
        </w:rPr>
        <w:t xml:space="preserve">[28:41] </w:t>
      </w:r>
      <w:r>
        <w:t>whole world is our world. All the developments are in our favor. Assalamu Alaikum Warahmatullah.</w:t>
      </w:r>
    </w:p>
    <w:p>
      <w:pPr>
        <w:jc w:val="right"/>
      </w:pPr>
      <w:r>
        <w:t>whole world is our world. All the developments are in our favor. Assalamu Alaikum Warahmatullah.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