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Hajj December 10, 2006</w:t>
      </w:r>
    </w:p>
    <w:p>
      <w:r>
        <w:t>https://youtu.be/ZpChhBy6lvU</w:t>
      </w:r>
    </w:p>
    <w:p>
      <w:r>
        <w:rPr>
          <w:b/>
        </w:rPr>
        <w:t xml:space="preserve">[00:13] </w:t>
      </w:r>
      <w:r>
        <w:t>bismillah hir rahman nir rahim, wasallallahu ala 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aap jante hain ke hajj ka zamana bohat qareeb aa gaya hai, yani January 1 ko</w:t>
      </w:r>
    </w:p>
    <w:p>
      <w:pPr>
        <w:jc w:val="right"/>
      </w:pPr>
      <w:r>
        <w:t>آپ جانتے ہیں کہ حج کا زمانہ بہت قریب آ گیا ہے، یعنی جنوری 1 کو</w:t>
      </w:r>
    </w:p>
    <w:p>
      <w:r>
        <w:rPr>
          <w:b/>
        </w:rPr>
        <w:t xml:space="preserve">[00:50] </w:t>
      </w:r>
      <w:r>
        <w:t>hajj hoga. hajj jo hai woh lunar calendar ke mutabiq hota hai, zulhijjah ke mahine mein. to is saal jo hajj parh raha hai woh Christian calendar ke mutabiq 1 January ko hoga.</w:t>
      </w:r>
    </w:p>
    <w:p>
      <w:pPr>
        <w:jc w:val="right"/>
      </w:pPr>
      <w:r>
        <w:t>حج ہوگا۔ حج جو ہے وہ لیونر کیلنڈر کے مطابق ہوتا ہے، ذوالحجہ کے مہینے میں۔ تو اس سال جو حج پڑھ رہا ہے وہ کرسچن کیلنڈر کے مطابق 1 جنوری کو ہوگا۔</w:t>
      </w:r>
    </w:p>
    <w:p>
      <w:r>
        <w:rPr>
          <w:b/>
        </w:rPr>
        <w:t xml:space="preserve">[01:08] </w:t>
      </w:r>
      <w:r>
        <w:t>to aaj mein hajj ke bare mein kuch kehne ki koshish karunga, inshallah.</w:t>
      </w:r>
    </w:p>
    <w:p>
      <w:pPr>
        <w:jc w:val="right"/>
      </w:pPr>
      <w:r>
        <w:t>تو آج میں حج کے بارے میں کچھ کہنے کی کوشش کروں گا، انشاءاللہ۔</w:t>
      </w:r>
    </w:p>
    <w:p>
      <w:r>
        <w:rPr>
          <w:b/>
        </w:rPr>
        <w:t xml:space="preserve">[01:19] </w:t>
      </w:r>
      <w:r>
        <w:t>dekhiye, pehli baat to yeh hai ke aik bohat hi well-known hadith hai, is mein bataya gaya hai ke Islam ke there are five pillars of Islam, jis ko hum kehte hain arkan e khamsa.</w:t>
      </w:r>
    </w:p>
    <w:p>
      <w:pPr>
        <w:jc w:val="right"/>
      </w:pPr>
      <w:r>
        <w:t>دیکھیے، پہلی بات تو یہ ہے کہ ایک بہت ہی well-known حدیث ہے، اس میں بتایا گیا ہے کہ اسلام کے There are five pillars of Islam، جس کو ہم کہتے ہیں ارکان خمسہ۔</w:t>
      </w:r>
    </w:p>
    <w:p>
      <w:r>
        <w:rPr>
          <w:b/>
        </w:rPr>
        <w:t xml:space="preserve">[01:37] </w:t>
      </w:r>
      <w:r>
        <w:t>to five pillars mein se aik jo hai woh hajj hai. hajj saal mein aik baar hota hai, aur aadmi lifetime mein aik baar agar hajj kar le to is ka farz poora ho jata hai.</w:t>
      </w:r>
    </w:p>
    <w:p>
      <w:pPr>
        <w:jc w:val="right"/>
      </w:pPr>
      <w:r>
        <w:t>تو five pillars میں سے ایک جو ہے وہ حج ہے۔ حج سال میں ایک بار ہوتا ہے، اور آدمی lifetime میں ایک بار اگر حج کر لے تو اس کا فرض پورا ہو جاتا ہے۔</w:t>
      </w:r>
    </w:p>
    <w:p>
      <w:r>
        <w:rPr>
          <w:b/>
        </w:rPr>
        <w:t xml:space="preserve">[01:59] </w:t>
      </w:r>
      <w:r>
        <w:t>to hajj ke bare mein hadith mein aaya hai ke al hajjul mabroor laysa lahu jaza' illa al jannah. hajj mabroor ka badla sirf jannat hai.</w:t>
      </w:r>
    </w:p>
    <w:p>
      <w:pPr>
        <w:jc w:val="right"/>
      </w:pPr>
      <w:r>
        <w:t>تو حج کے بارے میں حدیث میں آیا ہے کہ الحج المبرور ليس له جزاء إلا الجنة حج مبرور کا بدلہ صرف جنت ہے۔</w:t>
      </w:r>
    </w:p>
    <w:p>
      <w:r>
        <w:rPr>
          <w:b/>
        </w:rPr>
        <w:t xml:space="preserve">[02:16] </w:t>
      </w:r>
      <w:r>
        <w:t>hajj mabroor ka matlab hota hai hajj maqbool, yani woh hajj jo Khuda accept kar le.</w:t>
      </w:r>
    </w:p>
    <w:p>
      <w:pPr>
        <w:jc w:val="right"/>
      </w:pPr>
      <w:r>
        <w:t>حج مبرور کا مطلب ہوتا ہے حج مقبول، یعنی وہ حج جو خدا accept کر لے۔</w:t>
      </w:r>
    </w:p>
    <w:p>
      <w:r>
        <w:rPr>
          <w:b/>
        </w:rPr>
        <w:t xml:space="preserve">[02:24] </w:t>
      </w:r>
      <w:r>
        <w:t>Accepted hajj. Accepted hajj ka matlab yeh hai ke woh hajj jo poore spirit ke sath aur sare us ke jo tareeqe hain, us ko follow karte hue theek theek aadmi ada kare.</w:t>
      </w:r>
    </w:p>
    <w:p>
      <w:pPr>
        <w:jc w:val="right"/>
      </w:pPr>
      <w:r>
        <w:t>Accepted حج۔ Accepted حج کا مطلب یہ ہے کہ وہ حج جو پورے spirit کے ساتھ اور سارے اس کے جو طریقے ہیں، اس کو follow کرتے ہوئے ٹھیک ٹھیک آدمی ادا کرے۔</w:t>
      </w:r>
    </w:p>
    <w:p>
      <w:r>
        <w:rPr>
          <w:b/>
        </w:rPr>
        <w:t xml:space="preserve">[02:43] </w:t>
      </w:r>
      <w:r>
        <w:t>Toh aisa hajj jo hai Khuda accept karta hai, is acceptance ka jo reward hai woh hai paradise.</w:t>
      </w:r>
    </w:p>
    <w:p>
      <w:pPr>
        <w:jc w:val="right"/>
      </w:pPr>
      <w:r>
        <w:t>تو ایسا حج جو ہے خدا accept کرتا ہے، اس acceptance کا جو reward ہے وہ ہے paradise۔</w:t>
      </w:r>
    </w:p>
    <w:p>
      <w:r>
        <w:rPr>
          <w:b/>
        </w:rPr>
        <w:t xml:space="preserve">[02:59] </w:t>
      </w:r>
      <w:r>
        <w:t>Toh yeh hai hajj ki</w:t>
      </w:r>
    </w:p>
    <w:p>
      <w:pPr>
        <w:jc w:val="right"/>
      </w:pPr>
      <w:r>
        <w:t>تو یہ ہے حج کی</w:t>
      </w:r>
    </w:p>
    <w:p>
      <w:r>
        <w:rPr>
          <w:b/>
        </w:rPr>
        <w:t xml:space="preserve">[03:05] </w:t>
      </w:r>
      <w:r>
        <w:t>importance.</w:t>
      </w:r>
    </w:p>
    <w:p>
      <w:pPr>
        <w:jc w:val="right"/>
      </w:pPr>
      <w:r>
        <w:t>importance۔</w:t>
      </w:r>
    </w:p>
    <w:p>
      <w:r>
        <w:rPr>
          <w:b/>
        </w:rPr>
        <w:t xml:space="preserve">[03:08] </w:t>
      </w:r>
      <w:r>
        <w:t>Toh hajj ke bare mein phir baat shuru karne se pehle main ek basic baat kehna chahunga, woh yeh hai ke sab se bari ibadat Islam mein shukr hai.</w:t>
      </w:r>
    </w:p>
    <w:p>
      <w:pPr>
        <w:jc w:val="right"/>
      </w:pPr>
      <w:r>
        <w:t>تو حج کے بارے میں پھر بات شروع کرنے سے پہلے میں ایک basic بات کہنا چاہوں گا، وہ یہ ہے کہ سب سے بڑی عبادت اسلام میں شکر ہے۔</w:t>
      </w:r>
    </w:p>
    <w:p>
      <w:r>
        <w:rPr>
          <w:b/>
        </w:rPr>
        <w:t xml:space="preserve">[03:23] </w:t>
      </w:r>
      <w:r>
        <w:t>Shukr ka matlab hota hai God ko acknowledge karna.</w:t>
      </w:r>
    </w:p>
    <w:p>
      <w:pPr>
        <w:jc w:val="right"/>
      </w:pPr>
      <w:r>
        <w:t>شکر کا مطلب ہوتا ہے God کو acknowledge کرنا۔</w:t>
      </w:r>
    </w:p>
    <w:p>
      <w:r>
        <w:rPr>
          <w:b/>
        </w:rPr>
        <w:t xml:space="preserve">[03:31] </w:t>
      </w:r>
      <w:r>
        <w:t>Shukr ke liye bohat acha word English mein nahi hai,</w:t>
      </w:r>
    </w:p>
    <w:p>
      <w:pPr>
        <w:jc w:val="right"/>
      </w:pPr>
      <w:r>
        <w:t>شکر کے لیے بہت اچھا word انگلش میں نہیں ہے،</w:t>
      </w:r>
    </w:p>
    <w:p>
      <w:r>
        <w:rPr>
          <w:b/>
        </w:rPr>
        <w:t xml:space="preserve">[03:35] </w:t>
      </w:r>
      <w:r>
        <w:t>Thanksgiving koi bohat acha word nahi hai shukr ke aitbar se. Toh behal God ke level par, God ki glory ke hisab se is ko acknowledge karna yeh shukr hai,</w:t>
      </w:r>
    </w:p>
    <w:p>
      <w:pPr>
        <w:jc w:val="right"/>
      </w:pPr>
      <w:r>
        <w:t>Thanksgiving کوئی بہت اچھا word نہیں ہے شکر کے اعتبار سے۔ تو بہرحال God کے level پر، God کی glory کے حساب سے اس کو acknowledge کرنا یہ شکر ہے،</w:t>
      </w:r>
    </w:p>
    <w:p>
      <w:r>
        <w:rPr>
          <w:b/>
        </w:rPr>
        <w:t xml:space="preserve">[03:50] </w:t>
      </w:r>
      <w:r>
        <w:t>aur shukr sare hi Islam ki jitni bhi ibadatein hain sab ka crux bhi hai. Aap dekhiye, rozana namaz padhi jati hai paanch time,</w:t>
      </w:r>
    </w:p>
    <w:p>
      <w:pPr>
        <w:jc w:val="right"/>
      </w:pPr>
      <w:r>
        <w:t>اور شکر سارے ہی اسلام کی جتنی بھی عبادتیں ہیں سب کا crux بھی ہے۔ آپ دیکھیے، روزانہ نماز پڑھی جاتی ہے پانچ ٹائم،</w:t>
      </w:r>
    </w:p>
    <w:p>
      <w:r>
        <w:rPr>
          <w:b/>
        </w:rPr>
        <w:t xml:space="preserve">[04:04] </w:t>
      </w:r>
      <w:r>
        <w:t>toh is ko shuru kahan se karte hain? Alhamdulillah Rabbil Alameen</w:t>
      </w:r>
    </w:p>
    <w:p>
      <w:pPr>
        <w:jc w:val="right"/>
      </w:pPr>
      <w:r>
        <w:t>تو اس کو شروع کہاں سے کرتے ہیں؟ الحمد لله رب العالمین</w:t>
      </w:r>
    </w:p>
    <w:p>
      <w:r>
        <w:rPr>
          <w:b/>
        </w:rPr>
        <w:t xml:space="preserve">[04:14] </w:t>
      </w:r>
      <w:r>
        <w:t>mein shukr karta hoon is Khuda ka jo Lord hai sare universe ka. Yehin se namaz shuru hoti hai.</w:t>
      </w:r>
    </w:p>
    <w:p>
      <w:pPr>
        <w:jc w:val="right"/>
      </w:pPr>
      <w:r>
        <w:t>میں شکر کرتا ہوں اس خدا کا جو Lord ہے سارے universe کا۔ یہیں سے نماز شروع ہوتی ہے۔</w:t>
      </w:r>
    </w:p>
    <w:p>
      <w:r>
        <w:rPr>
          <w:b/>
        </w:rPr>
        <w:t xml:space="preserve">[04:24] </w:t>
      </w:r>
      <w:r>
        <w:t>Namaz ki har unit mein sab se pehle yahi kaha jata hai: Alhamdulillah Rabbil Alameen</w:t>
      </w:r>
    </w:p>
    <w:p>
      <w:pPr>
        <w:jc w:val="right"/>
      </w:pPr>
      <w:r>
        <w:t>نماز کی ہر unit میں سب سے پہلے یہی کہا جاتا ہے: الحمد لله رب العالمین</w:t>
      </w:r>
    </w:p>
    <w:p>
      <w:r>
        <w:rPr>
          <w:b/>
        </w:rPr>
        <w:t xml:space="preserve">[04:31] </w:t>
      </w:r>
      <w:r>
        <w:t>Toh jitni bhi ibadatein hain Islam mein, including hajj, un ka jo sab se zyada jo spirit aadmi ke andar aana chahiye woh hai shukr ki spirit.</w:t>
      </w:r>
    </w:p>
    <w:p>
      <w:pPr>
        <w:jc w:val="right"/>
      </w:pPr>
      <w:r>
        <w:t>تو جتنی بھی عبادتیں ہیں اسلام میں، including حج، ان کا جو سب سے زیادہ جو spirit آدمی کے اندر آنا چاہیے وہ ہے شکر کی spirit۔</w:t>
      </w:r>
    </w:p>
    <w:p>
      <w:r>
        <w:rPr>
          <w:b/>
        </w:rPr>
        <w:t xml:space="preserve">[04:45] </w:t>
      </w:r>
      <w:r>
        <w:t>Shukr ka matlab Alhamdulillah kehna nahi hai, koi lip service ki baat nahi hai ke aap keh dein ke shukr hai Khuda ka, Alhamdulillah.</w:t>
      </w:r>
    </w:p>
    <w:p>
      <w:pPr>
        <w:jc w:val="right"/>
      </w:pPr>
      <w:r>
        <w:t>شکر کا مطلب الحمد للہ کہنا نہیں ہے، کوئی lip service کی بات نہیں ہے کہ آپ کہہ دیں کہ شکر ہے خدا کا، الحمد للہ۔</w:t>
      </w:r>
    </w:p>
    <w:p>
      <w:r>
        <w:rPr>
          <w:b/>
        </w:rPr>
        <w:t xml:space="preserve">[04:58] </w:t>
      </w:r>
      <w:r>
        <w:t>Yeh shukr nahi hai.</w:t>
      </w:r>
    </w:p>
    <w:p>
      <w:pPr>
        <w:jc w:val="right"/>
      </w:pPr>
      <w:r>
        <w:t>یہ شکر نہیں ہے۔</w:t>
      </w:r>
    </w:p>
    <w:p>
      <w:r>
        <w:rPr>
          <w:b/>
        </w:rPr>
        <w:t xml:space="preserve">[05:00] </w:t>
      </w:r>
      <w:r>
        <w:t>Main aap se arz karta hoon ke shukr kya cheez hai? Shukr jo hai,</w:t>
      </w:r>
    </w:p>
    <w:p>
      <w:pPr>
        <w:jc w:val="right"/>
      </w:pPr>
      <w:r>
        <w:t>میں آپ سے عرض کرتا ہوں کہ شکر کیا چیز ہے؟ شکر جو ہے،</w:t>
      </w:r>
    </w:p>
    <w:p>
      <w:r>
        <w:rPr>
          <w:b/>
        </w:rPr>
        <w:t xml:space="preserve">[05:09] </w:t>
      </w:r>
      <w:r>
        <w:t>shukr ke liye dekhiye sab se pehle yeh hai ke aap haan mayar kar doon ke hajj mein jo shukr matloob hai woh shayad sab se zyada hai.</w:t>
      </w:r>
    </w:p>
    <w:p>
      <w:pPr>
        <w:jc w:val="right"/>
      </w:pPr>
      <w:r>
        <w:t>شکر کے لیے دیکھیے سب سے پہلے یہ ہے کہ آپ ہاں معیار کر دوں کہ حج میں جو شکر مطلوب ہے وہ شاید سب سے زیادہ ہے۔</w:t>
      </w:r>
    </w:p>
    <w:p>
      <w:r>
        <w:rPr>
          <w:b/>
        </w:rPr>
        <w:t xml:space="preserve">[05:20] </w:t>
      </w:r>
      <w:r>
        <w:t>Kyun? Jo doosri ibadatein hain woh local ibadatein hain,</w:t>
      </w:r>
    </w:p>
    <w:p>
      <w:pPr>
        <w:jc w:val="right"/>
      </w:pPr>
      <w:r>
        <w:t>کیوں؟ جو دوسری عبادتیں ہیں وہ local عبادتیں ہیں،</w:t>
      </w:r>
    </w:p>
    <w:p>
      <w:r>
        <w:rPr>
          <w:b/>
        </w:rPr>
        <w:t xml:space="preserve">[05:26] </w:t>
      </w:r>
      <w:r>
        <w:t>jahan aap hain wohin aap ne is ibadat ko kar liya. Masalan namaz hai, roza hai, zakat hai, toh shahadat hai, jahan aap hain wohin aap ne is ibadat ko kar liya.</w:t>
      </w:r>
    </w:p>
    <w:p>
      <w:pPr>
        <w:jc w:val="right"/>
      </w:pPr>
      <w:r>
        <w:t>جہاں آپ ہیں وہیں آپ نے اس عبادت کو کر لیا۔ مثلاً نماز ہے، روزہ ہے، زکوٰۃ ہے، تو شہادت ہے، جہاں آپ ہیں وہیں آپ نے اس عبادت کو کر لیا۔</w:t>
      </w:r>
    </w:p>
    <w:p>
      <w:r>
        <w:rPr>
          <w:b/>
        </w:rPr>
        <w:t xml:space="preserve">[05:43] </w:t>
      </w:r>
      <w:r>
        <w:t>Hajj mein aap ko safar karna padta hai, bohat bara, bohat bari journey.</w:t>
      </w:r>
    </w:p>
    <w:p>
      <w:pPr>
        <w:jc w:val="right"/>
      </w:pPr>
      <w:r>
        <w:t>حج میں آپ کو سفر کرنا پڑتا ہے، بہت بڑا، بہت بڑی journey۔</w:t>
      </w:r>
    </w:p>
    <w:p>
      <w:r>
        <w:rPr>
          <w:b/>
        </w:rPr>
        <w:t xml:space="preserve">[05:51] </w:t>
      </w:r>
      <w:r>
        <w:t>Aap globe ke different part mein ho sakte hain, aur wahan se aap chalte hain toh land aur sea ke kitne aate hain raaste mein, woh sab aap is ko tay karte hue aap Makkah pahunchte hain.</w:t>
      </w:r>
    </w:p>
    <w:p>
      <w:pPr>
        <w:jc w:val="right"/>
      </w:pPr>
      <w:r>
        <w:t>آپ globe کے different part میں ہو سکتے ہیں، اور وہاں سے آپ چلتے ہیں تو land اور sea کے کتنے آتے ہیں راستے میں، وہ سب آپ اس کو طے کرتے ہوئے آپ مکہ پہنچتے ہیں۔</w:t>
      </w:r>
    </w:p>
    <w:p>
      <w:r>
        <w:rPr>
          <w:b/>
        </w:rPr>
        <w:t xml:space="preserve">[06:07] </w:t>
      </w:r>
      <w:r>
        <w:t>Toh aap jante hain ke safar mein aadmi ko bohat different type ke events pesh aate hain, different types ke experience hote hain aadmi ko.</w:t>
      </w:r>
    </w:p>
    <w:p>
      <w:pPr>
        <w:jc w:val="right"/>
      </w:pPr>
      <w:r>
        <w:t>تو آپ جانتے ہیں کہ سفر میں آدمی کو بہت different type کے events پیش آتے ہیں، different types کے experience ہوتے ہیں آدمی کو۔</w:t>
      </w:r>
    </w:p>
    <w:p>
      <w:r>
        <w:rPr>
          <w:b/>
        </w:rPr>
        <w:t xml:space="preserve">[06:20] </w:t>
      </w:r>
      <w:r>
        <w:t>Toh is wajah se safar mein aadmi ko sab se zyada moqa hota hai shukr karne ka, kyun ke different events se woh relate karke soch sakta hai, aur different type ke experience ke beech mein us ke andar shukr ki spirit jaagti hai.</w:t>
      </w:r>
    </w:p>
    <w:p>
      <w:pPr>
        <w:jc w:val="right"/>
      </w:pPr>
      <w:r>
        <w:t>تو اس وجہ سے سفر میں آدمی کو سب سے زیادہ موقع ہوتا ہے شکر کرنے کا، کیوں کہ different events سے وہ relate کرکے سوچ سکتا ہے، اور different type کے experience کے بیچ میں اس کے اندر شکر کی spirit جاگتی ہے۔</w:t>
      </w:r>
    </w:p>
    <w:p>
      <w:r>
        <w:rPr>
          <w:b/>
        </w:rPr>
        <w:t xml:space="preserve">[06:40] </w:t>
      </w:r>
      <w:r>
        <w:t>Kyun ke shukr asal mein events se relate karke jo spirit aati hai usi ka naam shukr hai. Shukr vacuum mein nahi hota hai.</w:t>
      </w:r>
    </w:p>
    <w:p>
      <w:pPr>
        <w:jc w:val="right"/>
      </w:pPr>
      <w:r>
        <w:t>کیوں کہ شکر اصل میں events سے relate کرکے جو spirit آتی ہے اسی کا نام شکر ہے۔ شکر ویکوپ میں نہیں ہوتا ہے۔</w:t>
      </w:r>
    </w:p>
    <w:p>
      <w:r>
        <w:rPr>
          <w:b/>
        </w:rPr>
        <w:t xml:space="preserve">[06:49] </w:t>
      </w:r>
      <w:r>
        <w:t>Toh aap sochiye ke international safar karta hai haji toh kitne sare events pesh aayenge us ko, kitne sare experience honge us ko.</w:t>
      </w:r>
    </w:p>
    <w:p>
      <w:pPr>
        <w:jc w:val="right"/>
      </w:pPr>
      <w:r>
        <w:t>تو آپ سوچیے کہ international سفر کرتا ہے حاجی تو کتنے سارے events پیش آئیں گے اس کو، کتنے سارے experience ہوں گے اس کو۔</w:t>
      </w:r>
    </w:p>
    <w:p>
      <w:r>
        <w:rPr>
          <w:b/>
        </w:rPr>
        <w:t xml:space="preserve">[07:01] </w:t>
      </w:r>
      <w:r>
        <w:t>is ke beech mein woh sochega, to sam karega, Khuda ko yaad karega. to aap sochiye ke kitna bara shukr is ke andar aayega.</w:t>
      </w:r>
    </w:p>
    <w:p>
      <w:pPr>
        <w:jc w:val="right"/>
      </w:pPr>
      <w:r>
        <w:t>اس کے بیچ میں وہ سوچے گا، توسم کرے گا، خدا کو یاد کرے گا۔ تو آپ سوچیے کہ کتنا بڑا شکر اس کے اندر آئے گا۔</w:t>
      </w:r>
    </w:p>
    <w:p>
      <w:r>
        <w:rPr>
          <w:b/>
        </w:rPr>
        <w:t xml:space="preserve">[07:13] </w:t>
      </w:r>
      <w:r>
        <w:t>to</w:t>
      </w:r>
    </w:p>
    <w:p>
      <w:pPr>
        <w:jc w:val="right"/>
      </w:pPr>
      <w:r>
        <w:t>تو</w:t>
      </w:r>
    </w:p>
    <w:p>
      <w:r>
        <w:rPr>
          <w:b/>
        </w:rPr>
        <w:t xml:space="preserve">[07:14] </w:t>
      </w:r>
      <w:r>
        <w:t>mein agar kahoon to shayad galat nahi hoga ke haj jo hai aadmi ke andar super shukr paida karne ka ek maddiyah hai, ek zariye hai.</w:t>
      </w:r>
    </w:p>
    <w:p>
      <w:pPr>
        <w:jc w:val="right"/>
      </w:pPr>
      <w:r>
        <w:t>میں اگر کہوں تو شاید غلط نہیں ہوگا کہ حج جو ہے آدمی کے اندر سپر شکر پیدا کرنے کا ایک مادّیہ ہے، ایک ذریعہ ہے۔</w:t>
      </w:r>
    </w:p>
    <w:p>
      <w:r>
        <w:rPr>
          <w:b/>
        </w:rPr>
        <w:t xml:space="preserve">[07:26] </w:t>
      </w:r>
      <w:r>
        <w:t>lekin shukr kya hai? shukr koi saada cheez nahi hai. aap ko apne zehn ko universally, universal level par activate karna parta hai.</w:t>
      </w:r>
    </w:p>
    <w:p>
      <w:pPr>
        <w:jc w:val="right"/>
      </w:pPr>
      <w:r>
        <w:t>لیکن شکر کیا ہے؟ شکر کوئی سادہ چیز نہیں ہے۔ آپ کو اپنے ذہن کو universally، universal level پر activate کرنا پڑتا ہے۔</w:t>
      </w:r>
    </w:p>
    <w:p>
      <w:r>
        <w:rPr>
          <w:b/>
        </w:rPr>
        <w:t xml:space="preserve">[07:39] </w:t>
      </w:r>
      <w:r>
        <w:t>shukr jo hai kya hai?</w:t>
      </w:r>
    </w:p>
    <w:p>
      <w:pPr>
        <w:jc w:val="right"/>
      </w:pPr>
      <w:r>
        <w:t>شکر جو ہے کیا ہے؟</w:t>
      </w:r>
    </w:p>
    <w:p>
      <w:r>
        <w:rPr>
          <w:b/>
        </w:rPr>
        <w:t xml:space="preserve">[07:42] </w:t>
      </w:r>
      <w:r>
        <w:t>ek radd-e-amal hai. jab aap apne zehn ko bohat activate karte hain tab aap shukr kar paate hain.</w:t>
      </w:r>
    </w:p>
    <w:p>
      <w:pPr>
        <w:jc w:val="right"/>
      </w:pPr>
      <w:r>
        <w:t>ایک ردِعمل ہے۔ جب آپ اپنے ذہن کو بہت activate کرتے ہیں تب آپ شکر کر پاتے ہیں۔</w:t>
      </w:r>
    </w:p>
    <w:p>
      <w:r>
        <w:rPr>
          <w:b/>
        </w:rPr>
        <w:t xml:space="preserve">[07:51] </w:t>
      </w:r>
      <w:r>
        <w:t>aise shukr nahi ho sakta hai. mein aap ko misaal deta hoon kal ka ke shukr kya hai? dekhiye, yeh mere haath mein kal ka Times of India hai, yaani December 9 ka.</w:t>
      </w:r>
    </w:p>
    <w:p>
      <w:pPr>
        <w:jc w:val="right"/>
      </w:pPr>
      <w:r>
        <w:t>ایسے شکر نہیں ہو سکتا ہے۔ میں آپ کو مثال دیتا ہوں کل کا کہ شکر کیا ہے؟ دیکھیے، یہ میرے ہاتھ میں کل کا ٹائمز آف انڈیا ہے، یعنی دسمبر 9 کا۔</w:t>
      </w:r>
    </w:p>
    <w:p>
      <w:r>
        <w:rPr>
          <w:b/>
        </w:rPr>
        <w:t xml:space="preserve">[08:10] </w:t>
      </w:r>
      <w:r>
        <w:t>to kal kya hua ke kal subah mein mere paas ek telephone aaya Priya Malik ka.</w:t>
      </w:r>
    </w:p>
    <w:p>
      <w:pPr>
        <w:jc w:val="right"/>
      </w:pPr>
      <w:r>
        <w:t>تو کل کیا ہوا کہ کل صبح میں میرے پاس ایک ٹیلفون آیا پریا ملک کا۔</w:t>
      </w:r>
    </w:p>
    <w:p>
      <w:r>
        <w:rPr>
          <w:b/>
        </w:rPr>
        <w:t xml:space="preserve">[08:19] </w:t>
      </w:r>
      <w:r>
        <w:t>kal subah</w:t>
      </w:r>
    </w:p>
    <w:p>
      <w:pPr>
        <w:jc w:val="right"/>
      </w:pPr>
      <w:r>
        <w:t>کل صبح</w:t>
      </w:r>
    </w:p>
    <w:p>
      <w:r>
        <w:rPr>
          <w:b/>
        </w:rPr>
        <w:t xml:space="preserve">[08:22] </w:t>
      </w:r>
      <w:r>
        <w:t>Priya Malik ne bataya ke aaj ke Times of India mein, yaani December 9 mein ek khabar hai ke woh khabar yeh hai ke ek Russian afsar jo KGB ka afsar tha, ex afsar, abhi reh raha tha woh London mein.</w:t>
      </w:r>
    </w:p>
    <w:p>
      <w:pPr>
        <w:jc w:val="right"/>
      </w:pPr>
      <w:r>
        <w:t>پریا ملک نے بتایا کہ آج کے ٹائمز آف انڈیا میں، یعنی دسمبر 9 میں ایک خبر ہے کہ وہ خبر یہ ہے کہ ایک روسی افسر جو کے جی بی کا افسر تھا، ایکس افسر، ابھی رہ رہا تھا وہ لندن میں۔</w:t>
      </w:r>
    </w:p>
    <w:p>
      <w:r>
        <w:rPr>
          <w:b/>
        </w:rPr>
        <w:t xml:space="preserve">[08:44] </w:t>
      </w:r>
      <w:r>
        <w:t>is ka naam hai Alexander Litvinenko.</w:t>
      </w:r>
    </w:p>
    <w:p>
      <w:pPr>
        <w:jc w:val="right"/>
      </w:pPr>
      <w:r>
        <w:t>اس کا نام ہے الیگزینڈر لٹوین اینکو۔</w:t>
      </w:r>
    </w:p>
    <w:p>
      <w:r>
        <w:rPr>
          <w:b/>
        </w:rPr>
        <w:t xml:space="preserve">[08:52] </w:t>
      </w:r>
      <w:r>
        <w:t>Alexander Litvinenko yeh reh raha tha London mein, abhi woh chalis teen ka tha woh, yaani naujawan keh sakte hain aap is ko.</w:t>
      </w:r>
    </w:p>
    <w:p>
      <w:pPr>
        <w:jc w:val="right"/>
      </w:pPr>
      <w:r>
        <w:t>الیگزینڈر لٹوین اینکو یہ رہ رہا تھا لندن میں، ابھی وہ چالیس تین کا تھا وہ، یعنی نوجوان کہہ سکتے ہیں آپ اس کو۔</w:t>
      </w:r>
    </w:p>
    <w:p>
      <w:r>
        <w:rPr>
          <w:b/>
        </w:rPr>
        <w:t xml:space="preserve">[09:07] </w:t>
      </w:r>
      <w:r>
        <w:t>to is ke baray mein kal ke Times of India mein khabar hai ke is ne Islam qabool kar liya. yeh kal subah mein Priya Malik ne mujhe bataya.</w:t>
      </w:r>
    </w:p>
    <w:p>
      <w:pPr>
        <w:jc w:val="right"/>
      </w:pPr>
      <w:r>
        <w:t>تو اس کے بارے میں کل کے ٹائمز آف انڈیا میں خبر ہے کہ اس نے اسلام قبول کر لیا۔ یہ کل صبح میں پریا ملک نے مجھے بتایا۔</w:t>
      </w:r>
    </w:p>
    <w:p>
      <w:r>
        <w:rPr>
          <w:b/>
        </w:rPr>
        <w:t xml:space="preserve">[09:18] </w:t>
      </w:r>
      <w:r>
        <w:t>ab mein chahta tha ke is ki tafseel janoon, kyun ke Times of India mein bohat hi mukhtasir mein yeh khabar aayi hai. aap kal ke Times of India mein safha 30 par dekh sakte hain is ko.</w:t>
      </w:r>
    </w:p>
    <w:p>
      <w:pPr>
        <w:jc w:val="right"/>
      </w:pPr>
      <w:r>
        <w:t>اب میں چاہتا تھا کہ اس کی تفصیل جانوں، کیوں کہ ٹائمز آف انڈیا میں بہت ہی مختصر میں یہ خبر آئی ہے۔ آپ کل کے ٹائمز آف انڈیا میں صفحہ 30 پر دیکھ سکتے ہیں اس کو۔</w:t>
      </w:r>
    </w:p>
    <w:p>
      <w:r>
        <w:rPr>
          <w:b/>
        </w:rPr>
        <w:t xml:space="preserve">[09:32] </w:t>
      </w:r>
      <w:r>
        <w:t>30. yeh mere haath mein woh parcha hai. to phir mein ne kya kiya ke mein ne telephone par baat ki Mr. Khalid Ansari se.</w:t>
      </w:r>
    </w:p>
    <w:p>
      <w:pPr>
        <w:jc w:val="right"/>
      </w:pPr>
      <w:r>
        <w:t>30۔ یہ میرے ہاتھ میں وہ پرچہ ہے۔ تو پھر میں نے کیا کیا کہ میں نے ٹیلفون پر بات کی مسٹر خالد انصاری سے۔</w:t>
      </w:r>
    </w:p>
    <w:p>
      <w:r>
        <w:rPr>
          <w:b/>
        </w:rPr>
        <w:t xml:space="preserve">[09:44] </w:t>
      </w:r>
      <w:r>
        <w:t>Mr. Khalid se mein ne kaha ke aap internet mein, internet se is khabar ko nikaliye aur mujhe tafseel bataiye. to Mr. Khalid ne internet par talash kiya aur is ki khabar nikali aur mujhe telephone par bataya unhon ne aur parh ke sunaya.</w:t>
      </w:r>
    </w:p>
    <w:p>
      <w:pPr>
        <w:jc w:val="right"/>
      </w:pPr>
      <w:r>
        <w:t>مسٹر خالد سے میں نے کہا کہ آپ انٹرنیٹ میں، انٹرنیٹ سے اس خبر کو نکالیئے اور مجھے تفصیل بتائیئے۔ تو مسٹر خالد نے انٹرنیٹ پر تلاش کیا اور اس کی خبر نکالی اور مجھے ٹیلفون پر بتایا انہوں نے اور پڑھ کے سنایا۔</w:t>
      </w:r>
    </w:p>
    <w:p>
      <w:r>
        <w:rPr>
          <w:b/>
        </w:rPr>
        <w:t xml:space="preserve">[10:05] </w:t>
      </w:r>
      <w:r>
        <w:t>to mein ne kaha ke mujhe is ki tehreer chahiye is ka.</w:t>
      </w:r>
    </w:p>
    <w:p>
      <w:pPr>
        <w:jc w:val="right"/>
      </w:pPr>
      <w:r>
        <w:t>تو میں نے کہا کہ مجھے اس کی تحریر چاہیے اس کا۔</w:t>
      </w:r>
    </w:p>
    <w:p>
      <w:r>
        <w:rPr>
          <w:b/>
        </w:rPr>
        <w:t xml:space="preserve">[10:09] </w:t>
      </w:r>
      <w:r>
        <w:t>to mein ne kaha ke aap aisa kijiye ke Saadia ko, jo hamari poti hai, ke Saadia ko aap bata dijiye is ka number, code number jo bhi kaha jata ho mujhe nahi maloom.</w:t>
      </w:r>
    </w:p>
    <w:p>
      <w:pPr>
        <w:jc w:val="right"/>
      </w:pPr>
      <w:r>
        <w:t>تو میں نے کہا کہ آپ ایسا کیجیے کہ سعدیہ کو، جو ہماری پوتی ہے، کہ سعدیہ کو آپ بتا دیجیے اس کا نمبر، کوڈ نمبر جو بھی کہا جاتا ہو مجھے نہیں معلوم۔</w:t>
      </w:r>
    </w:p>
    <w:p>
      <w:r>
        <w:rPr>
          <w:b/>
        </w:rPr>
        <w:t xml:space="preserve">[10:25] </w:t>
      </w:r>
      <w:r>
        <w:t>to woh number bata dijiye taake woh internet se nikaal saken.</w:t>
      </w:r>
    </w:p>
    <w:p>
      <w:pPr>
        <w:jc w:val="right"/>
      </w:pPr>
      <w:r>
        <w:t>تو وہ نمبر بتا دیجیے تاکہ وہ انٹرنیٹ سے نکال سکیں۔</w:t>
      </w:r>
    </w:p>
    <w:p>
      <w:r>
        <w:rPr>
          <w:b/>
        </w:rPr>
        <w:t xml:space="preserve">[10:30] </w:t>
      </w:r>
      <w:r>
        <w:t>to unhon ne Saadia ko bataya aur Saadia ne khud internet par ja kar ke is khabar ko nikala aur yeh do safhaat ki khabar unhon ne di mujhe.</w:t>
      </w:r>
    </w:p>
    <w:p>
      <w:pPr>
        <w:jc w:val="right"/>
      </w:pPr>
      <w:r>
        <w:t>تو انہوں نے سعدیہ کو بتایا اور سعدیہ نے خود انٹرنیٹ پر جا کر کے اس خبر کو نکالا اور یہ دو صفحات کی خبر انہوں نے دی مجھے۔</w:t>
      </w:r>
    </w:p>
    <w:p>
      <w:r>
        <w:rPr>
          <w:b/>
        </w:rPr>
        <w:t xml:space="preserve">[10:44] </w:t>
      </w:r>
      <w:r>
        <w:t>do safhaat ki khabar, jis mein isi thori tafseel ke sath hai ke Alexander Litvinenko, jo KGB ka ex afsar tha, kaise is ne Islam qabool kiya.</w:t>
      </w:r>
    </w:p>
    <w:p>
      <w:pPr>
        <w:jc w:val="right"/>
      </w:pPr>
      <w:r>
        <w:t>دو صفحات کی خبر، جس میں اسی تھوڑی تفصیل کے ساتھ ہے کہ الیگزینڈر لٹوین اینکو، جو کے جی بی کا ایکس افسر تھا، کیسے اس نے اسلام قبول کیا۔</w:t>
      </w:r>
    </w:p>
    <w:p>
      <w:r>
        <w:rPr>
          <w:b/>
        </w:rPr>
        <w:t xml:space="preserve">[11:00] </w:t>
      </w:r>
      <w:r>
        <w:t>jis se maloom hua ke is ne Quran parh kar Islam qabool kiya.</w:t>
      </w:r>
    </w:p>
    <w:p>
      <w:pPr>
        <w:jc w:val="right"/>
      </w:pPr>
      <w:r>
        <w:t>جس سے معلوم ہوا کہ اس نے قرآن پڑھ کر اسلام قبول کیا۔</w:t>
      </w:r>
    </w:p>
    <w:p>
      <w:r>
        <w:rPr>
          <w:b/>
        </w:rPr>
        <w:t xml:space="preserve">[11:05] </w:t>
      </w:r>
      <w:r>
        <w:t>ittifaqi tor par nahi tha, woh Quran parha is ne to is ke baad is ne Islam qabool kiya. ab yeh dekhiye yeh hai ek event kal ka.</w:t>
      </w:r>
    </w:p>
    <w:p>
      <w:pPr>
        <w:jc w:val="right"/>
      </w:pPr>
      <w:r>
        <w:t>اتفاقی طور پر نہیں تھا، وہ قرآن پڑھا اس نے تو اس کے بعد اس نے اسلام قبول کیا۔ اب یہ دیکھیے یہ ہے ایک ایونٹ کل کا۔</w:t>
      </w:r>
    </w:p>
    <w:p>
      <w:r>
        <w:rPr>
          <w:b/>
        </w:rPr>
        <w:t xml:space="preserve">[11:15] </w:t>
      </w:r>
      <w:r>
        <w:t>ab mein ne, mera zehn jo hai bilkul is mein ek sitara aa gaya.</w:t>
      </w:r>
    </w:p>
    <w:p>
      <w:pPr>
        <w:jc w:val="right"/>
      </w:pPr>
      <w:r>
        <w:t>اب میں نے، میرا ذہن جو ہے بالکل اس میں ایک ستارہ آگیا۔</w:t>
      </w:r>
    </w:p>
    <w:p>
      <w:r>
        <w:rPr>
          <w:b/>
        </w:rPr>
        <w:t xml:space="preserve">[11:22] </w:t>
      </w:r>
      <w:r>
        <w:t>dimaghi sitara paida hua mere zehn mein. mein ne socha ke aisa kaise mumkin hua</w:t>
      </w:r>
    </w:p>
    <w:p>
      <w:pPr>
        <w:jc w:val="right"/>
      </w:pPr>
      <w:r>
        <w:t>دماغی ستارہ پیدا ہوا میرے ذہن میں۔ میں نے سوچا کہ ایسا کیسے ممکن ہوا</w:t>
      </w:r>
    </w:p>
    <w:p>
      <w:r>
        <w:rPr>
          <w:b/>
        </w:rPr>
        <w:t xml:space="preserve">[11:27] </w:t>
      </w:r>
      <w:r>
        <w:t>keh mein kursi par baithe hue chand minute ke andar aik paisa bhi mein ne kharch nahi kiya aur yeh sari tafseel mere samne aa gayi.</w:t>
      </w:r>
    </w:p>
    <w:p>
      <w:pPr>
        <w:jc w:val="right"/>
      </w:pPr>
      <w:r>
        <w:t>کہ میں کرسی پر بیٹھے ہوئے چند منٹ کے اندر ایک پیسہ بھی میں نے خرچ نہیں کیا اور یہ ساری تفصیل میرے سامنے آگئی۔</w:t>
      </w:r>
    </w:p>
    <w:p>
      <w:r>
        <w:rPr>
          <w:b/>
        </w:rPr>
        <w:t xml:space="preserve">[11:38] </w:t>
      </w:r>
      <w:r>
        <w:t>to maloom hua keh yeh hai moajza jadeed mowaasilaat ka. jadeed mowaasilaat</w:t>
      </w:r>
    </w:p>
    <w:p>
      <w:pPr>
        <w:jc w:val="right"/>
      </w:pPr>
      <w:r>
        <w:t>تو معلوم ہوا کہ یہ ہے معجزہ جدید مواصلات کا۔ جدید مواصلات</w:t>
      </w:r>
    </w:p>
    <w:p>
      <w:r>
        <w:rPr>
          <w:b/>
        </w:rPr>
        <w:t xml:space="preserve">[11:48] </w:t>
      </w:r>
      <w:r>
        <w:t>aap jante hain keh zamane mein telephone banaya gaya aur computer banaya gaya, internet banaya gaya aur jis ko kehte hain google banaya gaya, is mein search engine hota hai, itni sari cheezein aur satellite hota hai khala mein jis se woh connected hoti hain yeh sari cheezein.</w:t>
      </w:r>
    </w:p>
    <w:p>
      <w:pPr>
        <w:jc w:val="right"/>
      </w:pPr>
      <w:r>
        <w:t>۔ آپ جانتے ہیں کہ زمانے میں ٹیلفون بنایا گیا اور کمپیوٹر بنایا گیا، انٹرنیٹ بنایا گیا اور جس کو کہتے ہیں گوگل بنایا گیا، اس میں سرچ انجن ہوتا ہے، اتنی ساری چیزیں اور سیٹلائٹ ہوتا ہے خلا میں جس سے وہ کنیکٹڈ ہوتی ہیں یہ ساری چیزیں۔</w:t>
      </w:r>
    </w:p>
    <w:p>
      <w:r>
        <w:rPr>
          <w:b/>
        </w:rPr>
        <w:t xml:space="preserve">[12:11] </w:t>
      </w:r>
      <w:r>
        <w:t>ab mein ne socha keh agar mein khud apne bill par chahoon keh sara infrastructure banaoon, sara yeh jo network hai is ko banaoon aur apne bill par mein is khabar ko janoon to kai billion dollar bhi is ke liye kafi nahi honge.</w:t>
      </w:r>
    </w:p>
    <w:p>
      <w:pPr>
        <w:jc w:val="right"/>
      </w:pPr>
      <w:r>
        <w:t>اب میں نے سوچا کہ اگر میں خود اپنے بل پر چاہوں کہ سارا انفراسٹرکچر بناؤں، سارا یہ جو نیٹ ورک ہے اس کو بناؤں اور اپنے بل پر میں اس خبر کو جانوں تو کئی بلین ڈالر بھی اس کے لیے کافی نہیں ہوں گے۔</w:t>
      </w:r>
    </w:p>
    <w:p>
      <w:r>
        <w:rPr>
          <w:b/>
        </w:rPr>
        <w:t xml:space="preserve">[12:33] </w:t>
      </w:r>
      <w:r>
        <w:t>aur banate banate itna waqt laga hai keh mein mar bhi jaon ga mein.</w:t>
      </w:r>
    </w:p>
    <w:p>
      <w:pPr>
        <w:jc w:val="right"/>
      </w:pPr>
      <w:r>
        <w:t>اور بناتے بناتے اتنا وقت لگا ہے کہ میں مر بھی جاؤں گا میں۔</w:t>
      </w:r>
    </w:p>
    <w:p>
      <w:r>
        <w:rPr>
          <w:b/>
        </w:rPr>
        <w:t xml:space="preserve">[12:38] </w:t>
      </w:r>
      <w:r>
        <w:t>ab itna bara system jis ko mein apne bill par bana hi nahi sakta, koi mujhe so billion dollar de de to ab bhi banana shuru karoon ga to bante bante bante waqt lage ga, phir to mar chuka hoon ga mein.</w:t>
      </w:r>
    </w:p>
    <w:p>
      <w:pPr>
        <w:jc w:val="right"/>
      </w:pPr>
      <w:r>
        <w:t>اب اتنا بڑا سسٹم جس کو میں اپنے بل پر بنا ہی نہیں سکتا، کوئی مجھے سو بلین ڈالر دے دے تو اب بھی بنانا شروع کروں گا تو بنتے بنتے بنتے وقت لگے گا، پھر تو مر چکا ہوں گا میں۔</w:t>
      </w:r>
    </w:p>
    <w:p>
      <w:r>
        <w:rPr>
          <w:b/>
        </w:rPr>
        <w:t xml:space="preserve">[12:54] </w:t>
      </w:r>
      <w:r>
        <w:t>to Khuda ne kitne sare logon ke dil mein dala</w:t>
      </w:r>
    </w:p>
    <w:p>
      <w:pPr>
        <w:jc w:val="right"/>
      </w:pPr>
      <w:r>
        <w:t>تو خدا نے کتنے سارے لوگوں کے دل میں ڈالا</w:t>
      </w:r>
    </w:p>
    <w:p>
      <w:r>
        <w:rPr>
          <w:b/>
        </w:rPr>
        <w:t xml:space="preserve">[13:00] </w:t>
      </w:r>
      <w:r>
        <w:t>keh aisa network banayein dunya mein</w:t>
      </w:r>
    </w:p>
    <w:p>
      <w:pPr>
        <w:jc w:val="right"/>
      </w:pPr>
      <w:r>
        <w:t>کہ ایسا نیٹ ورک بنائیں دنیا میں</w:t>
      </w:r>
    </w:p>
    <w:p>
      <w:r>
        <w:rPr>
          <w:b/>
        </w:rPr>
        <w:t xml:space="preserve">[13:03] </w:t>
      </w:r>
      <w:r>
        <w:t>jis mein telephone ho, jis mein internet ho, jis mein google ho, jis mein search engine ho aur phir kitni sari team hogi jo sari dunya ki khabar ko le kar is mein feed karti hogi.</w:t>
      </w:r>
    </w:p>
    <w:p>
      <w:pPr>
        <w:jc w:val="right"/>
      </w:pPr>
      <w:r>
        <w:t>جس میں ٹیلفون ہو، جس میں انٹرنیٹ ہو، جس میں گوگل ہو، جس میں سرچ انجن ہو اور پھر کتنی ساری ٹیم ہوگی جو ساری دنیا کی خبر کو لے لے کر اس میں فیڈ کرتی ہوگی۔</w:t>
      </w:r>
    </w:p>
    <w:p>
      <w:r>
        <w:rPr>
          <w:b/>
        </w:rPr>
        <w:t xml:space="preserve">[13:18] </w:t>
      </w:r>
      <w:r>
        <w:t>yani jab internet par nikali gayi yeh khabar to bohat sare zehan kaam karte honge jinhone is khabar ko le kar feed kiya hoga.</w:t>
      </w:r>
    </w:p>
    <w:p>
      <w:pPr>
        <w:jc w:val="right"/>
      </w:pPr>
      <w:r>
        <w:t>یعنی جب انٹرنیٹ پر نکالی گئی یہ خبر تو بہت سارے ذہن کام کرتے ہوں گے جنہوں نے اس خبر کو لے کر فیڈ کیا ہوگا۔</w:t>
      </w:r>
    </w:p>
    <w:p>
      <w:r>
        <w:rPr>
          <w:b/>
        </w:rPr>
        <w:t xml:space="preserve">[13:28] </w:t>
      </w:r>
      <w:r>
        <w:t>ab mera dil jo hai</w:t>
      </w:r>
    </w:p>
    <w:p>
      <w:pPr>
        <w:jc w:val="right"/>
      </w:pPr>
      <w:r>
        <w:t>اب میرا دل جو ہے</w:t>
      </w:r>
    </w:p>
    <w:p>
      <w:r>
        <w:rPr>
          <w:b/>
        </w:rPr>
        <w:t xml:space="preserve">[13:34] </w:t>
      </w:r>
      <w:r>
        <w:t>aik shukr ka sitara aa gaya mere dil mein keh kaisa ajeeb hai yeh mamla keh aik ajez insan, mein apne ko dunya ka sab se zyada ajez insan samajhta hoon,</w:t>
      </w:r>
    </w:p>
    <w:p>
      <w:pPr>
        <w:jc w:val="right"/>
      </w:pPr>
      <w:r>
        <w:t>ایک شکر کا ستارہ آگیا میرے دل میں کہ کیسا عجیب ہے یہ معاملہ کہ ایک عاجز انسان، میں اپنے کو دنیا کا سب سے زیادہ عاجز انسان سمجھتا ہوں،</w:t>
      </w:r>
    </w:p>
    <w:p>
      <w:r>
        <w:rPr>
          <w:b/>
        </w:rPr>
        <w:t xml:space="preserve">[13:50] </w:t>
      </w:r>
      <w:r>
        <w:t>is tarah se minute ke andar aik khabar ko hasil kar sake.</w:t>
      </w:r>
    </w:p>
    <w:p>
      <w:pPr>
        <w:jc w:val="right"/>
      </w:pPr>
      <w:r>
        <w:t>اس طرح سے منٹوں کے اندر ایک خبر کو حاصل کر سکے۔</w:t>
      </w:r>
    </w:p>
    <w:p>
      <w:r>
        <w:rPr>
          <w:b/>
        </w:rPr>
        <w:t xml:space="preserve">[13:58] </w:t>
      </w:r>
      <w:r>
        <w:t>yeh hai shukr. shukr koi Alhamdulillah ka naam nahi hai. aap ke aas pas jo events ho rahe hain chahe woh fitrat mein ho rahe hon, society mein ho rahe hon,</w:t>
      </w:r>
    </w:p>
    <w:p>
      <w:pPr>
        <w:jc w:val="right"/>
      </w:pPr>
      <w:r>
        <w:t>یہ ہے شکر۔ شکر کوئی الحمد للہ کا نام نہیں ہے۔ آپ کے آس پاس جو ایونٹس ہو رہے ہیں چاہے وہ فطرت میں ہو رہے ہوں، سوسائٹی میں ہو رہے ہوں،</w:t>
      </w:r>
    </w:p>
    <w:p>
      <w:r>
        <w:rPr>
          <w:b/>
        </w:rPr>
        <w:t xml:space="preserve">[14:13] </w:t>
      </w:r>
      <w:r>
        <w:t>kahin bhi ho rahe hon, is se aap. woh aap ke zehan mein aate hain to aap itna فعال ہوں, itna tayyar hoon zehni tor par keh us ko pa kar ke aap ke zehan mein aik aik poori dunya jaag pade.</w:t>
      </w:r>
    </w:p>
    <w:p>
      <w:pPr>
        <w:jc w:val="right"/>
      </w:pPr>
      <w:r>
        <w:t>کہیں بھی ہو رہے ہوں، اس سے آپ۔ وہ آپ کے ذہن میں آتے ہیں تو آپ اتنا فعال ہوں، اتنا تیار ہوں ذہنی طور پر کہ اس کو پا کر کے آپ کے ذہن میں ایک ایک پوری دنیا جاگ پڑے۔</w:t>
      </w:r>
    </w:p>
    <w:p>
      <w:r>
        <w:rPr>
          <w:b/>
        </w:rPr>
        <w:t xml:space="preserve">[14:33] </w:t>
      </w:r>
      <w:r>
        <w:t>to aik jab itni sari baatein hongi to aap ke dil mein aik sitara aaye ga. isi sitare ka naam hai shukr. shukr koi lab service ka naam nahi hai.</w:t>
      </w:r>
    </w:p>
    <w:p>
      <w:pPr>
        <w:jc w:val="right"/>
      </w:pPr>
      <w:r>
        <w:t>تو ایک جب اتنی ساری باتیں ہوں گی تو آپ کے دل میں ایک ستارہ آئے گا۔ اسی ستارے کا نام ہے شکر۔ شکر کوئی لب سروس کا نام نہیں ہے۔</w:t>
      </w:r>
    </w:p>
    <w:p>
      <w:r>
        <w:rPr>
          <w:b/>
        </w:rPr>
        <w:t xml:space="preserve">[14:47] </w:t>
      </w:r>
      <w:r>
        <w:t>to jab aadmi haj ke liye nikla to yeh is sitare ke mawaqe aur barh gaye aur barh gaye aur barh gaye. to isi liye mein ne kaha keh haj woh cheez hai jo aap ke andar super shukr paida karne ka zariya hai.</w:t>
      </w:r>
    </w:p>
    <w:p>
      <w:pPr>
        <w:jc w:val="right"/>
      </w:pPr>
      <w:r>
        <w:t>تو جب آدمی حج کے لیے نکلا تو یہ اس ستارے کے مواقع اور بڑھ گئے اور بڑھ گئے اور بڑھ گئے۔ تو اسی لیے میں نے کہا کہ حج وہ چیز ہے جو آپ کے اندر سپر شکر پیدا کرنے کا ذریعہ ہے۔</w:t>
      </w:r>
    </w:p>
    <w:p>
      <w:r>
        <w:rPr>
          <w:b/>
        </w:rPr>
        <w:t xml:space="preserve">[15:03] </w:t>
      </w:r>
      <w:r>
        <w:t>super shukr. lekin mein aik baat arz karoon keh super shukr kis ko milta hai?</w:t>
      </w:r>
    </w:p>
    <w:p>
      <w:pPr>
        <w:jc w:val="right"/>
      </w:pPr>
      <w:r>
        <w:t>سپر شکر۔ لیکن میں ایک بات عرض کروں کہ سپر شکر کس کو ملتا ہے؟</w:t>
      </w:r>
    </w:p>
    <w:p>
      <w:r>
        <w:rPr>
          <w:b/>
        </w:rPr>
        <w:t xml:space="preserve">[15:12] </w:t>
      </w:r>
      <w:r>
        <w:t>sab se bari cheez jis se aadmi ko bachna parta hai woh tawajjuh batana hai.</w:t>
      </w:r>
    </w:p>
    <w:p>
      <w:pPr>
        <w:jc w:val="right"/>
      </w:pPr>
      <w:r>
        <w:t>سب سے بڑی چیز جس سے آدمی کو بچنا پڑتا ہے وہ توجہ بٹانا ہے۔</w:t>
      </w:r>
    </w:p>
    <w:p>
      <w:r>
        <w:rPr>
          <w:b/>
        </w:rPr>
        <w:t xml:space="preserve">[15:20] </w:t>
      </w:r>
      <w:r>
        <w:t>har waqt koi na koi cheez hai jo hum ko tawajjuh batati hai. jab aap un se apne ko alag rakhein, tawajjuh batana aap ko tawajjuh na kare.</w:t>
      </w:r>
    </w:p>
    <w:p>
      <w:pPr>
        <w:jc w:val="right"/>
      </w:pPr>
      <w:r>
        <w:t>ہر وقت کوئی نہ کوئی چیز ہے جو ہم کو توجہ بٹاتی ہے۔ جب آپ ان سے اپنے کو الگ رکھیں، توجہ بٹانا آپ کو توجہ نہ کرے۔</w:t>
      </w:r>
    </w:p>
    <w:p>
      <w:r>
        <w:rPr>
          <w:b/>
        </w:rPr>
        <w:t xml:space="preserve">[15:34] </w:t>
      </w:r>
      <w:r>
        <w:t>jab aap ka tawajjuh apni jagah par baqi rahe, jab zehni tor par tayyar hon aap, tab aisa hota hai.</w:t>
      </w:r>
    </w:p>
    <w:p>
      <w:pPr>
        <w:jc w:val="right"/>
      </w:pPr>
      <w:r>
        <w:t>جب آپ کا توجہ اپنی جگہ پر باقی رہے، جب ذہنی طور پر تیار ہوں آپ، تب ایسا ہوتا ہے۔</w:t>
      </w:r>
    </w:p>
    <w:p>
      <w:r>
        <w:rPr>
          <w:b/>
        </w:rPr>
        <w:t xml:space="preserve">[15:45] </w:t>
      </w:r>
      <w:r>
        <w:t>jaise mashhoor hai keh hamare haan jo Raman science daan the, Raman bohat mashhoor science daan the India ke, to un se kisi ne kaha keh aap log jo daryaft karte hain to kya hai woh aap</w:t>
      </w:r>
    </w:p>
    <w:p>
      <w:pPr>
        <w:jc w:val="right"/>
      </w:pPr>
      <w:r>
        <w:t>جیسے مشہور ہے کہ ہمارے ہاں جو رمن سائنسدان تھے، رمن بہت مشہور سائنسدان تھے انڈیا کے، تو ان سے کسی نے کہا کہ آپ لوگ جو دریافت کرتے ہیں تو کیا ہے وہ آپ</w:t>
      </w:r>
    </w:p>
    <w:p>
      <w:r>
        <w:rPr>
          <w:b/>
        </w:rPr>
        <w:t xml:space="preserve">[16:02] </w:t>
      </w:r>
      <w:r>
        <w:t>kuch kuch kuch hadse hote hain is se aap ko daryaft hoti hai. kyun ke aap jante hain keh hota yahi hai keh science daan apni laboratory mein kuch tajruba kar raha hai, kuch test kar raha hai to koi cheez taaza karti hai.</w:t>
      </w:r>
    </w:p>
    <w:p>
      <w:pPr>
        <w:jc w:val="right"/>
      </w:pPr>
      <w:r>
        <w:t>کچھ کچھ کچھ حادثے ہوتے ہیں اس سے آپ کو دریافت ہوتی ہے۔ کیوں کہ آپ جانتے ہیں کہ ہوتا یہی ہے کہ سائنسدان اپنی لیبارٹری میں کچھ تجربہ کر رہا ہے، کچھ ٹیسٹ کر رہا ہے تو کوئی چیز تازہ کرتی ہے۔</w:t>
      </w:r>
    </w:p>
    <w:p>
      <w:r>
        <w:rPr>
          <w:b/>
        </w:rPr>
        <w:t xml:space="preserve">[16:20] </w:t>
      </w:r>
      <w:r>
        <w:t>koi cheez taaza karti hai. is waqt uska zehan فعال hota hai, phir sochta hai, phir aik nai cheez woh daryaft kar leta hai.</w:t>
      </w:r>
    </w:p>
    <w:p>
      <w:pPr>
        <w:jc w:val="right"/>
      </w:pPr>
      <w:r>
        <w:t>کوئی چیز تازہ کرتی ہے۔ اس وقت اس کا ذہن فعال ہوتا ہے، پھر سوچتا ہے، پھر ایک نئی چیز وہ دریافت کر لیتا ہے۔</w:t>
      </w:r>
    </w:p>
    <w:p>
      <w:r>
        <w:rPr>
          <w:b/>
        </w:rPr>
        <w:t xml:space="preserve">[16:30] </w:t>
      </w:r>
      <w:r>
        <w:t>yeh har cheez mein hota hai. to Raman ne kaha keh haan yeh sahi hai keh daryaften hamesha kisi hadse se hoti hain lekin yaad rakho aisa hadsa sirf science daan ke sath pesh aata hai.</w:t>
      </w:r>
    </w:p>
    <w:p>
      <w:pPr>
        <w:jc w:val="right"/>
      </w:pPr>
      <w:r>
        <w:t>یہ ہر چیز میں ہوتا ہے۔ تو رمن نے کہا کہ ہاں یہ صحیح ہے کہ دریافتیں ہمیشہ کسی حادثے سے ہوتی ہیں لیکن یاد رکھو ایسا حادثہ صرف سائنسدان کے ساتھ پیش آتا ہے۔</w:t>
      </w:r>
    </w:p>
    <w:p>
      <w:r>
        <w:rPr>
          <w:b/>
        </w:rPr>
        <w:t xml:space="preserve">[16:52] </w:t>
      </w:r>
      <w:r>
        <w:t>to super shukr bhi kisi sachay, sachay yaqeen rakhnay walay ke sath pesh aata hai</w:t>
      </w:r>
    </w:p>
    <w:p>
      <w:pPr>
        <w:jc w:val="right"/>
      </w:pPr>
      <w:r>
        <w:t>تو سپر شکر بھی کسی سچے، سچے یقین رکھنے والے کے ساتھ پیش آتا ہے</w:t>
      </w:r>
    </w:p>
    <w:p>
      <w:r>
        <w:rPr>
          <w:b/>
        </w:rPr>
        <w:t xml:space="preserve">[16:58] </w:t>
      </w:r>
      <w:r>
        <w:t>jo tayyar zehn ho, jis nay sach mein Khuda ko daryaft kiya ho, jo sach mein Khuda mein jeeta ho, jo apnay aap ko tawajjuh batanay se bachaye hue ho, jis ka tawajjuh itna barha hua ho ke har cheez ka woh laat bardasht karay, har nuqsan ko bardasht kar lay lekin tawajjuh ko ka ka bhang hona bardasht na karay.</w:t>
      </w:r>
    </w:p>
    <w:p>
      <w:pPr>
        <w:jc w:val="right"/>
      </w:pPr>
      <w:r>
        <w:t>جو تیار ذہن ہو، جس نے سچ میں خدا کو دریافت کیا ہو، جو سچ میں خدا میں جیتا ہو، جو اپنے آپ کو توجہ بٹانے سے بچائے ہوئے ہو، جس کا توجہ اتنا بڑھا ہوا ہو کہ ہر چیز کا وہ لات برداشت کرے، ہر نقصان کو برداشت کر لے لیکن توجہ کو کا کا بھنگ ہونا برداشت نہ کرے۔</w:t>
      </w:r>
    </w:p>
    <w:p>
      <w:r>
        <w:rPr>
          <w:b/>
        </w:rPr>
        <w:t xml:space="preserve">[17:22] </w:t>
      </w:r>
      <w:r>
        <w:t>yeh sari qeemat jab deta hai aadmi tab aisa mumkin hota hai ke us ko super shukr milay.</w:t>
      </w:r>
    </w:p>
    <w:p>
      <w:pPr>
        <w:jc w:val="right"/>
      </w:pPr>
      <w:r>
        <w:t>یہ ساری قیمت جب دیتا ہے آدمی تب ایسا ممکن ہوتا ہے کہ اس کو سپر شکر ملے۔</w:t>
      </w:r>
    </w:p>
    <w:p>
      <w:r>
        <w:rPr>
          <w:b/>
        </w:rPr>
        <w:t xml:space="preserve">[17:31] </w:t>
      </w:r>
      <w:r>
        <w:t>ab mein kuch baatein Hajj ke baray mein kahoon ga. dekhiye pehli baat yeh hai ke jab log Hajj ka irada karte hain to kya karte hain?</w:t>
      </w:r>
    </w:p>
    <w:p>
      <w:pPr>
        <w:jc w:val="right"/>
      </w:pPr>
      <w:r>
        <w:t>اب میں کچھ باتیں حج کے بارے میں کہوں گا۔ دیکھیے پہلی بات یہ ہے کہ جب لوگ حج کا ارادہ کرتے ہیں تو کیا کرتے ہیں؟</w:t>
      </w:r>
    </w:p>
    <w:p>
      <w:r>
        <w:rPr>
          <w:b/>
        </w:rPr>
        <w:t xml:space="preserve">[17:42] </w:t>
      </w:r>
      <w:r>
        <w:t>masail ki kitab dhoondhtay hain. kisi molvi se aa kar masail poochhtay hain. woh samajhtay hain ke Hajj naam hai masail ka</w:t>
      </w:r>
    </w:p>
    <w:p>
      <w:pPr>
        <w:jc w:val="right"/>
      </w:pPr>
      <w:r>
        <w:t>مسائل کی کتاب ڈھونڈتے ہیں۔ کسی مولوی سے آ کر مسائل پوچھتے ہیں۔ وہ سمجھتے ہیں کہ حج نام ہے مسائل کا</w:t>
      </w:r>
    </w:p>
    <w:p>
      <w:r>
        <w:rPr>
          <w:b/>
        </w:rPr>
        <w:t xml:space="preserve">[17:49] </w:t>
      </w:r>
      <w:r>
        <w:t>. masail ka matlab yeh hai ke jo tareeqa hai, jo rusoomat hain woh kaisay kiye jayen. bas unhi ko samajhtay hain ke isi ko jananay ka naam Hajj hai.</w:t>
      </w:r>
    </w:p>
    <w:p>
      <w:pPr>
        <w:jc w:val="right"/>
      </w:pPr>
      <w:r>
        <w:t>۔ مسائل کا مطلب یہ ہے کہ جو طریقہ ہے، جو رسومات ہیں وہ کیسے کیے جائیں۔ بس انہی کو سمجھتے ہیں کہ اسی کو جاننے کا نام حج ہے۔</w:t>
      </w:r>
    </w:p>
    <w:p>
      <w:r>
        <w:rPr>
          <w:b/>
        </w:rPr>
        <w:t xml:space="preserve">[18:03] </w:t>
      </w:r>
      <w:r>
        <w:t>jis kisi bhi haji se poochhen jo Hajj ke liye ja raha ho to usi ki tayyari karta hai woh.</w:t>
      </w:r>
    </w:p>
    <w:p>
      <w:pPr>
        <w:jc w:val="right"/>
      </w:pPr>
      <w:r>
        <w:t>جس کسی بھی حاجی سے پوچھیں جو حج کے لیے جا رہا ہو تو اسی کی تیاری کرتا ہے وہ۔</w:t>
      </w:r>
    </w:p>
    <w:p>
      <w:r>
        <w:rPr>
          <w:b/>
        </w:rPr>
        <w:t xml:space="preserve">[18:10] </w:t>
      </w:r>
      <w:r>
        <w:t>aaj kal sainkaron kitaben, hazaron kitaben chhapi hui hain. un ka naam hota hai masail Hajj. yani Hajj ke tareeqay, Hajj ka form, Hajj ke tareeqay.</w:t>
      </w:r>
    </w:p>
    <w:p>
      <w:pPr>
        <w:jc w:val="right"/>
      </w:pPr>
      <w:r>
        <w:t>آج کل سینکڑوں کتابیں، ہزاروں کتابیں چھپی ہوئی ہیں۔ ان کا نام ہوتا ہے مسائل حج۔ یعنی حج کے طریقے، حج کا فارم، حج کے طریقے۔</w:t>
      </w:r>
    </w:p>
    <w:p>
      <w:r>
        <w:rPr>
          <w:b/>
        </w:rPr>
        <w:t xml:space="preserve">[18:23] </w:t>
      </w:r>
      <w:r>
        <w:t>yahan yeh parho, wahan woh parho, yahan aisay jao, wahan ویسے jao, yeh sab rehta hai. to bilashuba Hajj ka aik form hai. form ke baghair koi cheez nahi hoti.</w:t>
      </w:r>
    </w:p>
    <w:p>
      <w:pPr>
        <w:jc w:val="right"/>
      </w:pPr>
      <w:r>
        <w:t>یہاں یہ پڑھو، وہاں وہ پڑھو، یہاں ایسے جاؤ، وہاں ویسے جاؤ، یہ سب رہتا ہے۔ تو بلاشبہ حج کا ایک فارم ہے۔ فارم کے بغیر کوئی چیز نہیں ہوتی۔</w:t>
      </w:r>
    </w:p>
    <w:p>
      <w:r>
        <w:rPr>
          <w:b/>
        </w:rPr>
        <w:t xml:space="preserve">[18:34] </w:t>
      </w:r>
      <w:r>
        <w:t>hum yahan bethay hain to is ka bhi aik form hai.</w:t>
      </w:r>
    </w:p>
    <w:p>
      <w:pPr>
        <w:jc w:val="right"/>
      </w:pPr>
      <w:r>
        <w:t>ہم یہاں بیٹھے ہیں تو اس کا بھی ایک فارم ہے۔</w:t>
      </w:r>
    </w:p>
    <w:p>
      <w:r>
        <w:rPr>
          <w:b/>
        </w:rPr>
        <w:t xml:space="preserve">[18:38] </w:t>
      </w:r>
      <w:r>
        <w:t>woh form na ho to hamari class bhi nahi hogi. to class aik rohani event hai lekin woh bhi kisi form ke andar ho raha hai.</w:t>
      </w:r>
    </w:p>
    <w:p>
      <w:pPr>
        <w:jc w:val="right"/>
      </w:pPr>
      <w:r>
        <w:t>وہ فارم نہ ہو تو ہماری کلاس بھی نہیں ہوگی۔ تو کلاس ایک روحانی ایونٹ ہے لیکن وہ بھی کسی فارم کے اندر ہو رہا ہے۔</w:t>
      </w:r>
    </w:p>
    <w:p>
      <w:r>
        <w:rPr>
          <w:b/>
        </w:rPr>
        <w:t xml:space="preserve">[18:49] </w:t>
      </w:r>
      <w:r>
        <w:t>form na ho to hum vacuum mein apni class nahi chala saktay. to har cheez ka aik form hota hai. Hajj ka bhi aik form hai. lekin wohi asal Hajj nahi hai.</w:t>
      </w:r>
    </w:p>
    <w:p>
      <w:pPr>
        <w:jc w:val="right"/>
      </w:pPr>
      <w:r>
        <w:t>فارم نہ ہو تو ہم ویکیوم میں اپنی کلاس نہیں چلا سکتے۔ تو ہر چیز کا ایک فارم ہوتا ہے۔ حج کا بھی ایک فارم ہے۔ لیکن وہی اصل حج نہیں ہے۔</w:t>
      </w:r>
    </w:p>
    <w:p>
      <w:r>
        <w:rPr>
          <w:b/>
        </w:rPr>
        <w:t xml:space="preserve">[19:00] </w:t>
      </w:r>
      <w:r>
        <w:t>asal Hajj to woh hai jo is ka, is ka rohani mawad jo hai woh asal Hajj hai.</w:t>
      </w:r>
    </w:p>
    <w:p>
      <w:pPr>
        <w:jc w:val="right"/>
      </w:pPr>
      <w:r>
        <w:t>اصل حج تو وہ ہے جو اس کا، اس کا روحانی مواد جو ہے وہ اصل حج ہے۔</w:t>
      </w:r>
    </w:p>
    <w:p>
      <w:r>
        <w:rPr>
          <w:b/>
        </w:rPr>
        <w:t xml:space="preserve">[19:07] </w:t>
      </w:r>
      <w:r>
        <w:t>to yahan mein pehli baat yeh kehna chahoon ga</w:t>
      </w:r>
    </w:p>
    <w:p>
      <w:pPr>
        <w:jc w:val="right"/>
      </w:pPr>
      <w:r>
        <w:t>تو یہاں میں پہلی بات یہ کہنا چاہوں گا</w:t>
      </w:r>
    </w:p>
    <w:p>
      <w:r>
        <w:rPr>
          <w:b/>
        </w:rPr>
        <w:t xml:space="preserve">[19:18] </w:t>
      </w:r>
      <w:r>
        <w:t>ke masail ko ratnay se koi faida nahi hota.</w:t>
      </w:r>
    </w:p>
    <w:p>
      <w:pPr>
        <w:jc w:val="right"/>
      </w:pPr>
      <w:r>
        <w:t>کہ مسائل کو رٹنے سے کوئی فائدہ نہیں ہوتا۔</w:t>
      </w:r>
    </w:p>
    <w:p>
      <w:r>
        <w:rPr>
          <w:b/>
        </w:rPr>
        <w:t xml:space="preserve">[19:24] </w:t>
      </w:r>
      <w:r>
        <w:t>dekhiye mein aap ko do do misalen deta hoon. tareekh mein aik misal hai Imam Abu Hanifa ki.</w:t>
      </w:r>
    </w:p>
    <w:p>
      <w:pPr>
        <w:jc w:val="right"/>
      </w:pPr>
      <w:r>
        <w:t>دیکھیے میں آپ کو دو دو مثالیں دیتا ہوں۔ تاریخ میں ایک مثال ہے امام ابو حنیفہ کی۔</w:t>
      </w:r>
    </w:p>
    <w:p>
      <w:r>
        <w:rPr>
          <w:b/>
        </w:rPr>
        <w:t xml:space="preserve">[19:33] </w:t>
      </w:r>
      <w:r>
        <w:t>yeh bohat hi baray scholar thay. bohat baray scholar thay.</w:t>
      </w:r>
    </w:p>
    <w:p>
      <w:pPr>
        <w:jc w:val="right"/>
      </w:pPr>
      <w:r>
        <w:t>یہ بہت ہی بڑے اسکالر تھے۔ بہت بڑے اسکالر تھے۔</w:t>
      </w:r>
    </w:p>
    <w:p>
      <w:r>
        <w:rPr>
          <w:b/>
        </w:rPr>
        <w:t xml:space="preserve">[19:38] </w:t>
      </w:r>
      <w:r>
        <w:t>to woh jab gaye Hajj karnay ke liye</w:t>
      </w:r>
    </w:p>
    <w:p>
      <w:pPr>
        <w:jc w:val="right"/>
      </w:pPr>
      <w:r>
        <w:t>تو وہ جب گئے حج کرنے کے لیے</w:t>
      </w:r>
    </w:p>
    <w:p>
      <w:r>
        <w:rPr>
          <w:b/>
        </w:rPr>
        <w:t xml:space="preserve">[19:43] </w:t>
      </w:r>
      <w:r>
        <w:t>to woh samajhtay thay ke mein to fiqh janta hoon, fiqh ka scholar hoon. lekin unhon ne kaha ke mein wahan gaya to bhool gaya mein.</w:t>
      </w:r>
    </w:p>
    <w:p>
      <w:pPr>
        <w:jc w:val="right"/>
      </w:pPr>
      <w:r>
        <w:t>تو وہ سمجھتے تھے کہ میں تو فقہ جانتا ہوں، فقہ کا اسکالر ہوں۔ لیکن انہوں نے کہا کہ میں وہاں گیا تو بھول گیا میں۔</w:t>
      </w:r>
    </w:p>
    <w:p>
      <w:r>
        <w:rPr>
          <w:b/>
        </w:rPr>
        <w:t xml:space="preserve">[19:55] </w:t>
      </w:r>
      <w:r>
        <w:t>paanch masail bhool gaya. jis ko aik hajam ne bataya. to kya cheez hai wahan par itnay ziyada log hotay hain.</w:t>
      </w:r>
    </w:p>
    <w:p>
      <w:pPr>
        <w:jc w:val="right"/>
      </w:pPr>
      <w:r>
        <w:t>پانچ مسائل بھول گیا۔ جس کو ایک حجام نے بتایا۔ تو کیا چیز ہے وہاں پر اتنے زیادہ لوگ ہوتے ہیں۔</w:t>
      </w:r>
    </w:p>
    <w:p>
      <w:r>
        <w:rPr>
          <w:b/>
        </w:rPr>
        <w:t xml:space="preserve">[20:04] </w:t>
      </w:r>
      <w:r>
        <w:t>aaj kal pachis lakh, tees lakh aadmi hotay hain wahan par.</w:t>
      </w:r>
    </w:p>
    <w:p>
      <w:pPr>
        <w:jc w:val="right"/>
      </w:pPr>
      <w:r>
        <w:t>آج کل پچیس لاکھ، تیس لاکھ آدمی ہوتے ہیں وہاں پر۔</w:t>
      </w:r>
    </w:p>
    <w:p>
      <w:r>
        <w:rPr>
          <w:b/>
        </w:rPr>
        <w:t xml:space="preserve">[20:08] </w:t>
      </w:r>
      <w:r>
        <w:t>itnay saray logon ke beech mein aadmi ka itna ziyada tawajjuh batana hota hai. tawajjuh batanay ka matlab yeh hai ke mein musbat maenay mein bol raha hoon yeh lafz.</w:t>
      </w:r>
    </w:p>
    <w:p>
      <w:pPr>
        <w:jc w:val="right"/>
      </w:pPr>
      <w:r>
        <w:t>اتنے سارے لوگوں کے بیچ میں آدمی کا اتنا زیادہ توجہ بٹانا ہوتا ہے۔ توجہ بٹانے کا مطلب یہ ہے کہ میں مثبت معنی میں بول رہا ہوں یہ لفظ۔</w:t>
      </w:r>
    </w:p>
    <w:p>
      <w:r>
        <w:rPr>
          <w:b/>
        </w:rPr>
        <w:t xml:space="preserve">[20:19] </w:t>
      </w:r>
      <w:r>
        <w:t>ke itni sari baatein samnay aati hain ke is mein aadmi woh yaad ho tab bhi bhool jata hai woh.</w:t>
      </w:r>
    </w:p>
    <w:p>
      <w:pPr>
        <w:jc w:val="right"/>
      </w:pPr>
      <w:r>
        <w:t>کہ اتنی ساری باتیں سامنے آتی ہیں کہ اس میں آدمی وہ یاد ہو تب بھی بھول جاتا ہے وہ۔</w:t>
      </w:r>
    </w:p>
    <w:p>
      <w:r>
        <w:rPr>
          <w:b/>
        </w:rPr>
        <w:t xml:space="preserve">[20:26] </w:t>
      </w:r>
      <w:r>
        <w:t>to yeh aik mahir aur mahir hai. is liye wahan hukoomat, jo Arab ki hukoomat hai us ne yeh system banaya hai ke muallim hotay hain wahan.</w:t>
      </w:r>
    </w:p>
    <w:p>
      <w:pPr>
        <w:jc w:val="right"/>
      </w:pPr>
      <w:r>
        <w:t>تو یہ ایک ماہر اور ماہر ہے۔ اس لیے وہاں حکومت، جو عرب کی حکومت ہے اس نے یہ سسٹم بنایا ہے کہ معلم ہوتے ہیں وہاں۔</w:t>
      </w:r>
    </w:p>
    <w:p>
      <w:r>
        <w:rPr>
          <w:b/>
        </w:rPr>
        <w:t xml:space="preserve">[20:40] </w:t>
      </w:r>
      <w:r>
        <w:t>muallim gaye, peshawar mahir hotay hain. woh karna chahiye. to woh un ko har saal woh Hajj karwatay hain. to un ko zahir hai ke saray masail aik dam un ke zehn mein pakay hue reh</w:t>
      </w:r>
    </w:p>
    <w:p>
      <w:pPr>
        <w:jc w:val="right"/>
      </w:pPr>
      <w:r>
        <w:t>معلم گئے، پیشہ ور ماہر ہوتے ہیں۔ وہ کرنا چاہیے۔ تو وہ ان کو ہر سال وہ حج کرواتے ہیں۔ تو ان کو ظاہر ہے کہ سارے مسائل ایک دم ان کے ذہن میں پکے ہوئے رہ</w:t>
      </w:r>
    </w:p>
    <w:p>
      <w:r>
        <w:rPr>
          <w:b/>
        </w:rPr>
        <w:t xml:space="preserve">[20:55] </w:t>
      </w:r>
      <w:r>
        <w:t>te hain to mein yeh kahoon ga ke is waqt mein masail par kuch nahi boloon ga. aap yani haj karne walay log jo hain un ko mein mashwara doon ga, meri mashwara hogi ke khud yaad karne se bohat ziyada faida nahi hota hai.</w:t>
      </w:r>
    </w:p>
    <w:p>
      <w:pPr>
        <w:jc w:val="right"/>
      </w:pPr>
      <w:r>
        <w:t>تے ہیں۔ تو میں یہ کہوں گا کہ اس وقت میں مسائل پر کچھ نہیں بولوں گا۔ آپ یعنی حج کرنے والے لوگ جو ہیں ان کو میں مشورہ دوں گا، میری مشورہ ہوگی کہ خود یاد کرنے سے بہت زیادہ فائدہ نہیں ہوتا ہے۔</w:t>
      </w:r>
    </w:p>
    <w:p>
      <w:r>
        <w:rPr>
          <w:b/>
        </w:rPr>
        <w:t xml:space="preserve">[21:13] </w:t>
      </w:r>
      <w:r>
        <w:t>jeddah airport par jab utarte hain aap to wahan moallim mojood hota hai. aap moallim ko le lain. kuch log moallim ke baghair haj karna chahte hain to hamesha un ko pareshani hoti hai.</w:t>
      </w:r>
    </w:p>
    <w:p>
      <w:pPr>
        <w:jc w:val="right"/>
      </w:pPr>
      <w:r>
        <w:t>جدہ ایئرپورٹ پر جب اترتے ہیں آپ تو وہاں معلم موجود ہوتا ہے۔ آپ معلم کو لے لیں۔ کچھ لوگ معلم کے بغیر حج کرنا چاہتے ہیں تو ہمیشہ ان کو پریشانی ہوتی ہے۔</w:t>
      </w:r>
    </w:p>
    <w:p>
      <w:r>
        <w:rPr>
          <w:b/>
        </w:rPr>
        <w:t xml:space="preserve">[21:25] </w:t>
      </w:r>
      <w:r>
        <w:t>jaise nadwah ke aik aalim hain, abhi woh zinda hain, woh fiqh parhate hain. un ka mein ne poora, unhon ne likha hai, al-furqan aik parcha hota hai, us mein likha hai ke mein haj par gaya to mein ne socha ke mein to isi ko parhata hoon, isi ka ustad hoon.</w:t>
      </w:r>
    </w:p>
    <w:p>
      <w:pPr>
        <w:jc w:val="right"/>
      </w:pPr>
      <w:r>
        <w:t>جیسے ندوہ کے ایک عالم ہیں، ابھی وہ زندہ ہیں، وہ فقہ پڑھاتے ہیں۔ ان کا میں نے پورا، انہوں نے لکھا ہے، الفرقان ایک پرچہ ہوتا ہے، اس میں لکھا ہے کہ میں حج پر گیا تو میں نے سوچا کہ میں تو اسی کو پڑھاتا ہوں، اسی کا استاد ہوں۔</w:t>
      </w:r>
    </w:p>
    <w:p>
      <w:r>
        <w:rPr>
          <w:b/>
        </w:rPr>
        <w:t xml:space="preserve">[21:42] </w:t>
      </w:r>
      <w:r>
        <w:t>to mujhe kia zaroorat hai moallim lene ki. to mein jeddah airport par pohnch kar ke mein ne moallim nahi liya. khud hi khud nikal gaya haj karne ke liye.</w:t>
      </w:r>
    </w:p>
    <w:p>
      <w:pPr>
        <w:jc w:val="right"/>
      </w:pPr>
      <w:r>
        <w:t>تو مجھے کیا ضرورت ہے معلم لینے کی۔ تو میں جدہ ایئرپورٹ پر پہنچ کر کے میں نے معلم نہیں لیا۔ خود ہی خود نکل گیا حج کرنے کے لیے۔</w:t>
      </w:r>
    </w:p>
    <w:p>
      <w:r>
        <w:rPr>
          <w:b/>
        </w:rPr>
        <w:t xml:space="preserve">[21:51] </w:t>
      </w:r>
      <w:r>
        <w:t>to unhon ne likha hai ke mein haj ke masail bhool gaya aur samajh nahi aata tha ke kaise haj karoon. to aakhir mein phir moallim liya unhon ne. to masail ke baray mein mein yeh kahoon ga ke mein is waqt aap ko masail ki fehrist nahi bataoon ga.</w:t>
      </w:r>
    </w:p>
    <w:p>
      <w:pPr>
        <w:jc w:val="right"/>
      </w:pPr>
      <w:r>
        <w:t>تو انہوں نے لکھا ہے کہ میں حج کے مسائل بھول گیا اور سمجھ نہیں آتا تھا کہ کیسے حج کروں۔ تو آخر میں پھر معلم لیا انہوں نے۔ تو مسائل کے بارے میں میں یہ کہوں گا کہ میں اس وقت آپ کو مسائل کی فہرست نہیں بتاؤں گا۔</w:t>
      </w:r>
    </w:p>
    <w:p>
      <w:r>
        <w:rPr>
          <w:b/>
        </w:rPr>
        <w:t xml:space="preserve">[22:07] </w:t>
      </w:r>
      <w:r>
        <w:t>aur masail ki fehrist ko ratnay se ziyada zaroori, ziyada acha yeh hai ke aap yani koi shakhs jo haj karne jaye to</w:t>
      </w:r>
    </w:p>
    <w:p>
      <w:pPr>
        <w:jc w:val="right"/>
      </w:pPr>
      <w:r>
        <w:t>اور مسائل کی فہرست کو رٹنے سے زیادہ ضروری، زیادہ اچھا یہ ہے کہ آپ یعنی کوئی شخص جو حج کرنے جائے تو</w:t>
      </w:r>
    </w:p>
    <w:p>
      <w:r>
        <w:rPr>
          <w:b/>
        </w:rPr>
        <w:t xml:space="preserve">[22:17] </w:t>
      </w:r>
      <w:r>
        <w:t>jeddah airport par jo system hai moallim ka, wohin se aik moallim le le woh. aur isi moallim ki rehnumai mein woh haj kare.</w:t>
      </w:r>
    </w:p>
    <w:p>
      <w:pPr>
        <w:jc w:val="right"/>
      </w:pPr>
      <w:r>
        <w:t>جدہ ایئرپورٹ پر جو سسٹم ہے معلم کا، وہیں سے ایک معلم لے لے وہ۔ اور اسی معلم کی رہنمائی میں وہ حج کرے۔</w:t>
      </w:r>
    </w:p>
    <w:p>
      <w:r>
        <w:rPr>
          <w:b/>
        </w:rPr>
        <w:t xml:space="preserve">[22:27] </w:t>
      </w:r>
      <w:r>
        <w:t>to moallim ke sath jo log hote hain, aik group hota hai. woh moallim chalta hai sath sath batata rehta hai ke yeh karo, yeh karo, yeh karo, yeh karo.</w:t>
      </w:r>
    </w:p>
    <w:p>
      <w:pPr>
        <w:jc w:val="right"/>
      </w:pPr>
      <w:r>
        <w:t>تو معلم کے ساتھ جو لوگ ہوتے ہیں، ایک گروپ ہوتا ہے۔ وہ معلم چلتا ہے ساتھ ساتھ بتاتا رہتا ہے کہ یہ کرو، یہ کرو، یہ کرو، یہ کرو۔</w:t>
      </w:r>
    </w:p>
    <w:p>
      <w:r>
        <w:rPr>
          <w:b/>
        </w:rPr>
        <w:t xml:space="preserve">[22:36] </w:t>
      </w:r>
      <w:r>
        <w:t>to to masail ke baray mein behtareen yahi baat hai ke aap moallim par inhisaar karein, khud apnay aap par nahi.</w:t>
      </w:r>
    </w:p>
    <w:p>
      <w:pPr>
        <w:jc w:val="right"/>
      </w:pPr>
      <w:r>
        <w:t>تو تو مسائل کے بارے میں بہترین یہی بات ہے کہ آپ معلم پر انحصار کریں، خود اپنے آپ پر نہیں۔</w:t>
      </w:r>
    </w:p>
    <w:p>
      <w:r>
        <w:rPr>
          <w:b/>
        </w:rPr>
        <w:t xml:space="preserve">[22:46] </w:t>
      </w:r>
      <w:r>
        <w:t>agar apnay aap par karein ge to aap ko wahi hoga jo imam abu hanifa ke sath hua, jo nadwah ke aalim ke sath hua.</w:t>
      </w:r>
    </w:p>
    <w:p>
      <w:pPr>
        <w:jc w:val="right"/>
      </w:pPr>
      <w:r>
        <w:t>اگر اپنے آپ پر کریں گے تو آپ کو وہی ہوگا جو امام ابو حنیفہ کے ساتھ ہوا، جو ندوہ کے عالم کے ساتھ ہوا۔</w:t>
      </w:r>
    </w:p>
    <w:p>
      <w:r>
        <w:rPr>
          <w:b/>
        </w:rPr>
        <w:t xml:space="preserve">[22:58] </w:t>
      </w:r>
      <w:r>
        <w:t>haj ke baray mein dekhiye quran mein aur hadith mein bohat sari baatein ayi hain. quran mein aik ayat yeh hai ke jo haj kare to us ko chahiye ke woh falan rafsah, falan fasuha, falan jidal fil haj.</w:t>
      </w:r>
    </w:p>
    <w:p>
      <w:pPr>
        <w:jc w:val="right"/>
      </w:pPr>
      <w:r>
        <w:t>حج کے بارے میں دیکھیے قرآن میں اور حدیث میں بہت ساری باتیں آئی ہیں۔ قرآن میں ایک آیت یہ ہے کہ جو حج کرے تو اس کو چاہیے کہ وہ فلاں رفسہ، فلاں فسوخہ، فلاں جدال فی الحج۔</w:t>
      </w:r>
    </w:p>
    <w:p>
      <w:r>
        <w:rPr>
          <w:b/>
        </w:rPr>
        <w:t xml:space="preserve">[23:17] </w:t>
      </w:r>
      <w:r>
        <w:t>teen baatein ke jo aadmi haj kare us ko chahiye ke woh bache rafs se, fasukh se aur jidal se.</w:t>
      </w:r>
    </w:p>
    <w:p>
      <w:pPr>
        <w:jc w:val="right"/>
      </w:pPr>
      <w:r>
        <w:t>تین باتیں کہ جو آدمی حج کرے اس کو چاہیے کہ وہ بچے رفس سے، فسوخ سے اور جدال سے۔</w:t>
      </w:r>
    </w:p>
    <w:p>
      <w:r>
        <w:rPr>
          <w:b/>
        </w:rPr>
        <w:t xml:space="preserve">[23:28] </w:t>
      </w:r>
      <w:r>
        <w:t>yeh teenon jo alfaaz hain bohat hi aham hain. rafs ka matlab hai yani gandi baat karna, behooda baat karna, hansi mazaaq karna.</w:t>
      </w:r>
    </w:p>
    <w:p>
      <w:pPr>
        <w:jc w:val="right"/>
      </w:pPr>
      <w:r>
        <w:t>یہ تینوں جو الفاظ ہیں بہت ہی اہم ہیں۔ رفس کا مطلب ہے یعنی گندی بات کرنا، بیہودہ بات کرنا، ہنسی مذاق کرنا۔</w:t>
      </w:r>
    </w:p>
    <w:p>
      <w:r>
        <w:rPr>
          <w:b/>
        </w:rPr>
        <w:t xml:space="preserve">[23:44] </w:t>
      </w:r>
      <w:r>
        <w:t>yani aksar log aap jante hain ke aadi ho jatay hain kuch bekar baaton karne ke. to kaha gaya hai ke haj jab tum niklo to tum rafs se bacho.</w:t>
      </w:r>
    </w:p>
    <w:p>
      <w:pPr>
        <w:jc w:val="right"/>
      </w:pPr>
      <w:r>
        <w:t>یعنی اکثر لوگ آپ جانتے ہیں کہ عادی ہو جاتے ہیں کچھ بیکار باتوں کرنے کے۔ تو کہا گیا ہے کہ حج جب تم نکلو تو تم رفس سے بچو۔</w:t>
      </w:r>
    </w:p>
    <w:p>
      <w:r>
        <w:rPr>
          <w:b/>
        </w:rPr>
        <w:t xml:space="preserve">[23:57] </w:t>
      </w:r>
      <w:r>
        <w:t>is ka matlab hai ke bohat hi ziyada tumhare andar sanjeedgi aana chahiye. sanjeedgi aana chahiye.</w:t>
      </w:r>
    </w:p>
    <w:p>
      <w:pPr>
        <w:jc w:val="right"/>
      </w:pPr>
      <w:r>
        <w:t>اس کا معنی ہے کہ بہت ہی زیادہ تمہارے اندر سنجیدگی آنا چاہیے۔ سنجیدگی آنا چاہیے۔</w:t>
      </w:r>
    </w:p>
    <w:p>
      <w:r>
        <w:rPr>
          <w:b/>
        </w:rPr>
        <w:t xml:space="preserve">[24:04] </w:t>
      </w:r>
      <w:r>
        <w:t>in sanjeeda log jo hotay hain woh rafs karte hain. yani behooda baatein, joke chhodna, ha ha karna, is tarah ki baatein karna.</w:t>
      </w:r>
    </w:p>
    <w:p>
      <w:pPr>
        <w:jc w:val="right"/>
      </w:pPr>
      <w:r>
        <w:t>ان سنجیدہ لوگ جو ہوتے ہیں وہ رفس کرتے ہیں۔ یعنی بیہودہ باتیں، جوک چھوڑنا، ہا ہا کرنا، اس طرح کی باتیں کرنا۔</w:t>
      </w:r>
    </w:p>
    <w:p>
      <w:r>
        <w:rPr>
          <w:b/>
        </w:rPr>
        <w:t xml:space="preserve">[24:14] </w:t>
      </w:r>
      <w:r>
        <w:t>yani susti zaiqay wali baatein karna. to farmaya ke rafs se bachna hai tum ko. is ka matlab yeh kiya hua hai?</w:t>
      </w:r>
    </w:p>
    <w:p>
      <w:pPr>
        <w:jc w:val="right"/>
      </w:pPr>
      <w:r>
        <w:t>یعنی سستی ذائقے والی باتیں کرنا۔ تو فرمایا کہ رفس سے بچنا ہے تم کو۔ اس کا معنی یہ کیا ہوا ہے؟</w:t>
      </w:r>
    </w:p>
    <w:p>
      <w:r>
        <w:rPr>
          <w:b/>
        </w:rPr>
        <w:t xml:space="preserve">[24:22] </w:t>
      </w:r>
      <w:r>
        <w:t>tum ko bohat sanjeeda ho kar haj karna hai. bohat ziyada sanjeeda ho kar haj karna hai. koi mazaaq nahi hai yeh haj.</w:t>
      </w:r>
    </w:p>
    <w:p>
      <w:pPr>
        <w:jc w:val="right"/>
      </w:pPr>
      <w:r>
        <w:t>تم کو بہت سنجیدہ ہو کر حج کرنا ہے۔ بہت زیادہ سنجیدہ ہو کر حج کرنا ہے۔ کوئی مذاق نہیں ہے یہ حج۔</w:t>
      </w:r>
    </w:p>
    <w:p>
      <w:r>
        <w:rPr>
          <w:b/>
        </w:rPr>
        <w:t xml:space="preserve">[24:31] </w:t>
      </w:r>
      <w:r>
        <w:t>bohat hi ziyada tumhare andar sanjeedgi honi chahiye. jab tum haj ke liye niklo to. is tarah se fasukh, fasukh ka matlab hota hai yani inhiraaf karna, khurooj karna.</w:t>
      </w:r>
    </w:p>
    <w:p>
      <w:pPr>
        <w:jc w:val="right"/>
      </w:pPr>
      <w:r>
        <w:t>بہت ہی زیادہ تمہارے اندر سنجیدگی ہونی چاہیے۔ جب تم حج کے لیے نکلو تو۔ اس طرح سے فسوخ، فسوخ کا مطلب ہوتا ہے یعنی انحراف کرنا، خروج کرنا۔</w:t>
      </w:r>
    </w:p>
    <w:p>
      <w:r>
        <w:rPr>
          <w:b/>
        </w:rPr>
        <w:t xml:space="preserve">[24:45] </w:t>
      </w:r>
      <w:r>
        <w:t>yani jo usool diye gaye hain haj karne ke quran mein ya hadith mein woh usool se hatna. to yeh hai fasukh.</w:t>
      </w:r>
    </w:p>
    <w:p>
      <w:pPr>
        <w:jc w:val="right"/>
      </w:pPr>
      <w:r>
        <w:t>یعنی جو اصول دیے گئے ہیں حج کرنے کے قرآن میں یا حدیث میں وہ اصول سے ہٹنا۔ تو یہ ہے فسوخ۔</w:t>
      </w:r>
    </w:p>
    <w:p>
      <w:r>
        <w:rPr>
          <w:b/>
        </w:rPr>
        <w:t xml:space="preserve">[24:57] </w:t>
      </w:r>
      <w:r>
        <w:t>yeh bohat hi aham baat hai. kyun ke aam tor par aap dekhiye ke log aadi hotay hain inhiraaf ke. aik seedhi line hoti hai, aik set of usool hotay hain, kuch kuch set of iqdar hotay hain.</w:t>
      </w:r>
    </w:p>
    <w:p>
      <w:pPr>
        <w:jc w:val="right"/>
      </w:pPr>
      <w:r>
        <w:t>یہ بہت ہی اہم بات ہے۔ کیوں کہ عام طور پر آپ دیکھیے کہ لوگ عادی ہوتے ہیں انحراف کے۔ ایک سیدھی لائن ہوتی ہے، ایک سیٹ آف اصول ہوتے ہیں، کچھ کچھ سیٹ آف اقدار ہوتے ہیں۔</w:t>
      </w:r>
    </w:p>
    <w:p>
      <w:r>
        <w:rPr>
          <w:b/>
        </w:rPr>
        <w:t xml:space="preserve">[25:11] </w:t>
      </w:r>
      <w:r>
        <w:t>isi ko ikhtiyar karna. idhar udhar inhiraaf na karna. to yeh bohat zaroori hai haj ke zamanay mein. warna haj hi nahi hoga.</w:t>
      </w:r>
    </w:p>
    <w:p>
      <w:pPr>
        <w:jc w:val="right"/>
      </w:pPr>
      <w:r>
        <w:t>اسی کو اختیار کرنا۔ ادھر ادھر انحراف نہ کرنا۔ تو یہ بہت ضروری ہے حج کے زمانے میں۔ ورنہ حج ہی نہیں ہوگا۔</w:t>
      </w:r>
    </w:p>
    <w:p>
      <w:r>
        <w:rPr>
          <w:b/>
        </w:rPr>
        <w:t xml:space="preserve">[25:21] </w:t>
      </w:r>
      <w:r>
        <w:t>jo aadmi inhiraaf karega idhar udhar to haj nahi</w:t>
      </w:r>
    </w:p>
    <w:p>
      <w:pPr>
        <w:jc w:val="right"/>
      </w:pPr>
      <w:r>
        <w:t>جو آدمی انحراف کرے گا ادھر ادھر تو حج نہیں</w:t>
      </w:r>
    </w:p>
    <w:p>
      <w:r>
        <w:rPr>
          <w:b/>
        </w:rPr>
        <w:t xml:space="preserve">[25:25] </w:t>
      </w:r>
      <w:r>
        <w:t>hoga. aap jante hain ke log bohat ziyada aadi hotay hain is ke. yani sakhti se kisi aik cheez ko follow karein aur dayen bayen woh na hatein.</w:t>
      </w:r>
    </w:p>
    <w:p>
      <w:pPr>
        <w:jc w:val="right"/>
      </w:pPr>
      <w:r>
        <w:t>ہوگا۔ آپ جانتے ہیں کہ لوگ بہت زیادہ عادی ہوتے ہیں اس کے۔ یعنی سختی سے کسی ایک چیز کو فالو کریں اور دائیں بائیں وہ نہ ہٹیں۔</w:t>
      </w:r>
    </w:p>
    <w:p>
      <w:r>
        <w:rPr>
          <w:b/>
        </w:rPr>
        <w:t xml:space="preserve">[25:36] </w:t>
      </w:r>
      <w:r>
        <w:t>yeh yeh yeh mein ne dekha hai ke logon mein bohat kam hota</w:t>
      </w:r>
    </w:p>
    <w:p>
      <w:pPr>
        <w:jc w:val="right"/>
      </w:pPr>
      <w:r>
        <w:t>یہ یہ یہ میں نے دیکھا ہے کہ لوگوں میں بہت کم ہوتا</w:t>
      </w:r>
    </w:p>
    <w:p>
      <w:r>
        <w:rPr>
          <w:b/>
        </w:rPr>
        <w:t xml:space="preserve">[25:39] </w:t>
      </w:r>
      <w:r>
        <w:t>hai. to haj jo hai aik aitbar se is ki tarbiyat hai. ke inhiraf se bacho. idhar udhar bhatkne se bacho. is ki tarbiyat hai haj mein.</w:t>
      </w:r>
    </w:p>
    <w:p>
      <w:pPr>
        <w:jc w:val="right"/>
      </w:pPr>
      <w:r>
        <w:t>ہے۔ تو حج جو ہے ایک اعتبار سے اس کی تربیت ہے۔ کہ انحراف سے بچو۔ ادھر ادھر بھٹکنے سے بچو۔ اس کی تربیت ہے حج میں۔</w:t>
      </w:r>
    </w:p>
    <w:p>
      <w:r>
        <w:rPr>
          <w:b/>
        </w:rPr>
        <w:t xml:space="preserve">[25:50] </w:t>
      </w:r>
      <w:r>
        <w:t>aur teesri cheez farmayi ke jidal. yani jhagda, kohral. to aap jante hain ke jahan ziyada log akhatta hon to wahan kuch na kuch khatpat ho jati hai.</w:t>
      </w:r>
    </w:p>
    <w:p>
      <w:pPr>
        <w:jc w:val="right"/>
      </w:pPr>
      <w:r>
        <w:t>اور تیسری چیز فرمائی کہ جدال۔ یعنی جھگڑا، کوہرل۔ تو آپ جانتے ہیں کہ جہاں زیادہ لوگ اکٹھا ہوں تو وہاں کچھ نہ کچھ کھٹپٹ ہو جاتی ہے۔</w:t>
      </w:r>
    </w:p>
    <w:p>
      <w:r>
        <w:rPr>
          <w:b/>
        </w:rPr>
        <w:t xml:space="preserve">[26:05] </w:t>
      </w:r>
      <w:r>
        <w:t>kuch na kuch ikhtilafat aa jate hain.</w:t>
      </w:r>
    </w:p>
    <w:p>
      <w:pPr>
        <w:jc w:val="right"/>
      </w:pPr>
      <w:r>
        <w:t>کچھ نہ کچھ اختلافات آ جاتے ہیں۔</w:t>
      </w:r>
    </w:p>
    <w:p>
      <w:r>
        <w:rPr>
          <w:b/>
        </w:rPr>
        <w:t xml:space="preserve">[26:09] </w:t>
      </w:r>
      <w:r>
        <w:t>lekin yeh fitri hai. to aap ko yani yahan bataya gaya hai ke aap ko bohat ziyada muhtat hona chahiye. muhtat.</w:t>
      </w:r>
    </w:p>
    <w:p>
      <w:pPr>
        <w:jc w:val="right"/>
      </w:pPr>
      <w:r>
        <w:t>لیکن یہ فطری ہے۔ تو آپ کو یعنی یہاں بتایا گیا ہے کہ آپ کو بہت زیادہ محتاط ہونا چاہیے۔ محتاط۔</w:t>
      </w:r>
    </w:p>
    <w:p>
      <w:r>
        <w:rPr>
          <w:b/>
        </w:rPr>
        <w:t xml:space="preserve">[26:19] </w:t>
      </w:r>
      <w:r>
        <w:t>ke jab hum mil jul kar aik ibadat kar rahe hain, bohat se log akhatta hain to zaroor kuch na kuch aye ga. aisa ke meri baat aap ko kharab lage, aap ki baat mujhe kharab lag jaye.</w:t>
      </w:r>
    </w:p>
    <w:p>
      <w:pPr>
        <w:jc w:val="right"/>
      </w:pPr>
      <w:r>
        <w:t>کہ جب ہم مل جل کر ایک عبادت کر رہے ہیں، بہت سے لوگ اکٹھا ہیں تو ضرور کچھ نہ کچھ آئے گا۔ ایسا کہ میری بات آپ کو خراب لگے، آپ کی بات مجھے خراب لگ جائے۔</w:t>
      </w:r>
    </w:p>
    <w:p>
      <w:r>
        <w:rPr>
          <w:b/>
        </w:rPr>
        <w:t xml:space="preserve">[26:31] </w:t>
      </w:r>
      <w:r>
        <w:t>to is ka matlab hai ke sabr ki taleem di gayi hai. bohat ziyada sabr.</w:t>
      </w:r>
    </w:p>
    <w:p>
      <w:pPr>
        <w:jc w:val="right"/>
      </w:pPr>
      <w:r>
        <w:t>تو اس کا معنی ہے کہ صبر کی تعلیم دی گئی ہے۔ بہت زیادہ صبر۔</w:t>
      </w:r>
    </w:p>
    <w:p>
      <w:r>
        <w:rPr>
          <w:b/>
        </w:rPr>
        <w:t xml:space="preserve">[26:37] </w:t>
      </w:r>
      <w:r>
        <w:t>parhez karna, sabr karna, nazarandaz karna. is ka matlab yeh hai. to jidal se yani aapas ke jhagde se woh aadmi bach paye ga jo apne andar sabr ki kaifiyat ko hi paida kare.</w:t>
      </w:r>
    </w:p>
    <w:p>
      <w:pPr>
        <w:jc w:val="right"/>
      </w:pPr>
      <w:r>
        <w:t>پرہیز کرنا، صبر کرنا، نظرانداز کرنا۔ اس کا مطلب یہ ہے۔ تو جدال سے یعنی آپس کے جھگڑے سے وہ آدمی بچ پائے گا جو اپنے اندر صبر کی کیفیت کو ہی پیدا کرے۔</w:t>
      </w:r>
    </w:p>
    <w:p>
      <w:r>
        <w:rPr>
          <w:b/>
        </w:rPr>
        <w:t xml:space="preserve">[26:54] </w:t>
      </w:r>
      <w:r>
        <w:t>bar bar aisi cheez aye gi jis se aap ko manfi khayal aye ga aap ke andar.</w:t>
      </w:r>
    </w:p>
    <w:p>
      <w:pPr>
        <w:jc w:val="right"/>
      </w:pPr>
      <w:r>
        <w:t>بار بار ایسی چیز آئے گی جس سے آپ کو منفی خیال آئے گا آپ کے اندر۔</w:t>
      </w:r>
    </w:p>
    <w:p>
      <w:r>
        <w:rPr>
          <w:b/>
        </w:rPr>
        <w:t xml:space="preserve">[27:01] </w:t>
      </w:r>
      <w:r>
        <w:t>to sirf yeh baat nahi hai ke aap aisi cheezon se nazarandaz karen balke aap aap ko yeh karna pare ga ke manfi ko musbat mein tabdeel karen. nahi to kya hoga?</w:t>
      </w:r>
    </w:p>
    <w:p>
      <w:pPr>
        <w:jc w:val="right"/>
      </w:pPr>
      <w:r>
        <w:t>تو صرف یہی بات نہیں ہے کہ آپ ایسی چیزوں سے نظرانداز کریں بلکہ آپ آپ کو یہ کرنا پڑے گا کہ منفی کو مثبت میں تبدیل کریں۔ نہیں تو کیا ہوگا؟</w:t>
      </w:r>
    </w:p>
    <w:p>
      <w:r>
        <w:rPr>
          <w:b/>
        </w:rPr>
        <w:t xml:space="preserve">[27:11] </w:t>
      </w:r>
      <w:r>
        <w:t>shukr nahi aye ga. agar aap bolay nahi, dil mein rakh liya tab bhi to bura hai. yani kisi se ki baat aap ko buri lagi, aap ko ghussa aa gaya.</w:t>
      </w:r>
    </w:p>
    <w:p>
      <w:pPr>
        <w:jc w:val="right"/>
      </w:pPr>
      <w:r>
        <w:t>شکر نہیں آئے گا۔ اگر آپ بولے نہیں، دل میں رکھ لیا تب بھی تو برا ہے۔ یعنی کسی سے کی بات آپ کو بری لگی، آپ کو غصہ آگیا۔</w:t>
      </w:r>
    </w:p>
    <w:p>
      <w:r>
        <w:rPr>
          <w:b/>
        </w:rPr>
        <w:t xml:space="preserve">[27:22] </w:t>
      </w:r>
      <w:r>
        <w:t>to aap munh se nahi bolay lekin dil mein rakh liya.</w:t>
      </w:r>
    </w:p>
    <w:p>
      <w:pPr>
        <w:jc w:val="right"/>
      </w:pPr>
      <w:r>
        <w:t>تو آپ منہ سے نہیں بولے لیکن دل میں رکھ لیا۔</w:t>
      </w:r>
    </w:p>
    <w:p>
      <w:r>
        <w:rPr>
          <w:b/>
        </w:rPr>
        <w:t xml:space="preserve">[27:26] </w:t>
      </w:r>
      <w:r>
        <w:t>is ke khilaf manfi khayal dil mein rakh liya aap ne tab bhi to bura hai. tab bhi haj nahi hoga aap ka. to to aap ko na sirf yeh ke parhez karna aap ko seekhna hai, nazarandaz karna aap ko seekhna hai.</w:t>
      </w:r>
    </w:p>
    <w:p>
      <w:pPr>
        <w:jc w:val="right"/>
      </w:pPr>
      <w:r>
        <w:t>اس کے خلاف منفی خیال دل میں رکھ لیا آپ نے تب بھی تو برا ہے۔ تب بھی حج نہیں ہوگا آپ کا۔ تو تو آپ کو نہ صرف یہ کہ پرہیز کرنا آپ کو سیکھنا ہے، نظرانداز کرنا آپ کو سیکھنا ہے۔</w:t>
      </w:r>
    </w:p>
    <w:p>
      <w:r>
        <w:rPr>
          <w:b/>
        </w:rPr>
        <w:t xml:space="preserve">[27:42] </w:t>
      </w:r>
      <w:r>
        <w:t>isi ke sath yeh hai ke aap ko yeh bhi seekhna hai ke manfi ko musbat mein tabdeel kar saken. isi waqt khatam kar den.</w:t>
      </w:r>
    </w:p>
    <w:p>
      <w:pPr>
        <w:jc w:val="right"/>
      </w:pPr>
      <w:r>
        <w:t>اسی کے ساتھ یہ ہے کہ آپ کو یہ بھی سیکھنا ہے کہ منفی کو مثبت میں تبدیل کر سکیں۔ اسی وقت ختم کر دیں۔</w:t>
      </w:r>
    </w:p>
    <w:p>
      <w:r>
        <w:rPr>
          <w:b/>
        </w:rPr>
        <w:t xml:space="preserve">[27:52] </w:t>
      </w:r>
      <w:r>
        <w:t>yani kisi ne aap ko ghussa dila diya isi waqt din andar khatam.</w:t>
      </w:r>
    </w:p>
    <w:p>
      <w:pPr>
        <w:jc w:val="right"/>
      </w:pPr>
      <w:r>
        <w:t>یعنی کسی نے آپ کو غصہ دلا دیا اسی وقت دن اندر ختم۔</w:t>
      </w:r>
    </w:p>
    <w:p>
      <w:r>
        <w:rPr>
          <w:b/>
        </w:rPr>
        <w:t xml:space="preserve">[27:57] </w:t>
      </w:r>
      <w:r>
        <w:t>agar aap dil mein rakhe rahen ge aur dil mein rakh kar ke aap haj karen ge to haj kiya hoga? to yeh hain sharaait batayi gayi hain quran majeed mein is ki.</w:t>
      </w:r>
    </w:p>
    <w:p>
      <w:pPr>
        <w:jc w:val="right"/>
      </w:pPr>
      <w:r>
        <w:t>اگر آپ دل میں رکھے رہیں گے اور دل میں رکھ کر کے آپ حج کریں گے تو حج کیا ہوگا؟ تو یہ ہیں شرائط بتائی گئی ہیں قرآن مجید میں اس کی۔</w:t>
      </w:r>
    </w:p>
    <w:p>
      <w:r>
        <w:rPr>
          <w:b/>
        </w:rPr>
        <w:t xml:space="preserve">[28:11] </w:t>
      </w:r>
      <w:r>
        <w:t>ab mein aap ko</w:t>
      </w:r>
    </w:p>
    <w:p>
      <w:pPr>
        <w:jc w:val="right"/>
      </w:pPr>
      <w:r>
        <w:t>اب میں آپ کو</w:t>
      </w:r>
    </w:p>
    <w:p>
      <w:r>
        <w:rPr>
          <w:b/>
        </w:rPr>
        <w:t xml:space="preserve">[28:15] </w:t>
      </w:r>
      <w:r>
        <w:t>yani aap ne suna hoga ke haji jo wahan jate hain to bohat ziyada bolte hain woh labbaik allahumma labbaik, labbaik allahumma labbaik. aye khuda mein hazir hoon, aye khuda mein hazir hoon.</w:t>
      </w:r>
    </w:p>
    <w:p>
      <w:pPr>
        <w:jc w:val="right"/>
      </w:pPr>
      <w:r>
        <w:t>یعنی آپ نے سنا ہوگا کہ حاجی جو وہاں جاتے ہیں تو بہت زیادہ بولتے ہیں وہ لبیک اللہم لبیک، لبیک اللہم لبیک۔ اے خدا میں حاضر ہوں، اے خدا میں حاضر ہوں۔</w:t>
      </w:r>
    </w:p>
    <w:p>
      <w:r>
        <w:rPr>
          <w:b/>
        </w:rPr>
        <w:t xml:space="preserve">[28:27] </w:t>
      </w:r>
      <w:r>
        <w:t>aisa lagta hai ke jaise ke khuda ki koi pukar thi. is pukar ko suna haji ne aur daur kar aya wahan par. aye khuda mein hazir hoon.</w:t>
      </w:r>
    </w:p>
    <w:p>
      <w:pPr>
        <w:jc w:val="right"/>
      </w:pPr>
      <w:r>
        <w:t>ایسا لگتا ہے کہ جیسے کہ خدا کی کوئی پکار تھی۔ اس پکار کو سنا حاجی نے اور دوڑ کر آیا وہاں پر۔ اے خدا میں حاضر ہوں۔</w:t>
      </w:r>
    </w:p>
    <w:p>
      <w:r>
        <w:rPr>
          <w:b/>
        </w:rPr>
        <w:t xml:space="preserve">[28:36] </w:t>
      </w:r>
      <w:r>
        <w:t>to koi kisi baat ke liye pukara khuda ne. koi maqsad, koi maqsad. to is ko suna haji ne aur sun kar ke daura.</w:t>
      </w:r>
    </w:p>
    <w:p>
      <w:pPr>
        <w:jc w:val="right"/>
      </w:pPr>
      <w:r>
        <w:t>تو کوئی کسی بات کے لیے پکارا خدا نے۔ کوئی مقصد، کوئی مقصد۔ تو اس کو سنا حاجی نے اور سن کر کے دوڑا۔</w:t>
      </w:r>
    </w:p>
    <w:p>
      <w:r>
        <w:rPr>
          <w:b/>
        </w:rPr>
        <w:t xml:space="preserve">[28:46] </w:t>
      </w:r>
      <w:r>
        <w:t>daur kar wahan pohancha. woh keh raha hai ke khudaya mein hazir hoon, khudaya mein hazir hoon. labbaik allahumma labbaik, allahumma labbaik. to ab yeh sochiye ke woh kya cheez hai?</w:t>
      </w:r>
    </w:p>
    <w:p>
      <w:pPr>
        <w:jc w:val="right"/>
      </w:pPr>
      <w:r>
        <w:t>دوڑ کر وہاں پہنچا۔ وہ کہہ رہا ہے کہ خدایا میں حاضر ہوں، خدایا میں حاضر ہوں۔ لبیک اللہم لبیک، اللہم لبیک۔ تو اب یہ سوچیے کہ وہ کیا چیز ہے؟</w:t>
      </w:r>
    </w:p>
    <w:p>
      <w:r>
        <w:rPr>
          <w:b/>
        </w:rPr>
        <w:t xml:space="preserve">[28:58] </w:t>
      </w:r>
      <w:r>
        <w:t>yeh is labbaik ka jo kaha jata hai talbiyah. yeh bar bar wahan par haji kehta hai. talbiyah. ke khudaya mein hazir hoon, khudaya mein hazir hoon.</w:t>
      </w:r>
    </w:p>
    <w:p>
      <w:pPr>
        <w:jc w:val="right"/>
      </w:pPr>
      <w:r>
        <w:t>یہ اس لبیک کا جو کہا جاتا ہے تلبیہ۔ یہ بار بار وہاں پر حاجی کہتا ہے۔ تلبیہ۔ کہ خدایا میں حاضر ہوں، خدایا میں حاضر ہوں۔</w:t>
      </w:r>
    </w:p>
    <w:p>
      <w:r>
        <w:rPr>
          <w:b/>
        </w:rPr>
        <w:t xml:space="preserve">[29:08] </w:t>
      </w:r>
      <w:r>
        <w:t>ab sochiye ke yeh yeh kis baat ka hai? yani kis baat ke liye woh hazir hua hai woh? apne watan ko chhod kar ke yahan aya hai aur keh raha hai ke mein hazir hoon.</w:t>
      </w:r>
    </w:p>
    <w:p>
      <w:pPr>
        <w:jc w:val="right"/>
      </w:pPr>
      <w:r>
        <w:t>اب سوچیے کہ یہ یہ کس بات کا ہے؟ یعنی کس بات کے لیے وہ حاضر ہوا ہے وہ؟ اپنے وطن کو چھوڑ کر کے یہاں آیا ہے اور کہہ رہا ہے کہ میں حاضر ہوں۔</w:t>
      </w:r>
    </w:p>
    <w:p>
      <w:r>
        <w:rPr>
          <w:b/>
        </w:rPr>
        <w:t xml:space="preserve">[29:19] </w:t>
      </w:r>
      <w:r>
        <w:t>to kis baat ke liye hazir hua hai? mein ne is par bohat ghhor kiya.</w:t>
      </w:r>
    </w:p>
    <w:p>
      <w:pPr>
        <w:jc w:val="right"/>
      </w:pPr>
      <w:r>
        <w:t>تو کس بات کے لیے حاضر ہوا ہے؟ میں نے اس پر بہت غور کیا۔</w:t>
      </w:r>
    </w:p>
    <w:p>
      <w:r>
        <w:rPr>
          <w:b/>
        </w:rPr>
        <w:t xml:space="preserve">[29:23] </w:t>
      </w:r>
      <w:r>
        <w:t>mujhe samajh mein aya ke yeh jo haziri hai yeh hai aik bohat barhe kaam ke liye. bohat barhe kaam ke liye.</w:t>
      </w:r>
    </w:p>
    <w:p>
      <w:pPr>
        <w:jc w:val="right"/>
      </w:pPr>
      <w:r>
        <w:t>مجھے سمجھ میں آیا کہ یہ جو حاضری ہے یہ ہے ایک بہت بڑے کام کے لیے۔ بہت بڑے کام کے لیے۔</w:t>
      </w:r>
    </w:p>
    <w:p>
      <w:r>
        <w:rPr>
          <w:b/>
        </w:rPr>
        <w:t xml:space="preserve">[29:35] </w:t>
      </w:r>
      <w:r>
        <w:t>mein samajhta hoon ke haj jo hai haj is a rehearsal of dawah work. haj jo hai dawah work ka rehearsal hai.</w:t>
      </w:r>
    </w:p>
    <w:p>
      <w:pPr>
        <w:jc w:val="right"/>
      </w:pPr>
      <w:r>
        <w:t>میں سمجھتا ہوں کہ حج جو ہے حج از اے ریہرسل آف دعویٰ ورک۔ حج جو ہے دعویٰ ورک کا ریہرسل ہے۔</w:t>
      </w:r>
    </w:p>
    <w:p>
      <w:r>
        <w:rPr>
          <w:b/>
        </w:rPr>
        <w:t xml:space="preserve">[29:48] </w:t>
      </w:r>
      <w:r>
        <w:t>is mein shirkat ke liye, is mein apne aap ko shamil karne ke liye. ye</w:t>
      </w:r>
    </w:p>
    <w:p>
      <w:pPr>
        <w:jc w:val="right"/>
      </w:pPr>
      <w:r>
        <w:t>اس میں شرکت کے لیے، اس میں اپنے آپ کو شامل کرنے کے لیے۔ ی</w:t>
      </w:r>
    </w:p>
    <w:p>
      <w:r>
        <w:rPr>
          <w:b/>
        </w:rPr>
        <w:t xml:space="preserve">[29:53] </w:t>
      </w:r>
      <w:r>
        <w:t>ani Khuda ne awaz di ke ae mere bande yahan par mein daawa work ka rehearsal karna chahta hoon. aao is mein shamil ho jao.</w:t>
      </w:r>
    </w:p>
    <w:p>
      <w:pPr>
        <w:jc w:val="right"/>
      </w:pPr>
      <w:r>
        <w:t>عنی خدا نے آواز دی کہ اے میرے بندے یہاں پر میں دعویٰ ورک کا ریہرسل کرنا چاہتا ہوں۔ آؤ اس میں شامل ہو جاؤ۔</w:t>
      </w:r>
    </w:p>
    <w:p>
      <w:r>
        <w:rPr>
          <w:b/>
        </w:rPr>
        <w:t xml:space="preserve">[30:04] </w:t>
      </w:r>
      <w:r>
        <w:t>to banda dauda apne ghar se.</w:t>
      </w:r>
    </w:p>
    <w:p>
      <w:pPr>
        <w:jc w:val="right"/>
      </w:pPr>
      <w:r>
        <w:t>تو بندہ دوڑا اپنے گھر سے۔</w:t>
      </w:r>
    </w:p>
    <w:p>
      <w:r>
        <w:rPr>
          <w:b/>
        </w:rPr>
        <w:t xml:space="preserve">[30:11] </w:t>
      </w:r>
      <w:r>
        <w:t>daud kar pahuncha.</w:t>
      </w:r>
    </w:p>
    <w:p>
      <w:pPr>
        <w:jc w:val="right"/>
      </w:pPr>
      <w:r>
        <w:t>دوڑ کر پہنچا۔</w:t>
      </w:r>
    </w:p>
    <w:p>
      <w:r>
        <w:rPr>
          <w:b/>
        </w:rPr>
        <w:t xml:space="preserve">[30:15] </w:t>
      </w:r>
      <w:r>
        <w:t>aur keh raha hai ke Khuda ya mein aa gaya.</w:t>
      </w:r>
    </w:p>
    <w:p>
      <w:pPr>
        <w:jc w:val="right"/>
      </w:pPr>
      <w:r>
        <w:t>اور کہہ رہا ہے کہ خدایا میں آگیا۔</w:t>
      </w:r>
    </w:p>
    <w:p>
      <w:r>
        <w:rPr>
          <w:b/>
        </w:rPr>
        <w:t xml:space="preserve">[30:20] </w:t>
      </w:r>
      <w:r>
        <w:t>yeh hai is ki rooh.</w:t>
      </w:r>
    </w:p>
    <w:p>
      <w:pPr>
        <w:jc w:val="right"/>
      </w:pPr>
      <w:r>
        <w:t>یہ ہے اس کی روح۔</w:t>
      </w:r>
    </w:p>
    <w:p>
      <w:r>
        <w:rPr>
          <w:b/>
        </w:rPr>
        <w:t xml:space="preserve">[30:23] </w:t>
      </w:r>
      <w:r>
        <w:t>to mutabiq meri tehqeeq Hajj is a rehearsal of dawah work.</w:t>
      </w:r>
    </w:p>
    <w:p>
      <w:pPr>
        <w:jc w:val="right"/>
      </w:pPr>
      <w:r>
        <w:t>تو مطابق میری تحقیق حج از اے ریہرسل آف دعویٰ ورک۔</w:t>
      </w:r>
    </w:p>
    <w:p>
      <w:r>
        <w:rPr>
          <w:b/>
        </w:rPr>
        <w:t xml:space="preserve">[30:33] </w:t>
      </w:r>
      <w:r>
        <w:t>Hajj daawa work ka rehearsal hai. woh mein kaise keh raha hoon?</w:t>
      </w:r>
    </w:p>
    <w:p>
      <w:pPr>
        <w:jc w:val="right"/>
      </w:pPr>
      <w:r>
        <w:t>حج دعویٰ ورک کا ریہرسل ہے۔ وہ میں کیسے کہہ رہا ہوں؟</w:t>
      </w:r>
    </w:p>
    <w:p>
      <w:r>
        <w:rPr>
          <w:b/>
        </w:rPr>
        <w:t xml:space="preserve">[30:39] </w:t>
      </w:r>
      <w:r>
        <w:t>is liye mein keh raha hoon ke</w:t>
      </w:r>
    </w:p>
    <w:p>
      <w:pPr>
        <w:jc w:val="right"/>
      </w:pPr>
      <w:r>
        <w:t>اس لیے میں کہہ رہا ہوں کہ</w:t>
      </w:r>
    </w:p>
    <w:p>
      <w:r>
        <w:rPr>
          <w:b/>
        </w:rPr>
        <w:t xml:space="preserve">[30:43] </w:t>
      </w:r>
      <w:r>
        <w:t>hadees mein aata hai ke</w:t>
      </w:r>
    </w:p>
    <w:p>
      <w:pPr>
        <w:jc w:val="right"/>
      </w:pPr>
      <w:r>
        <w:t>حدیث میں آتا ہے کہ</w:t>
      </w:r>
    </w:p>
    <w:p>
      <w:r>
        <w:rPr>
          <w:b/>
        </w:rPr>
        <w:t xml:space="preserve">[30:47] </w:t>
      </w:r>
      <w:r>
        <w:t>ek sahabi ne Rasool Allah se poocha. aap jante hain ke Hajj mein ek bohat bara amal yun kiya jata hai ke janwar ko qurban kiya jata hai.</w:t>
      </w:r>
    </w:p>
    <w:p>
      <w:pPr>
        <w:jc w:val="right"/>
      </w:pPr>
      <w:r>
        <w:t>ایک صحابی نے رسول اللہ سے پوچھا۔ آپ جانتے ہیں کہ حج میں ایک بہت بڑا عمل یوں کیا جاتا ہے کہ جانور کو قربان کیا جاتا ہے۔</w:t>
      </w:r>
    </w:p>
    <w:p>
      <w:r>
        <w:rPr>
          <w:b/>
        </w:rPr>
        <w:t xml:space="preserve">[30:57] </w:t>
      </w:r>
      <w:r>
        <w:t>qurbani.</w:t>
      </w:r>
    </w:p>
    <w:p>
      <w:pPr>
        <w:jc w:val="right"/>
      </w:pPr>
      <w:r>
        <w:t>قربانی۔</w:t>
      </w:r>
    </w:p>
    <w:p>
      <w:r>
        <w:rPr>
          <w:b/>
        </w:rPr>
        <w:t xml:space="preserve">[30:59] </w:t>
      </w:r>
      <w:r>
        <w:t>Hajj ka ek bohat bara. isi liye</w:t>
      </w:r>
    </w:p>
    <w:p>
      <w:pPr>
        <w:jc w:val="right"/>
      </w:pPr>
      <w:r>
        <w:t>حج کا ایک بہت بڑا۔ اسی لیے</w:t>
      </w:r>
    </w:p>
    <w:p>
      <w:r>
        <w:rPr>
          <w:b/>
        </w:rPr>
        <w:t xml:space="preserve">[31:04] </w:t>
      </w:r>
      <w:r>
        <w:t>yeh bohat bara yeh hai. is ke is ke jawab is ke. yani aap jante hain ke mukhtalif jaghon par.</w:t>
      </w:r>
    </w:p>
    <w:p>
      <w:pPr>
        <w:jc w:val="right"/>
      </w:pPr>
      <w:r>
        <w:t>یہ بہت بڑا یہ ہے۔ اس کے اس کے جواب اس کے۔ یعنی آپ جانتے ہیں کہ مختلف جگہوں پر۔</w:t>
      </w:r>
    </w:p>
    <w:p>
      <w:r>
        <w:rPr>
          <w:b/>
        </w:rPr>
        <w:t xml:space="preserve">[31:13] </w:t>
      </w:r>
      <w:r>
        <w:t>yani wahan to Hajj hota hai lekin aur jagah par jahan Musalman hote hain wahan Eid al-Adha manate hain. to is ko Eid Qurban kehte hain. Qurbani ki Eid.</w:t>
      </w:r>
    </w:p>
    <w:p>
      <w:pPr>
        <w:jc w:val="right"/>
      </w:pPr>
      <w:r>
        <w:t>یعنی وہاں تو حج ہوتا ہے لیکن اور جگہ پر جہاں مسلمان ہوتے ہیں وہاں عید الاضحی مناتے ہیں۔ تو اس کو عید قرباں کہتے ہیں۔ قربانی کی عید۔</w:t>
      </w:r>
    </w:p>
    <w:p>
      <w:r>
        <w:rPr>
          <w:b/>
        </w:rPr>
        <w:t xml:space="preserve">[31:23] </w:t>
      </w:r>
      <w:r>
        <w:t>to Hajj ka ek bohat bara amal hota hai qurbani.</w:t>
      </w:r>
    </w:p>
    <w:p>
      <w:pPr>
        <w:jc w:val="right"/>
      </w:pPr>
      <w:r>
        <w:t>تو حج کا ایک بہت بڑا عمل ہوتا ہے قربانی۔</w:t>
      </w:r>
    </w:p>
    <w:p>
      <w:r>
        <w:rPr>
          <w:b/>
        </w:rPr>
        <w:t xml:space="preserve">[31:28] </w:t>
      </w:r>
      <w:r>
        <w:t>to ek sahabi ne Rasool Allah se poocha ke ma hazzir al-Adha ya Rasool Allah?</w:t>
      </w:r>
    </w:p>
    <w:p>
      <w:pPr>
        <w:jc w:val="right"/>
      </w:pPr>
      <w:r>
        <w:t>تو ایک صحابی نے رسول اللہ سے پوچھا کہ ما حاضر الاضحی یا رسول اللہ؟</w:t>
      </w:r>
    </w:p>
    <w:p>
      <w:r>
        <w:rPr>
          <w:b/>
        </w:rPr>
        <w:t xml:space="preserve">[31:36] </w:t>
      </w:r>
      <w:r>
        <w:t>Rasool Allah se poocha ke ma hazzir al-Adha ya Rasool Allah? What are these sacrifices, O Prophet of God?</w:t>
      </w:r>
    </w:p>
    <w:p>
      <w:pPr>
        <w:jc w:val="right"/>
      </w:pPr>
      <w:r>
        <w:t>رسول اللہ سے پوچھا کہ ما حاضر الاضحی یا رسول اللہ؟ واٹ آر دیز سیکریفائسز آف پرافٹ آف گاڈ؟</w:t>
      </w:r>
    </w:p>
    <w:p>
      <w:r>
        <w:rPr>
          <w:b/>
        </w:rPr>
        <w:t xml:space="preserve">[31:46] </w:t>
      </w:r>
      <w:r>
        <w:t>yeh jo hum qurbani dete hain yeh kya hai? ae Khuda ke Rasool? what are these sacrifices</w:t>
      </w:r>
    </w:p>
    <w:p>
      <w:pPr>
        <w:jc w:val="right"/>
      </w:pPr>
      <w:r>
        <w:t>یہ جو ہم قربانی دیتے ہیں یہ کیا ہے؟ اے خدا کے رسول؟ واٹ آر دیز سیکریفائسز</w:t>
      </w:r>
    </w:p>
    <w:p>
      <w:r>
        <w:rPr>
          <w:b/>
        </w:rPr>
        <w:t xml:space="preserve">[31:57] </w:t>
      </w:r>
      <w:r>
        <w:t>of profit of God? aap ne kaha ke sunnat abikum Ibrahim. tradition of your father Abraham.</w:t>
      </w:r>
    </w:p>
    <w:p>
      <w:pPr>
        <w:jc w:val="right"/>
      </w:pPr>
      <w:r>
        <w:t>آف پرافٹ آف گاڈ؟ آپ نے کہا کہ سنت ابیکم ابراہیم۔ ٹریڈیشن آف یور فادر ابراہم۔</w:t>
      </w:r>
    </w:p>
    <w:p>
      <w:r>
        <w:rPr>
          <w:b/>
        </w:rPr>
        <w:t xml:space="preserve">[32:09] </w:t>
      </w:r>
      <w:r>
        <w:t>tumhare baap Ibrahim ki sunnat hai.</w:t>
      </w:r>
    </w:p>
    <w:p>
      <w:pPr>
        <w:jc w:val="right"/>
      </w:pPr>
      <w:r>
        <w:t>تمہارے باپ ابراہم کی سنت ہے۔</w:t>
      </w:r>
    </w:p>
    <w:p>
      <w:r>
        <w:rPr>
          <w:b/>
        </w:rPr>
        <w:t xml:space="preserve">[32:14] </w:t>
      </w:r>
      <w:r>
        <w:t>is se kya baat mili? ke Hajj jo hai haqeeqatan Hazrat Ibrahim ki jo sunnat hai un ki jo zindagi thi is zindagi ko hum wahan pe ja kar is ko isi ka rehearsal karte hain.</w:t>
      </w:r>
    </w:p>
    <w:p>
      <w:pPr>
        <w:jc w:val="right"/>
      </w:pPr>
      <w:r>
        <w:t>اس سے کیا بات ملی؟ کہ حج جو ہے حقیقتاً حضرت ابراہم کی جو سنت ہے ان کی جو زندگی تھی اس زندگی کو ہم وہاں پہ جا کر اس کو اسی کا ریہرسل کرتے ہیں۔</w:t>
      </w:r>
    </w:p>
    <w:p>
      <w:r>
        <w:rPr>
          <w:b/>
        </w:rPr>
        <w:t xml:space="preserve">[32:29] </w:t>
      </w:r>
      <w:r>
        <w:t>Hazrat Ibrahim jo the mein samajhta hoon ke bohat hi bare daai the. apni poori family ko daawa mein laga diya unhon ne.</w:t>
      </w:r>
    </w:p>
    <w:p>
      <w:pPr>
        <w:jc w:val="right"/>
      </w:pPr>
      <w:r>
        <w:t>حضرت ابراہم جو تھے میں سمجھتا ہوں کہ بہت ہی بڑے داعی تھے۔ اپنی پوری فیملی کو دعوت میں لگا دیا انہوں نے۔</w:t>
      </w:r>
    </w:p>
    <w:p>
      <w:r>
        <w:rPr>
          <w:b/>
        </w:rPr>
        <w:t xml:space="preserve">[32:38] </w:t>
      </w:r>
      <w:r>
        <w:t>poori family ko.</w:t>
      </w:r>
    </w:p>
    <w:p>
      <w:pPr>
        <w:jc w:val="right"/>
      </w:pPr>
      <w:r>
        <w:t>پوری فیملی کو۔</w:t>
      </w:r>
    </w:p>
    <w:p>
      <w:r>
        <w:rPr>
          <w:b/>
        </w:rPr>
        <w:t xml:space="preserve">[32:41] </w:t>
      </w:r>
      <w:r>
        <w:t>to Hazrat Ibrahim paida hue Iraq mein. wahan se gaye Misr. Misr se aaye Syria. Syria se phir apne bete Ismail ko un ki maan Hajra ko la kar ke Makka mein basaya.</w:t>
      </w:r>
    </w:p>
    <w:p>
      <w:pPr>
        <w:jc w:val="right"/>
      </w:pPr>
      <w:r>
        <w:t>تو حضرت ابراہم پیدا ہوئے عراق میں۔ وہاں سے گئے مصر۔ مصر سے آئے سیریا۔ سیریا سے پھر اپنے بیٹے اسماعیل کو ان کی ماں ہاجرہ کو لا کر کے مکہ میں بسایا۔</w:t>
      </w:r>
    </w:p>
    <w:p>
      <w:r>
        <w:rPr>
          <w:b/>
        </w:rPr>
        <w:t xml:space="preserve">[32:57] </w:t>
      </w:r>
      <w:r>
        <w:t>kyun?</w:t>
      </w:r>
    </w:p>
    <w:p>
      <w:pPr>
        <w:jc w:val="right"/>
      </w:pPr>
      <w:r>
        <w:t>کیوں؟</w:t>
      </w:r>
    </w:p>
    <w:p>
      <w:r>
        <w:rPr>
          <w:b/>
        </w:rPr>
        <w:t xml:space="preserve">[32:58] </w:t>
      </w:r>
      <w:r>
        <w:t>aik daawa team bananay ke liye.</w:t>
      </w:r>
    </w:p>
    <w:p>
      <w:pPr>
        <w:jc w:val="right"/>
      </w:pPr>
      <w:r>
        <w:t>ایک دعویٰ ٹیم بنانے کے لیے۔</w:t>
      </w:r>
    </w:p>
    <w:p>
      <w:r>
        <w:rPr>
          <w:b/>
        </w:rPr>
        <w:t xml:space="preserve">[33:02] </w:t>
      </w:r>
      <w:r>
        <w:t>aik aisi team jo is zamanay mein jo shirk phaila hua tha but parasti phaili hui thi. to is mahol se bacha kar aik team banay jo daawa work kare.</w:t>
      </w:r>
    </w:p>
    <w:p>
      <w:pPr>
        <w:jc w:val="right"/>
      </w:pPr>
      <w:r>
        <w:t>ایک ایسی ٹیم جو اس زمانے میں جو شرک پھیلا ہوا تھا بت پرستی پھیلی ہوئی تھی۔ تو اس ماحول سے بچا کر ایک ٹیم بنے جو دعویٰ ورک کرے۔</w:t>
      </w:r>
    </w:p>
    <w:p>
      <w:r>
        <w:rPr>
          <w:b/>
        </w:rPr>
        <w:t xml:space="preserve">[33:16] </w:t>
      </w:r>
      <w:r>
        <w:t>international level par.</w:t>
      </w:r>
    </w:p>
    <w:p>
      <w:pPr>
        <w:jc w:val="right"/>
      </w:pPr>
      <w:r>
        <w:t>انٹرنیشنل لیول پر۔</w:t>
      </w:r>
    </w:p>
    <w:p>
      <w:r>
        <w:rPr>
          <w:b/>
        </w:rPr>
        <w:t xml:space="preserve">[33:19] </w:t>
      </w:r>
      <w:r>
        <w:t>to unhon ne aik bohat bara plan yaani daawa plan banaya. aur apne bete ko aur apni biwi ko la kar yahan basaya.</w:t>
      </w:r>
    </w:p>
    <w:p>
      <w:pPr>
        <w:jc w:val="right"/>
      </w:pPr>
      <w:r>
        <w:t>تو انہوں نے ایک بہت بڑا پلان یعنی دعویٰ پلان بنایا۔ اور اپنے بیٹے کو اور اپنی بیوی کو لا کر یہاں بسایا۔</w:t>
      </w:r>
    </w:p>
    <w:p>
      <w:r>
        <w:rPr>
          <w:b/>
        </w:rPr>
        <w:t xml:space="preserve">[33:31] </w:t>
      </w:r>
      <w:r>
        <w:t>to yeh is mein teen aadmi shamil thay. Abraham, Ismail, Hajra. to mein kahunga ke yeh daawa family thi.</w:t>
      </w:r>
    </w:p>
    <w:p>
      <w:pPr>
        <w:jc w:val="right"/>
      </w:pPr>
      <w:r>
        <w:t>تو یہ اس میں تین آدمی شامل تھے۔ ابراہم، اسماعیل، ہاجرہ۔ تو میں کہوں گا کہ یہ دعویٰ فیملی تھی۔</w:t>
      </w:r>
    </w:p>
    <w:p>
      <w:r>
        <w:rPr>
          <w:b/>
        </w:rPr>
        <w:t xml:space="preserve">[33:42] </w:t>
      </w:r>
      <w:r>
        <w:t>isai riwayat mein holy family mana jata hai. holy family.</w:t>
      </w:r>
    </w:p>
    <w:p>
      <w:pPr>
        <w:jc w:val="right"/>
      </w:pPr>
      <w:r>
        <w:t>عیسائی روایت میں ہولی فیملی مانا جاتا ہے۔ ہولی فیملی۔</w:t>
      </w:r>
    </w:p>
    <w:p>
      <w:r>
        <w:rPr>
          <w:b/>
        </w:rPr>
        <w:t xml:space="preserve">[33:49] </w:t>
      </w:r>
      <w:r>
        <w:t>aap jantay hain. isi holy family ke naam par dilli mein bohat bara hospital hai. holy family hospital. to islam mein holy family to nahi hai lekin mein yeh kahunga ke islam mein daawa family hai.</w:t>
      </w:r>
    </w:p>
    <w:p>
      <w:pPr>
        <w:jc w:val="right"/>
      </w:pPr>
      <w:r>
        <w:t>آپ جانتے ہیں۔ اسی ہولی فیملی کے نام پر دلی میں بہت بڑا ہاسپٹل ہے۔ ہولی فیملی ہاسپٹل۔ تو اسلام میں ہولی فیملی تو نہیں ہے لیکن میں یہ کہوں گا کہ اسلام میں دعویٰ فیملی ہے۔</w:t>
      </w:r>
    </w:p>
    <w:p>
      <w:r>
        <w:rPr>
          <w:b/>
        </w:rPr>
        <w:t xml:space="preserve">[34:03] </w:t>
      </w:r>
      <w:r>
        <w:t>ke in teen aadmiyon ne mil kar aik bohat bari planning ki. international daawa work ki. to is mein jo waqiat guzray isi ka rehearsal hai wahan</w:t>
      </w:r>
    </w:p>
    <w:p>
      <w:pPr>
        <w:jc w:val="right"/>
      </w:pPr>
      <w:r>
        <w:t>کہ ان تین آدمیوں نے مل کر ایک بہت بڑی پلاننگ کی۔ انٹرنیشنل دعویٰ ورک کی۔ تو اس میں جو واقعات گزرے اسی کا ریہرسل ہے وہاں</w:t>
      </w:r>
    </w:p>
    <w:p>
      <w:r>
        <w:rPr>
          <w:b/>
        </w:rPr>
        <w:t xml:space="preserve">[34:18] </w:t>
      </w:r>
      <w:r>
        <w:t>par. isi ko hum isi mein apnay aap ko shamil kar ke hum pledge laitay hain. pledge. ke hum apni zindagi mein daawa work karein ge.</w:t>
      </w:r>
    </w:p>
    <w:p>
      <w:pPr>
        <w:jc w:val="right"/>
      </w:pPr>
      <w:r>
        <w:t>پر۔ اسی کو ہم اسی میں اپنے آپ کو شامل کر کے ہم پلج لیتے ہیں۔ پلج۔ کہ ہم اپنی زندگی میں دعویٰ ورک کریں گے۔</w:t>
      </w:r>
    </w:p>
    <w:p>
      <w:r>
        <w:rPr>
          <w:b/>
        </w:rPr>
        <w:t xml:space="preserve">[34:35] </w:t>
      </w:r>
      <w:r>
        <w:t>to yeh bohat bari baat hai samajhnay ki.</w:t>
      </w:r>
    </w:p>
    <w:p>
      <w:pPr>
        <w:jc w:val="right"/>
      </w:pPr>
      <w:r>
        <w:t>تو یہ بہت بڑی بات ہے سمجھنے کی۔</w:t>
      </w:r>
    </w:p>
    <w:p>
      <w:r>
        <w:rPr>
          <w:b/>
        </w:rPr>
        <w:t xml:space="preserve">[34:40] </w:t>
      </w:r>
      <w:r>
        <w:t>yahan par mein arz karunga ke</w:t>
      </w:r>
    </w:p>
    <w:p>
      <w:pPr>
        <w:jc w:val="right"/>
      </w:pPr>
      <w:r>
        <w:t>یہاں پر میں عرض کروں گا کہ</w:t>
      </w:r>
    </w:p>
    <w:p>
      <w:r>
        <w:rPr>
          <w:b/>
        </w:rPr>
        <w:t xml:space="preserve">[34:47] </w:t>
      </w:r>
      <w:r>
        <w:t>ke yeh jo jis ko mein keh raha hoon daawa family woh kya cheez thi? aur kaise is ne kaam kiya? dekhiye jab aap jatay hain aik aadmi jab hajj karne ke liye wahan pohanchta hai to sab se pehla kaam kya karta hai woh</w:t>
      </w:r>
    </w:p>
    <w:p>
      <w:pPr>
        <w:jc w:val="right"/>
      </w:pPr>
      <w:r>
        <w:t>کہ یہ جو جس کو میں کہہ رہا ہوں دعویٰ فیملی وہ کیا چیز تھی؟ اور کیسے اس نے کام کیا؟ دیکھیے جب آپ جاتے ہیں ایک آدمی جب حج کرنے کے لیے وہاں پہنچتا ہے تو سب سے پہلا کام کیا کرتا ہے وہ</w:t>
      </w:r>
    </w:p>
    <w:p>
      <w:r>
        <w:rPr>
          <w:b/>
        </w:rPr>
        <w:t xml:space="preserve">[35:08] </w:t>
      </w:r>
      <w:r>
        <w:t>miqat jo kaha jata hai miqat par pohanch kar ke woh apna yeh kapra utar deta hai. aur unstitelred kapra pehanta hai.</w:t>
      </w:r>
    </w:p>
    <w:p>
      <w:pPr>
        <w:jc w:val="right"/>
      </w:pPr>
      <w:r>
        <w:t>میقات جو کہا جاتا ہے میقات پر پہنچ کر کے وہ اپنا یہ کپڑا اتار دیتا ہے۔ اور ان ٹیلرڈ کپڑا پہنتا ہے۔</w:t>
      </w:r>
    </w:p>
    <w:p>
      <w:r>
        <w:rPr>
          <w:b/>
        </w:rPr>
        <w:t xml:space="preserve">[35:19] </w:t>
      </w:r>
      <w:r>
        <w:t>baghair sila hua. do kapra safaid. aap keh sakte hain ke do chadarein. bana sila hua. aik chadar neechay baandh le ga aik chadar oopar rahe gi.</w:t>
      </w:r>
    </w:p>
    <w:p>
      <w:pPr>
        <w:jc w:val="right"/>
      </w:pPr>
      <w:r>
        <w:t>بغیر سلا ہوا۔ دو کپڑا سفید۔ آپ کہہ سکتے ہیں کہ دو چادریں۔ بنا سلا ہوا۔ ایک چادر نیچے باندھ لے گا ایک چادر اوپر رہے گی۔</w:t>
      </w:r>
    </w:p>
    <w:p>
      <w:r>
        <w:rPr>
          <w:b/>
        </w:rPr>
        <w:t xml:space="preserve">[35:31] </w:t>
      </w:r>
      <w:r>
        <w:t>sir khula rahe ga. sir khula rahe ga.</w:t>
      </w:r>
    </w:p>
    <w:p>
      <w:pPr>
        <w:jc w:val="right"/>
      </w:pPr>
      <w:r>
        <w:t>سر کھلا رہے گا۔ سر کھلا رہے گا۔</w:t>
      </w:r>
    </w:p>
    <w:p>
      <w:r>
        <w:rPr>
          <w:b/>
        </w:rPr>
        <w:t xml:space="preserve">[35:37] </w:t>
      </w:r>
      <w:r>
        <w:t>to yeh kya hai?</w:t>
      </w:r>
    </w:p>
    <w:p>
      <w:pPr>
        <w:jc w:val="right"/>
      </w:pPr>
      <w:r>
        <w:t>تو یہ کیا ہے؟</w:t>
      </w:r>
    </w:p>
    <w:p>
      <w:r>
        <w:rPr>
          <w:b/>
        </w:rPr>
        <w:t xml:space="preserve">[35:41] </w:t>
      </w:r>
      <w:r>
        <w:t>yeh hai is is waqay ki tasweer jo guzra tha Abraham par aur Hajra par aur Ismail par.</w:t>
      </w:r>
    </w:p>
    <w:p>
      <w:pPr>
        <w:jc w:val="right"/>
      </w:pPr>
      <w:r>
        <w:t>یہ ہے اس اس واقعے کی تصویر جو گزرا تھا ابراہم پر اور ہاجرہ پر اور اسماعیل پر۔</w:t>
      </w:r>
    </w:p>
    <w:p>
      <w:r>
        <w:rPr>
          <w:b/>
        </w:rPr>
        <w:t xml:space="preserve">[35:52] </w:t>
      </w:r>
      <w:r>
        <w:t>aap sochiye ke jab Hajra ko aur Ismail ko Hazrat Abraham ne basa diya sehra mein jahan koi aadmi nahi.</w:t>
      </w:r>
    </w:p>
    <w:p>
      <w:pPr>
        <w:jc w:val="right"/>
      </w:pPr>
      <w:r>
        <w:t>آپ سوچیے کہ جب ہاجرہ کو اور اسماعیل کو حضرت ابراہم نے بسا دیا صحرا میں جہاں کوئی آدمی نہیں۔</w:t>
      </w:r>
    </w:p>
    <w:p>
      <w:r>
        <w:rPr>
          <w:b/>
        </w:rPr>
        <w:t xml:space="preserve">[36:01] </w:t>
      </w:r>
      <w:r>
        <w:t>koi wahan koi tehzeeb nahi. wahan koi dukaan nahi. koi shopping market nahi. kuch bhi nahi. kuch bhi nahi literally kuch bhi nahi wahan par.</w:t>
      </w:r>
    </w:p>
    <w:p>
      <w:pPr>
        <w:jc w:val="right"/>
      </w:pPr>
      <w:r>
        <w:t>کوئی وہاں کوئی تہذیب نہیں۔ وہاں کوئی دکان نہیں۔ کوئی شاپنگ مارکیٹ نہیں۔ کچھ بھی نہیں۔ کچھ بھی نہیں لٹرلی کچھ بھی نہیں وہاں پر۔</w:t>
      </w:r>
    </w:p>
    <w:p>
      <w:r>
        <w:rPr>
          <w:b/>
        </w:rPr>
        <w:t xml:space="preserve">[36:12] </w:t>
      </w:r>
      <w:r>
        <w:t>aik chidiya bhi nahi. to wahan sui tara kahan rahe ga? wahan kapray kahan hon ge? yeh sab to zahir hai ke nahi ho saktay.</w:t>
      </w:r>
    </w:p>
    <w:p>
      <w:pPr>
        <w:jc w:val="right"/>
      </w:pPr>
      <w:r>
        <w:t>ایک چڑیا بھی نہیں۔ تو وہاں سوئی تارا کہاں رہے گا؟ وہاں کپڑے کہاں ہوں گے؟ یہ سب تو ظاہر ہے کہ نہیں ہو سکتے۔</w:t>
      </w:r>
    </w:p>
    <w:p>
      <w:r>
        <w:rPr>
          <w:b/>
        </w:rPr>
        <w:t xml:space="preserve">[36:22] </w:t>
      </w:r>
      <w:r>
        <w:t>to apnay ghar se jo saada bilkul saada kapra pehan kar ke apnay body par aaye thay wahi un ka un ka kul dress tha woh. un ke paas sui bhi nahi thi koi kapra de to us ko silen woh.</w:t>
      </w:r>
    </w:p>
    <w:p>
      <w:pPr>
        <w:jc w:val="right"/>
      </w:pPr>
      <w:r>
        <w:t>تو اپنے گھر سے جو سادہ بالکل سادہ کپڑا پہن کر کے اپنے باڈی پر آئے تھے وہی ان کا ان کا کل ڈریس تھا وہ۔ ان کے پاس سوئی بھی نہیں تھی کوئی کپڑا دے تو اس کو سلیں وہ۔</w:t>
      </w:r>
    </w:p>
    <w:p>
      <w:r>
        <w:rPr>
          <w:b/>
        </w:rPr>
        <w:t xml:space="preserve">[36:37] </w:t>
      </w:r>
      <w:r>
        <w:t>untailored do chadarein bilkul khaddar ki aaj kal ke zamanay mein jo jo khaddar banaya jata hai hath se is qisam ki us ko lapete hue hain woh wahi un ka dress hai.</w:t>
      </w:r>
    </w:p>
    <w:p>
      <w:pPr>
        <w:jc w:val="right"/>
      </w:pPr>
      <w:r>
        <w:t>ان ٹیلرڈ دو چادریں بالکل کھدر کی آج کل کے زمانے میں جو جو کھدر بنایا جاتا ہے ہاتھ سے اس قسم کی اس کو لپیٹے ہوئے ہیں وہ وہی ان کا ڈریس ہے۔</w:t>
      </w:r>
    </w:p>
    <w:p>
      <w:r>
        <w:rPr>
          <w:b/>
        </w:rPr>
        <w:t xml:space="preserve">[36:51] </w:t>
      </w:r>
      <w:r>
        <w:t>to jab aap ehram baandhtay hain to yeh koi rasam ki baat nahi hai. aap is culture ko apnay oopar ortay hain jo culture Abraham ka aur Hajra ka aur Ismail ka tha.</w:t>
      </w:r>
    </w:p>
    <w:p>
      <w:pPr>
        <w:jc w:val="right"/>
      </w:pPr>
      <w:r>
        <w:t>تو جب آپ احرام باندھتے ہیں تو یہ کوئی رسم کی بات نہیں ہے۔ آپ اس کلچر کو اپنے اوپر اوڑھتے ہیں جو کلچر ابراہم کا اور ہاجرہ کا اور اسماعیل کا تھا۔</w:t>
      </w:r>
    </w:p>
    <w:p>
      <w:r>
        <w:rPr>
          <w:b/>
        </w:rPr>
        <w:t xml:space="preserve">[37:02] </w:t>
      </w:r>
      <w:r>
        <w:t>yeh simple kapra. isi liye hadith mein aata hai ke albazat min al-iman. yaani rafa zindagi yeh iman momin ki zindagi hai.</w:t>
      </w:r>
    </w:p>
    <w:p>
      <w:pPr>
        <w:jc w:val="right"/>
      </w:pPr>
      <w:r>
        <w:t>یہ سمپل کپڑا۔ اسی لیے حدیث میں آتا ہے کہ البذات من الایمان۔ یعنی رف زندگی یہ ایمان مومن کی زندگی ہے۔</w:t>
      </w:r>
    </w:p>
    <w:p>
      <w:r>
        <w:rPr>
          <w:b/>
        </w:rPr>
        <w:t xml:space="preserve">[37:13] </w:t>
      </w:r>
      <w:r>
        <w:t>rif zindagi. momin ka mani daai ki zindagi</w:t>
      </w:r>
    </w:p>
    <w:p>
      <w:pPr>
        <w:jc w:val="right"/>
      </w:pPr>
      <w:r>
        <w:t>رف زندگی۔ مومن کا معنی داعی کی زندگی</w:t>
      </w:r>
    </w:p>
    <w:p>
      <w:r>
        <w:rPr>
          <w:b/>
        </w:rPr>
        <w:t xml:space="preserve">[37:16] </w:t>
      </w:r>
      <w:r>
        <w:t>. daai ki zindagi rif zindagi hoti hai. kyunke daai agar yeh kare ke sari cheezon ko ihtimam kare.</w:t>
      </w:r>
    </w:p>
    <w:p>
      <w:pPr>
        <w:jc w:val="right"/>
      </w:pPr>
      <w:r>
        <w:t>۔ داعی کی زندگی رف زندگی ہوتی ہے۔ کیونکہ داعی اگر یہ کرے کہ ساری چیزوں کو اہتمام کرے۔</w:t>
      </w:r>
    </w:p>
    <w:p>
      <w:r>
        <w:rPr>
          <w:b/>
        </w:rPr>
        <w:t xml:space="preserve">[37:25] </w:t>
      </w:r>
      <w:r>
        <w:t>achhe kapde, achhe joote aur achha furniture, achhi sawari, achha ghar, achha yeh, achha woh toh daawa work kya karega woh? Daawa work nahi kar sakta hai woh.</w:t>
      </w:r>
    </w:p>
    <w:p>
      <w:pPr>
        <w:jc w:val="right"/>
      </w:pPr>
      <w:r>
        <w:t>اچھے کپڑے، اچھے جوتے اور اچھا فرنیچر، اچھے سواری، اچھا گھر، اچھا یہ، اچھا وہ تو دعویٰ ورک کیا کرے گا وہ؟ دعویٰ ورک نہیں کر سکتا ہے وہ۔</w:t>
      </w:r>
    </w:p>
    <w:p>
      <w:r>
        <w:rPr>
          <w:b/>
        </w:rPr>
        <w:t xml:space="preserve">[37:35] </w:t>
      </w:r>
      <w:r>
        <w:t>toh phir toh kisi aur cheez mein jiye ga woh.</w:t>
      </w:r>
    </w:p>
    <w:p>
      <w:pPr>
        <w:jc w:val="right"/>
      </w:pPr>
      <w:r>
        <w:t>تو پھر تو کسی اور چیز میں جیئے گا وہ۔</w:t>
      </w:r>
    </w:p>
    <w:p>
      <w:r>
        <w:rPr>
          <w:b/>
        </w:rPr>
        <w:t xml:space="preserve">[37:38] </w:t>
      </w:r>
      <w:r>
        <w:t>daai ko jeena padta hai dawat mein. Insaniyat mein. Insan ke masle mein. Insan ki mohabbat mein. Insan ko sehat se bachane mein is mein jeena padta hai.</w:t>
      </w:r>
    </w:p>
    <w:p>
      <w:pPr>
        <w:jc w:val="right"/>
      </w:pPr>
      <w:r>
        <w:t>داعی کو جینا پڑتا ہے دعوت میں۔ انسانیت میں۔ انسان کے مسئلے میں۔ انسان کی محبت میں۔ انسان کو صحت سے بچانے میں اس میں جینا پڑتا ہے۔</w:t>
      </w:r>
    </w:p>
    <w:p>
      <w:r>
        <w:rPr>
          <w:b/>
        </w:rPr>
        <w:t xml:space="preserve">[37:49] </w:t>
      </w:r>
      <w:r>
        <w:t>toh woh jiye apne aap ko sanwarne mein toh dawat kya karega woh? Toh</w:t>
      </w:r>
    </w:p>
    <w:p>
      <w:pPr>
        <w:jc w:val="right"/>
      </w:pPr>
      <w:r>
        <w:t>تو وہ جیئے اپنے آپ کو سنوارنے میں تو دعوت کیا کرے گا وہ؟ تو</w:t>
      </w:r>
    </w:p>
    <w:p>
      <w:r>
        <w:rPr>
          <w:b/>
        </w:rPr>
        <w:t xml:space="preserve">[37:58] </w:t>
      </w:r>
      <w:r>
        <w:t>daai ka matlab hota hai saada insan. Aur ehraam saada insan ki ek goya alamat karta hai.</w:t>
      </w:r>
    </w:p>
    <w:p>
      <w:pPr>
        <w:jc w:val="right"/>
      </w:pPr>
      <w:r>
        <w:t>داعی کا مطلب ہوتا ہے سادہ انسان۔ اور احرام سادہ انسان کی ایک گویا علامت کرتا ہے۔</w:t>
      </w:r>
    </w:p>
    <w:p>
      <w:r>
        <w:rPr>
          <w:b/>
        </w:rPr>
        <w:t xml:space="preserve">[38:07] </w:t>
      </w:r>
      <w:r>
        <w:t>jab aap ehraam bandhte hain toh goya ke daai ki jo saada zindagi hoti hai simple zindagi. Jisko kehte hain simple living high thinking.</w:t>
      </w:r>
    </w:p>
    <w:p>
      <w:pPr>
        <w:jc w:val="right"/>
      </w:pPr>
      <w:r>
        <w:t>جب آپ احرام باندھتے ہیں تو گویا کہ داعی کی جو سادہ زندگی ہوتی ہے سمپل زندگی۔ جس کو کہتے ہیں سمپل لیونگ ہائی تھنکنگ۔</w:t>
      </w:r>
    </w:p>
    <w:p>
      <w:r>
        <w:rPr>
          <w:b/>
        </w:rPr>
        <w:t xml:space="preserve">[38:18] </w:t>
      </w:r>
      <w:r>
        <w:t>is zindagi ko alamat kar raha hota hai yeh ehraam. Un tailored kapda. Safed rang ka. Toh jab aap ehraam bandhte hain.</w:t>
      </w:r>
    </w:p>
    <w:p>
      <w:pPr>
        <w:jc w:val="right"/>
      </w:pPr>
      <w:r>
        <w:t>اس زندگی کو علامت کر رہا ہوتا ہے یہ احرام۔ ان ٹیلرڈ کپڑا۔ سفید رنگ کا۔ تو جب آپ احرام باندھتے ہیں۔</w:t>
      </w:r>
    </w:p>
    <w:p>
      <w:r>
        <w:rPr>
          <w:b/>
        </w:rPr>
        <w:t xml:space="preserve">[38:28] </w:t>
      </w:r>
      <w:r>
        <w:t>yani haaji jab ehraam bandhta hai. Toh woh us zamane mein jo kapda pehna tha hajra ne.</w:t>
      </w:r>
    </w:p>
    <w:p>
      <w:pPr>
        <w:jc w:val="right"/>
      </w:pPr>
      <w:r>
        <w:t>یعنی حاجی جب احرام باندھتا ہے۔ تو وہ اس زمانے میں جو کپڑا پہنا تھا ہاجرہ نے۔</w:t>
      </w:r>
    </w:p>
    <w:p>
      <w:r>
        <w:rPr>
          <w:b/>
        </w:rPr>
        <w:t xml:space="preserve">[38:39] </w:t>
      </w:r>
      <w:r>
        <w:t>aur ismail ne aur ibraahim ne. Us dress ko woh istemal karta hai.</w:t>
      </w:r>
    </w:p>
    <w:p>
      <w:pPr>
        <w:jc w:val="right"/>
      </w:pPr>
      <w:r>
        <w:t>اور اسماعیل نے اور ابراہم نے۔ اس ڈریس کو وہ استعمال کرتا ہے۔</w:t>
      </w:r>
    </w:p>
    <w:p>
      <w:r>
        <w:rPr>
          <w:b/>
        </w:rPr>
        <w:t xml:space="preserve">[38:51] </w:t>
      </w:r>
      <w:r>
        <w:t>kyunke wahan na sui tara tha na koi kapde ki dukan thi. Kuch bhi nahi tha wahan. Bana sila ek kapda lapet liya yeh unka dress tha.</w:t>
      </w:r>
    </w:p>
    <w:p>
      <w:pPr>
        <w:jc w:val="right"/>
      </w:pPr>
      <w:r>
        <w:t>کیونکہ وہاں نہ سوئی تارا تھا نہ کوئی کپڑے کی دکان تھی۔ کچھ بھی نہیں تھا وہاں۔ بنا سلا ایک کپڑا لپیٹ لیا یہ ان کا ڈریس تھا۔</w:t>
      </w:r>
    </w:p>
    <w:p>
      <w:r>
        <w:rPr>
          <w:b/>
        </w:rPr>
        <w:t xml:space="preserve">[39:03] </w:t>
      </w:r>
      <w:r>
        <w:t>toh yeh karta hai haaji. India se jo log jaate hain woh jahaz ke andar kar lete hain ya jeddah airport bhi kar sakte hain.</w:t>
      </w:r>
    </w:p>
    <w:p>
      <w:pPr>
        <w:jc w:val="right"/>
      </w:pPr>
      <w:r>
        <w:t>تو یہ کرتا ہے حاجی۔ انڈیا سے جو لوگ جاتے ہیں وہ جہاز کے اندر کر لیتے ہیں یا جدہ ایئرپورٹ بھی کر سکتے ہیں۔</w:t>
      </w:r>
    </w:p>
    <w:p>
      <w:r>
        <w:rPr>
          <w:b/>
        </w:rPr>
        <w:t xml:space="preserve">[39:14] </w:t>
      </w:r>
      <w:r>
        <w:t>toh sab kapda utar diya aur un tailored do shirt. Do chadarein upar lapet li.</w:t>
      </w:r>
    </w:p>
    <w:p>
      <w:pPr>
        <w:jc w:val="right"/>
      </w:pPr>
      <w:r>
        <w:t>تو سب کپڑا اتار دیا اور ان ٹیلرڈ دو شرٹ۔ دو چادریں اوپر لپیٹ لی۔</w:t>
      </w:r>
    </w:p>
    <w:p>
      <w:r>
        <w:rPr>
          <w:b/>
        </w:rPr>
        <w:t xml:space="preserve">[39:26] </w:t>
      </w:r>
      <w:r>
        <w:t>yeh aap ka hajj shuru hogaya. Ke is daawa family se aap ne apne ko mushabah bana liya.</w:t>
      </w:r>
    </w:p>
    <w:p>
      <w:pPr>
        <w:jc w:val="right"/>
      </w:pPr>
      <w:r>
        <w:t>یہ آپ کا حج شروع ہوگیا۔ کہ اس دعویٰ فیملی سے آپ نے اپنے کو مشابہ بنا لیا۔</w:t>
      </w:r>
    </w:p>
    <w:p>
      <w:r>
        <w:rPr>
          <w:b/>
        </w:rPr>
        <w:t xml:space="preserve">[39:36] </w:t>
      </w:r>
      <w:r>
        <w:t>similar bana liya. Ke woh jo daawa family thi ibraahim aur hajra aur ismail ki. Aye khuda main inhi ka dress pehanta hoon.</w:t>
      </w:r>
    </w:p>
    <w:p>
      <w:pPr>
        <w:jc w:val="right"/>
      </w:pPr>
      <w:r>
        <w:t>سمیلر بنا لیا۔ کہ وہ جو دعویٰ فیملی تھی ابراہم اور ہاجرہ اور اسماعیل کی۔ اے خدا میں انہی کا ڈریس پہنتا ہوں۔</w:t>
      </w:r>
    </w:p>
    <w:p>
      <w:r>
        <w:rPr>
          <w:b/>
        </w:rPr>
        <w:t xml:space="preserve">[39:49] </w:t>
      </w:r>
      <w:r>
        <w:t>kyunke main inhi ki tareekh ko mujhe dohrana hai.</w:t>
      </w:r>
    </w:p>
    <w:p>
      <w:pPr>
        <w:jc w:val="right"/>
      </w:pPr>
      <w:r>
        <w:t>کیونکہ میں انہی کی تاریخ کو مجھے دہرانا ہے۔</w:t>
      </w:r>
    </w:p>
    <w:p>
      <w:r>
        <w:rPr>
          <w:b/>
        </w:rPr>
        <w:t xml:space="preserve">[39:55] </w:t>
      </w:r>
      <w:r>
        <w:t>yani daai yeh kar ke yeh pledge leta hai khuda se ke khudaaya maine aaj se hajra aur ismail aur ibraahim ke dress ko pehna.</w:t>
      </w:r>
    </w:p>
    <w:p>
      <w:pPr>
        <w:jc w:val="right"/>
      </w:pPr>
      <w:r>
        <w:t>یعنی داعی یہ کر کے یہ پلج لیتا ہے خدا سے کہ خدایا میں نے آج سے ہاجرہ اور اسماعیل اور ابراہم کے ڈریس کو پہنا۔</w:t>
      </w:r>
    </w:p>
    <w:p>
      <w:r>
        <w:rPr>
          <w:b/>
        </w:rPr>
        <w:t xml:space="preserve">[40:06] </w:t>
      </w:r>
      <w:r>
        <w:t>aur main yeh ahad leta hoon ya pledge karta hoon ke main is is daawa is is daawa tareekh ko dohraunga.</w:t>
      </w:r>
    </w:p>
    <w:p>
      <w:pPr>
        <w:jc w:val="right"/>
      </w:pPr>
      <w:r>
        <w:t>اور میں یہ عہد لیتا ہوں یا پلج کرتا ہوں کہ میں اس اس دعویٰ اس اس دعویٰ تاریخ کو دہرائیں گا۔</w:t>
      </w:r>
    </w:p>
    <w:p>
      <w:r>
        <w:rPr>
          <w:b/>
        </w:rPr>
        <w:t xml:space="preserve">[40:16] </w:t>
      </w:r>
      <w:r>
        <w:t>yahan se shuru hua haaji ka amal. Iske baad aap dekhiye kya hota hai.</w:t>
      </w:r>
    </w:p>
    <w:p>
      <w:pPr>
        <w:jc w:val="right"/>
      </w:pPr>
      <w:r>
        <w:t>یہاں سے شروع ہوا حاجی کا عمل۔ اس کے بعد آپ دیکھیے کیا ہوتا ہے۔</w:t>
      </w:r>
    </w:p>
    <w:p>
      <w:r>
        <w:rPr>
          <w:b/>
        </w:rPr>
        <w:t xml:space="preserve">[40:25] </w:t>
      </w:r>
      <w:r>
        <w:t>aadmi phir jeddah se makkah pahunchta hai. Wahan par kaaba hai. Kaaba ko jab dekhta hai aadmi toh foran ja kar ke wahan kya karta hai ke tawaaf karta hai.</w:t>
      </w:r>
    </w:p>
    <w:p>
      <w:pPr>
        <w:jc w:val="right"/>
      </w:pPr>
      <w:r>
        <w:t>آدمی پھر جدہ سے مکہ پہنچتا ہے۔ وہاں پر کعبہ ہے۔ کعبہ کو جب دیکھتا ہے آدمی تو فوراً جا کر کے وہاں کیا کرتا ہے کہ طواف کرتا ہے۔</w:t>
      </w:r>
    </w:p>
    <w:p>
      <w:r>
        <w:rPr>
          <w:b/>
        </w:rPr>
        <w:t xml:space="preserve">[40:40] </w:t>
      </w:r>
      <w:r>
        <w:t>is ke charon taraf saat baar ghoomta hai. Yeh kya hai? Yeh hazrat ismail ne aise hi kiya tha. Hazrat ibraahim ne aise hi kiya tha.</w:t>
      </w:r>
    </w:p>
    <w:p>
      <w:pPr>
        <w:jc w:val="right"/>
      </w:pPr>
      <w:r>
        <w:t>اس کے چاروں طرف سات بار گھومتا ہے۔ یہ کیا ہے؟ یہ حضرت اسماعیل نے ایسے ہی کیا تھا۔ حضرت ابراہم نے ایسے ہی کیا تھا۔</w:t>
      </w:r>
    </w:p>
    <w:p>
      <w:r>
        <w:rPr>
          <w:b/>
        </w:rPr>
        <w:t xml:space="preserve">[40:52] </w:t>
      </w:r>
      <w:r>
        <w:t>yani ibraahim aur ismail in do paighambaron ne kaaba ko banaya. Kaaba ko banaya. Aur banane ke baad iske gird tawaaf kiya.</w:t>
      </w:r>
    </w:p>
    <w:p>
      <w:pPr>
        <w:jc w:val="right"/>
      </w:pPr>
      <w:r>
        <w:t>یعنی ابراہم اور اسماعیل ان دو پیغمبروں نے کعبہ کو بنایا۔ کعبہ کو بنایا۔ اور بنانے کے بعد اس کے گرد طواف کیا۔</w:t>
      </w:r>
    </w:p>
    <w:p>
      <w:r>
        <w:rPr>
          <w:b/>
        </w:rPr>
        <w:t xml:space="preserve">[41:04] </w:t>
      </w:r>
      <w:r>
        <w:t>kis baat ka? Yani ek khuda se ahad karne ke liye khudaaya hamari zindagi tere gird ghoome gi.</w:t>
      </w:r>
    </w:p>
    <w:p>
      <w:pPr>
        <w:jc w:val="right"/>
      </w:pPr>
      <w:r>
        <w:t>کس بات کا؟ یعنی ایک خدا سے عہد کرنے کے لیے خدایا ہماری زندگی تیرے گرد گھومے گی۔</w:t>
      </w:r>
    </w:p>
    <w:p>
      <w:r>
        <w:rPr>
          <w:b/>
        </w:rPr>
        <w:t xml:space="preserve">[41:17] </w:t>
      </w:r>
      <w:r>
        <w:t>toh hamara supreme consent hoga.</w:t>
      </w:r>
    </w:p>
    <w:p>
      <w:pPr>
        <w:jc w:val="right"/>
      </w:pPr>
      <w:r>
        <w:t>تو ہمارا سپریم کنسنٹ ہوگا۔</w:t>
      </w:r>
    </w:p>
    <w:p>
      <w:r>
        <w:rPr>
          <w:b/>
        </w:rPr>
        <w:t xml:space="preserve">[41:22] </w:t>
      </w:r>
      <w:r>
        <w:t>to hamara focal point hoga. tujhe ko hum target karenge banayenge apna. aur aur poori zindagi ko tere gird ghumayenge.</w:t>
      </w:r>
    </w:p>
    <w:p>
      <w:pPr>
        <w:jc w:val="right"/>
      </w:pPr>
      <w:r>
        <w:t>تو ہمارا فوکل پوائنٹ ہوگا۔ تجھے کو ہم ٹارگٹ کریں گے بنائیں گے اپنا۔ اور اور پوری زندگی کو تیرے گرد گھمائیں گے۔</w:t>
      </w:r>
    </w:p>
    <w:p>
      <w:r>
        <w:rPr>
          <w:b/>
        </w:rPr>
        <w:t xml:space="preserve">[41:32] </w:t>
      </w:r>
      <w:r>
        <w:t>is baat ka practical taur par unhon ne pledge liya.</w:t>
      </w:r>
    </w:p>
    <w:p>
      <w:pPr>
        <w:jc w:val="right"/>
      </w:pPr>
      <w:r>
        <w:t>اس بات کا پریکٹیکل طور پر انہوں نے پلج لیا۔</w:t>
      </w:r>
    </w:p>
    <w:p>
      <w:r>
        <w:rPr>
          <w:b/>
        </w:rPr>
        <w:t xml:space="preserve">[41:38] </w:t>
      </w:r>
      <w:r>
        <w:t>kaba mein jo log jante hain woh jo log jo log jante hain wahan jate hain wahan umrah umrah ya hajj karne ke liye woh jante hain ke wahan par ek black stone hai. jis ko hum kehte hain hajar-e-aswad.</w:t>
      </w:r>
    </w:p>
    <w:p>
      <w:pPr>
        <w:jc w:val="right"/>
      </w:pPr>
      <w:r>
        <w:t>کعبہ میں جو لوگ جانتے ہیں وہ جو لوگ جو لوگ جانتے ہیں وہاں جاتے ہیں وہاں عمرہ عمرہ یا حج کرنے کے لیے وہ جانتے ہیں کہ وہاں پر ایک بلیک اسٹون ہے۔ جس کو ہم کہتے ہیں حجر اسود۔</w:t>
      </w:r>
    </w:p>
    <w:p>
      <w:r>
        <w:rPr>
          <w:b/>
        </w:rPr>
        <w:t xml:space="preserve">[41:49] </w:t>
      </w:r>
      <w:r>
        <w:t>black stone.</w:t>
      </w:r>
    </w:p>
    <w:p>
      <w:pPr>
        <w:jc w:val="right"/>
      </w:pPr>
      <w:r>
        <w:t>بلیک اسٹون۔</w:t>
      </w:r>
    </w:p>
    <w:p>
      <w:r>
        <w:rPr>
          <w:b/>
        </w:rPr>
        <w:t xml:space="preserve">[41:52] </w:t>
      </w:r>
      <w:r>
        <w:t>to woh kya cheez hai? woh yeh hai ke Hazrat Ibrahim ne apne bete Ismail ki madad se jab yeh building banai.</w:t>
      </w:r>
    </w:p>
    <w:p>
      <w:pPr>
        <w:jc w:val="right"/>
      </w:pPr>
      <w:r>
        <w:t>تو وہ کیا چیز ہے؟ وہ یہ ہے کہ حضرت ابراہم نے اپنے بیٹے اسماعیل کی مدد سے جب یہ بلڈنگ بنائی۔</w:t>
      </w:r>
    </w:p>
    <w:p>
      <w:r>
        <w:rPr>
          <w:b/>
        </w:rPr>
        <w:t xml:space="preserve">[42:03] </w:t>
      </w:r>
      <w:r>
        <w:t>kaba ki building. bohat hi simple si building hai woh.</w:t>
      </w:r>
    </w:p>
    <w:p>
      <w:pPr>
        <w:jc w:val="right"/>
      </w:pPr>
      <w:r>
        <w:t>کعبہ کی بلڈنگ۔ بہت ہی سمپل سی بلڈنگ ہے وہ۔</w:t>
      </w:r>
    </w:p>
    <w:p>
      <w:r>
        <w:rPr>
          <w:b/>
        </w:rPr>
        <w:t xml:space="preserve">[42:08] </w:t>
      </w:r>
      <w:r>
        <w:t>ab woh square building hai. to is ke ek corner par unhon ne ek Hazrat Ibrahim ne apne bete Ismail se kaha ke ek ek cross color ka ek ek pathar lao.</w:t>
      </w:r>
    </w:p>
    <w:p>
      <w:pPr>
        <w:jc w:val="right"/>
      </w:pPr>
      <w:r>
        <w:t>اب وہ اسکوائر بلڈنگ ہے۔ تو اس کے ایک کارنر پر انہوں نے ایک حضرت ابراہم نے اپنے بیٹے اسماعیل سے کہا کہ ایک ایک کراس کلر کا ایک ایک پتھر لاؤ۔</w:t>
      </w:r>
    </w:p>
    <w:p>
      <w:r>
        <w:rPr>
          <w:b/>
        </w:rPr>
        <w:t xml:space="preserve">[42:21] </w:t>
      </w:r>
      <w:r>
        <w:t>matlab jo building us ki thi. woh wahi pathri ki bani thi woh building. ek alag dhang ka. ek alag rang ka ek ek ek stone.</w:t>
      </w:r>
    </w:p>
    <w:p>
      <w:pPr>
        <w:jc w:val="right"/>
      </w:pPr>
      <w:r>
        <w:t>مطلب جو بلڈنگ اس کی تھی۔ وہ وہی پتھری کی بنی تھی وہ بلڈنگ۔ ایک الگ ڈھنگ کا۔ ایک الگ رنگ کا ایک ایک ایک اسٹون۔</w:t>
      </w:r>
    </w:p>
    <w:p>
      <w:r>
        <w:rPr>
          <w:b/>
        </w:rPr>
        <w:t xml:space="preserve">[42:31] </w:t>
      </w:r>
      <w:r>
        <w:t>to woh pahadon se dhoond kar ke alag rang ka ek stone le aaye.</w:t>
      </w:r>
    </w:p>
    <w:p>
      <w:pPr>
        <w:jc w:val="right"/>
      </w:pPr>
      <w:r>
        <w:t>تو وہ پہاڑوں سے ڈھونڈ کر کے الگ رنگ کا ایک اسٹون لے آئے۔</w:t>
      </w:r>
    </w:p>
    <w:p>
      <w:r>
        <w:rPr>
          <w:b/>
        </w:rPr>
        <w:t xml:space="preserve">[42:34] </w:t>
      </w:r>
      <w:r>
        <w:t>kyun ke aap jante hain ke stone bohat rang ke hote hain. mukhtalif color ke hote hain stone. yani safed bhi, black bhi, red bhi. aap jante hain ke mukhtalif color ke stone hote hain.</w:t>
      </w:r>
    </w:p>
    <w:p>
      <w:pPr>
        <w:jc w:val="right"/>
      </w:pPr>
      <w:r>
        <w:t>کیونکہ آپ جانتے ہیں کہ اسٹون بہت رنگ کے ہوتے ہیں۔ مختلف کلر کے ہوتے ہیں اسٹون۔ یعنی سفید بھی، بلیک بھی، ریڈ بھی۔ آپ جانتے ہیں کہ مختلف کلر کے اسٹون ہوتے ہیں۔</w:t>
      </w:r>
    </w:p>
    <w:p>
      <w:r>
        <w:rPr>
          <w:b/>
        </w:rPr>
        <w:t xml:space="preserve">[42:45] </w:t>
      </w:r>
      <w:r>
        <w:t>to unhon ne kaha ek mukhtalif color ka stone le aao. yani jo building ka jo color hai us se alag. to ek stone laye woh dhoond kar ke.</w:t>
      </w:r>
    </w:p>
    <w:p>
      <w:pPr>
        <w:jc w:val="right"/>
      </w:pPr>
      <w:r>
        <w:t>تو انہوں نے کہا ایک مختلف کلر کا اسٹون لے آؤ۔ یعنی جو بلڈنگ کا جو کلر ہے اس سے الگ۔ تو ایک اسٹون لائے وہ ڈھونڈ کر کے۔</w:t>
      </w:r>
    </w:p>
    <w:p>
      <w:r>
        <w:rPr>
          <w:b/>
        </w:rPr>
        <w:t xml:space="preserve">[42:54] </w:t>
      </w:r>
      <w:r>
        <w:t>to wahan Hazrat Ibrahim ne us ko kooey par laga diya. woh kis liye? ke woh starting point janne ke liye.</w:t>
      </w:r>
    </w:p>
    <w:p>
      <w:pPr>
        <w:jc w:val="right"/>
      </w:pPr>
      <w:r>
        <w:t>تو وہاں حضرت ابراہم نے اس کو کوڑے پر لگا دیا۔ وہ کس لیے؟ کہ وہ اسٹارٹنگ پوائنٹ جاننے کے لیے۔</w:t>
      </w:r>
    </w:p>
    <w:p>
      <w:r>
        <w:rPr>
          <w:b/>
        </w:rPr>
        <w:t xml:space="preserve">[43:02] </w:t>
      </w:r>
      <w:r>
        <w:t>jab aap yeh kahein ke kaba ka saat bar tawaf karo to koi starting point hona chahiye na? har masjid mein starting point.</w:t>
      </w:r>
    </w:p>
    <w:p>
      <w:pPr>
        <w:jc w:val="right"/>
      </w:pPr>
      <w:r>
        <w:t>جب آپ یہ کہیں کہ کعبہ کا سات بار طواف کرو تو کوئی اسٹارٹنگ پوائنٹ ہونا چاہیے نا؟ ہر مسجد میں اسٹارٹنگ پوائنٹ۔</w:t>
      </w:r>
    </w:p>
    <w:p>
      <w:r>
        <w:rPr>
          <w:b/>
        </w:rPr>
        <w:t xml:space="preserve">[43:13] </w:t>
      </w:r>
      <w:r>
        <w:t>to woh jo hai wahan se start karta hai haji.</w:t>
      </w:r>
    </w:p>
    <w:p>
      <w:pPr>
        <w:jc w:val="right"/>
      </w:pPr>
      <w:r>
        <w:t>تو وہ جو ہے وہاں سے اسٹارٹ کرتا ہے حاجی۔</w:t>
      </w:r>
    </w:p>
    <w:p>
      <w:r>
        <w:rPr>
          <w:b/>
        </w:rPr>
        <w:t xml:space="preserve">[43:17] </w:t>
      </w:r>
      <w:r>
        <w:t>wahan se shuru karega phir wahan jab aayega to ek bar hua. doosri bar doosri bar hua. to saat bar ginna hai us ko. to is ke liye koi starting point chahiye.</w:t>
      </w:r>
    </w:p>
    <w:p>
      <w:pPr>
        <w:jc w:val="right"/>
      </w:pPr>
      <w:r>
        <w:t>وہاں سے شروع کرے گا پھر وہاں جب آئے گا تو ایک بار ہوا۔ دوسری بار دوسری بار ہوا۔ تو سات بار گننا ہے اس کو۔ تو اس کے لیے کوئی اسٹارٹنگ پوائنٹ چاہیے۔</w:t>
      </w:r>
    </w:p>
    <w:p>
      <w:r>
        <w:rPr>
          <w:b/>
        </w:rPr>
        <w:t xml:space="preserve">[43:28] </w:t>
      </w:r>
      <w:r>
        <w:t>to black stone ya hajar-e-aswad jo hai woh woh is starting point ko batata hai. Rasool Allah Sallallahu Alaihi Wasallam ne aisa hua ke aata hai kitabon mein ke aap ne is ko kiss kiya.</w:t>
      </w:r>
    </w:p>
    <w:p>
      <w:pPr>
        <w:jc w:val="right"/>
      </w:pPr>
      <w:r>
        <w:t>تو بلیک اسٹون یا حجر اسود جو ہے وہ وہ اس اسٹارٹنگ پوائنٹ کو بتاتا ہے۔ رسول اللہ صلی اللہ علیہ وسلم نے ایسا ہوا کہ آتا ہے کتابوں میں کہ آپ نے اس کو کس کیا۔</w:t>
      </w:r>
    </w:p>
    <w:p>
      <w:r>
        <w:rPr>
          <w:b/>
        </w:rPr>
        <w:t xml:space="preserve">[43:42] </w:t>
      </w:r>
      <w:r>
        <w:t>is black stone ko aap ne kiss kiya. to ab haji bhi kiss karte hain. to bohat se log samajhte hain ke jo kiss kiya aap ne to yeh goya Islam mein bhi but parasti hai.</w:t>
      </w:r>
    </w:p>
    <w:p>
      <w:pPr>
        <w:jc w:val="right"/>
      </w:pPr>
      <w:r>
        <w:t>اس بلیک اسٹون کو آپ نے کس کیا۔ تو اب حاجی بھی کس کرتے ہیں۔ تو بہت سے لوگ سمجھتے ہیں کہ جو کس کیا آپ نے تو یہ گویا اسلام میں بھی بت پرستی ہے۔</w:t>
      </w:r>
    </w:p>
    <w:p>
      <w:r>
        <w:rPr>
          <w:b/>
        </w:rPr>
        <w:t xml:space="preserve">[43:54] </w:t>
      </w:r>
      <w:r>
        <w:t>woh but hai Islam ka us ko kiss karte hain ja kar log.</w:t>
      </w:r>
    </w:p>
    <w:p>
      <w:pPr>
        <w:jc w:val="right"/>
      </w:pPr>
      <w:r>
        <w:t>وہ بت ہے اسلام کا اس کو کس کرتے ہیں جا کر لوگ۔</w:t>
      </w:r>
    </w:p>
    <w:p>
      <w:r>
        <w:rPr>
          <w:b/>
        </w:rPr>
        <w:t xml:space="preserve">[43:58] </w:t>
      </w:r>
      <w:r>
        <w:t>dekhiye bohat bari ghalati hai. but kis ka naam hai? but naam hai us cheez ka jo guard ko alamat kar raha hai.</w:t>
      </w:r>
    </w:p>
    <w:p>
      <w:pPr>
        <w:jc w:val="right"/>
      </w:pPr>
      <w:r>
        <w:t>دیکھیے بہت بڑی غلطی ہے۔ بت کس کا نام ہے؟ بت نام ہے اس چیز کا جو گارڈ کو علامت کر رہا ہے۔</w:t>
      </w:r>
    </w:p>
    <w:p>
      <w:r>
        <w:rPr>
          <w:b/>
        </w:rPr>
        <w:t xml:space="preserve">[44:07] </w:t>
      </w:r>
      <w:r>
        <w:t>ya to woh khud hi guard hai ya woh guard ko alamat kar raha hai. lekin yeh black stone ka mamla yeh nahi hai. black stone yaadgar hai Ibrahim ki.</w:t>
      </w:r>
    </w:p>
    <w:p>
      <w:pPr>
        <w:jc w:val="right"/>
      </w:pPr>
      <w:r>
        <w:t>یا تو وہ خود ہی گارڈ ہے یا وہ گارڈ کو علامت کر رہا ہے۔ لیکن یہ بلیک اسٹون کا معاملہ یہ نہیں ہے۔ بلیک اسٹون یادگار ہے ابراہم کی۔</w:t>
      </w:r>
    </w:p>
    <w:p>
      <w:r>
        <w:rPr>
          <w:b/>
        </w:rPr>
        <w:t xml:space="preserve">[44:20] </w:t>
      </w:r>
      <w:r>
        <w:t>na ke woh symbol hai guard ka.</w:t>
      </w:r>
    </w:p>
    <w:p>
      <w:pPr>
        <w:jc w:val="right"/>
      </w:pPr>
      <w:r>
        <w:t>نہ کہ وہ سمبل ہے گارڈ کا۔</w:t>
      </w:r>
    </w:p>
    <w:p>
      <w:r>
        <w:rPr>
          <w:b/>
        </w:rPr>
        <w:t xml:space="preserve">[44:23] </w:t>
      </w:r>
      <w:r>
        <w:t>jis ko ke angrezi mein kehte hain memento. memento. to woh memento hai Ibrahim ka. kyun ke aap jante hain ke aaj aaj jo hai sirf ek cheez hai jo us waqt ki aap tak baqi hai.</w:t>
      </w:r>
    </w:p>
    <w:p>
      <w:pPr>
        <w:jc w:val="right"/>
      </w:pPr>
      <w:r>
        <w:t>جس کو کہ انگریزی میں کہتے ہیں میمنٹو۔ میمنٹو۔ تو وہ میمنٹو ہے ابراہم کا۔ کیونکہ آپ جانتے ہیں کہ آج آج جو ہے صرف ایک چیز ہے جو اس وقت کی آپ تک باقی ہے۔</w:t>
      </w:r>
    </w:p>
    <w:p>
      <w:r>
        <w:rPr>
          <w:b/>
        </w:rPr>
        <w:t xml:space="preserve">[44:41] </w:t>
      </w:r>
      <w:r>
        <w:t>yeh jo daawa family jo thi. yeh daawa family jo thi Ibrahim, Ismail aur aur aur yeh Hajra ki.</w:t>
      </w:r>
    </w:p>
    <w:p>
      <w:pPr>
        <w:jc w:val="right"/>
      </w:pPr>
      <w:r>
        <w:t>یہ جو دعویٰ فیملی جو تھی۔ یہ دعویٰ فیملی جو تھی ابراہم، اسماعیل اور اور اور یہ ہاجرہ کی۔</w:t>
      </w:r>
    </w:p>
    <w:p>
      <w:r>
        <w:rPr>
          <w:b/>
        </w:rPr>
        <w:t xml:space="preserve">[44:51] </w:t>
      </w:r>
      <w:r>
        <w:t>to wahan rahe woh wahan par ek un ki ek tareekh bani. material sense mein aaj sirf ek cheez hai jo ab tak baqi hai is zamane ki.</w:t>
      </w:r>
    </w:p>
    <w:p>
      <w:pPr>
        <w:jc w:val="right"/>
      </w:pPr>
      <w:r>
        <w:t>تو وہاں رہے وہ وہاں پر ایک ان کی ایک تاریخ بنی۔ مٹیریل سینس میں آج صرف ایک چیز ہے جو اب تک باقی ہے اس زمانے کی۔</w:t>
      </w:r>
    </w:p>
    <w:p>
      <w:r>
        <w:rPr>
          <w:b/>
        </w:rPr>
        <w:t xml:space="preserve">[45:00] </w:t>
      </w:r>
      <w:r>
        <w:t>woh hai yahi black stone. kyun ke kaba ki building bhi aisa hua ke woh toot gayi thi. phir banai gayi. phir banai gayi.</w:t>
      </w:r>
    </w:p>
    <w:p>
      <w:pPr>
        <w:jc w:val="right"/>
      </w:pPr>
      <w:r>
        <w:t>وہ ہے یہی بلیک اسٹون۔ کیونکہ کعبہ کی بلڈنگ بھی ایسا ہوا کہ وہ ٹوٹ گئی تھی۔ پھر بنائی گئی۔ پھر بنائی گئی۔</w:t>
      </w:r>
    </w:p>
    <w:p>
      <w:r>
        <w:rPr>
          <w:b/>
        </w:rPr>
        <w:t xml:space="preserve">[45:10] </w:t>
      </w:r>
      <w:r>
        <w:t>to</w:t>
      </w:r>
    </w:p>
    <w:p>
      <w:pPr>
        <w:jc w:val="right"/>
      </w:pPr>
      <w:r>
        <w:t>تو</w:t>
      </w:r>
    </w:p>
    <w:p>
      <w:r>
        <w:rPr>
          <w:b/>
        </w:rPr>
        <w:t xml:space="preserve">[45:11] </w:t>
      </w:r>
      <w:r>
        <w:t>kaba ki building bhi aik jaisi nahi hai. lekin yeh jo black stone hai hajar-e-aswad wohi wohi hai. wohi wohi hai.</w:t>
      </w:r>
    </w:p>
    <w:p>
      <w:pPr>
        <w:jc w:val="right"/>
      </w:pPr>
      <w:r>
        <w:t>کعبہ کی بلڈنگ بھی ایک جیسی نہیں ہے۔ لیکن یہ جو بلیک اسٹون ہے حجر اسود وہ وہی قوئی ہے۔ وہی قوئی ہے۔</w:t>
      </w:r>
    </w:p>
    <w:p>
      <w:r>
        <w:rPr>
          <w:b/>
        </w:rPr>
        <w:t xml:space="preserve">[45:19] </w:t>
      </w:r>
      <w:r>
        <w:t>wohi wohi hai. to rasool Allah jab wahan pahunche</w:t>
      </w:r>
    </w:p>
    <w:p>
      <w:pPr>
        <w:jc w:val="right"/>
      </w:pPr>
      <w:r>
        <w:t>وہی قوئی ہے۔ تو رسول اللہ جب وہاں پہنچے</w:t>
      </w:r>
    </w:p>
    <w:p>
      <w:r>
        <w:rPr>
          <w:b/>
        </w:rPr>
        <w:t xml:space="preserve">[45:26] </w:t>
      </w:r>
      <w:r>
        <w:t>to. It was but little ke aap ka sentiment jaag para.</w:t>
      </w:r>
    </w:p>
    <w:p>
      <w:pPr>
        <w:jc w:val="right"/>
      </w:pPr>
      <w:r>
        <w:t>تو۔ It was but little کہ آپ کا سینٹیمنٹ جاگ پڑے۔</w:t>
      </w:r>
    </w:p>
    <w:p>
      <w:r>
        <w:rPr>
          <w:b/>
        </w:rPr>
        <w:t xml:space="preserve">[45:36] </w:t>
      </w:r>
      <w:r>
        <w:t>jo shair kisi farsi ne kaha ke ae gul to khursandam to boe kise dari. ae gul to khursandam to shair ne dekha phool ko to kaha ke ae gul ae phool mein tujh ko dekh kar ke mujhe aik thar aa raha hai ke to kisi ko alamat kar raha hai.</w:t>
      </w:r>
    </w:p>
    <w:p>
      <w:pPr>
        <w:jc w:val="right"/>
      </w:pPr>
      <w:r>
        <w:t>جو شعر کسی فارسی نے کہا کہ اے گل بتو خرسندم تو بوئے کسے داری۔ اے گل بتو خرسندم تو شاعر نے دیکھا پھول کو تو کہا کہ اے گل اے پھول میں تجھ کو دیکھ کر کے مجھے ایک تھر آ رہا ہے کہ تو کسی کو علامت کر رہا ہے۔</w:t>
      </w:r>
    </w:p>
    <w:p>
      <w:r>
        <w:rPr>
          <w:b/>
        </w:rPr>
        <w:t xml:space="preserve">[45:53] </w:t>
      </w:r>
      <w:r>
        <w:t>kisi ki khushboo tere andar hai. to rasool Allah jab wahan pahunche</w:t>
      </w:r>
    </w:p>
    <w:p>
      <w:pPr>
        <w:jc w:val="right"/>
      </w:pPr>
      <w:r>
        <w:t>کسی کی خوشبو تیرے اندر ہے۔ تو رسول اللہ جب وہاں پہنچے</w:t>
      </w:r>
    </w:p>
    <w:p>
      <w:r>
        <w:rPr>
          <w:b/>
        </w:rPr>
        <w:t xml:space="preserve">[46:02] </w:t>
      </w:r>
      <w:r>
        <w:t>to aap ko woh qurbani yaad aa gayi.</w:t>
      </w:r>
    </w:p>
    <w:p>
      <w:pPr>
        <w:jc w:val="right"/>
      </w:pPr>
      <w:r>
        <w:t>تو آپ کو وہ قربانی یاد آ گئی۔</w:t>
      </w:r>
    </w:p>
    <w:p>
      <w:r>
        <w:rPr>
          <w:b/>
        </w:rPr>
        <w:t xml:space="preserve">[46:05] </w:t>
      </w:r>
      <w:r>
        <w:t>jo Ibrahim ne kiya. jo Ismail ne kiya. jo Hajra ne kiya. aur us ko aik memento ke taur par dekha aap ne. memento.</w:t>
      </w:r>
    </w:p>
    <w:p>
      <w:pPr>
        <w:jc w:val="right"/>
      </w:pPr>
      <w:r>
        <w:t>جو ابراہم نے کیا۔ جو اسماعیل نے کیا۔ جو ہاجرہ نے کیا۔ اور اس کو ایک میمنٹو کے طور پر دیکھا آپ نے۔ میمنٹو۔</w:t>
      </w:r>
    </w:p>
    <w:p>
      <w:r>
        <w:rPr>
          <w:b/>
        </w:rPr>
        <w:t xml:space="preserve">[46:14] </w:t>
      </w:r>
      <w:r>
        <w:t>aur aap ne use kis kar liya. yeh aisa hi hai jaise aap ka aik dost hai. woh chala gaya kahin. aur bees baras se woh aaj nahi mila aap ko.</w:t>
      </w:r>
    </w:p>
    <w:p>
      <w:pPr>
        <w:jc w:val="right"/>
      </w:pPr>
      <w:r>
        <w:t>اور آپ نے اسے کس کر لیا۔ یہ ایسا ہی ہے جیسے آپ کا ایک دوست ہے۔ وہ چلا گیا کہیں۔ اور بیس برس سے وہ آج نہیں ملا آپ کو۔</w:t>
      </w:r>
    </w:p>
    <w:p>
      <w:r>
        <w:rPr>
          <w:b/>
        </w:rPr>
        <w:t xml:space="preserve">[46:25] </w:t>
      </w:r>
      <w:r>
        <w:t>lauta nahi woh. ghar mein aap kisi din dekh lete hain ke us ka chora hua aik aik pen wahan maujood hai. jise woh likhta tha woh.</w:t>
      </w:r>
    </w:p>
    <w:p>
      <w:pPr>
        <w:jc w:val="right"/>
      </w:pPr>
      <w:r>
        <w:t>لوٹا نہیں وہ۔ گھر میں آپ کسی دن دیکھ لیتے ہیں کہ اس کا چھوڑا ہوا ایک ایک پین وہاں موجود ہے۔ جسے وہ لکھتا تھا وہ۔</w:t>
      </w:r>
    </w:p>
    <w:p>
      <w:r>
        <w:rPr>
          <w:b/>
        </w:rPr>
        <w:t xml:space="preserve">[46:33] </w:t>
      </w:r>
      <w:r>
        <w:t>aap us ko choom len ge. ke yeh pen mere dost ki yaadgar hai. mere dost ka memento hai. yeh aik aam nature hai.</w:t>
      </w:r>
    </w:p>
    <w:p>
      <w:pPr>
        <w:jc w:val="right"/>
      </w:pPr>
      <w:r>
        <w:t>آپ اس کو چوم لیں گے۔ کہ یہ پین میرے دوست کی یادگار ہے۔ میرے دوست کا میمنٹو ہے۔ یہ ایک عام نیچر ہے۔</w:t>
      </w:r>
    </w:p>
    <w:p>
      <w:r>
        <w:rPr>
          <w:b/>
        </w:rPr>
        <w:t xml:space="preserve">[46:43] </w:t>
      </w:r>
      <w:r>
        <w:t>koi bhi kisi bhi se aap pooch lijie. ke kisi bichre hue dost ki koi cheez mil jaye. aik romal mil jaye. aik pen mil jaye.</w:t>
      </w:r>
    </w:p>
    <w:p>
      <w:pPr>
        <w:jc w:val="right"/>
      </w:pPr>
      <w:r>
        <w:t>کوئی بھی کسی بھی سے آپ پوچھ لیجیے۔ کہ کسی بچھڑے ہوئے دوست کی کوئی چیز مل جائے۔ ایک رومال مل جائے۔ ایک پین مل جائے۔</w:t>
      </w:r>
    </w:p>
    <w:p>
      <w:r>
        <w:rPr>
          <w:b/>
        </w:rPr>
        <w:t xml:space="preserve">[46:54] </w:t>
      </w:r>
      <w:r>
        <w:t>koi bhi cheez. to us ka woh memento hota hai. woh aadmi us ko choom leta hai. yeh samajh kar ke yeh mere dost ki yaadgar hai.</w:t>
      </w:r>
    </w:p>
    <w:p>
      <w:pPr>
        <w:jc w:val="right"/>
      </w:pPr>
      <w:r>
        <w:t>کوئی بھی چیز۔ تو اس کا وہ میمنٹو ہوتا ہے۔ وہ آدمی اس کو چوم لیتا ہے۔ یہ سمجھ کر کہ یہ میرے دوست کی یادگار ہے۔</w:t>
      </w:r>
    </w:p>
    <w:p>
      <w:r>
        <w:rPr>
          <w:b/>
        </w:rPr>
        <w:t xml:space="preserve">[47:03] </w:t>
      </w:r>
      <w:r>
        <w:t>to rasool Allah ne jo jo kis kiya tha woh yeh galat taur par aik aik aik aik galat aik jhooti hadees mashhoor nikal rakhi hai logon ne. yad Allah alal arz.</w:t>
      </w:r>
    </w:p>
    <w:p>
      <w:pPr>
        <w:jc w:val="right"/>
      </w:pPr>
      <w:r>
        <w:t>تو رسول اللہ نے جو جو کس کیا تھا وہ یہ غلط طور پر ایک ایک ایک ایک غلط ایک جھوٹی حدیث مشہور نکال رکھی ہے لوگوں نے۔ید اللہ علی الارض۔</w:t>
      </w:r>
    </w:p>
    <w:p>
      <w:r>
        <w:rPr>
          <w:b/>
        </w:rPr>
        <w:t xml:space="preserve">[47:13] </w:t>
      </w:r>
      <w:r>
        <w:t>bilkul jhooti hadees yeh hai. yani is ka mozu mozu hadees hai. yani hajar-e-aswad zameen par Khuda ka hath hai.</w:t>
      </w:r>
    </w:p>
    <w:p>
      <w:pPr>
        <w:jc w:val="right"/>
      </w:pPr>
      <w:r>
        <w:t>بالکل جھوٹی حدیث یہ ہے۔ یعنی اس کا موضوع موضوع حدیث ہے۔ یعنی حجر اسود زمین پر خدا کا ہاتھ ہے۔</w:t>
      </w:r>
    </w:p>
    <w:p>
      <w:r>
        <w:rPr>
          <w:b/>
        </w:rPr>
        <w:t xml:space="preserve">[47:26] </w:t>
      </w:r>
      <w:r>
        <w:t>yad Allah alal arz. zameen par hajar-e-aswad hajar-e-aswad zameen par Khuda ka hath hai. yeh bilkul mozu hadees hai.</w:t>
      </w:r>
    </w:p>
    <w:p>
      <w:pPr>
        <w:jc w:val="right"/>
      </w:pPr>
      <w:r>
        <w:t>ید اللہ علی الارض۔ زمین پر حجر اسود حجر اسود زمین پر خدا کا ہاتھ ہے۔ یہ بالکل موضوع حدیث ہے۔</w:t>
      </w:r>
    </w:p>
    <w:p>
      <w:r>
        <w:rPr>
          <w:b/>
        </w:rPr>
        <w:t xml:space="preserve">[47:35] </w:t>
      </w:r>
      <w:r>
        <w:t>aur is ka divinity se koi talluq nahi hai. hajar-e-aswad mein koi divinity ka pehlu nahi hai. woh sirf Hazrat Ibrahim ka memento hai.</w:t>
      </w:r>
    </w:p>
    <w:p>
      <w:pPr>
        <w:jc w:val="right"/>
      </w:pPr>
      <w:r>
        <w:t>اور اس کا دیوینیٹی سے کوئی تعلق نہیں ہے۔ حجر اسود میں کوئی دیوینیٹی کا پہلو نہیں ہے۔ وہ صرف حضرت ابراہم کا میمنٹو ہے۔</w:t>
      </w:r>
    </w:p>
    <w:p>
      <w:r>
        <w:rPr>
          <w:b/>
        </w:rPr>
        <w:t xml:space="preserve">[47:45] </w:t>
      </w:r>
      <w:r>
        <w:t>jinhon ne kaba banaya tha. to Hazrat Ibrahim se jo aik aik sentiment jaage ga. yeh soch kar ke woh kaisa insan tha.</w:t>
      </w:r>
    </w:p>
    <w:p>
      <w:pPr>
        <w:jc w:val="right"/>
      </w:pPr>
      <w:r>
        <w:t>جنہوں نے کعبہ بنایا تھا۔ تو حضرت ابراہم سے جو ایک ایک سینٹیمنٹ جاگے گا۔ یہ سوچ کر کہ وہ کیسا انسان تھا۔</w:t>
      </w:r>
    </w:p>
    <w:p>
      <w:r>
        <w:rPr>
          <w:b/>
        </w:rPr>
        <w:t xml:space="preserve">[47:59] </w:t>
      </w:r>
      <w:r>
        <w:t>jis ne dawat ki aik tareekh banane ke liye. apne bete aur apni biwi ko sehra mein la kar basa diya. sehra mein. jahan pani nahi tha.</w:t>
      </w:r>
    </w:p>
    <w:p>
      <w:pPr>
        <w:jc w:val="right"/>
      </w:pPr>
      <w:r>
        <w:t>جس نے دعوت کی ایک تاریخ بنانے کے لیے۔ اپنے بیٹے اور اپنی بیوی کو صحرا میں لا کر بسا دیا۔ صحرا میں۔ جہاں پانی نہیں تھا۔</w:t>
      </w:r>
    </w:p>
    <w:p>
      <w:r>
        <w:rPr>
          <w:b/>
        </w:rPr>
        <w:t xml:space="preserve">[48:08] </w:t>
      </w:r>
      <w:r>
        <w:t>jahan sabza nahi tha. jahan kuch bhi nahi tha. koi insan nahi tha. koi chirya nahi thi. kaisa insan hoga woh. aur phir wahan se aik tareekh bani.</w:t>
      </w:r>
    </w:p>
    <w:p>
      <w:pPr>
        <w:jc w:val="right"/>
      </w:pPr>
      <w:r>
        <w:t>جہاں سبزہ نہیں تھا۔ جہاں کچھ بھی نہیں تھا۔ کوئی انسان نہیں تھا۔ کوئی چڑیا نہیں تھی۔ کیسا انسان ہوگا وہ۔ اور پھر وہاں سے ایک تاریخ بنی۔</w:t>
      </w:r>
    </w:p>
    <w:p>
      <w:r>
        <w:rPr>
          <w:b/>
        </w:rPr>
        <w:t xml:space="preserve">[48:19] </w:t>
      </w:r>
      <w:r>
        <w:t>to yeh jab socha rasool Allah sallallahu alaihi wasallam ne. to zahir hai ke aap ke andar aik sentiment jaaga. Hazrat Ibrahim se talluq ka. to aap ne kis kar liya us ko.</w:t>
      </w:r>
    </w:p>
    <w:p>
      <w:pPr>
        <w:jc w:val="right"/>
      </w:pPr>
      <w:r>
        <w:t>تو یہ جب سوچا رسول اللہ صلی اللہ علیہ وسلم نے۔ تو ظاہر ہے کہ آپ کے اندر ایک سینٹیمنٹ جاگا۔ حضرت ابراہم سے تعلق کا۔ تو آپ نے کس کر لیا اس کو۔</w:t>
      </w:r>
    </w:p>
    <w:p>
      <w:r>
        <w:rPr>
          <w:b/>
        </w:rPr>
        <w:t xml:space="preserve">[48:30] </w:t>
      </w:r>
      <w:r>
        <w:t>yahi hai hajar-e-aswad. hajar-e-aswad hargiz hargiz koi but nahi hai. Khuda se is ka koi talluq nahi hai. woh woh Hazrat Ibrahim ka memento hai.</w:t>
      </w:r>
    </w:p>
    <w:p>
      <w:pPr>
        <w:jc w:val="right"/>
      </w:pPr>
      <w:r>
        <w:t>یہی ہے حجر اسود۔ حجر اسود ہرگز ہرگز کوئی بت نہیں ہے۔ خدا سے اس کا کوئی تعلق نہیں ہے۔ وہ وہ حضرت ابراہم کا میمنٹو ہے۔</w:t>
      </w:r>
    </w:p>
    <w:p>
      <w:r>
        <w:rPr>
          <w:b/>
        </w:rPr>
        <w:t xml:space="preserve">[48:44] </w:t>
      </w:r>
      <w:r>
        <w:t>aur isi aitbar se rasool Allah ne ise kis kiya tha.</w:t>
      </w:r>
    </w:p>
    <w:p>
      <w:pPr>
        <w:jc w:val="right"/>
      </w:pPr>
      <w:r>
        <w:t>اور اسی اعتبار سے رسول اللہ نے اسے کس کیا تھا۔</w:t>
      </w:r>
    </w:p>
    <w:p>
      <w:r>
        <w:rPr>
          <w:b/>
        </w:rPr>
        <w:t xml:space="preserve">[48:49] </w:t>
      </w:r>
      <w:r>
        <w:t>to tawaf ke baad haji jata hai.</w:t>
      </w:r>
    </w:p>
    <w:p>
      <w:pPr>
        <w:jc w:val="right"/>
      </w:pPr>
      <w:r>
        <w:t>تو طواف کے بعد حاجی جاتا ہے۔</w:t>
      </w:r>
    </w:p>
    <w:p>
      <w:r>
        <w:rPr>
          <w:b/>
        </w:rPr>
        <w:t xml:space="preserve">[48:56] </w:t>
      </w:r>
      <w:r>
        <w:t>pas hi aik aur jagah hai. jis ko jahan par do chote chatanen theen. chatan pahari.</w:t>
      </w:r>
    </w:p>
    <w:p>
      <w:pPr>
        <w:jc w:val="right"/>
      </w:pPr>
      <w:r>
        <w:t>پاس ہی ایک اور جگہ ہے۔ جس کو جہاں پر دو چھوٹے چٹانیں تھیں۔ چٹان پہاڑی۔</w:t>
      </w:r>
    </w:p>
    <w:p>
      <w:r>
        <w:rPr>
          <w:b/>
        </w:rPr>
        <w:t xml:space="preserve">[49:07] </w:t>
      </w:r>
      <w:r>
        <w:t>aik safa aik marwa.</w:t>
      </w:r>
    </w:p>
    <w:p>
      <w:pPr>
        <w:jc w:val="right"/>
      </w:pPr>
      <w:r>
        <w:t>ایک صفا ایک مروہ۔</w:t>
      </w:r>
    </w:p>
    <w:p>
      <w:r>
        <w:rPr>
          <w:b/>
        </w:rPr>
        <w:t xml:space="preserve">[49:12] </w:t>
      </w:r>
      <w:r>
        <w:t>to jaisa ke aap jante hain ke hazrat abraham ne basaya tha wahan par apni biwi hajra ko. to</w:t>
      </w:r>
    </w:p>
    <w:p>
      <w:pPr>
        <w:jc w:val="right"/>
      </w:pPr>
      <w:r>
        <w:t>تو جیسا کہ آپ جانتے ہیں کہ حضرت ابراہم نے بسایا تھا وہاں پر اپنی بیوی ہاجرہ کو۔ تو</w:t>
      </w:r>
    </w:p>
    <w:p>
      <w:r>
        <w:rPr>
          <w:b/>
        </w:rPr>
        <w:t xml:space="preserve">[49:21] </w:t>
      </w:r>
      <w:r>
        <w:t>is waqt pani wahan nahi tha. chota bacha un ke sath tha. to bacha pani ke liye roya.</w:t>
      </w:r>
    </w:p>
    <w:p>
      <w:pPr>
        <w:jc w:val="right"/>
      </w:pPr>
      <w:r>
        <w:t>اس وقت پانی وہاں نہیں تھا۔ چھوٹا بچہ ان کے ساتھ تھا۔ تو بچہ پانی کے لیے رویا۔</w:t>
      </w:r>
    </w:p>
    <w:p>
      <w:r>
        <w:rPr>
          <w:b/>
        </w:rPr>
        <w:t xml:space="preserve">[49:30] </w:t>
      </w:r>
      <w:r>
        <w:t>to pani ki talash mein dori safa aur marwa ke beech mein.</w:t>
      </w:r>
    </w:p>
    <w:p>
      <w:pPr>
        <w:jc w:val="right"/>
      </w:pPr>
      <w:r>
        <w:t>تو پانی کی تلاش میں دوڑی صفا اور مروہ کے بیچ میں۔</w:t>
      </w:r>
    </w:p>
    <w:p>
      <w:r>
        <w:rPr>
          <w:b/>
        </w:rPr>
        <w:t xml:space="preserve">[49:36] </w:t>
      </w:r>
      <w:r>
        <w:t>yani safa ke upar charhi is is chattan ke upar charhi. ke kahin koi dikhai deta hai koi aadmi koi qafila. koi zindagi ka koi nishan.</w:t>
      </w:r>
    </w:p>
    <w:p>
      <w:pPr>
        <w:jc w:val="right"/>
      </w:pPr>
      <w:r>
        <w:t>یعنی صفا کے اوپر چڑھی اس اس چٹان کے اوپر چڑھی۔ کہ کہیں کوئی دکھائی دیتا ہے کوئی آدمی کوئی قافلہ۔ کوئی زندگی کا کوئی نشان۔</w:t>
      </w:r>
    </w:p>
    <w:p>
      <w:r>
        <w:rPr>
          <w:b/>
        </w:rPr>
        <w:t xml:space="preserve">[49:48] </w:t>
      </w:r>
      <w:r>
        <w:t>ja kar wahan se pani layen wo. nahi dikhai pada. doosri taraf dor kar doosre pahadi par gayen. doosri chattan par. aik baar jati thi safa par.</w:t>
      </w:r>
    </w:p>
    <w:p>
      <w:pPr>
        <w:jc w:val="right"/>
      </w:pPr>
      <w:r>
        <w:t>جا کر وہاں سے پانی لائیں وہ۔ نہیں دکھائی پڑا۔ دوسری طرف دوڑ کر دوسرے پہاڑی پر گئیں۔ دوسری چٹان پر۔ ایک بار جاتی تھی صفا پر۔</w:t>
      </w:r>
    </w:p>
    <w:p>
      <w:r>
        <w:rPr>
          <w:b/>
        </w:rPr>
        <w:t xml:space="preserve">[49:57] </w:t>
      </w:r>
      <w:r>
        <w:t>aik baar jati thi marwa par. ise saat baar dori wo.</w:t>
      </w:r>
    </w:p>
    <w:p>
      <w:pPr>
        <w:jc w:val="right"/>
      </w:pPr>
      <w:r>
        <w:t>ایک بار جاتی تھی مروہ پر۔ اسے سات بار دوڑی وہ۔</w:t>
      </w:r>
    </w:p>
    <w:p>
      <w:r>
        <w:rPr>
          <w:b/>
        </w:rPr>
        <w:t xml:space="preserve">[50:13] </w:t>
      </w:r>
      <w:r>
        <w:t>yeh goya dawat ki rah mein un ki sargermi thi.</w:t>
      </w:r>
    </w:p>
    <w:p>
      <w:pPr>
        <w:jc w:val="right"/>
      </w:pPr>
      <w:r>
        <w:t>یہ گویا دعوت کی راہ میں ان کی سرگرمی تھی۔</w:t>
      </w:r>
    </w:p>
    <w:p>
      <w:r>
        <w:rPr>
          <w:b/>
        </w:rPr>
        <w:t xml:space="preserve">[50:20] </w:t>
      </w:r>
      <w:r>
        <w:t>to Allah taala ko un ka yeh dorna. yeh saat baar chalna itna pasand aaya. ke Allah taala ne hukum diya ke jo bhi wahan jaye haj karne ke liye.</w:t>
      </w:r>
    </w:p>
    <w:p>
      <w:pPr>
        <w:jc w:val="right"/>
      </w:pPr>
      <w:r>
        <w:t>تو اللہ تعالیٰ کو ان کا یہ دوڑنا۔ یہ سات بار چلنا اتنا پسند آیا۔ کہ اللہ تعالیٰ نے حکم دیا کہ جو بھی وہاں جائے حج کرنے کے لیے۔</w:t>
      </w:r>
    </w:p>
    <w:p>
      <w:r>
        <w:rPr>
          <w:b/>
        </w:rPr>
        <w:t xml:space="preserve">[50:30] </w:t>
      </w:r>
      <w:r>
        <w:t>wo safa aur marwa ke beech mein saat baar chale isi tarike se.</w:t>
      </w:r>
    </w:p>
    <w:p>
      <w:pPr>
        <w:jc w:val="right"/>
      </w:pPr>
      <w:r>
        <w:t>وہ صفا اور مروہ کے بیچ میں سات بار چلے اسی طریقے سے۔</w:t>
      </w:r>
    </w:p>
    <w:p>
      <w:r>
        <w:rPr>
          <w:b/>
        </w:rPr>
        <w:t xml:space="preserve">[50:35] </w:t>
      </w:r>
      <w:r>
        <w:t>yani hajra ke qadmon par is ko chalna parta hai chahe wo badshah ho. ya koi bhi ho. ameer ho ghareeb ho. aurat ho mard ho.</w:t>
      </w:r>
    </w:p>
    <w:p>
      <w:pPr>
        <w:jc w:val="right"/>
      </w:pPr>
      <w:r>
        <w:t>یعنی ہاجرہ کے قدموں پر اس کو چلنا پڑتا ہے چاہے وہ بادشاہ ہو۔ یا کوئی بھی ہو۔ امیر ہو غریب ہو۔ عورت ہو مرد ہو۔</w:t>
      </w:r>
    </w:p>
    <w:p>
      <w:r>
        <w:rPr>
          <w:b/>
        </w:rPr>
        <w:t xml:space="preserve">[50:46] </w:t>
      </w:r>
      <w:r>
        <w:t>badshah ho koi bhi ho. is ko hajra ke qadmon par wahan saat baar chalna parta hai. yeh saat baar chalna kya hai?</w:t>
      </w:r>
    </w:p>
    <w:p>
      <w:pPr>
        <w:jc w:val="right"/>
      </w:pPr>
      <w:r>
        <w:t>بادشاہ ہو کوئی بھی ہو۔ اس کو ہاجرہ کے قدموں پر وہاں سات بار چلنا پڑتا ہے۔ یہ سات بار چلنا کیا ہے؟</w:t>
      </w:r>
    </w:p>
    <w:p>
      <w:r>
        <w:rPr>
          <w:b/>
        </w:rPr>
        <w:t xml:space="preserve">[50:55] </w:t>
      </w:r>
      <w:r>
        <w:t>goya ke is rooh ko shamil karna aap ke andar. is daawa rooh ko.</w:t>
      </w:r>
    </w:p>
    <w:p>
      <w:pPr>
        <w:jc w:val="right"/>
      </w:pPr>
      <w:r>
        <w:t>گویا کہ اس روح کو شامل کرنا آپ کے اندر۔ اس دعویٰ روح کو۔</w:t>
      </w:r>
    </w:p>
    <w:p>
      <w:r>
        <w:rPr>
          <w:b/>
        </w:rPr>
        <w:t xml:space="preserve">[51:01] </w:t>
      </w:r>
      <w:r>
        <w:t>jis daawa rooh ke sath hajra wahan rahen. is daawa rooh ko aadmi shamil karta hai apne andar jab wo is par saat baar dorta hai wahan.</w:t>
      </w:r>
    </w:p>
    <w:p>
      <w:pPr>
        <w:jc w:val="right"/>
      </w:pPr>
      <w:r>
        <w:t>جس دعویٰ روح کے ساتھ ہاجرہ وہاں رہیں۔ اس دعویٰ روح کو آدمی شامل کرتا ہے اپنے اندر جب وہ اس پر سات بار دوڑتا ہے وہاں۔</w:t>
      </w:r>
    </w:p>
    <w:p>
      <w:r>
        <w:rPr>
          <w:b/>
        </w:rPr>
        <w:t xml:space="preserve">[51:11] </w:t>
      </w:r>
      <w:r>
        <w:t>is tarah se yeh jo jis ko maine kaha daawa family. to daawa family ka aik waqia maine bataya aap ko ehram.</w:t>
      </w:r>
    </w:p>
    <w:p>
      <w:pPr>
        <w:jc w:val="right"/>
      </w:pPr>
      <w:r>
        <w:t>اس طرح سے یہ جو جس کو میں نے کہا دعویٰ فیملی۔ تو دعویٰ فیملی کا ایک واقعہ میں نے بتایا آپ کو احرام۔</w:t>
      </w:r>
    </w:p>
    <w:p>
      <w:r>
        <w:rPr>
          <w:b/>
        </w:rPr>
        <w:t xml:space="preserve">[51:21] </w:t>
      </w:r>
      <w:r>
        <w:t>doosra maine bataya aap ko kaba ka tawaf. teesra maine bataya aap ko safa aur marwa ke darmiyan sa'i.</w:t>
      </w:r>
    </w:p>
    <w:p>
      <w:pPr>
        <w:jc w:val="right"/>
      </w:pPr>
      <w:r>
        <w:t>دوسرا میں نے بتایا آپ کو کعبہ کا طواف۔ تیسرا میں نے بتایا آپ کو صفا اور مروہ کے درمیان سعی۔</w:t>
      </w:r>
    </w:p>
    <w:p>
      <w:r>
        <w:rPr>
          <w:b/>
        </w:rPr>
        <w:t xml:space="preserve">[51:32] </w:t>
      </w:r>
      <w:r>
        <w:t>is ke baad dekhiye. wahan par mina aik maqam hai. makkah ke pas. to wahan par log qurbani dete hain.</w:t>
      </w:r>
    </w:p>
    <w:p>
      <w:pPr>
        <w:jc w:val="right"/>
      </w:pPr>
      <w:r>
        <w:t>اس کے بعد دیکھیے۔ وہاں پر منیٰ ایک مقام ہے۔ مکہ کے پاس۔ تو وہاں پر لوگ قربانی دیتے ہیں۔</w:t>
      </w:r>
    </w:p>
    <w:p>
      <w:r>
        <w:rPr>
          <w:b/>
        </w:rPr>
        <w:t xml:space="preserve">[51:45] </w:t>
      </w:r>
      <w:r>
        <w:t>yeh mina mein qurbani kya hai? is maqam par yeh ki jati hai qurbani jahan hazrat abraham ne apne bete ko litaya tha qurban karne ke liye. aap jante hain ke hazrat abraham ko khwab aaya.</w:t>
      </w:r>
    </w:p>
    <w:p>
      <w:pPr>
        <w:jc w:val="right"/>
      </w:pPr>
      <w:r>
        <w:t>یہ منیٰ میں قربانی کیا ہے؟ اس مقام پر یہ کی جاتی ہے قربانی جہاں حضرت ابراہم نے اپنے بیٹے کو لٹایا تھا قربان کرنے کے لیے۔ آپ جانتے ہیں کہ حضرت ابراہم کو خواب آیا۔</w:t>
      </w:r>
    </w:p>
    <w:p>
      <w:r>
        <w:rPr>
          <w:b/>
        </w:rPr>
        <w:t xml:space="preserve">[51:56] </w:t>
      </w:r>
      <w:r>
        <w:t>kh</w:t>
      </w:r>
    </w:p>
    <w:p>
      <w:pPr>
        <w:jc w:val="right"/>
      </w:pPr>
      <w:r>
        <w:t>خ</w:t>
      </w:r>
    </w:p>
    <w:p>
      <w:r>
        <w:rPr>
          <w:b/>
        </w:rPr>
        <w:t xml:space="preserve">[51:58] </w:t>
      </w:r>
      <w:r>
        <w:t>wab aaya hai ke main apne bete ko qurban kar raha hoon. to unhon ne samjha ke is khwab ka matlab yeh hai ke sach much mein qurban karoon apne bete ko.</w:t>
      </w:r>
    </w:p>
    <w:p>
      <w:pPr>
        <w:jc w:val="right"/>
      </w:pPr>
      <w:r>
        <w:t>واب آیا ہے کہ میں اپنے بیٹے کو قربان کر رہا ہوں۔ تو انہوں نے سمجھا کہ اس خواب کا مطلب یہ ہے کہ سچ مچ میں قربان کروں اپنے بیٹے کو۔</w:t>
      </w:r>
    </w:p>
    <w:p>
      <w:r>
        <w:rPr>
          <w:b/>
        </w:rPr>
        <w:t xml:space="preserve">[52:09] </w:t>
      </w:r>
      <w:r>
        <w:t>to le kar chale un ko. aur le kar chale wahan par gaye. jahan par aaj kal hoti hai qurbani. wahan litaya un ko.</w:t>
      </w:r>
    </w:p>
    <w:p>
      <w:pPr>
        <w:jc w:val="right"/>
      </w:pPr>
      <w:r>
        <w:t>تو لے کر چلے ان کو۔ اور لے کر چلے وہاں پر گئے۔ جہاں پر آج کل ہوتی ہے قربانی۔ وہاں لٹایا ان کو۔</w:t>
      </w:r>
    </w:p>
    <w:p>
      <w:r>
        <w:rPr>
          <w:b/>
        </w:rPr>
        <w:t xml:space="preserve">[52:19] </w:t>
      </w:r>
      <w:r>
        <w:t>aur chaha ke sach much hi is ko qurban kar de.</w:t>
      </w:r>
    </w:p>
    <w:p>
      <w:pPr>
        <w:jc w:val="right"/>
      </w:pPr>
      <w:r>
        <w:t>اور چاہا کہ سچ مچ ہی اس کو قربان کر دے۔</w:t>
      </w:r>
    </w:p>
    <w:p>
      <w:r>
        <w:rPr>
          <w:b/>
        </w:rPr>
        <w:t xml:space="preserve">[52:29] </w:t>
      </w:r>
      <w:r>
        <w:t>to wo nabi the. un ke pas farishte ate the. to khuda ne farishte bheja. aur kaha ke nahi.</w:t>
      </w:r>
    </w:p>
    <w:p>
      <w:pPr>
        <w:jc w:val="right"/>
      </w:pPr>
      <w:r>
        <w:t>تو وہ نبی تھے۔ ان کے پاس فرشتے آتے تھے۔ تو خدا نے فرشتے بھیجا۔ اور کہا کہ نہیں۔</w:t>
      </w:r>
    </w:p>
    <w:p>
      <w:r>
        <w:rPr>
          <w:b/>
        </w:rPr>
        <w:t xml:space="preserve">[52:43] </w:t>
      </w:r>
      <w:r>
        <w:t>aik bheer ko tum qurban kar do. wohi un ki taraf se tumhari qurbani hogi. aur yeh bataya gaya ke yeh jo khwab aaya tha wo alamati mani mein tha.</w:t>
      </w:r>
    </w:p>
    <w:p>
      <w:pPr>
        <w:jc w:val="right"/>
      </w:pPr>
      <w:r>
        <w:t>ایک بھیڑ کو تم قربان کر دو۔ وہی ان کی طرف سے تمہاری قربانی ہوگی۔ اور یہ بتایا گیا کہ یہ جو خواب آیا تھا وہ علامتی معنی میں تھا۔</w:t>
      </w:r>
    </w:p>
    <w:p>
      <w:r>
        <w:rPr>
          <w:b/>
        </w:rPr>
        <w:t xml:space="preserve">[52:55] </w:t>
      </w:r>
      <w:r>
        <w:t>wo yeh tha ke</w:t>
      </w:r>
    </w:p>
    <w:p>
      <w:pPr>
        <w:jc w:val="right"/>
      </w:pPr>
      <w:r>
        <w:t>وہ یہ تھا کہ</w:t>
      </w:r>
    </w:p>
    <w:p>
      <w:r>
        <w:rPr>
          <w:b/>
        </w:rPr>
        <w:t xml:space="preserve">[52:58] </w:t>
      </w:r>
      <w:r>
        <w:t>betay ki gardan kaatna matlab nahi tha. betay ko jismani maeni mein qurban karna yeh matlab nahi tha. woh tha daawa qurbani.</w:t>
      </w:r>
    </w:p>
    <w:p>
      <w:pPr>
        <w:jc w:val="right"/>
      </w:pPr>
      <w:r>
        <w:t>بیٹے کی گردن کاٹنا مطلب نہیں تھا۔ بیٹے کو جسمانی معنی میں قربان کرنا یہ مطلب نہیں تھا۔ وہ تھا دعویٰ قربانی۔</w:t>
      </w:r>
    </w:p>
    <w:p>
      <w:r>
        <w:rPr>
          <w:b/>
        </w:rPr>
        <w:t xml:space="preserve">[53:09] </w:t>
      </w:r>
      <w:r>
        <w:t>rohani qurbani. yaani apnay betay ko dawat ki scheme mein daal do. jiska jiska safar shuru hota hai sehra se.</w:t>
      </w:r>
    </w:p>
    <w:p>
      <w:pPr>
        <w:jc w:val="right"/>
      </w:pPr>
      <w:r>
        <w:t>روحانی قربانی۔ یعنی اپنے بیٹے کو دعوت کی اسکیم میں ڈال دو۔ جس کا جس کا سفر شروع ہوتا ہے صحرا سے۔</w:t>
      </w:r>
    </w:p>
    <w:p>
      <w:r>
        <w:rPr>
          <w:b/>
        </w:rPr>
        <w:t xml:space="preserve">[53:23] </w:t>
      </w:r>
      <w:r>
        <w:t>yaani aik taweel safar. aik taweel daawa safar. thi yeh. lekin kahan se shuru ho rahi thi iska starting point tha sehra.</w:t>
      </w:r>
    </w:p>
    <w:p>
      <w:pPr>
        <w:jc w:val="right"/>
      </w:pPr>
      <w:r>
        <w:t>یعنی ایک طویل سفر۔ ایک طویل دعویٰ سفر۔ تھی یہ۔ لیکن کہاں سے شروع ہو رہی تھی اس کا اسٹارٹنگ پوائنٹ تھا صحرا۔</w:t>
      </w:r>
    </w:p>
    <w:p>
      <w:r>
        <w:rPr>
          <w:b/>
        </w:rPr>
        <w:t xml:space="preserve">[53:33] </w:t>
      </w:r>
      <w:r>
        <w:t>jahan pani nahi. jahan rehna goya apnay aap ko tabah karnay ka matlab tha wahan. kyunkay wahan jab pani na ho.</w:t>
      </w:r>
    </w:p>
    <w:p>
      <w:pPr>
        <w:jc w:val="right"/>
      </w:pPr>
      <w:r>
        <w:t>جہاں پانی نہیں۔ جہاں رہنا گویا اپنے آپ کو تباہ کرنے کا مطلب تھا وہاں۔ کیونکہ وہاں جب پانی نہ ہو۔</w:t>
      </w:r>
    </w:p>
    <w:p>
      <w:r>
        <w:rPr>
          <w:b/>
        </w:rPr>
        <w:t xml:space="preserve">[53:42] </w:t>
      </w:r>
      <w:r>
        <w:t>khana na ho. kuch bhi na ho to kya matlab wahan jahan rahen aap. to matlab yeh ke aap apnay ko maar rahay hain.</w:t>
      </w:r>
    </w:p>
    <w:p>
      <w:pPr>
        <w:jc w:val="right"/>
      </w:pPr>
      <w:r>
        <w:t>کھانا نہ ہو۔ کچھ بھی نہ ہو تو کیا مطلب وہاں جہاں رہیں آپ۔ تو مطلب یہ کہ آپ اپنے کو مار رہے ہیں۔</w:t>
      </w:r>
    </w:p>
    <w:p>
      <w:r>
        <w:rPr>
          <w:b/>
        </w:rPr>
        <w:t xml:space="preserve">[53:50] </w:t>
      </w:r>
      <w:r>
        <w:t>to yeh jo daawa scheme thi. yeh jo daawa ki mansooba bandi thi. jo to iska starting point jo tha woh sehra mein aa kar abad hona.</w:t>
      </w:r>
    </w:p>
    <w:p>
      <w:pPr>
        <w:jc w:val="right"/>
      </w:pPr>
      <w:r>
        <w:t>تو یہ جو دعویٰ اسکیم تھی۔ یہ جو دعویٰ کی منصوبہ بندی تھی۔ جو تو اس کا اسٹارٹنگ پوائنٹ جو تھا وہ صحرا میں آ کر آباد ہونا۔</w:t>
      </w:r>
    </w:p>
    <w:p>
      <w:r>
        <w:rPr>
          <w:b/>
        </w:rPr>
        <w:t xml:space="preserve">[54:00] </w:t>
      </w:r>
      <w:r>
        <w:t>hazrat ibrahim kay betay ismail ka aur aap ki biwi haajra ka. to yeh yeh thi daawa qurbani na keh jismani qurbani.</w:t>
      </w:r>
    </w:p>
    <w:p>
      <w:pPr>
        <w:jc w:val="right"/>
      </w:pPr>
      <w:r>
        <w:t>حضرت ابراہم کے بیٹے اسماعیل کا اور آپ کی بیوی ہاجرہ کا۔ تو یہ یہ تھی دعویٰ قربانی نہ کہ جسمانی قربانی۔</w:t>
      </w:r>
    </w:p>
    <w:p>
      <w:r>
        <w:rPr>
          <w:b/>
        </w:rPr>
        <w:t xml:space="preserve">[54:12] </w:t>
      </w:r>
      <w:r>
        <w:t>is liye in ko Allah taala ne mana kar diya hai ke tum un ki gardan mat kaato. aur is kay badlay tum is is danbay ko zibah kar do.</w:t>
      </w:r>
    </w:p>
    <w:p>
      <w:pPr>
        <w:jc w:val="right"/>
      </w:pPr>
      <w:r>
        <w:t>اس لیے ان کو اللہ تعالیٰ نے منع کر دیا ہے کہ تم ان کی گردن مت کاٹو۔ اور اس کے بدلے تم اس اس دنبے کو ذبح کر دو۔</w:t>
      </w:r>
    </w:p>
    <w:p>
      <w:r>
        <w:rPr>
          <w:b/>
        </w:rPr>
        <w:t xml:space="preserve">[54:21] </w:t>
      </w:r>
      <w:r>
        <w:t>to Mina mein jo qurbani di jati hai woh Hazrat Ismail kay is waqayay ki yaadgaar hai. wahan ja kar aadmi is ko yaad karta hai.</w:t>
      </w:r>
    </w:p>
    <w:p>
      <w:pPr>
        <w:jc w:val="right"/>
      </w:pPr>
      <w:r>
        <w:t>تو منیٰ میں جو قربانی دی جاتی ہے وہ حضرت اسماعیل کے اس واقعے کی یادگار ہے۔ وہاں جا کر آدمی اس کو یاد کرتا ہے۔</w:t>
      </w:r>
    </w:p>
    <w:p>
      <w:r>
        <w:rPr>
          <w:b/>
        </w:rPr>
        <w:t xml:space="preserve">[54:32] </w:t>
      </w:r>
      <w:r>
        <w:t>is rooh ko apnay andar shamil karta hai. woh jo tareekhi waqaya wahan hua tha. us ko apnay zehn mein is se wabasta kar kay.</w:t>
      </w:r>
    </w:p>
    <w:p>
      <w:pPr>
        <w:jc w:val="right"/>
      </w:pPr>
      <w:r>
        <w:t>اس روح کو اپنے اندر شامل کرتا ہے۔ وہ جو تاریخی واقعہ وہاں ہوا تھا۔ اس کو اپنے ذہن میں اس سے وابستہ کر کے۔</w:t>
      </w:r>
    </w:p>
    <w:p>
      <w:r>
        <w:rPr>
          <w:b/>
        </w:rPr>
        <w:t xml:space="preserve">[54:42] </w:t>
      </w:r>
      <w:r>
        <w:t>is tareekh se apnay aap ko wabasta karta hai.</w:t>
      </w:r>
    </w:p>
    <w:p>
      <w:pPr>
        <w:jc w:val="right"/>
      </w:pPr>
      <w:r>
        <w:t>اس تاریخ سے اپنے آپ کو وابستہ کرتا ہے۔</w:t>
      </w:r>
    </w:p>
    <w:p>
      <w:r>
        <w:rPr>
          <w:b/>
        </w:rPr>
        <w:t xml:space="preserve">[54:47] </w:t>
      </w:r>
      <w:r>
        <w:t>yeh maqsad hai wahan par ja kar qurbani karnay ka. isi liye Quran mein hai ke</w:t>
      </w:r>
    </w:p>
    <w:p>
      <w:pPr>
        <w:jc w:val="right"/>
      </w:pPr>
      <w:r>
        <w:t>یہ مقصد ہے وہاں پر جا کر قربانی کرنے کا۔ اسی لیے قرآن میں ہے کہ</w:t>
      </w:r>
    </w:p>
    <w:p>
      <w:r>
        <w:rPr>
          <w:b/>
        </w:rPr>
        <w:t xml:space="preserve">[54:59] </w:t>
      </w:r>
      <w:r>
        <w:t>ke tum jo qurbani karte ho wahan par Mina mein. to Khuda ko gosht ki zaroorat nahi hai. Khuda ko khoon aur gosht ki zaroorat nahi hai.</w:t>
      </w:r>
    </w:p>
    <w:p>
      <w:pPr>
        <w:jc w:val="right"/>
      </w:pPr>
      <w:r>
        <w:t>کہ تم جو قربانی کرتے ہو وہاں پر منیٰ میں۔ تو خدا کو گوشت کی ضرورت نہیں ہے۔ خدا کو خون اور گوشت کی ضرورت نہیں ہے۔</w:t>
      </w:r>
    </w:p>
    <w:p>
      <w:r>
        <w:rPr>
          <w:b/>
        </w:rPr>
        <w:t xml:space="preserve">[55:09] </w:t>
      </w:r>
      <w:r>
        <w:t>Khuda ko tumharay dil ki rooh ki zaroorat hai.</w:t>
      </w:r>
    </w:p>
    <w:p>
      <w:pPr>
        <w:jc w:val="right"/>
      </w:pPr>
      <w:r>
        <w:t>خدا کو تمہارے دل کی روح کی ضرورت ہے۔</w:t>
      </w:r>
    </w:p>
    <w:p>
      <w:r>
        <w:rPr>
          <w:b/>
        </w:rPr>
        <w:t xml:space="preserve">[55:13] </w:t>
      </w:r>
      <w:r>
        <w:t>dil ki rooh. is ka matlab kya hua? ke wahan ja kar jo tum woh qurbani karte ho Hajj kay zamanay mein. to yeh koi rasam jaisi cheez nahi hai.</w:t>
      </w:r>
    </w:p>
    <w:p>
      <w:pPr>
        <w:jc w:val="right"/>
      </w:pPr>
      <w:r>
        <w:t>دل کی روح۔ اس کا مطلب کیا ہوا؟ کہ وہاں جا کر جو تم وہ قربانی کرتے ہو حج کے زمانے میں۔ تو یہ کوئی رسم جیسی چیز نہیں ہے۔</w:t>
      </w:r>
    </w:p>
    <w:p>
      <w:r>
        <w:rPr>
          <w:b/>
        </w:rPr>
        <w:t xml:space="preserve">[55:26] </w:t>
      </w:r>
      <w:r>
        <w:t>woh rooh ko lainay ke liye wahan yeh kaam kiya jata hai.</w:t>
      </w:r>
    </w:p>
    <w:p>
      <w:pPr>
        <w:jc w:val="right"/>
      </w:pPr>
      <w:r>
        <w:t>وہ روح کو لینے کے لیے وہاں یہ کام کیا جاتا ہے۔</w:t>
      </w:r>
    </w:p>
    <w:p>
      <w:r>
        <w:rPr>
          <w:b/>
        </w:rPr>
        <w:t xml:space="preserve">[55:30] </w:t>
      </w:r>
      <w:r>
        <w:t>is rooh ko shamil karna. is tareekh ko yaad karna. is tareekh se apnay aap ko wabasta karna. is tareekh se apnay aap ko relate karna.</w:t>
      </w:r>
    </w:p>
    <w:p>
      <w:pPr>
        <w:jc w:val="right"/>
      </w:pPr>
      <w:r>
        <w:t>اس روح کو شامل کرنا۔ اس تاریخ کو یاد کرنا۔ اس تاریخ سے اپنے آپ کو وابستہ کرنا۔ اس تاریخ سے اپنے آپ کو ریلیٹ کرنا۔</w:t>
      </w:r>
    </w:p>
    <w:p>
      <w:r>
        <w:rPr>
          <w:b/>
        </w:rPr>
        <w:t xml:space="preserve">[55:40] </w:t>
      </w:r>
      <w:r>
        <w:t>aur phir is se yaani sabaq laina. aap jantay hain ke aap jaisay kahin jayen.</w:t>
      </w:r>
    </w:p>
    <w:p>
      <w:pPr>
        <w:jc w:val="right"/>
      </w:pPr>
      <w:r>
        <w:t>اور پھر اس سے یعنی سبق لینا۔ آپ جانتے ہیں کہ آپ جیسے کہیں جائیں۔</w:t>
      </w:r>
    </w:p>
    <w:p>
      <w:r>
        <w:rPr>
          <w:b/>
        </w:rPr>
        <w:t xml:space="preserve">[55:51] </w:t>
      </w:r>
      <w:r>
        <w:t>Taj Mahal mein aap jayen to is tareekh se aap wabasta karte hain apnay aap ko.</w:t>
      </w:r>
    </w:p>
    <w:p>
      <w:pPr>
        <w:jc w:val="right"/>
      </w:pPr>
      <w:r>
        <w:t>تاج محل میں آپ جائیں تو اس تاریخ سے آپ وابستہ کرتے ہیں اپنے آپ کو۔</w:t>
      </w:r>
    </w:p>
    <w:p>
      <w:r>
        <w:rPr>
          <w:b/>
        </w:rPr>
        <w:t xml:space="preserve">[55:56] </w:t>
      </w:r>
      <w:r>
        <w:t>woh tareekh jo hai teen so saal pehlay jo bani thi wahan par. is tareekh se apnay aap ko relate karte hain. aur phir aap kay zehn mein bohat sari baaten aati hain. Shah Jahan ki is ki biwi ki waghera waghera.</w:t>
      </w:r>
    </w:p>
    <w:p>
      <w:pPr>
        <w:jc w:val="right"/>
      </w:pPr>
      <w:r>
        <w:t>وہ تاریخ جو ہے تین سو سال پہلے جو بنی تھی وہاں پر۔ اس تاریخ سے اپنے آپ کو ریلیٹ کرتے ہیں۔ اور پھر آپ کے ذہن میں بہت ساری باتیں آتی ہیں۔ شاہ جہاں کی اس کی بیوی کی وغیرہ وغیرہ۔</w:t>
      </w:r>
    </w:p>
    <w:p>
      <w:r>
        <w:rPr>
          <w:b/>
        </w:rPr>
        <w:t xml:space="preserve">[56:08] </w:t>
      </w:r>
      <w:r>
        <w:t>isi tareeqay se jab aap jatay hain Hajj karnay ke liye wahan par. to woh tareekh jo bani thi jis ko mein ne kaha ke daawa family. daawa family ke zariye.</w:t>
      </w:r>
    </w:p>
    <w:p>
      <w:pPr>
        <w:jc w:val="right"/>
      </w:pPr>
      <w:r>
        <w:t>اسی طریقے سے جب آپ جاتے ہیں حج کرنے کے لیے وہاں پر۔ تو وہ تاریخ جو بنی تھی جس کو میں نے کہا کہ دعویٰ فیملی۔ دعویٰ فیملی کے ذریعے۔</w:t>
      </w:r>
    </w:p>
    <w:p>
      <w:r>
        <w:rPr>
          <w:b/>
        </w:rPr>
        <w:t xml:space="preserve">[56:18] </w:t>
      </w:r>
      <w:r>
        <w:t>aik bohat hi anokhi tareekh.</w:t>
      </w:r>
    </w:p>
    <w:p>
      <w:pPr>
        <w:jc w:val="right"/>
      </w:pPr>
      <w:r>
        <w:t>ایک بہت ہی انوکھی تاریخ۔</w:t>
      </w:r>
    </w:p>
    <w:p>
      <w:r>
        <w:rPr>
          <w:b/>
        </w:rPr>
        <w:t xml:space="preserve">[56:21] </w:t>
      </w:r>
      <w:r>
        <w:t>is tareekh se aap apnay aap ko wabasta karte hain. is tareekh se apnay aap ko relate karte hain. yeh Hajj. to yeh hua yaani qurbani wala masla.</w:t>
      </w:r>
    </w:p>
    <w:p>
      <w:pPr>
        <w:jc w:val="right"/>
      </w:pPr>
      <w:r>
        <w:t>اس تاریخ سے آپ اپنے آپ کو وابستہ کرتے ہیں۔ اس تاریخ سے اپنے آپ کو ریلیٹ کرتے ہیں۔ یہ حج۔ تو یہ ہوا یعنی قربانی والا مسئلہ۔</w:t>
      </w:r>
    </w:p>
    <w:p>
      <w:r>
        <w:rPr>
          <w:b/>
        </w:rPr>
        <w:t xml:space="preserve">[56:34] </w:t>
      </w:r>
      <w:r>
        <w:t>jahan aap Hazrat Ismail kay is waqayay ko yaad karte hain. aur rooh jagatay hain apnay andar qurbani ki. yaani daawa ke liye qurbani.</w:t>
      </w:r>
    </w:p>
    <w:p>
      <w:pPr>
        <w:jc w:val="right"/>
      </w:pPr>
      <w:r>
        <w:t>جہاں آپ حضرت اسماعیل کے اس واقعے کو یاد کرتے ہیں۔ اور روح جگاتے ہیں اپنے اندر قربانی کی۔ یعنی دعویٰ کے لیے قربانی۔</w:t>
      </w:r>
    </w:p>
    <w:p>
      <w:r>
        <w:rPr>
          <w:b/>
        </w:rPr>
        <w:t xml:space="preserve">[56:45] </w:t>
      </w:r>
      <w:r>
        <w:t>wahan par jo qurbani di jati hai woh sach much to is baat ka privilege lena hai. is rooh ko jagana hai. ke mein daawa work karoon ga. chahe is mein mujhe qurbani dena paray.</w:t>
      </w:r>
    </w:p>
    <w:p>
      <w:pPr>
        <w:jc w:val="right"/>
      </w:pPr>
      <w:r>
        <w:t>وہاں پر جو قربانی دی جاتی ہے وہ سچ مچ تو اس بات کا پریج لینا ہے۔ اس روح کو جگانا ہے۔ کہ میں دعویٰ ورک کروں گا۔ چاہے اس میں مجھے قربانی دینا پڑے۔</w:t>
      </w:r>
    </w:p>
    <w:p>
      <w:r>
        <w:rPr>
          <w:b/>
        </w:rPr>
        <w:t xml:space="preserve">[56:57] </w:t>
      </w:r>
      <w:r>
        <w:t>koi bhi qeemat deni paray. har qeemat ko de kar ke main daawa work karunga. yeh hai rooh jis ke liye wahan qurbani di jati hai.</w:t>
      </w:r>
    </w:p>
    <w:p>
      <w:pPr>
        <w:jc w:val="right"/>
      </w:pPr>
      <w:r>
        <w:t>کوئی بھی قیمت دینی پڑے۔ ہر قیمت کو دے کر کے میں دعویٰ ورک کروں گا۔ یہ ہے روح جس کے لیے وہاں قربانی دی جاتی ہے۔</w:t>
      </w:r>
    </w:p>
    <w:p>
      <w:r>
        <w:rPr>
          <w:b/>
        </w:rPr>
        <w:t xml:space="preserve">[57:10] </w:t>
      </w:r>
      <w:r>
        <w:t>phir aap dekhiye. jimaaraat wahan par hain. wahan par kankri mari jati hai. is ko kaha jata hai ke shaitan par kankri maarna.</w:t>
      </w:r>
    </w:p>
    <w:p>
      <w:pPr>
        <w:jc w:val="right"/>
      </w:pPr>
      <w:r>
        <w:t>پھر آپ دیکھیے۔ جمرات وہاں پر ہیں۔ وہاں پر کنکری ماری جاتی ہے۔ اس کو کہا جاتا ہے کہ شیطان پر کنکری مارنا۔</w:t>
      </w:r>
    </w:p>
    <w:p>
      <w:r>
        <w:rPr>
          <w:b/>
        </w:rPr>
        <w:t xml:space="preserve">[57:21] </w:t>
      </w:r>
      <w:r>
        <w:t>yani to yeh kya cheez hai? riwayat mein aata hai ke hazrat abraham jab apne bete ko le kar chale. wahan par jis ko hum kehte hain qurban gaah.</w:t>
      </w:r>
    </w:p>
    <w:p>
      <w:pPr>
        <w:jc w:val="right"/>
      </w:pPr>
      <w:r>
        <w:t>یعنی تو یہ کیا چیز ہے؟ روایات میں آتا ہے کہ حضرت ابراہم جب اپنے بیٹے کو لے کر چلے۔ وہاں پر جس کو ہم کہتے ہیں قربان گاہ۔</w:t>
      </w:r>
    </w:p>
    <w:p>
      <w:r>
        <w:rPr>
          <w:b/>
        </w:rPr>
        <w:t xml:space="preserve">[57:34] </w:t>
      </w:r>
      <w:r>
        <w:t>jahan qurbani karna tha un ko.</w:t>
      </w:r>
    </w:p>
    <w:p>
      <w:pPr>
        <w:jc w:val="right"/>
      </w:pPr>
      <w:r>
        <w:t>جہاں قربانی کرنا تھا ان کو۔</w:t>
      </w:r>
    </w:p>
    <w:p>
      <w:r>
        <w:rPr>
          <w:b/>
        </w:rPr>
        <w:t xml:space="preserve">[57:37] </w:t>
      </w:r>
      <w:r>
        <w:t>to rastay mein shaitan aaya. ismail ko behkaane ke liye. is ne ismail se kaha ke dekho yeh tumhare baap kahan le ja rahe hain tum ko. jaante ho?</w:t>
      </w:r>
    </w:p>
    <w:p>
      <w:pPr>
        <w:jc w:val="right"/>
      </w:pPr>
      <w:r>
        <w:t>تو راستے میں شیطان آیا۔ اسماعیل کو بہکانے کے لیے۔ اس نے اسماعیل سے کہا کہ دیکھو یہ تمہارے باپ کہاں لے جا رہے ہیں تم کو۔ جانتے ہو؟</w:t>
      </w:r>
    </w:p>
    <w:p>
      <w:r>
        <w:rPr>
          <w:b/>
        </w:rPr>
        <w:t xml:space="preserve">[57:46] </w:t>
      </w:r>
      <w:r>
        <w:t>tumhari gardan kaaten ge. is liye le ja rahe hain tum ko.</w:t>
      </w:r>
    </w:p>
    <w:p>
      <w:pPr>
        <w:jc w:val="right"/>
      </w:pPr>
      <w:r>
        <w:t>تمہاری گردن کاٹیں گے۔ اس لیے لے جا رہے ہیں تم کو۔</w:t>
      </w:r>
    </w:p>
    <w:p>
      <w:r>
        <w:rPr>
          <w:b/>
        </w:rPr>
        <w:t xml:space="preserve">[57:52] </w:t>
      </w:r>
      <w:r>
        <w:t>yeh riwayat mein aata hai. ke shaitan ne aa kar ke yani shaitan jo hai shaitan. jo hamara dushman hai.</w:t>
      </w:r>
    </w:p>
    <w:p>
      <w:pPr>
        <w:jc w:val="right"/>
      </w:pPr>
      <w:r>
        <w:t>یہ روایات میں آتا ہے۔ کہ شیطان نے آ کر کے یعنی شیطان جو ہے شیطان۔ جو ہمارا دشمن ہے۔</w:t>
      </w:r>
    </w:p>
    <w:p>
      <w:r>
        <w:rPr>
          <w:b/>
        </w:rPr>
        <w:t xml:space="preserve">[58:02] </w:t>
      </w:r>
      <w:r>
        <w:t>to shaitan aaya. aur us waqt jo hazrat ismail jo thay. jo ke naujawani mein thay. to un ko behkaya is ne.</w:t>
      </w:r>
    </w:p>
    <w:p>
      <w:pPr>
        <w:jc w:val="right"/>
      </w:pPr>
      <w:r>
        <w:t>تو شیطان آیا۔ اور اس وقت جو حضرت اسماعیل جو تھے۔ جو کہ نوجوانی میں تھے۔ تو ان کو بہکایا اس نے۔</w:t>
      </w:r>
    </w:p>
    <w:p>
      <w:r>
        <w:rPr>
          <w:b/>
        </w:rPr>
        <w:t xml:space="preserve">[58:11] </w:t>
      </w:r>
      <w:r>
        <w:t>yeh tum jaante ho ke tumhara boodha baap kahan le ja raha hai tum ko. tumhari gardan kaatne ke liye. mat is ke saath jao.</w:t>
      </w:r>
    </w:p>
    <w:p>
      <w:pPr>
        <w:jc w:val="right"/>
      </w:pPr>
      <w:r>
        <w:t>یہ تم جانتے ہو کہ تمہارا بوڑھا باپ کہاں لے جا رہا ہے تم کو۔ تمہاری گردن کاٹنے کے لیے۔ مت اس کے ساتھ جاؤ۔</w:t>
      </w:r>
    </w:p>
    <w:p>
      <w:r>
        <w:rPr>
          <w:b/>
        </w:rPr>
        <w:t xml:space="preserve">[58:21] </w:t>
      </w:r>
      <w:r>
        <w:t>to is mein aata hai ke hazrat ismail ne kankri kankar se maara is ko. zameen mein woh kankri thi.</w:t>
      </w:r>
    </w:p>
    <w:p>
      <w:pPr>
        <w:jc w:val="right"/>
      </w:pPr>
      <w:r>
        <w:t>تو اس میں آتا ہے کہ حضرت اسماعیل نے کنکری کنکر سے مارا اس کو۔ زمین میں وہ کنکری تھی۔</w:t>
      </w:r>
    </w:p>
    <w:p>
      <w:r>
        <w:rPr>
          <w:b/>
        </w:rPr>
        <w:t xml:space="preserve">[58:32] </w:t>
      </w:r>
      <w:r>
        <w:t>woh yaad aata hai ke woh zameen jo hai woh sab kankar pathar ki zameen hai woh. to is ko utha kar ke maara is ko.</w:t>
      </w:r>
    </w:p>
    <w:p>
      <w:pPr>
        <w:jc w:val="right"/>
      </w:pPr>
      <w:r>
        <w:t>وہ یاد آتا ہے کہ وہ زمین جو ہے وہ سب کنکر پتھر کی زمین ہے وہ۔ تو اس کو اٹھا کر کے مارا اس کو۔</w:t>
      </w:r>
    </w:p>
    <w:p>
      <w:r>
        <w:rPr>
          <w:b/>
        </w:rPr>
        <w:t xml:space="preserve">[58:43] </w:t>
      </w:r>
      <w:r>
        <w:t>isi ki yaadgaar hai ram jمرة jo jis ko hum kehte hain. ke wahan par ja ke jo kankri maarte hain. to woh us waaqe ko dohraate hain jo ke ismail ne kiya tha.</w:t>
      </w:r>
    </w:p>
    <w:p>
      <w:pPr>
        <w:jc w:val="right"/>
      </w:pPr>
      <w:r>
        <w:t>اسی کی یادگار ہے رم جمرہ جو جس کو ہم کہتے ہیں۔ کہ وہاں پر جا کے جو کنکری مارتے ہیں۔ تو وہ اس واقعے کو دہراتے ہیں جو کہ اسماعیل نے کیا تھا۔</w:t>
      </w:r>
    </w:p>
    <w:p>
      <w:r>
        <w:rPr>
          <w:b/>
        </w:rPr>
        <w:t xml:space="preserve">[58:57] </w:t>
      </w:r>
      <w:r>
        <w:t>hazrat ismail ja rahe thay apni zindagi ko daawa ki. daawa work mein apne aap ko qurbani karne ke liye. to shaitan ne rokna chaha.</w:t>
      </w:r>
    </w:p>
    <w:p>
      <w:pPr>
        <w:jc w:val="right"/>
      </w:pPr>
      <w:r>
        <w:t>حضرت اسماعیل جا رہے تھے اپنی زندگی کو دعویٰ کی۔ دعویٰ ورک میں اپنے آپ کو قربانی کرنے کے لیے۔ تو شیطان نے روکنا چاہا۔</w:t>
      </w:r>
    </w:p>
    <w:p>
      <w:r>
        <w:rPr>
          <w:b/>
        </w:rPr>
        <w:t xml:space="preserve">[59:07] </w:t>
      </w:r>
      <w:r>
        <w:t>unhon ne kankri maari is ki.</w:t>
      </w:r>
    </w:p>
    <w:p>
      <w:pPr>
        <w:jc w:val="right"/>
      </w:pPr>
      <w:r>
        <w:t>انہوں نے کنکری ماری اس کی۔</w:t>
      </w:r>
    </w:p>
    <w:p>
      <w:r>
        <w:rPr>
          <w:b/>
        </w:rPr>
        <w:t xml:space="preserve">[59:09] </w:t>
      </w:r>
      <w:r>
        <w:t>aaj bhi ja kar wahan saare haaji wahan par kankri maarte hain. shaitan ko. yeh ilaamati pathar hai woh haqeeqi pathar nahi hai.</w:t>
      </w:r>
    </w:p>
    <w:p>
      <w:pPr>
        <w:jc w:val="right"/>
      </w:pPr>
      <w:r>
        <w:t>آج بھی جا کر وہاں سارے حاجی وہاں پر کنکری مارتے ہیں۔ شیطان کو۔ یہ علامتی پتھر ہے۔ وہ حقیقی پتھر نہیں ہے۔</w:t>
      </w:r>
    </w:p>
    <w:p>
      <w:r>
        <w:rPr>
          <w:b/>
        </w:rPr>
        <w:t xml:space="preserve">[59:18] </w:t>
      </w:r>
      <w:r>
        <w:t>ilaamati pathar hai woh. kis baat ki? is baat ki ke aap apne andar is rooh ko jagayen. ke shaitan ko main bhagaunga apne se door.</w:t>
      </w:r>
    </w:p>
    <w:p>
      <w:pPr>
        <w:jc w:val="right"/>
      </w:pPr>
      <w:r>
        <w:t>علامتی پتھر ہے وہ۔ کس بات کی؟ اس بات کی کہ آپ اپنے اندر اس روح کو جگائیں۔ کہ شیطان کو میں بھگاؤں گا اپنے سے دور۔</w:t>
      </w:r>
    </w:p>
    <w:p>
      <w:r>
        <w:rPr>
          <w:b/>
        </w:rPr>
        <w:t xml:space="preserve">[59:29] </w:t>
      </w:r>
      <w:r>
        <w:t>daawa work mein koi bhi rukawat agar aayegi to woh is ko nahi loonga is rukawat ko. kisi bahane ko nahi loonga.</w:t>
      </w:r>
    </w:p>
    <w:p>
      <w:pPr>
        <w:jc w:val="right"/>
      </w:pPr>
      <w:r>
        <w:t>دعویٰ ورک میں کوئی بھی رکاوٹ اگر آئے گی تو وہ اس کو نہیں لوں گا اس رکاوٹ کو۔ کسی بہانے کو نہیں لوں گا۔</w:t>
      </w:r>
    </w:p>
    <w:p>
      <w:r>
        <w:rPr>
          <w:b/>
        </w:rPr>
        <w:t xml:space="preserve">[59:36] </w:t>
      </w:r>
      <w:r>
        <w:t>har bahane ko main khatam karunga. aur daawa work karunga main har qeemat de kar. har har qeemat par karunga is kaam ko.</w:t>
      </w:r>
    </w:p>
    <w:p>
      <w:pPr>
        <w:jc w:val="right"/>
      </w:pPr>
      <w:r>
        <w:t>ہر بہانے کو میں ختم کروں گا۔ اور دعویٰ ورک کروں گا میں ہر قیمت دے کر۔ ہر ہر قیمت پر کروں گا اس کام کو۔</w:t>
      </w:r>
    </w:p>
    <w:p>
      <w:r>
        <w:rPr>
          <w:b/>
        </w:rPr>
        <w:t xml:space="preserve">[59:46] </w:t>
      </w:r>
      <w:r>
        <w:t>to haaji log jab wahan par jaate hain. to ilaamati pathar karte hain to is ka maqsad yeh hota hai. ke ismaili rooh ko apne andar jagana.</w:t>
      </w:r>
    </w:p>
    <w:p>
      <w:pPr>
        <w:jc w:val="right"/>
      </w:pPr>
      <w:r>
        <w:t>تو حاجی لوگ جب وہاں پر جاتے ہیں۔ تو علامتی پتھر کرتے ہیں تو اس کا مقصد یہ ہوتا ہے۔ کہ اسماعیلی روح کو اپنے اندر جگانا۔</w:t>
      </w:r>
    </w:p>
    <w:p>
      <w:r>
        <w:rPr>
          <w:b/>
        </w:rPr>
        <w:t xml:space="preserve">[59:57] </w:t>
      </w:r>
      <w:r>
        <w:t>aaj kal aap paperon mein parhte honge. ke aksar har saal aisa hota hai ke wahan log dab kar mar jaate hain.</w:t>
      </w:r>
    </w:p>
    <w:p>
      <w:pPr>
        <w:jc w:val="right"/>
      </w:pPr>
      <w:r>
        <w:t>آج کل آپ پیپروں میں پڑھتے ہوں گے۔ کہ اکثر ہر سال ایسا ہوتا ہے کہ وہاں لوگ دب کر مر جاتے ہیں۔</w:t>
      </w:r>
    </w:p>
    <w:p>
      <w:r>
        <w:rPr>
          <w:b/>
        </w:rPr>
        <w:t xml:space="preserve">[1:00:04] </w:t>
      </w:r>
      <w:r>
        <w:t>kyun ke us waqt rukawat hota hai. us waqt rukawat hota hai. yeh log hujoom kar ke jaate hain is mein. to is mein zaahir hai ke koi wahan par agar ek aadmi gir paray.</w:t>
      </w:r>
    </w:p>
    <w:p>
      <w:pPr>
        <w:jc w:val="right"/>
      </w:pPr>
      <w:r>
        <w:t>کیونکہ اس وقت رکاوٹ ہوتا ہے۔ اس وقت رکاوٹ ہوتا ہے۔ یہ لوگ ہجوم کر کے جاتے ہیں اس میں۔ تو اس میں ظاہر ہے کہ کوئی وہاں پر اگر ایک آدمی گر پڑے۔</w:t>
      </w:r>
    </w:p>
    <w:p>
      <w:r>
        <w:rPr>
          <w:b/>
        </w:rPr>
        <w:t xml:space="preserve">[1:00:16] </w:t>
      </w:r>
      <w:r>
        <w:t>to uth nahi sakta woh. to main main ne khud jab hajj kiya tha to itna zabardast chaaron taraf se dabaao tha. har taraf se log idhar se aa rahe hain idhar se aa rahe hain idhar se aa rahe hain.</w:t>
      </w:r>
    </w:p>
    <w:p>
      <w:pPr>
        <w:jc w:val="right"/>
      </w:pPr>
      <w:r>
        <w:t>تو اٹھ نہیں سکتا وہ۔ تو میں میں نے خود جب حج کیا تھا تو اتنا زبردست چاروں طرف سے دباؤ تھا۔ ہر طرف سے لوگ ادھر سے آ رہے ہیں ادھر سے آ رہے ہیں ادھر سے آ رہے ہیں۔</w:t>
      </w:r>
    </w:p>
    <w:p>
      <w:r>
        <w:rPr>
          <w:b/>
        </w:rPr>
        <w:t xml:space="preserve">[1:00:27] </w:t>
      </w:r>
      <w:r>
        <w:t>lagta tha ke meri haddi pasli sab barabar ho jayegi. mar jaunga main.</w:t>
      </w:r>
    </w:p>
    <w:p>
      <w:pPr>
        <w:jc w:val="right"/>
      </w:pPr>
      <w:r>
        <w:t>لگتا تھا کہ میری ہڈی پسلی سب برابر ہو جائے گی۔ مر جاؤں گا میں۔</w:t>
      </w:r>
    </w:p>
    <w:p>
      <w:r>
        <w:rPr>
          <w:b/>
        </w:rPr>
        <w:t xml:space="preserve">[1:00:32] </w:t>
      </w:r>
      <w:r>
        <w:t>yeh ek bilkul jahiliyat ki baat hai. jhoota josh hai yeh. aap kahin door se kankri phenk sakte hain.</w:t>
      </w:r>
    </w:p>
    <w:p>
      <w:pPr>
        <w:jc w:val="right"/>
      </w:pPr>
      <w:r>
        <w:t>یہ ایک بالکل جاہلیت کی بات ہے۔ جھوٹا جوش ہے یہ۔ آپ کہیں دور سے کنکری پھینک سکتے ہیں۔</w:t>
      </w:r>
    </w:p>
    <w:p>
      <w:r>
        <w:rPr>
          <w:b/>
        </w:rPr>
        <w:t xml:space="preserve">[1:00:42] </w:t>
      </w:r>
      <w:r>
        <w:t>waqt badal sakte hain. subah ki bajaye shaam shaam ke baad subah ko kankri maar sakte hain. yahan tak ke kisi aur se bhi marwa sakte hain. agar aap boodhe hain to kisi jawan se kahin ke bhai meri taraf se kankri maar dena.</w:t>
      </w:r>
    </w:p>
    <w:p>
      <w:pPr>
        <w:jc w:val="right"/>
      </w:pPr>
      <w:r>
        <w:t>وقت بدل سکتے ہیں۔ صبح کی بجائے شام شام کے بعد صبح کو کنکری مار سکتے ہیں۔ یہاں تک کسی اور سے بھی مروا سکتے ہیں۔ اگر آپ بوڑھے ہیں تو کسی جوان سے کہیں کہ بھئی میری طرف سے کنکری مار دینا۔</w:t>
      </w:r>
    </w:p>
    <w:p>
      <w:r>
        <w:rPr>
          <w:b/>
        </w:rPr>
        <w:t xml:space="preserve">[1:00:54] </w:t>
      </w:r>
      <w:r>
        <w:t>kyunke woh alamaati pathar hai woh. yeh haqeeqi pathar nahin hai.</w:t>
      </w:r>
    </w:p>
    <w:p>
      <w:pPr>
        <w:jc w:val="right"/>
      </w:pPr>
      <w:r>
        <w:t>کیونکہ وہ علامتی پتھر ہے وہ۔ یہ حقیقی پتھر نہیں ہے۔</w:t>
      </w:r>
    </w:p>
    <w:p>
      <w:r>
        <w:rPr>
          <w:b/>
        </w:rPr>
        <w:t xml:space="preserve">[1:01:01] </w:t>
      </w:r>
      <w:r>
        <w:t>to aap dekhiye ke wahan jaate hain is liye ke daawa work ke raaste mein. jo shaitan rukawat daale ga us ko hum bhagaen ge.</w:t>
      </w:r>
    </w:p>
    <w:p>
      <w:pPr>
        <w:jc w:val="right"/>
      </w:pPr>
      <w:r>
        <w:t>تو آپ دیکھیے کہ وہاں جاتے ہیں اس لیے کہ دعویٰ ورک کے راستے میں۔ جو شیطان رکاوٹ ڈالے گا اس کو ہم بھگائیں گے۔</w:t>
      </w:r>
    </w:p>
    <w:p>
      <w:r>
        <w:rPr>
          <w:b/>
        </w:rPr>
        <w:t xml:space="preserve">[1:01:12] </w:t>
      </w:r>
      <w:r>
        <w:t>aur insaan ko wahan daba kar qatal karte hain. kaisi anokhi baat hai yeh. ke is ka hajj se kya ta'alluq hai.</w:t>
      </w:r>
    </w:p>
    <w:p>
      <w:pPr>
        <w:jc w:val="right"/>
      </w:pPr>
      <w:r>
        <w:t>اور انسان کو وہاں دبا کر قتل کرتے ہیں۔ کیسی انوکھی بات ہے یہ۔ کہ اس کا حج سے کیا تعلق ہے۔</w:t>
      </w:r>
    </w:p>
    <w:p>
      <w:r>
        <w:rPr>
          <w:b/>
        </w:rPr>
        <w:t xml:space="preserve">[1:01:20] </w:t>
      </w:r>
      <w:r>
        <w:t>yaani wahan jo jo rooh honi chahiye hamare andar woh to yeh honi chahiye ke mujhe daawa work karna hai. mujhe Khuda ke deen ko phailana hai.</w:t>
      </w:r>
    </w:p>
    <w:p>
      <w:pPr>
        <w:jc w:val="right"/>
      </w:pPr>
      <w:r>
        <w:t>یعنی وہاں جو جو روح ہونی چاہیے ہمارے اندر وہ تو یہ ہونی چاہیے کہ مجھے دعویٰ ورک کرنا ہے۔ مجھے خدا کے دین کو پھیلانا ہے۔</w:t>
      </w:r>
    </w:p>
    <w:p>
      <w:r>
        <w:rPr>
          <w:b/>
        </w:rPr>
        <w:t xml:space="preserve">[1:01:30] </w:t>
      </w:r>
      <w:r>
        <w:t>chahe koi rukawat aaye kuch bhi ho. aur shaitan aaye ga to us ko us ko maar kar bhagaun ga apne andar se. apne paas se.</w:t>
      </w:r>
    </w:p>
    <w:p>
      <w:pPr>
        <w:jc w:val="right"/>
      </w:pPr>
      <w:r>
        <w:t>چاہے کوئی رکاوٹ آئے کچھ بھی ہو۔ اور شیطان آئے گا تو اس کو اس کو مار کر بھگاؤں گا اپنے اندر سے۔ اپنے پاس سے۔</w:t>
      </w:r>
    </w:p>
    <w:p>
      <w:r>
        <w:rPr>
          <w:b/>
        </w:rPr>
        <w:t xml:space="preserve">[1:01:39] </w:t>
      </w:r>
      <w:r>
        <w:t>aur karte kiya hain ke insaan ko daba kar maar daalte hain. maarna tha shaitan ko maar daala insaan ko. to yeh rooh ke baghair saara maamla hai yeh.</w:t>
      </w:r>
    </w:p>
    <w:p>
      <w:pPr>
        <w:jc w:val="right"/>
      </w:pPr>
      <w:r>
        <w:t>اور کرتے کیا ہیں کہ انسان کو دبا کر مار ڈالتے ہیں۔ مارنا تھا شیطان کو مار ڈالا انسان کو۔ تو یہ روح کے بغیر سارا معاملہ ہے یہ۔</w:t>
      </w:r>
    </w:p>
    <w:p>
      <w:r>
        <w:rPr>
          <w:b/>
        </w:rPr>
        <w:t xml:space="preserve">[1:01:50] </w:t>
      </w:r>
      <w:r>
        <w:t>agar</w:t>
      </w:r>
    </w:p>
    <w:p>
      <w:pPr>
        <w:jc w:val="right"/>
      </w:pPr>
      <w:r>
        <w:t>اگر</w:t>
      </w:r>
    </w:p>
    <w:p>
      <w:r>
        <w:rPr>
          <w:b/>
        </w:rPr>
        <w:t xml:space="preserve">[1:01:51] </w:t>
      </w:r>
      <w:r>
        <w:t>sachi rooh ho to kaise aisa aisa ho sakta hai. ke shaitan ko maarne ke naam par aap insaan ko maar daalen. jis ki jaan muhtaram hai.</w:t>
      </w:r>
    </w:p>
    <w:p>
      <w:pPr>
        <w:jc w:val="right"/>
      </w:pPr>
      <w:r>
        <w:t>سچی روح ہو تو کیسے ایسا ایسا ہو سکتا ہے۔ کہ شیطان کو مارنے کے نام پر آپ انسان کو مار ڈالیں۔ جس کی جان محترم ہے۔</w:t>
      </w:r>
    </w:p>
    <w:p>
      <w:r>
        <w:rPr>
          <w:b/>
        </w:rPr>
        <w:t xml:space="preserve">[1:02:00] </w:t>
      </w:r>
      <w:r>
        <w:t>jis ko jo har haal mein. us ko hamein ehtaraam karna hai.</w:t>
      </w:r>
    </w:p>
    <w:p>
      <w:pPr>
        <w:jc w:val="right"/>
      </w:pPr>
      <w:r>
        <w:t>جس کو جو ہر حال میں۔ اس کو ہمیں احترام کرنا ہے۔</w:t>
      </w:r>
    </w:p>
    <w:p>
      <w:r>
        <w:rPr>
          <w:b/>
        </w:rPr>
        <w:t xml:space="preserve">[1:02:10] </w:t>
      </w:r>
      <w:r>
        <w:t>to yeh dekhiye. is ke baad. in sab marasim ko ada karte hue aakhri din jo hota hai.</w:t>
      </w:r>
    </w:p>
    <w:p>
      <w:pPr>
        <w:jc w:val="right"/>
      </w:pPr>
      <w:r>
        <w:t>تو یہ دیکھیے۔ اس کے بعد۔ ان سب مراسم کو ادا کرتے ہوئے آخری دن جو ہوتا ہے۔</w:t>
      </w:r>
    </w:p>
    <w:p>
      <w:r>
        <w:rPr>
          <w:b/>
        </w:rPr>
        <w:t xml:space="preserve">[1:02:21] </w:t>
      </w:r>
      <w:r>
        <w:t>aakhri din kiya hai? Arafat ek bohat bara maidan hai woh kai meel tak phaila hua hai woh. saare haji wahan ikattha hote hain.</w:t>
      </w:r>
    </w:p>
    <w:p>
      <w:pPr>
        <w:jc w:val="right"/>
      </w:pPr>
      <w:r>
        <w:t>آخری دن کیا ہے؟ عرفات ایک بہت بڑا میدان ہے وہ کئی میل تک پھیلا ہوا ہے وہ۔ سارے حاجی وہاں اکٹھا ہوتے ہیں۔</w:t>
      </w:r>
    </w:p>
    <w:p>
      <w:r>
        <w:rPr>
          <w:b/>
        </w:rPr>
        <w:t xml:space="preserve">[1:02:30] </w:t>
      </w:r>
      <w:r>
        <w:t>saare haji. is ko kehte hain Arafat. maidan Arafat. aur yahan yahan jo ikattha hote hain sab se bara رکن yahi hai.</w:t>
      </w:r>
    </w:p>
    <w:p>
      <w:pPr>
        <w:jc w:val="right"/>
      </w:pPr>
      <w:r>
        <w:t>سارے حاجی۔ اس کو کہتے ہیں عرفات۔ میدان عرفات۔ اور یہاں یہاں جو اکٹھا ہوتے ہیں سب سے بڑا رکن یہی ہے۔</w:t>
      </w:r>
    </w:p>
    <w:p>
      <w:r>
        <w:rPr>
          <w:b/>
        </w:rPr>
        <w:t xml:space="preserve">[1:02:40] </w:t>
      </w:r>
      <w:r>
        <w:t>hadees mein aata hai ke Al Hajj Arafah. yaani Arafat ke maidan mein agar tum pahunch gae. wahan par ja kar tum ne zikr o ibaadat kiya. to yahi hajj tumhara hajj ho gaya.</w:t>
      </w:r>
    </w:p>
    <w:p>
      <w:pPr>
        <w:jc w:val="right"/>
      </w:pPr>
      <w:r>
        <w:t>حدیث میں آتا ہے کہ الحج عرفہ۔ یعنی عرفات کے میدان میں اگر تم پہنچ گئے۔ وہاں پر جا کر تم نے ذکر و عبادت کیا۔ تو یہی حج تمہارا حج ہو گیا۔</w:t>
      </w:r>
    </w:p>
    <w:p>
      <w:r>
        <w:rPr>
          <w:b/>
        </w:rPr>
        <w:t xml:space="preserve">[1:02:51] </w:t>
      </w:r>
      <w:r>
        <w:t>aur sab se bara jo item hai hajj ka woh hai. maidan Arafat mein ja kar ke. pahunchna aur wahan zikr o dua karna aur ibaadat karna.</w:t>
      </w:r>
    </w:p>
    <w:p>
      <w:pPr>
        <w:jc w:val="right"/>
      </w:pPr>
      <w:r>
        <w:t>اور سب سے بڑا جو آئٹم ہے حج کا وہ ہے۔ میدان عرفات میں جا کر کے۔ پہنچنا اور وہاں ذکر و دعا کرنا اور عبادت کرنا۔</w:t>
      </w:r>
    </w:p>
    <w:p>
      <w:r>
        <w:rPr>
          <w:b/>
        </w:rPr>
        <w:t xml:space="preserve">[1:03:02] </w:t>
      </w:r>
      <w:r>
        <w:t>to aakhri din saare log Arafat mein pahunchte hain. yeh ajeeb manzar hota hai.</w:t>
      </w:r>
    </w:p>
    <w:p>
      <w:pPr>
        <w:jc w:val="right"/>
      </w:pPr>
      <w:r>
        <w:t>تو آخری دن سارے لوگ عرفات میں پہنچتے ہیں۔ یہ عجیب منظر ہوتا ہے۔</w:t>
      </w:r>
    </w:p>
    <w:p>
      <w:r>
        <w:rPr>
          <w:b/>
        </w:rPr>
        <w:t xml:space="preserve">[1:03:10] </w:t>
      </w:r>
      <w:r>
        <w:t>jab mein wahan gaya tha to. mein ne dekha ke saare log labbaik labbaik kehte hue chale aa rahe hain har taraf se. chale aa rahe hain labbaik labbaik Allahumma labbaik.</w:t>
      </w:r>
    </w:p>
    <w:p>
      <w:pPr>
        <w:jc w:val="right"/>
      </w:pPr>
      <w:r>
        <w:t>جب میں وہاں گیا تھا تو۔ میں نے دیکھا کہ سارے لوگ لبیک لبیک کہتے ہوئے چلے آ رہے ہیں ہر طرف سے۔ چلے آ رہے ہیں لبیک لبیک اللہم لبیک۔</w:t>
      </w:r>
    </w:p>
    <w:p>
      <w:r>
        <w:rPr>
          <w:b/>
        </w:rPr>
        <w:t xml:space="preserve">[1:03:19] </w:t>
      </w:r>
      <w:r>
        <w:t>aur sab ke oopar ek hi libaas hai. yaani har qism ka farq khatam ho chuka hai. wahan aap pehchan nahin sakte kaun badshah hai.</w:t>
      </w:r>
    </w:p>
    <w:p>
      <w:pPr>
        <w:jc w:val="right"/>
      </w:pPr>
      <w:r>
        <w:t>اور سب کے اوپر ایک ہی لباس ہے۔ یعنی ہر قسم کا فرق ختم ہو چکا ہے۔ وہاں آپ پہچان نہیں سکتے کون بادشاہ ہے۔</w:t>
      </w:r>
    </w:p>
    <w:p>
      <w:r>
        <w:rPr>
          <w:b/>
        </w:rPr>
        <w:t xml:space="preserve">[1:03:30] </w:t>
      </w:r>
      <w:r>
        <w:t>kaun ameer hai kaun ghareeb hai. kaun kiya hai kaun kiya hai.</w:t>
      </w:r>
    </w:p>
    <w:p>
      <w:pPr>
        <w:jc w:val="right"/>
      </w:pPr>
      <w:r>
        <w:t>کون امیر ہے کون غریب ہے۔ کون کیا ہے کون کیا ہے۔</w:t>
      </w:r>
    </w:p>
    <w:p>
      <w:r>
        <w:rPr>
          <w:b/>
        </w:rPr>
        <w:t xml:space="preserve">[1:03:34] </w:t>
      </w:r>
      <w:r>
        <w:t>sab ka libaas koi ek libaas hota hai. ke bana sila. ek ek kapra oopar bana sila ek kapra neeche. aur sab ek hi boli bol rahe hote hain.</w:t>
      </w:r>
    </w:p>
    <w:p>
      <w:pPr>
        <w:jc w:val="right"/>
      </w:pPr>
      <w:r>
        <w:t>سب کا لباس کوئی ایک لباس ہوتا ہے۔ کہ بنا صلہ۔ ایک ایک کپڑا اوپر بنا صلہ ایک کپڑا نیچے۔ اور سب ایک ہی بولی بول رہے ہوتے ہیں۔</w:t>
      </w:r>
    </w:p>
    <w:p>
      <w:r>
        <w:rPr>
          <w:b/>
        </w:rPr>
        <w:t xml:space="preserve">[1:03:43] </w:t>
      </w:r>
      <w:r>
        <w:t>labbaik labbaik Allahumma labbaik. aye Khuda mein hazir hoon aye Khuda mein hazir hoon. to yeh jo Arafat ka maidan hai. kaha jata hai ke Hazrat Ibrahim yahan aaye the.</w:t>
      </w:r>
    </w:p>
    <w:p>
      <w:pPr>
        <w:jc w:val="right"/>
      </w:pPr>
      <w:r>
        <w:t>لبیک لبیک اللہم لبیک۔ اے خدا میں حاضر ہوں اے خدا میں حاضر ہوں۔ تو یہ جو عرفات کا میدان ہے۔ کہا جاتا ہے کہ حضرت ابراہم یہاں آئے تھے۔</w:t>
      </w:r>
    </w:p>
    <w:p>
      <w:r>
        <w:rPr>
          <w:b/>
        </w:rPr>
        <w:t xml:space="preserve">[1:03:56] </w:t>
      </w:r>
      <w:r>
        <w:t>Hazrat Ibrahim jab Jibrael ke saath chale the. aur chalte chalte pahunche the. Makkah ke paas sehra mein. to wahan par.</w:t>
      </w:r>
    </w:p>
    <w:p>
      <w:pPr>
        <w:jc w:val="right"/>
      </w:pPr>
      <w:r>
        <w:t>حضرت ابراہم جب جبرائیل کے ساتھ چلے تھے۔ اور چلتے چلتے پہنچے تھے۔ مکہ کے پاس صحرا میں۔ تو وہاں پر۔</w:t>
      </w:r>
    </w:p>
    <w:p>
      <w:r>
        <w:rPr>
          <w:b/>
        </w:rPr>
        <w:t xml:space="preserve">[1:04:08] </w:t>
      </w:r>
      <w:r>
        <w:t>mukalama hua Jibrael se Hazrat Ibrahim ka. to aap ne Hazrat Ibrahim ne farmaya ke 'arafta 'arafta. mein ne pehchan liya pehchan liya. matlab yeh wahi jagah hai.</w:t>
      </w:r>
    </w:p>
    <w:p>
      <w:pPr>
        <w:jc w:val="right"/>
      </w:pPr>
      <w:r>
        <w:t>مکالمہ ہوا جبرائیل سے حضرت ابراہم کا۔ تو آپ نے حضرت ابراہم نے فرمایا کہ عرف تو عرف تو۔ میں نے پہچان لیا پہچان لیا۔ مطلب یہ وہی جگہ ہے۔</w:t>
      </w:r>
    </w:p>
    <w:p>
      <w:r>
        <w:rPr>
          <w:b/>
        </w:rPr>
        <w:t xml:space="preserve">[1:04:17] </w:t>
      </w:r>
      <w:r>
        <w:t>jo mujhe jahan mujhe yeh tareekh banani hai. daawa tareekh jo mujhe banana hai. woh yahi jagah hai is ko mein ne pehchan liya.</w:t>
      </w:r>
    </w:p>
    <w:p>
      <w:pPr>
        <w:jc w:val="right"/>
      </w:pPr>
      <w:r>
        <w:t>جو مجھے جہاں مجھے یہ تاریخ بنانی ہے۔ دعویٰ تاریخ جو مجھے بنانا ہے۔ وہ یہی جگہ ہے اس کو میں نے پہچان لیا۔</w:t>
      </w:r>
    </w:p>
    <w:p>
      <w:r>
        <w:rPr>
          <w:b/>
        </w:rPr>
        <w:t xml:space="preserve">[1:04:26] </w:t>
      </w:r>
      <w:r>
        <w:t>'arafta 'arafta. isi se is ka naam Arafah par gaya.</w:t>
      </w:r>
    </w:p>
    <w:p>
      <w:pPr>
        <w:jc w:val="right"/>
      </w:pPr>
      <w:r>
        <w:t>عرف تو عرف تو۔ اسی سے اس کا نام عرفہ پڑ گیا۔</w:t>
      </w:r>
    </w:p>
    <w:p>
      <w:r>
        <w:rPr>
          <w:b/>
        </w:rPr>
        <w:t xml:space="preserve">[1:04:33] </w:t>
      </w:r>
      <w:r>
        <w:t>to ab yahan par dekhiye.</w:t>
      </w:r>
    </w:p>
    <w:p>
      <w:pPr>
        <w:jc w:val="right"/>
      </w:pPr>
      <w:r>
        <w:t>تو اب یہاں پر دیکھیے۔</w:t>
      </w:r>
    </w:p>
    <w:p>
      <w:r>
        <w:rPr>
          <w:b/>
        </w:rPr>
        <w:t xml:space="preserve">[1:04:39] </w:t>
      </w:r>
      <w:r>
        <w:t>isi jagah. rasool Allah ne jab haj kiya tha. rasool Allah ne baqayda haj sirf aik hi kiya hai.</w:t>
      </w:r>
    </w:p>
    <w:p>
      <w:pPr>
        <w:jc w:val="right"/>
      </w:pPr>
      <w:r>
        <w:t>اسی جگہ۔ رسول اللہ نے جب حج کیا تھا۔ رسول اللہ نے باقاعدہ حج صرف ایک ہی کیا ہے۔</w:t>
      </w:r>
    </w:p>
    <w:p>
      <w:r>
        <w:rPr>
          <w:b/>
        </w:rPr>
        <w:t xml:space="preserve">[1:04:49] </w:t>
      </w:r>
      <w:r>
        <w:t>apni zindagi ke aakhri zamane mein.</w:t>
      </w:r>
    </w:p>
    <w:p>
      <w:pPr>
        <w:jc w:val="right"/>
      </w:pPr>
      <w:r>
        <w:t>اپنی زندگی کے آخری زمانے میں۔</w:t>
      </w:r>
    </w:p>
    <w:p>
      <w:r>
        <w:rPr>
          <w:b/>
        </w:rPr>
        <w:t xml:space="preserve">[1:04:54] </w:t>
      </w:r>
      <w:r>
        <w:t>to is ko kehte hain Hajjat ul Wida. to aap yahan aaye. aur saare log jo musalman ho chuke the.</w:t>
      </w:r>
    </w:p>
    <w:p>
      <w:pPr>
        <w:jc w:val="right"/>
      </w:pPr>
      <w:r>
        <w:t>تو اس کو کہتے ہیں حجۃ الوداع۔ تو آپ یہاں آئے۔ اور سارے لوگ جو مسلمان ہو چکے تھے۔</w:t>
      </w:r>
    </w:p>
    <w:p>
      <w:r>
        <w:rPr>
          <w:b/>
        </w:rPr>
        <w:t xml:space="preserve">[1:05:06] </w:t>
      </w:r>
      <w:r>
        <w:t>aap jante hain ke is waqt tak saara Arab jo hai Islamize ho chuka tha. to log aaye wahan par. aur aap ke saathi is waqt jo the.</w:t>
      </w:r>
    </w:p>
    <w:p>
      <w:pPr>
        <w:jc w:val="right"/>
      </w:pPr>
      <w:r>
        <w:t>آپ جانتے ہیں کہ اس وقت تک سارا عرب جو ہے اسلامائز ہو چکا تھا۔ تو لوگ آئے وہاں پر۔ اور آپ کے ساتھی اس وقت جو تھے۔</w:t>
      </w:r>
    </w:p>
    <w:p>
      <w:r>
        <w:rPr>
          <w:b/>
        </w:rPr>
        <w:t xml:space="preserve">[1:05:17] </w:t>
      </w:r>
      <w:r>
        <w:t>woh the woh aik lakh chalis hazar. aik lakh chalis hazar. to aap ne aik lakh chalis hazar ke sath haj kiya.</w:t>
      </w:r>
    </w:p>
    <w:p>
      <w:pPr>
        <w:jc w:val="right"/>
      </w:pPr>
      <w:r>
        <w:t>وہ تھے وہ ایک لاکھ چالیس ہزار۔ ایک لاکھ چالیس ہزار۔ تو آپ نے ایک لاکھ چالیس ہزار کے ساتھ حج کیا۔</w:t>
      </w:r>
    </w:p>
    <w:p>
      <w:r>
        <w:rPr>
          <w:b/>
        </w:rPr>
        <w:t xml:space="preserve">[1:05:30] </w:t>
      </w:r>
      <w:r>
        <w:t>to kya hua? yeh aa yani aakhri marhala tha yeh haj ka. yani saara jo hua.</w:t>
      </w:r>
    </w:p>
    <w:p>
      <w:pPr>
        <w:jc w:val="right"/>
      </w:pPr>
      <w:r>
        <w:t>تو کیا ہوا؟ یہ آ یعنی آخری مرحلہ تھا یہ حج کا۔ یعنی سارا جو ہوا۔</w:t>
      </w:r>
    </w:p>
    <w:p>
      <w:r>
        <w:rPr>
          <w:b/>
        </w:rPr>
        <w:t xml:space="preserve">[1:05:40] </w:t>
      </w:r>
      <w:r>
        <w:t>is ka aakhri marhala tha Arafat mein aana. to is mani mein ke jo jo jis ko mein keh raha hoon ke daawa rehearsal. rehearsal of daawa work.</w:t>
      </w:r>
    </w:p>
    <w:p>
      <w:pPr>
        <w:jc w:val="right"/>
      </w:pPr>
      <w:r>
        <w:t>اس کا آخری مرحلہ تھا عرفات میں آنا۔ تو اس معنی میں کہ جو جو جس کو میں کہہ رہا ہوں کہ دعویٰ ریہرسل۔ ریہرسل آف دعویٰ ورک۔</w:t>
      </w:r>
    </w:p>
    <w:p>
      <w:r>
        <w:rPr>
          <w:b/>
        </w:rPr>
        <w:t xml:space="preserve">[1:05:51] </w:t>
      </w:r>
      <w:r>
        <w:t>woh sab ho chuka. sab hone ke baad. log maidan Arafat mein ikhatta hot</w:t>
      </w:r>
    </w:p>
    <w:p>
      <w:pPr>
        <w:jc w:val="right"/>
      </w:pPr>
      <w:r>
        <w:t>وہ سب ہو چکا۔ سب ہونے کے بعد۔ لوگ میدان عرفات میں اکٹھا ہوت</w:t>
      </w:r>
    </w:p>
    <w:p>
      <w:r>
        <w:rPr>
          <w:b/>
        </w:rPr>
        <w:t xml:space="preserve">[1:05:56] </w:t>
      </w:r>
      <w:r>
        <w:t>e hain. Arafat jo hai woh Makkah se taqreeban barah mil ke fasle par hai. barah mil ki doori par. yani Makkah se Arafat ka jo fasla hai woh taqreeban barah mil hai.</w:t>
      </w:r>
    </w:p>
    <w:p>
      <w:pPr>
        <w:jc w:val="right"/>
      </w:pPr>
      <w:r>
        <w:t>ے ہیں۔ عرفات جو ہے وہ مکہ سے تقریباً بارہ میل کے فاصلے پر ہے۔ بارہ میل کی دوری پر۔ یعنی مکہ سے عرفات کا جو فاصلہ ہے وہ تقریباً بارہ میل ہے۔</w:t>
      </w:r>
    </w:p>
    <w:p>
      <w:r>
        <w:rPr>
          <w:b/>
        </w:rPr>
        <w:t xml:space="preserve">[1:06:08] </w:t>
      </w:r>
      <w:r>
        <w:t>aur Arafat ka jo maidan hai woh bohat hi bara yani kai mil chaura hai woh.</w:t>
      </w:r>
    </w:p>
    <w:p>
      <w:pPr>
        <w:jc w:val="right"/>
      </w:pPr>
      <w:r>
        <w:t>اور عرفات کا جو میدان ہے وہ بہت ہی بڑا یعنی کئی میل چوڑا ہے وہ۔</w:t>
      </w:r>
    </w:p>
    <w:p>
      <w:r>
        <w:rPr>
          <w:b/>
        </w:rPr>
        <w:t xml:space="preserve">[1:06:15] </w:t>
      </w:r>
      <w:r>
        <w:t>yahan par yahan par sab log ikhatta hue hain. aur wahan par rasool Allah ne. aik taqreer di.</w:t>
      </w:r>
    </w:p>
    <w:p>
      <w:pPr>
        <w:jc w:val="right"/>
      </w:pPr>
      <w:r>
        <w:t>یہاں پر یہاں پر سب لوگ اکٹھا ہوئے ہیں۔ اور وہاں پر رسول اللہ نے۔ ایک تقریر دی۔</w:t>
      </w:r>
    </w:p>
    <w:p>
      <w:r>
        <w:rPr>
          <w:b/>
        </w:rPr>
        <w:t xml:space="preserve">[1:06:25] </w:t>
      </w:r>
      <w:r>
        <w:t>jo kitabon mein khutba Hajjat ul Wida ke naam se mashhoor hai. yani aakhri haj ka aakhri khutba.</w:t>
      </w:r>
    </w:p>
    <w:p>
      <w:pPr>
        <w:jc w:val="right"/>
      </w:pPr>
      <w:r>
        <w:t>جو کتابوں میں خطبہ حجۃ الوداع کے نام سے مشہور ہے۔ یعنی آخری حج کا آخری خطبہ۔</w:t>
      </w:r>
    </w:p>
    <w:p>
      <w:r>
        <w:rPr>
          <w:b/>
        </w:rPr>
        <w:t xml:space="preserve">[1:06:37] </w:t>
      </w:r>
      <w:r>
        <w:t>to yeh bohat hi tareekhi khutba tha.</w:t>
      </w:r>
    </w:p>
    <w:p>
      <w:pPr>
        <w:jc w:val="right"/>
      </w:pPr>
      <w:r>
        <w:t>تو یہ بہت ہی تاریخی خطبہ تھا۔</w:t>
      </w:r>
    </w:p>
    <w:p>
      <w:r>
        <w:rPr>
          <w:b/>
        </w:rPr>
        <w:t xml:space="preserve">[1:06:41] </w:t>
      </w:r>
      <w:r>
        <w:t>aap is ko dekh sakte hain kitabon mein. to is khutbe mein aap ne kaha ke.</w:t>
      </w:r>
    </w:p>
    <w:p>
      <w:pPr>
        <w:jc w:val="right"/>
      </w:pPr>
      <w:r>
        <w:t>آپ اس کو دیکھ سکتے ہیں کتابوں میں۔ تو اس خطبے میں آپ نے کہا کہ۔</w:t>
      </w:r>
    </w:p>
    <w:p>
      <w:r>
        <w:rPr>
          <w:b/>
        </w:rPr>
        <w:t xml:space="preserve">[1:06:54] </w:t>
      </w:r>
      <w:r>
        <w:t>ke in Allah basni kaafat lil naas fa adoo ani.</w:t>
      </w:r>
    </w:p>
    <w:p>
      <w:pPr>
        <w:jc w:val="right"/>
      </w:pPr>
      <w:r>
        <w:t>کہ ان اللہ باسنی کافت للناس فادو انی۔</w:t>
      </w:r>
    </w:p>
    <w:p>
      <w:r>
        <w:rPr>
          <w:b/>
        </w:rPr>
        <w:t xml:space="preserve">[1:07:00] </w:t>
      </w:r>
      <w:r>
        <w:t>yeh bohat hi aham baat hai. is ko janna chahiye. ke aap ne kaha ke in Allah basni kaafat lil naas fa adoo ani.</w:t>
      </w:r>
    </w:p>
    <w:p>
      <w:pPr>
        <w:jc w:val="right"/>
      </w:pPr>
      <w:r>
        <w:t>یہ بہت ہی اہم بات ہے۔ اس کو جاننا چاہیے۔ کہ آپ نے کہا کہ ان اللہ باسنی کافت للناس فادو انی۔</w:t>
      </w:r>
    </w:p>
    <w:p>
      <w:r>
        <w:rPr>
          <w:b/>
        </w:rPr>
        <w:t xml:space="preserve">[1:07:12] </w:t>
      </w:r>
      <w:r>
        <w:t>ae logon. mujhe Khuda ne bheja hai saare insano ke liye. saare insano ke liye.</w:t>
      </w:r>
    </w:p>
    <w:p>
      <w:pPr>
        <w:jc w:val="right"/>
      </w:pPr>
      <w:r>
        <w:t>اے لوگوں۔ مجھے خدا نے بھیجا ہے سارے انسانوں کے لیے۔ سارے انسانوں کے لیے۔</w:t>
      </w:r>
    </w:p>
    <w:p>
      <w:r>
        <w:rPr>
          <w:b/>
        </w:rPr>
        <w:t xml:space="preserve">[1:07:20] </w:t>
      </w:r>
      <w:r>
        <w:t>yani mujhe jo jo paigham diya gaya hai mujh ko. woh paigham saare insano ke liye hai.</w:t>
      </w:r>
    </w:p>
    <w:p>
      <w:pPr>
        <w:jc w:val="right"/>
      </w:pPr>
      <w:r>
        <w:t>یعنی مجھے جو جو پیغام دیا گیا ہے مجھ کو۔ وہ پیغام سارے انسانوں کے لیے ہے۔</w:t>
      </w:r>
    </w:p>
    <w:p>
      <w:r>
        <w:rPr>
          <w:b/>
        </w:rPr>
        <w:t xml:space="preserve">[1:07:29] </w:t>
      </w:r>
      <w:r>
        <w:t>to fa adoo ani. woh paigham tum pohncha do sab saare logon tak. meri taraf se pohncha do.</w:t>
      </w:r>
    </w:p>
    <w:p>
      <w:pPr>
        <w:jc w:val="right"/>
      </w:pPr>
      <w:r>
        <w:t>تو فادو انی۔ وہ پیغام تم پہنچا دو سب سارے لوگوں تک۔ میری طرف سے پہنچا دو۔</w:t>
      </w:r>
    </w:p>
    <w:p>
      <w:r>
        <w:rPr>
          <w:b/>
        </w:rPr>
        <w:t xml:space="preserve">[1:07:39] </w:t>
      </w:r>
      <w:r>
        <w:t>zahair hai ke aik insan jo hai. saare insano tak nahi pohncha sakta.</w:t>
      </w:r>
    </w:p>
    <w:p>
      <w:pPr>
        <w:jc w:val="right"/>
      </w:pPr>
      <w:r>
        <w:t>ظاہر ہے کہ ایک انسان جو ہے۔ سارے انسانوں تک نہیں پہنچا سکتا۔</w:t>
      </w:r>
    </w:p>
    <w:p>
      <w:r>
        <w:rPr>
          <w:b/>
        </w:rPr>
        <w:t xml:space="preserve">[1:07:48] </w:t>
      </w:r>
      <w:r>
        <w:t>to aap ne kaha ke. ke yeh paigham jo hai. jo mujhe Khuda ne jis ko le kar bheja hai. to tum is ko pohncha do saare insano tak.</w:t>
      </w:r>
    </w:p>
    <w:p>
      <w:pPr>
        <w:jc w:val="right"/>
      </w:pPr>
      <w:r>
        <w:t>تو آپ نے کہا کہ۔ کہ یہ پیغام جو ہے۔ جو مجھے خدا نے جس کو لے کر بھیجا ہے۔ تو تم اس کو پہنچا دو سارے انسانوں تک۔</w:t>
      </w:r>
    </w:p>
    <w:p>
      <w:r>
        <w:rPr>
          <w:b/>
        </w:rPr>
        <w:t xml:space="preserve">[1:08:02] </w:t>
      </w:r>
      <w:r>
        <w:t>to yeh is ke baad kya hua is ko janiye. yani is waqt. jaisa ke maine arz kiya.</w:t>
      </w:r>
    </w:p>
    <w:p>
      <w:pPr>
        <w:jc w:val="right"/>
      </w:pPr>
      <w:r>
        <w:t>تو یہ اس کے بعد کیا ہوا اس کو جانیے۔ یعنی اس وقت۔ جیسا کہ میں نے عرض کیا۔</w:t>
      </w:r>
    </w:p>
    <w:p>
      <w:r>
        <w:rPr>
          <w:b/>
        </w:rPr>
        <w:t xml:space="preserve">[1:08:12] </w:t>
      </w:r>
      <w:r>
        <w:t>ke.</w:t>
      </w:r>
    </w:p>
    <w:p>
      <w:pPr>
        <w:jc w:val="right"/>
      </w:pPr>
      <w:r>
        <w:t>کہ۔</w:t>
      </w:r>
    </w:p>
    <w:p>
      <w:r>
        <w:rPr>
          <w:b/>
        </w:rPr>
        <w:t xml:space="preserve">[1:08:17] </w:t>
      </w:r>
      <w:r>
        <w:t>aik lakh chalis hazar aadmi wahan maujood the. to loudspeaker to hota nahi tha is zamane mein. to is mein tareeqa yeh tha ke rasool Allah jab bolte the.</w:t>
      </w:r>
    </w:p>
    <w:p>
      <w:pPr>
        <w:jc w:val="right"/>
      </w:pPr>
      <w:r>
        <w:t>ایک لاکھ چالیس ہزار آدمی وہاں موجود تھے۔ تو لاؤڈ اسپیکر تو ہوتا نہیں تھا اس زمانے میں۔ تو اس میں طریقہ یہ تھا کہ رسول اللہ جب بولتے تھے۔</w:t>
      </w:r>
    </w:p>
    <w:p>
      <w:r>
        <w:rPr>
          <w:b/>
        </w:rPr>
        <w:t xml:space="preserve">[1:08:27] </w:t>
      </w:r>
      <w:r>
        <w:t>to kuch doosre log jin ki awaaz zor. jin jin ki awaaz buland hoti thi. jo kehte hain Arabi mein jahir ul saut.</w:t>
      </w:r>
    </w:p>
    <w:p>
      <w:pPr>
        <w:jc w:val="right"/>
      </w:pPr>
      <w:r>
        <w:t>تو کچھ دوسرے لوگ جن کی آواز زور۔ جن جن کی آواز بلند ہوتی تھی۔ جو کہتے ہیں عربی میں جہیر الصوت۔</w:t>
      </w:r>
    </w:p>
    <w:p>
      <w:r>
        <w:rPr>
          <w:b/>
        </w:rPr>
        <w:t xml:space="preserve">[1:08:36] </w:t>
      </w:r>
      <w:r>
        <w:t>woh zor zor se is ko dohrate thay. is ko dohrate thay. rasool Allah aik aik oont par baithe hue thay is waqt. oont par baith kar ke aap.</w:t>
      </w:r>
    </w:p>
    <w:p>
      <w:pPr>
        <w:jc w:val="right"/>
      </w:pPr>
      <w:r>
        <w:t>وہ زور زور سے اس کو دہراتے تھے۔ اس کو دہراتے تھے۔ رسول اللہ ایک ایک اونٹ پر بیٹھے ہوئے تھے اس وقت۔ اونٹ پر بیٹھ کر کے آپ۔</w:t>
      </w:r>
    </w:p>
    <w:p>
      <w:r>
        <w:rPr>
          <w:b/>
        </w:rPr>
        <w:t xml:space="preserve">[1:08:46] </w:t>
      </w:r>
      <w:r>
        <w:t>ruk ruk kar aik aik jumla bolte thay. aur phir doosre log jo thay is ko zor zor se bolte thay. phir woh awaz sab tak pohnchti thi. yeh tha tareeqa.</w:t>
      </w:r>
    </w:p>
    <w:p>
      <w:pPr>
        <w:jc w:val="right"/>
      </w:pPr>
      <w:r>
        <w:t>رک رک کر ایک ایک جملہ بولتے تھے۔ اور پھر دوسرے لوگ جو تھے اس کو زور زور سے بولتے تھے۔ پھر وہ آواز سب تک پہنچتی تھی۔ یہ تھا طریقہ۔</w:t>
      </w:r>
    </w:p>
    <w:p>
      <w:r>
        <w:rPr>
          <w:b/>
        </w:rPr>
        <w:t xml:space="preserve">[1:08:56] </w:t>
      </w:r>
      <w:r>
        <w:t>yani loudspeaker se pehle ke zamanay ki baat hai yeh.</w:t>
      </w:r>
    </w:p>
    <w:p>
      <w:pPr>
        <w:jc w:val="right"/>
      </w:pPr>
      <w:r>
        <w:t>یعنی لاؤڈ اسپیکر سے پہلے کے زمانے کی بات ہے یہ۔</w:t>
      </w:r>
    </w:p>
    <w:p>
      <w:r>
        <w:rPr>
          <w:b/>
        </w:rPr>
        <w:t xml:space="preserve">[1:09:00] </w:t>
      </w:r>
      <w:r>
        <w:t>to aap ne kaha ke. ke aey logon. Khuda ne mujhe bheja hai saare insanon tak. apna paigham pohnchanay ke liye.</w:t>
      </w:r>
    </w:p>
    <w:p>
      <w:pPr>
        <w:jc w:val="right"/>
      </w:pPr>
      <w:r>
        <w:t>تو آپ نے کہا کہ۔ کہ اے لوگوں۔ خدا نے مجھے بھیجا ہے سارے انسانوں تک۔ اپنا پیغام پہنچانے کے لیے۔</w:t>
      </w:r>
    </w:p>
    <w:p>
      <w:r>
        <w:rPr>
          <w:b/>
        </w:rPr>
        <w:t xml:space="preserve">[1:09:09] </w:t>
      </w:r>
      <w:r>
        <w:t>to tum log meri taraf se pohncha do.</w:t>
      </w:r>
    </w:p>
    <w:p>
      <w:pPr>
        <w:jc w:val="right"/>
      </w:pPr>
      <w:r>
        <w:t>تو تم لوگ میری طرف سے پہنچا دو۔</w:t>
      </w:r>
    </w:p>
    <w:p>
      <w:r>
        <w:rPr>
          <w:b/>
        </w:rPr>
        <w:t xml:space="preserve">[1:09:15] </w:t>
      </w:r>
      <w:r>
        <w:t>in Allah basni kaft lil nas fado ini. to jante hain kya hua is ke baad.</w:t>
      </w:r>
    </w:p>
    <w:p>
      <w:pPr>
        <w:jc w:val="right"/>
      </w:pPr>
      <w:r>
        <w:t>ان اللہ باسنی کافت للناس فادو انی۔ تو جانتے ہیں کیا ہوا اس کے بعد۔</w:t>
      </w:r>
    </w:p>
    <w:p>
      <w:r>
        <w:rPr>
          <w:b/>
        </w:rPr>
        <w:t xml:space="preserve">[1:09:23] </w:t>
      </w:r>
      <w:r>
        <w:t>woh jo hua us ke us ko aap is tarah samajh sakte hain. ke aap ke sath is waqt thay aik lakh chalis hazar aadmi. aur aaj aap jayen Makkah Madinah mein un ki qabrein talash karen.</w:t>
      </w:r>
    </w:p>
    <w:p>
      <w:pPr>
        <w:jc w:val="right"/>
      </w:pPr>
      <w:r>
        <w:t>وہ جو ہوا اس کے اس کو آپ اس طرح سمجھ سکتے ہیں۔ کہ آپ کے ساتھ اس وقت تھے ایک لاکھ چالیس ہزار آدمی۔ اور آج آپ جائیں مکہ مدینہ میں ان کی قبریں تلاش کریں۔</w:t>
      </w:r>
    </w:p>
    <w:p>
      <w:r>
        <w:rPr>
          <w:b/>
        </w:rPr>
        <w:t xml:space="preserve">[1:09:35] </w:t>
      </w:r>
      <w:r>
        <w:t>to aap ko sirf chand hazar qabrein milein gi. yani is awaz ko sunne wale jo maidan e Arafat mein ikattha thay.</w:t>
      </w:r>
    </w:p>
    <w:p>
      <w:pPr>
        <w:jc w:val="right"/>
      </w:pPr>
      <w:r>
        <w:t>تو آپ کو صرف چند ہزار قبریں ملیں گی۔ یعنی اس آواز کو سننے والے جو میدان عرفات میں اکٹھا تھے۔</w:t>
      </w:r>
    </w:p>
    <w:p>
      <w:r>
        <w:rPr>
          <w:b/>
        </w:rPr>
        <w:t xml:space="preserve">[1:09:45] </w:t>
      </w:r>
      <w:r>
        <w:t>woh thay aik lakh chalis hazar.</w:t>
      </w:r>
    </w:p>
    <w:p>
      <w:pPr>
        <w:jc w:val="right"/>
      </w:pPr>
      <w:r>
        <w:t>وہ تھے ایک لاکھ چالیس ہزار۔</w:t>
      </w:r>
    </w:p>
    <w:p>
      <w:r>
        <w:rPr>
          <w:b/>
        </w:rPr>
        <w:t xml:space="preserve">[1:09:48] </w:t>
      </w:r>
      <w:r>
        <w:t>lekin aaj jo Makkah Madinah hai wahan par jo qabrein hain logon ki. yani un un mein se. yani sahaba ki qabrein hain.</w:t>
      </w:r>
    </w:p>
    <w:p>
      <w:pPr>
        <w:jc w:val="right"/>
      </w:pPr>
      <w:r>
        <w:t>لیکن آج جو مکہ مدینہ ہے وہاں پر جو قبریں ہیں لوگوں کی۔ یعنی ان ان میں سے۔ یعنی ساتھیوں کی قبریں ہیں۔</w:t>
      </w:r>
    </w:p>
    <w:p>
      <w:r>
        <w:rPr>
          <w:b/>
        </w:rPr>
        <w:t xml:space="preserve">[1:09:57] </w:t>
      </w:r>
      <w:r>
        <w:t>to is mein. taqreeban chand hazar qabrein hain. ab sochiye ke sab log kahan gaye. yani aik lakh tees hazar aadmi kahan gaye.</w:t>
      </w:r>
    </w:p>
    <w:p>
      <w:pPr>
        <w:jc w:val="right"/>
      </w:pPr>
      <w:r>
        <w:t>تو اس میں۔ تقریباً چند ہزار قبریں ہیں۔ اب سوچیے کہ سب لوگ کہاں گئے۔ یعنی ایک لاکھ تیس ہزار آدمی کہاں گئے۔</w:t>
      </w:r>
    </w:p>
    <w:p>
      <w:r>
        <w:rPr>
          <w:b/>
        </w:rPr>
        <w:t xml:space="preserve">[1:10:11] </w:t>
      </w:r>
      <w:r>
        <w:t>to kitabon mein aata hai ke. jis ki sawari jidhar thi idhar idhar hi chal pada hua hai.</w:t>
      </w:r>
    </w:p>
    <w:p>
      <w:pPr>
        <w:jc w:val="right"/>
      </w:pPr>
      <w:r>
        <w:t>تو کتابوں میں آتا ہے کہ۔ جس کی سواری جدھر تھی ادھر ادھر ہی چل پڑا ہوا ہے۔</w:t>
      </w:r>
    </w:p>
    <w:p>
      <w:r>
        <w:rPr>
          <w:b/>
        </w:rPr>
        <w:t xml:space="preserve">[1:10:22] </w:t>
      </w:r>
      <w:r>
        <w:t>matlab is zamanay mein ghore aur oont par sawari karte thay log. to kitabon mein aata hai ke jis ki sawari jidhar thi. yani jis ka ghoda idhar tha idhar hi chal pada.</w:t>
      </w:r>
    </w:p>
    <w:p>
      <w:pPr>
        <w:jc w:val="right"/>
      </w:pPr>
      <w:r>
        <w:t>مطلب اس زمانے میں گھوڑے اور اونٹ پر سواری کرتے تھے لوگ۔ تو کتابوں میں آتا ہے کہ جس کی سواری جدھر تھی۔ یعنی جس کا گھوڑا ادھر تھا ادھر ہی چل پڑا۔</w:t>
      </w:r>
    </w:p>
    <w:p>
      <w:r>
        <w:rPr>
          <w:b/>
        </w:rPr>
        <w:t xml:space="preserve">[1:10:32] </w:t>
      </w:r>
      <w:r>
        <w:t>jis ka oont idhar tha idhar hi chal pada woh.</w:t>
      </w:r>
    </w:p>
    <w:p>
      <w:pPr>
        <w:jc w:val="right"/>
      </w:pPr>
      <w:r>
        <w:t>جس کا اونٹ ادھر تھا ادھر ہی چل پڑا وہ۔</w:t>
      </w:r>
    </w:p>
    <w:p>
      <w:r>
        <w:rPr>
          <w:b/>
        </w:rPr>
        <w:t xml:space="preserve">[1:10:40] </w:t>
      </w:r>
      <w:r>
        <w:t>yeh pehla tha diaspora. yani daawa diaspora. insani human history mein.</w:t>
      </w:r>
    </w:p>
    <w:p>
      <w:pPr>
        <w:jc w:val="right"/>
      </w:pPr>
      <w:r>
        <w:t>یہ پہلا تھا ڈائیسپورا۔ یعنی دعویٰ ڈائیسپورا۔ انسانی ہیومن ہسٹری میں۔</w:t>
      </w:r>
    </w:p>
    <w:p>
      <w:r>
        <w:rPr>
          <w:b/>
        </w:rPr>
        <w:t xml:space="preserve">[1:10:50] </w:t>
      </w:r>
      <w:r>
        <w:t>human history mein yeh pehla dawa diaspora tha. ke dawa ke liye log nikal gaye.</w:t>
      </w:r>
    </w:p>
    <w:p>
      <w:pPr>
        <w:jc w:val="right"/>
      </w:pPr>
      <w:r>
        <w:t>ہیومن ہسٹری میں یہ پہلا دعویٰ ڈائیسپورا تھا۔ کہ دعوت کے لیے لوگ نکل گئے۔</w:t>
      </w:r>
    </w:p>
    <w:p>
      <w:r>
        <w:rPr>
          <w:b/>
        </w:rPr>
        <w:t xml:space="preserve">[1:11:01] </w:t>
      </w:r>
      <w:r>
        <w:t>agar hum Hazrat Masih ke waqe ko len ke unhon ne bheja tha apne shagerdon ko. agar is ko hum manenge pehla diaspora yeh. doosra ziyada bara diaspora tha.</w:t>
      </w:r>
    </w:p>
    <w:p>
      <w:pPr>
        <w:jc w:val="right"/>
      </w:pPr>
      <w:r>
        <w:t>اگر ہم حضرت مسیح کے واقعے کو لیں کہ انہوں نے بھیجا تھا اپنے شاگردوں کو۔ اگر اس کو ہم مانیں گے پہلا ڈائیسپورا یہ۔ دوسرا زیادہ بڑا ڈائیسپورا تھا۔</w:t>
      </w:r>
    </w:p>
    <w:p>
      <w:r>
        <w:rPr>
          <w:b/>
        </w:rPr>
        <w:t xml:space="preserve">[1:11:12] </w:t>
      </w:r>
      <w:r>
        <w:t>wahan to bohat thore se log gaye thay. yahan par aik lakh tees hazar aadmi.</w:t>
      </w:r>
    </w:p>
    <w:p>
      <w:pPr>
        <w:jc w:val="right"/>
      </w:pPr>
      <w:r>
        <w:t>وہاں تو بہت تھوڑے سے لوگ گئے تھے۔ یہاں پر ایک لاکھ تیس ہزار آدمی۔</w:t>
      </w:r>
    </w:p>
    <w:p>
      <w:r>
        <w:rPr>
          <w:b/>
        </w:rPr>
        <w:t xml:space="preserve">[1:11:19] </w:t>
      </w:r>
      <w:r>
        <w:t>yeh log Arab se nikal kar ke. jo sath milne wale mumalik thay wahan phail gaye. matlab Syria Iraq. Sham Falasteen Misr Libya.</w:t>
      </w:r>
    </w:p>
    <w:p>
      <w:pPr>
        <w:jc w:val="right"/>
      </w:pPr>
      <w:r>
        <w:t>یہ لوگ عرب سے نکل کر کے۔ جو ساتھ ملنے والے ممالک تھے وہاں پھیل گئے۔ مطلب سیریا عراق۔ شام فلسطین مصر لیبیا۔</w:t>
      </w:r>
    </w:p>
    <w:p>
      <w:r>
        <w:rPr>
          <w:b/>
        </w:rPr>
        <w:t xml:space="preserve">[1:11:31] </w:t>
      </w:r>
      <w:r>
        <w:t>yani Asia se le kar Africa tak. aur unhon ne wahan ja kar ke. dawah ka kaam kiya dawah work kiya.</w:t>
      </w:r>
    </w:p>
    <w:p>
      <w:pPr>
        <w:jc w:val="right"/>
      </w:pPr>
      <w:r>
        <w:t>یعنی ایشیا سے لے کر افریقہ تک۔ اور انہوں نے وہاں جا کر کے۔ دعوت کا کام کیا دعویٰ ورک کیا۔</w:t>
      </w:r>
    </w:p>
    <w:p>
      <w:r>
        <w:rPr>
          <w:b/>
        </w:rPr>
        <w:t xml:space="preserve">[1:11:41] </w:t>
      </w:r>
      <w:r>
        <w:t>aap jante hain ke is waqt jo zuban thi is ilaqay ki aaj to zuban Arabic</w:t>
      </w:r>
    </w:p>
    <w:p>
      <w:pPr>
        <w:jc w:val="right"/>
      </w:pPr>
      <w:r>
        <w:t>آپ جانتے ہیں کہ اس وقت جو زبان تھی اس علاقے کی آج تو زبان عربک</w:t>
      </w:r>
    </w:p>
    <w:p>
      <w:r>
        <w:rPr>
          <w:b/>
        </w:rPr>
        <w:t xml:space="preserve">[1:11:45] </w:t>
      </w:r>
      <w:r>
        <w:t>hai. yeh jo poora ilaaqa hai wahan se wahan tak. yeh aaj wahan ki zuban Arabic zuban hai. wahan Arabic culture hai.</w:t>
      </w:r>
    </w:p>
    <w:p>
      <w:pPr>
        <w:jc w:val="right"/>
      </w:pPr>
      <w:r>
        <w:t>ہے۔ یہ جو پورا علاقہ ہے وہاں سے وہاں تک۔ یہ آج وہاں کی زبان عربک زبان ہے۔ وہاں عربک کلچر ہے۔</w:t>
      </w:r>
    </w:p>
    <w:p>
      <w:r>
        <w:rPr>
          <w:b/>
        </w:rPr>
        <w:t xml:space="preserve">[1:11:53] </w:t>
      </w:r>
      <w:r>
        <w:t>wahan un ka mazhab Islam hai. is waqt kya tha. is waqt un ka culture alag tha un ki zuban alag thi.</w:t>
      </w:r>
    </w:p>
    <w:p>
      <w:pPr>
        <w:jc w:val="right"/>
      </w:pPr>
      <w:r>
        <w:t>وہاں ان کا مذہب اسلام ہے۔ اس وقت کیا تھا۔ اس وقت ان کا کلچر الگ تھا ان کی زبان الگ تھی۔</w:t>
      </w:r>
    </w:p>
    <w:p>
      <w:r>
        <w:rPr>
          <w:b/>
        </w:rPr>
        <w:t xml:space="preserve">[1:12:01] </w:t>
      </w:r>
      <w:r>
        <w:t>mislan Syria ke log Suraiq zuban bolte thay. Falasteen ke log Ibri bolte thay. Libya ke log. woh Berber zuban bolte thay.</w:t>
      </w:r>
    </w:p>
    <w:p>
      <w:pPr>
        <w:jc w:val="right"/>
      </w:pPr>
      <w:r>
        <w:t>مثلاً سیریا کے لوگ سرائیک زبان بولتے تھے۔ فلسطین کے لوگ عبرانی بولتے تھے۔ لیبیا کے لوگ۔ وہ بربر زبان بولتے تھے۔</w:t>
      </w:r>
    </w:p>
    <w:p>
      <w:r>
        <w:rPr>
          <w:b/>
        </w:rPr>
        <w:t xml:space="preserve">[1:12:13] </w:t>
      </w:r>
      <w:r>
        <w:t>Misr ke log Coptic zuban bolte thay. ab zara ghor kijiye. ke yeh log jab wahan gaye to wahan un ke hotel nahi tha ke wahan thehre hain woh.</w:t>
      </w:r>
    </w:p>
    <w:p>
      <w:pPr>
        <w:jc w:val="right"/>
      </w:pPr>
      <w:r>
        <w:t>مصر کے لوگ کپٹک زبان بولتے تھے۔ اب ذرا غور کیجیے۔ کہ یہ لوگ جب وہاں گئے تو وہاں ان کے ہوٹل نہیں تھا کہ وہاں ٹھہرے ہیں وہ۔</w:t>
      </w:r>
    </w:p>
    <w:p>
      <w:r>
        <w:rPr>
          <w:b/>
        </w:rPr>
        <w:t xml:space="preserve">[1:12:25] </w:t>
      </w:r>
      <w:r>
        <w:t>koi hotel nahi tha jahan woh thehre hain woh. koi rishtedar bhi nahi tha jis ke haan woh ja kar ke thehre hain is ke</w:t>
      </w:r>
    </w:p>
    <w:p>
      <w:pPr>
        <w:jc w:val="right"/>
      </w:pPr>
      <w:r>
        <w:t>کوئی ہوٹل نہیں تھا جہاں وہ ٹھہرے ہیں وہ۔ کوئی رشتہ دار بھی نہیں تھا جس کے ہاں وہ جا کر کے ٹھہرے ہیں اس کے</w:t>
      </w:r>
    </w:p>
    <w:p>
      <w:r>
        <w:rPr>
          <w:b/>
        </w:rPr>
        <w:t xml:space="preserve">[1:12:30] </w:t>
      </w:r>
      <w:r>
        <w:t>ghar par. kuch bhi nahi. aik ajnabi hain bilkul. un ki zaban nahi jante. un ka culture alag hai.</w:t>
      </w:r>
    </w:p>
    <w:p>
      <w:pPr>
        <w:jc w:val="right"/>
      </w:pPr>
      <w:r>
        <w:t>گھر پر۔ کچھ بھی نہیں۔ ایک اجنبی ہیں بالکل۔ ان کی زبان نہیں جانتے۔ ان کا کلچر الگ ہے۔</w:t>
      </w:r>
    </w:p>
    <w:p>
      <w:r>
        <w:rPr>
          <w:b/>
        </w:rPr>
        <w:t xml:space="preserve">[1:12:39] </w:t>
      </w:r>
      <w:r>
        <w:t>un ka mazhab alag hai sab kuch alag hai. aur phir bhi woh chalay gaye woh. kaise diwana war. woh log dawah work kiya in logon ne.</w:t>
      </w:r>
    </w:p>
    <w:p>
      <w:pPr>
        <w:jc w:val="right"/>
      </w:pPr>
      <w:r>
        <w:t>ان کا مذہب الگ ہے سب کچھ الگ ہے۔ اور پھر بھی وہ چلے گئے وہ۔ کیسے دیوانہ وار۔ وہ لوگ دعویٰ ورک کیا ان لوگوں نے۔</w:t>
      </w:r>
    </w:p>
    <w:p>
      <w:r>
        <w:rPr>
          <w:b/>
        </w:rPr>
        <w:t xml:space="preserve">[1:12:50] </w:t>
      </w:r>
      <w:r>
        <w:t>to rasool Allah ne jo un ko awaz di ke. main mujhe Khuda ne bheja hai sare insano ke liye. to tum log chalay jao.</w:t>
      </w:r>
    </w:p>
    <w:p>
      <w:pPr>
        <w:jc w:val="right"/>
      </w:pPr>
      <w:r>
        <w:t>تو رسول اللہ نے جو ان کو آواز دی کہ۔ میں مجھے خدا نے بھیجا ہے سارے انسانوں کے لیے۔ تو تم لوگ چلے جاؤ۔</w:t>
      </w:r>
    </w:p>
    <w:p>
      <w:r>
        <w:rPr>
          <w:b/>
        </w:rPr>
        <w:t xml:space="preserve">[1:12:57] </w:t>
      </w:r>
      <w:r>
        <w:t>to woh kuch bhi socha nahi unhone. ke paisa kahan hai. kapra kahan hai khayenge kya rahenge kahan kuch bhi nahi socha. bas nikal gaye.</w:t>
      </w:r>
    </w:p>
    <w:p>
      <w:pPr>
        <w:jc w:val="right"/>
      </w:pPr>
      <w:r>
        <w:t>تو وہ کچھ بھی سوچا نہیں انہوں نے۔ کہ پیسہ کہاں ہے۔ کپڑا کہاں ہے کھائیں گے کیا رہیں گے کہاں کچھ بھی نہیں سوچا۔ بس نکل گئے۔</w:t>
      </w:r>
    </w:p>
    <w:p>
      <w:r>
        <w:rPr>
          <w:b/>
        </w:rPr>
        <w:t xml:space="preserve">[1:13:07] </w:t>
      </w:r>
      <w:r>
        <w:t>aur Allah taala ne un ke is nikalne ko is tarah qabool kiya. ke aaj woh pura pocket jo hai isi ko islami pocket kaha jata hai. yani Arab land.</w:t>
      </w:r>
    </w:p>
    <w:p>
      <w:pPr>
        <w:jc w:val="right"/>
      </w:pPr>
      <w:r>
        <w:t>اور اللہ تعالیٰ نے ان کے اس نکلنے کو اس طرح قبول کیا۔ کہ آج وہ پورا پاکٹ جو ہے اسی کو اسلامی پاکٹ کہا جاتا ہے۔ یعنی عرب لینڈ۔</w:t>
      </w:r>
    </w:p>
    <w:p>
      <w:r>
        <w:rPr>
          <w:b/>
        </w:rPr>
        <w:t xml:space="preserve">[1:13:17] </w:t>
      </w:r>
      <w:r>
        <w:t>jis ko aap kehte hain Arab world woh kya hai woh yahi to hai woh. jo in logon ke zariye bana tha.</w:t>
      </w:r>
    </w:p>
    <w:p>
      <w:pPr>
        <w:jc w:val="right"/>
      </w:pPr>
      <w:r>
        <w:t>جس کو آپ کہتے ہیں عرب ورلڈ وہ کیا ہے وہ یہی تو ہے وہ۔ جو ان لوگوں کے ذریعے بنا تھا۔</w:t>
      </w:r>
    </w:p>
    <w:p>
      <w:r>
        <w:rPr>
          <w:b/>
        </w:rPr>
        <w:t xml:space="preserve">[1:13:27] </w:t>
      </w:r>
      <w:r>
        <w:t>to yeh hai. jis ko main kehta hoon dawah family. dawah family ka yeh culmination tha. dawah family ki activities.</w:t>
      </w:r>
    </w:p>
    <w:p>
      <w:pPr>
        <w:jc w:val="right"/>
      </w:pPr>
      <w:r>
        <w:t>تو یہ ہے۔ جس کو میں کہتا ہوں دعویٰ فیملی۔ دعویٰ فیملی کا یہ کلمنیشن تھا۔ دعویٰ فیملی کی ایکٹیویٹیز۔</w:t>
      </w:r>
    </w:p>
    <w:p>
      <w:r>
        <w:rPr>
          <w:b/>
        </w:rPr>
        <w:t xml:space="preserve">[1:13:38] </w:t>
      </w:r>
      <w:r>
        <w:t>jo shuru hui theen Hajra se. jo apne bete ko le kar ke sehra mein ja kar bas gayi theen sehra mein. tab shuru hui yeh. ke is daawa family ka.</w:t>
      </w:r>
    </w:p>
    <w:p>
      <w:pPr>
        <w:jc w:val="right"/>
      </w:pPr>
      <w:r>
        <w:t>جو شروع ہوئی تھیں۔ ہاجرہ سے۔ جو اپنے بیٹے کو لے کر کے صحرا میں جا کر بس گئی تھیں صحرا میں۔ تب شروع ہوئی یہ۔ کہ اس دعویٰ فیملی کا۔</w:t>
      </w:r>
    </w:p>
    <w:p>
      <w:r>
        <w:rPr>
          <w:b/>
        </w:rPr>
        <w:t xml:space="preserve">[1:13:49] </w:t>
      </w:r>
      <w:r>
        <w:t>yani. shuruat thi woh is ki activities ki.</w:t>
      </w:r>
    </w:p>
    <w:p>
      <w:pPr>
        <w:jc w:val="right"/>
      </w:pPr>
      <w:r>
        <w:t>یعنی۔ شروعات تھی وہ اس کی ایکٹیویٹیز کی۔</w:t>
      </w:r>
    </w:p>
    <w:p>
      <w:r>
        <w:rPr>
          <w:b/>
        </w:rPr>
        <w:t xml:space="preserve">[1:13:53] </w:t>
      </w:r>
      <w:r>
        <w:t>is se le kar ke phir yahan aa kar ke yeh culmination tha. ke nabi ke sahabi phail gaye sari duniya mein.</w:t>
      </w:r>
    </w:p>
    <w:p>
      <w:pPr>
        <w:jc w:val="right"/>
      </w:pPr>
      <w:r>
        <w:t>اس سے لے کر کے پھر یہاں آ کر کے یہ کلمنیشن تھا۔ کہ نبی کے ساتھی پھیل گئے ساری دنیا میں۔</w:t>
      </w:r>
    </w:p>
    <w:p>
      <w:r>
        <w:rPr>
          <w:b/>
        </w:rPr>
        <w:t xml:space="preserve">[1:14:03] </w:t>
      </w:r>
      <w:r>
        <w:t>aur aaj aaj aap jante hain ke duniya mein jahan bhi aap jayen wahan par aap ko Islam ko manane wale milenge. isi ke aik mein ne aap ko kal ki khabar batayi ke aik aik Russian afsar.</w:t>
      </w:r>
    </w:p>
    <w:p>
      <w:pPr>
        <w:jc w:val="right"/>
      </w:pPr>
      <w:r>
        <w:t>اور آج آج آپ جانتے ہیں کہ دنیا میں جہاں بھی آپ جائیں وہاں پر آپ کو اسلام کو ماننے والے ملیں گے۔ اسی کے ایک میں نے آپ کو کل کی خبر بتائی کہ ایک ایک روسی افسر۔</w:t>
      </w:r>
    </w:p>
    <w:p>
      <w:r>
        <w:rPr>
          <w:b/>
        </w:rPr>
        <w:t xml:space="preserve">[1:14:16] </w:t>
      </w:r>
      <w:r>
        <w:t>apne aakhri waqt mein us ne Islam qabool kar liya.</w:t>
      </w:r>
    </w:p>
    <w:p>
      <w:pPr>
        <w:jc w:val="right"/>
      </w:pPr>
      <w:r>
        <w:t>اپنے آخری وقت میں اس نے اسلام قبول کر لیا۔</w:t>
      </w:r>
    </w:p>
    <w:p>
      <w:r>
        <w:rPr>
          <w:b/>
        </w:rPr>
        <w:t xml:space="preserve">[1:14:21] </w:t>
      </w:r>
      <w:r>
        <w:t>to woh is mein bataya gaya hai jo jo Mr Khalid ne mujhe nikala. woh aur Sadia ne nikal ke jo diya mujhe.</w:t>
      </w:r>
    </w:p>
    <w:p>
      <w:pPr>
        <w:jc w:val="right"/>
      </w:pPr>
      <w:r>
        <w:t>تو وہ اس میں بتایا گیا ہے جو جو مسٹر خالد نے مجھے نکالا۔ وہ اور سعدیہ نے نکال کے جو دیا مجھے۔</w:t>
      </w:r>
    </w:p>
    <w:p>
      <w:r>
        <w:rPr>
          <w:b/>
        </w:rPr>
        <w:t xml:space="preserve">[1:14:30] </w:t>
      </w:r>
      <w:r>
        <w:t>is mein bataya gaya hai ke. yeh jo tha. yeh yeh jo aadmi tha. yani jo Russian. jis ka naam tha Alexander Litvinenko.</w:t>
      </w:r>
    </w:p>
    <w:p>
      <w:pPr>
        <w:jc w:val="right"/>
      </w:pPr>
      <w:r>
        <w:t>اس میں بتایا گیا ہے کہ۔ یہ جو تھا۔ یہ یہ جو آدمی تھا۔ یعنی جو روسی۔ جس کا نام تھا الیگزینڈر لٹون انکو۔</w:t>
      </w:r>
    </w:p>
    <w:p>
      <w:r>
        <w:rPr>
          <w:b/>
        </w:rPr>
        <w:t xml:space="preserve">[1:14:42] </w:t>
      </w:r>
      <w:r>
        <w:t>woh London mein aik maqam par rehta tha to us ke paros mein. aik Chechnya ka aik Musalman tha.</w:t>
      </w:r>
    </w:p>
    <w:p>
      <w:pPr>
        <w:jc w:val="right"/>
      </w:pPr>
      <w:r>
        <w:t>وہ لندن میں ایک مقام پر رہتا تھا تو اس کے پڑوس میں۔ ایک چیچنیا کا ایک مسلمان تھا۔</w:t>
      </w:r>
    </w:p>
    <w:p>
      <w:r>
        <w:rPr>
          <w:b/>
        </w:rPr>
        <w:t xml:space="preserve">[1:14:50] </w:t>
      </w:r>
      <w:r>
        <w:t>us ke zariye use Quran mila. aur us Quran ko parh kar ke us ne us ko aik daryaft hui. us Quran ko parh kar use daryaft hui.</w:t>
      </w:r>
    </w:p>
    <w:p>
      <w:pPr>
        <w:jc w:val="right"/>
      </w:pPr>
      <w:r>
        <w:t>اس کے ذریعے اسے قرآن ملا۔ اور اس قرآن کو پڑھ کر کے اس نے اس کو ایک دریافت ہوئی۔ اس قرآن کو پڑھ کر اسے دریافت ہوئی۔</w:t>
      </w:r>
    </w:p>
    <w:p>
      <w:r>
        <w:rPr>
          <w:b/>
        </w:rPr>
        <w:t xml:space="preserve">[1:15:01] </w:t>
      </w:r>
      <w:r>
        <w:t>aur us ne Islam qabool kar liya. yeh is mein internet ke zariye mujhe maloom hua. to woh Islam jo shuru hua tha wahan se.</w:t>
      </w:r>
    </w:p>
    <w:p>
      <w:pPr>
        <w:jc w:val="right"/>
      </w:pPr>
      <w:r>
        <w:t>اور اس نے اسلام قبول کر لیا۔ یہ اس میں انٹرنیٹ کے ذریعے مجھے معلوم ہوا۔ تو وہ اسلام جو شروع ہوا تھا وہاں سے۔</w:t>
      </w:r>
    </w:p>
    <w:p>
      <w:r>
        <w:rPr>
          <w:b/>
        </w:rPr>
        <w:t xml:space="preserve">[1:15:11] </w:t>
      </w:r>
      <w:r>
        <w:t>aaj yahan pahuncha hai ke. ke har jagah Islam ki baatein ho rahi hain. har jagah Islam ko manane wale log maujood hain.</w:t>
      </w:r>
    </w:p>
    <w:p>
      <w:pPr>
        <w:jc w:val="right"/>
      </w:pPr>
      <w:r>
        <w:t>آج یہاں پہنچا ہے کہ۔ کہ ہر جگہ اسلام کی باتیں ہو رہی ہیں۔ ہر جگہ اسلام کو ماننے والے لوگ موجود ہیں۔</w:t>
      </w:r>
    </w:p>
    <w:p>
      <w:r>
        <w:rPr>
          <w:b/>
        </w:rPr>
        <w:t xml:space="preserve">[1:15:19] </w:t>
      </w:r>
      <w:r>
        <w:t>har jagah Khuda ka paigham pahunch raha hai. to main samajhta hoon ke aap ko. is se jo sabak lena hai woh yeh.</w:t>
      </w:r>
    </w:p>
    <w:p>
      <w:pPr>
        <w:jc w:val="right"/>
      </w:pPr>
      <w:r>
        <w:t>ہر جگہ خدا کا پیغام پہنچ رہا ہے۔ تو میں سمجھتا ہوں کہ آپ کو۔ اس سے جو سبق لینا ہے وہ یہ۔</w:t>
      </w:r>
    </w:p>
    <w:p>
      <w:r>
        <w:rPr>
          <w:b/>
        </w:rPr>
        <w:t xml:space="preserve">[1:15:29] </w:t>
      </w:r>
      <w:r>
        <w:t>ke aap ko. phir isi isi daawa street ko zinda karna hai. isi daawa family ka aap ko member banna hai.</w:t>
      </w:r>
    </w:p>
    <w:p>
      <w:pPr>
        <w:jc w:val="right"/>
      </w:pPr>
      <w:r>
        <w:t>کہ آپ کو۔ پھر اسی اسی دعویٰ اسٹریٹ کو زندہ کرنا ہے۔ اسی دعویٰ فیملی کا آپ کو ممبر بننا ہے۔</w:t>
      </w:r>
    </w:p>
    <w:p>
      <w:r>
        <w:rPr>
          <w:b/>
        </w:rPr>
        <w:t xml:space="preserve">[1:15:42] </w:t>
      </w:r>
      <w:r>
        <w:t>woh jo daawa family thi. isi ka aap ko member banna hai.</w:t>
      </w:r>
    </w:p>
    <w:p>
      <w:pPr>
        <w:jc w:val="right"/>
      </w:pPr>
      <w:r>
        <w:t>وہ جو دعویٰ فیملی تھی۔ اسی کا آپ کو ممبر بننا ہے۔</w:t>
      </w:r>
    </w:p>
    <w:p>
      <w:r>
        <w:rPr>
          <w:b/>
        </w:rPr>
        <w:t xml:space="preserve">[1:15:47] </w:t>
      </w:r>
      <w:r>
        <w:t>isi ki tareekh ko phir se duniya mein dohrana hai.</w:t>
      </w:r>
    </w:p>
    <w:p>
      <w:pPr>
        <w:jc w:val="right"/>
      </w:pPr>
      <w:r>
        <w:t>اسی کی تاریخ کو پھر سے دنیا میں دہرانا ہے۔</w:t>
      </w:r>
    </w:p>
    <w:p>
      <w:r>
        <w:rPr>
          <w:b/>
        </w:rPr>
        <w:t xml:space="preserve">[1:15:56] </w:t>
      </w:r>
      <w:r>
        <w:t>aur phir se yeh karna hai yeh kaam ke duniya ke sare insano tak Khuda ka paigham pahunch jaye. is is tareekh ko phir se zinda karna hai.</w:t>
      </w:r>
    </w:p>
    <w:p>
      <w:pPr>
        <w:jc w:val="right"/>
      </w:pPr>
      <w:r>
        <w:t>اور پھر سے یہ کرنا ہے یہ کام کہ دنیا کے سارے انسانوں تک خدا کا پیغام پہنچ جائے۔ اس اس تاریخ کو پھر سے زندہ کرنا ہے۔</w:t>
      </w:r>
    </w:p>
    <w:p>
      <w:r>
        <w:rPr>
          <w:b/>
        </w:rPr>
        <w:t xml:space="preserve">[1:16:08] </w:t>
      </w:r>
      <w:r>
        <w:t>kitni kitni barkat ki baat hai ke aap ke liye yeh aik mauqa hai ke aap is daawa family ke member ban saken. is international daawa family ke.</w:t>
      </w:r>
    </w:p>
    <w:p>
      <w:pPr>
        <w:jc w:val="right"/>
      </w:pPr>
      <w:r>
        <w:t>کتنی کتنی برکت کی بات ہے کہ آپ کے لیے یہ ایک موقع ہے کہ آپ اس دعویٰ فیملی کے ممبر بن سکیں۔ اس انٹرنیشنل دعویٰ فیملی کے۔</w:t>
      </w:r>
    </w:p>
    <w:p>
      <w:r>
        <w:rPr>
          <w:b/>
        </w:rPr>
        <w:t xml:space="preserve">[1:16:18] </w:t>
      </w:r>
      <w:r>
        <w:t>aap ghhor kijiye. kitni bari barkat hai. ke aap ke liye rasta khula hua hai aap ke liye mawaqe khule hue hain.</w:t>
      </w:r>
    </w:p>
    <w:p>
      <w:pPr>
        <w:jc w:val="right"/>
      </w:pPr>
      <w:r>
        <w:t>آپ غور کیجیے۔ کتنی بڑی برکت ہے۔ کہ آپ کے لیے راستہ کھلا ہوا ہے آپ کے لیے مواقع کھلے ہوئے ہیں۔</w:t>
      </w:r>
    </w:p>
    <w:p>
      <w:r>
        <w:rPr>
          <w:b/>
        </w:rPr>
        <w:t xml:space="preserve">[1:16:28] </w:t>
      </w:r>
      <w:r>
        <w:t>is international da'wa family ke aap member ban sakte hain.</w:t>
      </w:r>
    </w:p>
    <w:p>
      <w:pPr>
        <w:jc w:val="right"/>
      </w:pPr>
      <w:r>
        <w:t>اس انٹرنیشنل دعویٰ فیملی کے آپ ممبر بن سکتے ہیں۔</w:t>
      </w:r>
    </w:p>
    <w:p>
      <w:r>
        <w:rPr>
          <w:b/>
        </w:rPr>
        <w:t xml:space="preserve">[1:16:33] </w:t>
      </w:r>
      <w:r>
        <w:t>main samajhta hoon ke is se bari barkat aur koi nahi ho</w:t>
      </w:r>
    </w:p>
    <w:p>
      <w:pPr>
        <w:jc w:val="right"/>
      </w:pPr>
      <w:r>
        <w:t>میں سمجھتا ہوں کہ اس سے بڑی برکت اور کوئی نہیں ہو</w:t>
      </w:r>
    </w:p>
    <w:p>
      <w:r>
        <w:rPr>
          <w:b/>
        </w:rPr>
        <w:t xml:space="preserve">[1:16:36] </w:t>
      </w:r>
      <w:r>
        <w:t xml:space="preserve">sakti. hajj ke bare mein jahan tak maine samjha hai. to is ka. </w:t>
      </w:r>
    </w:p>
    <w:p>
      <w:pPr>
        <w:jc w:val="right"/>
      </w:pPr>
      <w:r>
        <w:t>سکتی۔ حج کے بارے میں جہاں تک میں نے سمجھا ہے۔ تو اس کا۔</w:t>
      </w:r>
    </w:p>
    <w:p>
      <w:r>
        <w:rPr>
          <w:b/>
        </w:rPr>
        <w:t xml:space="preserve">[1:16:45] </w:t>
      </w:r>
      <w:r>
        <w:t>khulasa yeh hai. ke. hajj is a rehearsal of da'wa work. asal rooh jo hai hajj ki hai woh hai da'wa.</w:t>
      </w:r>
    </w:p>
    <w:p>
      <w:pPr>
        <w:jc w:val="right"/>
      </w:pPr>
      <w:r>
        <w:t>خلاصہ یہ ہے۔ کہ۔ حج از اے ریہرسل آف دعویٰ ورک۔ اصل روح جو ہے حج کی ہے وہ ہے دعویٰ۔</w:t>
      </w:r>
    </w:p>
    <w:p>
      <w:r>
        <w:rPr>
          <w:b/>
        </w:rPr>
        <w:t xml:space="preserve">[1:16:58] </w:t>
      </w:r>
      <w:r>
        <w:t>to kal jo khabar aai hai akhbar mein woh maine zikr kiya aap ke samne. ke ek ek rusi. ek rusi afsar.</w:t>
      </w:r>
    </w:p>
    <w:p>
      <w:pPr>
        <w:jc w:val="right"/>
      </w:pPr>
      <w:r>
        <w:t>تو کل جو خبر آئی ہے اخبار میں وہ میں نے ذکر کیا آپ کے سامنے۔ کہ ایک ایک روسی۔ ایک روسی افسر۔</w:t>
      </w:r>
    </w:p>
    <w:p>
      <w:r>
        <w:rPr>
          <w:b/>
        </w:rPr>
        <w:t xml:space="preserve">[1:17:09] </w:t>
      </w:r>
      <w:r>
        <w:t>liton inko. Alexander liton inko. jo rehta tha. panah le kar ke London mein.</w:t>
      </w:r>
    </w:p>
    <w:p>
      <w:pPr>
        <w:jc w:val="right"/>
      </w:pPr>
      <w:r>
        <w:t>لٹون انکو۔ الیگزینڈر لٹون انکو۔ جو رہتا تھا۔ پناہ لے کر کے لندن میں۔</w:t>
      </w:r>
    </w:p>
    <w:p>
      <w:r>
        <w:rPr>
          <w:b/>
        </w:rPr>
        <w:t xml:space="preserve">[1:17:22] </w:t>
      </w:r>
      <w:r>
        <w:t>woh rusi afsar hai. lekin woh panah le kar london mein reh raha tha.</w:t>
      </w:r>
    </w:p>
    <w:p>
      <w:pPr>
        <w:jc w:val="right"/>
      </w:pPr>
      <w:r>
        <w:t>وہ روسی افسر ہے۔ لیکن وہ پناہ لے کر لندن میں رہ رہا تھا۔</w:t>
      </w:r>
    </w:p>
    <w:p>
      <w:r>
        <w:rPr>
          <w:b/>
        </w:rPr>
        <w:t xml:space="preserve">[1:17:27] </w:t>
      </w:r>
      <w:r>
        <w:t>to. wahan par us ke paros mein. ek aur sahib the woh bhi panah mein the. woh chechnya ke. the woh.</w:t>
      </w:r>
    </w:p>
    <w:p>
      <w:pPr>
        <w:jc w:val="right"/>
      </w:pPr>
      <w:r>
        <w:t>تو۔ وہاں پر اس کے پڑوس میں۔ ایک اور صاحب تھے وہ بھی پناہ میں تھے۔ وہ چیچنیا کے۔ تھے وہ۔</w:t>
      </w:r>
    </w:p>
    <w:p>
      <w:r>
        <w:rPr>
          <w:b/>
        </w:rPr>
        <w:t xml:space="preserve">[1:17:37] </w:t>
      </w:r>
      <w:r>
        <w:t>musalman. to. woh rehte the dono paros mein.</w:t>
      </w:r>
    </w:p>
    <w:p>
      <w:pPr>
        <w:jc w:val="right"/>
      </w:pPr>
      <w:r>
        <w:t>مسلمان۔ تو۔ وہ رہتے تھے دونوں پڑوس میں۔</w:t>
      </w:r>
    </w:p>
    <w:p>
      <w:r>
        <w:rPr>
          <w:b/>
        </w:rPr>
        <w:t xml:space="preserve">[1:17:45] </w:t>
      </w:r>
      <w:r>
        <w:t>to kya hua. ke. chechnya ka. jo musalman tha. ahmad. zakavi is ka naam tha shayad.</w:t>
      </w:r>
    </w:p>
    <w:p>
      <w:pPr>
        <w:jc w:val="right"/>
      </w:pPr>
      <w:r>
        <w:t>تو کیا ہوا۔ کہ۔ چیچنیا کا۔ جو مسلمان تھا۔ احمد۔ زکاوی اس کا نام تھا شاید۔</w:t>
      </w:r>
    </w:p>
    <w:p>
      <w:r>
        <w:rPr>
          <w:b/>
        </w:rPr>
        <w:t xml:space="preserve">[1:17:58] </w:t>
      </w:r>
      <w:r>
        <w:t>ahmad zakavi. to dono mein. ek baradri qaim ho gayi. to ahmad zakavi is ko islam ki baatein batane laga.</w:t>
      </w:r>
    </w:p>
    <w:p>
      <w:pPr>
        <w:jc w:val="right"/>
      </w:pPr>
      <w:r>
        <w:t>احمد زکاوی۔ تو دونوں میں۔ ایک برادری قائم ہو گئی۔ تو احمد زکاوی اس کو اسلام کی باتیں بتانے لگے۔</w:t>
      </w:r>
    </w:p>
    <w:p>
      <w:r>
        <w:rPr>
          <w:b/>
        </w:rPr>
        <w:t xml:space="preserve">[1:18:08] </w:t>
      </w:r>
      <w:r>
        <w:t>yahan tak ke is ko unhon ne quran. ki ek copy di parhne ke liye.</w:t>
      </w:r>
    </w:p>
    <w:p>
      <w:pPr>
        <w:jc w:val="right"/>
      </w:pPr>
      <w:r>
        <w:t>یہاں تک کہ اس کو انہوں نے قرآن۔ کی ایک کاپی دی پڑھنے کے لیے۔</w:t>
      </w:r>
    </w:p>
    <w:p>
      <w:r>
        <w:rPr>
          <w:b/>
        </w:rPr>
        <w:t xml:space="preserve">[1:18:15] </w:t>
      </w:r>
      <w:r>
        <w:t>to quran ki copy jo parhi us ne to is ke baad. is par islam ki sachai khuli. aur us ne islam qabool kar liya.</w:t>
      </w:r>
    </w:p>
    <w:p>
      <w:pPr>
        <w:jc w:val="right"/>
      </w:pPr>
      <w:r>
        <w:t>تو قرآن کی کاپی جو پڑھی اس نے تو اس کے بعد۔ اس پر اسلام کی سچائی کھلی۔ اور اس نے اسلام قبول کر لیا۔</w:t>
      </w:r>
    </w:p>
    <w:p>
      <w:r>
        <w:rPr>
          <w:b/>
        </w:rPr>
        <w:t xml:space="preserve">[1:18:25] </w:t>
      </w:r>
      <w:r>
        <w:t>us ne aelan bhi kar diya ke main musalman ho gaya hoon. aur marne ke baad. meri jo. huqooq honge yani marne ke baad jo.</w:t>
      </w:r>
    </w:p>
    <w:p>
      <w:pPr>
        <w:jc w:val="right"/>
      </w:pPr>
      <w:r>
        <w:t>اس نے اعلان بھی کر دیا کہ میں مسلمان ہو گیا ہوں۔ اور مرنے کے بعد۔ میری جو۔ حقوق ہوں گے یعنی مرنے کے بعد جو۔</w:t>
      </w:r>
    </w:p>
    <w:p>
      <w:r>
        <w:rPr>
          <w:b/>
        </w:rPr>
        <w:t xml:space="preserve">[1:18:37] </w:t>
      </w:r>
      <w:r>
        <w:t>tadfeen waghera hoti hai woh islam ke tareeqe par ki jaye. to yeh maine. is par ghhor karte hue maine samjha.</w:t>
      </w:r>
    </w:p>
    <w:p>
      <w:pPr>
        <w:jc w:val="right"/>
      </w:pPr>
      <w:r>
        <w:t>تدفین وغیرہ ہوتی ہے وہ اسلام کے طریقے پر کی جائے۔ تو یہ میں نے۔ اس پر غور کرتے ہوئے میں نے سمجھا۔</w:t>
      </w:r>
    </w:p>
    <w:p>
      <w:r>
        <w:rPr>
          <w:b/>
        </w:rPr>
        <w:t xml:space="preserve">[1:18:47] </w:t>
      </w:r>
      <w:r>
        <w:t>ke hajj jo rooh jagana chahta hai da'wa ki. woh kitni bari. kitna zyada aham hai woh.</w:t>
      </w:r>
    </w:p>
    <w:p>
      <w:pPr>
        <w:jc w:val="right"/>
      </w:pPr>
      <w:r>
        <w:t>کہ حج جو روح جگانا چاہتا ہے دعویٰ کی۔ وہ کتنی بڑی۔ کتنا زیادہ اہم ہے وہ۔</w:t>
      </w:r>
    </w:p>
    <w:p>
      <w:r>
        <w:rPr>
          <w:b/>
        </w:rPr>
        <w:t xml:space="preserve">[1:18:55] </w:t>
      </w:r>
      <w:r>
        <w:t>woh har aadmi ke dil mein chupi hui hai woh. har aadmi isi par paida hua hai. is waqe par sochiye aap. ke woh rusi afsar kyun.</w:t>
      </w:r>
    </w:p>
    <w:p>
      <w:pPr>
        <w:jc w:val="right"/>
      </w:pPr>
      <w:r>
        <w:t>وہ ہر آدمی کے دل میں چھپی ہوئی ہے وہ۔ ہر آدمی اسی پر پیدا ہوا ہے۔ اس واقعے پر سوچیے آپ۔ کہ وہ روسی افسر کیوں۔</w:t>
      </w:r>
    </w:p>
    <w:p>
      <w:r>
        <w:rPr>
          <w:b/>
        </w:rPr>
        <w:t xml:space="preserve">[1:19:05] </w:t>
      </w:r>
      <w:r>
        <w:t>islam qabool kar liya us ne quran ko parhne ke baad. kyun. har aadmi chahe woh rusi afsar ho ya koi doosra aadmi ho.</w:t>
      </w:r>
    </w:p>
    <w:p>
      <w:pPr>
        <w:jc w:val="right"/>
      </w:pPr>
      <w:r>
        <w:t>اسلام قبول کر لیا اس نے قرآن کو پڑھنے کے بعد۔ کیوں۔ ہر آدمی چاہے وہ روسی افسر ہو یا کوئی دوسرا آدمی ہو۔</w:t>
      </w:r>
    </w:p>
    <w:p>
      <w:r>
        <w:rPr>
          <w:b/>
        </w:rPr>
        <w:t xml:space="preserve">[1:19:13] </w:t>
      </w:r>
      <w:r>
        <w:t>har aadmi ke dil mein ek. ek sachai ki talash hai.</w:t>
      </w:r>
    </w:p>
    <w:p>
      <w:pPr>
        <w:jc w:val="right"/>
      </w:pPr>
      <w:r>
        <w:t>ہر آدمی کے دل میں ایک۔ ایک سچائی کی تلاش ہے۔</w:t>
      </w:r>
    </w:p>
    <w:p>
      <w:r>
        <w:rPr>
          <w:b/>
        </w:rPr>
        <w:t xml:space="preserve">[1:19:19] </w:t>
      </w:r>
      <w:r>
        <w:t>har koi ek bond seeker hai. chahe shoori tor par woh na bhi janta ho tab bhi woh seeker hai woh. to aadmi ke.</w:t>
      </w:r>
    </w:p>
    <w:p>
      <w:pPr>
        <w:jc w:val="right"/>
      </w:pPr>
      <w:r>
        <w:t>ہر کوئی ایک بانڈ سیکر ہے۔ چاہے شعوری طور پر وہ نہ بھی جانتا ہو تب بھی وہ سیکر ہے وہ۔ تو آدمی کے۔</w:t>
      </w:r>
    </w:p>
    <w:p>
      <w:r>
        <w:rPr>
          <w:b/>
        </w:rPr>
        <w:t xml:space="preserve">[1:19:29] </w:t>
      </w:r>
      <w:r>
        <w:t>aadmi jeeta hai ek mahaul mein bohat cheezein parhta hai sunta hai lekin. atpata pan lagta hai is ki doosri baaton mein. kisi baat ko woh yaqeen nahi kar pata ke yeh sachai hai.</w:t>
      </w:r>
    </w:p>
    <w:p>
      <w:pPr>
        <w:jc w:val="right"/>
      </w:pPr>
      <w:r>
        <w:t>آدمی جیتا ہے ایک ماحول میں بہت چیزیں پڑھتا ہے سنتا ہے لیکن۔ اٹپٹا پن لگتا ہے اس کی دوسری باتوں میں۔ کسی بات کو وہ یقین نہیں کر پاتا کہ یہ سچائی ہے۔</w:t>
      </w:r>
    </w:p>
    <w:p>
      <w:r>
        <w:rPr>
          <w:b/>
        </w:rPr>
        <w:t xml:space="preserve">[1:19:39] </w:t>
      </w:r>
      <w:r>
        <w:t>lekin jab is ne quran ko parha. to is ka zehn pata ho gaya.</w:t>
      </w:r>
    </w:p>
    <w:p>
      <w:pPr>
        <w:jc w:val="right"/>
      </w:pPr>
      <w:r>
        <w:t>لیکن جب اس نے قرآن کو پڑھا۔ تو اس کا ذہن پتہ ہو گیا۔</w:t>
      </w:r>
    </w:p>
    <w:p>
      <w:r>
        <w:rPr>
          <w:b/>
        </w:rPr>
        <w:t xml:space="preserve">[1:19:45] </w:t>
      </w:r>
      <w:r>
        <w:t>is par maine jo samjha hai woh yeh samjha hai. ke. is rusi afsar ne. jab quran ko parha to is ka woh zehn jo tha pata ho gaya.</w:t>
      </w:r>
    </w:p>
    <w:p>
      <w:pPr>
        <w:jc w:val="right"/>
      </w:pPr>
      <w:r>
        <w:t>اس پر میں نے جو سمجھا ہے وہ یہ سمجھا ہے۔ کہ۔ اس روسی افسر نے۔ جب قرآن کو پڑھا تو اس کا وہ ذہن جو تھا پتہ ہو گیا۔</w:t>
      </w:r>
    </w:p>
    <w:p>
      <w:r>
        <w:rPr>
          <w:b/>
        </w:rPr>
        <w:t xml:space="preserve">[1:19:58] </w:t>
      </w:r>
      <w:r>
        <w:t>yani jaise aap yun samajh lete hain ke power house se. mere ghar ka current mil jaye. to mera ghar roshan ho jayega. aise hi jab is ka zehn pata hua to is ke andar ek roshni aa gayi.</w:t>
      </w:r>
    </w:p>
    <w:p>
      <w:pPr>
        <w:jc w:val="right"/>
      </w:pPr>
      <w:r>
        <w:t>یعنی جیسے آپ یوں سمجھ لیتے ہیں کہ پاور ہاؤس سے۔ میرے گھر کا کرنٹ مل جائے۔ تو میرا گھر روشن ہو جائے گا۔ ایسے ہی جب اس کا ذہن پتہ ہوا تو اس کے اندر ایک روشنی آ گئی۔</w:t>
      </w:r>
    </w:p>
    <w:p>
      <w:r>
        <w:rPr>
          <w:b/>
        </w:rPr>
        <w:t xml:space="preserve">[1:20:11] </w:t>
      </w:r>
      <w:r>
        <w:t>us ne jaan liya ke sachai yeh hai. aur phir us ne islam qabool kar liya.</w:t>
      </w:r>
    </w:p>
    <w:p>
      <w:pPr>
        <w:jc w:val="right"/>
      </w:pPr>
      <w:r>
        <w:t>اس نے جان لیا کہ سچائی یہ ہے۔ اور پھر اس نے اسلام قبول کر لیا۔</w:t>
      </w:r>
    </w:p>
    <w:p>
      <w:r>
        <w:rPr>
          <w:b/>
        </w:rPr>
        <w:t xml:space="preserve">[1:20:15] </w:t>
      </w:r>
      <w:r>
        <w:t>is ka matlab yeh hua ke jo daawa rooh hajj ke zariye. jagai jati hai. is ka aik muqabla har aadmi ke seenay mein pehle se maujood hai.</w:t>
      </w:r>
    </w:p>
    <w:p>
      <w:pPr>
        <w:jc w:val="right"/>
      </w:pPr>
      <w:r>
        <w:t>اس کا مطلب یہ ہوا کہ جو دعویٰ روح حج کے ذریعے۔ جگائی جاتی ہے۔ اس کا ایک مقابلہ ہر آدمی کے سینے میں پہلے سے موجود ہے۔</w:t>
      </w:r>
    </w:p>
    <w:p>
      <w:r>
        <w:rPr>
          <w:b/>
        </w:rPr>
        <w:t xml:space="preserve">[1:20:29] </w:t>
      </w:r>
      <w:r>
        <w:t>kaisi ajeeb baat har koi mumkinah tor par muslim hai. mujhe aik baar japan ke aik sahib milay. woh tabdeel ho gaye thay.</w:t>
      </w:r>
    </w:p>
    <w:p>
      <w:pPr>
        <w:jc w:val="right"/>
      </w:pPr>
      <w:r>
        <w:t>کیسی عجیب بات ہر کوئی ممکنہ طور پر مسلم ہے۔ مجھے ایک بار جاپان کے ایک صاحب ملے۔ وہ تبدیل ہو گئے تھے۔</w:t>
      </w:r>
    </w:p>
    <w:p>
      <w:r>
        <w:rPr>
          <w:b/>
        </w:rPr>
        <w:t xml:space="preserve">[1:20:41] </w:t>
      </w:r>
      <w:r>
        <w:t>toh aik arab mulk mein milay thay woh</w:t>
      </w:r>
    </w:p>
    <w:p>
      <w:pPr>
        <w:jc w:val="right"/>
      </w:pPr>
      <w:r>
        <w:t>تو ایک عرب ملک میں ملے تھے وہ</w:t>
      </w:r>
    </w:p>
    <w:p>
      <w:r>
        <w:rPr>
          <w:b/>
        </w:rPr>
        <w:t xml:space="preserve">[1:20:44] </w:t>
      </w:r>
      <w:r>
        <w:t>. toh unhon ne kaha ke. ke yahi kaha tha unhon ne. ke har japani jo hai. woh mumkinah tor par muslim hai.</w:t>
      </w:r>
    </w:p>
    <w:p>
      <w:pPr>
        <w:jc w:val="right"/>
      </w:pPr>
      <w:r>
        <w:t>۔ تو انہوں نے کہا کہ۔ کہ یہی کہا تھا انہوں نے۔ کہ ہر جاپانی جو ہے۔ وہ ممکنہ طور پر مسلم ہے۔</w:t>
      </w:r>
    </w:p>
    <w:p>
      <w:r>
        <w:rPr>
          <w:b/>
        </w:rPr>
        <w:t xml:space="preserve">[1:20:55] </w:t>
      </w:r>
      <w:r>
        <w:t>japani log mumkinah tor par muslim hain. toh mein ne kaha ke yeh japani logon ki baat nahi hai. har insaan mumkinah tor par muslim hai.</w:t>
      </w:r>
    </w:p>
    <w:p>
      <w:pPr>
        <w:jc w:val="right"/>
      </w:pPr>
      <w:r>
        <w:t>جاپانی لوگ ممکنہ طور پر مسلم ہیں۔ تو میں نے کہا کہ یہ جاپانی لوگوں کی بات نہیں ہے۔ ہر انسان ممکنہ طور پر مسلم ہے۔</w:t>
      </w:r>
    </w:p>
    <w:p>
      <w:r>
        <w:rPr>
          <w:b/>
        </w:rPr>
        <w:t xml:space="preserve">[1:21:06] </w:t>
      </w:r>
      <w:r>
        <w:t>kyun ke woh toh fitrat mein hai.</w:t>
      </w:r>
    </w:p>
    <w:p>
      <w:pPr>
        <w:jc w:val="right"/>
      </w:pPr>
      <w:r>
        <w:t>کیونکہ وہ تو فطرت میں ہے۔</w:t>
      </w:r>
    </w:p>
    <w:p>
      <w:r>
        <w:rPr>
          <w:b/>
        </w:rPr>
        <w:t xml:space="preserve">[1:21:08] </w:t>
      </w:r>
      <w:r>
        <w:t>toh aik aisay kaam ke liye goya hajj mein aap ko. tayyar kiya jata hai. jo sab se bara kaam hai. aur sath sath woh sab se mumkinah kaam bhi hai.</w:t>
      </w:r>
    </w:p>
    <w:p>
      <w:pPr>
        <w:jc w:val="right"/>
      </w:pPr>
      <w:r>
        <w:t>تو ایک ایسے کام کے لیے گویا حج میں آپ کو۔ تیار کیا جاتا ہے۔ جو سب سے بڑا کام ہے۔ اور ساتھ ساتھ وہ سب سے ممکنہ کام بھی ہے۔</w:t>
      </w:r>
    </w:p>
    <w:p>
      <w:r>
        <w:rPr>
          <w:b/>
        </w:rPr>
        <w:t xml:space="preserve">[1:21:20] </w:t>
      </w:r>
      <w:r>
        <w:t>matlab jis paigham ka. pehle hi se qabooliyat aadmi ke andar maujood ho. us se ziyada aasan kaam aur kya ho sakta hai.</w:t>
      </w:r>
    </w:p>
    <w:p>
      <w:pPr>
        <w:jc w:val="right"/>
      </w:pPr>
      <w:r>
        <w:t>مطلب جس پیغام کا۔ پہلے ہی سے قبولیت آدمی کے اندر موجود ہو۔ اس سے زیادہ آسان کام اور کیا ہو سکتا ہے۔</w:t>
      </w:r>
    </w:p>
    <w:p>
      <w:r>
        <w:rPr>
          <w:b/>
        </w:rPr>
        <w:t xml:space="preserve">[1:21:32] </w:t>
      </w:r>
      <w:r>
        <w:t>lekin bad qismati yeh hai. ke. hajj aaj kal. ya toh log aik rasam samajhte hain is ko. aur.</w:t>
      </w:r>
    </w:p>
    <w:p>
      <w:pPr>
        <w:jc w:val="right"/>
      </w:pPr>
      <w:r>
        <w:t>لیکن بدقسمتی یہ ہے۔ کہ۔ حج آج کل۔ یا تو لوگ ایک رسم سمجھتے ہیں اس کو۔ اور۔</w:t>
      </w:r>
    </w:p>
    <w:p>
      <w:r>
        <w:rPr>
          <w:b/>
        </w:rPr>
        <w:t xml:space="preserve">[1:21:42] </w:t>
      </w:r>
      <w:r>
        <w:t>aik ajeeb dilchasp baat yeh hai ke hajj ko aik status symbol bana bana liya hai aaj kal. koi hajj kar le toh samajhta hai ke mein ne koi bohat bara kaam kar liya.</w:t>
      </w:r>
    </w:p>
    <w:p>
      <w:pPr>
        <w:jc w:val="right"/>
      </w:pPr>
      <w:r>
        <w:t>ایک عجیب دلچسپ بات یہ ہے کہ حج کو ایک اسٹیٹس سمبل بنا بنا لیا ہے آج کل۔ کوئی حج کر لے تو سمجھتا ہے کہ میں نے کوئی بہت بڑا کام کر لیا۔</w:t>
      </w:r>
    </w:p>
    <w:p>
      <w:r>
        <w:rPr>
          <w:b/>
        </w:rPr>
        <w:t xml:space="preserve">[1:21:52] </w:t>
      </w:r>
      <w:r>
        <w:t>mujhe. maulana zikwan nazvi ne aik qissa bataya. ke aik train mein do aadmi safar kar rahay thay do musalman.</w:t>
      </w:r>
    </w:p>
    <w:p>
      <w:pPr>
        <w:jc w:val="right"/>
      </w:pPr>
      <w:r>
        <w:t>مجھے۔ مولانا ذکوان نظوی نے ایک قصہ بتایا۔ کہ ایک ٹرین میں دو آدمی سفر کر رہے تھے دو مسلمان۔</w:t>
      </w:r>
    </w:p>
    <w:p>
      <w:r>
        <w:rPr>
          <w:b/>
        </w:rPr>
        <w:t xml:space="preserve">[1:22:00] </w:t>
      </w:r>
      <w:r>
        <w:t>toh baat honay lagi toh aik aadmi ne doosray se poocha. ke aap ka naam kya hai. toh unhon ne bataya ke mera naam hai haji abdulrehman.</w:t>
      </w:r>
    </w:p>
    <w:p>
      <w:pPr>
        <w:jc w:val="right"/>
      </w:pPr>
      <w:r>
        <w:t>تو بات ہونے لگی تو ایک آدمی نے دوسرے سے پوچھا۔ کہ آپ کا نام کیا ہے۔ تو انہوں نے بتایا کہ میرا نام ہے حاجی عبدالرحمان۔</w:t>
      </w:r>
    </w:p>
    <w:p>
      <w:r>
        <w:rPr>
          <w:b/>
        </w:rPr>
        <w:t xml:space="preserve">[1:22:11] </w:t>
      </w:r>
      <w:r>
        <w:t>haji abdulrehman. toh doosray ne poocha un ka naam. ke aap ka naam kya hai. toh unhon ne kaha ke. namazi abdulrahim.</w:t>
      </w:r>
    </w:p>
    <w:p>
      <w:pPr>
        <w:jc w:val="right"/>
      </w:pPr>
      <w:r>
        <w:t>حاجی عبدالرحمان۔ تو دوسرے نے پوچھا ان کا نام۔ کہ آپ کا نام کیا ہے۔ تو انہوں نے کہا کہ۔ نمازی عبدالرحیم۔</w:t>
      </w:r>
    </w:p>
    <w:p>
      <w:r>
        <w:rPr>
          <w:b/>
        </w:rPr>
        <w:t xml:space="preserve">[1:22:22] </w:t>
      </w:r>
      <w:r>
        <w:t>toh woh ghussa ho gaye ke yeh yeh kon sa naam hai. namazi abdulrahim. toh mein ne kaha jaise haji abdulrahim waise namazi abdulrahim.</w:t>
      </w:r>
    </w:p>
    <w:p>
      <w:pPr>
        <w:jc w:val="right"/>
      </w:pPr>
      <w:r>
        <w:t>تو وہ غصہ ہو گئے کہ یہ یہ کون سا نام ہے۔ نمازی عبدالرحیم۔ تو میں نے کہا جیسے حاجی عبدالرحیم ویسے نمازی عبدالرحیم۔</w:t>
      </w:r>
    </w:p>
    <w:p>
      <w:r>
        <w:rPr>
          <w:b/>
        </w:rPr>
        <w:t xml:space="preserve">[1:22:33] </w:t>
      </w:r>
      <w:r>
        <w:t>toh us ne kaha ke dekhiye. hajj aap ne kiya hai toh bara acha kaam kiya lekin. naam ke sath jor kar kehna ke haji abdulrahim alhajj abdulrahim yeh ghalat hai yeh.</w:t>
      </w:r>
    </w:p>
    <w:p>
      <w:pPr>
        <w:jc w:val="right"/>
      </w:pPr>
      <w:r>
        <w:t>تو اس نے کہا کہ دیکھیے۔ حج آپ نے کیا ہے تو بڑا اچھا کام کیا لیکن۔ نام کے ساتھ جوڑ کر کہنا کہ حاجی عبدالرحیم الحاج عبدالرحیم یہ غلط ہے یہ۔</w:t>
      </w:r>
    </w:p>
    <w:p>
      <w:r>
        <w:rPr>
          <w:b/>
        </w:rPr>
        <w:t xml:space="preserve">[1:22:43] </w:t>
      </w:r>
      <w:r>
        <w:t>agar yeh sahi ho toh humein namazi bhi jorna chahiye ke namazi abdulrahim namazi abdulrehman. toh kyun aisa hai. logon ne hajj ko status symbol bana liya hai.</w:t>
      </w:r>
    </w:p>
    <w:p>
      <w:pPr>
        <w:jc w:val="right"/>
      </w:pPr>
      <w:r>
        <w:t>اگر یہ صحیح ہو تو ہمیں نمازی بھی جوڑنا چاہیے کہ نمازی عبدالرحیم نمازی عبدالرحمان۔ تو کیوں ایسا ہے۔ لوگوں نے حج کو اسٹیٹس سمبل بنا لیا ہے۔</w:t>
      </w:r>
    </w:p>
    <w:p>
      <w:r>
        <w:rPr>
          <w:b/>
        </w:rPr>
        <w:t xml:space="preserve">[1:22:55] </w:t>
      </w:r>
      <w:r>
        <w:t>aaj kal. aur asal jo hajj ka jo asal paigham hai. hajj ki jo asal rooh hai. isi ki taraf logon ka dhiyan nahi hai.</w:t>
      </w:r>
    </w:p>
    <w:p>
      <w:pPr>
        <w:jc w:val="right"/>
      </w:pPr>
      <w:r>
        <w:t>آج کل۔ اور اصل جو حج کا جو اصل پیغام ہے۔ حج کی جو اصل روح ہے۔ اسی کی طرف لوگوں کا دھیان نہیں ہے۔</w:t>
      </w:r>
    </w:p>
    <w:p>
      <w:r>
        <w:rPr>
          <w:b/>
        </w:rPr>
        <w:t xml:space="preserve">[1:23:06] </w:t>
      </w:r>
      <w:r>
        <w:t>yeh bohat bari. kami hai.</w:t>
      </w:r>
    </w:p>
    <w:p>
      <w:pPr>
        <w:jc w:val="right"/>
      </w:pPr>
      <w:r>
        <w:t>یہ بہت بڑی۔ کمی ہے۔</w:t>
      </w:r>
    </w:p>
    <w:p>
      <w:r>
        <w:rPr>
          <w:b/>
        </w:rPr>
        <w:t xml:space="preserve">[1:23:11] </w:t>
      </w:r>
      <w:r>
        <w:t>mein jab hajj karne ki gaya. toh. pehli cheez ka mujhe tajurba hua yeh ke. safar ka jo aadmi ke andar aata hai ehsaas.</w:t>
      </w:r>
    </w:p>
    <w:p>
      <w:pPr>
        <w:jc w:val="right"/>
      </w:pPr>
      <w:r>
        <w:t>میں جب حج کرنے کی گیا۔ تو۔ پہلی چیز کا مجھے تجربہ ہوا یہ کہ۔ سفر کا جو آدمی کے اندر آتا ہے احساس۔</w:t>
      </w:r>
    </w:p>
    <w:p>
      <w:r>
        <w:rPr>
          <w:b/>
        </w:rPr>
        <w:t xml:space="preserve">[1:23:19] </w:t>
      </w:r>
      <w:r>
        <w:t>ke mein musafir hoon. toh aadmi ke andar be basi jaagti hai. jab mein safar par nikla. toh laga ke mein kitna be bas hoon.</w:t>
      </w:r>
    </w:p>
    <w:p>
      <w:pPr>
        <w:jc w:val="right"/>
      </w:pPr>
      <w:r>
        <w:t>کہ میں مسافر ہوں۔ تو آدمی کے اندر بے بسی جاگتی ہے۔ جب میں سفر پر نکلا۔ تو لگا کہ میں کتنا بے بس ہوں۔</w:t>
      </w:r>
    </w:p>
    <w:p>
      <w:r>
        <w:rPr>
          <w:b/>
        </w:rPr>
        <w:t xml:space="preserve">[1:23:31] </w:t>
      </w:r>
      <w:r>
        <w:t>woh be bas jo hai woh aap ko dua sikhati hai. dua khuda se jorti hai.</w:t>
      </w:r>
    </w:p>
    <w:p>
      <w:pPr>
        <w:jc w:val="right"/>
      </w:pPr>
      <w:r>
        <w:t>وہ بے بس جو ہے وہ آپ کو دعا سکھاتی ہے۔ دعا خدا سے جوڑتی ہے۔</w:t>
      </w:r>
    </w:p>
    <w:p>
      <w:r>
        <w:rPr>
          <w:b/>
        </w:rPr>
        <w:t xml:space="preserve">[1:23:38] </w:t>
      </w:r>
      <w:r>
        <w:t>toh chunancha mein dua karta tha ke. allahumma ant al-sahib fi al-safar wa ant al-khalifa fi al-ahl. ke khuda ya tu.</w:t>
      </w:r>
    </w:p>
    <w:p>
      <w:pPr>
        <w:jc w:val="right"/>
      </w:pPr>
      <w:r>
        <w:t>تو چنانچہ میں دعا کرتا تھا کہ۔ اللہم انت الصاحب فی السفر وانت الخلیفۃ فی الاہل۔ کہ خدایا تو۔</w:t>
      </w:r>
    </w:p>
    <w:p>
      <w:r>
        <w:rPr>
          <w:b/>
        </w:rPr>
        <w:t xml:space="preserve">[1:23:48] </w:t>
      </w:r>
      <w:r>
        <w:t>safar mein. mera saathi hai. aur. mere khandan walon ka toh khalifa hai. khalifa matlab aik meri jagah par wahan toh hai.</w:t>
      </w:r>
    </w:p>
    <w:p>
      <w:pPr>
        <w:jc w:val="right"/>
      </w:pPr>
      <w:r>
        <w:t>سفر میں۔ میرا ساتھی ہے۔ اور۔ میرے خاندان والوں کا تو خلیفہ ہے۔ خلیفہ مطلب ایک میری جگہ پر وہاں تو ہے۔</w:t>
      </w:r>
    </w:p>
    <w:p>
      <w:r>
        <w:rPr>
          <w:b/>
        </w:rPr>
        <w:t xml:space="preserve">[1:23:59] </w:t>
      </w:r>
      <w:r>
        <w:t>toh hajj ka safar jo mere liye jo tha woh. be basi ka aik tajurba tha. safar ke douran. aur us se mujhe. goya hajj ne khuda se aur ziyada jora.</w:t>
      </w:r>
    </w:p>
    <w:p>
      <w:pPr>
        <w:jc w:val="right"/>
      </w:pPr>
      <w:r>
        <w:t>تو حج کا سفر جو میرے لیے جو تھا وہ۔ بے بس کا ایک تجربہ تھا۔ سفر کے دوران۔ اور اس سے مجھے۔ گویا حج نے خدا سے اور زیادہ جوڑا۔</w:t>
      </w:r>
    </w:p>
    <w:p>
      <w:r>
        <w:rPr>
          <w:b/>
        </w:rPr>
        <w:t xml:space="preserve">[1:24:13] </w:t>
      </w:r>
      <w:r>
        <w:t>aur zyada qareeb kiya. ek qurbat ka ehsas barha. yani Khuda ke sath. qurbat ka ehsas barha. to main samajhta hoon ke yeh khud apne aap mein.</w:t>
      </w:r>
    </w:p>
    <w:p>
      <w:pPr>
        <w:jc w:val="right"/>
      </w:pPr>
      <w:r>
        <w:t>اور زیادہ قریب کیا۔ ایک قربت کا احساس بڑھا۔ یعنی خدا کے ساتھ۔ قربت کا احساس بڑھا۔ تو میں سمجھتا ہوں کہ یہ خود اپنے آپ میں۔</w:t>
      </w:r>
    </w:p>
    <w:p>
      <w:r>
        <w:rPr>
          <w:b/>
        </w:rPr>
        <w:t xml:space="preserve">[1:24:23] </w:t>
      </w:r>
      <w:r>
        <w:t>ek bohat bari dein hai.</w:t>
      </w:r>
    </w:p>
    <w:p>
      <w:pPr>
        <w:jc w:val="right"/>
      </w:pPr>
      <w:r>
        <w:t>ایک بہت بڑی دین ہے۔</w:t>
      </w:r>
    </w:p>
    <w:p>
      <w:r>
        <w:rPr>
          <w:b/>
        </w:rPr>
        <w:t xml:space="preserve">[1:24:27] </w:t>
      </w:r>
      <w:r>
        <w:t>doosri baat jo main ne mehsoos ki. ke Haj ke jab aap jab aap Haj ke liye jate hain. to jagah jagah wahan. aisi cheezen dekhte hain aap jis se koi na koi tareekh juri hui hai.</w:t>
      </w:r>
    </w:p>
    <w:p>
      <w:pPr>
        <w:jc w:val="right"/>
      </w:pPr>
      <w:r>
        <w:t>دوسری بات جو میں نے محسوس کی۔ کہ حج کے جب آپ جب آپ حج کے لیے جاتے ہیں۔ تو جگہ جگہ وہاں۔ ایسی چیزیں دیکھتے ہیں آپ جس سے کوئی نہ کوئی تاریخ جوڑی ہوئی ہے۔</w:t>
      </w:r>
    </w:p>
    <w:p>
      <w:r>
        <w:rPr>
          <w:b/>
        </w:rPr>
        <w:t xml:space="preserve">[1:24:41] </w:t>
      </w:r>
      <w:r>
        <w:t>koi koi tareekh juri hui hai. jitna bhi poora jo ilaaqa hai. Makka se Madina tak ka. is poore ilaaqe mein bohat si.</w:t>
      </w:r>
    </w:p>
    <w:p>
      <w:pPr>
        <w:jc w:val="right"/>
      </w:pPr>
      <w:r>
        <w:t>کوئی کوئی تاریخ جوڑی ہوئی ہے۔ جتنا بھی پورا جو علاقہ ہے۔ مکہ سے مدینہ تک کا۔ اس پورے علاقے میں بہت سی۔</w:t>
      </w:r>
    </w:p>
    <w:p>
      <w:r>
        <w:rPr>
          <w:b/>
        </w:rPr>
        <w:t xml:space="preserve">[1:24:49] </w:t>
      </w:r>
      <w:r>
        <w:t>cheezen hain jo tareekhi hain. is se tareekh juri</w:t>
      </w:r>
    </w:p>
    <w:p>
      <w:pPr>
        <w:jc w:val="right"/>
      </w:pPr>
      <w:r>
        <w:t>چیزیں ہیں جو تاریخی ہیں۔ اس سے تاریخ جوڑی</w:t>
      </w:r>
    </w:p>
    <w:p>
      <w:r>
        <w:rPr>
          <w:b/>
        </w:rPr>
        <w:t xml:space="preserve">[1:24:53] </w:t>
      </w:r>
      <w:r>
        <w:t>hui hai jaise aap dekhen Qutub Minar ko. ya aap dekhen Taj Mahal ko. to is se ek tareekh juri hui hai. is ko dekh kar aap ko woh poori tareekh aap ke zehan mein.</w:t>
      </w:r>
    </w:p>
    <w:p>
      <w:pPr>
        <w:jc w:val="right"/>
      </w:pPr>
      <w:r>
        <w:t>ہوئی ہے جیسے آپ دیکھیں قطب مینار کو۔ یا آپ دیکھیں تاج محل کو۔ تو اس سے ایک تاریخ جوڑی ہوئی ہے۔ اس کو دیکھ کر آپ کو وہ پوری تاریخ آپ کے ذہن میں۔</w:t>
      </w:r>
    </w:p>
    <w:p>
      <w:r>
        <w:rPr>
          <w:b/>
        </w:rPr>
        <w:t xml:space="preserve">[1:25:03] </w:t>
      </w:r>
      <w:r>
        <w:t>aa jati hai. aisi Haj Haj ke zamane mein. hum wahan aisi cheezen dekhte hain. aise tareekhi maqamat.</w:t>
      </w:r>
    </w:p>
    <w:p>
      <w:pPr>
        <w:jc w:val="right"/>
      </w:pPr>
      <w:r>
        <w:t>آ جاتی ہے۔ ایسی حج حج کے زمانے میں۔ ہم وہاں ایسی چیزیں دیکھتے ہیں۔ ایسے تاریخی مقامات۔</w:t>
      </w:r>
    </w:p>
    <w:p>
      <w:r>
        <w:rPr>
          <w:b/>
        </w:rPr>
        <w:t xml:space="preserve">[1:25:12] </w:t>
      </w:r>
      <w:r>
        <w:t>jo hamare zehan mein is is tareekh ko jagate hain.</w:t>
      </w:r>
    </w:p>
    <w:p>
      <w:pPr>
        <w:jc w:val="right"/>
      </w:pPr>
      <w:r>
        <w:t>جو ہمارے ذہن میں اس اس تاریخ کو جگاتے ہیں۔</w:t>
      </w:r>
    </w:p>
    <w:p>
      <w:r>
        <w:rPr>
          <w:b/>
        </w:rPr>
        <w:t xml:space="preserve">[1:25:16] </w:t>
      </w:r>
      <w:r>
        <w:t>woh tareekh zahir hai ke Islam ki tareekh hai. daawa work ki tareekh hai. to is se aadmi ke andar kitni bari. yani baaten aati hain is se aap soch sakte hain.</w:t>
      </w:r>
    </w:p>
    <w:p>
      <w:pPr>
        <w:jc w:val="right"/>
      </w:pPr>
      <w:r>
        <w:t>وہ تاریخ ظاہر ہے کہ اسلام کی تاریخ ہے۔ دعویٰ ورک کی تاریخ ہے۔ تو اس سے آدمی کے اندر کتنی بڑی۔ یعنی باتیں آتی ہیں اس سے آپ سوچ سکتے ہیں۔</w:t>
      </w:r>
    </w:p>
    <w:p>
      <w:r>
        <w:rPr>
          <w:b/>
        </w:rPr>
        <w:t xml:space="preserve">[1:25:27] </w:t>
      </w:r>
      <w:r>
        <w:t>ab jaise ke main wahan jab gaya. aur Kaba ko main ne dekha. to bohat si baaten yaad aayin bohat si baaten.</w:t>
      </w:r>
    </w:p>
    <w:p>
      <w:pPr>
        <w:jc w:val="right"/>
      </w:pPr>
      <w:r>
        <w:t>اب جیسے کہ میں وہاں جب گیا۔ اور کعبہ کو میں نے دیکھا۔ تو بہت سی باتیں یاد آئیں بہت سی باتیں۔</w:t>
      </w:r>
    </w:p>
    <w:p>
      <w:r>
        <w:rPr>
          <w:b/>
        </w:rPr>
        <w:t xml:space="preserve">[1:25:36] </w:t>
      </w:r>
      <w:r>
        <w:t>mislan ek kaha jata hai ke. Rasool Allah ki nabuwat se pehle. yeh hua.</w:t>
      </w:r>
    </w:p>
    <w:p>
      <w:pPr>
        <w:jc w:val="right"/>
      </w:pPr>
      <w:r>
        <w:t>مثلاً ایک کہا جاتا ہے کہ۔ رسول اللہ کی نبوت سے پہلے۔ یہ ہوا۔</w:t>
      </w:r>
    </w:p>
    <w:p>
      <w:r>
        <w:rPr>
          <w:b/>
        </w:rPr>
        <w:t xml:space="preserve">[1:25:46] </w:t>
      </w:r>
      <w:r>
        <w:t>ke. Yemen ka ek Isai badshah tha. Abraha uska naam tha. to us ne hamla kiya.</w:t>
      </w:r>
    </w:p>
    <w:p>
      <w:pPr>
        <w:jc w:val="right"/>
      </w:pPr>
      <w:r>
        <w:t>کہ۔یمن کا ایک عیسائی بادشاہ تھا۔ ابرہا اس کا نام تھا۔ تو اس نے حملہ کیا۔</w:t>
      </w:r>
    </w:p>
    <w:p>
      <w:r>
        <w:rPr>
          <w:b/>
        </w:rPr>
        <w:t xml:space="preserve">[1:25:58] </w:t>
      </w:r>
      <w:r>
        <w:t>woh chahta tha ke Kaba ko khatam kar de. aur Yemen mein us ne banaya tha ek bohat bara kalesa. wahan log jaane lagay. us ke. yani ziyarat ka markaz badalna chahta tha woh.</w:t>
      </w:r>
    </w:p>
    <w:p>
      <w:pPr>
        <w:jc w:val="right"/>
      </w:pPr>
      <w:r>
        <w:t>وہ چاہتا تھا کہ کعبہ کو ختم کر دے۔ اوریمن میں اس نے بنایا تھا ایک بہت بڑا کلیسہ۔ وہاں لوگ جانے لگے۔ اس کے۔ یعنی زیارت کا مرکز بدلنا چاہتا تھا وہ۔</w:t>
      </w:r>
    </w:p>
    <w:p>
      <w:r>
        <w:rPr>
          <w:b/>
        </w:rPr>
        <w:t xml:space="preserve">[1:26:11] </w:t>
      </w:r>
      <w:r>
        <w:t>to woh chala wahan se hathioun ki fauj le kar ke</w:t>
      </w:r>
    </w:p>
    <w:p>
      <w:pPr>
        <w:jc w:val="right"/>
      </w:pPr>
      <w:r>
        <w:t>تو وہ چلا وہاں سے ہاتھیوں کی فوج لے کر کے</w:t>
      </w:r>
    </w:p>
    <w:p>
      <w:r>
        <w:rPr>
          <w:b/>
        </w:rPr>
        <w:t xml:space="preserve">[1:26:14] </w:t>
      </w:r>
      <w:r>
        <w:t>. to Makka ke paas jab pohancha woh. to is zamane mein jo ek fauj jo hua karti thi to. jahan jati thi wahan.</w:t>
      </w:r>
    </w:p>
    <w:p>
      <w:pPr>
        <w:jc w:val="right"/>
      </w:pPr>
      <w:r>
        <w:t>۔ تو مکہ کے پاس جب پہنچا وہ۔ تو اس زمانے میں جو ایک فوج جو ہوا کرتی تھی تو۔ جہاں جاتی تھی وہاں۔</w:t>
      </w:r>
    </w:p>
    <w:p>
      <w:r>
        <w:rPr>
          <w:b/>
        </w:rPr>
        <w:t xml:space="preserve">[1:26:23] </w:t>
      </w:r>
      <w:r>
        <w:t>apne khurak ke liye. woh bakri aur. oont pakar leti thi us ko woh log istemal karte thay. to un.</w:t>
      </w:r>
    </w:p>
    <w:p>
      <w:pPr>
        <w:jc w:val="right"/>
      </w:pPr>
      <w:r>
        <w:t>اپنے خوراک کے لیے۔ وہ بکری اور۔ اونٹ پکڑ لیتی تھی اس کو وہ لوگ استعمال کرتے تھے۔ تو ان۔</w:t>
      </w:r>
    </w:p>
    <w:p>
      <w:r>
        <w:rPr>
          <w:b/>
        </w:rPr>
        <w:t xml:space="preserve">[1:26:33] </w:t>
      </w:r>
      <w:r>
        <w:t>Makka ke bahir un ka. jo. oont thay bohat se. to pakar liya Abraha ki fauj ne.</w:t>
      </w:r>
    </w:p>
    <w:p>
      <w:pPr>
        <w:jc w:val="right"/>
      </w:pPr>
      <w:r>
        <w:t>مکہ کے باہر ان کا۔ جو۔ اونٹ تھے بہت سے۔ تو پکڑ لیا ابرہا کی فوج نے۔</w:t>
      </w:r>
    </w:p>
    <w:p>
      <w:r>
        <w:rPr>
          <w:b/>
        </w:rPr>
        <w:t xml:space="preserve">[1:26:42] </w:t>
      </w:r>
      <w:r>
        <w:t>yeh un ke dada jo thay Rasool Allah ke dada un ka naam tha Abdul Muttalib. to Rasool Allah ke dada Abdul Muttalib ke oont pakar liya Abraha ki fauj ne.</w:t>
      </w:r>
    </w:p>
    <w:p>
      <w:pPr>
        <w:jc w:val="right"/>
      </w:pPr>
      <w:r>
        <w:t>یہ ان کے دادا جو تھے رسول اللہ کے دادا ان کا نام تھا عبدالمطلب۔ تو رسول اللہ کے دادا عبدالمطلب کے اونٹ پکڑ لیا ابرہا کی فوج نے۔</w:t>
      </w:r>
    </w:p>
    <w:p>
      <w:r>
        <w:rPr>
          <w:b/>
        </w:rPr>
        <w:t xml:space="preserve">[1:26:52] </w:t>
      </w:r>
      <w:r>
        <w:t>to yeh gaye milne ke liye us se. yani Abraha se milne ke liye. ke hamare oont jo hain hamein de do tumhari fauj ne pakar liya hai.</w:t>
      </w:r>
    </w:p>
    <w:p>
      <w:pPr>
        <w:jc w:val="right"/>
      </w:pPr>
      <w:r>
        <w:t>تو یہ گئے ملنے کے لیے اس سے۔ یعنی ابرہا سے ملنے کے لیے۔ کہ ہمارے اونٹ جو ہیں ہمیں دے دو تمہاری فوج نے پکڑ لیا ہے۔</w:t>
      </w:r>
    </w:p>
    <w:p>
      <w:r>
        <w:rPr>
          <w:b/>
        </w:rPr>
        <w:t xml:space="preserve">[1:27:02] </w:t>
      </w:r>
      <w:r>
        <w:t>to. kaha jata hai ke bohat zyada shakhsiyat wale aadmi thay Abdul Muttalib. yani buzurg kehte hain na ek bohat hi wajeeh shakhsiyat wala aadmi.</w:t>
      </w:r>
    </w:p>
    <w:p>
      <w:pPr>
        <w:jc w:val="right"/>
      </w:pPr>
      <w:r>
        <w:t>تو۔ کہا جاتا ہے کہ بہت زیادہ شخصیت والے آدمی تھے عبدالمطلب۔ یعنی بزرگ کہتے ہیں نا ایک بہت ہی وجیہ شخصیت والا آدمی۔</w:t>
      </w:r>
    </w:p>
    <w:p>
      <w:r>
        <w:rPr>
          <w:b/>
        </w:rPr>
        <w:t xml:space="preserve">[1:27:12] </w:t>
      </w:r>
      <w:r>
        <w:t>is tarah ke aadmi thay. to Abraha un ko dekh kar bohat. yani mutasir hua tha. to jab unhon ne yeh kaha oont ki baat to Abraha ne kaha ke main to aap ko dekh kar bohat mutasir hua tha.</w:t>
      </w:r>
    </w:p>
    <w:p>
      <w:pPr>
        <w:jc w:val="right"/>
      </w:pPr>
      <w:r>
        <w:t>اس طرح کے آدمی تھے۔ تو ابرہا ان کو دیکھ کر بہت۔ یعنی متاثر ہوا تھا۔ تو جب انہوں نے یہ کہا اونٹ کی بات تو ابرہا نے کہا کہ میں تو آپ کو دیکھ کر بہت متاثر ہوا تھا۔</w:t>
      </w:r>
    </w:p>
    <w:p>
      <w:r>
        <w:rPr>
          <w:b/>
        </w:rPr>
        <w:t xml:space="preserve">[1:27:24] </w:t>
      </w:r>
      <w:r>
        <w:t>lekin aap sirf apne oont ke. mangne ke liye aaye hain. main to Kaba uthane ke liye aaya hoon aaya hoon. to aap mujhe samjhate hain ke aap yeh mujhe kahenge ke bhai Kaba ko mat uthao.</w:t>
      </w:r>
    </w:p>
    <w:p>
      <w:pPr>
        <w:jc w:val="right"/>
      </w:pPr>
      <w:r>
        <w:t>لیکن آپ صرف اپنے اونٹ کے۔ مانگنے کے لیے آئے ہیں۔ میں تو کعبہ اٹھانے کے لیے آیا ہوں آیا ہوں۔ تو آپ مجھے سمجھاتے ہیں کہ آپ یہ مجھے کہیں گے کہ بھئی کعبہ کو مت اٹھاؤ۔</w:t>
      </w:r>
    </w:p>
    <w:p>
      <w:r>
        <w:rPr>
          <w:b/>
        </w:rPr>
        <w:t xml:space="preserve">[1:27:35] </w:t>
      </w:r>
      <w:r>
        <w:t>to Kaba ko uthane ke liye to aap kuch nahi keh rahe hain aur apne oont mang rahe hain mujh se. to unhon ne kaha ke. ana rabb al-ibil wa lil-bayti rabbun yahmih ke main to oont ka malik hoon.</w:t>
      </w:r>
    </w:p>
    <w:p>
      <w:pPr>
        <w:jc w:val="right"/>
      </w:pPr>
      <w:r>
        <w:t>تو کعبہ کو اٹھانے کے لیے تو آپ کچھ نہیں کہہ رہے ہیں اور اپنے اونٹ مانگ رہے ہیں مجھ سے۔ تو انہوں نے کہا کہ۔ انا رب الابل وللبیت رب یحمیہ کہ میں تو اونٹ کا مالک ہوں۔</w:t>
      </w:r>
    </w:p>
    <w:p>
      <w:r>
        <w:rPr>
          <w:b/>
        </w:rPr>
        <w:t xml:space="preserve">[1:27:48] </w:t>
      </w:r>
      <w:r>
        <w:t>to oont mangne aaya hoon tumhare paas</w:t>
      </w:r>
    </w:p>
    <w:p>
      <w:pPr>
        <w:jc w:val="right"/>
      </w:pPr>
      <w:r>
        <w:t>تو اونٹ مانگنے آیا ہوں تمہارے پاس</w:t>
      </w:r>
    </w:p>
    <w:p>
      <w:r>
        <w:rPr>
          <w:b/>
        </w:rPr>
        <w:t xml:space="preserve">[1:27:51] </w:t>
      </w:r>
      <w:r>
        <w:t>. baqi jo Kaba hai. uska malik to Khuda hai. woh us ko bachayega us ka. us ki hifazat karega.</w:t>
      </w:r>
    </w:p>
    <w:p>
      <w:pPr>
        <w:jc w:val="right"/>
      </w:pPr>
      <w:r>
        <w:t>۔ باقی جو کعبہ ہے۔ اس کا مالک تو خدا ہے۔ وہ اس کو بچائے گا اس کا۔ اس کو حفاظت کرے گا۔</w:t>
      </w:r>
    </w:p>
    <w:p>
      <w:r>
        <w:rPr>
          <w:b/>
        </w:rPr>
        <w:t xml:space="preserve">[1:28:04] </w:t>
      </w:r>
      <w:r>
        <w:t>is waqe mein mujhe ek bari naseehat mili. main samajhta hoon ke jab waqe hua hoga. to abraha ka dil dahal gaya hoga.</w:t>
      </w:r>
    </w:p>
    <w:p>
      <w:pPr>
        <w:jc w:val="right"/>
      </w:pPr>
      <w:r>
        <w:t>اس واقعے میں مجھے ایک بڑی نصیحت ملی۔ میں سمجھتا ہوں کہ جب واقعہ ہوا ہوگا۔ تو ابرہا کا دل دہل گیا ہوگا۔</w:t>
      </w:r>
    </w:p>
    <w:p>
      <w:r>
        <w:rPr>
          <w:b/>
        </w:rPr>
        <w:t xml:space="preserve">[1:28:15] </w:t>
      </w:r>
      <w:r>
        <w:t>yeh jo tafseel aai hai kitabon mein is mein yeh baat nahin hai jo main keh raha hoon. lekin mujhe yaqeen hai ke abraha ne himmat chhod di ke woh makkah mein dakhil ho. is waqe ke baad.</w:t>
      </w:r>
    </w:p>
    <w:p>
      <w:pPr>
        <w:jc w:val="right"/>
      </w:pPr>
      <w:r>
        <w:t>یہ جو تفصیل آئی ہے کتابوں میں اس میں یہ بات نہیں ہے جو میں کہہ رہا ہوں۔ لیکن مجھے یقین ہے کہ ابرہا نے ہمت چھوڑ دی کہ وہ مکہ میں داخل ہو۔ اس واقعے کے بعد۔</w:t>
      </w:r>
    </w:p>
    <w:p>
      <w:r>
        <w:rPr>
          <w:b/>
        </w:rPr>
        <w:t xml:space="preserve">[1:28:25] </w:t>
      </w:r>
      <w:r>
        <w:t>ke arab ka itna bara aadmi. itna shakhsiyat wala aadmi. woh samajhta hai ke kaaba to. khuda us ko bachaye ga.</w:t>
      </w:r>
    </w:p>
    <w:p>
      <w:pPr>
        <w:jc w:val="right"/>
      </w:pPr>
      <w:r>
        <w:t>کہ عرب کا اتنا بڑا آدمی۔ اتنا شخصیت والا آدمی۔ وہ سمجھتا ہے کہ کعبہ تو۔ خدا اس کو بچائے گا۔</w:t>
      </w:r>
    </w:p>
    <w:p>
      <w:r>
        <w:rPr>
          <w:b/>
        </w:rPr>
        <w:t xml:space="preserve">[1:28:35] </w:t>
      </w:r>
      <w:r>
        <w:t>woh kaaba khuda ki fikr hai. kaaba to khuda ki fikr hai kaise mumkin hai ke khuda us ko na bachaye.</w:t>
      </w:r>
    </w:p>
    <w:p>
      <w:pPr>
        <w:jc w:val="right"/>
      </w:pPr>
      <w:r>
        <w:t>وہ کعبہ خدا کی فکر ہے۔ کعبہ تو خدا کی فکر ہے کیسے ممکن ہے کہ خدا اس کو نہ بچائے۔</w:t>
      </w:r>
    </w:p>
    <w:p>
      <w:r>
        <w:rPr>
          <w:b/>
        </w:rPr>
        <w:t xml:space="preserve">[1:28:45] </w:t>
      </w:r>
      <w:r>
        <w:t>to ek zimmedar aadmi ek sincere aadmi. ek shakhsiyat wala aadmi. jab is tarah se kaha us ne. to main samajhta hoon ke andar is ka dil dahal gaya hoga.</w:t>
      </w:r>
    </w:p>
    <w:p>
      <w:pPr>
        <w:jc w:val="right"/>
      </w:pPr>
      <w:r>
        <w:t>تو ایک ذمہ دار آدمی ایک سنسیر آدمی۔ ایک شخصیت والا آدمی۔ جب اس طرح سے کہا اس نے۔ تو میں سمجھتا ہوں کہ اندر اس کا دل دہل گیا ہوگا۔</w:t>
      </w:r>
    </w:p>
    <w:p>
      <w:r>
        <w:rPr>
          <w:b/>
        </w:rPr>
        <w:t xml:space="preserve">[1:28:57] </w:t>
      </w:r>
      <w:r>
        <w:t>kaaba ko uthane ki. is ka hausla khatm ho gaya hoga is ko. woh demoralize ho gaya hoga yeh sun kar ke.</w:t>
      </w:r>
    </w:p>
    <w:p>
      <w:pPr>
        <w:jc w:val="right"/>
      </w:pPr>
      <w:r>
        <w:t>کعبہ کو اٹھانے کی۔ اس کا حوصلہ ختم ہو گیا ہوگا اس کو۔ وہ ڈیمورلائز ہو گیا ہوگا یہ سن کر کے۔</w:t>
      </w:r>
    </w:p>
    <w:p>
      <w:r>
        <w:rPr>
          <w:b/>
        </w:rPr>
        <w:t xml:space="preserve">[1:29:05] </w:t>
      </w:r>
      <w:r>
        <w:t>is se maine yeh sabak nikala apne haraif ko demoralize karne ke liye. shayad yeh sab se bara. formula hai. sab se bara formula.</w:t>
      </w:r>
    </w:p>
    <w:p>
      <w:pPr>
        <w:jc w:val="right"/>
      </w:pPr>
      <w:r>
        <w:t>اس سے میں نے یہ سبق نکالا اپنے حریف کو ڈیمورلائز کرنے کے لیے۔ شاید یہ سب سے بڑا۔ فارمولا ہے۔ سب سے بڑا فارمولا۔</w:t>
      </w:r>
    </w:p>
    <w:p>
      <w:r>
        <w:rPr>
          <w:b/>
        </w:rPr>
        <w:t xml:space="preserve">[1:29:15] </w:t>
      </w:r>
      <w:r>
        <w:t>agar aap yaqeen ke sath aap ke dil mein yaqeen ho sach much yani. yeh adakari ke taur par nahin. dil mein sach much yaqeen ho ke.</w:t>
      </w:r>
    </w:p>
    <w:p>
      <w:pPr>
        <w:jc w:val="right"/>
      </w:pPr>
      <w:r>
        <w:t>اگر آپ یقین کے ساتھ آپ کے دل میں یقین ہو سچ مچ یعنی۔ یہ اداکاری کے طور پر نہیں۔ دل میں سچ مچ یقین ہو کہ۔</w:t>
      </w:r>
    </w:p>
    <w:p>
      <w:r>
        <w:rPr>
          <w:b/>
        </w:rPr>
        <w:t xml:space="preserve">[1:29:24] </w:t>
      </w:r>
      <w:r>
        <w:t>ek khuda hai woh zinda hai woh har taqatwar hai woh. woh madad karta hai woh madad karta hai in</w:t>
      </w:r>
    </w:p>
    <w:p>
      <w:pPr>
        <w:jc w:val="right"/>
      </w:pPr>
      <w:r>
        <w:t>ایک خدا ہے وہ زندہ ہے وہ ہر طاقتور ہے۔ وہ۔ وہ مدد کرتا ہے وہ مدد کرتا ہے ان</w:t>
      </w:r>
    </w:p>
    <w:p>
      <w:r>
        <w:rPr>
          <w:b/>
        </w:rPr>
        <w:t xml:space="preserve">[1:29:33] </w:t>
      </w:r>
      <w:r>
        <w:t>sano ki yeh sab aap ke dil mein bhara hua ho. bhara hua ho. aur aap aisa kahein. to is ka dil zaroor dahal jaye ga woh.</w:t>
      </w:r>
    </w:p>
    <w:p>
      <w:pPr>
        <w:jc w:val="right"/>
      </w:pPr>
      <w:r>
        <w:t>سان کی یہ سب آپ کے دل میں بھرا ہوا ہو۔ بھرا ہوا ہو۔ اور آپ ایسا کہیں۔ تو اس کا دل ضرور دہل جائے گا وہ۔</w:t>
      </w:r>
    </w:p>
    <w:p>
      <w:r>
        <w:rPr>
          <w:b/>
        </w:rPr>
        <w:t xml:space="preserve">[1:29:44] </w:t>
      </w:r>
      <w:r>
        <w:t>ke woh is insaan mein ab tak samajhta tha ke yeh insaan ka case hai yeh to khuda ka case hai. main samajhta tha ke insaan ka mamla hai lekin yeh to khuda ka mamla hai main khuda se kaise ladun ga.</w:t>
      </w:r>
    </w:p>
    <w:p>
      <w:pPr>
        <w:jc w:val="right"/>
      </w:pPr>
      <w:r>
        <w:t>کہ وہ اس انسان میں اب تک سمجھتا تھا کہ یہ انسان کا کیس ہے یہ تو خدا کا کیس ہے۔ میں سمجھتا تھا کہ انسان کا معاملہ ہے لیکن یہ تو خدا کا معاملہ ہے میں خدا سے کیسے لڑوں گا۔</w:t>
      </w:r>
    </w:p>
    <w:p>
      <w:r>
        <w:rPr>
          <w:b/>
        </w:rPr>
        <w:t xml:space="preserve">[1:29:58] </w:t>
      </w:r>
      <w:r>
        <w:t>chunancha ek waqe aata hai ke rasool Allah ek bar thay safar mein.</w:t>
      </w:r>
    </w:p>
    <w:p>
      <w:pPr>
        <w:jc w:val="right"/>
      </w:pPr>
      <w:r>
        <w:t>چنانچہ ایک واقعہ آتا ہے کہ رسول اللہ ایک بار تھے سفر میں۔</w:t>
      </w:r>
    </w:p>
    <w:p>
      <w:r>
        <w:rPr>
          <w:b/>
        </w:rPr>
        <w:t xml:space="preserve">[1:30:03] </w:t>
      </w:r>
      <w:r>
        <w:t>to ek badu jo mushrik tha. us ne dekh liya. ek peed ke neeche aap baithe hue thay. to us ke pas suit thi talwar.</w:t>
      </w:r>
    </w:p>
    <w:p>
      <w:pPr>
        <w:jc w:val="right"/>
      </w:pPr>
      <w:r>
        <w:t>تو ایک بدو جو مشرک تھا۔ اس نے دیکھ لیا۔ ایک پیڑ کے نیچے آپ بیٹھے ہوئے تھے۔ تو اس کے پاس سوٹ تھی تلوار۔</w:t>
      </w:r>
    </w:p>
    <w:p>
      <w:r>
        <w:rPr>
          <w:b/>
        </w:rPr>
        <w:t xml:space="preserve">[1:30:16] </w:t>
      </w:r>
      <w:r>
        <w:t>woh aaya aur talwar le kar khada ho gaya. ke muhammad aaj maine pa liya tum ko aaj to main am ko marun ga.</w:t>
      </w:r>
    </w:p>
    <w:p>
      <w:pPr>
        <w:jc w:val="right"/>
      </w:pPr>
      <w:r>
        <w:t>وہ آیا اور تلوار لے کر کھڑا ہو گیا۔ کہ محمد آج میں نے پا لیا تم کو آج تو میں ام کو ماروں گا۔</w:t>
      </w:r>
    </w:p>
    <w:p>
      <w:r>
        <w:rPr>
          <w:b/>
        </w:rPr>
        <w:t xml:space="preserve">[1:30:25] </w:t>
      </w:r>
      <w:r>
        <w:t>to kaun hai us ne us ne kaha ke kaun hai jo tum ko bachaye mujh se. man yahmeek mini ya muhammad.</w:t>
      </w:r>
    </w:p>
    <w:p>
      <w:pPr>
        <w:jc w:val="right"/>
      </w:pPr>
      <w:r>
        <w:t>تو کون ہے اس نے اس نے کہا کہ کون ہے جو تم کو بچائے مجھ سے۔ من یحمیک منی یا محمد۔</w:t>
      </w:r>
    </w:p>
    <w:p>
      <w:r>
        <w:rPr>
          <w:b/>
        </w:rPr>
        <w:t xml:space="preserve">[1:30:34] </w:t>
      </w:r>
      <w:r>
        <w:t>is badu ne talwar le kar kaha. ke muhammad tum ko maine akele yahan pa liya hai. to man yahmeek mini ya muhammad. aye muhammad tum ko mujh se kaun bachaye ga.</w:t>
      </w:r>
    </w:p>
    <w:p>
      <w:pPr>
        <w:jc w:val="right"/>
      </w:pPr>
      <w:r>
        <w:t>اس بدو نے تلوار لے کر کہا۔ کہ محمد تم کو میں نے اکیلے یہاں پا لیا ہے۔ تو من یحمیک منی یا محمد۔ اے محمد تم کو مجھ سے کون بچائے گا۔</w:t>
      </w:r>
    </w:p>
    <w:p>
      <w:r>
        <w:rPr>
          <w:b/>
        </w:rPr>
        <w:t xml:space="preserve">[1:30:47] </w:t>
      </w:r>
      <w:r>
        <w:t>to aap ne kaha Allah</w:t>
      </w:r>
    </w:p>
    <w:p>
      <w:pPr>
        <w:jc w:val="right"/>
      </w:pPr>
      <w:r>
        <w:t>تو آپ نے کہا اللہ</w:t>
      </w:r>
    </w:p>
    <w:p>
      <w:r>
        <w:rPr>
          <w:b/>
        </w:rPr>
        <w:t xml:space="preserve">[1:30:50] </w:t>
      </w:r>
      <w:r>
        <w:t>. jab aap ne kaha Allah. to is badu jo tha. us ke phir. andar se itna demoralize hua. ke us ne.</w:t>
      </w:r>
    </w:p>
    <w:p>
      <w:pPr>
        <w:jc w:val="right"/>
      </w:pPr>
      <w:r>
        <w:t>۔ جب آپ نے کہا اللہ۔ تو اس بدو جو تھا۔ اس کے پھر۔ اندر سے اتنا ڈیمورلائز ہوا۔ کہ اس نے۔</w:t>
      </w:r>
    </w:p>
    <w:p>
      <w:r>
        <w:rPr>
          <w:b/>
        </w:rPr>
        <w:t xml:space="preserve">[1:31:00] </w:t>
      </w:r>
      <w:r>
        <w:t>talwar rakh di. aur. yani aap ka hamla nahin kiya. to log us ko log samajhte hain is ko moajza hamari kitabon mein aata hai waqiat aur koi moajza samajhte hain.</w:t>
      </w:r>
    </w:p>
    <w:p>
      <w:pPr>
        <w:jc w:val="right"/>
      </w:pPr>
      <w:r>
        <w:t>تلوار رکھ دی۔ اور۔ یعنی آپ کا حملہ نہیں کیا۔ تو لوگ اس کو لوگ سمجھتے ہیں اس کو معجزہ ہماری کتابوں میں آتا ہے واقعات اور کوئی معجزہ سمجھتے ہیں۔</w:t>
      </w:r>
    </w:p>
    <w:p>
      <w:r>
        <w:rPr>
          <w:b/>
        </w:rPr>
        <w:t xml:space="preserve">[1:31:12] </w:t>
      </w:r>
      <w:r>
        <w:t>main samajhta hoon ke moajza nahin hai yeh. insaan ki fitrat address ho jati hai jab aap aisa kehte hain to.</w:t>
      </w:r>
    </w:p>
    <w:p>
      <w:pPr>
        <w:jc w:val="right"/>
      </w:pPr>
      <w:r>
        <w:t>میں سمجھتا ہوں کہ معجزہ نہیں ہے یہ۔ انسان کی فطرت ایڈریس ہو جاتی ہے جب آپ ایسا کہتے ہیں تو۔</w:t>
      </w:r>
    </w:p>
    <w:p>
      <w:r>
        <w:rPr>
          <w:b/>
        </w:rPr>
        <w:t xml:space="preserve">[1:31:18] </w:t>
      </w:r>
      <w:r>
        <w:t>insaan ki fitrat yeh hai ke. koi mujh se bara hai. koi supreme hai. yeh fitrat mein hai insaan ki. to woh jab aap aisi boli bolte hain koi jis se uska woh fitrat address ho jaye.</w:t>
      </w:r>
    </w:p>
    <w:p>
      <w:pPr>
        <w:jc w:val="right"/>
      </w:pPr>
      <w:r>
        <w:t>انسان کی فطرت یہ ہے کہ۔ کوئی مجھ سے بڑا ہے۔ کوئی سپریم ہے۔ یہ فطرت میں ہے انسان کی۔ تو وہ جب آپ ایسی بولی بولتے ہیں کوئی جس سے اس کا وہ فطرت ایڈریس ہو جائے۔</w:t>
      </w:r>
    </w:p>
    <w:p>
      <w:r>
        <w:rPr>
          <w:b/>
        </w:rPr>
        <w:t xml:space="preserve">[1:31:33] </w:t>
      </w:r>
      <w:r>
        <w:t>to phir hausla kho deta hai woh. jab rasool Allah ne kaha ke Allah mujhe bachaye ga. to woh aadmi ne hausla kho diya.</w:t>
      </w:r>
    </w:p>
    <w:p>
      <w:pPr>
        <w:jc w:val="right"/>
      </w:pPr>
      <w:r>
        <w:t>تو پھر حوصلہ کھو دیتا ہے وہ۔ جب رسول اللہ نے کہا کہ اللہ مجھے بچائے گا۔ تو وہ آدمی نے حوصلہ کھو دیا۔</w:t>
      </w:r>
    </w:p>
    <w:p>
      <w:r>
        <w:rPr>
          <w:b/>
        </w:rPr>
        <w:t xml:space="preserve">[1:31:42] </w:t>
      </w:r>
      <w:r>
        <w:t>phir us ki himmat nahin hui hamla karne ki.</w:t>
      </w:r>
    </w:p>
    <w:p>
      <w:pPr>
        <w:jc w:val="right"/>
      </w:pPr>
      <w:r>
        <w:t>پھر اس کی ہمت نہیں ہوئی حملہ کرنے کی۔</w:t>
      </w:r>
    </w:p>
    <w:p>
      <w:r>
        <w:rPr>
          <w:b/>
        </w:rPr>
        <w:t xml:space="preserve">[1:31:45] </w:t>
      </w:r>
      <w:r>
        <w:t>to maine yeh paya hai ke. yeh jo cheez hai. hamara aqeedah. yeh bohat bari cheez hai. bohat bari cheez hai.</w:t>
      </w:r>
    </w:p>
    <w:p>
      <w:pPr>
        <w:jc w:val="right"/>
      </w:pPr>
      <w:r>
        <w:t>تو میں نے یہ پایا ہے کہ۔ یہ جو چیز ہے۔ ہمارا عقیدہ۔ یہ بہت بڑی چیز ہے۔ بہت بڑی چیز ہے۔</w:t>
      </w:r>
    </w:p>
    <w:p>
      <w:r>
        <w:rPr>
          <w:b/>
        </w:rPr>
        <w:t xml:space="preserve">[1:31:58] </w:t>
      </w:r>
      <w:r>
        <w:t>yani us waqt bhi hamari madad karta hai yeh jab ke koi madadgar hamare liye maujood na ho. jab aap kehte hain ke khuda mujhe bachaye ga. khuda mere sath hai.</w:t>
      </w:r>
    </w:p>
    <w:p>
      <w:pPr>
        <w:jc w:val="right"/>
      </w:pPr>
      <w:r>
        <w:t>یعنی اس وقت بھی ہماری مدد کرتا ہے یہ جب کہ کوئی مددگار ہمارے لیے موجود نہ ہو۔ جب آپ کہتے ہیں کہ خدا مجھے بچائے گا۔ خدا میرے ساتھ ہے۔</w:t>
      </w:r>
    </w:p>
    <w:p>
      <w:r>
        <w:rPr>
          <w:b/>
        </w:rPr>
        <w:t xml:space="preserve">[1:32:10] </w:t>
      </w:r>
      <w:r>
        <w:t>is aadmi ka ki fitrat address ho jati hai.</w:t>
      </w:r>
    </w:p>
    <w:p>
      <w:pPr>
        <w:jc w:val="right"/>
      </w:pPr>
      <w:r>
        <w:t>اس آدمی کا کی فطرت ایڈریس ہو جاتی ہے۔</w:t>
      </w:r>
    </w:p>
    <w:p>
      <w:r>
        <w:rPr>
          <w:b/>
        </w:rPr>
        <w:t xml:space="preserve">[1:32:13] </w:t>
      </w:r>
      <w:r>
        <w:t>ke woh woh supreme. jis ko mein mera fitrat supreme maan raha hai woh us ke peechay hai. mein us ka kiya bigaar sakta hoon.</w:t>
      </w:r>
    </w:p>
    <w:p>
      <w:pPr>
        <w:jc w:val="right"/>
      </w:pPr>
      <w:r>
        <w:t>کہ وہ وہ سپریم۔ جس کو میں میرا فطرت سپریم مان رہا ہے وہ اس کے پیچھے ہے۔ میں اس کا کیا بگاڑ سکتا ہوں۔</w:t>
      </w:r>
    </w:p>
    <w:p>
      <w:r>
        <w:rPr>
          <w:b/>
        </w:rPr>
        <w:t xml:space="preserve">[1:32:25] </w:t>
      </w:r>
      <w:r>
        <w:t>yeh mera aik tajurba tha. aik aur tajurba mein arz karoon ke jab mein wahan gaya makkah aur madinah mein. to aik bari ajeeb baat mujhe daryaft hui.</w:t>
      </w:r>
    </w:p>
    <w:p>
      <w:pPr>
        <w:jc w:val="right"/>
      </w:pPr>
      <w:r>
        <w:t>یہ میرا ایک تجربہ تھا۔ ایک اور تجربہ میں عرض کروں کہ جب میں وہاں گیا مکہ اور مدینہ میں۔ تو ایک بڑی عجیب بات مجھے دریافت ہوئی۔</w:t>
      </w:r>
    </w:p>
    <w:p>
      <w:r>
        <w:rPr>
          <w:b/>
        </w:rPr>
        <w:t xml:space="preserve">[1:32:37] </w:t>
      </w:r>
      <w:r>
        <w:t>dekhiye hum bachpan se yaani matlab jab madrasay mein parhtay thay. tab se. ke hum suntay aaye thay ke dunya jo hai teen is mein ilaqon mein bati hui hai.</w:t>
      </w:r>
    </w:p>
    <w:p>
      <w:pPr>
        <w:jc w:val="right"/>
      </w:pPr>
      <w:r>
        <w:t>دیکھیے ہم بچپن سے یعنی مطلب جب مدرسے میں پڑھتے تھے۔ تب سے۔ کہ ہم سنتے آئے تھے کہ دنیا جو ہے تین اس میں علاقوں میں بٹی ہوئی ہے۔</w:t>
      </w:r>
    </w:p>
    <w:p>
      <w:r>
        <w:rPr>
          <w:b/>
        </w:rPr>
        <w:t xml:space="preserve">[1:32:48] </w:t>
      </w:r>
      <w:r>
        <w:t>dar-ul-kufar dar-ul-harb dar-ul-islam. yeh madrasay se hum parh kar niklay. aur yeh basa hua tha hamaray zehn mein. ke dunya mein ya to koi dar-ul-kufar hai ya dar-ul-harb hai ya dar-ul-islam hai bas.</w:t>
      </w:r>
    </w:p>
    <w:p>
      <w:pPr>
        <w:jc w:val="right"/>
      </w:pPr>
      <w:r>
        <w:t>دارالکفر دارالحرب دارالاسلام۔ یہ مدرسے سے ہم پڑھ کر نکلے۔ اور یہ بسا ہوا تھا ہمارے ذہن میں۔ کہ دنیا میں یا تو کوئی دارالکفر ہے یا دارالحرب ہے یا دارالاسلام ہے بس۔</w:t>
      </w:r>
    </w:p>
    <w:p>
      <w:r>
        <w:rPr>
          <w:b/>
        </w:rPr>
        <w:t xml:space="preserve">[1:33:00] </w:t>
      </w:r>
      <w:r>
        <w:t>kitabon mein aisa bataya gaya hai. yeh baat kitabon mein batai gayi</w:t>
      </w:r>
    </w:p>
    <w:p>
      <w:pPr>
        <w:jc w:val="right"/>
      </w:pPr>
      <w:r>
        <w:t>کتابوں میں ایسا بتایا گیا ہے۔ یہ بات کتابوں میں بتائی گئی</w:t>
      </w:r>
    </w:p>
    <w:p>
      <w:r>
        <w:rPr>
          <w:b/>
        </w:rPr>
        <w:t xml:space="preserve">[1:33:05] </w:t>
      </w:r>
      <w:r>
        <w:t>hai. yehi hamaray zehn mein basi hui thi madrasay ki taleem ke. wajah se. ab jab mein wahan pohancha. to jab makkah mein tha mein.</w:t>
      </w:r>
    </w:p>
    <w:p>
      <w:pPr>
        <w:jc w:val="right"/>
      </w:pPr>
      <w:r>
        <w:t>ہے۔ یہی ہمارے ذہن میں بسی ہوئی تھی مدرسے کی تعلیم کے۔ وجہ سے۔ اب جب میں وہاں پہنچا۔ تو جب مکہ میں تھا میں۔</w:t>
      </w:r>
    </w:p>
    <w:p>
      <w:r>
        <w:rPr>
          <w:b/>
        </w:rPr>
        <w:t xml:space="preserve">[1:33:16] </w:t>
      </w:r>
      <w:r>
        <w:t>to mein socha ke aik waqt tha jab makkah mein sirf mushrik log thay. mushrik log thay sab ke sab. to kiya rasool Allah ne kaha ke yeh dar-ul-kufar hai.</w:t>
      </w:r>
    </w:p>
    <w:p>
      <w:pPr>
        <w:jc w:val="right"/>
      </w:pPr>
      <w:r>
        <w:t>تو میں سوچا کہ ایک وقت تھا جب مکہ میں صرف مشرک لوگ تھے۔ مشرک لوگ تھے سب کے سب۔ تو کیا رسول اللہ نے کہا کہ یہ دارالکفر ہے۔</w:t>
      </w:r>
    </w:p>
    <w:p>
      <w:r>
        <w:rPr>
          <w:b/>
        </w:rPr>
        <w:t xml:space="preserve">[1:33:30] </w:t>
      </w:r>
      <w:r>
        <w:t>dekhiye sawal jo hai woh. aap ko jab agar sawal karna janiye aap. to aap ko daryaft hoti hai.</w:t>
      </w:r>
    </w:p>
    <w:p>
      <w:pPr>
        <w:jc w:val="right"/>
      </w:pPr>
      <w:r>
        <w:t>دیکھیے سوال جو ہے وہ۔ آپ کو جب اگر سوال کرنا جانیں آپ۔ تو آپ کو دریافت ہوتی ہے۔</w:t>
      </w:r>
    </w:p>
    <w:p>
      <w:r>
        <w:rPr>
          <w:b/>
        </w:rPr>
        <w:t xml:space="preserve">[1:33:39] </w:t>
      </w:r>
      <w:r>
        <w:t>baghair sawal ke koi daryaft nahi hoti. yeh bohat hi aham baat hai. ke rooh-e-tahqeeq jo hai woh aap ko daryaft tak le aati hai.</w:t>
      </w:r>
    </w:p>
    <w:p>
      <w:pPr>
        <w:jc w:val="right"/>
      </w:pPr>
      <w:r>
        <w:t>بغیر سوال کے کوئی دریافت نہیں ہوتی۔ یہ بہت ہی اہم بات ہے۔ کہ روحِ تحقیق جو ہے وہ آپ کو دریافت تک لے آتی ہے۔</w:t>
      </w:r>
    </w:p>
    <w:p>
      <w:r>
        <w:rPr>
          <w:b/>
        </w:rPr>
        <w:t xml:space="preserve">[1:33:49] </w:t>
      </w:r>
      <w:r>
        <w:t>aksar log jo daryaft nahi kar paatay us ki wajah hai ke un ke andar rooh-e-tahqeeq nahi hai.</w:t>
      </w:r>
    </w:p>
    <w:p>
      <w:pPr>
        <w:jc w:val="right"/>
      </w:pPr>
      <w:r>
        <w:t>اکثر لوگ جو دریافت نہیں کر پاتے اس کی وجہ ہے کہ ان کے اندر روحِ تحقیق نہیں ہے۔</w:t>
      </w:r>
    </w:p>
    <w:p>
      <w:r>
        <w:rPr>
          <w:b/>
        </w:rPr>
        <w:t xml:space="preserve">[1:33:55] </w:t>
      </w:r>
      <w:r>
        <w:t>to mere andar aik rooh us waqt aai. ke aakhir yehi makkah to tha. saaray ke saaray yahan par kafir aur mushrik thay. to kiya rasool Allah ne ailaan kiya ke makkah dar-ul-kufar hai.</w:t>
      </w:r>
    </w:p>
    <w:p>
      <w:pPr>
        <w:jc w:val="right"/>
      </w:pPr>
      <w:r>
        <w:t>تو میرے اندر ایک روح اس وقت آئی۔ کہ آخر یہی مکہ تو تھا۔ سارے کے سارے یہاں پر کافر اور مشرک تھے۔ تو کیا رسول اللہ نے اعلان کیا کہ مکہ دارالکفر ہے۔</w:t>
      </w:r>
    </w:p>
    <w:p>
      <w:r>
        <w:rPr>
          <w:b/>
        </w:rPr>
        <w:t xml:space="preserve">[1:34:09] </w:t>
      </w:r>
      <w:r>
        <w:t>acha phir mein ne socha. ke rasool Allah jab yahan se hijrat kar ke madinah gaye. to kiya hua.</w:t>
      </w:r>
    </w:p>
    <w:p>
      <w:pPr>
        <w:jc w:val="right"/>
      </w:pPr>
      <w:r>
        <w:t>اچھا پھر میں نے سوچا۔ کہ رسول اللہ جب یہاں سے ہجرت کر کے مدینہ گئے۔ تو کیا ہوا۔</w:t>
      </w:r>
    </w:p>
    <w:p>
      <w:r>
        <w:rPr>
          <w:b/>
        </w:rPr>
        <w:t xml:space="preserve">[1:34:18] </w:t>
      </w:r>
      <w:r>
        <w:t>ke makkah jo hai. in logon ne jo log rehtay thay wahan par mushrikeen. unhon ne aap par hamla kiya ladaai chhir gayi. kiya hua makkah jo hai dar-ul-harb ban gaya.</w:t>
      </w:r>
    </w:p>
    <w:p>
      <w:pPr>
        <w:jc w:val="right"/>
      </w:pPr>
      <w:r>
        <w:t>کہ مکہ جو ہے۔ ان لوگوں نے جو لوگ رہتے تھے وہاں پر مشرکین۔ انہوں نے آپ پر حملہ کیا لڑائی چھڑ گئی۔ کیا ہوا مکہ جو ہے دارالحرب بن گیا۔</w:t>
      </w:r>
    </w:p>
    <w:p>
      <w:r>
        <w:rPr>
          <w:b/>
        </w:rPr>
        <w:t xml:space="preserve">[1:34:30] </w:t>
      </w:r>
      <w:r>
        <w:t>yaani makkah walon se rasool Allah ki ladaai chhir gayi. to kiya rasool Allah ne ailaan kiya ke makkah jo hai dar-ul-harb hai.</w:t>
      </w:r>
    </w:p>
    <w:p>
      <w:pPr>
        <w:jc w:val="right"/>
      </w:pPr>
      <w:r>
        <w:t>یعنی مکہ والوں سے رسول اللہ کی لڑائی چھڑ گئی۔ تو کیا رسول اللہ نے اعلان کیا کہ مکہ جو ہے دارالحرب ہے۔</w:t>
      </w:r>
    </w:p>
    <w:p>
      <w:r>
        <w:rPr>
          <w:b/>
        </w:rPr>
        <w:t xml:space="preserve">[1:34:39] </w:t>
      </w:r>
      <w:r>
        <w:t>nahin. phir mein madinah gaya. to mein ne dekha ke madinah mein. ehsaas hua ke aik waqt tha ke madinah jo hai. woh bhi mushrik log rehtay thay wahan.</w:t>
      </w:r>
    </w:p>
    <w:p>
      <w:pPr>
        <w:jc w:val="right"/>
      </w:pPr>
      <w:r>
        <w:t>نہیں۔ پھر میں مدینہ گیا۔ تو میں نے دیکھا کہ مدینہ میں۔ احساس ہوا کہ ایک وقت تھا کہ مدینہ جو ہے۔ وہ بھی مشرک لوگ رہتے تھے وہاں۔</w:t>
      </w:r>
    </w:p>
    <w:p>
      <w:r>
        <w:rPr>
          <w:b/>
        </w:rPr>
        <w:t xml:space="preserve">[1:34:50] </w:t>
      </w:r>
      <w:r>
        <w:t>aik waqt aaya ke logon ne islam qabool kar liya aur poora madinah islami ho gaya. aur pehli riyasat wahan qaim hui madinah mein rasool Allah ke.</w:t>
      </w:r>
    </w:p>
    <w:p>
      <w:pPr>
        <w:jc w:val="right"/>
      </w:pPr>
      <w:r>
        <w:t>ایک وقت آیا کہ لوگوں نے اسلام قبول کر لیا اور پورا مدینہ اسلامی ہو گیا۔ اور پہلی ریاست وہاں قائم ہوئی مدینہ میں رسول اللہ کے۔</w:t>
      </w:r>
    </w:p>
    <w:p>
      <w:r>
        <w:rPr>
          <w:b/>
        </w:rPr>
        <w:t xml:space="preserve">[1:35:01] </w:t>
      </w:r>
      <w:r>
        <w:t>is ke sarbarah thay. rasool Allah ke sarbarah thay aur pehli islami riyasat madinah mein bani.</w:t>
      </w:r>
    </w:p>
    <w:p>
      <w:pPr>
        <w:jc w:val="right"/>
      </w:pPr>
      <w:r>
        <w:t>اس کے سربراہ تھے۔ رسول اللہ کے سربراہ تھے اور پہلی اسلامی ریاست مدینہ میں بنی۔</w:t>
      </w:r>
    </w:p>
    <w:p>
      <w:r>
        <w:rPr>
          <w:b/>
        </w:rPr>
        <w:t xml:space="preserve">[1:35:07] </w:t>
      </w:r>
      <w:r>
        <w:t>mein ne socha kiya rasool Allah ne ailaan kiya. ke madinah jo hai dar-ul-islam hai. to nahin. jawab mila ke na to aap ne makkah ko dar-ul-kufar kaha.</w:t>
      </w:r>
    </w:p>
    <w:p>
      <w:pPr>
        <w:jc w:val="right"/>
      </w:pPr>
      <w:r>
        <w:t>میں نے سوچا کیا رسول اللہ نے اعلان کیا۔ کہ مدینہ جو ہے دارالاسلام ہے۔ تو نہیں۔ جواب ملا کہ نہ تو آپ نے مکہ کو دارالکفر کہا۔</w:t>
      </w:r>
    </w:p>
    <w:p>
      <w:r>
        <w:rPr>
          <w:b/>
        </w:rPr>
        <w:t xml:space="preserve">[1:35:18] </w:t>
      </w:r>
      <w:r>
        <w:t>na makkah ko baat ko aap ne dar-ul-harb bataya. na madinah ko dar-ul-islam bataya. is se mujhe aik daryaft hui. ke yeh saari bid'at hai bid'at.</w:t>
      </w:r>
    </w:p>
    <w:p>
      <w:pPr>
        <w:jc w:val="right"/>
      </w:pPr>
      <w:r>
        <w:t>نہ مکہ کو بات کو آپ نے دارالحرب بتایا۔ نہ مدینہ کو دارالاسلام بتایا۔ اس سے مجھے ایک دریافت ہوئی۔ کہ یہ ساری بدعت ہے بدعت۔</w:t>
      </w:r>
    </w:p>
    <w:p>
      <w:r>
        <w:rPr>
          <w:b/>
        </w:rPr>
        <w:t xml:space="preserve">[1:35:27] </w:t>
      </w:r>
      <w:r>
        <w:t>yeh jo kitabon mein bhari hui hai.</w:t>
      </w:r>
    </w:p>
    <w:p>
      <w:pPr>
        <w:jc w:val="right"/>
      </w:pPr>
      <w:r>
        <w:t>یہ جو کتابوں میں بھری ہوئی ہے۔</w:t>
      </w:r>
    </w:p>
    <w:p>
      <w:r>
        <w:rPr>
          <w:b/>
        </w:rPr>
        <w:t xml:space="preserve">[1:35:31] </w:t>
      </w:r>
      <w:r>
        <w:t>kyun ke hadith mein dekhiye aata hai. ke mun</w:t>
      </w:r>
    </w:p>
    <w:p>
      <w:pPr>
        <w:jc w:val="right"/>
      </w:pPr>
      <w:r>
        <w:t>کیونکہ حدیث میں دیکھیے آتا ہے۔ کہ من</w:t>
      </w:r>
    </w:p>
    <w:p>
      <w:r>
        <w:rPr>
          <w:b/>
        </w:rPr>
        <w:t xml:space="preserve">[1:35:38] </w:t>
      </w:r>
      <w:r>
        <w:t>ke jo aadmi hamaray deen mein koi nai baat nikale jo is mein nahi hai woh mustarad hai woh. woh mustarad hai.</w:t>
      </w:r>
    </w:p>
    <w:p>
      <w:pPr>
        <w:jc w:val="right"/>
      </w:pPr>
      <w:r>
        <w:t>کہ جو آدمی ہمارے دین میں کوئی نئی بات نکالے جو اس میں نہیں ہے وہ مسترد ہے وہ۔ وہ مسترد ہے۔</w:t>
      </w:r>
    </w:p>
    <w:p>
      <w:r>
        <w:rPr>
          <w:b/>
        </w:rPr>
        <w:t xml:space="preserve">[1:35:47] </w:t>
      </w:r>
      <w:r>
        <w:t>to aap bataiye ke makkah madinah par wohi. cheez guzri jis ko hum ne fiqh mein. le kar ke yeh sab istilaahaat banai hain.</w:t>
      </w:r>
    </w:p>
    <w:p>
      <w:pPr>
        <w:jc w:val="right"/>
      </w:pPr>
      <w:r>
        <w:t>تو آپ بتائیے کہ مکہ مدینہ پر وہی۔ چیز گزری جس کو ہم نے فقہ میں۔ لے کر کے یہ سب اصطلاحات بنائی ہیں۔</w:t>
      </w:r>
    </w:p>
    <w:p>
      <w:r>
        <w:rPr>
          <w:b/>
        </w:rPr>
        <w:t xml:space="preserve">[1:35:59] </w:t>
      </w:r>
      <w:r>
        <w:t>to jab woh sab guzra wahan makkah madinah mein. waisi hi halat paida hui wahan par. aur rasool Allah ne nahi kaha ke yeh dar-ul-islam hai dar-ul-harb hai dar-ul-kufar hai.</w:t>
      </w:r>
    </w:p>
    <w:p>
      <w:pPr>
        <w:jc w:val="right"/>
      </w:pPr>
      <w:r>
        <w:t>تو جب وہ سب گزرا وہاں مکہ مدینہ میں۔ ویسی ہی حالت پیدا ہوئی وہاں پر۔ اور رسول اللہ نے نہیں کہا کہ یہ دارالاسلام ہے دارالحرب ہے دارالکفر ہے۔</w:t>
      </w:r>
    </w:p>
    <w:p>
      <w:r>
        <w:rPr>
          <w:b/>
        </w:rPr>
        <w:t xml:space="preserve">[1:36:09] </w:t>
      </w:r>
      <w:r>
        <w:t>to doosra kaun haq rakhta hai is baat ka. yeh aam fehm hi galat hai sarr-e-se. yeh mujhe daryaft hui. yeh jo aam fehm hai ke kisi ko aap kehte hain dar-ul-harb kisi ko kehte hain dar-ul-kufar kisi ko dar-ul-islam yeh sab ka sab bilkul bid'at hai.</w:t>
      </w:r>
    </w:p>
    <w:p>
      <w:pPr>
        <w:jc w:val="right"/>
      </w:pPr>
      <w:r>
        <w:t>تو دوسرا کون حق رکھتا ہے اس بات کا۔ یہ عام فہم ہی غلط ہے سرے سے۔ یہ مجھے دریافت ہوئی۔ یہ جو عام فہم ہے کہ کسی کو آپ کہتے ہیں دارالحرب کسی کو کہتے ہیں دارالکفر کسی کو دارالاسلام یہ سب کا سب بالکل بدعت ہے۔</w:t>
      </w:r>
    </w:p>
    <w:p>
      <w:r>
        <w:rPr>
          <w:b/>
        </w:rPr>
        <w:t xml:space="preserve">[1:36:25] </w:t>
      </w:r>
      <w:r>
        <w:t>aap ko haq nahi hai kisi mulk ko ailaan karein ke yeh dar-ul-islam hai aap saada is ka naam lijiye. jab wahan par madina mein riyasat bani tab bhi woh madina kaha gaya.</w:t>
      </w:r>
    </w:p>
    <w:p>
      <w:pPr>
        <w:jc w:val="right"/>
      </w:pPr>
      <w:r>
        <w:t>آپ کو حق نہیں ہے کسی ملک کو اعلان کریں کہ یہ دارالاسلام ہے آپ سادہ اس کا نام لیجیے۔ جب وہاں پر مدینہ میں ریاست بنی تب بھی وہ مدینہ کہا گیا۔</w:t>
      </w:r>
    </w:p>
    <w:p>
      <w:r>
        <w:rPr>
          <w:b/>
        </w:rPr>
        <w:t xml:space="preserve">[1:36:37] </w:t>
      </w:r>
      <w:r>
        <w:t>dar-ul-islam nahi kaha gaya. to aaj jo log ailaan karte hain ke hamara mulk jo hai islami jamhuriya yeh hai islami jamhuriya woh hai. sab bilkul bid'at karte hain.</w:t>
      </w:r>
    </w:p>
    <w:p>
      <w:pPr>
        <w:jc w:val="right"/>
      </w:pPr>
      <w:r>
        <w:t>دارالاسلام نہیں کہا گیا۔ تو آج جو لوگ اعلان کرتے ہیں کہ ہمارا ملک جو ہے اسلامی جمہوریہ یہ ہے اسلامی جمہوریہ وہ ہے۔ سب بالکل بدعت کرتے ہیں۔</w:t>
      </w:r>
    </w:p>
    <w:p>
      <w:r>
        <w:rPr>
          <w:b/>
        </w:rPr>
        <w:t xml:space="preserve">[1:36:47] </w:t>
      </w:r>
      <w:r>
        <w:t>har mulk ka wahi naam hoga jo naam is ka hai. aap pakistan ko sirf pakistan kahiye iran ko sirf iran kahiye arab ko sirf arab kahiye. aap ko haq nahi hai ke aap is ko islami jamhuriya kahein is ko dar-ul-islam kahein.</w:t>
      </w:r>
    </w:p>
    <w:p>
      <w:pPr>
        <w:jc w:val="right"/>
      </w:pPr>
      <w:r>
        <w:t>ہر ملک کا وہی نام ہوگا جو نام اس کا ہے۔ آپ پاکستان کو صرف پاکستان کہیے ایران کو صرف ایران کہیے عرب کو صرف عرب کہیے۔ آپ کو حق نہیں ہے کہ آپ اس کو اسلامی جمہوریہ کہیں اس کو دارالاسلام کہیں۔</w:t>
      </w:r>
    </w:p>
    <w:p>
      <w:r>
        <w:rPr>
          <w:b/>
        </w:rPr>
        <w:t xml:space="preserve">[1:37:00] </w:t>
      </w:r>
      <w:r>
        <w:t>kyun rasool Allah ne aisa nahi kiya. yaani kitni bari daryaft mujhe hui hai. ek dilchasp daryaft.</w:t>
      </w:r>
    </w:p>
    <w:p>
      <w:pPr>
        <w:jc w:val="right"/>
      </w:pPr>
      <w:r>
        <w:t>کیوں رسول اللہ نے ایسا نہیں کیا۔ یعنی کتنی بڑی دریافت مجھے ہوئی ہے۔ ایک دلچسپ دریافت۔</w:t>
      </w:r>
    </w:p>
    <w:p>
      <w:r>
        <w:rPr>
          <w:b/>
        </w:rPr>
        <w:t xml:space="preserve">[1:37:08] </w:t>
      </w:r>
      <w:r>
        <w:t>aankh khol kar aap ko hajj karna parega. aisa nahi ke jayein wahan par kuch rusoomat ko poora karein aur loot ke chale aayein. aankh khol kar kijiye.</w:t>
      </w:r>
    </w:p>
    <w:p>
      <w:pPr>
        <w:jc w:val="right"/>
      </w:pPr>
      <w:r>
        <w:t>آنکھ کھول کر آپ کو حج کرنا پڑے گا۔ ایسا نہیں کہ جائیں وہاں پر کچھ رسومات کو پورا کریں اور لوٹ کے چلے آئیں۔ آنکھ کھول کر کیجیے۔</w:t>
      </w:r>
    </w:p>
    <w:p>
      <w:r>
        <w:rPr>
          <w:b/>
        </w:rPr>
        <w:t xml:space="preserve">[1:37:22] </w:t>
      </w:r>
      <w:r>
        <w:t>to aap ko bari bari daryaften hongi. aise hi kaaba ko maine dekha. kaaba ko maine dekha to ek bohat bari daryaft hui.</w:t>
      </w:r>
    </w:p>
    <w:p>
      <w:pPr>
        <w:jc w:val="right"/>
      </w:pPr>
      <w:r>
        <w:t>تو آپ کو بڑی بڑی دریافتیں ہوں گی۔ ایسے ہی کعبہ کو میں نے دیکھا۔ کعبہ کو میں نے دیکھا تو ایک بہت بڑی دریافت ہوئی۔</w:t>
      </w:r>
    </w:p>
    <w:p>
      <w:r>
        <w:rPr>
          <w:b/>
        </w:rPr>
        <w:t xml:space="preserve">[1:37:32] </w:t>
      </w:r>
      <w:r>
        <w:t>jin logon ne bhi umra kiya ya ya hajj kiya woh jante hain. ke kaaba. ke do hisse hain. ek hissa dhaka hai ek hissa khula hai.</w:t>
      </w:r>
    </w:p>
    <w:p>
      <w:pPr>
        <w:jc w:val="right"/>
      </w:pPr>
      <w:r>
        <w:t>جن لوگوں نے بھی عمرہ کیا یا یا حج کیا وہ جانتے ہیں۔ کہ کعبہ۔ کے دو حصے ہیں۔ ایک حصہ ڈھکا ہے ایک حصہ کھلا ہے۔</w:t>
      </w:r>
    </w:p>
    <w:p>
      <w:r>
        <w:rPr>
          <w:b/>
        </w:rPr>
        <w:t xml:space="preserve">[1:37:43] </w:t>
      </w:r>
      <w:r>
        <w:t>khula ko hateem kehte hain. dhaka ko kaaba kehte hain. to. jaisa ke hum jante hain. yeh poora.</w:t>
      </w:r>
    </w:p>
    <w:p>
      <w:pPr>
        <w:jc w:val="right"/>
      </w:pPr>
      <w:r>
        <w:t>کھلا کو حطیم کہتے ہیں۔ ڈھکا کو کعبہ کہتے ہیں۔ تو۔ جیسا کہ ہم جانتے ہیں۔ یہ پورا۔</w:t>
      </w:r>
    </w:p>
    <w:p>
      <w:r>
        <w:rPr>
          <w:b/>
        </w:rPr>
        <w:t xml:space="preserve">[1:37:55] </w:t>
      </w:r>
      <w:r>
        <w:t>poora jo hai kaaba hi tha pehle. yaani hazrat ibrahim ne jo kaaba banaya tha woh mustateel shakal mein tha.</w:t>
      </w:r>
    </w:p>
    <w:p>
      <w:pPr>
        <w:jc w:val="right"/>
      </w:pPr>
      <w:r>
        <w:t>پورا جو ہے کعبہ ہی تھا پہلے۔ یعنی حضرت ابراہیم نے جو کعبہ بنایا تھا وہ مستطیل شکل میں تھا۔</w:t>
      </w:r>
    </w:p>
    <w:p>
      <w:r>
        <w:rPr>
          <w:b/>
        </w:rPr>
        <w:t xml:space="preserve">[1:38:03] </w:t>
      </w:r>
      <w:r>
        <w:t>ab jo hai woh murabba shakal mein hai woh. yaani kaaba woh jo banaya tha hazrat ibrahim ne woh tha mustateel shakal mein yaani lamba.</w:t>
      </w:r>
    </w:p>
    <w:p>
      <w:pPr>
        <w:jc w:val="right"/>
      </w:pPr>
      <w:r>
        <w:t>اب جو ہے وہ مربع شکل میں ہے وہ۔ یعنی کعبہ وہ جو بنایا تھا حضرت ابراہیم نے وہ تھا مستطیل شکل میں یعنی لمبا۔</w:t>
      </w:r>
    </w:p>
    <w:p>
      <w:r>
        <w:rPr>
          <w:b/>
        </w:rPr>
        <w:t xml:space="preserve">[1:38:13] </w:t>
      </w:r>
      <w:r>
        <w:t>ab jo hai woh murabba shakal mein hai. to aisa kyun hai. aisa is liye hai ke.</w:t>
      </w:r>
    </w:p>
    <w:p>
      <w:pPr>
        <w:jc w:val="right"/>
      </w:pPr>
      <w:r>
        <w:t>اب جو ہے وہ مربع شکل میں ہے۔ تو ایسا کیوں ہے۔ ایسا اس لیے ہے کہ۔</w:t>
      </w:r>
    </w:p>
    <w:p>
      <w:r>
        <w:rPr>
          <w:b/>
        </w:rPr>
        <w:t xml:space="preserve">[1:38:21] </w:t>
      </w:r>
      <w:r>
        <w:t>rasool Allah ki ba'sat se pehle. kaaba ki imarat dhal gayi thi. kyunke aap jante the. mitti ka gaara aur pathar jis se bana tha kaaba.</w:t>
      </w:r>
    </w:p>
    <w:p>
      <w:pPr>
        <w:jc w:val="right"/>
      </w:pPr>
      <w:r>
        <w:t>رسول اللہ کی بعثت سے پہلے۔ کعبہ کی عمارت ڈھل گئی تھی۔ کیونکہ آپ جانتے تھے۔ مٹی کا گارا اور پتھر جس سے بنا تھا کعبہ۔</w:t>
      </w:r>
    </w:p>
    <w:p>
      <w:r>
        <w:rPr>
          <w:b/>
        </w:rPr>
        <w:t xml:space="preserve">[1:38:32] </w:t>
      </w:r>
      <w:r>
        <w:t>to kuch barish hui woh gir gaya. to mushrikeen ne jo banaya. rasool Allah ke nabuwat se pehle. to unhone aisa kiya ke is ko aadha chhod diya aadha banaya.</w:t>
      </w:r>
    </w:p>
    <w:p>
      <w:pPr>
        <w:jc w:val="right"/>
      </w:pPr>
      <w:r>
        <w:t>تو کچھ بارش ہوئی وہ گر گیا۔ تو مشرکین نے جو بنایا۔ رسول اللہ کے نبوت سے پہلے۔ تو انہوں نے ایسا کیا کہ اس کو آدھا چھوڑ دیا آدھا بنایا۔</w:t>
      </w:r>
    </w:p>
    <w:p>
      <w:r>
        <w:rPr>
          <w:b/>
        </w:rPr>
        <w:t xml:space="preserve">[1:38:45] </w:t>
      </w:r>
      <w:r>
        <w:t>mukhtalif wajuhaat batai jati hain is ke. to mushrikeen ne aadhe ko banaya kaaba. aadhi zameen par aadha chhod diya aise hi.</w:t>
      </w:r>
    </w:p>
    <w:p>
      <w:pPr>
        <w:jc w:val="right"/>
      </w:pPr>
      <w:r>
        <w:t>مختلف وجوہات بتائی جاتی ہیں اس کے۔ تو مشرکین نے آدھے کو بنایا کعبہ۔ آدھی زمین پر آدھا چھوڑ دیا ایسے ہی۔</w:t>
      </w:r>
    </w:p>
    <w:p>
      <w:r>
        <w:rPr>
          <w:b/>
        </w:rPr>
        <w:t xml:space="preserve">[1:38:54] </w:t>
      </w:r>
      <w:r>
        <w:t>jisko hum hateem kehte hain. is ma'ne mein ke yeh kaaba jo aaj hai. yeh mushrikeen ki buniyad par khada hua hai.</w:t>
      </w:r>
    </w:p>
    <w:p>
      <w:pPr>
        <w:jc w:val="right"/>
      </w:pPr>
      <w:r>
        <w:t>جس کو ہم حطیم کہتے ہیں۔ اس معنی میں کہ یہ کعبہ جو آج ہے۔ یہ مشرکین کی بنیاد پر کھڑا ہوا ہے۔</w:t>
      </w:r>
    </w:p>
    <w:p>
      <w:r>
        <w:rPr>
          <w:b/>
        </w:rPr>
        <w:t xml:space="preserve">[1:39:01] </w:t>
      </w:r>
      <w:r>
        <w:t>ibrahim ki buniyad par nahi khada hua hai. kaisa ajeeb hai waqeaat. to. kitabon mein aata hai ke hazrat ayesha ne kaha rasool Allah se.</w:t>
      </w:r>
    </w:p>
    <w:p>
      <w:pPr>
        <w:jc w:val="right"/>
      </w:pPr>
      <w:r>
        <w:t>ابراہیم کی بنیاد پر نہیں کھڑا ہوا ہے۔ کیسا عجیب ہے واقعات۔ تو۔ کتابوں میں آتا ہے کہ حضرت عائشہ نے کہا رسول اللہ سے۔</w:t>
      </w:r>
    </w:p>
    <w:p>
      <w:r>
        <w:rPr>
          <w:b/>
        </w:rPr>
        <w:t xml:space="preserve">[1:39:14] </w:t>
      </w:r>
      <w:r>
        <w:t>ke yeh mushrikeen ki buniyad par khada hua hai to aap is ko kyun nahi bana dete dobara. yaani hazrat ibrahim wali buniyad par. yeh us waqt ki baat hai jab makka fateh ho chuka hai.</w:t>
      </w:r>
    </w:p>
    <w:p>
      <w:pPr>
        <w:jc w:val="right"/>
      </w:pPr>
      <w:r>
        <w:t>کہ یہ مشرکین کی بنیاد پر کھڑا ہوا ہے تو آپ اس کو کیوں نہیں بنا دیتے دوبارہ۔ یعنی حضرت ابراہیم والی بنیاد پر۔ یہ اس وقت کی بات ہے جب مکہ فتح ہو چکا ہے۔</w:t>
      </w:r>
    </w:p>
    <w:p>
      <w:r>
        <w:rPr>
          <w:b/>
        </w:rPr>
        <w:t xml:space="preserve">[1:39:24] </w:t>
      </w:r>
      <w:r>
        <w:t>makka mein islam ki hukoomat qai</w:t>
      </w:r>
    </w:p>
    <w:p>
      <w:pPr>
        <w:jc w:val="right"/>
      </w:pPr>
      <w:r>
        <w:t>مکہ میں اسلام کی حکومت قائ</w:t>
      </w:r>
    </w:p>
    <w:p>
      <w:r>
        <w:rPr>
          <w:b/>
        </w:rPr>
        <w:t xml:space="preserve">[1:39:26] </w:t>
      </w:r>
      <w:r>
        <w:t>m ho gayi hai. is ke sarbarah hain rasool Allah sallallahu alaihi wasallam. is riyasat ke aap sarbarah hain tab ki baat hai yeh. ke unhone kaha ke aap kyun nahi aisa karte ke is ko dobara tod kar ke.</w:t>
      </w:r>
    </w:p>
    <w:p>
      <w:pPr>
        <w:jc w:val="right"/>
      </w:pPr>
      <w:r>
        <w:t>م ہو گئی ہے۔ اس کے سربراہ ہیں رسول اللہ صلی اللہ علیہ وسلم۔ اس ریاست کے آپ سربراہ ہیں۔ تب کی بات ہے یہ۔ کہ انہوں نے کہا کہ آپ کیوں نہیں ایسا کرتے کہ اس کو دوبارہ توڑ کر کے۔</w:t>
      </w:r>
    </w:p>
    <w:p>
      <w:r>
        <w:rPr>
          <w:b/>
        </w:rPr>
        <w:t xml:space="preserve">[1:39:36] </w:t>
      </w:r>
      <w:r>
        <w:t>phir se banayein is tarah se jis tarike se hazrat ibrahim ke zamane mein tha yeh. jante hain kya kaha aap ne. yeh riwayat maujood hai sahih bukhari mein.</w:t>
      </w:r>
    </w:p>
    <w:p>
      <w:pPr>
        <w:jc w:val="right"/>
      </w:pPr>
      <w:r>
        <w:t>پھر سے بنائیں اس طرح سے جس طریقے سے حضرت ابراہیم کے زمانے میں تھا یہ۔ جانتے ہیں کیا کہا آپ نے۔ یہ روایت موجود ہے صحیح بخاری میں۔</w:t>
      </w:r>
    </w:p>
    <w:p>
      <w:r>
        <w:rPr>
          <w:b/>
        </w:rPr>
        <w:t xml:space="preserve">[1:39:48] </w:t>
      </w:r>
      <w:r>
        <w:t>ke aap ne kaha ke dekho yeh log abhi naye naye islam mein aaye hain woh bhadak jayenge.</w:t>
      </w:r>
    </w:p>
    <w:p>
      <w:pPr>
        <w:jc w:val="right"/>
      </w:pPr>
      <w:r>
        <w:t>کہ آپ نے کہا کہ دیکھو یہ لوگ ابھی نئے نئے اسلام میں آئے ہیں وہ بھڑک جائیں گے۔</w:t>
      </w:r>
    </w:p>
    <w:p>
      <w:r>
        <w:rPr>
          <w:b/>
        </w:rPr>
        <w:t xml:space="preserve">[1:39:55] </w:t>
      </w:r>
      <w:r>
        <w:t>woh khudsah hain abhi naye naye islam mein aaye hain bhadak jayenge. is mein kya cheez hai. aap jante hain ke mazhab mein koi cheez par jab bohat din beet jaye.</w:t>
      </w:r>
    </w:p>
    <w:p>
      <w:pPr>
        <w:jc w:val="right"/>
      </w:pPr>
      <w:r>
        <w:t>وہ خدساء ہیں ابھی نئے نئے اسلام میں آئے ہیں بھڑک جائیں گے۔ اس میں کیا چیز ہے۔ آپ جانتے ہیں کہ مذہب میں کوئی چیز پر جب بہت دن بیت جائے۔</w:t>
      </w:r>
    </w:p>
    <w:p>
      <w:r>
        <w:rPr>
          <w:b/>
        </w:rPr>
        <w:t xml:space="preserve">[1:40:05] </w:t>
      </w:r>
      <w:r>
        <w:t>to woh muqaddas ban jati hai woh. is mein taqaddus aa jati hai. to ek saakht jis ko woh dekhte aaye the sankaron saal se. is mein taqaddus aa chuki thi.</w:t>
      </w:r>
    </w:p>
    <w:p>
      <w:pPr>
        <w:jc w:val="right"/>
      </w:pPr>
      <w:r>
        <w:t>تو وہ مقدس بن جاتی ہے وہ۔ اس میں تقدس آ جاتی ہے۔ تو ایک ساخت جس کو وہ دیکھتے آئے تھے سینکڑوں سال سے۔ اس میں تقدس آ چکی تھی۔</w:t>
      </w:r>
    </w:p>
    <w:p>
      <w:r>
        <w:rPr>
          <w:b/>
        </w:rPr>
        <w:t xml:space="preserve">[1:40:16] </w:t>
      </w:r>
      <w:r>
        <w:t>woh kaaba ka tasawwur is se jud gaya tha ke kaaba aisa hota hai. to agar aap is ko toda jata. to ek jha</w:t>
      </w:r>
    </w:p>
    <w:p>
      <w:pPr>
        <w:jc w:val="right"/>
      </w:pPr>
      <w:r>
        <w:t>وہ کعبہ کا تصور اس سے جڑ گیا تھا کہ کعبہ ایسا ہوتا ہے۔ تو اگر آپ اس کو توڑا جاتا۔ تو ایک جھ</w:t>
      </w:r>
    </w:p>
    <w:p>
      <w:r>
        <w:rPr>
          <w:b/>
        </w:rPr>
        <w:t xml:space="preserve">[1:40:23] </w:t>
      </w:r>
      <w:r>
        <w:t>gda khra hota are ye to kaba tor dala unhon ne. to rasool allah sallallaho alaihi wasallam ne chunchke. chahte the ke jhagda na ho.</w:t>
      </w:r>
    </w:p>
    <w:p>
      <w:pPr>
        <w:jc w:val="right"/>
      </w:pPr>
      <w:r>
        <w:t>گڑا کھڑا ہوتا ارے یہ تو کعبہ توڑ ڈالا انہوں نے۔ تو رسول اللہ صلی اللہ علیہ وسلم نے چونکہ۔ چاہتے تھے کہ جھگڑا نہ ہو۔</w:t>
      </w:r>
    </w:p>
    <w:p>
      <w:r>
        <w:rPr>
          <w:b/>
        </w:rPr>
        <w:t xml:space="preserve">[1:40:33] </w:t>
      </w:r>
      <w:r>
        <w:t>islami amal chalta rahe. abhi dawah amal mukammal nahi hua tha. dawah amal ko abhi bohat aage jana tha. to aap ne kaba ko nahi chhora.</w:t>
      </w:r>
    </w:p>
    <w:p>
      <w:pPr>
        <w:jc w:val="right"/>
      </w:pPr>
      <w:r>
        <w:t>اسلامی عمل چلتا رہے۔ ابھی دعویٰ عمل مکمل نہیں ہوا تھا۔ دعویٰ عمل کو ابھی بہت آگے جانا تھا۔ تو آپ نے کعبہ کو نہیں چھوڑا۔</w:t>
      </w:r>
    </w:p>
    <w:p>
      <w:r>
        <w:rPr>
          <w:b/>
        </w:rPr>
        <w:t xml:space="preserve">[1:40:44] </w:t>
      </w:r>
      <w:r>
        <w:t>ye jante hue ke mere baad koi is ko nahi theek kar sake ga. is ka islah agar koi kar sakta tha to main kar sakta tha kyunke main peghambar hon.</w:t>
      </w:r>
    </w:p>
    <w:p>
      <w:pPr>
        <w:jc w:val="right"/>
      </w:pPr>
      <w:r>
        <w:t>یہ جانتے ہوئے کہ میرے بعد کوئی اس کو نہیں ٹھیک کر سکے گا۔ اس کا اصلاح اگر کوئی کر سکتا تھا تو میں کر سکتا تھا کیونکہ میں پیغمبر ہوں۔</w:t>
      </w:r>
    </w:p>
    <w:p>
      <w:r>
        <w:rPr>
          <w:b/>
        </w:rPr>
        <w:t xml:space="preserve">[1:40:53] </w:t>
      </w:r>
      <w:r>
        <w:t>jo aaj tareekh batati hai ke baad ko. yani hazrat jo khilafat rashida ke baad. abdullah ibn zubair makka ke governor bane.</w:t>
      </w:r>
    </w:p>
    <w:p>
      <w:pPr>
        <w:jc w:val="right"/>
      </w:pPr>
      <w:r>
        <w:t>جو آج تاریخ بتاتی ہے کہ بعد کو۔ یعنی حضرت جو خلافت راشدہ کے بعد۔ عبداللہ ابن زبیر مکہ کے گورنر بنے۔</w:t>
      </w:r>
    </w:p>
    <w:p>
      <w:r>
        <w:rPr>
          <w:b/>
        </w:rPr>
        <w:t xml:space="preserve">[1:41:05] </w:t>
      </w:r>
      <w:r>
        <w:t>abdullah ibn zubair. unhon ne kaba ko tod kar ke phir se waisa banaya. ibrahim wala kaba yani mustateel.</w:t>
      </w:r>
    </w:p>
    <w:p>
      <w:pPr>
        <w:jc w:val="right"/>
      </w:pPr>
      <w:r>
        <w:t>عبداللہ ابن زبیر۔ انہوں نے کعبہ کو توڑ کر کے پھر سے ویسا بنایا۔ ابراہیم والا کعبہ یعنی مستطیل۔</w:t>
      </w:r>
    </w:p>
    <w:p>
      <w:r>
        <w:rPr>
          <w:b/>
        </w:rPr>
        <w:t xml:space="preserve">[1:41:14] </w:t>
      </w:r>
      <w:r>
        <w:t>is ko logon ne bardasht nahi kiya. is ko tod diya gaya tod kar ke phir waisi kaba bana. chokor murabba.</w:t>
      </w:r>
    </w:p>
    <w:p>
      <w:pPr>
        <w:jc w:val="right"/>
      </w:pPr>
      <w:r>
        <w:t>اس کو لوگوں نے برداشت نہیں کیا۔ اس کو توڑ دیا گیا توڑ کر کے پھر ویسی کعبہ بنا۔ چوکور مربع۔</w:t>
      </w:r>
    </w:p>
    <w:p>
      <w:r>
        <w:rPr>
          <w:b/>
        </w:rPr>
        <w:t xml:space="preserve">[1:41:24] </w:t>
      </w:r>
      <w:r>
        <w:t>ab is se main ne kya liya. ek bohat bara usool mujhe mila. is ko main ne likha apni kitab mein islam rediscovered. ke status quoism.</w:t>
      </w:r>
    </w:p>
    <w:p>
      <w:pPr>
        <w:jc w:val="right"/>
      </w:pPr>
      <w:r>
        <w:t>اب اس سے میں نے کیا لیا۔ ایک بہت بڑا اصول مجھے ملا۔ اس کو میں نے لکھا اپنی کتاب میں اسلام ری ڈسکورڈ۔ کہ اسٹیٹس کوئزم۔</w:t>
      </w:r>
    </w:p>
    <w:p>
      <w:r>
        <w:rPr>
          <w:b/>
        </w:rPr>
        <w:t xml:space="preserve">[1:41:35] </w:t>
      </w:r>
      <w:r>
        <w:t>is ko main kehta hon musbat status quoism. is se main ne samjha ke dunya ke sab se bare status quo rasool allah sallallaho alaihi wasallam the. status quoism ka matlab kya hai.</w:t>
      </w:r>
    </w:p>
    <w:p>
      <w:pPr>
        <w:jc w:val="right"/>
      </w:pPr>
      <w:r>
        <w:t>اس کو میں کہتا ہوں مثبت اسٹیٹس کوئزم۔ اس سے میں نے سمجھا کہ دنیا کے سب سے بڑے اسٹیٹس کوئز رسول اللہ صلی اللہ علیہ وسلم تھے۔ اسٹیٹس کوئزم کا مطلب کیا ہے۔</w:t>
      </w:r>
    </w:p>
    <w:p>
      <w:r>
        <w:rPr>
          <w:b/>
        </w:rPr>
        <w:t xml:space="preserve">[1:41:47] </w:t>
      </w:r>
      <w:r>
        <w:t>jo jo surat e haal zahir kar rahi hai is se na takra kar ke. takraye baghair jo mawaqe hain us ko zahir karo.</w:t>
      </w:r>
    </w:p>
    <w:p>
      <w:pPr>
        <w:jc w:val="right"/>
      </w:pPr>
      <w:r>
        <w:t>جو جو صورتحال ظاہر کر رہی ہے اس سے نہ ٹکرا کر کے۔ ٹکرائے بغیر جو مواقع ہیں اس کو ظاہر کرو۔</w:t>
      </w:r>
    </w:p>
    <w:p>
      <w:r>
        <w:rPr>
          <w:b/>
        </w:rPr>
        <w:t xml:space="preserve">[1:41:59] </w:t>
      </w:r>
      <w:r>
        <w:t>to is zamane mein rasool allah sallallaho alaihi wasallam ne nahi toda na baad ko kabhi musalmanon ne toda is ko. to kaba ko na tod kar ke dawah amal chalana.</w:t>
      </w:r>
    </w:p>
    <w:p>
      <w:pPr>
        <w:jc w:val="right"/>
      </w:pPr>
      <w:r>
        <w:t>تو اس زمانے میں رسول اللہ صلی اللہ علیہ وسلم نے نہیں توڑا نہ بعد کو کبھی مسلمانوں نے توڑا اس کو۔ تو کعبہ کو نہ توڑ کر کے دعویٰ عمل چلانا۔</w:t>
      </w:r>
    </w:p>
    <w:p>
      <w:r>
        <w:rPr>
          <w:b/>
        </w:rPr>
        <w:t xml:space="preserve">[1:42:11] </w:t>
      </w:r>
      <w:r>
        <w:t>ye tha musbat status quoism.</w:t>
      </w:r>
    </w:p>
    <w:p>
      <w:pPr>
        <w:jc w:val="right"/>
      </w:pPr>
      <w:r>
        <w:t>یہ تھا مثبت اسٹیٹس کوئزم۔</w:t>
      </w:r>
    </w:p>
    <w:p>
      <w:r>
        <w:rPr>
          <w:b/>
        </w:rPr>
        <w:t xml:space="preserve">[1:42:14] </w:t>
      </w:r>
      <w:r>
        <w:t>ye kitna bara usool hai jis ko aaj sare musalman jante nahi. dunya bhar ke musalman kya kar rahe hain. status quo ko.</w:t>
      </w:r>
    </w:p>
    <w:p>
      <w:pPr>
        <w:jc w:val="right"/>
      </w:pPr>
      <w:r>
        <w:t>یہ کتنا بڑا اصول ہے جس کو آج سارے مسلمان جانتے نہیں۔ دنیا بھر کے مسلمان کیا کر رہے ہیں۔ اسٹیٹس کو کوئی توڑ</w:t>
      </w:r>
    </w:p>
    <w:p>
      <w:r>
        <w:rPr>
          <w:b/>
        </w:rPr>
        <w:t xml:space="preserve">[1:42:22] </w:t>
      </w:r>
      <w:r>
        <w:t>na chahte hain. jahan bhi dekhiye. chahe wo falasteen ho chahe kashmir ho. ya bosnia ho ya chechnya ho. filippine ho kahin bhi dekh lijiye aap.</w:t>
      </w:r>
    </w:p>
    <w:p>
      <w:pPr>
        <w:jc w:val="right"/>
      </w:pPr>
      <w:r>
        <w:t>نا چاہتے ہیں۔ جہاں بھی دیکھیے۔ چاہے وہ فلسطین ہو چاہے کشمیر ہو۔ یا بوسنیا ہو یا چیچنیا ہو۔ فلپائن ہو کہیں بھی دیکھ لیجیے آپ۔</w:t>
      </w:r>
    </w:p>
    <w:p>
      <w:r>
        <w:rPr>
          <w:b/>
        </w:rPr>
        <w:t xml:space="preserve">[1:42:30] </w:t>
      </w:r>
      <w:r>
        <w:t>burma ho. har jagah musalman kya kar rahe hain. jo status quo hai us ko todo. jab todo ge is ke baad apni dunya banayen ge hum is mein.</w:t>
      </w:r>
    </w:p>
    <w:p>
      <w:pPr>
        <w:jc w:val="right"/>
      </w:pPr>
      <w:r>
        <w:t>برما ہو۔ ہر جگہ مسلمان کیا کر رہے ہیں۔ جو اسٹیٹس کو ہے اس کو توڑو۔ جب توڑو گے اس کے بعد اپنی دنیا بنائیں گے ہم اس میں۔</w:t>
      </w:r>
    </w:p>
    <w:p>
      <w:r>
        <w:rPr>
          <w:b/>
        </w:rPr>
        <w:t xml:space="preserve">[1:42:40] </w:t>
      </w:r>
      <w:r>
        <w:t>ye bilkul islam ke khilaf hai rasool allah ke khilaf hai. to sab se bara usool musalman bhule hue hain. ke kitni bari misal hai ke rasool allah sallallaho alaihi wasallam ne.</w:t>
      </w:r>
    </w:p>
    <w:p>
      <w:pPr>
        <w:jc w:val="right"/>
      </w:pPr>
      <w:r>
        <w:t>یہ بالکل اسلام کے خلاف ہے رسول اللہ کے خلاف ہے۔ تو سب سے بڑا اصول مسلمان بھولے ہوئے ہیں۔ کہ کتنی بڑی مثال ہے کہ رسول اللہ صلی اللہ علیہ وسلم نے۔</w:t>
      </w:r>
    </w:p>
    <w:p>
      <w:r>
        <w:rPr>
          <w:b/>
        </w:rPr>
        <w:t xml:space="preserve">[1:42:52] </w:t>
      </w:r>
      <w:r>
        <w:t>kaba ko toda nahi.</w:t>
      </w:r>
    </w:p>
    <w:p>
      <w:pPr>
        <w:jc w:val="right"/>
      </w:pPr>
      <w:r>
        <w:t>کعبہ کو توڑا نہیں۔</w:t>
      </w:r>
    </w:p>
    <w:p>
      <w:r>
        <w:rPr>
          <w:b/>
        </w:rPr>
        <w:t xml:space="preserve">[1:42:55] </w:t>
      </w:r>
      <w:r>
        <w:t>ye jante hue ke ye to mushrikeen ki buniyad par khara hua hai. ye hai status quoism. is ko musbat is liye lagata hon.</w:t>
      </w:r>
    </w:p>
    <w:p>
      <w:pPr>
        <w:jc w:val="right"/>
      </w:pPr>
      <w:r>
        <w:t>یہ جانتے ہوئے کہ یہ تو مشرکین کی بنیاد پر کھڑا ہوا ہے۔ یہ ہے اسٹیٹس کوئزم۔ اس کو مثبت اس لیے لگاتا ہوں۔</w:t>
      </w:r>
    </w:p>
    <w:p>
      <w:r>
        <w:rPr>
          <w:b/>
        </w:rPr>
        <w:t xml:space="preserve">[1:43:06] </w:t>
      </w:r>
      <w:r>
        <w:t>musbat status quoism kyunke. agar aap is status quo ko man lein. to aap ko mawaqe milti hain. mawaqe milti hain na manen to ladaai bhadaai maar kaat fasad ye hota hai.</w:t>
      </w:r>
    </w:p>
    <w:p>
      <w:pPr>
        <w:jc w:val="right"/>
      </w:pPr>
      <w:r>
        <w:t>مثبت اسٹیٹس کوئزم کیونکہ۔ اگر آپ اس اسٹیٹس کو مان لیں۔ تو آپ کو مواقع ملتی ہیں۔ مواقع ملتی ہیں نہ مانیں تو لڑائی بھڑائی مار کاٹ فساد یہ ہوتا ہے۔</w:t>
      </w:r>
    </w:p>
    <w:p>
      <w:r>
        <w:rPr>
          <w:b/>
        </w:rPr>
        <w:t xml:space="preserve">[1:43:20] </w:t>
      </w:r>
      <w:r>
        <w:t>to itna bara usool islam ka. ke zindagi ke banane ke liye. koi nai dunya banane ke liye. sab se bari cheez jo chahiye wo status quoism hai.</w:t>
      </w:r>
    </w:p>
    <w:p>
      <w:pPr>
        <w:jc w:val="right"/>
      </w:pPr>
      <w:r>
        <w:t>تو اتنا بڑا اصول اسلام کا۔ کہ زندگی کے بنانے کے لیے۔ کوئی نئی دنیا بنانے کے لیے۔ سب سے بڑی چیز جو چاہیے وہ اسٹیٹس کوئزم ہے۔</w:t>
      </w:r>
    </w:p>
    <w:p>
      <w:r>
        <w:rPr>
          <w:b/>
        </w:rPr>
        <w:t xml:space="preserve">[1:43:33] </w:t>
      </w:r>
      <w:r>
        <w:t>sari dunya ke ek bhi musalman nahi jo is raaz ko janta ho. do so saal se ladaai kar rahe hain mar rahe hain. mar rahe hain lakhon log mar gaye.</w:t>
      </w:r>
    </w:p>
    <w:p>
      <w:pPr>
        <w:jc w:val="right"/>
      </w:pPr>
      <w:r>
        <w:t>ساری دنیا کے ایک بھی مسلمان نہیں جو اس راز کو جانتا ہو۔ دو سو سال سے لڑائی کر رہے ہیں مر رہے ہیں۔ مر رہے ہیں لاکھوں لوگ مر گئے۔</w:t>
      </w:r>
    </w:p>
    <w:p>
      <w:r>
        <w:rPr>
          <w:b/>
        </w:rPr>
        <w:t xml:space="preserve">[1:43:43] </w:t>
      </w:r>
      <w:r>
        <w:t>billion billion dollar ka nuqsan hua. kya kya nuqsanat hue hain sultan tipu se le kar aaj tak.</w:t>
      </w:r>
    </w:p>
    <w:p>
      <w:pPr>
        <w:jc w:val="right"/>
      </w:pPr>
      <w:r>
        <w:t>بلین بلین ڈالر کا نقصان ہوا۔ کیا کیا نقصانات ہوئے ہیں سلطان ٹیپو سے لے کر آج تک۔</w:t>
      </w:r>
    </w:p>
    <w:p>
      <w:r>
        <w:rPr>
          <w:b/>
        </w:rPr>
        <w:t xml:space="preserve">[1:43:51] </w:t>
      </w:r>
      <w:r>
        <w:t>yani itna nuqsan ke poori tareekh mein sare sare logon ko na hua hoga itna bara nuqsan. aur mila kuch bhi nahi nateeja khez. kyun is raaz ko nahi jante ke islam ka usool hai.</w:t>
      </w:r>
    </w:p>
    <w:p>
      <w:pPr>
        <w:jc w:val="right"/>
      </w:pPr>
      <w:r>
        <w:t>یعنی اتنا نقصان کہ پوری تاریخ میں سارے سارے لوگوں کو نہ ہوا ہوگا اتنا بڑا نقصان۔ اور ملا کچھ بھی نہیں نتیجہ خیز۔ کیوں اس راز کو نہیں جانتے کہ اسلام کا اصول ہے۔</w:t>
      </w:r>
    </w:p>
    <w:p>
      <w:r>
        <w:rPr>
          <w:b/>
        </w:rPr>
        <w:t xml:space="preserve">[1:44:02] </w:t>
      </w:r>
      <w:r>
        <w:t>status quoism ya musbat status quoism. sab masroof hain isi mein ke status quo ko todo. har jagah.</w:t>
      </w:r>
    </w:p>
    <w:p>
      <w:pPr>
        <w:jc w:val="right"/>
      </w:pPr>
      <w:r>
        <w:t>اسٹیٹس کوئزم یا مثبت اسٹیٹس کوئزم۔ سب مصروف ہیں اسی میں کہ اسٹیٹس کو کو توڑو۔ ہر جگہ۔</w:t>
      </w:r>
    </w:p>
    <w:p>
      <w:r>
        <w:rPr>
          <w:b/>
        </w:rPr>
        <w:t xml:space="preserve">[1:44:12] </w:t>
      </w:r>
      <w:r>
        <w:t>to aap dekhiye ke kitne be khabar hain log islam se log. aur hum se kehte hain ke aap ne naya islam nikala hai.</w:t>
      </w:r>
    </w:p>
    <w:p>
      <w:pPr>
        <w:jc w:val="right"/>
      </w:pPr>
      <w:r>
        <w:t>تو آپ دیکھیے کہ کتنے بے خبر ہیں لوگ اسلام سے لوگ۔ اور ہم سے کہتے ہیں کہ آپ نے نیا اسلام نکالا ہے۔</w:t>
      </w:r>
    </w:p>
    <w:p>
      <w:r>
        <w:rPr>
          <w:b/>
        </w:rPr>
        <w:t xml:space="preserve">[1:44:20] </w:t>
      </w:r>
      <w:r>
        <w:t>to main ne kal kaha tha aap ko yaad hoga. ke hum ne jo. jo islam ki baat batai hai jo hamari kitabein hain. un ko aap mawazna karte hain in logon ko is ki.</w:t>
      </w:r>
    </w:p>
    <w:p>
      <w:pPr>
        <w:jc w:val="right"/>
      </w:pPr>
      <w:r>
        <w:t>تو میں نے کل کہا تھا آپ کو یاد ہوگا۔ کہ ہم نے جو۔ جو اسلام کی بات بتائی ہے جو ہماری کتابیں ہیں۔ ان کو آپ موازنہ کرتے ہیں ان لوگوں کو اس کی۔</w:t>
      </w:r>
    </w:p>
    <w:p>
      <w:r>
        <w:rPr>
          <w:b/>
        </w:rPr>
        <w:t xml:space="preserve">[1:44:31] </w:t>
      </w:r>
      <w:r>
        <w:t>ghalat tashreeh se. is ko mawazna ki jiye islam se. quran se hadith se rasool allah se. to log kahengay aap wahi kar rahay hain jo wahan pe likha hua hai.</w:t>
      </w:r>
    </w:p>
    <w:p>
      <w:pPr>
        <w:jc w:val="right"/>
      </w:pPr>
      <w:r>
        <w:t>غلط تشریح سے۔ اس کو موازنہ کیجیے اسلام سے۔ قرآن سے حدیث سے رسول اللہ سے۔ تو لوگ کہیں گے آپ وہی کر رہے ہیں جو وہاں پہ لکھا ہوا ہے۔</w:t>
      </w:r>
    </w:p>
    <w:p>
      <w:r>
        <w:rPr>
          <w:b/>
        </w:rPr>
        <w:t xml:space="preserve">[1:44:42] </w:t>
      </w:r>
      <w:r>
        <w:t>ghalat mawazna ki waja se logon ko yeh sab. hamaray baray mein shuk o shuba hota hai.</w:t>
      </w:r>
    </w:p>
    <w:p>
      <w:pPr>
        <w:jc w:val="right"/>
      </w:pPr>
      <w:r>
        <w:t>غلط موازنہ کی وجہ سے لوگوں کو یہ سب۔ ہمارے بارے میں شک و شبہ ہوتا ہے۔</w:t>
      </w:r>
    </w:p>
    <w:p>
      <w:r>
        <w:rPr>
          <w:b/>
        </w:rPr>
        <w:t xml:space="preserve">[1:44:48] </w:t>
      </w:r>
      <w:r>
        <w:t>aap mawazna hamari baton ka kyun kar rahay hain in logon se. jinho nay ghalat tashreeh di. aap quran se kijiye hadith se kijiye. lekin hum to wahi kar rahay hain.</w:t>
      </w:r>
    </w:p>
    <w:p>
      <w:pPr>
        <w:jc w:val="right"/>
      </w:pPr>
      <w:r>
        <w:t>آپ موازنہ ہماری باتوں کا کیوں کر رہے ہیں ان لوگوں سے۔ جنہوں نے غلط تشریح دیا۔ آپ قرآن سے کیجیے حدیث سے کیجیے۔ لیکن ہم تو وہی کر رہے ہیں۔</w:t>
      </w:r>
    </w:p>
    <w:p>
      <w:r>
        <w:rPr>
          <w:b/>
        </w:rPr>
        <w:t xml:space="preserve">[1:45:00] </w:t>
      </w:r>
      <w:r>
        <w:t>yani isi aik cheez par hamaray khilaf bohat toofan hai sari dunya mein. ke hum to kehtay hain ke sulah kar lo hum to kehtay hain ke na laro. hum to kehtay hain ke jihad mat karo.</w:t>
      </w:r>
    </w:p>
    <w:p>
      <w:pPr>
        <w:jc w:val="right"/>
      </w:pPr>
      <w:r>
        <w:t>یعنی اسی ایک چیز پر ہمارے خلاف بہت طوفان ہے ساری دنیا میں۔ کہ ہم تو کہتے ہیں کہ صلح کر لو ہم تو کہتے ہیں کہ نہ لڑو۔ ہم تو کہتے ہیں کہ جہاد مت کرو۔</w:t>
      </w:r>
    </w:p>
    <w:p>
      <w:r>
        <w:rPr>
          <w:b/>
        </w:rPr>
        <w:t xml:space="preserve">[1:45:10] </w:t>
      </w:r>
      <w:r>
        <w:t>aur yeh to rasool allah ka tareeqa hai.</w:t>
      </w:r>
    </w:p>
    <w:p>
      <w:pPr>
        <w:jc w:val="right"/>
      </w:pPr>
      <w:r>
        <w:t>اور یہ تو رسول اللہ کا طریقہ ہے۔</w:t>
      </w:r>
    </w:p>
    <w:p>
      <w:r>
        <w:rPr>
          <w:b/>
        </w:rPr>
        <w:t xml:space="preserve">[1:45:14] </w:t>
      </w:r>
      <w:r>
        <w:t>yani misbat status quoism jo hai rasool allah ki sab se bari sunnat hai. ke jo soorat e haal ghalib aa rahi hai. us ko na larr kar ke.</w:t>
      </w:r>
    </w:p>
    <w:p>
      <w:pPr>
        <w:jc w:val="right"/>
      </w:pPr>
      <w:r>
        <w:t>یعنی مثبت اسٹیٹس کوئزم جو ہے رسول اللہ کی سب سے بڑی سنت ہے۔ کہ جو صورتحال غالب آ رہی ہے۔ اس کو نہ لڑ کر کے۔</w:t>
      </w:r>
    </w:p>
    <w:p>
      <w:r>
        <w:rPr>
          <w:b/>
        </w:rPr>
        <w:t xml:space="preserve">[1:45:24] </w:t>
      </w:r>
      <w:r>
        <w:t>jo mawaqay hain us ko zahir karo. us ka formula mein nay banaya hai ke. ignore the problem and avail the opportunities.</w:t>
      </w:r>
    </w:p>
    <w:p>
      <w:pPr>
        <w:jc w:val="right"/>
      </w:pPr>
      <w:r>
        <w:t>جو مواقع ہیں اس کو ظاہر کرو۔ اس کا فارمولا میں نے بنایا ہے کہ۔ اگنور دا پرابلم اینڈ اویل دا اپرچونیٹیز۔</w:t>
      </w:r>
    </w:p>
    <w:p>
      <w:r>
        <w:rPr>
          <w:b/>
        </w:rPr>
        <w:t xml:space="preserve">[1:45:34] </w:t>
      </w:r>
      <w:r>
        <w:t>yeh hai misbat status quoism. aur sari musalmanon mein aik bhi nahi hai jo aap jis ka naam lay saken aap jo is raaz ko janta ho.</w:t>
      </w:r>
    </w:p>
    <w:p>
      <w:pPr>
        <w:jc w:val="right"/>
      </w:pPr>
      <w:r>
        <w:t>یہ ہے مثبت اسٹیٹس کوئزم۔ اور سارے مسلمانوں میں ایک بھی نہیں ہے جو آپ جس کا نام لے سکیں آپ جو اس راز کو جانتا ہو۔</w:t>
      </w:r>
    </w:p>
    <w:p>
      <w:r>
        <w:rPr>
          <w:b/>
        </w:rPr>
        <w:t xml:space="preserve">[1:45:42] </w:t>
      </w:r>
      <w:r>
        <w:t>isi liye hadith mein aata hai ke. badal islam wa ghariban wa sahood kama bada fa toobah ala al gharaba. ke islam shuru hua to woh ajnabi tha.</w:t>
      </w:r>
    </w:p>
    <w:p>
      <w:pPr>
        <w:jc w:val="right"/>
      </w:pPr>
      <w:r>
        <w:t>اسی لیے حدیث میں آتا ہے کہ۔ بدال اسلام و غریباً وسیعود کما بدا فتوبہ علی الغرباء۔ کہ اسلام شروع ہوا تو وہ اجنبی تھا۔</w:t>
      </w:r>
    </w:p>
    <w:p>
      <w:r>
        <w:rPr>
          <w:b/>
        </w:rPr>
        <w:t xml:space="preserve">[1:45:55] </w:t>
      </w:r>
      <w:r>
        <w:t>aur phir waqt aaye ga ke woh ajnabi ho jaye ga. to wahi wahi zamana hai.</w:t>
      </w:r>
    </w:p>
    <w:p>
      <w:pPr>
        <w:jc w:val="right"/>
      </w:pPr>
      <w:r>
        <w:t>اور پھر وقت آئے گا کہ وہ اجنبی ہو جائے گا۔ تو وہی وہی زمانہ ہے۔</w:t>
      </w:r>
    </w:p>
    <w:p>
      <w:r>
        <w:rPr>
          <w:b/>
        </w:rPr>
        <w:t xml:space="preserve">[1:46:02] </w:t>
      </w:r>
      <w:r>
        <w:t>wahi zamana hai ke ajnabi ho gaya hai islam. asal jo islam ki tasweer hai asal jo islam ki taleem hai. woh ajnabi ban gayi hai.</w:t>
      </w:r>
    </w:p>
    <w:p>
      <w:pPr>
        <w:jc w:val="right"/>
      </w:pPr>
      <w:r>
        <w:t>وہی زمانہ ہے کہ اجنبی ہو گیا ہے اسلام۔ اصل جو اسلام کی تصویر ہے اصل جو اسلام کی تعلیم ہے۔ وہ اجنبی بن گئی ہے۔</w:t>
      </w:r>
    </w:p>
    <w:p>
      <w:r>
        <w:rPr>
          <w:b/>
        </w:rPr>
        <w:t xml:space="preserve">[1:46:12] </w:t>
      </w:r>
      <w:r>
        <w:t>dekhiye. wahan par. rasool allah sallallahu alaihi wasallam nay hajj kiya tha. to aik hadith aati hai ke aap hajj kar ke jab farigh huay.</w:t>
      </w:r>
    </w:p>
    <w:p>
      <w:pPr>
        <w:jc w:val="right"/>
      </w:pPr>
      <w:r>
        <w:t>دیکھیے۔ وہاں پر۔ رسول اللہ صلی اللہ علیہ وسلم نے حج کیا تھا۔ تو ایک حدیث آتی ہے کہ آپ حج کر کے جب فارغ ہوئے۔</w:t>
      </w:r>
    </w:p>
    <w:p>
      <w:r>
        <w:rPr>
          <w:b/>
        </w:rPr>
        <w:t xml:space="preserve">[1:46:23] </w:t>
      </w:r>
      <w:r>
        <w:t>to ghaliban mina mein aap bethe huay thay. to log aap ke paas atay thay. aur maslay poochtay thay.</w:t>
      </w:r>
    </w:p>
    <w:p>
      <w:pPr>
        <w:jc w:val="right"/>
      </w:pPr>
      <w:r>
        <w:t>تو غالباً منیٰ میں آپ بیٹھے ہوئے تھے۔ تو لوگ آپ کے پاس آتے تھے۔ اور مسئلے پوچھتے تھے۔</w:t>
      </w:r>
    </w:p>
    <w:p>
      <w:r>
        <w:rPr>
          <w:b/>
        </w:rPr>
        <w:t xml:space="preserve">[1:46:34] </w:t>
      </w:r>
      <w:r>
        <w:t>to is mein aata hai ke aksar log yeh ab kehtay thay ke hum nay yeh yeh pehlay kar liya aur baad ko kar liya.</w:t>
      </w:r>
    </w:p>
    <w:p>
      <w:pPr>
        <w:jc w:val="right"/>
      </w:pPr>
      <w:r>
        <w:t>تو اس میں آتا ہے کہ اکثر لوگ یہ اب کہتے تھے کہ ہم نے یہ یہ پہلے کر لیا اور بعد کو کر لیا۔</w:t>
      </w:r>
    </w:p>
    <w:p>
      <w:r>
        <w:rPr>
          <w:b/>
        </w:rPr>
        <w:t xml:space="preserve">[1:46:39] </w:t>
      </w:r>
      <w:r>
        <w:t>misalan haji jo jata hai to pehlay tawaf karta hai. baad ko saee karta hai. to woh keh rahay thay ke hum nay saee pehlay kar liya aur tawaf baad ko kiya. to.</w:t>
      </w:r>
    </w:p>
    <w:p>
      <w:pPr>
        <w:jc w:val="right"/>
      </w:pPr>
      <w:r>
        <w:t>مثلاً حاجی جو جاتا ہے تو پہلے طواف کرتا ہے۔ بعد کو سعی کرتا ہے۔ تو وہ کہہ رہے تھے کہ ہم نے سعی پہلے کر لیا اور طواف بعد کو کیا۔ تو۔</w:t>
      </w:r>
    </w:p>
    <w:p>
      <w:r>
        <w:rPr>
          <w:b/>
        </w:rPr>
        <w:t xml:space="preserve">[1:46:51] </w:t>
      </w:r>
      <w:r>
        <w:t>yeh aa kar poochtay thay ke hamara hajj hua ke nahi hua. to aap kehtay thay ke. af al wa la haraj af al wa la haraj.</w:t>
      </w:r>
    </w:p>
    <w:p>
      <w:pPr>
        <w:jc w:val="right"/>
      </w:pPr>
      <w:r>
        <w:t>یہ آ کر پوچھتے تھے کہ ہمارا حج ہوا کہ نہیں ہوا۔ تو آپ کہتے تھے کہ۔ افعل ولا حرج افعل ولا حرج۔</w:t>
      </w:r>
    </w:p>
    <w:p>
      <w:r>
        <w:rPr>
          <w:b/>
        </w:rPr>
        <w:t xml:space="preserve">[1:47:03] </w:t>
      </w:r>
      <w:r>
        <w:t>kar lo koi haraj nahi kar lo koi haraj nahi. haraj kiya</w:t>
      </w:r>
    </w:p>
    <w:p>
      <w:pPr>
        <w:jc w:val="right"/>
      </w:pPr>
      <w:r>
        <w:t>کر لو کوئی حرج نہیں کر لو کوئی حرج نہیں۔ حرج کیا</w:t>
      </w:r>
    </w:p>
    <w:p>
      <w:r>
        <w:rPr>
          <w:b/>
        </w:rPr>
        <w:t xml:space="preserve">[1:47:07] </w:t>
      </w:r>
      <w:r>
        <w:t>hai haraj to yeh hai. is shakhs ke liye is is shakhs nay haraj ka kaam kiya yani ghalat kaam kiya. aftarz arz rajul muslim.</w:t>
      </w:r>
    </w:p>
    <w:p>
      <w:pPr>
        <w:jc w:val="right"/>
      </w:pPr>
      <w:r>
        <w:t>ہے حرج تو یہ ہے۔ اس شخص کے لیے اس اس شخص نے حرج کا کام کیا یعنی غلط کام کیا۔ افترض عرض رجل مسلم۔</w:t>
      </w:r>
    </w:p>
    <w:p>
      <w:r>
        <w:rPr>
          <w:b/>
        </w:rPr>
        <w:t xml:space="preserve">[1:47:18] </w:t>
      </w:r>
      <w:r>
        <w:t>yani yeh jo agay peechay ho gaya. is se hajj mein koi farq nahi pada. sab se bari ghalati sab se bara gunah to yeh hai ke tum kisi insaan ko be izzat karo.</w:t>
      </w:r>
    </w:p>
    <w:p>
      <w:pPr>
        <w:jc w:val="right"/>
      </w:pPr>
      <w:r>
        <w:t>یعنی یہ جو آگے پیچھے ہو گیا۔ اس سے حج میں کوئی فرق نہیں پڑا۔ سب سے بڑی غلطی سب سے بڑا گناہ تو یہ ہے کہ تم کسی انسان کو بے عزت کرو۔</w:t>
      </w:r>
    </w:p>
    <w:p>
      <w:r>
        <w:rPr>
          <w:b/>
        </w:rPr>
        <w:t xml:space="preserve">[1:47:31] </w:t>
      </w:r>
      <w:r>
        <w:t>zara ghore kijiye. kitni bari baat hai yeh. ke sab se bara gunah to yeh hai ke tum kisi insaan ko be izzat karo. aa</w:t>
      </w:r>
    </w:p>
    <w:p>
      <w:pPr>
        <w:jc w:val="right"/>
      </w:pPr>
      <w:r>
        <w:t>ذرا غور کیجیے۔ کتنی بڑی بات ہے یہ۔ کہ سب سے بڑا گناہ تو یہ ہے کہ تم کسی انسان کو بے عزت کرو۔ آ</w:t>
      </w:r>
    </w:p>
    <w:p>
      <w:r>
        <w:rPr>
          <w:b/>
        </w:rPr>
        <w:t xml:space="preserve">[1:47:41] </w:t>
      </w:r>
      <w:r>
        <w:t>j kal kya hai zara sa idhar udhar ho jata hai to isi pe lartay hain. ke mera hajj bigar gaya mera hajj kharab ho gaya. halankay rasool allah keh rahay hain ke yeh agay peechay ho gaya to is se koi farq nahi pada.</w:t>
      </w:r>
    </w:p>
    <w:p>
      <w:pPr>
        <w:jc w:val="right"/>
      </w:pPr>
      <w:r>
        <w:t>ج کل کیا ہے ذرا سا ادھر ادھر ہو جاتا ہے تو اسی پہ لڑتے ہیں۔ کہ میرا حج بگڑ گیا میرا حج خراب ہو گیا۔ حالانکہ رسول اللہ کہہ رہے ہیں کہ یہ آگے پیچھے ہو گیا تو اس سے کوئی فرق نہیں پڑا۔</w:t>
      </w:r>
    </w:p>
    <w:p>
      <w:r>
        <w:rPr>
          <w:b/>
        </w:rPr>
        <w:t xml:space="preserve">[1:47:52] </w:t>
      </w:r>
      <w:r>
        <w:t>af al wa la haraj af al wa la haraj. sab se bari jo haraj ki baat hai sab se bara jo gunah hai. woh kya hai ke tum kisi insaan ko be izzat karo.</w:t>
      </w:r>
    </w:p>
    <w:p>
      <w:pPr>
        <w:jc w:val="right"/>
      </w:pPr>
      <w:r>
        <w:t>افعل ولا حرج افعل ولا حرج۔ سب سے بڑی جو حرج کی بات ہے سب سے بڑا جو گناہ ہے۔ وہ کیا ہے کہ تم کسی انسان کو بے عزت کرو۔</w:t>
      </w:r>
    </w:p>
    <w:p>
      <w:r>
        <w:rPr>
          <w:b/>
        </w:rPr>
        <w:t xml:space="preserve">[1:48:03] </w:t>
      </w:r>
      <w:r>
        <w:t>us ki aabro rezi karo. us ko be izzat do us ko.</w:t>
      </w:r>
    </w:p>
    <w:p>
      <w:pPr>
        <w:jc w:val="right"/>
      </w:pPr>
      <w:r>
        <w:t>اس کی آبرو ریزی کرو۔ اس کو بے عزت دو اس کو۔</w:t>
      </w:r>
    </w:p>
    <w:p>
      <w:r>
        <w:rPr>
          <w:b/>
        </w:rPr>
        <w:t xml:space="preserve">[1:48:09] </w:t>
      </w:r>
      <w:r>
        <w:t>itna bara sabak hai hajj mein. lekin wahan se log. zam zam ka pani to le kar atay hain lekin yeh sabak le kar koi nahi aata.</w:t>
      </w:r>
    </w:p>
    <w:p>
      <w:pPr>
        <w:jc w:val="right"/>
      </w:pPr>
      <w:r>
        <w:t>اتنا بڑا سبق ہے حج میں۔ لیکن وہاں سے لوگ۔ زم زم کا پانی تو لے کر آتے ہیں لیکن یہ سبق لے کر کوئی نہیں آتا۔</w:t>
      </w:r>
    </w:p>
    <w:p>
      <w:r>
        <w:rPr>
          <w:b/>
        </w:rPr>
        <w:t xml:space="preserve">[1:48:19] </w:t>
      </w:r>
      <w:r>
        <w:t>zam zam ka pani aur madina ki mitti. aur khajoor. yahi wahan se le kar atay hain. aik sahib hajj kar ke aaye becharay boorhay thay woh boorhay ka matlab yeh ke.</w:t>
      </w:r>
    </w:p>
    <w:p>
      <w:pPr>
        <w:jc w:val="right"/>
      </w:pPr>
      <w:r>
        <w:t>زم زم کا پانی اور مدینہ کی مٹی۔ اور کھجور۔ یہی وہاں سے لے کر آتے ہیں۔ ایک صاحب حج کر کے آئے بیچارے بوڑھے تھے وہ بوڑھے کا مطلب یہ کہ۔</w:t>
      </w:r>
    </w:p>
    <w:p>
      <w:r>
        <w:rPr>
          <w:b/>
        </w:rPr>
        <w:t xml:space="preserve">[1:48:31] </w:t>
      </w:r>
      <w:r>
        <w:t>senior aadmi. to is se unhon ne poocha ke bhai haj ka kya sabaq le kar aaye aap. yeh sacha qissa bata raha hoon aap ko.</w:t>
      </w:r>
    </w:p>
    <w:p>
      <w:pPr>
        <w:jc w:val="right"/>
      </w:pPr>
      <w:r>
        <w:t>سینئر آدمی۔ تو اس سے انہوں نے پوچھا کہ بھئی حج کا کیا سبق لے کر آئے آپ۔ یہ سچا قصہ بتا رہا ہوں آپ کو۔</w:t>
      </w:r>
    </w:p>
    <w:p>
      <w:r>
        <w:rPr>
          <w:b/>
        </w:rPr>
        <w:t xml:space="preserve">[1:48:38] </w:t>
      </w:r>
      <w:r>
        <w:t>kehte hain wahan kya hai wahan to yahi hai zam zam hai aur khajoor hai aur madine ki mitti hai. yeh sabaq hai wahan par.</w:t>
      </w:r>
    </w:p>
    <w:p>
      <w:pPr>
        <w:jc w:val="right"/>
      </w:pPr>
      <w:r>
        <w:t>کہتے ہیں وہاں کیا ہے وہاں تو یہی ہے زم زم ہے اور کھجور ہے اور مدینے کی مٹی ہے۔ یہ سبق ہے وہاں پر۔</w:t>
      </w:r>
    </w:p>
    <w:p>
      <w:r>
        <w:rPr>
          <w:b/>
        </w:rPr>
        <w:t xml:space="preserve">[1:48:49] </w:t>
      </w:r>
      <w:r>
        <w:t>sahaba ke zamane mein to koi nahi kehta tha ke madine ki mitti koi muqaddas hai. is ko aaj kal banate hain bana bana kar le aate hain. woh mein ne mujhe kisi ne diya tha aik.</w:t>
      </w:r>
    </w:p>
    <w:p>
      <w:pPr>
        <w:jc w:val="right"/>
      </w:pPr>
      <w:r>
        <w:t>صحابہ کے زمانے میں تو کوئی نہیں کہتا تھا کہ مدینے کی مٹی کوئی مقدس ہے۔ اس کو آج کل بناتے ہیں بنا بنا کر لے آتے ہیں۔ وہ میں نے مجھے کسی نے دیا تھا ایک۔</w:t>
      </w:r>
    </w:p>
    <w:p>
      <w:r>
        <w:rPr>
          <w:b/>
        </w:rPr>
        <w:t xml:space="preserve">[1:49:00] </w:t>
      </w:r>
      <w:r>
        <w:t>biscuit ki tarah banate hain.</w:t>
      </w:r>
    </w:p>
    <w:p>
      <w:pPr>
        <w:jc w:val="right"/>
      </w:pPr>
      <w:r>
        <w:t>بسکٹ کی طرح بناتے ہیں۔</w:t>
      </w:r>
    </w:p>
    <w:p>
      <w:r>
        <w:rPr>
          <w:b/>
        </w:rPr>
        <w:t xml:space="preserve">[1:49:03] </w:t>
      </w:r>
      <w:r>
        <w:t>to woh buzurg aadmi hain jo parhe likhe the baqayda parhe likhe aadmi the woh. mein ne un se poocha ke yeh haj ka koi sabaq bataiye jo aap le kar aaye hain wahan se. to yeh kehte hain ke bas wahan kya hai wahan to yeh.</w:t>
      </w:r>
    </w:p>
    <w:p>
      <w:pPr>
        <w:jc w:val="right"/>
      </w:pPr>
      <w:r>
        <w:t>تو وہ بزرگ آدمی ہیں جو پڑھے لکھے تھے باقاعدہ پڑھے لکھے آدمی تھے وہ۔ میں نے ان سے پوچھا کہ یہ حج کا کوئی سبق بتائیے جو آپ لے کر آئے ہیں وہاں سے۔ تو یہ کہتے ہیں کہ بس وہاں کیا ہے وہاں تو یہ۔</w:t>
      </w:r>
    </w:p>
    <w:p>
      <w:r>
        <w:rPr>
          <w:b/>
        </w:rPr>
        <w:t xml:space="preserve">[1:49:16] </w:t>
      </w:r>
      <w:r>
        <w:t>zam zam ka pani hai aur khajoor hai. aur woh madine ki mitti hai aur haram ki buildingen batane lage ke itni bari building hoti hai bari building.</w:t>
      </w:r>
    </w:p>
    <w:p>
      <w:pPr>
        <w:jc w:val="right"/>
      </w:pPr>
      <w:r>
        <w:t>زم زم کا پانی ہے اور کھجور ہے۔ اور وہ مدینے کی مٹی ہے اور حرم کی بلڈنگیں بتانے لگے کہ اتنی بڑی بلڈنگ ہوتی ہے بڑی بلڈنگ۔</w:t>
      </w:r>
    </w:p>
    <w:p>
      <w:r>
        <w:rPr>
          <w:b/>
        </w:rPr>
        <w:t xml:space="preserve">[1:49:26] </w:t>
      </w:r>
      <w:r>
        <w:t>yani jo wahan par jo rohani sabaq hai. jo islami taleem hai. insaniyat ke liye jo bare bare wahan par usool milte hain. woh koi le kar aata nahi hai.</w:t>
      </w:r>
    </w:p>
    <w:p>
      <w:pPr>
        <w:jc w:val="right"/>
      </w:pPr>
      <w:r>
        <w:t>یعنی جو وہاں پر جو روحانی سبق ہے۔ جو اسلامی تعلیم ہے۔ انسانیت کے لیے جو بڑے بڑے وہاں پر اصول ملتے ہیں۔ وہ کوئی لے کر آتا نہیں ہے۔</w:t>
      </w:r>
    </w:p>
    <w:p>
      <w:r>
        <w:rPr>
          <w:b/>
        </w:rPr>
        <w:t xml:space="preserve">[1:49:37] </w:t>
      </w:r>
      <w:r>
        <w:t>aik bhi haji mujhe ab tak nahi mila hai jo wahan ke bare bare jo usool wahan par. hain is ko le kar ao aur bataein logon ko.</w:t>
      </w:r>
    </w:p>
    <w:p>
      <w:pPr>
        <w:jc w:val="right"/>
      </w:pPr>
      <w:r>
        <w:t>ایک بھی حاجی مجھے اب تک نہیں ملا ہے جو وہاں کے بڑے بڑے جو اصول وہاں پر۔ ہیں اس کو لے کر آؤ اور بتائیں لوگوں کو۔</w:t>
      </w:r>
    </w:p>
    <w:p>
      <w:r>
        <w:rPr>
          <w:b/>
        </w:rPr>
        <w:t xml:space="preserve">[1:49:50] </w:t>
      </w:r>
      <w:r>
        <w:t>mein ne kitabon mein aik qissa parha ke jab yeh makkah fatah hua. to aap jante hain ke mushrik log bhi makkah par cover dala karte the.</w:t>
      </w:r>
    </w:p>
    <w:p>
      <w:pPr>
        <w:jc w:val="right"/>
      </w:pPr>
      <w:r>
        <w:t>میں نے کتابوں میں ایک قصہ پڑھا کہ جب یہ مکہ فتح ہوا۔ تو آپ جانتے ہیں کہ مشرک لوگ بھی مکے پر کور ڈالا کرتے تھے۔</w:t>
      </w:r>
    </w:p>
    <w:p>
      <w:r>
        <w:rPr>
          <w:b/>
        </w:rPr>
        <w:t xml:space="preserve">[1:50:00] </w:t>
      </w:r>
      <w:r>
        <w:t>jis ko hum kehte hain ghilaf e kaba. ghilaf e kaba. to poori jo woh building hai chokor us par cover dala jata hai. pehle bhi hota tha ab bhi hota hai.</w:t>
      </w:r>
    </w:p>
    <w:p>
      <w:pPr>
        <w:jc w:val="right"/>
      </w:pPr>
      <w:r>
        <w:t>جس کو ہم کہتے ہیں غلاف کعبہ۔ غلاف کعبہ۔ تو پوری جو وہ بلڈنگ ہے چوکور اس پر کور ڈالا جاتا ہے۔ پہلے بھی ہوتا تھا اب بھی ہوتا ہے۔</w:t>
      </w:r>
    </w:p>
    <w:p>
      <w:r>
        <w:rPr>
          <w:b/>
        </w:rPr>
        <w:t xml:space="preserve">[1:50:11] </w:t>
      </w:r>
      <w:r>
        <w:t>to</w:t>
      </w:r>
    </w:p>
    <w:p>
      <w:pPr>
        <w:jc w:val="right"/>
      </w:pPr>
      <w:r>
        <w:t>تو</w:t>
      </w:r>
    </w:p>
    <w:p>
      <w:r>
        <w:rPr>
          <w:b/>
        </w:rPr>
        <w:t xml:space="preserve">[1:50:12] </w:t>
      </w:r>
      <w:r>
        <w:t>jab makkah fatah hua. yani mushrikeen ka qabza khatam hua aur musalmanon ka qabza wahan aya. to aaj kal ke musalman agar hon to kya karengay.</w:t>
      </w:r>
    </w:p>
    <w:p>
      <w:pPr>
        <w:jc w:val="right"/>
      </w:pPr>
      <w:r>
        <w:t>جب مکہ فتح ہوا۔ یعنی مشرکین کا قبضہ ختم ہوا اور مسلمانوں کا قبضہ وہاں آیا۔ تو آج کل کے مسلمان اگر ہوں تو کیا کریں گے۔</w:t>
      </w:r>
    </w:p>
    <w:p>
      <w:r>
        <w:rPr>
          <w:b/>
        </w:rPr>
        <w:t xml:space="preserve">[1:50:23] </w:t>
      </w:r>
      <w:r>
        <w:t>sab se pehle kaba ke is cover ko utarengay. kyunke yeh to mushrikeen ke hath ka hai mushrikeen ke paise ka hai mushrikeen ko banaya hua hai. yeh alamat hai.</w:t>
      </w:r>
    </w:p>
    <w:p>
      <w:pPr>
        <w:jc w:val="right"/>
      </w:pPr>
      <w:r>
        <w:t>سب سے پہلے کعبہ کے اس کور کو اتاریں گے۔ کیونکہ یہ تو مشرکین کے ہاتھ کا ہے مشرکین کے پیسے کا ہے مشرکین کو بنایا ہوا ہے۔ یہ علامت ہے۔</w:t>
      </w:r>
    </w:p>
    <w:p>
      <w:r>
        <w:rPr>
          <w:b/>
        </w:rPr>
        <w:t xml:space="preserve">[1:50:32] </w:t>
      </w:r>
      <w:r>
        <w:t>yani kaba ke is ghilaf ko. musalman yeh kahengay ke yeh to. alamat hai yeh alamat hai to mushrikeen ke qabze ka.</w:t>
      </w:r>
    </w:p>
    <w:p>
      <w:pPr>
        <w:jc w:val="right"/>
      </w:pPr>
      <w:r>
        <w:t>یعنی کعبہ کے اس غلاف کو۔ مسلمان یہ کہیں گے کہ یہ تو۔ علامت ہے یہ علامت ہے تو مشرکین کے قبضے کا۔</w:t>
      </w:r>
    </w:p>
    <w:p>
      <w:r>
        <w:rPr>
          <w:b/>
        </w:rPr>
        <w:t xml:space="preserve">[1:50:43] </w:t>
      </w:r>
      <w:r>
        <w:t>yeh mushrik mushrik is ko qabza kiye hue the to unhon ne ghilaf dala. to mushrikeen ki pehchan yeh hai in ki almatein khatam karo pehle.</w:t>
      </w:r>
    </w:p>
    <w:p>
      <w:pPr>
        <w:jc w:val="right"/>
      </w:pPr>
      <w:r>
        <w:t>یہ مشرک مشرک اس کو قبضہ کیے ہوئے تھے تو انہوں نے غلاف ڈالا۔ تو مشرکین کی پہچان یہ ہے ان کی علامتیں ختم کرو پہلے۔</w:t>
      </w:r>
    </w:p>
    <w:p>
      <w:r>
        <w:rPr>
          <w:b/>
        </w:rPr>
        <w:t xml:space="preserve">[1:50:53] </w:t>
      </w:r>
      <w:r>
        <w:t>aap jante hain wahan kya hua kuch bhi nahi. na kisi ne aisi mang ki na is ko badla gaya.</w:t>
      </w:r>
    </w:p>
    <w:p>
      <w:pPr>
        <w:jc w:val="right"/>
      </w:pPr>
      <w:r>
        <w:t>آپ جانتے ہیں وہاں کیا ہوا کچھ بھی نہیں۔ نہ کسی نے ایسی مانگ کی نہ اس کو بدلا گیا۔</w:t>
      </w:r>
    </w:p>
    <w:p>
      <w:r>
        <w:rPr>
          <w:b/>
        </w:rPr>
        <w:t xml:space="preserve">[1:50:59] </w:t>
      </w:r>
      <w:r>
        <w:t>mushrikeen ke zamane ka jo ghilaf tha wohi chalta raha. kaisi ajeeb baat hai aur isi ghilaf ko pakar kar dua ki jati hai. aap ghore kijiye ghilaf e kaba ko pakar kar har haji dua karta hai.</w:t>
      </w:r>
    </w:p>
    <w:p>
      <w:pPr>
        <w:jc w:val="right"/>
      </w:pPr>
      <w:r>
        <w:t>مشرکین کے زمانے کا جو غلاف تھا وہی چلتا رہا۔ کیسی عجیب بات ہے اور اسی غلاف کو پکڑ کر دعا کی جاتی ہے۔ آپ غور کیجیے غلاف کعبہ کو پکڑ کر ہر حاجی دعا کرتا ہے۔</w:t>
      </w:r>
    </w:p>
    <w:p>
      <w:r>
        <w:rPr>
          <w:b/>
        </w:rPr>
        <w:t xml:space="preserve">[1:51:12] </w:t>
      </w:r>
      <w:r>
        <w:t>to woh woh ghilaf jo mushrikeen ke paise par tha. mushrikeen ke hathon ne banaya tha. mushrikeen ka kapra tha. woh kaba par latak raha hai koi is ko badalne ko kuch kehta nahi is se.</w:t>
      </w:r>
    </w:p>
    <w:p>
      <w:pPr>
        <w:jc w:val="right"/>
      </w:pPr>
      <w:r>
        <w:t>تو وہ وہ غلاف جو مشرکین کے پیسے پر تھا۔ مشرکین کے ہاتھوں نے بنایا تھا۔ مشرکین کا کپڑا تھا۔ وہ کعبہ پر لٹک رہا ہے کوئی اس کو بدلنے کو کچھ کہتا نہیں اس سے۔</w:t>
      </w:r>
    </w:p>
    <w:p>
      <w:r>
        <w:rPr>
          <w:b/>
        </w:rPr>
        <w:t xml:space="preserve">[1:51:25] </w:t>
      </w:r>
      <w:r>
        <w:t>na rasool Allah salallaho alaihi wasallam ne order diya ke is ko badlo.</w:t>
      </w:r>
    </w:p>
    <w:p>
      <w:pPr>
        <w:jc w:val="right"/>
      </w:pPr>
      <w:r>
        <w:t>نہ رسول اللہ صلی اللہ علیہ وسلم نے آرڈر دیا کہ اس کو بدلو۔</w:t>
      </w:r>
    </w:p>
    <w:p>
      <w:r>
        <w:rPr>
          <w:b/>
        </w:rPr>
        <w:t xml:space="preserve">[1:51:29] </w:t>
      </w:r>
      <w:r>
        <w:t>phir kya hua ke aik wahan par aik riwaj tha ke woh jis ko hamara kehte hain hindi mein dhuni dena. mujhe nahi maloom ke english mein kya lafz is ka hoga.</w:t>
      </w:r>
    </w:p>
    <w:p>
      <w:pPr>
        <w:jc w:val="right"/>
      </w:pPr>
      <w:r>
        <w:t>پھر کیا ہوا کہ ایک وہاں پر ایک رواج تھا کہ وہ جس کو ہمارا کہتے ہیں ہندی میں دھونی دینا۔ مجھے نہیں معلوم کہ انگلش میں کیا لفظ اس کا ہوگا۔</w:t>
      </w:r>
    </w:p>
    <w:p>
      <w:r>
        <w:rPr>
          <w:b/>
        </w:rPr>
        <w:t xml:space="preserve">[1:51:39] </w:t>
      </w:r>
      <w:r>
        <w:t>ke woh kisi bartan mein aag jalate hain is mein luban dalte hain. to luban se is mein aik aik dhuan niklta hai thori si is mein dhuan hoti hai.</w:t>
      </w:r>
    </w:p>
    <w:p>
      <w:pPr>
        <w:jc w:val="right"/>
      </w:pPr>
      <w:r>
        <w:t>کہ وہ کسی برتن میں آگ جلاتے ہیں اس میں لوبان ڈالتے ہیں۔ تو لوبان سے اس میں ایک ایک دھواں نکلتا ہے تھوڑی سی اس میں دھواں ہوتی ہے۔</w:t>
      </w:r>
    </w:p>
    <w:p>
      <w:r>
        <w:rPr>
          <w:b/>
        </w:rPr>
        <w:t xml:space="preserve">[1:51:49] </w:t>
      </w:r>
      <w:r>
        <w:t>to is ko samajhte hain woh. yani muqaddas samajhte hain.</w:t>
      </w:r>
    </w:p>
    <w:p>
      <w:pPr>
        <w:jc w:val="right"/>
      </w:pPr>
      <w:r>
        <w:t>تو اس کو سمجھتے ہیں وہ۔ یعنی مقدس سمجھتے ہیں۔</w:t>
      </w:r>
    </w:p>
    <w:p>
      <w:r>
        <w:rPr>
          <w:b/>
        </w:rPr>
        <w:t xml:space="preserve">[1:51:55] </w:t>
      </w:r>
      <w:r>
        <w:t>to woh dhuni de raha aik aik aik aurat aai boorhi. jo riwaj tha pehle zamane mein dhuni dene ka. to woh aag le kar ke is mein woh jala kar ke luban.</w:t>
      </w:r>
    </w:p>
    <w:p>
      <w:pPr>
        <w:jc w:val="right"/>
      </w:pPr>
      <w:r>
        <w:t>تو وہ دھونی دے رہا ایک ایک ایک عورت آئی بوڑھی۔ جو رواج تھا پہلے زمانے میں دھونی دینے کا۔ تو وہ آگ لے کر کے اس میں وہ جلا کر کے لوبان۔</w:t>
      </w:r>
    </w:p>
    <w:p>
      <w:r>
        <w:rPr>
          <w:b/>
        </w:rPr>
        <w:t xml:space="preserve">[1:52:06] </w:t>
      </w:r>
      <w:r>
        <w:t>aur woh aise ghuma rahi thi kaba ke charon taraf. yani pichle riwaj ke mutabiq. to kya hua ke woh jo ghilaf tha mushrikeen ka us mein aag lag gayi.</w:t>
      </w:r>
    </w:p>
    <w:p>
      <w:pPr>
        <w:jc w:val="right"/>
      </w:pPr>
      <w:r>
        <w:t>اور وہ ایسے گھما رہی تھی کعبہ کے چاروں طرف۔ یعنی پچھلے رواج کے مطابق۔ تو کیا ہوا کہ وہ جو غلاف تھا مشرکین کا اس میں آگ لگ گئی۔</w:t>
      </w:r>
    </w:p>
    <w:p>
      <w:r>
        <w:rPr>
          <w:b/>
        </w:rPr>
        <w:t xml:space="preserve">[1:52:16] </w:t>
      </w:r>
      <w:r>
        <w:t>aag lag gayi to jal gaya. jal gaya tab aap ne is mein naya ghilaf charwaya. is</w:t>
      </w:r>
    </w:p>
    <w:p>
      <w:pPr>
        <w:jc w:val="right"/>
      </w:pPr>
      <w:r>
        <w:t>آگ لگ گئی تو جل گیا۔ جل گیا تب آپ نے اس میں نیا غلاف چڑھوایا۔ اس</w:t>
      </w:r>
    </w:p>
    <w:p>
      <w:r>
        <w:rPr>
          <w:b/>
        </w:rPr>
        <w:t xml:space="preserve">[1:52:23] </w:t>
      </w:r>
      <w:r>
        <w:t>ke maani kya hue is ka tab sabaq milta hai. ke in cheezon ko jazbati taur par nahi lena chahiye. are bhai yeh to kaba ka. ab mushrikeen ka hai to khatam karo.</w:t>
      </w:r>
    </w:p>
    <w:p>
      <w:pPr>
        <w:jc w:val="right"/>
      </w:pPr>
      <w:r>
        <w:t>کے معنی کیا ہوئے اس کا تب سبق ملتا ہے۔ کہ ان چیزوں کو جذباتی طور پر نہیں لینا چاہیے۔ ارے بھائی یہ تو کعبہ کا۔ اب مشرکین کا ہے تو ختم کرو۔</w:t>
      </w:r>
    </w:p>
    <w:p>
      <w:r>
        <w:rPr>
          <w:b/>
        </w:rPr>
        <w:t xml:space="preserve">[1:52:33] </w:t>
      </w:r>
      <w:r>
        <w:t>haan agar. zaroorat ban jaye yani jal jaye mislan to ek zaroorat ban gayi to badal do is ko. yaani kitne bade bade wahan par sabaq hain.</w:t>
      </w:r>
    </w:p>
    <w:p>
      <w:pPr>
        <w:jc w:val="right"/>
      </w:pPr>
      <w:r>
        <w:t>ہاں اگر۔ ضرورت بن جائے یعنی جل جائے مثلاً تو ایک ضرورت بن گئی تو بدل دو اس کو۔ یعنی کتنے بڑے بڑے وہاں پر سبق ہیں۔</w:t>
      </w:r>
    </w:p>
    <w:p>
      <w:r>
        <w:rPr>
          <w:b/>
        </w:rPr>
        <w:t xml:space="preserve">[1:52:46] </w:t>
      </w:r>
      <w:r>
        <w:t>lekin wahan par koi sabaq le kar aata nahi.</w:t>
      </w:r>
    </w:p>
    <w:p>
      <w:pPr>
        <w:jc w:val="right"/>
      </w:pPr>
      <w:r>
        <w:t>لیکن وہاں پر کوئی سبق لے کر آتا نہیں۔</w:t>
      </w:r>
    </w:p>
    <w:p>
      <w:r>
        <w:rPr>
          <w:b/>
        </w:rPr>
        <w:t xml:space="preserve">[1:52:49] </w:t>
      </w:r>
      <w:r>
        <w:t>khwah le kar aate hain kya ke woh. yeh sab cheezein koi tasbeeh lata hai koi janmaz lata hai. aur kisi ek bhi haji ko main nahi paya jo bade bade lafz wahan par hain us ko le kar lote.</w:t>
      </w:r>
    </w:p>
    <w:p>
      <w:pPr>
        <w:jc w:val="right"/>
      </w:pPr>
      <w:r>
        <w:t>خواہ لے کر آتے ہیں کیا کہ وہ۔ یہ سب چیزیں کوئی تسبیح لاتا ہے کوئی جانماز لاتا ہے۔ اور کسی ایک بھی حاجی کو میں نہیں پایا جو بڑے بڑے لفظ وہاں پر ہیں اس کو لے کر لوٹے۔</w:t>
      </w:r>
    </w:p>
    <w:p>
      <w:r>
        <w:rPr>
          <w:b/>
        </w:rPr>
        <w:t xml:space="preserve">[1:53:04] </w:t>
      </w:r>
      <w:r>
        <w:t>to main yeh kahunga ke. hajj ko jaane wale. masail par bohat zyada dhyan na dein masail ko muallim se seekhein.</w:t>
      </w:r>
    </w:p>
    <w:p>
      <w:pPr>
        <w:jc w:val="right"/>
      </w:pPr>
      <w:r>
        <w:t>تو میں یہ کہوں گا کہ۔ حج کو جانے والے۔ مسائل پر بہت زیادہ دھیان نہ دیں مسائل کو معلم سے سیکھیں۔</w:t>
      </w:r>
    </w:p>
    <w:p>
      <w:r>
        <w:rPr>
          <w:b/>
        </w:rPr>
        <w:t xml:space="preserve">[1:53:15] </w:t>
      </w:r>
      <w:r>
        <w:t>doosre pehlu hain jo is ke rohani pehlu jo zyada maani khez hain us ko seekh kar wahan jayein. taake is qism ki tehreek wahan se lein woh.</w:t>
      </w:r>
    </w:p>
    <w:p>
      <w:pPr>
        <w:jc w:val="right"/>
      </w:pPr>
      <w:r>
        <w:t>دوسرے پہلو ہیں جو اس کے روحانی پہلو جو زیادہ معنی خیز ہیں اس کو سیکھ کر وہاں جائیں۔ تاکہ اس قسم کی تحریک وہاں سے لیں وہ۔</w:t>
      </w:r>
    </w:p>
    <w:p>
      <w:r>
        <w:rPr>
          <w:b/>
        </w:rPr>
        <w:t xml:space="preserve">[1:53:24] </w:t>
      </w:r>
      <w:r>
        <w:t>is qism ka sabaq un ko mile. is qism ki rabbaniyat jaage un ke andar. aur sab se badi cheez yeh hai ke mere nazdeek hajj.</w:t>
      </w:r>
    </w:p>
    <w:p>
      <w:pPr>
        <w:jc w:val="right"/>
      </w:pPr>
      <w:r>
        <w:t>اس قسم کا سبق ان کو ملے۔ اس قسم کی ربانیت جاگے ان کے اندر۔ اور سب سے بڑی چیز یہ ہے کہ میرے نزدیک حج۔</w:t>
      </w:r>
    </w:p>
    <w:p>
      <w:r>
        <w:rPr>
          <w:b/>
        </w:rPr>
        <w:t xml:space="preserve">[1:53:35] </w:t>
      </w:r>
      <w:r>
        <w:t>rehearsal hai daawa work ka. to is maani mein hajj karein aur wahan se daawa roohaniyat le kar lotein.</w:t>
      </w:r>
    </w:p>
    <w:p>
      <w:pPr>
        <w:jc w:val="right"/>
      </w:pPr>
      <w:r>
        <w:t>ریہرسل ہے دعویٰ ورک کا۔ تو اس معنی میں حج کریں اور وہاں سے دعویٰ روحانیت لے کر لوٹیں۔</w:t>
      </w:r>
    </w:p>
    <w:p>
      <w:r>
        <w:rPr>
          <w:b/>
        </w:rPr>
        <w:t xml:space="preserve">[1:53:46] </w:t>
      </w:r>
      <w:r>
        <w:t>aqool qawli haza wastaghfirullah li walakum ajmaeen.</w:t>
      </w:r>
    </w:p>
    <w:p>
      <w:pPr>
        <w:jc w:val="right"/>
      </w:pPr>
      <w:r>
        <w:t>أقول قولي هذا واستغفراللہ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